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AFE1" w14:textId="79E35E80" w:rsidR="001534CC" w:rsidRPr="002D214A" w:rsidRDefault="001534CC" w:rsidP="001534CC">
      <w:pPr>
        <w:spacing w:line="288" w:lineRule="auto"/>
        <w:jc w:val="both"/>
        <w:rPr>
          <w:rFonts w:ascii="Arial" w:hAnsi="Arial" w:cs="Arial"/>
          <w:b/>
          <w:sz w:val="32"/>
          <w:szCs w:val="32"/>
        </w:rPr>
      </w:pPr>
      <w:r w:rsidRPr="002D214A">
        <w:rPr>
          <w:rFonts w:ascii="Arial" w:hAnsi="Arial" w:cs="Arial"/>
          <w:b/>
          <w:sz w:val="32"/>
          <w:szCs w:val="32"/>
        </w:rPr>
        <w:t>Supplementary Material</w:t>
      </w:r>
    </w:p>
    <w:p w14:paraId="1A40BEA0" w14:textId="77777777" w:rsidR="00A258DB" w:rsidRDefault="00A258DB" w:rsidP="001534CC">
      <w:pPr>
        <w:spacing w:line="288" w:lineRule="auto"/>
        <w:jc w:val="both"/>
        <w:rPr>
          <w:rFonts w:ascii="Arial" w:hAnsi="Arial" w:cs="Arial"/>
          <w:b/>
        </w:rPr>
      </w:pPr>
    </w:p>
    <w:p w14:paraId="131A3475" w14:textId="02809780" w:rsidR="001534CC" w:rsidRPr="002D214A" w:rsidRDefault="00A258DB" w:rsidP="001534CC">
      <w:pPr>
        <w:spacing w:line="288" w:lineRule="auto"/>
        <w:jc w:val="both"/>
        <w:rPr>
          <w:rFonts w:ascii="Arial" w:hAnsi="Arial" w:cs="Arial"/>
          <w:b/>
          <w:sz w:val="28"/>
          <w:szCs w:val="28"/>
        </w:rPr>
      </w:pPr>
      <w:r w:rsidRPr="002D214A">
        <w:rPr>
          <w:rFonts w:ascii="Arial" w:hAnsi="Arial" w:cs="Arial"/>
          <w:b/>
          <w:sz w:val="28"/>
          <w:szCs w:val="28"/>
        </w:rPr>
        <w:t>Study Design and Methods</w:t>
      </w:r>
    </w:p>
    <w:p w14:paraId="0E44CB53" w14:textId="3FAAB623" w:rsidR="001534CC" w:rsidRPr="002A7417" w:rsidRDefault="001534CC" w:rsidP="001534CC">
      <w:pPr>
        <w:spacing w:line="288" w:lineRule="auto"/>
        <w:jc w:val="both"/>
        <w:rPr>
          <w:rFonts w:ascii="Arial" w:hAnsi="Arial" w:cs="Arial"/>
        </w:rPr>
      </w:pPr>
      <w:r w:rsidRPr="002A7417">
        <w:rPr>
          <w:rFonts w:ascii="Arial" w:hAnsi="Arial" w:cs="Arial"/>
        </w:rPr>
        <w:t>This cross-sectional, web-based study aimed to evaluate the structure, content, and perceived quality of undergraduate radiation oncology (RO) education across all 38 German medical faculties. The survey was conducted over three academic terms, from the winter semester 2023/2024 to the winter semester 2024/2025. Eligible participants were medical students who had already completed the majority of their curriculum-based RO teaching.</w:t>
      </w:r>
    </w:p>
    <w:p w14:paraId="0038D6DE" w14:textId="77777777" w:rsidR="001534CC" w:rsidRPr="002A7417" w:rsidRDefault="001534CC" w:rsidP="001534CC">
      <w:pPr>
        <w:spacing w:line="288" w:lineRule="auto"/>
        <w:jc w:val="both"/>
        <w:rPr>
          <w:rFonts w:ascii="Arial" w:hAnsi="Arial" w:cs="Arial"/>
        </w:rPr>
      </w:pPr>
      <w:r w:rsidRPr="002A7417">
        <w:rPr>
          <w:rFonts w:ascii="Arial" w:hAnsi="Arial" w:cs="Arial"/>
        </w:rPr>
        <w:t>The questionnaire was developed by members of the Working Group on Teaching (“Arbeitsgemeinschaft Lehre”) of the German Society for Radiation Oncology (DEGRO). This interdisciplinary team consisted of 12 RO educators from various medical faculties in Germany, most with several years of experience in undergraduate education. Early-career colleagues also contributed, providing perspectives more closely aligned with current student experiences.</w:t>
      </w:r>
    </w:p>
    <w:p w14:paraId="1F97C077" w14:textId="77777777" w:rsidR="001534CC" w:rsidRPr="002A7417" w:rsidRDefault="001534CC" w:rsidP="001534CC">
      <w:pPr>
        <w:spacing w:line="288" w:lineRule="auto"/>
        <w:jc w:val="both"/>
        <w:rPr>
          <w:rFonts w:ascii="Arial" w:hAnsi="Arial" w:cs="Arial"/>
        </w:rPr>
      </w:pPr>
      <w:r w:rsidRPr="002A7417">
        <w:rPr>
          <w:rFonts w:ascii="Arial" w:hAnsi="Arial" w:cs="Arial"/>
        </w:rPr>
        <w:t xml:space="preserve">The item development process followed a multi-stage, consensus-driven approach. Content was based on the </w:t>
      </w:r>
      <w:r w:rsidRPr="002A7417">
        <w:rPr>
          <w:rFonts w:ascii="Arial" w:hAnsi="Arial" w:cs="Arial"/>
          <w:i/>
          <w:iCs/>
        </w:rPr>
        <w:t>Nationaler Kompetenzbasierter Lernzielkatalog Medizin</w:t>
      </w:r>
      <w:r w:rsidRPr="002A7417">
        <w:rPr>
          <w:rFonts w:ascii="Arial" w:hAnsi="Arial" w:cs="Arial"/>
        </w:rPr>
        <w:t xml:space="preserve"> (NKLM 2.0) and the draft framework of the revised German Medical Licensing Regulations (</w:t>
      </w:r>
      <w:r w:rsidRPr="002A7417">
        <w:rPr>
          <w:rFonts w:ascii="Arial" w:hAnsi="Arial" w:cs="Arial"/>
          <w:i/>
          <w:iCs/>
        </w:rPr>
        <w:t>Ärztliche Approbationsordnung</w:t>
      </w:r>
      <w:r w:rsidRPr="002A7417">
        <w:rPr>
          <w:rFonts w:ascii="Arial" w:hAnsi="Arial" w:cs="Arial"/>
        </w:rPr>
        <w:t>, ÄApprO). In addition, core educational priorities as defined by DEGRO—such as interdisciplinary oncology, clinical relevance, and fundamental knowledge in radiobiology and radiation physics</w:t>
      </w:r>
      <w:r>
        <w:rPr>
          <w:rFonts w:ascii="Arial" w:hAnsi="Arial" w:cs="Arial"/>
        </w:rPr>
        <w:t xml:space="preserve"> – </w:t>
      </w:r>
      <w:r w:rsidRPr="002A7417">
        <w:rPr>
          <w:rFonts w:ascii="Arial" w:hAnsi="Arial" w:cs="Arial"/>
        </w:rPr>
        <w:t>were incorporated. To ensure high question quality, the following criteria were applied: content and face validity, clarity and neutrality of wording, low cognitive load, and contextual appropriateness across different medical curricula.</w:t>
      </w:r>
    </w:p>
    <w:p w14:paraId="1BBF6974" w14:textId="77777777" w:rsidR="001534CC" w:rsidRPr="002A7417" w:rsidRDefault="001534CC" w:rsidP="001534CC">
      <w:pPr>
        <w:spacing w:line="288" w:lineRule="auto"/>
        <w:jc w:val="both"/>
        <w:rPr>
          <w:rFonts w:ascii="Arial" w:hAnsi="Arial" w:cs="Arial"/>
        </w:rPr>
      </w:pPr>
      <w:r w:rsidRPr="002A7417">
        <w:rPr>
          <w:rFonts w:ascii="Arial" w:hAnsi="Arial" w:cs="Arial"/>
        </w:rPr>
        <w:t xml:space="preserve">A pilot version of the questionnaire was reviewed and tested by medical students and RO teaching faculty for comprehensibility, logic, and technical feasibility. The survey was then implemented using </w:t>
      </w:r>
      <w:hyperlink r:id="rId7" w:tgtFrame="_new" w:history="1">
        <w:r w:rsidRPr="002A7417">
          <w:rPr>
            <w:rStyle w:val="Hyperlink"/>
            <w:rFonts w:ascii="Arial" w:hAnsi="Arial" w:cs="Arial"/>
          </w:rPr>
          <w:t>UmfrageOnline</w:t>
        </w:r>
      </w:hyperlink>
      <w:r w:rsidRPr="002A7417">
        <w:rPr>
          <w:rFonts w:ascii="Arial" w:hAnsi="Arial" w:cs="Arial"/>
        </w:rPr>
        <w:t xml:space="preserve"> (Online®, Enuvo Inc., Switzerland) a General Data Protection Regulation (GDPR)-compliant platform enabling anonymized participation, flexible survey logic, and secure data handling.</w:t>
      </w:r>
    </w:p>
    <w:p w14:paraId="193D4F4D" w14:textId="77777777" w:rsidR="001534CC" w:rsidRPr="002A7417" w:rsidRDefault="001534CC" w:rsidP="001534CC">
      <w:pPr>
        <w:spacing w:line="288" w:lineRule="auto"/>
        <w:jc w:val="both"/>
        <w:rPr>
          <w:rFonts w:ascii="Arial" w:hAnsi="Arial" w:cs="Arial"/>
          <w:b/>
          <w:bCs/>
        </w:rPr>
      </w:pPr>
      <w:r w:rsidRPr="002A7417">
        <w:rPr>
          <w:rFonts w:ascii="Arial" w:hAnsi="Arial" w:cs="Arial"/>
          <w:b/>
          <w:bCs/>
        </w:rPr>
        <w:t>Survey Description</w:t>
      </w:r>
    </w:p>
    <w:p w14:paraId="6017ED60" w14:textId="77777777" w:rsidR="001534CC" w:rsidRPr="002A7417" w:rsidRDefault="001534CC" w:rsidP="001534CC">
      <w:pPr>
        <w:spacing w:line="288" w:lineRule="auto"/>
        <w:jc w:val="both"/>
        <w:rPr>
          <w:rFonts w:ascii="Arial" w:hAnsi="Arial" w:cs="Arial"/>
        </w:rPr>
      </w:pPr>
      <w:r w:rsidRPr="002A7417">
        <w:rPr>
          <w:rFonts w:ascii="Arial" w:hAnsi="Arial" w:cs="Arial"/>
        </w:rPr>
        <w:t>The final survey consisted of 49 items covering seven major domains:</w:t>
      </w:r>
    </w:p>
    <w:p w14:paraId="10FA62C1"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Demographics (e.g., university, semester, curriculum structure)</w:t>
      </w:r>
    </w:p>
    <w:p w14:paraId="70AB48A6"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Evaluation of RO teaching (e.g., content, formats, perceived adequacy)</w:t>
      </w:r>
    </w:p>
    <w:p w14:paraId="760EED88"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Preferred teaching formats and contexts (e.g., integration into interdisciplinary education)</w:t>
      </w:r>
    </w:p>
    <w:p w14:paraId="35BB6388"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Clinical and technical content (e.g., treatment planning, device handling)</w:t>
      </w:r>
    </w:p>
    <w:p w14:paraId="70E62C40"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Basic science topics (e.g., radiobiology, radiation physics, radiation protection)</w:t>
      </w:r>
    </w:p>
    <w:p w14:paraId="493C76E8"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Patient-related communication and bedside teaching</w:t>
      </w:r>
    </w:p>
    <w:p w14:paraId="2FAA6C3D" w14:textId="77777777" w:rsidR="001534CC" w:rsidRPr="002A7417" w:rsidRDefault="001534CC" w:rsidP="001534CC">
      <w:pPr>
        <w:numPr>
          <w:ilvl w:val="0"/>
          <w:numId w:val="1"/>
        </w:numPr>
        <w:spacing w:line="288" w:lineRule="auto"/>
        <w:jc w:val="both"/>
        <w:rPr>
          <w:rFonts w:ascii="Arial" w:hAnsi="Arial" w:cs="Arial"/>
        </w:rPr>
      </w:pPr>
      <w:r w:rsidRPr="002A7417">
        <w:rPr>
          <w:rFonts w:ascii="Arial" w:hAnsi="Arial" w:cs="Arial"/>
        </w:rPr>
        <w:t>Student interest in RO and suggestions for improvement</w:t>
      </w:r>
    </w:p>
    <w:p w14:paraId="38071E5A" w14:textId="77777777" w:rsidR="001534CC" w:rsidRPr="002A7417" w:rsidRDefault="001534CC" w:rsidP="001534CC">
      <w:pPr>
        <w:spacing w:line="288" w:lineRule="auto"/>
        <w:jc w:val="both"/>
        <w:rPr>
          <w:rFonts w:ascii="Arial" w:hAnsi="Arial" w:cs="Arial"/>
        </w:rPr>
      </w:pPr>
      <w:r w:rsidRPr="002A7417">
        <w:rPr>
          <w:rFonts w:ascii="Arial" w:hAnsi="Arial" w:cs="Arial"/>
        </w:rPr>
        <w:lastRenderedPageBreak/>
        <w:t>The survey employed a mix of item formats: single- and multiple-choice, five-point Likert scales (from “strongly agree” to “strongly disagree”), dichotomous questions (yes/no), and open-ended text fields to capture qualitative feedback. Adaptive survey logic was used to tailor question pathways to prior responses</w:t>
      </w:r>
      <w:r>
        <w:rPr>
          <w:rFonts w:ascii="Arial" w:hAnsi="Arial" w:cs="Arial"/>
        </w:rPr>
        <w:t xml:space="preserve"> – </w:t>
      </w:r>
      <w:r w:rsidRPr="002A7417">
        <w:rPr>
          <w:rFonts w:ascii="Arial" w:hAnsi="Arial" w:cs="Arial"/>
        </w:rPr>
        <w:t>for example, adjusting based on students’ exposure to in-person vs. online RO instruction.</w:t>
      </w:r>
    </w:p>
    <w:p w14:paraId="04243366" w14:textId="77777777" w:rsidR="001534CC" w:rsidRPr="002A7417" w:rsidRDefault="001534CC" w:rsidP="001534CC">
      <w:pPr>
        <w:spacing w:line="288" w:lineRule="auto"/>
        <w:jc w:val="both"/>
        <w:rPr>
          <w:rFonts w:ascii="Arial" w:hAnsi="Arial" w:cs="Arial"/>
          <w:lang w:val="de-DE"/>
        </w:rPr>
      </w:pPr>
      <w:r w:rsidRPr="002A7417">
        <w:rPr>
          <w:rFonts w:ascii="Arial" w:hAnsi="Arial" w:cs="Arial"/>
        </w:rPr>
        <w:t xml:space="preserve">Question development followed established principles of high-quality educational survey design. </w:t>
      </w:r>
      <w:r w:rsidRPr="002A7417">
        <w:rPr>
          <w:rFonts w:ascii="Arial" w:hAnsi="Arial" w:cs="Arial"/>
          <w:lang w:val="de-DE"/>
        </w:rPr>
        <w:t>Key quality standards included:</w:t>
      </w:r>
    </w:p>
    <w:p w14:paraId="7BD47537" w14:textId="77777777" w:rsidR="001534CC" w:rsidRPr="002A7417" w:rsidRDefault="001534CC" w:rsidP="001534CC">
      <w:pPr>
        <w:numPr>
          <w:ilvl w:val="0"/>
          <w:numId w:val="2"/>
        </w:numPr>
        <w:spacing w:line="288" w:lineRule="auto"/>
        <w:jc w:val="both"/>
        <w:rPr>
          <w:rFonts w:ascii="Arial" w:hAnsi="Arial" w:cs="Arial"/>
        </w:rPr>
      </w:pPr>
      <w:r w:rsidRPr="002A7417">
        <w:rPr>
          <w:rFonts w:ascii="Arial" w:hAnsi="Arial" w:cs="Arial"/>
          <w:b/>
          <w:bCs/>
        </w:rPr>
        <w:t>Content validity</w:t>
      </w:r>
      <w:r w:rsidRPr="002A7417">
        <w:rPr>
          <w:rFonts w:ascii="Arial" w:hAnsi="Arial" w:cs="Arial"/>
        </w:rPr>
        <w:t>, ensured through alignment with NKLM and the upcoming ÄApprO</w:t>
      </w:r>
    </w:p>
    <w:p w14:paraId="20A1C2C8" w14:textId="77777777" w:rsidR="001534CC" w:rsidRPr="002A7417" w:rsidRDefault="001534CC" w:rsidP="001534CC">
      <w:pPr>
        <w:numPr>
          <w:ilvl w:val="0"/>
          <w:numId w:val="2"/>
        </w:numPr>
        <w:spacing w:line="288" w:lineRule="auto"/>
        <w:jc w:val="both"/>
        <w:rPr>
          <w:rFonts w:ascii="Arial" w:hAnsi="Arial" w:cs="Arial"/>
        </w:rPr>
      </w:pPr>
      <w:r w:rsidRPr="002A7417">
        <w:rPr>
          <w:rFonts w:ascii="Arial" w:hAnsi="Arial" w:cs="Arial"/>
          <w:b/>
          <w:bCs/>
        </w:rPr>
        <w:t>Face validity</w:t>
      </w:r>
      <w:r w:rsidRPr="002A7417">
        <w:rPr>
          <w:rFonts w:ascii="Arial" w:hAnsi="Arial" w:cs="Arial"/>
        </w:rPr>
        <w:t>, through expert and student review during pilot testing</w:t>
      </w:r>
    </w:p>
    <w:p w14:paraId="78BA399C" w14:textId="77777777" w:rsidR="001534CC" w:rsidRPr="002A7417" w:rsidRDefault="001534CC" w:rsidP="001534CC">
      <w:pPr>
        <w:numPr>
          <w:ilvl w:val="0"/>
          <w:numId w:val="2"/>
        </w:numPr>
        <w:spacing w:line="288" w:lineRule="auto"/>
        <w:jc w:val="both"/>
        <w:rPr>
          <w:rFonts w:ascii="Arial" w:hAnsi="Arial" w:cs="Arial"/>
        </w:rPr>
      </w:pPr>
      <w:r w:rsidRPr="002A7417">
        <w:rPr>
          <w:rFonts w:ascii="Arial" w:hAnsi="Arial" w:cs="Arial"/>
          <w:b/>
          <w:bCs/>
        </w:rPr>
        <w:t>Clarity and neutrality</w:t>
      </w:r>
      <w:r w:rsidRPr="002A7417">
        <w:rPr>
          <w:rFonts w:ascii="Arial" w:hAnsi="Arial" w:cs="Arial"/>
        </w:rPr>
        <w:t>, by avoiding leading or ambiguous phrasing</w:t>
      </w:r>
    </w:p>
    <w:p w14:paraId="1B411667" w14:textId="77777777" w:rsidR="001534CC" w:rsidRPr="002A7417" w:rsidRDefault="001534CC" w:rsidP="001534CC">
      <w:pPr>
        <w:numPr>
          <w:ilvl w:val="0"/>
          <w:numId w:val="2"/>
        </w:numPr>
        <w:spacing w:line="288" w:lineRule="auto"/>
        <w:jc w:val="both"/>
        <w:rPr>
          <w:rFonts w:ascii="Arial" w:hAnsi="Arial" w:cs="Arial"/>
        </w:rPr>
      </w:pPr>
      <w:r w:rsidRPr="002A7417">
        <w:rPr>
          <w:rFonts w:ascii="Arial" w:hAnsi="Arial" w:cs="Arial"/>
          <w:b/>
          <w:bCs/>
        </w:rPr>
        <w:t>Cognitive feasibility</w:t>
      </w:r>
      <w:r w:rsidRPr="002A7417">
        <w:rPr>
          <w:rFonts w:ascii="Arial" w:hAnsi="Arial" w:cs="Arial"/>
        </w:rPr>
        <w:t>, with a concise structure allowing completion within 10 minutes</w:t>
      </w:r>
    </w:p>
    <w:p w14:paraId="2B05234B" w14:textId="77777777" w:rsidR="001534CC" w:rsidRPr="002A7417" w:rsidRDefault="001534CC" w:rsidP="001534CC">
      <w:pPr>
        <w:numPr>
          <w:ilvl w:val="0"/>
          <w:numId w:val="2"/>
        </w:numPr>
        <w:spacing w:line="288" w:lineRule="auto"/>
        <w:jc w:val="both"/>
        <w:rPr>
          <w:rFonts w:ascii="Arial" w:hAnsi="Arial" w:cs="Arial"/>
        </w:rPr>
      </w:pPr>
      <w:r w:rsidRPr="002A7417">
        <w:rPr>
          <w:rFonts w:ascii="Arial" w:hAnsi="Arial" w:cs="Arial"/>
          <w:b/>
          <w:bCs/>
        </w:rPr>
        <w:t>Inclusivity</w:t>
      </w:r>
      <w:r w:rsidRPr="002A7417">
        <w:rPr>
          <w:rFonts w:ascii="Arial" w:hAnsi="Arial" w:cs="Arial"/>
        </w:rPr>
        <w:t>, through language accessible across diverse student backgrounds and curricula</w:t>
      </w:r>
    </w:p>
    <w:p w14:paraId="7F27BEB9" w14:textId="77777777" w:rsidR="001534CC" w:rsidRPr="002A7417" w:rsidRDefault="001534CC" w:rsidP="001534CC">
      <w:pPr>
        <w:spacing w:line="288" w:lineRule="auto"/>
        <w:jc w:val="both"/>
        <w:rPr>
          <w:rFonts w:ascii="Arial" w:hAnsi="Arial" w:cs="Arial"/>
        </w:rPr>
      </w:pPr>
    </w:p>
    <w:p w14:paraId="32CCAE2D" w14:textId="77777777" w:rsidR="001534CC" w:rsidRPr="002A7417" w:rsidRDefault="001534CC" w:rsidP="001534CC">
      <w:pPr>
        <w:spacing w:line="288" w:lineRule="auto"/>
        <w:jc w:val="both"/>
        <w:rPr>
          <w:rFonts w:ascii="Arial" w:hAnsi="Arial" w:cs="Arial"/>
          <w:b/>
          <w:bCs/>
        </w:rPr>
      </w:pPr>
      <w:r w:rsidRPr="002A7417">
        <w:rPr>
          <w:rFonts w:ascii="Arial" w:hAnsi="Arial" w:cs="Arial"/>
          <w:b/>
          <w:bCs/>
        </w:rPr>
        <w:t>Recruitment and Consent</w:t>
      </w:r>
    </w:p>
    <w:p w14:paraId="7142CEA2" w14:textId="77777777" w:rsidR="001534CC" w:rsidRPr="002A7417" w:rsidRDefault="001534CC" w:rsidP="001534CC">
      <w:pPr>
        <w:spacing w:line="288" w:lineRule="auto"/>
        <w:jc w:val="both"/>
        <w:rPr>
          <w:rFonts w:ascii="Arial" w:hAnsi="Arial" w:cs="Arial"/>
        </w:rPr>
      </w:pPr>
      <w:r w:rsidRPr="002A7417">
        <w:rPr>
          <w:rFonts w:ascii="Arial" w:hAnsi="Arial" w:cs="Arial"/>
        </w:rPr>
        <w:t>Survey invitations were disseminated through multiple channels. These included outreach via student representative bodies (n=38; Fachschaften Humanmedizin), direct contact with RO teaching staff through university mailing lists, and announcements during national medical and oncology conferences. Participating departments were encouraged to announce the survey during RO lectures, with the majority incorporating it directly into their teaching activities. Monthly reminders and digital promotion via email and institutional platforms further supported recruitment.</w:t>
      </w:r>
    </w:p>
    <w:p w14:paraId="2AFE1856" w14:textId="77777777" w:rsidR="001534CC" w:rsidRPr="002A7417" w:rsidRDefault="001534CC" w:rsidP="001534CC">
      <w:pPr>
        <w:spacing w:line="288" w:lineRule="auto"/>
        <w:jc w:val="both"/>
        <w:rPr>
          <w:rFonts w:ascii="Arial" w:hAnsi="Arial" w:cs="Arial"/>
        </w:rPr>
      </w:pPr>
      <w:r w:rsidRPr="002A7417">
        <w:rPr>
          <w:rFonts w:ascii="Arial" w:hAnsi="Arial" w:cs="Arial"/>
        </w:rPr>
        <w:t>Participation was voluntary and anonymous. At the beginning of the survey, participants were informed about the study’s purpose, data protection measures, and estimated completion time (approximately 9 minutes). Digital informed consent was obtained before access to the questionnaire was granted.</w:t>
      </w:r>
    </w:p>
    <w:p w14:paraId="70F85BE7" w14:textId="77777777" w:rsidR="001534CC" w:rsidRPr="002A7417" w:rsidRDefault="001534CC" w:rsidP="001534CC">
      <w:pPr>
        <w:spacing w:line="288" w:lineRule="auto"/>
        <w:jc w:val="both"/>
        <w:rPr>
          <w:rFonts w:ascii="Arial" w:hAnsi="Arial" w:cs="Arial"/>
          <w:b/>
        </w:rPr>
      </w:pPr>
    </w:p>
    <w:p w14:paraId="02EAA3C2" w14:textId="77777777" w:rsidR="001534CC" w:rsidRPr="002A7417" w:rsidRDefault="001534CC" w:rsidP="001534CC">
      <w:pPr>
        <w:spacing w:line="288" w:lineRule="auto"/>
        <w:jc w:val="both"/>
        <w:rPr>
          <w:rFonts w:ascii="Arial" w:hAnsi="Arial" w:cs="Arial"/>
          <w:b/>
        </w:rPr>
      </w:pPr>
      <w:r w:rsidRPr="002A7417">
        <w:rPr>
          <w:rFonts w:ascii="Arial" w:hAnsi="Arial" w:cs="Arial"/>
          <w:b/>
        </w:rPr>
        <w:t>Data Analysis</w:t>
      </w:r>
    </w:p>
    <w:p w14:paraId="7E99003F" w14:textId="77777777" w:rsidR="001534CC" w:rsidRPr="002A7417" w:rsidRDefault="001534CC" w:rsidP="001534CC">
      <w:pPr>
        <w:spacing w:line="288" w:lineRule="auto"/>
        <w:jc w:val="both"/>
        <w:rPr>
          <w:rFonts w:ascii="Arial" w:hAnsi="Arial" w:cs="Arial"/>
        </w:rPr>
      </w:pPr>
      <w:r w:rsidRPr="002A7417">
        <w:rPr>
          <w:rFonts w:ascii="Arial" w:hAnsi="Arial" w:cs="Arial"/>
        </w:rPr>
        <w:t>Quantitative responses were analyzed using descriptive statistics (absolute and relative frequencies). Qualitative data from open-ended questions were subjected to thematic analysis by multiple reviewers (at least 3) to identify recurring themes and generate insights into students' perspectives on RO teaching.</w:t>
      </w:r>
    </w:p>
    <w:p w14:paraId="4EAB68A0" w14:textId="77777777" w:rsidR="001534CC" w:rsidRPr="002A7417" w:rsidRDefault="001534CC" w:rsidP="001534CC">
      <w:pPr>
        <w:spacing w:line="288" w:lineRule="auto"/>
        <w:jc w:val="both"/>
        <w:rPr>
          <w:rFonts w:ascii="Arial" w:hAnsi="Arial" w:cs="Arial"/>
        </w:rPr>
      </w:pPr>
    </w:p>
    <w:p w14:paraId="20D996B9" w14:textId="77777777" w:rsidR="001534CC" w:rsidRPr="002A7417" w:rsidRDefault="001534CC" w:rsidP="001534CC">
      <w:pPr>
        <w:spacing w:line="288" w:lineRule="auto"/>
        <w:jc w:val="both"/>
        <w:rPr>
          <w:rFonts w:ascii="Arial" w:hAnsi="Arial" w:cs="Arial"/>
          <w:b/>
        </w:rPr>
      </w:pPr>
      <w:r w:rsidRPr="002A7417">
        <w:rPr>
          <w:rFonts w:ascii="Arial" w:hAnsi="Arial" w:cs="Arial"/>
          <w:b/>
        </w:rPr>
        <w:t xml:space="preserve">Ethical Considerations  </w:t>
      </w:r>
    </w:p>
    <w:p w14:paraId="5677ED74" w14:textId="77777777" w:rsidR="001534CC" w:rsidRPr="002A7417" w:rsidRDefault="001534CC" w:rsidP="001534CC">
      <w:pPr>
        <w:spacing w:line="288" w:lineRule="auto"/>
        <w:jc w:val="both"/>
        <w:rPr>
          <w:rFonts w:ascii="Arial" w:hAnsi="Arial" w:cs="Arial"/>
        </w:rPr>
      </w:pPr>
      <w:r w:rsidRPr="002A7417">
        <w:rPr>
          <w:rFonts w:ascii="Arial" w:hAnsi="Arial" w:cs="Arial"/>
        </w:rPr>
        <w:t>This study was conducted in accordance with the Declaration of Helsinki and complied with national data protection regulations. Ethical approval was obtained from the institutional review board (IRB) of University of Jena (approval number: 123456789).</w:t>
      </w:r>
    </w:p>
    <w:p w14:paraId="6E18217C" w14:textId="77777777" w:rsidR="000149B4" w:rsidRDefault="000149B4"/>
    <w:p w14:paraId="02306F29" w14:textId="77777777" w:rsidR="008D6BFB" w:rsidRDefault="008D6BFB"/>
    <w:p w14:paraId="068ADDDF" w14:textId="712AD5DD" w:rsidR="008D6BFB" w:rsidRDefault="008D6BFB">
      <w:pPr>
        <w:rPr>
          <w:b/>
        </w:rPr>
      </w:pPr>
      <w:r w:rsidRPr="008D6BFB">
        <w:rPr>
          <w:b/>
        </w:rPr>
        <w:t>Importance Radiation Oncology for Understanding the Treatment of Oncology Patients</w:t>
      </w:r>
    </w:p>
    <w:p w14:paraId="2258CA7F" w14:textId="2BFF8F3E" w:rsidR="009C19D3" w:rsidRDefault="009C19D3">
      <w:pPr>
        <w:rPr>
          <w:b/>
        </w:rPr>
      </w:pPr>
      <w:r w:rsidRPr="00D91171">
        <w:rPr>
          <w:rFonts w:ascii="Arial" w:eastAsia="Times New Roman" w:hAnsi="Arial" w:cs="Arial"/>
          <w:kern w:val="0"/>
          <w:lang w:eastAsia="de-DE"/>
          <w14:ligatures w14:val="none"/>
        </w:rPr>
        <w:t>87.65% fully or mostly agreed that radiation oncology is an important medical specialty. Most participants also considered radiotherapy a fundamental component of the medical curriculum (Figure</w:t>
      </w:r>
      <w:r>
        <w:rPr>
          <w:rFonts w:ascii="Arial" w:eastAsia="Times New Roman" w:hAnsi="Arial" w:cs="Arial"/>
          <w:kern w:val="0"/>
          <w:lang w:eastAsia="de-DE"/>
          <w14:ligatures w14:val="none"/>
        </w:rPr>
        <w:t xml:space="preserve"> </w:t>
      </w:r>
      <w:r w:rsidR="002D214A">
        <w:rPr>
          <w:rFonts w:ascii="Arial" w:eastAsia="Times New Roman" w:hAnsi="Arial" w:cs="Arial"/>
          <w:kern w:val="0"/>
          <w:lang w:eastAsia="de-DE"/>
          <w14:ligatures w14:val="none"/>
        </w:rPr>
        <w:t>1</w:t>
      </w:r>
      <w:r w:rsidRPr="00D91171">
        <w:rPr>
          <w:rFonts w:ascii="Arial" w:eastAsia="Times New Roman" w:hAnsi="Arial" w:cs="Arial"/>
          <w:kern w:val="0"/>
          <w:lang w:eastAsia="de-DE"/>
          <w14:ligatures w14:val="none"/>
        </w:rPr>
        <w:t>)</w:t>
      </w:r>
    </w:p>
    <w:p w14:paraId="68D26459" w14:textId="77777777" w:rsidR="009C19D3" w:rsidRDefault="009C19D3">
      <w:pPr>
        <w:rPr>
          <w:b/>
        </w:rPr>
      </w:pPr>
    </w:p>
    <w:p w14:paraId="4321EA4C" w14:textId="21AD1F82" w:rsidR="009C19D3" w:rsidRPr="008D6BFB" w:rsidRDefault="009C19D3">
      <w:pPr>
        <w:rPr>
          <w:b/>
        </w:rPr>
      </w:pPr>
      <w:r>
        <w:rPr>
          <w:b/>
        </w:rPr>
        <w:t xml:space="preserve">Figure </w:t>
      </w:r>
      <w:r w:rsidR="002D214A">
        <w:rPr>
          <w:b/>
        </w:rPr>
        <w:t>1</w:t>
      </w:r>
    </w:p>
    <w:p w14:paraId="011E8D41" w14:textId="77777777" w:rsidR="008D6BFB" w:rsidRPr="00DA16B3" w:rsidRDefault="008D6BFB" w:rsidP="008D6BFB">
      <w:pPr>
        <w:spacing w:line="288" w:lineRule="auto"/>
        <w:jc w:val="both"/>
        <w:rPr>
          <w:rFonts w:ascii="Arial" w:hAnsi="Arial" w:cs="Arial"/>
          <w:b/>
        </w:rPr>
      </w:pPr>
      <w:r w:rsidRPr="00DA16B3">
        <w:rPr>
          <w:rFonts w:ascii="Arial" w:hAnsi="Arial" w:cs="Arial"/>
          <w:bCs/>
          <w:noProof/>
          <w:lang w:val="de-DE" w:eastAsia="de-DE"/>
        </w:rPr>
        <w:drawing>
          <wp:inline distT="0" distB="0" distL="0" distR="0" wp14:anchorId="0C1DAE23" wp14:editId="69AE3F0B">
            <wp:extent cx="4892772" cy="2426970"/>
            <wp:effectExtent l="0" t="0" r="3175" b="0"/>
            <wp:docPr id="3" name="Picture 2" descr="radiation_understanding_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adiation_understanding_chart.png"/>
                    <pic:cNvPicPr>
                      <a:picLocks noChangeAspect="1"/>
                    </pic:cNvPicPr>
                  </pic:nvPicPr>
                  <pic:blipFill>
                    <a:blip r:embed="rId8"/>
                    <a:stretch>
                      <a:fillRect/>
                    </a:stretch>
                  </pic:blipFill>
                  <pic:spPr>
                    <a:xfrm>
                      <a:off x="0" y="0"/>
                      <a:ext cx="4924880" cy="2442896"/>
                    </a:xfrm>
                    <a:prstGeom prst="rect">
                      <a:avLst/>
                    </a:prstGeom>
                  </pic:spPr>
                </pic:pic>
              </a:graphicData>
            </a:graphic>
          </wp:inline>
        </w:drawing>
      </w:r>
    </w:p>
    <w:p w14:paraId="0B9F02DA" w14:textId="77777777" w:rsidR="002D214A" w:rsidRDefault="002D214A">
      <w:pPr>
        <w:rPr>
          <w:b/>
        </w:rPr>
      </w:pPr>
      <w:r>
        <w:rPr>
          <w:b/>
        </w:rPr>
        <w:br w:type="page"/>
      </w:r>
    </w:p>
    <w:p w14:paraId="180D9205" w14:textId="5BA78648" w:rsidR="002D214A" w:rsidRPr="002D214A" w:rsidRDefault="002D214A">
      <w:pPr>
        <w:rPr>
          <w:b/>
          <w:sz w:val="32"/>
          <w:szCs w:val="32"/>
        </w:rPr>
      </w:pPr>
      <w:r w:rsidRPr="002D214A">
        <w:rPr>
          <w:b/>
          <w:sz w:val="32"/>
          <w:szCs w:val="32"/>
        </w:rPr>
        <w:lastRenderedPageBreak/>
        <w:t>Survey Report: Radiation Oncology Education</w:t>
      </w:r>
    </w:p>
    <w:tbl>
      <w:tblPr>
        <w:tblStyle w:val="Tabellenraster"/>
        <w:tblW w:w="0" w:type="auto"/>
        <w:tblLayout w:type="fixed"/>
        <w:tblLook w:val="04A0" w:firstRow="1" w:lastRow="0" w:firstColumn="1" w:lastColumn="0" w:noHBand="0" w:noVBand="1"/>
      </w:tblPr>
      <w:tblGrid>
        <w:gridCol w:w="2376"/>
        <w:gridCol w:w="2684"/>
        <w:gridCol w:w="1274"/>
        <w:gridCol w:w="1261"/>
        <w:gridCol w:w="1261"/>
      </w:tblGrid>
      <w:tr w:rsidR="002D214A" w14:paraId="2DF0835F" w14:textId="77777777" w:rsidTr="00A60070">
        <w:tc>
          <w:tcPr>
            <w:tcW w:w="2376" w:type="dxa"/>
          </w:tcPr>
          <w:p w14:paraId="5E5AAF9E" w14:textId="77777777" w:rsidR="002D214A" w:rsidRPr="00AA0097" w:rsidRDefault="002D214A" w:rsidP="00A60070">
            <w:r w:rsidRPr="00AA0097">
              <w:t>Where are you studying? (n = 1075)</w:t>
            </w:r>
          </w:p>
        </w:tc>
        <w:tc>
          <w:tcPr>
            <w:tcW w:w="2684" w:type="dxa"/>
          </w:tcPr>
          <w:p w14:paraId="58101D4F" w14:textId="77777777" w:rsidR="002D214A" w:rsidRPr="00AA0097" w:rsidRDefault="002D214A" w:rsidP="00A60070">
            <w:r w:rsidRPr="00AA0097">
              <w:t>Answer</w:t>
            </w:r>
          </w:p>
        </w:tc>
        <w:tc>
          <w:tcPr>
            <w:tcW w:w="1274" w:type="dxa"/>
          </w:tcPr>
          <w:p w14:paraId="7D414287" w14:textId="77777777" w:rsidR="002D214A" w:rsidRPr="00AA0097" w:rsidRDefault="002D214A" w:rsidP="00A60070">
            <w:r w:rsidRPr="00AA0097">
              <w:t>Count</w:t>
            </w:r>
          </w:p>
        </w:tc>
        <w:tc>
          <w:tcPr>
            <w:tcW w:w="1261" w:type="dxa"/>
          </w:tcPr>
          <w:p w14:paraId="4BA22549" w14:textId="77777777" w:rsidR="002D214A" w:rsidRPr="00AA0097" w:rsidRDefault="002D214A" w:rsidP="00A60070">
            <w:r w:rsidRPr="00AA0097">
              <w:t>%</w:t>
            </w:r>
          </w:p>
        </w:tc>
        <w:tc>
          <w:tcPr>
            <w:tcW w:w="1261" w:type="dxa"/>
          </w:tcPr>
          <w:p w14:paraId="267D3F42" w14:textId="77777777" w:rsidR="002D214A" w:rsidRPr="00AA0097" w:rsidRDefault="002D214A" w:rsidP="00A60070">
            <w:r w:rsidRPr="00AA0097">
              <w:t>Value</w:t>
            </w:r>
          </w:p>
        </w:tc>
      </w:tr>
      <w:tr w:rsidR="002D214A" w14:paraId="50B69B6B" w14:textId="77777777" w:rsidTr="00A60070">
        <w:tc>
          <w:tcPr>
            <w:tcW w:w="2376" w:type="dxa"/>
          </w:tcPr>
          <w:p w14:paraId="7EEC966B" w14:textId="77777777" w:rsidR="002D214A" w:rsidRDefault="002D214A" w:rsidP="00A60070"/>
        </w:tc>
        <w:tc>
          <w:tcPr>
            <w:tcW w:w="2684" w:type="dxa"/>
          </w:tcPr>
          <w:p w14:paraId="55538EF1" w14:textId="77777777" w:rsidR="002D214A" w:rsidRDefault="002D214A" w:rsidP="00A60070">
            <w:r>
              <w:t>Aachen</w:t>
            </w:r>
          </w:p>
        </w:tc>
        <w:tc>
          <w:tcPr>
            <w:tcW w:w="1274" w:type="dxa"/>
          </w:tcPr>
          <w:p w14:paraId="019F8800" w14:textId="77777777" w:rsidR="002D214A" w:rsidRDefault="002D214A" w:rsidP="00A60070">
            <w:r>
              <w:t>25</w:t>
            </w:r>
          </w:p>
        </w:tc>
        <w:tc>
          <w:tcPr>
            <w:tcW w:w="1261" w:type="dxa"/>
          </w:tcPr>
          <w:p w14:paraId="6031104F" w14:textId="77777777" w:rsidR="002D214A" w:rsidRDefault="002D214A" w:rsidP="00A60070">
            <w:r>
              <w:t>2.33</w:t>
            </w:r>
          </w:p>
        </w:tc>
        <w:tc>
          <w:tcPr>
            <w:tcW w:w="1261" w:type="dxa"/>
          </w:tcPr>
          <w:p w14:paraId="554B9C43" w14:textId="77777777" w:rsidR="002D214A" w:rsidRDefault="002D214A" w:rsidP="00A60070">
            <w:r>
              <w:t>1</w:t>
            </w:r>
          </w:p>
        </w:tc>
      </w:tr>
      <w:tr w:rsidR="002D214A" w14:paraId="10DDF3C8" w14:textId="77777777" w:rsidTr="00A60070">
        <w:tc>
          <w:tcPr>
            <w:tcW w:w="2376" w:type="dxa"/>
          </w:tcPr>
          <w:p w14:paraId="087532FD" w14:textId="77777777" w:rsidR="002D214A" w:rsidRDefault="002D214A" w:rsidP="00A60070"/>
        </w:tc>
        <w:tc>
          <w:tcPr>
            <w:tcW w:w="2684" w:type="dxa"/>
          </w:tcPr>
          <w:p w14:paraId="1331C298" w14:textId="77777777" w:rsidR="002D214A" w:rsidRDefault="002D214A" w:rsidP="00A60070">
            <w:r>
              <w:t>augsburg</w:t>
            </w:r>
          </w:p>
        </w:tc>
        <w:tc>
          <w:tcPr>
            <w:tcW w:w="1274" w:type="dxa"/>
          </w:tcPr>
          <w:p w14:paraId="7702FAE9" w14:textId="77777777" w:rsidR="002D214A" w:rsidRDefault="002D214A" w:rsidP="00A60070">
            <w:r>
              <w:t>1</w:t>
            </w:r>
          </w:p>
        </w:tc>
        <w:tc>
          <w:tcPr>
            <w:tcW w:w="1261" w:type="dxa"/>
          </w:tcPr>
          <w:p w14:paraId="4860B79A" w14:textId="77777777" w:rsidR="002D214A" w:rsidRDefault="002D214A" w:rsidP="00A60070">
            <w:r>
              <w:t>0.09</w:t>
            </w:r>
          </w:p>
        </w:tc>
        <w:tc>
          <w:tcPr>
            <w:tcW w:w="1261" w:type="dxa"/>
          </w:tcPr>
          <w:p w14:paraId="41706BA2" w14:textId="77777777" w:rsidR="002D214A" w:rsidRDefault="002D214A" w:rsidP="00A60070">
            <w:r>
              <w:t>2</w:t>
            </w:r>
          </w:p>
        </w:tc>
      </w:tr>
      <w:tr w:rsidR="002D214A" w14:paraId="225277FA" w14:textId="77777777" w:rsidTr="00A60070">
        <w:tc>
          <w:tcPr>
            <w:tcW w:w="2376" w:type="dxa"/>
          </w:tcPr>
          <w:p w14:paraId="2DDDEF89" w14:textId="77777777" w:rsidR="002D214A" w:rsidRDefault="002D214A" w:rsidP="00A60070"/>
        </w:tc>
        <w:tc>
          <w:tcPr>
            <w:tcW w:w="2684" w:type="dxa"/>
          </w:tcPr>
          <w:p w14:paraId="363B373B" w14:textId="77777777" w:rsidR="002D214A" w:rsidRDefault="002D214A" w:rsidP="00A60070">
            <w:r>
              <w:t>Berlin</w:t>
            </w:r>
          </w:p>
        </w:tc>
        <w:tc>
          <w:tcPr>
            <w:tcW w:w="1274" w:type="dxa"/>
          </w:tcPr>
          <w:p w14:paraId="18C2B1D2" w14:textId="77777777" w:rsidR="002D214A" w:rsidRDefault="002D214A" w:rsidP="00A60070">
            <w:r>
              <w:t>15</w:t>
            </w:r>
          </w:p>
        </w:tc>
        <w:tc>
          <w:tcPr>
            <w:tcW w:w="1261" w:type="dxa"/>
          </w:tcPr>
          <w:p w14:paraId="002C8189" w14:textId="77777777" w:rsidR="002D214A" w:rsidRDefault="002D214A" w:rsidP="00A60070">
            <w:r>
              <w:t>1.4</w:t>
            </w:r>
          </w:p>
        </w:tc>
        <w:tc>
          <w:tcPr>
            <w:tcW w:w="1261" w:type="dxa"/>
          </w:tcPr>
          <w:p w14:paraId="467219BE" w14:textId="77777777" w:rsidR="002D214A" w:rsidRDefault="002D214A" w:rsidP="00A60070">
            <w:r>
              <w:t>3</w:t>
            </w:r>
          </w:p>
        </w:tc>
      </w:tr>
      <w:tr w:rsidR="002D214A" w14:paraId="37334C26" w14:textId="77777777" w:rsidTr="00A60070">
        <w:tc>
          <w:tcPr>
            <w:tcW w:w="2376" w:type="dxa"/>
          </w:tcPr>
          <w:p w14:paraId="50D16D8A" w14:textId="77777777" w:rsidR="002D214A" w:rsidRDefault="002D214A" w:rsidP="00A60070"/>
        </w:tc>
        <w:tc>
          <w:tcPr>
            <w:tcW w:w="2684" w:type="dxa"/>
          </w:tcPr>
          <w:p w14:paraId="0D64180F" w14:textId="77777777" w:rsidR="002D214A" w:rsidRDefault="002D214A" w:rsidP="00A60070">
            <w:r>
              <w:t>Bielefeld</w:t>
            </w:r>
          </w:p>
        </w:tc>
        <w:tc>
          <w:tcPr>
            <w:tcW w:w="1274" w:type="dxa"/>
          </w:tcPr>
          <w:p w14:paraId="53FBB185" w14:textId="77777777" w:rsidR="002D214A" w:rsidRDefault="002D214A" w:rsidP="00A60070">
            <w:r>
              <w:t>0</w:t>
            </w:r>
          </w:p>
        </w:tc>
        <w:tc>
          <w:tcPr>
            <w:tcW w:w="1261" w:type="dxa"/>
          </w:tcPr>
          <w:p w14:paraId="79D60C63" w14:textId="77777777" w:rsidR="002D214A" w:rsidRDefault="002D214A" w:rsidP="00A60070">
            <w:r>
              <w:t>0</w:t>
            </w:r>
          </w:p>
        </w:tc>
        <w:tc>
          <w:tcPr>
            <w:tcW w:w="1261" w:type="dxa"/>
          </w:tcPr>
          <w:p w14:paraId="23A62056" w14:textId="77777777" w:rsidR="002D214A" w:rsidRDefault="002D214A" w:rsidP="00A60070">
            <w:r>
              <w:t>4</w:t>
            </w:r>
          </w:p>
        </w:tc>
      </w:tr>
      <w:tr w:rsidR="002D214A" w14:paraId="3B0F8C64" w14:textId="77777777" w:rsidTr="00A60070">
        <w:tc>
          <w:tcPr>
            <w:tcW w:w="2376" w:type="dxa"/>
          </w:tcPr>
          <w:p w14:paraId="45FD1D87" w14:textId="77777777" w:rsidR="002D214A" w:rsidRDefault="002D214A" w:rsidP="00A60070"/>
        </w:tc>
        <w:tc>
          <w:tcPr>
            <w:tcW w:w="2684" w:type="dxa"/>
          </w:tcPr>
          <w:p w14:paraId="1A62A813" w14:textId="77777777" w:rsidR="002D214A" w:rsidRDefault="002D214A" w:rsidP="00A60070">
            <w:r>
              <w:t>Bochum</w:t>
            </w:r>
          </w:p>
        </w:tc>
        <w:tc>
          <w:tcPr>
            <w:tcW w:w="1274" w:type="dxa"/>
          </w:tcPr>
          <w:p w14:paraId="55D6A72F" w14:textId="77777777" w:rsidR="002D214A" w:rsidRDefault="002D214A" w:rsidP="00A60070">
            <w:r>
              <w:t>12</w:t>
            </w:r>
          </w:p>
        </w:tc>
        <w:tc>
          <w:tcPr>
            <w:tcW w:w="1261" w:type="dxa"/>
          </w:tcPr>
          <w:p w14:paraId="26D89E74" w14:textId="77777777" w:rsidR="002D214A" w:rsidRDefault="002D214A" w:rsidP="00A60070">
            <w:r>
              <w:t>1.12</w:t>
            </w:r>
          </w:p>
        </w:tc>
        <w:tc>
          <w:tcPr>
            <w:tcW w:w="1261" w:type="dxa"/>
          </w:tcPr>
          <w:p w14:paraId="5F437C97" w14:textId="77777777" w:rsidR="002D214A" w:rsidRDefault="002D214A" w:rsidP="00A60070">
            <w:r>
              <w:t>5</w:t>
            </w:r>
          </w:p>
        </w:tc>
      </w:tr>
      <w:tr w:rsidR="002D214A" w14:paraId="6A6DBB4F" w14:textId="77777777" w:rsidTr="00A60070">
        <w:tc>
          <w:tcPr>
            <w:tcW w:w="2376" w:type="dxa"/>
          </w:tcPr>
          <w:p w14:paraId="5E89A281" w14:textId="77777777" w:rsidR="002D214A" w:rsidRDefault="002D214A" w:rsidP="00A60070"/>
        </w:tc>
        <w:tc>
          <w:tcPr>
            <w:tcW w:w="2684" w:type="dxa"/>
          </w:tcPr>
          <w:p w14:paraId="612C2852" w14:textId="77777777" w:rsidR="002D214A" w:rsidRDefault="002D214A" w:rsidP="00A60070">
            <w:r>
              <w:t>Bonn-Siegen</w:t>
            </w:r>
          </w:p>
        </w:tc>
        <w:tc>
          <w:tcPr>
            <w:tcW w:w="1274" w:type="dxa"/>
          </w:tcPr>
          <w:p w14:paraId="7613BC7C" w14:textId="77777777" w:rsidR="002D214A" w:rsidRDefault="002D214A" w:rsidP="00A60070">
            <w:r>
              <w:t>0</w:t>
            </w:r>
          </w:p>
        </w:tc>
        <w:tc>
          <w:tcPr>
            <w:tcW w:w="1261" w:type="dxa"/>
          </w:tcPr>
          <w:p w14:paraId="6E32D40F" w14:textId="77777777" w:rsidR="002D214A" w:rsidRDefault="002D214A" w:rsidP="00A60070">
            <w:r>
              <w:t>0</w:t>
            </w:r>
          </w:p>
        </w:tc>
        <w:tc>
          <w:tcPr>
            <w:tcW w:w="1261" w:type="dxa"/>
          </w:tcPr>
          <w:p w14:paraId="2EFE3CC2" w14:textId="77777777" w:rsidR="002D214A" w:rsidRDefault="002D214A" w:rsidP="00A60070">
            <w:r>
              <w:t>6</w:t>
            </w:r>
          </w:p>
        </w:tc>
      </w:tr>
      <w:tr w:rsidR="002D214A" w14:paraId="3F9EDE7C" w14:textId="77777777" w:rsidTr="00A60070">
        <w:tc>
          <w:tcPr>
            <w:tcW w:w="2376" w:type="dxa"/>
          </w:tcPr>
          <w:p w14:paraId="0EB7C7EE" w14:textId="77777777" w:rsidR="002D214A" w:rsidRDefault="002D214A" w:rsidP="00A60070"/>
        </w:tc>
        <w:tc>
          <w:tcPr>
            <w:tcW w:w="2684" w:type="dxa"/>
          </w:tcPr>
          <w:p w14:paraId="3B7D9D19" w14:textId="77777777" w:rsidR="002D214A" w:rsidRDefault="002D214A" w:rsidP="00A60070">
            <w:r>
              <w:t>Brandenburg (Brandenburg Theodor Fontane Medical School)</w:t>
            </w:r>
          </w:p>
        </w:tc>
        <w:tc>
          <w:tcPr>
            <w:tcW w:w="1274" w:type="dxa"/>
          </w:tcPr>
          <w:p w14:paraId="5D00A54B" w14:textId="77777777" w:rsidR="002D214A" w:rsidRDefault="002D214A" w:rsidP="00A60070">
            <w:r>
              <w:t>10</w:t>
            </w:r>
          </w:p>
        </w:tc>
        <w:tc>
          <w:tcPr>
            <w:tcW w:w="1261" w:type="dxa"/>
          </w:tcPr>
          <w:p w14:paraId="7CD20695" w14:textId="77777777" w:rsidR="002D214A" w:rsidRDefault="002D214A" w:rsidP="00A60070">
            <w:r>
              <w:t>0.93</w:t>
            </w:r>
          </w:p>
        </w:tc>
        <w:tc>
          <w:tcPr>
            <w:tcW w:w="1261" w:type="dxa"/>
          </w:tcPr>
          <w:p w14:paraId="20538841" w14:textId="77777777" w:rsidR="002D214A" w:rsidRDefault="002D214A" w:rsidP="00A60070">
            <w:r>
              <w:t>7</w:t>
            </w:r>
          </w:p>
        </w:tc>
      </w:tr>
      <w:tr w:rsidR="002D214A" w14:paraId="2D81F69D" w14:textId="77777777" w:rsidTr="00A60070">
        <w:tc>
          <w:tcPr>
            <w:tcW w:w="2376" w:type="dxa"/>
          </w:tcPr>
          <w:p w14:paraId="4CCA0FB7" w14:textId="77777777" w:rsidR="002D214A" w:rsidRDefault="002D214A" w:rsidP="00A60070"/>
        </w:tc>
        <w:tc>
          <w:tcPr>
            <w:tcW w:w="2684" w:type="dxa"/>
          </w:tcPr>
          <w:p w14:paraId="7EC9C30F" w14:textId="77777777" w:rsidR="002D214A" w:rsidRDefault="002D214A" w:rsidP="00A60070">
            <w:r>
              <w:t>Dusseldorf</w:t>
            </w:r>
          </w:p>
        </w:tc>
        <w:tc>
          <w:tcPr>
            <w:tcW w:w="1274" w:type="dxa"/>
          </w:tcPr>
          <w:p w14:paraId="1D4CFFA7" w14:textId="77777777" w:rsidR="002D214A" w:rsidRDefault="002D214A" w:rsidP="00A60070">
            <w:r>
              <w:t>0</w:t>
            </w:r>
          </w:p>
        </w:tc>
        <w:tc>
          <w:tcPr>
            <w:tcW w:w="1261" w:type="dxa"/>
          </w:tcPr>
          <w:p w14:paraId="2DF85E0B" w14:textId="77777777" w:rsidR="002D214A" w:rsidRDefault="002D214A" w:rsidP="00A60070">
            <w:r>
              <w:t>0</w:t>
            </w:r>
          </w:p>
        </w:tc>
        <w:tc>
          <w:tcPr>
            <w:tcW w:w="1261" w:type="dxa"/>
          </w:tcPr>
          <w:p w14:paraId="2C3CA490" w14:textId="77777777" w:rsidR="002D214A" w:rsidRDefault="002D214A" w:rsidP="00A60070">
            <w:r>
              <w:t>8</w:t>
            </w:r>
          </w:p>
        </w:tc>
      </w:tr>
      <w:tr w:rsidR="002D214A" w14:paraId="6A58A678" w14:textId="77777777" w:rsidTr="00A60070">
        <w:tc>
          <w:tcPr>
            <w:tcW w:w="2376" w:type="dxa"/>
          </w:tcPr>
          <w:p w14:paraId="6DDEB7C1" w14:textId="77777777" w:rsidR="002D214A" w:rsidRDefault="002D214A" w:rsidP="00A60070"/>
        </w:tc>
        <w:tc>
          <w:tcPr>
            <w:tcW w:w="2684" w:type="dxa"/>
          </w:tcPr>
          <w:p w14:paraId="143C5556" w14:textId="77777777" w:rsidR="002D214A" w:rsidRDefault="002D214A" w:rsidP="00A60070">
            <w:r>
              <w:t>Duisburg-Essen</w:t>
            </w:r>
          </w:p>
        </w:tc>
        <w:tc>
          <w:tcPr>
            <w:tcW w:w="1274" w:type="dxa"/>
          </w:tcPr>
          <w:p w14:paraId="69A27F35" w14:textId="77777777" w:rsidR="002D214A" w:rsidRDefault="002D214A" w:rsidP="00A60070">
            <w:r>
              <w:t>24</w:t>
            </w:r>
          </w:p>
        </w:tc>
        <w:tc>
          <w:tcPr>
            <w:tcW w:w="1261" w:type="dxa"/>
          </w:tcPr>
          <w:p w14:paraId="19F71296" w14:textId="77777777" w:rsidR="002D214A" w:rsidRDefault="002D214A" w:rsidP="00A60070">
            <w:r>
              <w:t>2.23</w:t>
            </w:r>
          </w:p>
        </w:tc>
        <w:tc>
          <w:tcPr>
            <w:tcW w:w="1261" w:type="dxa"/>
          </w:tcPr>
          <w:p w14:paraId="3690C169" w14:textId="77777777" w:rsidR="002D214A" w:rsidRDefault="002D214A" w:rsidP="00A60070">
            <w:r>
              <w:t>9</w:t>
            </w:r>
          </w:p>
        </w:tc>
      </w:tr>
      <w:tr w:rsidR="002D214A" w14:paraId="224BE910" w14:textId="77777777" w:rsidTr="00A60070">
        <w:tc>
          <w:tcPr>
            <w:tcW w:w="2376" w:type="dxa"/>
          </w:tcPr>
          <w:p w14:paraId="65F734D0" w14:textId="77777777" w:rsidR="002D214A" w:rsidRDefault="002D214A" w:rsidP="00A60070"/>
        </w:tc>
        <w:tc>
          <w:tcPr>
            <w:tcW w:w="2684" w:type="dxa"/>
          </w:tcPr>
          <w:p w14:paraId="57B20CFE" w14:textId="77777777" w:rsidR="002D214A" w:rsidRDefault="002D214A" w:rsidP="00A60070">
            <w:r>
              <w:t>Dresden</w:t>
            </w:r>
          </w:p>
        </w:tc>
        <w:tc>
          <w:tcPr>
            <w:tcW w:w="1274" w:type="dxa"/>
          </w:tcPr>
          <w:p w14:paraId="64A948A8" w14:textId="77777777" w:rsidR="002D214A" w:rsidRDefault="002D214A" w:rsidP="00A60070">
            <w:r>
              <w:t>13</w:t>
            </w:r>
          </w:p>
        </w:tc>
        <w:tc>
          <w:tcPr>
            <w:tcW w:w="1261" w:type="dxa"/>
          </w:tcPr>
          <w:p w14:paraId="4D5553CF" w14:textId="77777777" w:rsidR="002D214A" w:rsidRDefault="002D214A" w:rsidP="00A60070">
            <w:r>
              <w:t>1.21</w:t>
            </w:r>
          </w:p>
        </w:tc>
        <w:tc>
          <w:tcPr>
            <w:tcW w:w="1261" w:type="dxa"/>
          </w:tcPr>
          <w:p w14:paraId="5D7D12ED" w14:textId="77777777" w:rsidR="002D214A" w:rsidRDefault="002D214A" w:rsidP="00A60070">
            <w:r>
              <w:t>10</w:t>
            </w:r>
          </w:p>
        </w:tc>
      </w:tr>
      <w:tr w:rsidR="002D214A" w14:paraId="15E03AC4" w14:textId="77777777" w:rsidTr="00A60070">
        <w:tc>
          <w:tcPr>
            <w:tcW w:w="2376" w:type="dxa"/>
          </w:tcPr>
          <w:p w14:paraId="5538D1EB" w14:textId="77777777" w:rsidR="002D214A" w:rsidRDefault="002D214A" w:rsidP="00A60070"/>
        </w:tc>
        <w:tc>
          <w:tcPr>
            <w:tcW w:w="2684" w:type="dxa"/>
          </w:tcPr>
          <w:p w14:paraId="7FDA0CAB" w14:textId="77777777" w:rsidR="002D214A" w:rsidRDefault="002D214A" w:rsidP="00A60070">
            <w:r>
              <w:t>Erlangen-Nuremberg</w:t>
            </w:r>
          </w:p>
        </w:tc>
        <w:tc>
          <w:tcPr>
            <w:tcW w:w="1274" w:type="dxa"/>
          </w:tcPr>
          <w:p w14:paraId="6B24F654" w14:textId="77777777" w:rsidR="002D214A" w:rsidRDefault="002D214A" w:rsidP="00A60070">
            <w:r>
              <w:t>3</w:t>
            </w:r>
          </w:p>
        </w:tc>
        <w:tc>
          <w:tcPr>
            <w:tcW w:w="1261" w:type="dxa"/>
          </w:tcPr>
          <w:p w14:paraId="040AD840" w14:textId="77777777" w:rsidR="002D214A" w:rsidRDefault="002D214A" w:rsidP="00A60070">
            <w:r>
              <w:t>0.28</w:t>
            </w:r>
          </w:p>
        </w:tc>
        <w:tc>
          <w:tcPr>
            <w:tcW w:w="1261" w:type="dxa"/>
          </w:tcPr>
          <w:p w14:paraId="2F16B9BC" w14:textId="77777777" w:rsidR="002D214A" w:rsidRDefault="002D214A" w:rsidP="00A60070">
            <w:r>
              <w:t>11</w:t>
            </w:r>
          </w:p>
        </w:tc>
      </w:tr>
      <w:tr w:rsidR="002D214A" w14:paraId="348C7DE4" w14:textId="77777777" w:rsidTr="00A60070">
        <w:tc>
          <w:tcPr>
            <w:tcW w:w="2376" w:type="dxa"/>
          </w:tcPr>
          <w:p w14:paraId="563B2008" w14:textId="77777777" w:rsidR="002D214A" w:rsidRDefault="002D214A" w:rsidP="00A60070"/>
        </w:tc>
        <w:tc>
          <w:tcPr>
            <w:tcW w:w="2684" w:type="dxa"/>
          </w:tcPr>
          <w:p w14:paraId="3548C0E7" w14:textId="77777777" w:rsidR="002D214A" w:rsidRDefault="002D214A" w:rsidP="00A60070">
            <w:r>
              <w:t>Eat</w:t>
            </w:r>
          </w:p>
        </w:tc>
        <w:tc>
          <w:tcPr>
            <w:tcW w:w="1274" w:type="dxa"/>
          </w:tcPr>
          <w:p w14:paraId="431D2A45" w14:textId="77777777" w:rsidR="002D214A" w:rsidRDefault="002D214A" w:rsidP="00A60070">
            <w:r>
              <w:t>5</w:t>
            </w:r>
          </w:p>
        </w:tc>
        <w:tc>
          <w:tcPr>
            <w:tcW w:w="1261" w:type="dxa"/>
          </w:tcPr>
          <w:p w14:paraId="50EB766D" w14:textId="77777777" w:rsidR="002D214A" w:rsidRDefault="002D214A" w:rsidP="00A60070">
            <w:r>
              <w:t>0.47</w:t>
            </w:r>
          </w:p>
        </w:tc>
        <w:tc>
          <w:tcPr>
            <w:tcW w:w="1261" w:type="dxa"/>
          </w:tcPr>
          <w:p w14:paraId="742B19DF" w14:textId="77777777" w:rsidR="002D214A" w:rsidRDefault="002D214A" w:rsidP="00A60070">
            <w:r>
              <w:t>12</w:t>
            </w:r>
          </w:p>
        </w:tc>
      </w:tr>
      <w:tr w:rsidR="002D214A" w14:paraId="7EC7F8D3" w14:textId="77777777" w:rsidTr="00A60070">
        <w:tc>
          <w:tcPr>
            <w:tcW w:w="2376" w:type="dxa"/>
          </w:tcPr>
          <w:p w14:paraId="0CC673AA" w14:textId="77777777" w:rsidR="002D214A" w:rsidRDefault="002D214A" w:rsidP="00A60070"/>
        </w:tc>
        <w:tc>
          <w:tcPr>
            <w:tcW w:w="2684" w:type="dxa"/>
          </w:tcPr>
          <w:p w14:paraId="34500073" w14:textId="77777777" w:rsidR="002D214A" w:rsidRDefault="002D214A" w:rsidP="00A60070">
            <w:r>
              <w:t>Frankfurt</w:t>
            </w:r>
          </w:p>
        </w:tc>
        <w:tc>
          <w:tcPr>
            <w:tcW w:w="1274" w:type="dxa"/>
          </w:tcPr>
          <w:p w14:paraId="7C2DFE63" w14:textId="77777777" w:rsidR="002D214A" w:rsidRDefault="002D214A" w:rsidP="00A60070">
            <w:r>
              <w:t>1</w:t>
            </w:r>
          </w:p>
        </w:tc>
        <w:tc>
          <w:tcPr>
            <w:tcW w:w="1261" w:type="dxa"/>
          </w:tcPr>
          <w:p w14:paraId="0B85082A" w14:textId="77777777" w:rsidR="002D214A" w:rsidRDefault="002D214A" w:rsidP="00A60070">
            <w:r>
              <w:t>0.09</w:t>
            </w:r>
          </w:p>
        </w:tc>
        <w:tc>
          <w:tcPr>
            <w:tcW w:w="1261" w:type="dxa"/>
          </w:tcPr>
          <w:p w14:paraId="0996F1D4" w14:textId="77777777" w:rsidR="002D214A" w:rsidRDefault="002D214A" w:rsidP="00A60070">
            <w:r>
              <w:t>13</w:t>
            </w:r>
          </w:p>
        </w:tc>
      </w:tr>
      <w:tr w:rsidR="002D214A" w14:paraId="1A35EED2" w14:textId="77777777" w:rsidTr="00A60070">
        <w:tc>
          <w:tcPr>
            <w:tcW w:w="2376" w:type="dxa"/>
          </w:tcPr>
          <w:p w14:paraId="58A1BA4D" w14:textId="77777777" w:rsidR="002D214A" w:rsidRDefault="002D214A" w:rsidP="00A60070"/>
        </w:tc>
        <w:tc>
          <w:tcPr>
            <w:tcW w:w="2684" w:type="dxa"/>
          </w:tcPr>
          <w:p w14:paraId="4F74FB5B" w14:textId="77777777" w:rsidR="002D214A" w:rsidRDefault="002D214A" w:rsidP="00A60070">
            <w:r>
              <w:t>Freiburg</w:t>
            </w:r>
          </w:p>
        </w:tc>
        <w:tc>
          <w:tcPr>
            <w:tcW w:w="1274" w:type="dxa"/>
          </w:tcPr>
          <w:p w14:paraId="55DBB4AA" w14:textId="77777777" w:rsidR="002D214A" w:rsidRDefault="002D214A" w:rsidP="00A60070">
            <w:r>
              <w:t>24</w:t>
            </w:r>
          </w:p>
        </w:tc>
        <w:tc>
          <w:tcPr>
            <w:tcW w:w="1261" w:type="dxa"/>
          </w:tcPr>
          <w:p w14:paraId="68AEB918" w14:textId="77777777" w:rsidR="002D214A" w:rsidRDefault="002D214A" w:rsidP="00A60070">
            <w:r>
              <w:t>2.23</w:t>
            </w:r>
          </w:p>
        </w:tc>
        <w:tc>
          <w:tcPr>
            <w:tcW w:w="1261" w:type="dxa"/>
          </w:tcPr>
          <w:p w14:paraId="11FFB7AC" w14:textId="77777777" w:rsidR="002D214A" w:rsidRDefault="002D214A" w:rsidP="00A60070">
            <w:r>
              <w:t>14</w:t>
            </w:r>
          </w:p>
        </w:tc>
      </w:tr>
      <w:tr w:rsidR="002D214A" w14:paraId="4DD51B62" w14:textId="77777777" w:rsidTr="00A60070">
        <w:tc>
          <w:tcPr>
            <w:tcW w:w="2376" w:type="dxa"/>
          </w:tcPr>
          <w:p w14:paraId="22179DA5" w14:textId="77777777" w:rsidR="002D214A" w:rsidRDefault="002D214A" w:rsidP="00A60070"/>
        </w:tc>
        <w:tc>
          <w:tcPr>
            <w:tcW w:w="2684" w:type="dxa"/>
          </w:tcPr>
          <w:p w14:paraId="7F0794FC" w14:textId="77777777" w:rsidR="002D214A" w:rsidRDefault="002D214A" w:rsidP="00A60070">
            <w:r>
              <w:t>Pour</w:t>
            </w:r>
          </w:p>
        </w:tc>
        <w:tc>
          <w:tcPr>
            <w:tcW w:w="1274" w:type="dxa"/>
          </w:tcPr>
          <w:p w14:paraId="60EB83C7" w14:textId="77777777" w:rsidR="002D214A" w:rsidRDefault="002D214A" w:rsidP="00A60070">
            <w:r>
              <w:t>3</w:t>
            </w:r>
          </w:p>
        </w:tc>
        <w:tc>
          <w:tcPr>
            <w:tcW w:w="1261" w:type="dxa"/>
          </w:tcPr>
          <w:p w14:paraId="462B496D" w14:textId="77777777" w:rsidR="002D214A" w:rsidRDefault="002D214A" w:rsidP="00A60070">
            <w:r>
              <w:t>0.28</w:t>
            </w:r>
          </w:p>
        </w:tc>
        <w:tc>
          <w:tcPr>
            <w:tcW w:w="1261" w:type="dxa"/>
          </w:tcPr>
          <w:p w14:paraId="05ACB62A" w14:textId="77777777" w:rsidR="002D214A" w:rsidRDefault="002D214A" w:rsidP="00A60070">
            <w:r>
              <w:t>15</w:t>
            </w:r>
          </w:p>
        </w:tc>
      </w:tr>
      <w:tr w:rsidR="002D214A" w14:paraId="033213D4" w14:textId="77777777" w:rsidTr="00A60070">
        <w:tc>
          <w:tcPr>
            <w:tcW w:w="2376" w:type="dxa"/>
          </w:tcPr>
          <w:p w14:paraId="03886C4D" w14:textId="77777777" w:rsidR="002D214A" w:rsidRDefault="002D214A" w:rsidP="00A60070"/>
        </w:tc>
        <w:tc>
          <w:tcPr>
            <w:tcW w:w="2684" w:type="dxa"/>
          </w:tcPr>
          <w:p w14:paraId="23AF7674" w14:textId="77777777" w:rsidR="002D214A" w:rsidRDefault="002D214A" w:rsidP="00A60070">
            <w:r>
              <w:t>Göttingen</w:t>
            </w:r>
          </w:p>
        </w:tc>
        <w:tc>
          <w:tcPr>
            <w:tcW w:w="1274" w:type="dxa"/>
          </w:tcPr>
          <w:p w14:paraId="1D6007A0" w14:textId="77777777" w:rsidR="002D214A" w:rsidRDefault="002D214A" w:rsidP="00A60070">
            <w:r>
              <w:t>1</w:t>
            </w:r>
          </w:p>
        </w:tc>
        <w:tc>
          <w:tcPr>
            <w:tcW w:w="1261" w:type="dxa"/>
          </w:tcPr>
          <w:p w14:paraId="0811438B" w14:textId="77777777" w:rsidR="002D214A" w:rsidRDefault="002D214A" w:rsidP="00A60070">
            <w:r>
              <w:t>0.09</w:t>
            </w:r>
          </w:p>
        </w:tc>
        <w:tc>
          <w:tcPr>
            <w:tcW w:w="1261" w:type="dxa"/>
          </w:tcPr>
          <w:p w14:paraId="1958EABD" w14:textId="77777777" w:rsidR="002D214A" w:rsidRDefault="002D214A" w:rsidP="00A60070">
            <w:r>
              <w:t>16</w:t>
            </w:r>
          </w:p>
        </w:tc>
      </w:tr>
      <w:tr w:rsidR="002D214A" w14:paraId="35AA8A02" w14:textId="77777777" w:rsidTr="00A60070">
        <w:tc>
          <w:tcPr>
            <w:tcW w:w="2376" w:type="dxa"/>
          </w:tcPr>
          <w:p w14:paraId="332F6437" w14:textId="77777777" w:rsidR="002D214A" w:rsidRDefault="002D214A" w:rsidP="00A60070"/>
        </w:tc>
        <w:tc>
          <w:tcPr>
            <w:tcW w:w="2684" w:type="dxa"/>
          </w:tcPr>
          <w:p w14:paraId="3C244E4D" w14:textId="77777777" w:rsidR="002D214A" w:rsidRDefault="002D214A" w:rsidP="00A60070">
            <w:r>
              <w:t>Greifswald</w:t>
            </w:r>
          </w:p>
        </w:tc>
        <w:tc>
          <w:tcPr>
            <w:tcW w:w="1274" w:type="dxa"/>
          </w:tcPr>
          <w:p w14:paraId="57DCB2EB" w14:textId="77777777" w:rsidR="002D214A" w:rsidRDefault="002D214A" w:rsidP="00A60070">
            <w:r>
              <w:t>0</w:t>
            </w:r>
          </w:p>
        </w:tc>
        <w:tc>
          <w:tcPr>
            <w:tcW w:w="1261" w:type="dxa"/>
          </w:tcPr>
          <w:p w14:paraId="48C8BE22" w14:textId="77777777" w:rsidR="002D214A" w:rsidRDefault="002D214A" w:rsidP="00A60070">
            <w:r>
              <w:t>0</w:t>
            </w:r>
          </w:p>
        </w:tc>
        <w:tc>
          <w:tcPr>
            <w:tcW w:w="1261" w:type="dxa"/>
          </w:tcPr>
          <w:p w14:paraId="5832F33F" w14:textId="77777777" w:rsidR="002D214A" w:rsidRDefault="002D214A" w:rsidP="00A60070">
            <w:r>
              <w:t>17</w:t>
            </w:r>
          </w:p>
        </w:tc>
      </w:tr>
      <w:tr w:rsidR="002D214A" w14:paraId="682B1380" w14:textId="77777777" w:rsidTr="00A60070">
        <w:tc>
          <w:tcPr>
            <w:tcW w:w="2376" w:type="dxa"/>
          </w:tcPr>
          <w:p w14:paraId="6A7D4B8F" w14:textId="77777777" w:rsidR="002D214A" w:rsidRDefault="002D214A" w:rsidP="00A60070"/>
        </w:tc>
        <w:tc>
          <w:tcPr>
            <w:tcW w:w="2684" w:type="dxa"/>
          </w:tcPr>
          <w:p w14:paraId="63C8AF2C" w14:textId="77777777" w:rsidR="002D214A" w:rsidRDefault="002D214A" w:rsidP="00A60070">
            <w:r>
              <w:t>Halle-Wittenberg</w:t>
            </w:r>
          </w:p>
        </w:tc>
        <w:tc>
          <w:tcPr>
            <w:tcW w:w="1274" w:type="dxa"/>
          </w:tcPr>
          <w:p w14:paraId="24F51F5A" w14:textId="77777777" w:rsidR="002D214A" w:rsidRDefault="002D214A" w:rsidP="00A60070">
            <w:r>
              <w:t>5</w:t>
            </w:r>
          </w:p>
        </w:tc>
        <w:tc>
          <w:tcPr>
            <w:tcW w:w="1261" w:type="dxa"/>
          </w:tcPr>
          <w:p w14:paraId="6AC0768A" w14:textId="77777777" w:rsidR="002D214A" w:rsidRDefault="002D214A" w:rsidP="00A60070">
            <w:r>
              <w:t>0.47</w:t>
            </w:r>
          </w:p>
        </w:tc>
        <w:tc>
          <w:tcPr>
            <w:tcW w:w="1261" w:type="dxa"/>
          </w:tcPr>
          <w:p w14:paraId="74908AD5" w14:textId="77777777" w:rsidR="002D214A" w:rsidRDefault="002D214A" w:rsidP="00A60070">
            <w:r>
              <w:t>18</w:t>
            </w:r>
          </w:p>
        </w:tc>
      </w:tr>
      <w:tr w:rsidR="002D214A" w14:paraId="17F3A7B4" w14:textId="77777777" w:rsidTr="00A60070">
        <w:tc>
          <w:tcPr>
            <w:tcW w:w="2376" w:type="dxa"/>
          </w:tcPr>
          <w:p w14:paraId="5797F4BC" w14:textId="77777777" w:rsidR="002D214A" w:rsidRDefault="002D214A" w:rsidP="00A60070"/>
        </w:tc>
        <w:tc>
          <w:tcPr>
            <w:tcW w:w="2684" w:type="dxa"/>
          </w:tcPr>
          <w:p w14:paraId="7B94A4F6" w14:textId="77777777" w:rsidR="002D214A" w:rsidRDefault="002D214A" w:rsidP="00A60070">
            <w:r>
              <w:t>Hamburg</w:t>
            </w:r>
          </w:p>
        </w:tc>
        <w:tc>
          <w:tcPr>
            <w:tcW w:w="1274" w:type="dxa"/>
          </w:tcPr>
          <w:p w14:paraId="10897B50" w14:textId="77777777" w:rsidR="002D214A" w:rsidRDefault="002D214A" w:rsidP="00A60070">
            <w:r>
              <w:t>1</w:t>
            </w:r>
          </w:p>
        </w:tc>
        <w:tc>
          <w:tcPr>
            <w:tcW w:w="1261" w:type="dxa"/>
          </w:tcPr>
          <w:p w14:paraId="054C6EFA" w14:textId="77777777" w:rsidR="002D214A" w:rsidRDefault="002D214A" w:rsidP="00A60070">
            <w:r>
              <w:t>0.09</w:t>
            </w:r>
          </w:p>
        </w:tc>
        <w:tc>
          <w:tcPr>
            <w:tcW w:w="1261" w:type="dxa"/>
          </w:tcPr>
          <w:p w14:paraId="604A2829" w14:textId="77777777" w:rsidR="002D214A" w:rsidRDefault="002D214A" w:rsidP="00A60070">
            <w:r>
              <w:t>19</w:t>
            </w:r>
          </w:p>
        </w:tc>
      </w:tr>
      <w:tr w:rsidR="002D214A" w14:paraId="3EB684C5" w14:textId="77777777" w:rsidTr="00A60070">
        <w:tc>
          <w:tcPr>
            <w:tcW w:w="2376" w:type="dxa"/>
          </w:tcPr>
          <w:p w14:paraId="79757310" w14:textId="77777777" w:rsidR="002D214A" w:rsidRDefault="002D214A" w:rsidP="00A60070"/>
        </w:tc>
        <w:tc>
          <w:tcPr>
            <w:tcW w:w="2684" w:type="dxa"/>
          </w:tcPr>
          <w:p w14:paraId="29CC2260" w14:textId="77777777" w:rsidR="002D214A" w:rsidRDefault="002D214A" w:rsidP="00A60070">
            <w:r>
              <w:t>Hanover</w:t>
            </w:r>
          </w:p>
        </w:tc>
        <w:tc>
          <w:tcPr>
            <w:tcW w:w="1274" w:type="dxa"/>
          </w:tcPr>
          <w:p w14:paraId="174F9691" w14:textId="77777777" w:rsidR="002D214A" w:rsidRDefault="002D214A" w:rsidP="00A60070">
            <w:r>
              <w:t>14</w:t>
            </w:r>
          </w:p>
        </w:tc>
        <w:tc>
          <w:tcPr>
            <w:tcW w:w="1261" w:type="dxa"/>
          </w:tcPr>
          <w:p w14:paraId="634FFC69" w14:textId="77777777" w:rsidR="002D214A" w:rsidRDefault="002D214A" w:rsidP="00A60070">
            <w:r>
              <w:t>1.3</w:t>
            </w:r>
          </w:p>
        </w:tc>
        <w:tc>
          <w:tcPr>
            <w:tcW w:w="1261" w:type="dxa"/>
          </w:tcPr>
          <w:p w14:paraId="0E9329C8" w14:textId="77777777" w:rsidR="002D214A" w:rsidRDefault="002D214A" w:rsidP="00A60070">
            <w:r>
              <w:t>20</w:t>
            </w:r>
          </w:p>
        </w:tc>
      </w:tr>
      <w:tr w:rsidR="002D214A" w14:paraId="4BDCFB14" w14:textId="77777777" w:rsidTr="00A60070">
        <w:tc>
          <w:tcPr>
            <w:tcW w:w="2376" w:type="dxa"/>
          </w:tcPr>
          <w:p w14:paraId="7B104C5C" w14:textId="77777777" w:rsidR="002D214A" w:rsidRDefault="002D214A" w:rsidP="00A60070"/>
        </w:tc>
        <w:tc>
          <w:tcPr>
            <w:tcW w:w="2684" w:type="dxa"/>
          </w:tcPr>
          <w:p w14:paraId="3B4E5A9C" w14:textId="77777777" w:rsidR="002D214A" w:rsidRDefault="002D214A" w:rsidP="00A60070">
            <w:r>
              <w:t>Heidelberg</w:t>
            </w:r>
          </w:p>
        </w:tc>
        <w:tc>
          <w:tcPr>
            <w:tcW w:w="1274" w:type="dxa"/>
          </w:tcPr>
          <w:p w14:paraId="47F6EFCF" w14:textId="77777777" w:rsidR="002D214A" w:rsidRDefault="002D214A" w:rsidP="00A60070">
            <w:r>
              <w:t>1</w:t>
            </w:r>
          </w:p>
        </w:tc>
        <w:tc>
          <w:tcPr>
            <w:tcW w:w="1261" w:type="dxa"/>
          </w:tcPr>
          <w:p w14:paraId="675AA992" w14:textId="77777777" w:rsidR="002D214A" w:rsidRDefault="002D214A" w:rsidP="00A60070">
            <w:r>
              <w:t>0.09</w:t>
            </w:r>
          </w:p>
        </w:tc>
        <w:tc>
          <w:tcPr>
            <w:tcW w:w="1261" w:type="dxa"/>
          </w:tcPr>
          <w:p w14:paraId="1C2829EC" w14:textId="77777777" w:rsidR="002D214A" w:rsidRDefault="002D214A" w:rsidP="00A60070">
            <w:r>
              <w:t>21</w:t>
            </w:r>
          </w:p>
        </w:tc>
      </w:tr>
      <w:tr w:rsidR="002D214A" w14:paraId="555E5DF7" w14:textId="77777777" w:rsidTr="00A60070">
        <w:tc>
          <w:tcPr>
            <w:tcW w:w="2376" w:type="dxa"/>
          </w:tcPr>
          <w:p w14:paraId="77991EE1" w14:textId="77777777" w:rsidR="002D214A" w:rsidRDefault="002D214A" w:rsidP="00A60070"/>
        </w:tc>
        <w:tc>
          <w:tcPr>
            <w:tcW w:w="2684" w:type="dxa"/>
          </w:tcPr>
          <w:p w14:paraId="48429E2A" w14:textId="77777777" w:rsidR="002D214A" w:rsidRDefault="002D214A" w:rsidP="00A60070">
            <w:r>
              <w:t>Homburg</w:t>
            </w:r>
          </w:p>
        </w:tc>
        <w:tc>
          <w:tcPr>
            <w:tcW w:w="1274" w:type="dxa"/>
          </w:tcPr>
          <w:p w14:paraId="3EBA97FC" w14:textId="77777777" w:rsidR="002D214A" w:rsidRDefault="002D214A" w:rsidP="00A60070">
            <w:r>
              <w:t>12</w:t>
            </w:r>
          </w:p>
        </w:tc>
        <w:tc>
          <w:tcPr>
            <w:tcW w:w="1261" w:type="dxa"/>
          </w:tcPr>
          <w:p w14:paraId="17657983" w14:textId="77777777" w:rsidR="002D214A" w:rsidRDefault="002D214A" w:rsidP="00A60070">
            <w:r>
              <w:t>1.12</w:t>
            </w:r>
          </w:p>
        </w:tc>
        <w:tc>
          <w:tcPr>
            <w:tcW w:w="1261" w:type="dxa"/>
          </w:tcPr>
          <w:p w14:paraId="2AF35DB3" w14:textId="77777777" w:rsidR="002D214A" w:rsidRDefault="002D214A" w:rsidP="00A60070">
            <w:r>
              <w:t>22</w:t>
            </w:r>
          </w:p>
        </w:tc>
      </w:tr>
      <w:tr w:rsidR="002D214A" w14:paraId="7591E38B" w14:textId="77777777" w:rsidTr="00A60070">
        <w:tc>
          <w:tcPr>
            <w:tcW w:w="2376" w:type="dxa"/>
          </w:tcPr>
          <w:p w14:paraId="2047A094" w14:textId="77777777" w:rsidR="002D214A" w:rsidRDefault="002D214A" w:rsidP="00A60070"/>
        </w:tc>
        <w:tc>
          <w:tcPr>
            <w:tcW w:w="2684" w:type="dxa"/>
          </w:tcPr>
          <w:p w14:paraId="76E80B0E" w14:textId="77777777" w:rsidR="002D214A" w:rsidRDefault="002D214A" w:rsidP="00A60070">
            <w:r>
              <w:t>Jena</w:t>
            </w:r>
          </w:p>
        </w:tc>
        <w:tc>
          <w:tcPr>
            <w:tcW w:w="1274" w:type="dxa"/>
          </w:tcPr>
          <w:p w14:paraId="3EFD0841" w14:textId="77777777" w:rsidR="002D214A" w:rsidRDefault="002D214A" w:rsidP="00A60070">
            <w:r>
              <w:t>315</w:t>
            </w:r>
          </w:p>
        </w:tc>
        <w:tc>
          <w:tcPr>
            <w:tcW w:w="1261" w:type="dxa"/>
          </w:tcPr>
          <w:p w14:paraId="0C327C4F" w14:textId="77777777" w:rsidR="002D214A" w:rsidRDefault="002D214A" w:rsidP="00A60070">
            <w:r>
              <w:t>29.3</w:t>
            </w:r>
          </w:p>
        </w:tc>
        <w:tc>
          <w:tcPr>
            <w:tcW w:w="1261" w:type="dxa"/>
          </w:tcPr>
          <w:p w14:paraId="07D79C3F" w14:textId="77777777" w:rsidR="002D214A" w:rsidRDefault="002D214A" w:rsidP="00A60070">
            <w:r>
              <w:t>23</w:t>
            </w:r>
          </w:p>
        </w:tc>
      </w:tr>
      <w:tr w:rsidR="002D214A" w14:paraId="2200D78E" w14:textId="77777777" w:rsidTr="00A60070">
        <w:tc>
          <w:tcPr>
            <w:tcW w:w="2376" w:type="dxa"/>
          </w:tcPr>
          <w:p w14:paraId="78D33059" w14:textId="77777777" w:rsidR="002D214A" w:rsidRDefault="002D214A" w:rsidP="00A60070"/>
        </w:tc>
        <w:tc>
          <w:tcPr>
            <w:tcW w:w="2684" w:type="dxa"/>
          </w:tcPr>
          <w:p w14:paraId="58F2B30D" w14:textId="77777777" w:rsidR="002D214A" w:rsidRDefault="002D214A" w:rsidP="00A60070">
            <w:r>
              <w:t>Kassel (School of Medicine)</w:t>
            </w:r>
          </w:p>
        </w:tc>
        <w:tc>
          <w:tcPr>
            <w:tcW w:w="1274" w:type="dxa"/>
          </w:tcPr>
          <w:p w14:paraId="71CBE923" w14:textId="77777777" w:rsidR="002D214A" w:rsidRDefault="002D214A" w:rsidP="00A60070">
            <w:r>
              <w:t>0</w:t>
            </w:r>
          </w:p>
        </w:tc>
        <w:tc>
          <w:tcPr>
            <w:tcW w:w="1261" w:type="dxa"/>
          </w:tcPr>
          <w:p w14:paraId="36BBE7BD" w14:textId="77777777" w:rsidR="002D214A" w:rsidRDefault="002D214A" w:rsidP="00A60070">
            <w:r>
              <w:t>0</w:t>
            </w:r>
          </w:p>
        </w:tc>
        <w:tc>
          <w:tcPr>
            <w:tcW w:w="1261" w:type="dxa"/>
          </w:tcPr>
          <w:p w14:paraId="61B61998" w14:textId="77777777" w:rsidR="002D214A" w:rsidRDefault="002D214A" w:rsidP="00A60070">
            <w:r>
              <w:t>24</w:t>
            </w:r>
          </w:p>
        </w:tc>
      </w:tr>
      <w:tr w:rsidR="002D214A" w14:paraId="04D784D5" w14:textId="77777777" w:rsidTr="00A60070">
        <w:tc>
          <w:tcPr>
            <w:tcW w:w="2376" w:type="dxa"/>
          </w:tcPr>
          <w:p w14:paraId="155A1551" w14:textId="77777777" w:rsidR="002D214A" w:rsidRDefault="002D214A" w:rsidP="00A60070"/>
        </w:tc>
        <w:tc>
          <w:tcPr>
            <w:tcW w:w="2684" w:type="dxa"/>
          </w:tcPr>
          <w:p w14:paraId="3BF076C7" w14:textId="77777777" w:rsidR="002D214A" w:rsidRDefault="002D214A" w:rsidP="00A60070">
            <w:r>
              <w:t>Kiel</w:t>
            </w:r>
          </w:p>
        </w:tc>
        <w:tc>
          <w:tcPr>
            <w:tcW w:w="1274" w:type="dxa"/>
          </w:tcPr>
          <w:p w14:paraId="13098C88" w14:textId="77777777" w:rsidR="002D214A" w:rsidRDefault="002D214A" w:rsidP="00A60070">
            <w:r>
              <w:t>9</w:t>
            </w:r>
          </w:p>
        </w:tc>
        <w:tc>
          <w:tcPr>
            <w:tcW w:w="1261" w:type="dxa"/>
          </w:tcPr>
          <w:p w14:paraId="706107E2" w14:textId="77777777" w:rsidR="002D214A" w:rsidRDefault="002D214A" w:rsidP="00A60070">
            <w:r>
              <w:t>0.84</w:t>
            </w:r>
          </w:p>
        </w:tc>
        <w:tc>
          <w:tcPr>
            <w:tcW w:w="1261" w:type="dxa"/>
          </w:tcPr>
          <w:p w14:paraId="55785812" w14:textId="77777777" w:rsidR="002D214A" w:rsidRDefault="002D214A" w:rsidP="00A60070">
            <w:r>
              <w:t>25</w:t>
            </w:r>
          </w:p>
        </w:tc>
      </w:tr>
      <w:tr w:rsidR="002D214A" w14:paraId="11DC1A6E" w14:textId="77777777" w:rsidTr="00A60070">
        <w:tc>
          <w:tcPr>
            <w:tcW w:w="2376" w:type="dxa"/>
          </w:tcPr>
          <w:p w14:paraId="5B0F8E22" w14:textId="77777777" w:rsidR="002D214A" w:rsidRDefault="002D214A" w:rsidP="00A60070"/>
        </w:tc>
        <w:tc>
          <w:tcPr>
            <w:tcW w:w="2684" w:type="dxa"/>
          </w:tcPr>
          <w:p w14:paraId="7ECC9560" w14:textId="77777777" w:rsidR="002D214A" w:rsidRDefault="002D214A" w:rsidP="00A60070">
            <w:r>
              <w:t>Cologne</w:t>
            </w:r>
          </w:p>
        </w:tc>
        <w:tc>
          <w:tcPr>
            <w:tcW w:w="1274" w:type="dxa"/>
          </w:tcPr>
          <w:p w14:paraId="098B7AB7" w14:textId="77777777" w:rsidR="002D214A" w:rsidRDefault="002D214A" w:rsidP="00A60070">
            <w:r>
              <w:t>133</w:t>
            </w:r>
          </w:p>
        </w:tc>
        <w:tc>
          <w:tcPr>
            <w:tcW w:w="1261" w:type="dxa"/>
          </w:tcPr>
          <w:p w14:paraId="46EF7541" w14:textId="77777777" w:rsidR="002D214A" w:rsidRDefault="002D214A" w:rsidP="00A60070">
            <w:r>
              <w:t>12.37</w:t>
            </w:r>
          </w:p>
        </w:tc>
        <w:tc>
          <w:tcPr>
            <w:tcW w:w="1261" w:type="dxa"/>
          </w:tcPr>
          <w:p w14:paraId="6B720FFC" w14:textId="77777777" w:rsidR="002D214A" w:rsidRDefault="002D214A" w:rsidP="00A60070">
            <w:r>
              <w:t>26</w:t>
            </w:r>
          </w:p>
        </w:tc>
      </w:tr>
      <w:tr w:rsidR="002D214A" w14:paraId="5452E984" w14:textId="77777777" w:rsidTr="00A60070">
        <w:tc>
          <w:tcPr>
            <w:tcW w:w="2376" w:type="dxa"/>
          </w:tcPr>
          <w:p w14:paraId="43EEA662" w14:textId="77777777" w:rsidR="002D214A" w:rsidRDefault="002D214A" w:rsidP="00A60070"/>
        </w:tc>
        <w:tc>
          <w:tcPr>
            <w:tcW w:w="2684" w:type="dxa"/>
          </w:tcPr>
          <w:p w14:paraId="3571CED3" w14:textId="77777777" w:rsidR="002D214A" w:rsidRDefault="002D214A" w:rsidP="00A60070">
            <w:r>
              <w:t>Leipzig</w:t>
            </w:r>
          </w:p>
        </w:tc>
        <w:tc>
          <w:tcPr>
            <w:tcW w:w="1274" w:type="dxa"/>
          </w:tcPr>
          <w:p w14:paraId="6A184A98" w14:textId="77777777" w:rsidR="002D214A" w:rsidRDefault="002D214A" w:rsidP="00A60070">
            <w:r>
              <w:t>2</w:t>
            </w:r>
          </w:p>
        </w:tc>
        <w:tc>
          <w:tcPr>
            <w:tcW w:w="1261" w:type="dxa"/>
          </w:tcPr>
          <w:p w14:paraId="40F2902C" w14:textId="77777777" w:rsidR="002D214A" w:rsidRDefault="002D214A" w:rsidP="00A60070">
            <w:r>
              <w:t>0.19</w:t>
            </w:r>
          </w:p>
        </w:tc>
        <w:tc>
          <w:tcPr>
            <w:tcW w:w="1261" w:type="dxa"/>
          </w:tcPr>
          <w:p w14:paraId="3491B17D" w14:textId="77777777" w:rsidR="002D214A" w:rsidRDefault="002D214A" w:rsidP="00A60070">
            <w:r>
              <w:t>27</w:t>
            </w:r>
          </w:p>
        </w:tc>
      </w:tr>
      <w:tr w:rsidR="002D214A" w14:paraId="6DDBEF7A" w14:textId="77777777" w:rsidTr="00A60070">
        <w:tc>
          <w:tcPr>
            <w:tcW w:w="2376" w:type="dxa"/>
          </w:tcPr>
          <w:p w14:paraId="0BD55661" w14:textId="77777777" w:rsidR="002D214A" w:rsidRDefault="002D214A" w:rsidP="00A60070"/>
        </w:tc>
        <w:tc>
          <w:tcPr>
            <w:tcW w:w="2684" w:type="dxa"/>
          </w:tcPr>
          <w:p w14:paraId="125F9085" w14:textId="77777777" w:rsidR="002D214A" w:rsidRDefault="002D214A" w:rsidP="00A60070">
            <w:r>
              <w:t>Lübeck</w:t>
            </w:r>
          </w:p>
        </w:tc>
        <w:tc>
          <w:tcPr>
            <w:tcW w:w="1274" w:type="dxa"/>
          </w:tcPr>
          <w:p w14:paraId="77380A84" w14:textId="77777777" w:rsidR="002D214A" w:rsidRDefault="002D214A" w:rsidP="00A60070">
            <w:r>
              <w:t>16</w:t>
            </w:r>
          </w:p>
        </w:tc>
        <w:tc>
          <w:tcPr>
            <w:tcW w:w="1261" w:type="dxa"/>
          </w:tcPr>
          <w:p w14:paraId="3BF85FBE" w14:textId="77777777" w:rsidR="002D214A" w:rsidRDefault="002D214A" w:rsidP="00A60070">
            <w:r>
              <w:t>1.49</w:t>
            </w:r>
          </w:p>
        </w:tc>
        <w:tc>
          <w:tcPr>
            <w:tcW w:w="1261" w:type="dxa"/>
          </w:tcPr>
          <w:p w14:paraId="427DC42E" w14:textId="77777777" w:rsidR="002D214A" w:rsidRDefault="002D214A" w:rsidP="00A60070">
            <w:r>
              <w:t>28</w:t>
            </w:r>
          </w:p>
        </w:tc>
      </w:tr>
      <w:tr w:rsidR="002D214A" w14:paraId="4AEF5933" w14:textId="77777777" w:rsidTr="00A60070">
        <w:tc>
          <w:tcPr>
            <w:tcW w:w="2376" w:type="dxa"/>
          </w:tcPr>
          <w:p w14:paraId="297F0233" w14:textId="77777777" w:rsidR="002D214A" w:rsidRDefault="002D214A" w:rsidP="00A60070"/>
        </w:tc>
        <w:tc>
          <w:tcPr>
            <w:tcW w:w="2684" w:type="dxa"/>
          </w:tcPr>
          <w:p w14:paraId="08842124" w14:textId="77777777" w:rsidR="002D214A" w:rsidRDefault="002D214A" w:rsidP="00A60070">
            <w:r>
              <w:t>Magdeburg</w:t>
            </w:r>
          </w:p>
        </w:tc>
        <w:tc>
          <w:tcPr>
            <w:tcW w:w="1274" w:type="dxa"/>
          </w:tcPr>
          <w:p w14:paraId="4FF827E9" w14:textId="77777777" w:rsidR="002D214A" w:rsidRDefault="002D214A" w:rsidP="00A60070">
            <w:r>
              <w:t>1</w:t>
            </w:r>
          </w:p>
        </w:tc>
        <w:tc>
          <w:tcPr>
            <w:tcW w:w="1261" w:type="dxa"/>
          </w:tcPr>
          <w:p w14:paraId="7E1FFA92" w14:textId="77777777" w:rsidR="002D214A" w:rsidRDefault="002D214A" w:rsidP="00A60070">
            <w:r>
              <w:t>0.09</w:t>
            </w:r>
          </w:p>
        </w:tc>
        <w:tc>
          <w:tcPr>
            <w:tcW w:w="1261" w:type="dxa"/>
          </w:tcPr>
          <w:p w14:paraId="2BDCA694" w14:textId="77777777" w:rsidR="002D214A" w:rsidRDefault="002D214A" w:rsidP="00A60070">
            <w:r>
              <w:t>29</w:t>
            </w:r>
          </w:p>
        </w:tc>
      </w:tr>
      <w:tr w:rsidR="002D214A" w14:paraId="042B5BCD" w14:textId="77777777" w:rsidTr="00A60070">
        <w:tc>
          <w:tcPr>
            <w:tcW w:w="2376" w:type="dxa"/>
          </w:tcPr>
          <w:p w14:paraId="5B3DE6C5" w14:textId="77777777" w:rsidR="002D214A" w:rsidRDefault="002D214A" w:rsidP="00A60070"/>
        </w:tc>
        <w:tc>
          <w:tcPr>
            <w:tcW w:w="2684" w:type="dxa"/>
          </w:tcPr>
          <w:p w14:paraId="70CB0D52" w14:textId="77777777" w:rsidR="002D214A" w:rsidRDefault="002D214A" w:rsidP="00A60070">
            <w:r>
              <w:t>Mainz</w:t>
            </w:r>
          </w:p>
        </w:tc>
        <w:tc>
          <w:tcPr>
            <w:tcW w:w="1274" w:type="dxa"/>
          </w:tcPr>
          <w:p w14:paraId="38CB095C" w14:textId="77777777" w:rsidR="002D214A" w:rsidRDefault="002D214A" w:rsidP="00A60070">
            <w:r>
              <w:t>262</w:t>
            </w:r>
          </w:p>
        </w:tc>
        <w:tc>
          <w:tcPr>
            <w:tcW w:w="1261" w:type="dxa"/>
          </w:tcPr>
          <w:p w14:paraId="6032F0F3" w14:textId="77777777" w:rsidR="002D214A" w:rsidRDefault="002D214A" w:rsidP="00A60070">
            <w:r>
              <w:t>24.37</w:t>
            </w:r>
          </w:p>
        </w:tc>
        <w:tc>
          <w:tcPr>
            <w:tcW w:w="1261" w:type="dxa"/>
          </w:tcPr>
          <w:p w14:paraId="1D529503" w14:textId="77777777" w:rsidR="002D214A" w:rsidRDefault="002D214A" w:rsidP="00A60070">
            <w:r>
              <w:t>30</w:t>
            </w:r>
          </w:p>
        </w:tc>
      </w:tr>
      <w:tr w:rsidR="002D214A" w14:paraId="486D5EFB" w14:textId="77777777" w:rsidTr="00A60070">
        <w:tc>
          <w:tcPr>
            <w:tcW w:w="2376" w:type="dxa"/>
          </w:tcPr>
          <w:p w14:paraId="0E6D746F" w14:textId="77777777" w:rsidR="002D214A" w:rsidRDefault="002D214A" w:rsidP="00A60070"/>
        </w:tc>
        <w:tc>
          <w:tcPr>
            <w:tcW w:w="2684" w:type="dxa"/>
          </w:tcPr>
          <w:p w14:paraId="18187934" w14:textId="77777777" w:rsidR="002D214A" w:rsidRDefault="002D214A" w:rsidP="00A60070">
            <w:r>
              <w:t>Mannheim</w:t>
            </w:r>
          </w:p>
        </w:tc>
        <w:tc>
          <w:tcPr>
            <w:tcW w:w="1274" w:type="dxa"/>
          </w:tcPr>
          <w:p w14:paraId="7DEE802D" w14:textId="77777777" w:rsidR="002D214A" w:rsidRDefault="002D214A" w:rsidP="00A60070">
            <w:r>
              <w:t>8</w:t>
            </w:r>
          </w:p>
        </w:tc>
        <w:tc>
          <w:tcPr>
            <w:tcW w:w="1261" w:type="dxa"/>
          </w:tcPr>
          <w:p w14:paraId="41B838B5" w14:textId="77777777" w:rsidR="002D214A" w:rsidRDefault="002D214A" w:rsidP="00A60070">
            <w:r>
              <w:t>0.74</w:t>
            </w:r>
          </w:p>
        </w:tc>
        <w:tc>
          <w:tcPr>
            <w:tcW w:w="1261" w:type="dxa"/>
          </w:tcPr>
          <w:p w14:paraId="5364430E" w14:textId="77777777" w:rsidR="002D214A" w:rsidRDefault="002D214A" w:rsidP="00A60070">
            <w:r>
              <w:t>31</w:t>
            </w:r>
          </w:p>
        </w:tc>
      </w:tr>
      <w:tr w:rsidR="002D214A" w14:paraId="6877BBDE" w14:textId="77777777" w:rsidTr="00A60070">
        <w:tc>
          <w:tcPr>
            <w:tcW w:w="2376" w:type="dxa"/>
          </w:tcPr>
          <w:p w14:paraId="26E1966E" w14:textId="77777777" w:rsidR="002D214A" w:rsidRDefault="002D214A" w:rsidP="00A60070"/>
        </w:tc>
        <w:tc>
          <w:tcPr>
            <w:tcW w:w="2684" w:type="dxa"/>
          </w:tcPr>
          <w:p w14:paraId="3754CC3C" w14:textId="77777777" w:rsidR="002D214A" w:rsidRDefault="002D214A" w:rsidP="00A60070">
            <w:r>
              <w:t>Marburg</w:t>
            </w:r>
          </w:p>
        </w:tc>
        <w:tc>
          <w:tcPr>
            <w:tcW w:w="1274" w:type="dxa"/>
          </w:tcPr>
          <w:p w14:paraId="4B2BDE35" w14:textId="77777777" w:rsidR="002D214A" w:rsidRDefault="002D214A" w:rsidP="00A60070">
            <w:r>
              <w:t>50</w:t>
            </w:r>
          </w:p>
        </w:tc>
        <w:tc>
          <w:tcPr>
            <w:tcW w:w="1261" w:type="dxa"/>
          </w:tcPr>
          <w:p w14:paraId="6CF86ADF" w14:textId="77777777" w:rsidR="002D214A" w:rsidRDefault="002D214A" w:rsidP="00A60070">
            <w:r>
              <w:t>4.65</w:t>
            </w:r>
          </w:p>
        </w:tc>
        <w:tc>
          <w:tcPr>
            <w:tcW w:w="1261" w:type="dxa"/>
          </w:tcPr>
          <w:p w14:paraId="1128E221" w14:textId="77777777" w:rsidR="002D214A" w:rsidRDefault="002D214A" w:rsidP="00A60070">
            <w:r>
              <w:t>32</w:t>
            </w:r>
          </w:p>
        </w:tc>
      </w:tr>
      <w:tr w:rsidR="002D214A" w14:paraId="64046373" w14:textId="77777777" w:rsidTr="00A60070">
        <w:tc>
          <w:tcPr>
            <w:tcW w:w="2376" w:type="dxa"/>
          </w:tcPr>
          <w:p w14:paraId="546F101C" w14:textId="77777777" w:rsidR="002D214A" w:rsidRDefault="002D214A" w:rsidP="00A60070"/>
        </w:tc>
        <w:tc>
          <w:tcPr>
            <w:tcW w:w="2684" w:type="dxa"/>
          </w:tcPr>
          <w:p w14:paraId="43C9E18E" w14:textId="77777777" w:rsidR="002D214A" w:rsidRDefault="002D214A" w:rsidP="00A60070">
            <w:r>
              <w:t>Munich (LMU)</w:t>
            </w:r>
          </w:p>
        </w:tc>
        <w:tc>
          <w:tcPr>
            <w:tcW w:w="1274" w:type="dxa"/>
          </w:tcPr>
          <w:p w14:paraId="32DEE731" w14:textId="77777777" w:rsidR="002D214A" w:rsidRDefault="002D214A" w:rsidP="00A60070">
            <w:r>
              <w:t>4</w:t>
            </w:r>
          </w:p>
        </w:tc>
        <w:tc>
          <w:tcPr>
            <w:tcW w:w="1261" w:type="dxa"/>
          </w:tcPr>
          <w:p w14:paraId="2C581E24" w14:textId="77777777" w:rsidR="002D214A" w:rsidRDefault="002D214A" w:rsidP="00A60070">
            <w:r>
              <w:t>0.37</w:t>
            </w:r>
          </w:p>
        </w:tc>
        <w:tc>
          <w:tcPr>
            <w:tcW w:w="1261" w:type="dxa"/>
          </w:tcPr>
          <w:p w14:paraId="4B890EAA" w14:textId="77777777" w:rsidR="002D214A" w:rsidRDefault="002D214A" w:rsidP="00A60070">
            <w:r>
              <w:t>33</w:t>
            </w:r>
          </w:p>
        </w:tc>
      </w:tr>
      <w:tr w:rsidR="002D214A" w14:paraId="61E51B85" w14:textId="77777777" w:rsidTr="00A60070">
        <w:tc>
          <w:tcPr>
            <w:tcW w:w="2376" w:type="dxa"/>
          </w:tcPr>
          <w:p w14:paraId="17682EDD" w14:textId="77777777" w:rsidR="002D214A" w:rsidRDefault="002D214A" w:rsidP="00A60070"/>
        </w:tc>
        <w:tc>
          <w:tcPr>
            <w:tcW w:w="2684" w:type="dxa"/>
          </w:tcPr>
          <w:p w14:paraId="12DA7FF9" w14:textId="77777777" w:rsidR="002D214A" w:rsidRDefault="002D214A" w:rsidP="00A60070">
            <w:r>
              <w:t>Munich (TUM)</w:t>
            </w:r>
          </w:p>
        </w:tc>
        <w:tc>
          <w:tcPr>
            <w:tcW w:w="1274" w:type="dxa"/>
          </w:tcPr>
          <w:p w14:paraId="636C22F6" w14:textId="77777777" w:rsidR="002D214A" w:rsidRDefault="002D214A" w:rsidP="00A60070">
            <w:r>
              <w:t>3</w:t>
            </w:r>
          </w:p>
        </w:tc>
        <w:tc>
          <w:tcPr>
            <w:tcW w:w="1261" w:type="dxa"/>
          </w:tcPr>
          <w:p w14:paraId="4686175A" w14:textId="77777777" w:rsidR="002D214A" w:rsidRDefault="002D214A" w:rsidP="00A60070">
            <w:r>
              <w:t>0.28</w:t>
            </w:r>
          </w:p>
        </w:tc>
        <w:tc>
          <w:tcPr>
            <w:tcW w:w="1261" w:type="dxa"/>
          </w:tcPr>
          <w:p w14:paraId="213AA553" w14:textId="77777777" w:rsidR="002D214A" w:rsidRDefault="002D214A" w:rsidP="00A60070">
            <w:r>
              <w:t>34</w:t>
            </w:r>
          </w:p>
        </w:tc>
      </w:tr>
      <w:tr w:rsidR="002D214A" w14:paraId="1B11CA0D" w14:textId="77777777" w:rsidTr="00A60070">
        <w:tc>
          <w:tcPr>
            <w:tcW w:w="2376" w:type="dxa"/>
          </w:tcPr>
          <w:p w14:paraId="2D5DAA43" w14:textId="77777777" w:rsidR="002D214A" w:rsidRDefault="002D214A" w:rsidP="00A60070"/>
        </w:tc>
        <w:tc>
          <w:tcPr>
            <w:tcW w:w="2684" w:type="dxa"/>
          </w:tcPr>
          <w:p w14:paraId="7D59AA39" w14:textId="77777777" w:rsidR="002D214A" w:rsidRDefault="002D214A" w:rsidP="00A60070">
            <w:r>
              <w:t>Muenster</w:t>
            </w:r>
          </w:p>
        </w:tc>
        <w:tc>
          <w:tcPr>
            <w:tcW w:w="1274" w:type="dxa"/>
          </w:tcPr>
          <w:p w14:paraId="73E43D65" w14:textId="77777777" w:rsidR="002D214A" w:rsidRDefault="002D214A" w:rsidP="00A60070">
            <w:r>
              <w:t>66</w:t>
            </w:r>
          </w:p>
        </w:tc>
        <w:tc>
          <w:tcPr>
            <w:tcW w:w="1261" w:type="dxa"/>
          </w:tcPr>
          <w:p w14:paraId="16145317" w14:textId="77777777" w:rsidR="002D214A" w:rsidRDefault="002D214A" w:rsidP="00A60070">
            <w:r>
              <w:t>6.14</w:t>
            </w:r>
          </w:p>
        </w:tc>
        <w:tc>
          <w:tcPr>
            <w:tcW w:w="1261" w:type="dxa"/>
          </w:tcPr>
          <w:p w14:paraId="24C45586" w14:textId="77777777" w:rsidR="002D214A" w:rsidRDefault="002D214A" w:rsidP="00A60070">
            <w:r>
              <w:t>35</w:t>
            </w:r>
          </w:p>
        </w:tc>
      </w:tr>
      <w:tr w:rsidR="002D214A" w14:paraId="7C5A90F5" w14:textId="77777777" w:rsidTr="00A60070">
        <w:tc>
          <w:tcPr>
            <w:tcW w:w="2376" w:type="dxa"/>
          </w:tcPr>
          <w:p w14:paraId="14811C6F" w14:textId="77777777" w:rsidR="002D214A" w:rsidRDefault="002D214A" w:rsidP="00A60070"/>
        </w:tc>
        <w:tc>
          <w:tcPr>
            <w:tcW w:w="2684" w:type="dxa"/>
          </w:tcPr>
          <w:p w14:paraId="382C7B48" w14:textId="77777777" w:rsidR="002D214A" w:rsidRDefault="002D214A" w:rsidP="00A60070">
            <w:r>
              <w:t>regensburg</w:t>
            </w:r>
          </w:p>
        </w:tc>
        <w:tc>
          <w:tcPr>
            <w:tcW w:w="1274" w:type="dxa"/>
          </w:tcPr>
          <w:p w14:paraId="1D825266" w14:textId="77777777" w:rsidR="002D214A" w:rsidRDefault="002D214A" w:rsidP="00A60070">
            <w:r>
              <w:t>0</w:t>
            </w:r>
          </w:p>
        </w:tc>
        <w:tc>
          <w:tcPr>
            <w:tcW w:w="1261" w:type="dxa"/>
          </w:tcPr>
          <w:p w14:paraId="2B9FD358" w14:textId="77777777" w:rsidR="002D214A" w:rsidRDefault="002D214A" w:rsidP="00A60070">
            <w:r>
              <w:t>0</w:t>
            </w:r>
          </w:p>
        </w:tc>
        <w:tc>
          <w:tcPr>
            <w:tcW w:w="1261" w:type="dxa"/>
          </w:tcPr>
          <w:p w14:paraId="2D7BAAF7" w14:textId="77777777" w:rsidR="002D214A" w:rsidRDefault="002D214A" w:rsidP="00A60070">
            <w:r>
              <w:t>36</w:t>
            </w:r>
          </w:p>
        </w:tc>
      </w:tr>
      <w:tr w:rsidR="002D214A" w14:paraId="7702969F" w14:textId="77777777" w:rsidTr="00A60070">
        <w:tc>
          <w:tcPr>
            <w:tcW w:w="2376" w:type="dxa"/>
          </w:tcPr>
          <w:p w14:paraId="3977EEEE" w14:textId="77777777" w:rsidR="002D214A" w:rsidRDefault="002D214A" w:rsidP="00A60070"/>
        </w:tc>
        <w:tc>
          <w:tcPr>
            <w:tcW w:w="2684" w:type="dxa"/>
          </w:tcPr>
          <w:p w14:paraId="4915F7E7" w14:textId="77777777" w:rsidR="002D214A" w:rsidRDefault="002D214A" w:rsidP="00A60070">
            <w:r>
              <w:t>Rostock</w:t>
            </w:r>
          </w:p>
        </w:tc>
        <w:tc>
          <w:tcPr>
            <w:tcW w:w="1274" w:type="dxa"/>
          </w:tcPr>
          <w:p w14:paraId="6AD431C8" w14:textId="77777777" w:rsidR="002D214A" w:rsidRDefault="002D214A" w:rsidP="00A60070">
            <w:r>
              <w:t>10</w:t>
            </w:r>
          </w:p>
        </w:tc>
        <w:tc>
          <w:tcPr>
            <w:tcW w:w="1261" w:type="dxa"/>
          </w:tcPr>
          <w:p w14:paraId="6986AFD4" w14:textId="77777777" w:rsidR="002D214A" w:rsidRDefault="002D214A" w:rsidP="00A60070">
            <w:r>
              <w:t>0.93</w:t>
            </w:r>
          </w:p>
        </w:tc>
        <w:tc>
          <w:tcPr>
            <w:tcW w:w="1261" w:type="dxa"/>
          </w:tcPr>
          <w:p w14:paraId="6F1440B0" w14:textId="77777777" w:rsidR="002D214A" w:rsidRDefault="002D214A" w:rsidP="00A60070">
            <w:r>
              <w:t>37</w:t>
            </w:r>
          </w:p>
        </w:tc>
      </w:tr>
      <w:tr w:rsidR="002D214A" w14:paraId="473B6F84" w14:textId="77777777" w:rsidTr="00A60070">
        <w:tc>
          <w:tcPr>
            <w:tcW w:w="2376" w:type="dxa"/>
          </w:tcPr>
          <w:p w14:paraId="3959472D" w14:textId="77777777" w:rsidR="002D214A" w:rsidRDefault="002D214A" w:rsidP="00A60070"/>
        </w:tc>
        <w:tc>
          <w:tcPr>
            <w:tcW w:w="2684" w:type="dxa"/>
          </w:tcPr>
          <w:p w14:paraId="310C551A" w14:textId="77777777" w:rsidR="002D214A" w:rsidRDefault="002D214A" w:rsidP="00A60070">
            <w:r>
              <w:t>Tübingen</w:t>
            </w:r>
          </w:p>
        </w:tc>
        <w:tc>
          <w:tcPr>
            <w:tcW w:w="1274" w:type="dxa"/>
          </w:tcPr>
          <w:p w14:paraId="4129926C" w14:textId="77777777" w:rsidR="002D214A" w:rsidRDefault="002D214A" w:rsidP="00A60070">
            <w:r>
              <w:t>5</w:t>
            </w:r>
          </w:p>
        </w:tc>
        <w:tc>
          <w:tcPr>
            <w:tcW w:w="1261" w:type="dxa"/>
          </w:tcPr>
          <w:p w14:paraId="72E31A1D" w14:textId="77777777" w:rsidR="002D214A" w:rsidRDefault="002D214A" w:rsidP="00A60070">
            <w:r>
              <w:t>0.47</w:t>
            </w:r>
          </w:p>
        </w:tc>
        <w:tc>
          <w:tcPr>
            <w:tcW w:w="1261" w:type="dxa"/>
          </w:tcPr>
          <w:p w14:paraId="0D6DC56C" w14:textId="77777777" w:rsidR="002D214A" w:rsidRDefault="002D214A" w:rsidP="00A60070">
            <w:r>
              <w:t>38</w:t>
            </w:r>
          </w:p>
        </w:tc>
      </w:tr>
      <w:tr w:rsidR="002D214A" w14:paraId="27A92C5F" w14:textId="77777777" w:rsidTr="00A60070">
        <w:tc>
          <w:tcPr>
            <w:tcW w:w="2376" w:type="dxa"/>
          </w:tcPr>
          <w:p w14:paraId="4E31E608" w14:textId="77777777" w:rsidR="002D214A" w:rsidRDefault="002D214A" w:rsidP="00A60070"/>
        </w:tc>
        <w:tc>
          <w:tcPr>
            <w:tcW w:w="2684" w:type="dxa"/>
          </w:tcPr>
          <w:p w14:paraId="6B529AE5" w14:textId="77777777" w:rsidR="002D214A" w:rsidRDefault="002D214A" w:rsidP="00A60070">
            <w:r>
              <w:t>Ulm</w:t>
            </w:r>
          </w:p>
        </w:tc>
        <w:tc>
          <w:tcPr>
            <w:tcW w:w="1274" w:type="dxa"/>
          </w:tcPr>
          <w:p w14:paraId="5B0D22CC" w14:textId="77777777" w:rsidR="002D214A" w:rsidRDefault="002D214A" w:rsidP="00A60070">
            <w:r>
              <w:t>12</w:t>
            </w:r>
          </w:p>
        </w:tc>
        <w:tc>
          <w:tcPr>
            <w:tcW w:w="1261" w:type="dxa"/>
          </w:tcPr>
          <w:p w14:paraId="21FCE39F" w14:textId="77777777" w:rsidR="002D214A" w:rsidRDefault="002D214A" w:rsidP="00A60070">
            <w:r>
              <w:t>1.12</w:t>
            </w:r>
          </w:p>
        </w:tc>
        <w:tc>
          <w:tcPr>
            <w:tcW w:w="1261" w:type="dxa"/>
          </w:tcPr>
          <w:p w14:paraId="7DB519BC" w14:textId="77777777" w:rsidR="002D214A" w:rsidRDefault="002D214A" w:rsidP="00A60070">
            <w:r>
              <w:t>39</w:t>
            </w:r>
          </w:p>
        </w:tc>
      </w:tr>
      <w:tr w:rsidR="002D214A" w14:paraId="4B9D0518" w14:textId="77777777" w:rsidTr="00A60070">
        <w:tc>
          <w:tcPr>
            <w:tcW w:w="2376" w:type="dxa"/>
          </w:tcPr>
          <w:p w14:paraId="201801B8" w14:textId="77777777" w:rsidR="002D214A" w:rsidRDefault="002D214A" w:rsidP="00A60070"/>
        </w:tc>
        <w:tc>
          <w:tcPr>
            <w:tcW w:w="2684" w:type="dxa"/>
          </w:tcPr>
          <w:p w14:paraId="5406B514" w14:textId="77777777" w:rsidR="002D214A" w:rsidRDefault="002D214A" w:rsidP="00A60070">
            <w:r>
              <w:t>Witten/Herdecke</w:t>
            </w:r>
          </w:p>
        </w:tc>
        <w:tc>
          <w:tcPr>
            <w:tcW w:w="1274" w:type="dxa"/>
          </w:tcPr>
          <w:p w14:paraId="205D93D0" w14:textId="77777777" w:rsidR="002D214A" w:rsidRDefault="002D214A" w:rsidP="00A60070">
            <w:r>
              <w:t>0</w:t>
            </w:r>
          </w:p>
        </w:tc>
        <w:tc>
          <w:tcPr>
            <w:tcW w:w="1261" w:type="dxa"/>
          </w:tcPr>
          <w:p w14:paraId="40FC5A58" w14:textId="77777777" w:rsidR="002D214A" w:rsidRDefault="002D214A" w:rsidP="00A60070">
            <w:r>
              <w:t>0</w:t>
            </w:r>
          </w:p>
        </w:tc>
        <w:tc>
          <w:tcPr>
            <w:tcW w:w="1261" w:type="dxa"/>
          </w:tcPr>
          <w:p w14:paraId="2C22BC42" w14:textId="77777777" w:rsidR="002D214A" w:rsidRDefault="002D214A" w:rsidP="00A60070">
            <w:r>
              <w:t>40</w:t>
            </w:r>
          </w:p>
        </w:tc>
      </w:tr>
      <w:tr w:rsidR="002D214A" w14:paraId="019C83EE" w14:textId="77777777" w:rsidTr="00A60070">
        <w:tc>
          <w:tcPr>
            <w:tcW w:w="2376" w:type="dxa"/>
          </w:tcPr>
          <w:p w14:paraId="61D950BE" w14:textId="77777777" w:rsidR="002D214A" w:rsidRDefault="002D214A" w:rsidP="00A60070"/>
        </w:tc>
        <w:tc>
          <w:tcPr>
            <w:tcW w:w="2684" w:type="dxa"/>
          </w:tcPr>
          <w:p w14:paraId="68FB7FDC" w14:textId="77777777" w:rsidR="002D214A" w:rsidRDefault="002D214A" w:rsidP="00A60070">
            <w:r>
              <w:t>Würzburg</w:t>
            </w:r>
          </w:p>
        </w:tc>
        <w:tc>
          <w:tcPr>
            <w:tcW w:w="1274" w:type="dxa"/>
          </w:tcPr>
          <w:p w14:paraId="1364F7E9" w14:textId="77777777" w:rsidR="002D214A" w:rsidRDefault="002D214A" w:rsidP="00A60070">
            <w:r>
              <w:t>9</w:t>
            </w:r>
          </w:p>
        </w:tc>
        <w:tc>
          <w:tcPr>
            <w:tcW w:w="1261" w:type="dxa"/>
          </w:tcPr>
          <w:p w14:paraId="23876915" w14:textId="77777777" w:rsidR="002D214A" w:rsidRDefault="002D214A" w:rsidP="00A60070">
            <w:r>
              <w:t>0.84</w:t>
            </w:r>
          </w:p>
        </w:tc>
        <w:tc>
          <w:tcPr>
            <w:tcW w:w="1261" w:type="dxa"/>
          </w:tcPr>
          <w:p w14:paraId="1CD71064" w14:textId="77777777" w:rsidR="002D214A" w:rsidRDefault="002D214A" w:rsidP="00A60070">
            <w:r>
              <w:t>41</w:t>
            </w:r>
          </w:p>
        </w:tc>
      </w:tr>
      <w:tr w:rsidR="002D214A" w14:paraId="77566B15" w14:textId="77777777" w:rsidTr="00A60070">
        <w:tc>
          <w:tcPr>
            <w:tcW w:w="2376" w:type="dxa"/>
          </w:tcPr>
          <w:p w14:paraId="6C7DEC64" w14:textId="77777777" w:rsidR="002D214A" w:rsidRDefault="002D214A" w:rsidP="00A60070"/>
        </w:tc>
        <w:tc>
          <w:tcPr>
            <w:tcW w:w="2684" w:type="dxa"/>
          </w:tcPr>
          <w:p w14:paraId="35E2BB9B" w14:textId="77777777" w:rsidR="002D214A" w:rsidRDefault="002D214A" w:rsidP="00A60070"/>
        </w:tc>
        <w:tc>
          <w:tcPr>
            <w:tcW w:w="1274" w:type="dxa"/>
          </w:tcPr>
          <w:p w14:paraId="5643F150" w14:textId="77777777" w:rsidR="002D214A" w:rsidRDefault="002D214A" w:rsidP="00A60070"/>
        </w:tc>
        <w:tc>
          <w:tcPr>
            <w:tcW w:w="1261" w:type="dxa"/>
          </w:tcPr>
          <w:p w14:paraId="078D7943" w14:textId="77777777" w:rsidR="002D214A" w:rsidRDefault="002D214A" w:rsidP="00A60070"/>
        </w:tc>
        <w:tc>
          <w:tcPr>
            <w:tcW w:w="1261" w:type="dxa"/>
          </w:tcPr>
          <w:p w14:paraId="5971A1BB" w14:textId="77777777" w:rsidR="002D214A" w:rsidRDefault="002D214A" w:rsidP="00A60070"/>
        </w:tc>
      </w:tr>
      <w:tr w:rsidR="002D214A" w14:paraId="549D2C73" w14:textId="77777777" w:rsidTr="00A60070">
        <w:tc>
          <w:tcPr>
            <w:tcW w:w="2376" w:type="dxa"/>
          </w:tcPr>
          <w:p w14:paraId="4956F0E6" w14:textId="77777777" w:rsidR="002D214A" w:rsidRDefault="002D214A" w:rsidP="00A60070"/>
        </w:tc>
        <w:tc>
          <w:tcPr>
            <w:tcW w:w="2684" w:type="dxa"/>
          </w:tcPr>
          <w:p w14:paraId="27649387" w14:textId="77777777" w:rsidR="002D214A" w:rsidRDefault="002D214A" w:rsidP="00A60070">
            <w:r>
              <w:t>Average</w:t>
            </w:r>
          </w:p>
        </w:tc>
        <w:tc>
          <w:tcPr>
            <w:tcW w:w="1274" w:type="dxa"/>
          </w:tcPr>
          <w:p w14:paraId="587C7211" w14:textId="77777777" w:rsidR="002D214A" w:rsidRDefault="002D214A" w:rsidP="00A60070"/>
        </w:tc>
        <w:tc>
          <w:tcPr>
            <w:tcW w:w="1261" w:type="dxa"/>
          </w:tcPr>
          <w:p w14:paraId="3930CFB7" w14:textId="77777777" w:rsidR="002D214A" w:rsidRDefault="002D214A" w:rsidP="00A60070"/>
        </w:tc>
        <w:tc>
          <w:tcPr>
            <w:tcW w:w="1261" w:type="dxa"/>
          </w:tcPr>
          <w:p w14:paraId="209D7BA5" w14:textId="77777777" w:rsidR="002D214A" w:rsidRDefault="002D214A" w:rsidP="00A60070">
            <w:r>
              <w:t>24.96</w:t>
            </w:r>
          </w:p>
        </w:tc>
      </w:tr>
      <w:tr w:rsidR="002D214A" w14:paraId="01343FA0" w14:textId="77777777" w:rsidTr="00A60070">
        <w:tc>
          <w:tcPr>
            <w:tcW w:w="2376" w:type="dxa"/>
          </w:tcPr>
          <w:p w14:paraId="2CBF2ADE" w14:textId="77777777" w:rsidR="002D214A" w:rsidRDefault="002D214A" w:rsidP="00A60070"/>
        </w:tc>
        <w:tc>
          <w:tcPr>
            <w:tcW w:w="2684" w:type="dxa"/>
          </w:tcPr>
          <w:p w14:paraId="3CDC607D" w14:textId="77777777" w:rsidR="002D214A" w:rsidRDefault="002D214A" w:rsidP="00A60070">
            <w:r>
              <w:t>Standard Deviation</w:t>
            </w:r>
          </w:p>
        </w:tc>
        <w:tc>
          <w:tcPr>
            <w:tcW w:w="1274" w:type="dxa"/>
          </w:tcPr>
          <w:p w14:paraId="6D6E6D14" w14:textId="77777777" w:rsidR="002D214A" w:rsidRDefault="002D214A" w:rsidP="00A60070"/>
        </w:tc>
        <w:tc>
          <w:tcPr>
            <w:tcW w:w="1261" w:type="dxa"/>
          </w:tcPr>
          <w:p w14:paraId="405B9805" w14:textId="77777777" w:rsidR="002D214A" w:rsidRDefault="002D214A" w:rsidP="00A60070"/>
        </w:tc>
        <w:tc>
          <w:tcPr>
            <w:tcW w:w="1261" w:type="dxa"/>
          </w:tcPr>
          <w:p w14:paraId="14E3C61F" w14:textId="77777777" w:rsidR="002D214A" w:rsidRDefault="002D214A" w:rsidP="00A60070">
            <w:r>
              <w:t>8.06</w:t>
            </w:r>
          </w:p>
        </w:tc>
      </w:tr>
      <w:tr w:rsidR="002D214A" w14:paraId="480DF4D5" w14:textId="77777777" w:rsidTr="00A60070">
        <w:tc>
          <w:tcPr>
            <w:tcW w:w="2376" w:type="dxa"/>
          </w:tcPr>
          <w:p w14:paraId="4C797E9E" w14:textId="77777777" w:rsidR="002D214A" w:rsidRDefault="002D214A" w:rsidP="00A60070"/>
        </w:tc>
        <w:tc>
          <w:tcPr>
            <w:tcW w:w="2684" w:type="dxa"/>
          </w:tcPr>
          <w:p w14:paraId="6BFB54A7" w14:textId="77777777" w:rsidR="002D214A" w:rsidRDefault="002D214A" w:rsidP="00A60070"/>
        </w:tc>
        <w:tc>
          <w:tcPr>
            <w:tcW w:w="1274" w:type="dxa"/>
          </w:tcPr>
          <w:p w14:paraId="23EB8D7F" w14:textId="77777777" w:rsidR="002D214A" w:rsidRDefault="002D214A" w:rsidP="00A60070"/>
        </w:tc>
        <w:tc>
          <w:tcPr>
            <w:tcW w:w="1261" w:type="dxa"/>
          </w:tcPr>
          <w:p w14:paraId="1E9FFA4F" w14:textId="77777777" w:rsidR="002D214A" w:rsidRDefault="002D214A" w:rsidP="00A60070"/>
        </w:tc>
        <w:tc>
          <w:tcPr>
            <w:tcW w:w="1261" w:type="dxa"/>
          </w:tcPr>
          <w:p w14:paraId="7A5272E0" w14:textId="77777777" w:rsidR="002D214A" w:rsidRDefault="002D214A" w:rsidP="00A60070"/>
        </w:tc>
      </w:tr>
      <w:tr w:rsidR="002D214A" w14:paraId="38978EB4" w14:textId="77777777" w:rsidTr="00A60070">
        <w:tc>
          <w:tcPr>
            <w:tcW w:w="2376" w:type="dxa"/>
          </w:tcPr>
          <w:p w14:paraId="5A767A27" w14:textId="77777777" w:rsidR="002D214A" w:rsidRDefault="002D214A" w:rsidP="00A60070">
            <w:r>
              <w:t>In which (regular) study phase are you currently? (n = 1088)</w:t>
            </w:r>
          </w:p>
        </w:tc>
        <w:tc>
          <w:tcPr>
            <w:tcW w:w="2684" w:type="dxa"/>
          </w:tcPr>
          <w:p w14:paraId="0E38FDCB" w14:textId="77777777" w:rsidR="002D214A" w:rsidRDefault="002D214A" w:rsidP="00A60070">
            <w:r>
              <w:t>Answer</w:t>
            </w:r>
          </w:p>
        </w:tc>
        <w:tc>
          <w:tcPr>
            <w:tcW w:w="1274" w:type="dxa"/>
          </w:tcPr>
          <w:p w14:paraId="3B6CFD22" w14:textId="77777777" w:rsidR="002D214A" w:rsidRDefault="002D214A" w:rsidP="00A60070">
            <w:r>
              <w:t>Count</w:t>
            </w:r>
          </w:p>
        </w:tc>
        <w:tc>
          <w:tcPr>
            <w:tcW w:w="1261" w:type="dxa"/>
          </w:tcPr>
          <w:p w14:paraId="5F37D784" w14:textId="77777777" w:rsidR="002D214A" w:rsidRDefault="002D214A" w:rsidP="00A60070">
            <w:r>
              <w:t>%</w:t>
            </w:r>
          </w:p>
        </w:tc>
        <w:tc>
          <w:tcPr>
            <w:tcW w:w="1261" w:type="dxa"/>
          </w:tcPr>
          <w:p w14:paraId="7C53DECE" w14:textId="77777777" w:rsidR="002D214A" w:rsidRDefault="002D214A" w:rsidP="00A60070"/>
        </w:tc>
      </w:tr>
      <w:tr w:rsidR="002D214A" w14:paraId="6A5DFA25" w14:textId="77777777" w:rsidTr="00A60070">
        <w:tc>
          <w:tcPr>
            <w:tcW w:w="2376" w:type="dxa"/>
          </w:tcPr>
          <w:p w14:paraId="294A71A0" w14:textId="77777777" w:rsidR="002D214A" w:rsidRDefault="002D214A" w:rsidP="00A60070"/>
        </w:tc>
        <w:tc>
          <w:tcPr>
            <w:tcW w:w="2684" w:type="dxa"/>
          </w:tcPr>
          <w:p w14:paraId="27F5BF9F" w14:textId="77777777" w:rsidR="002D214A" w:rsidRDefault="002D214A" w:rsidP="00A60070">
            <w:r>
              <w:t>5th or 6th clinical semester</w:t>
            </w:r>
          </w:p>
        </w:tc>
        <w:tc>
          <w:tcPr>
            <w:tcW w:w="1274" w:type="dxa"/>
          </w:tcPr>
          <w:p w14:paraId="19C50EF4" w14:textId="77777777" w:rsidR="002D214A" w:rsidRDefault="002D214A" w:rsidP="00A60070">
            <w:r>
              <w:t>440</w:t>
            </w:r>
          </w:p>
        </w:tc>
        <w:tc>
          <w:tcPr>
            <w:tcW w:w="1261" w:type="dxa"/>
          </w:tcPr>
          <w:p w14:paraId="37DB7877" w14:textId="77777777" w:rsidR="002D214A" w:rsidRDefault="002D214A" w:rsidP="00A60070">
            <w:r>
              <w:t>40.44</w:t>
            </w:r>
          </w:p>
        </w:tc>
        <w:tc>
          <w:tcPr>
            <w:tcW w:w="1261" w:type="dxa"/>
          </w:tcPr>
          <w:p w14:paraId="79A92E31" w14:textId="77777777" w:rsidR="002D214A" w:rsidRDefault="002D214A" w:rsidP="00A60070"/>
        </w:tc>
      </w:tr>
      <w:tr w:rsidR="002D214A" w14:paraId="3539D33A" w14:textId="77777777" w:rsidTr="00A60070">
        <w:tc>
          <w:tcPr>
            <w:tcW w:w="2376" w:type="dxa"/>
          </w:tcPr>
          <w:p w14:paraId="32525075" w14:textId="77777777" w:rsidR="002D214A" w:rsidRDefault="002D214A" w:rsidP="00A60070"/>
        </w:tc>
        <w:tc>
          <w:tcPr>
            <w:tcW w:w="2684" w:type="dxa"/>
          </w:tcPr>
          <w:p w14:paraId="1AE56B61" w14:textId="77777777" w:rsidR="002D214A" w:rsidRDefault="002D214A" w:rsidP="00A60070">
            <w:r>
              <w:t>Practical year</w:t>
            </w:r>
          </w:p>
        </w:tc>
        <w:tc>
          <w:tcPr>
            <w:tcW w:w="1274" w:type="dxa"/>
          </w:tcPr>
          <w:p w14:paraId="6E5517AA" w14:textId="77777777" w:rsidR="002D214A" w:rsidRDefault="002D214A" w:rsidP="00A60070">
            <w:r>
              <w:t>63</w:t>
            </w:r>
          </w:p>
        </w:tc>
        <w:tc>
          <w:tcPr>
            <w:tcW w:w="1261" w:type="dxa"/>
          </w:tcPr>
          <w:p w14:paraId="5179D423" w14:textId="77777777" w:rsidR="002D214A" w:rsidRDefault="002D214A" w:rsidP="00A60070">
            <w:r>
              <w:t>5.79</w:t>
            </w:r>
          </w:p>
        </w:tc>
        <w:tc>
          <w:tcPr>
            <w:tcW w:w="1261" w:type="dxa"/>
          </w:tcPr>
          <w:p w14:paraId="49CC1476" w14:textId="77777777" w:rsidR="002D214A" w:rsidRDefault="002D214A" w:rsidP="00A60070"/>
        </w:tc>
      </w:tr>
      <w:tr w:rsidR="002D214A" w14:paraId="3EE1636F" w14:textId="77777777" w:rsidTr="00A60070">
        <w:tc>
          <w:tcPr>
            <w:tcW w:w="2376" w:type="dxa"/>
          </w:tcPr>
          <w:p w14:paraId="0669222E" w14:textId="77777777" w:rsidR="002D214A" w:rsidRDefault="002D214A" w:rsidP="00A60070"/>
        </w:tc>
        <w:tc>
          <w:tcPr>
            <w:tcW w:w="2684" w:type="dxa"/>
          </w:tcPr>
          <w:p w14:paraId="0A50E47A" w14:textId="77777777" w:rsidR="002D214A" w:rsidRDefault="002D214A" w:rsidP="00A60070">
            <w:r>
              <w:t>approved for a maximum of one year</w:t>
            </w:r>
          </w:p>
        </w:tc>
        <w:tc>
          <w:tcPr>
            <w:tcW w:w="1274" w:type="dxa"/>
          </w:tcPr>
          <w:p w14:paraId="5C59E4C6" w14:textId="77777777" w:rsidR="002D214A" w:rsidRDefault="002D214A" w:rsidP="00A60070">
            <w:r>
              <w:t>14</w:t>
            </w:r>
          </w:p>
        </w:tc>
        <w:tc>
          <w:tcPr>
            <w:tcW w:w="1261" w:type="dxa"/>
          </w:tcPr>
          <w:p w14:paraId="7FAA7291" w14:textId="77777777" w:rsidR="002D214A" w:rsidRDefault="002D214A" w:rsidP="00A60070">
            <w:r>
              <w:t>1.29</w:t>
            </w:r>
          </w:p>
        </w:tc>
        <w:tc>
          <w:tcPr>
            <w:tcW w:w="1261" w:type="dxa"/>
          </w:tcPr>
          <w:p w14:paraId="48FA216E" w14:textId="77777777" w:rsidR="002D214A" w:rsidRDefault="002D214A" w:rsidP="00A60070"/>
        </w:tc>
      </w:tr>
      <w:tr w:rsidR="002D214A" w14:paraId="5C272456" w14:textId="77777777" w:rsidTr="00A60070">
        <w:tc>
          <w:tcPr>
            <w:tcW w:w="2376" w:type="dxa"/>
          </w:tcPr>
          <w:p w14:paraId="67B0776F" w14:textId="77777777" w:rsidR="002D214A" w:rsidRDefault="002D214A" w:rsidP="00A60070"/>
        </w:tc>
        <w:tc>
          <w:tcPr>
            <w:tcW w:w="2684" w:type="dxa"/>
          </w:tcPr>
          <w:p w14:paraId="77E2BC8E" w14:textId="77777777" w:rsidR="002D214A" w:rsidRDefault="002D214A" w:rsidP="00A60070">
            <w:r>
              <w:t>Other:</w:t>
            </w:r>
          </w:p>
        </w:tc>
        <w:tc>
          <w:tcPr>
            <w:tcW w:w="1274" w:type="dxa"/>
          </w:tcPr>
          <w:p w14:paraId="50688E9E" w14:textId="77777777" w:rsidR="002D214A" w:rsidRDefault="002D214A" w:rsidP="00A60070">
            <w:r>
              <w:t>571</w:t>
            </w:r>
          </w:p>
        </w:tc>
        <w:tc>
          <w:tcPr>
            <w:tcW w:w="1261" w:type="dxa"/>
          </w:tcPr>
          <w:p w14:paraId="56342721" w14:textId="77777777" w:rsidR="002D214A" w:rsidRDefault="002D214A" w:rsidP="00A60070">
            <w:r>
              <w:t>52.48</w:t>
            </w:r>
          </w:p>
        </w:tc>
        <w:tc>
          <w:tcPr>
            <w:tcW w:w="1261" w:type="dxa"/>
          </w:tcPr>
          <w:p w14:paraId="29CDEDC3" w14:textId="77777777" w:rsidR="002D214A" w:rsidRDefault="002D214A" w:rsidP="00A60070"/>
        </w:tc>
      </w:tr>
      <w:tr w:rsidR="002D214A" w14:paraId="3A981D1A" w14:textId="77777777" w:rsidTr="00A60070">
        <w:tc>
          <w:tcPr>
            <w:tcW w:w="2376" w:type="dxa"/>
          </w:tcPr>
          <w:p w14:paraId="64A9D08E" w14:textId="77777777" w:rsidR="002D214A" w:rsidRDefault="002D214A" w:rsidP="00A60070"/>
        </w:tc>
        <w:tc>
          <w:tcPr>
            <w:tcW w:w="2684" w:type="dxa"/>
          </w:tcPr>
          <w:p w14:paraId="61B2C534" w14:textId="77777777" w:rsidR="002D214A" w:rsidRDefault="002D214A" w:rsidP="00A60070"/>
        </w:tc>
        <w:tc>
          <w:tcPr>
            <w:tcW w:w="1274" w:type="dxa"/>
          </w:tcPr>
          <w:p w14:paraId="22445221" w14:textId="77777777" w:rsidR="002D214A" w:rsidRDefault="002D214A" w:rsidP="00A60070"/>
        </w:tc>
        <w:tc>
          <w:tcPr>
            <w:tcW w:w="1261" w:type="dxa"/>
          </w:tcPr>
          <w:p w14:paraId="320F8798" w14:textId="77777777" w:rsidR="002D214A" w:rsidRDefault="002D214A" w:rsidP="00A60070"/>
        </w:tc>
        <w:tc>
          <w:tcPr>
            <w:tcW w:w="1261" w:type="dxa"/>
          </w:tcPr>
          <w:p w14:paraId="18D19043" w14:textId="77777777" w:rsidR="002D214A" w:rsidRDefault="002D214A" w:rsidP="00A60070"/>
        </w:tc>
      </w:tr>
      <w:tr w:rsidR="002D214A" w14:paraId="4150A15E" w14:textId="77777777" w:rsidTr="00A60070">
        <w:tc>
          <w:tcPr>
            <w:tcW w:w="2376" w:type="dxa"/>
          </w:tcPr>
          <w:p w14:paraId="78A14236" w14:textId="77777777" w:rsidR="002D214A" w:rsidRDefault="002D214A" w:rsidP="00A60070">
            <w:r>
              <w:t>What type of degree program/curriculum do you have at your location? (n = 1090)</w:t>
            </w:r>
          </w:p>
        </w:tc>
        <w:tc>
          <w:tcPr>
            <w:tcW w:w="2684" w:type="dxa"/>
          </w:tcPr>
          <w:p w14:paraId="5D7614AA" w14:textId="77777777" w:rsidR="002D214A" w:rsidRDefault="002D214A" w:rsidP="00A60070">
            <w:r>
              <w:t>Answer</w:t>
            </w:r>
          </w:p>
        </w:tc>
        <w:tc>
          <w:tcPr>
            <w:tcW w:w="1274" w:type="dxa"/>
          </w:tcPr>
          <w:p w14:paraId="1603B220" w14:textId="77777777" w:rsidR="002D214A" w:rsidRDefault="002D214A" w:rsidP="00A60070">
            <w:r>
              <w:t>Count</w:t>
            </w:r>
          </w:p>
        </w:tc>
        <w:tc>
          <w:tcPr>
            <w:tcW w:w="1261" w:type="dxa"/>
          </w:tcPr>
          <w:p w14:paraId="26D52C79" w14:textId="77777777" w:rsidR="002D214A" w:rsidRDefault="002D214A" w:rsidP="00A60070">
            <w:r>
              <w:t>%</w:t>
            </w:r>
          </w:p>
        </w:tc>
        <w:tc>
          <w:tcPr>
            <w:tcW w:w="1261" w:type="dxa"/>
          </w:tcPr>
          <w:p w14:paraId="5B17F64C" w14:textId="77777777" w:rsidR="002D214A" w:rsidRDefault="002D214A" w:rsidP="00A60070"/>
        </w:tc>
      </w:tr>
      <w:tr w:rsidR="002D214A" w14:paraId="6D25F2AD" w14:textId="77777777" w:rsidTr="00A60070">
        <w:tc>
          <w:tcPr>
            <w:tcW w:w="2376" w:type="dxa"/>
          </w:tcPr>
          <w:p w14:paraId="4D4B723B" w14:textId="77777777" w:rsidR="002D214A" w:rsidRDefault="002D214A" w:rsidP="00A60070"/>
        </w:tc>
        <w:tc>
          <w:tcPr>
            <w:tcW w:w="2684" w:type="dxa"/>
          </w:tcPr>
          <w:p w14:paraId="626A2E87" w14:textId="77777777" w:rsidR="002D214A" w:rsidRDefault="002D214A" w:rsidP="00A60070">
            <w:r>
              <w:t>Standard course of study (pre-clinical/clinical)</w:t>
            </w:r>
          </w:p>
        </w:tc>
        <w:tc>
          <w:tcPr>
            <w:tcW w:w="1274" w:type="dxa"/>
          </w:tcPr>
          <w:p w14:paraId="1E87DCDE" w14:textId="77777777" w:rsidR="002D214A" w:rsidRDefault="002D214A" w:rsidP="00A60070">
            <w:r>
              <w:t>883</w:t>
            </w:r>
          </w:p>
        </w:tc>
        <w:tc>
          <w:tcPr>
            <w:tcW w:w="1261" w:type="dxa"/>
          </w:tcPr>
          <w:p w14:paraId="5D30F2BC" w14:textId="77777777" w:rsidR="002D214A" w:rsidRDefault="002D214A" w:rsidP="00A60070">
            <w:r>
              <w:t>81.01</w:t>
            </w:r>
          </w:p>
        </w:tc>
        <w:tc>
          <w:tcPr>
            <w:tcW w:w="1261" w:type="dxa"/>
          </w:tcPr>
          <w:p w14:paraId="39DCF814" w14:textId="77777777" w:rsidR="002D214A" w:rsidRDefault="002D214A" w:rsidP="00A60070"/>
        </w:tc>
      </w:tr>
      <w:tr w:rsidR="002D214A" w14:paraId="1080EAB6" w14:textId="77777777" w:rsidTr="00A60070">
        <w:tc>
          <w:tcPr>
            <w:tcW w:w="2376" w:type="dxa"/>
          </w:tcPr>
          <w:p w14:paraId="63DBC7C3" w14:textId="77777777" w:rsidR="002D214A" w:rsidRDefault="002D214A" w:rsidP="00A60070"/>
        </w:tc>
        <w:tc>
          <w:tcPr>
            <w:tcW w:w="2684" w:type="dxa"/>
          </w:tcPr>
          <w:p w14:paraId="018B79DB" w14:textId="77777777" w:rsidR="002D214A" w:rsidRDefault="002D214A" w:rsidP="00A60070">
            <w:r>
              <w:t>Model study program</w:t>
            </w:r>
          </w:p>
        </w:tc>
        <w:tc>
          <w:tcPr>
            <w:tcW w:w="1274" w:type="dxa"/>
          </w:tcPr>
          <w:p w14:paraId="5ECE7D41" w14:textId="77777777" w:rsidR="002D214A" w:rsidRDefault="002D214A" w:rsidP="00A60070">
            <w:r>
              <w:t>200</w:t>
            </w:r>
          </w:p>
        </w:tc>
        <w:tc>
          <w:tcPr>
            <w:tcW w:w="1261" w:type="dxa"/>
          </w:tcPr>
          <w:p w14:paraId="32A81762" w14:textId="77777777" w:rsidR="002D214A" w:rsidRDefault="002D214A" w:rsidP="00A60070">
            <w:r>
              <w:t>18.35</w:t>
            </w:r>
          </w:p>
        </w:tc>
        <w:tc>
          <w:tcPr>
            <w:tcW w:w="1261" w:type="dxa"/>
          </w:tcPr>
          <w:p w14:paraId="7595D7B3" w14:textId="77777777" w:rsidR="002D214A" w:rsidRDefault="002D214A" w:rsidP="00A60070"/>
        </w:tc>
      </w:tr>
      <w:tr w:rsidR="002D214A" w14:paraId="39D1F4C0" w14:textId="77777777" w:rsidTr="00A60070">
        <w:tc>
          <w:tcPr>
            <w:tcW w:w="2376" w:type="dxa"/>
          </w:tcPr>
          <w:p w14:paraId="3CB9052F" w14:textId="77777777" w:rsidR="002D214A" w:rsidRDefault="002D214A" w:rsidP="00A60070"/>
        </w:tc>
        <w:tc>
          <w:tcPr>
            <w:tcW w:w="2684" w:type="dxa"/>
          </w:tcPr>
          <w:p w14:paraId="2108B757" w14:textId="77777777" w:rsidR="002D214A" w:rsidRDefault="002D214A" w:rsidP="00A60070">
            <w:r>
              <w:t>Other:</w:t>
            </w:r>
          </w:p>
        </w:tc>
        <w:tc>
          <w:tcPr>
            <w:tcW w:w="1274" w:type="dxa"/>
          </w:tcPr>
          <w:p w14:paraId="666E4138" w14:textId="77777777" w:rsidR="002D214A" w:rsidRDefault="002D214A" w:rsidP="00A60070">
            <w:r>
              <w:t>7</w:t>
            </w:r>
          </w:p>
        </w:tc>
        <w:tc>
          <w:tcPr>
            <w:tcW w:w="1261" w:type="dxa"/>
          </w:tcPr>
          <w:p w14:paraId="2EC8FF86" w14:textId="77777777" w:rsidR="002D214A" w:rsidRDefault="002D214A" w:rsidP="00A60070">
            <w:r>
              <w:t>0.64</w:t>
            </w:r>
          </w:p>
        </w:tc>
        <w:tc>
          <w:tcPr>
            <w:tcW w:w="1261" w:type="dxa"/>
          </w:tcPr>
          <w:p w14:paraId="6FFF8D05" w14:textId="77777777" w:rsidR="002D214A" w:rsidRDefault="002D214A" w:rsidP="00A60070"/>
        </w:tc>
      </w:tr>
      <w:tr w:rsidR="002D214A" w14:paraId="706F26D1" w14:textId="77777777" w:rsidTr="00A60070">
        <w:tc>
          <w:tcPr>
            <w:tcW w:w="2376" w:type="dxa"/>
          </w:tcPr>
          <w:p w14:paraId="46A72E02" w14:textId="77777777" w:rsidR="002D214A" w:rsidRDefault="002D214A" w:rsidP="00A60070"/>
        </w:tc>
        <w:tc>
          <w:tcPr>
            <w:tcW w:w="2684" w:type="dxa"/>
          </w:tcPr>
          <w:p w14:paraId="169CEEC7" w14:textId="77777777" w:rsidR="002D214A" w:rsidRDefault="002D214A" w:rsidP="00A60070"/>
        </w:tc>
        <w:tc>
          <w:tcPr>
            <w:tcW w:w="1274" w:type="dxa"/>
          </w:tcPr>
          <w:p w14:paraId="1D80F8ED" w14:textId="77777777" w:rsidR="002D214A" w:rsidRDefault="002D214A" w:rsidP="00A60070"/>
        </w:tc>
        <w:tc>
          <w:tcPr>
            <w:tcW w:w="1261" w:type="dxa"/>
          </w:tcPr>
          <w:p w14:paraId="77DA4B26" w14:textId="77777777" w:rsidR="002D214A" w:rsidRDefault="002D214A" w:rsidP="00A60070"/>
        </w:tc>
        <w:tc>
          <w:tcPr>
            <w:tcW w:w="1261" w:type="dxa"/>
          </w:tcPr>
          <w:p w14:paraId="0C81F3B5" w14:textId="77777777" w:rsidR="002D214A" w:rsidRDefault="002D214A" w:rsidP="00A60070"/>
        </w:tc>
      </w:tr>
      <w:tr w:rsidR="002D214A" w14:paraId="66CFA0E5" w14:textId="77777777" w:rsidTr="00A60070">
        <w:tc>
          <w:tcPr>
            <w:tcW w:w="2376" w:type="dxa"/>
          </w:tcPr>
          <w:p w14:paraId="73310560" w14:textId="77777777" w:rsidR="002D214A" w:rsidRDefault="002D214A" w:rsidP="00A60070">
            <w:r>
              <w:t>What is your gender? (n = 1094)</w:t>
            </w:r>
          </w:p>
        </w:tc>
        <w:tc>
          <w:tcPr>
            <w:tcW w:w="2684" w:type="dxa"/>
          </w:tcPr>
          <w:p w14:paraId="3AA831FB" w14:textId="77777777" w:rsidR="002D214A" w:rsidRDefault="002D214A" w:rsidP="00A60070">
            <w:r>
              <w:t>Answer</w:t>
            </w:r>
          </w:p>
        </w:tc>
        <w:tc>
          <w:tcPr>
            <w:tcW w:w="1274" w:type="dxa"/>
          </w:tcPr>
          <w:p w14:paraId="619238A2" w14:textId="77777777" w:rsidR="002D214A" w:rsidRDefault="002D214A" w:rsidP="00A60070">
            <w:r>
              <w:t>Count</w:t>
            </w:r>
          </w:p>
        </w:tc>
        <w:tc>
          <w:tcPr>
            <w:tcW w:w="1261" w:type="dxa"/>
          </w:tcPr>
          <w:p w14:paraId="41937F82" w14:textId="77777777" w:rsidR="002D214A" w:rsidRDefault="002D214A" w:rsidP="00A60070">
            <w:r>
              <w:t>%</w:t>
            </w:r>
          </w:p>
        </w:tc>
        <w:tc>
          <w:tcPr>
            <w:tcW w:w="1261" w:type="dxa"/>
          </w:tcPr>
          <w:p w14:paraId="528F8434" w14:textId="77777777" w:rsidR="002D214A" w:rsidRDefault="002D214A" w:rsidP="00A60070">
            <w:r>
              <w:t>Value</w:t>
            </w:r>
          </w:p>
        </w:tc>
      </w:tr>
      <w:tr w:rsidR="002D214A" w14:paraId="272DB358" w14:textId="77777777" w:rsidTr="00A60070">
        <w:tc>
          <w:tcPr>
            <w:tcW w:w="2376" w:type="dxa"/>
          </w:tcPr>
          <w:p w14:paraId="465C6182" w14:textId="77777777" w:rsidR="002D214A" w:rsidRDefault="002D214A" w:rsidP="00A60070"/>
        </w:tc>
        <w:tc>
          <w:tcPr>
            <w:tcW w:w="2684" w:type="dxa"/>
          </w:tcPr>
          <w:p w14:paraId="61159CC7" w14:textId="77777777" w:rsidR="002D214A" w:rsidRDefault="002D214A" w:rsidP="00A60070">
            <w:r>
              <w:t>female</w:t>
            </w:r>
          </w:p>
        </w:tc>
        <w:tc>
          <w:tcPr>
            <w:tcW w:w="1274" w:type="dxa"/>
          </w:tcPr>
          <w:p w14:paraId="152C755B" w14:textId="77777777" w:rsidR="002D214A" w:rsidRDefault="002D214A" w:rsidP="00A60070">
            <w:r>
              <w:t>716</w:t>
            </w:r>
          </w:p>
        </w:tc>
        <w:tc>
          <w:tcPr>
            <w:tcW w:w="1261" w:type="dxa"/>
          </w:tcPr>
          <w:p w14:paraId="659EEF96" w14:textId="77777777" w:rsidR="002D214A" w:rsidRDefault="002D214A" w:rsidP="00A60070">
            <w:r>
              <w:t>65.45</w:t>
            </w:r>
          </w:p>
        </w:tc>
        <w:tc>
          <w:tcPr>
            <w:tcW w:w="1261" w:type="dxa"/>
          </w:tcPr>
          <w:p w14:paraId="1D5A2AEE" w14:textId="77777777" w:rsidR="002D214A" w:rsidRDefault="002D214A" w:rsidP="00A60070">
            <w:r>
              <w:t>1</w:t>
            </w:r>
          </w:p>
        </w:tc>
      </w:tr>
      <w:tr w:rsidR="002D214A" w14:paraId="6EE90EAF" w14:textId="77777777" w:rsidTr="00A60070">
        <w:tc>
          <w:tcPr>
            <w:tcW w:w="2376" w:type="dxa"/>
          </w:tcPr>
          <w:p w14:paraId="1F460A5E" w14:textId="77777777" w:rsidR="002D214A" w:rsidRDefault="002D214A" w:rsidP="00A60070"/>
        </w:tc>
        <w:tc>
          <w:tcPr>
            <w:tcW w:w="2684" w:type="dxa"/>
          </w:tcPr>
          <w:p w14:paraId="5D0871FE" w14:textId="77777777" w:rsidR="002D214A" w:rsidRDefault="002D214A" w:rsidP="00A60070">
            <w:r>
              <w:t>masculine</w:t>
            </w:r>
          </w:p>
        </w:tc>
        <w:tc>
          <w:tcPr>
            <w:tcW w:w="1274" w:type="dxa"/>
          </w:tcPr>
          <w:p w14:paraId="2809FFCE" w14:textId="77777777" w:rsidR="002D214A" w:rsidRDefault="002D214A" w:rsidP="00A60070">
            <w:r>
              <w:t>370</w:t>
            </w:r>
          </w:p>
        </w:tc>
        <w:tc>
          <w:tcPr>
            <w:tcW w:w="1261" w:type="dxa"/>
          </w:tcPr>
          <w:p w14:paraId="22A75635" w14:textId="77777777" w:rsidR="002D214A" w:rsidRDefault="002D214A" w:rsidP="00A60070">
            <w:r>
              <w:t>33.82</w:t>
            </w:r>
          </w:p>
        </w:tc>
        <w:tc>
          <w:tcPr>
            <w:tcW w:w="1261" w:type="dxa"/>
          </w:tcPr>
          <w:p w14:paraId="08A2F6F7" w14:textId="77777777" w:rsidR="002D214A" w:rsidRDefault="002D214A" w:rsidP="00A60070">
            <w:r>
              <w:t>2</w:t>
            </w:r>
          </w:p>
        </w:tc>
      </w:tr>
      <w:tr w:rsidR="002D214A" w14:paraId="583FC44C" w14:textId="77777777" w:rsidTr="00A60070">
        <w:tc>
          <w:tcPr>
            <w:tcW w:w="2376" w:type="dxa"/>
          </w:tcPr>
          <w:p w14:paraId="7DE54F2C" w14:textId="77777777" w:rsidR="002D214A" w:rsidRDefault="002D214A" w:rsidP="00A60070"/>
        </w:tc>
        <w:tc>
          <w:tcPr>
            <w:tcW w:w="2684" w:type="dxa"/>
          </w:tcPr>
          <w:p w14:paraId="611B5813" w14:textId="77777777" w:rsidR="002D214A" w:rsidRDefault="002D214A" w:rsidP="00A60070">
            <w:r>
              <w:t>diverse</w:t>
            </w:r>
          </w:p>
        </w:tc>
        <w:tc>
          <w:tcPr>
            <w:tcW w:w="1274" w:type="dxa"/>
          </w:tcPr>
          <w:p w14:paraId="710EABF0" w14:textId="77777777" w:rsidR="002D214A" w:rsidRDefault="002D214A" w:rsidP="00A60070">
            <w:r>
              <w:t>4</w:t>
            </w:r>
          </w:p>
        </w:tc>
        <w:tc>
          <w:tcPr>
            <w:tcW w:w="1261" w:type="dxa"/>
          </w:tcPr>
          <w:p w14:paraId="5AE70AA0" w14:textId="77777777" w:rsidR="002D214A" w:rsidRDefault="002D214A" w:rsidP="00A60070">
            <w:r>
              <w:t>0.37</w:t>
            </w:r>
          </w:p>
        </w:tc>
        <w:tc>
          <w:tcPr>
            <w:tcW w:w="1261" w:type="dxa"/>
          </w:tcPr>
          <w:p w14:paraId="6C8F8074" w14:textId="77777777" w:rsidR="002D214A" w:rsidRDefault="002D214A" w:rsidP="00A60070">
            <w:r>
              <w:t>3</w:t>
            </w:r>
          </w:p>
        </w:tc>
      </w:tr>
      <w:tr w:rsidR="002D214A" w14:paraId="2EFB2AB7" w14:textId="77777777" w:rsidTr="00A60070">
        <w:tc>
          <w:tcPr>
            <w:tcW w:w="2376" w:type="dxa"/>
          </w:tcPr>
          <w:p w14:paraId="215A6FA7" w14:textId="77777777" w:rsidR="002D214A" w:rsidRDefault="002D214A" w:rsidP="00A60070"/>
        </w:tc>
        <w:tc>
          <w:tcPr>
            <w:tcW w:w="2684" w:type="dxa"/>
          </w:tcPr>
          <w:p w14:paraId="257A1D8E" w14:textId="77777777" w:rsidR="002D214A" w:rsidRDefault="002D214A" w:rsidP="00A60070">
            <w:r>
              <w:t>not specified</w:t>
            </w:r>
          </w:p>
        </w:tc>
        <w:tc>
          <w:tcPr>
            <w:tcW w:w="1274" w:type="dxa"/>
          </w:tcPr>
          <w:p w14:paraId="58CC99CA" w14:textId="77777777" w:rsidR="002D214A" w:rsidRDefault="002D214A" w:rsidP="00A60070">
            <w:r>
              <w:t>4</w:t>
            </w:r>
          </w:p>
        </w:tc>
        <w:tc>
          <w:tcPr>
            <w:tcW w:w="1261" w:type="dxa"/>
          </w:tcPr>
          <w:p w14:paraId="3C34C5FB" w14:textId="77777777" w:rsidR="002D214A" w:rsidRDefault="002D214A" w:rsidP="00A60070">
            <w:r>
              <w:t>0.37</w:t>
            </w:r>
          </w:p>
        </w:tc>
        <w:tc>
          <w:tcPr>
            <w:tcW w:w="1261" w:type="dxa"/>
          </w:tcPr>
          <w:p w14:paraId="4F9C01BA" w14:textId="77777777" w:rsidR="002D214A" w:rsidRDefault="002D214A" w:rsidP="00A60070">
            <w:r>
              <w:t>4</w:t>
            </w:r>
          </w:p>
        </w:tc>
      </w:tr>
      <w:tr w:rsidR="002D214A" w14:paraId="6011F25B" w14:textId="77777777" w:rsidTr="00A60070">
        <w:tc>
          <w:tcPr>
            <w:tcW w:w="2376" w:type="dxa"/>
          </w:tcPr>
          <w:p w14:paraId="74A288C4" w14:textId="77777777" w:rsidR="002D214A" w:rsidRDefault="002D214A" w:rsidP="00A60070"/>
        </w:tc>
        <w:tc>
          <w:tcPr>
            <w:tcW w:w="2684" w:type="dxa"/>
          </w:tcPr>
          <w:p w14:paraId="1A65C2B0" w14:textId="77777777" w:rsidR="002D214A" w:rsidRDefault="002D214A" w:rsidP="00A60070"/>
        </w:tc>
        <w:tc>
          <w:tcPr>
            <w:tcW w:w="1274" w:type="dxa"/>
          </w:tcPr>
          <w:p w14:paraId="4CEA9A9A" w14:textId="77777777" w:rsidR="002D214A" w:rsidRDefault="002D214A" w:rsidP="00A60070"/>
        </w:tc>
        <w:tc>
          <w:tcPr>
            <w:tcW w:w="1261" w:type="dxa"/>
          </w:tcPr>
          <w:p w14:paraId="5F39D66B" w14:textId="77777777" w:rsidR="002D214A" w:rsidRDefault="002D214A" w:rsidP="00A60070"/>
        </w:tc>
        <w:tc>
          <w:tcPr>
            <w:tcW w:w="1261" w:type="dxa"/>
          </w:tcPr>
          <w:p w14:paraId="48E3A3DB" w14:textId="77777777" w:rsidR="002D214A" w:rsidRDefault="002D214A" w:rsidP="00A60070"/>
        </w:tc>
      </w:tr>
      <w:tr w:rsidR="002D214A" w14:paraId="64C6E51B" w14:textId="77777777" w:rsidTr="00A60070">
        <w:tc>
          <w:tcPr>
            <w:tcW w:w="2376" w:type="dxa"/>
          </w:tcPr>
          <w:p w14:paraId="2B8B792F" w14:textId="77777777" w:rsidR="002D214A" w:rsidRDefault="002D214A" w:rsidP="00A60070"/>
        </w:tc>
        <w:tc>
          <w:tcPr>
            <w:tcW w:w="2684" w:type="dxa"/>
          </w:tcPr>
          <w:p w14:paraId="20B4B7AC" w14:textId="77777777" w:rsidR="002D214A" w:rsidRDefault="002D214A" w:rsidP="00A60070">
            <w:r>
              <w:t>Average</w:t>
            </w:r>
          </w:p>
        </w:tc>
        <w:tc>
          <w:tcPr>
            <w:tcW w:w="1274" w:type="dxa"/>
          </w:tcPr>
          <w:p w14:paraId="4FF712C8" w14:textId="77777777" w:rsidR="002D214A" w:rsidRDefault="002D214A" w:rsidP="00A60070"/>
        </w:tc>
        <w:tc>
          <w:tcPr>
            <w:tcW w:w="1261" w:type="dxa"/>
          </w:tcPr>
          <w:p w14:paraId="54985F91" w14:textId="77777777" w:rsidR="002D214A" w:rsidRDefault="002D214A" w:rsidP="00A60070"/>
        </w:tc>
        <w:tc>
          <w:tcPr>
            <w:tcW w:w="1261" w:type="dxa"/>
          </w:tcPr>
          <w:p w14:paraId="74972081" w14:textId="77777777" w:rsidR="002D214A" w:rsidRDefault="002D214A" w:rsidP="00A60070">
            <w:r>
              <w:t>1.36</w:t>
            </w:r>
          </w:p>
        </w:tc>
      </w:tr>
      <w:tr w:rsidR="002D214A" w14:paraId="30BC6BD2" w14:textId="77777777" w:rsidTr="00A60070">
        <w:tc>
          <w:tcPr>
            <w:tcW w:w="2376" w:type="dxa"/>
          </w:tcPr>
          <w:p w14:paraId="3D501A8B" w14:textId="77777777" w:rsidR="002D214A" w:rsidRDefault="002D214A" w:rsidP="00A60070"/>
        </w:tc>
        <w:tc>
          <w:tcPr>
            <w:tcW w:w="2684" w:type="dxa"/>
          </w:tcPr>
          <w:p w14:paraId="45172940" w14:textId="77777777" w:rsidR="002D214A" w:rsidRDefault="002D214A" w:rsidP="00A60070">
            <w:r>
              <w:t>Standard Deviation</w:t>
            </w:r>
          </w:p>
        </w:tc>
        <w:tc>
          <w:tcPr>
            <w:tcW w:w="1274" w:type="dxa"/>
          </w:tcPr>
          <w:p w14:paraId="24966587" w14:textId="77777777" w:rsidR="002D214A" w:rsidRDefault="002D214A" w:rsidP="00A60070"/>
        </w:tc>
        <w:tc>
          <w:tcPr>
            <w:tcW w:w="1261" w:type="dxa"/>
          </w:tcPr>
          <w:p w14:paraId="38C1A763" w14:textId="77777777" w:rsidR="002D214A" w:rsidRDefault="002D214A" w:rsidP="00A60070"/>
        </w:tc>
        <w:tc>
          <w:tcPr>
            <w:tcW w:w="1261" w:type="dxa"/>
          </w:tcPr>
          <w:p w14:paraId="783F5568" w14:textId="77777777" w:rsidR="002D214A" w:rsidRDefault="002D214A" w:rsidP="00A60070">
            <w:r>
              <w:t>0.51</w:t>
            </w:r>
          </w:p>
        </w:tc>
      </w:tr>
      <w:tr w:rsidR="002D214A" w14:paraId="1D8C15A8" w14:textId="77777777" w:rsidTr="00A60070">
        <w:tc>
          <w:tcPr>
            <w:tcW w:w="2376" w:type="dxa"/>
          </w:tcPr>
          <w:p w14:paraId="478126A3" w14:textId="77777777" w:rsidR="002D214A" w:rsidRDefault="002D214A" w:rsidP="00A60070"/>
        </w:tc>
        <w:tc>
          <w:tcPr>
            <w:tcW w:w="2684" w:type="dxa"/>
          </w:tcPr>
          <w:p w14:paraId="40B422C4" w14:textId="77777777" w:rsidR="002D214A" w:rsidRDefault="002D214A" w:rsidP="00A60070"/>
        </w:tc>
        <w:tc>
          <w:tcPr>
            <w:tcW w:w="1274" w:type="dxa"/>
          </w:tcPr>
          <w:p w14:paraId="59A69417" w14:textId="77777777" w:rsidR="002D214A" w:rsidRDefault="002D214A" w:rsidP="00A60070"/>
        </w:tc>
        <w:tc>
          <w:tcPr>
            <w:tcW w:w="1261" w:type="dxa"/>
          </w:tcPr>
          <w:p w14:paraId="668C1CDB" w14:textId="77777777" w:rsidR="002D214A" w:rsidRDefault="002D214A" w:rsidP="00A60070"/>
        </w:tc>
        <w:tc>
          <w:tcPr>
            <w:tcW w:w="1261" w:type="dxa"/>
          </w:tcPr>
          <w:p w14:paraId="283BE9FB" w14:textId="77777777" w:rsidR="002D214A" w:rsidRDefault="002D214A" w:rsidP="00A60070"/>
        </w:tc>
      </w:tr>
      <w:tr w:rsidR="002D214A" w14:paraId="5E80D7C7" w14:textId="77777777" w:rsidTr="00A60070">
        <w:tc>
          <w:tcPr>
            <w:tcW w:w="2376" w:type="dxa"/>
          </w:tcPr>
          <w:p w14:paraId="22278ED9" w14:textId="77777777" w:rsidR="002D214A" w:rsidRDefault="002D214A" w:rsidP="00A60070">
            <w:r>
              <w:t>Did your radiotherapy teaching primarily take place at a time when face-to-face teaching was significantly reduced due to the coronavirus pandemic? (n = 1087)</w:t>
            </w:r>
          </w:p>
        </w:tc>
        <w:tc>
          <w:tcPr>
            <w:tcW w:w="2684" w:type="dxa"/>
          </w:tcPr>
          <w:p w14:paraId="629FD2E0" w14:textId="77777777" w:rsidR="002D214A" w:rsidRDefault="002D214A" w:rsidP="00A60070">
            <w:r>
              <w:t>Answer</w:t>
            </w:r>
          </w:p>
        </w:tc>
        <w:tc>
          <w:tcPr>
            <w:tcW w:w="1274" w:type="dxa"/>
          </w:tcPr>
          <w:p w14:paraId="2869D67C" w14:textId="77777777" w:rsidR="002D214A" w:rsidRDefault="002D214A" w:rsidP="00A60070">
            <w:r>
              <w:t>Count</w:t>
            </w:r>
          </w:p>
        </w:tc>
        <w:tc>
          <w:tcPr>
            <w:tcW w:w="1261" w:type="dxa"/>
          </w:tcPr>
          <w:p w14:paraId="7F56173A" w14:textId="77777777" w:rsidR="002D214A" w:rsidRDefault="002D214A" w:rsidP="00A60070">
            <w:r>
              <w:t>%</w:t>
            </w:r>
          </w:p>
        </w:tc>
        <w:tc>
          <w:tcPr>
            <w:tcW w:w="1261" w:type="dxa"/>
          </w:tcPr>
          <w:p w14:paraId="24C61784" w14:textId="77777777" w:rsidR="002D214A" w:rsidRDefault="002D214A" w:rsidP="00A60070">
            <w:r>
              <w:t>Value</w:t>
            </w:r>
          </w:p>
        </w:tc>
      </w:tr>
      <w:tr w:rsidR="002D214A" w14:paraId="4B3FBBA3" w14:textId="77777777" w:rsidTr="00A60070">
        <w:tc>
          <w:tcPr>
            <w:tcW w:w="2376" w:type="dxa"/>
          </w:tcPr>
          <w:p w14:paraId="0FE2C94F" w14:textId="77777777" w:rsidR="002D214A" w:rsidRDefault="002D214A" w:rsidP="00A60070"/>
        </w:tc>
        <w:tc>
          <w:tcPr>
            <w:tcW w:w="2684" w:type="dxa"/>
          </w:tcPr>
          <w:p w14:paraId="0A519147" w14:textId="77777777" w:rsidR="002D214A" w:rsidRDefault="002D214A" w:rsidP="00A60070">
            <w:r>
              <w:t>Yes</w:t>
            </w:r>
          </w:p>
        </w:tc>
        <w:tc>
          <w:tcPr>
            <w:tcW w:w="1274" w:type="dxa"/>
          </w:tcPr>
          <w:p w14:paraId="763EFF65" w14:textId="77777777" w:rsidR="002D214A" w:rsidRDefault="002D214A" w:rsidP="00A60070">
            <w:r>
              <w:t>312</w:t>
            </w:r>
          </w:p>
        </w:tc>
        <w:tc>
          <w:tcPr>
            <w:tcW w:w="1261" w:type="dxa"/>
          </w:tcPr>
          <w:p w14:paraId="69D8C524" w14:textId="77777777" w:rsidR="002D214A" w:rsidRDefault="002D214A" w:rsidP="00A60070">
            <w:r>
              <w:t>28.7</w:t>
            </w:r>
          </w:p>
        </w:tc>
        <w:tc>
          <w:tcPr>
            <w:tcW w:w="1261" w:type="dxa"/>
          </w:tcPr>
          <w:p w14:paraId="3C0FF53B" w14:textId="77777777" w:rsidR="002D214A" w:rsidRDefault="002D214A" w:rsidP="00A60070">
            <w:r>
              <w:t>1</w:t>
            </w:r>
          </w:p>
        </w:tc>
      </w:tr>
      <w:tr w:rsidR="002D214A" w14:paraId="45642463" w14:textId="77777777" w:rsidTr="00A60070">
        <w:tc>
          <w:tcPr>
            <w:tcW w:w="2376" w:type="dxa"/>
          </w:tcPr>
          <w:p w14:paraId="670E48EF" w14:textId="77777777" w:rsidR="002D214A" w:rsidRDefault="002D214A" w:rsidP="00A60070"/>
        </w:tc>
        <w:tc>
          <w:tcPr>
            <w:tcW w:w="2684" w:type="dxa"/>
          </w:tcPr>
          <w:p w14:paraId="2A10E82B" w14:textId="77777777" w:rsidR="002D214A" w:rsidRDefault="002D214A" w:rsidP="00A60070">
            <w:r>
              <w:t>No</w:t>
            </w:r>
          </w:p>
        </w:tc>
        <w:tc>
          <w:tcPr>
            <w:tcW w:w="1274" w:type="dxa"/>
          </w:tcPr>
          <w:p w14:paraId="65A79050" w14:textId="77777777" w:rsidR="002D214A" w:rsidRDefault="002D214A" w:rsidP="00A60070">
            <w:r>
              <w:t>775</w:t>
            </w:r>
          </w:p>
        </w:tc>
        <w:tc>
          <w:tcPr>
            <w:tcW w:w="1261" w:type="dxa"/>
          </w:tcPr>
          <w:p w14:paraId="68582CF8" w14:textId="77777777" w:rsidR="002D214A" w:rsidRDefault="002D214A" w:rsidP="00A60070">
            <w:r>
              <w:t>71.3</w:t>
            </w:r>
          </w:p>
        </w:tc>
        <w:tc>
          <w:tcPr>
            <w:tcW w:w="1261" w:type="dxa"/>
          </w:tcPr>
          <w:p w14:paraId="19C2131E" w14:textId="77777777" w:rsidR="002D214A" w:rsidRDefault="002D214A" w:rsidP="00A60070">
            <w:r>
              <w:t>2</w:t>
            </w:r>
          </w:p>
        </w:tc>
      </w:tr>
      <w:tr w:rsidR="002D214A" w14:paraId="2301D954" w14:textId="77777777" w:rsidTr="00A60070">
        <w:tc>
          <w:tcPr>
            <w:tcW w:w="2376" w:type="dxa"/>
          </w:tcPr>
          <w:p w14:paraId="2DD4D68A" w14:textId="77777777" w:rsidR="002D214A" w:rsidRDefault="002D214A" w:rsidP="00A60070"/>
        </w:tc>
        <w:tc>
          <w:tcPr>
            <w:tcW w:w="2684" w:type="dxa"/>
          </w:tcPr>
          <w:p w14:paraId="5937272D" w14:textId="77777777" w:rsidR="002D214A" w:rsidRDefault="002D214A" w:rsidP="00A60070"/>
        </w:tc>
        <w:tc>
          <w:tcPr>
            <w:tcW w:w="1274" w:type="dxa"/>
          </w:tcPr>
          <w:p w14:paraId="33E6C848" w14:textId="77777777" w:rsidR="002D214A" w:rsidRDefault="002D214A" w:rsidP="00A60070"/>
        </w:tc>
        <w:tc>
          <w:tcPr>
            <w:tcW w:w="1261" w:type="dxa"/>
          </w:tcPr>
          <w:p w14:paraId="379E5151" w14:textId="77777777" w:rsidR="002D214A" w:rsidRDefault="002D214A" w:rsidP="00A60070"/>
        </w:tc>
        <w:tc>
          <w:tcPr>
            <w:tcW w:w="1261" w:type="dxa"/>
          </w:tcPr>
          <w:p w14:paraId="4FA25E20" w14:textId="77777777" w:rsidR="002D214A" w:rsidRDefault="002D214A" w:rsidP="00A60070"/>
        </w:tc>
      </w:tr>
      <w:tr w:rsidR="002D214A" w14:paraId="7568DD54" w14:textId="77777777" w:rsidTr="00A60070">
        <w:tc>
          <w:tcPr>
            <w:tcW w:w="2376" w:type="dxa"/>
          </w:tcPr>
          <w:p w14:paraId="18FB2DFB" w14:textId="77777777" w:rsidR="002D214A" w:rsidRDefault="002D214A" w:rsidP="00A60070"/>
        </w:tc>
        <w:tc>
          <w:tcPr>
            <w:tcW w:w="2684" w:type="dxa"/>
          </w:tcPr>
          <w:p w14:paraId="771FAE14" w14:textId="77777777" w:rsidR="002D214A" w:rsidRDefault="002D214A" w:rsidP="00A60070">
            <w:r>
              <w:t>Average</w:t>
            </w:r>
          </w:p>
        </w:tc>
        <w:tc>
          <w:tcPr>
            <w:tcW w:w="1274" w:type="dxa"/>
          </w:tcPr>
          <w:p w14:paraId="15662270" w14:textId="77777777" w:rsidR="002D214A" w:rsidRDefault="002D214A" w:rsidP="00A60070"/>
        </w:tc>
        <w:tc>
          <w:tcPr>
            <w:tcW w:w="1261" w:type="dxa"/>
          </w:tcPr>
          <w:p w14:paraId="0A43EF31" w14:textId="77777777" w:rsidR="002D214A" w:rsidRDefault="002D214A" w:rsidP="00A60070"/>
        </w:tc>
        <w:tc>
          <w:tcPr>
            <w:tcW w:w="1261" w:type="dxa"/>
          </w:tcPr>
          <w:p w14:paraId="6B3BEFBC" w14:textId="77777777" w:rsidR="002D214A" w:rsidRDefault="002D214A" w:rsidP="00A60070">
            <w:r>
              <w:t>1.71</w:t>
            </w:r>
          </w:p>
        </w:tc>
      </w:tr>
      <w:tr w:rsidR="002D214A" w14:paraId="423CCF97" w14:textId="77777777" w:rsidTr="00A60070">
        <w:tc>
          <w:tcPr>
            <w:tcW w:w="2376" w:type="dxa"/>
          </w:tcPr>
          <w:p w14:paraId="52FFDE38" w14:textId="77777777" w:rsidR="002D214A" w:rsidRDefault="002D214A" w:rsidP="00A60070"/>
        </w:tc>
        <w:tc>
          <w:tcPr>
            <w:tcW w:w="2684" w:type="dxa"/>
          </w:tcPr>
          <w:p w14:paraId="3CFCEA2D" w14:textId="77777777" w:rsidR="002D214A" w:rsidRDefault="002D214A" w:rsidP="00A60070">
            <w:r>
              <w:t>Standard Deviation</w:t>
            </w:r>
          </w:p>
        </w:tc>
        <w:tc>
          <w:tcPr>
            <w:tcW w:w="1274" w:type="dxa"/>
          </w:tcPr>
          <w:p w14:paraId="4DB0A666" w14:textId="77777777" w:rsidR="002D214A" w:rsidRDefault="002D214A" w:rsidP="00A60070"/>
        </w:tc>
        <w:tc>
          <w:tcPr>
            <w:tcW w:w="1261" w:type="dxa"/>
          </w:tcPr>
          <w:p w14:paraId="0CEC8008" w14:textId="77777777" w:rsidR="002D214A" w:rsidRDefault="002D214A" w:rsidP="00A60070"/>
        </w:tc>
        <w:tc>
          <w:tcPr>
            <w:tcW w:w="1261" w:type="dxa"/>
          </w:tcPr>
          <w:p w14:paraId="67F878BD" w14:textId="77777777" w:rsidR="002D214A" w:rsidRDefault="002D214A" w:rsidP="00A60070">
            <w:r>
              <w:t>0.45</w:t>
            </w:r>
          </w:p>
        </w:tc>
      </w:tr>
      <w:tr w:rsidR="002D214A" w14:paraId="41EC2F7A" w14:textId="77777777" w:rsidTr="00A60070">
        <w:tc>
          <w:tcPr>
            <w:tcW w:w="2376" w:type="dxa"/>
          </w:tcPr>
          <w:p w14:paraId="31F4A108" w14:textId="77777777" w:rsidR="002D214A" w:rsidRDefault="002D214A" w:rsidP="00A60070"/>
        </w:tc>
        <w:tc>
          <w:tcPr>
            <w:tcW w:w="2684" w:type="dxa"/>
          </w:tcPr>
          <w:p w14:paraId="10D28D32" w14:textId="77777777" w:rsidR="002D214A" w:rsidRDefault="002D214A" w:rsidP="00A60070"/>
        </w:tc>
        <w:tc>
          <w:tcPr>
            <w:tcW w:w="1274" w:type="dxa"/>
          </w:tcPr>
          <w:p w14:paraId="787F701B" w14:textId="77777777" w:rsidR="002D214A" w:rsidRDefault="002D214A" w:rsidP="00A60070"/>
        </w:tc>
        <w:tc>
          <w:tcPr>
            <w:tcW w:w="1261" w:type="dxa"/>
          </w:tcPr>
          <w:p w14:paraId="4BFCBDCF" w14:textId="77777777" w:rsidR="002D214A" w:rsidRDefault="002D214A" w:rsidP="00A60070"/>
        </w:tc>
        <w:tc>
          <w:tcPr>
            <w:tcW w:w="1261" w:type="dxa"/>
          </w:tcPr>
          <w:p w14:paraId="3A0A8DBC" w14:textId="77777777" w:rsidR="002D214A" w:rsidRDefault="002D214A" w:rsidP="00A60070"/>
        </w:tc>
      </w:tr>
      <w:tr w:rsidR="002D214A" w14:paraId="446FC262" w14:textId="77777777" w:rsidTr="00A60070">
        <w:tc>
          <w:tcPr>
            <w:tcW w:w="2376" w:type="dxa"/>
          </w:tcPr>
          <w:p w14:paraId="1CE62E6B" w14:textId="77777777" w:rsidR="002D214A" w:rsidRDefault="002D214A" w:rsidP="00A60070">
            <w:r>
              <w:t>Do I know the difference between radiotherapy and radiology and nuclear medicine? (n = 976)</w:t>
            </w:r>
          </w:p>
        </w:tc>
        <w:tc>
          <w:tcPr>
            <w:tcW w:w="2684" w:type="dxa"/>
          </w:tcPr>
          <w:p w14:paraId="458F8335" w14:textId="77777777" w:rsidR="002D214A" w:rsidRDefault="002D214A" w:rsidP="00A60070">
            <w:r>
              <w:t>Answer</w:t>
            </w:r>
          </w:p>
        </w:tc>
        <w:tc>
          <w:tcPr>
            <w:tcW w:w="1274" w:type="dxa"/>
          </w:tcPr>
          <w:p w14:paraId="2DA954E8" w14:textId="77777777" w:rsidR="002D214A" w:rsidRDefault="002D214A" w:rsidP="00A60070">
            <w:r>
              <w:t>Count</w:t>
            </w:r>
          </w:p>
        </w:tc>
        <w:tc>
          <w:tcPr>
            <w:tcW w:w="1261" w:type="dxa"/>
          </w:tcPr>
          <w:p w14:paraId="542B1B27" w14:textId="77777777" w:rsidR="002D214A" w:rsidRDefault="002D214A" w:rsidP="00A60070">
            <w:r>
              <w:t>%</w:t>
            </w:r>
          </w:p>
        </w:tc>
        <w:tc>
          <w:tcPr>
            <w:tcW w:w="1261" w:type="dxa"/>
          </w:tcPr>
          <w:p w14:paraId="14BD7CF7" w14:textId="77777777" w:rsidR="002D214A" w:rsidRDefault="002D214A" w:rsidP="00A60070">
            <w:r>
              <w:t>Value</w:t>
            </w:r>
          </w:p>
        </w:tc>
      </w:tr>
      <w:tr w:rsidR="002D214A" w14:paraId="05FCE6BA" w14:textId="77777777" w:rsidTr="00A60070">
        <w:tc>
          <w:tcPr>
            <w:tcW w:w="2376" w:type="dxa"/>
          </w:tcPr>
          <w:p w14:paraId="0E80FB5A" w14:textId="77777777" w:rsidR="002D214A" w:rsidRDefault="002D214A" w:rsidP="00A60070"/>
        </w:tc>
        <w:tc>
          <w:tcPr>
            <w:tcW w:w="2684" w:type="dxa"/>
          </w:tcPr>
          <w:p w14:paraId="053765B2" w14:textId="77777777" w:rsidR="002D214A" w:rsidRDefault="002D214A" w:rsidP="00A60070">
            <w:r>
              <w:t>I totally agree</w:t>
            </w:r>
          </w:p>
        </w:tc>
        <w:tc>
          <w:tcPr>
            <w:tcW w:w="1274" w:type="dxa"/>
          </w:tcPr>
          <w:p w14:paraId="39450168" w14:textId="77777777" w:rsidR="002D214A" w:rsidRDefault="002D214A" w:rsidP="00A60070">
            <w:r>
              <w:t>487</w:t>
            </w:r>
          </w:p>
        </w:tc>
        <w:tc>
          <w:tcPr>
            <w:tcW w:w="1261" w:type="dxa"/>
          </w:tcPr>
          <w:p w14:paraId="2753BEE9" w14:textId="77777777" w:rsidR="002D214A" w:rsidRDefault="002D214A" w:rsidP="00A60070">
            <w:r>
              <w:t>49.9</w:t>
            </w:r>
          </w:p>
        </w:tc>
        <w:tc>
          <w:tcPr>
            <w:tcW w:w="1261" w:type="dxa"/>
          </w:tcPr>
          <w:p w14:paraId="52CFB919" w14:textId="77777777" w:rsidR="002D214A" w:rsidRDefault="002D214A" w:rsidP="00A60070">
            <w:r>
              <w:t>1</w:t>
            </w:r>
          </w:p>
        </w:tc>
      </w:tr>
      <w:tr w:rsidR="002D214A" w14:paraId="59FC7C90" w14:textId="77777777" w:rsidTr="00A60070">
        <w:tc>
          <w:tcPr>
            <w:tcW w:w="2376" w:type="dxa"/>
          </w:tcPr>
          <w:p w14:paraId="522C1D99" w14:textId="77777777" w:rsidR="002D214A" w:rsidRDefault="002D214A" w:rsidP="00A60070"/>
        </w:tc>
        <w:tc>
          <w:tcPr>
            <w:tcW w:w="2684" w:type="dxa"/>
          </w:tcPr>
          <w:p w14:paraId="017860FC" w14:textId="77777777" w:rsidR="002D214A" w:rsidRDefault="002D214A" w:rsidP="00A60070">
            <w:r>
              <w:t>tend to agree</w:t>
            </w:r>
          </w:p>
        </w:tc>
        <w:tc>
          <w:tcPr>
            <w:tcW w:w="1274" w:type="dxa"/>
          </w:tcPr>
          <w:p w14:paraId="022D5454" w14:textId="77777777" w:rsidR="002D214A" w:rsidRDefault="002D214A" w:rsidP="00A60070">
            <w:r>
              <w:t>318</w:t>
            </w:r>
          </w:p>
        </w:tc>
        <w:tc>
          <w:tcPr>
            <w:tcW w:w="1261" w:type="dxa"/>
          </w:tcPr>
          <w:p w14:paraId="2008D783" w14:textId="77777777" w:rsidR="002D214A" w:rsidRDefault="002D214A" w:rsidP="00A60070">
            <w:r>
              <w:t>32.58</w:t>
            </w:r>
          </w:p>
        </w:tc>
        <w:tc>
          <w:tcPr>
            <w:tcW w:w="1261" w:type="dxa"/>
          </w:tcPr>
          <w:p w14:paraId="0E407606" w14:textId="77777777" w:rsidR="002D214A" w:rsidRDefault="002D214A" w:rsidP="00A60070">
            <w:r>
              <w:t>2</w:t>
            </w:r>
          </w:p>
        </w:tc>
      </w:tr>
      <w:tr w:rsidR="002D214A" w14:paraId="1B79F616" w14:textId="77777777" w:rsidTr="00A60070">
        <w:tc>
          <w:tcPr>
            <w:tcW w:w="2376" w:type="dxa"/>
          </w:tcPr>
          <w:p w14:paraId="4643813B" w14:textId="77777777" w:rsidR="002D214A" w:rsidRDefault="002D214A" w:rsidP="00A60070"/>
        </w:tc>
        <w:tc>
          <w:tcPr>
            <w:tcW w:w="2684" w:type="dxa"/>
          </w:tcPr>
          <w:p w14:paraId="26C19F95" w14:textId="77777777" w:rsidR="002D214A" w:rsidRDefault="002D214A" w:rsidP="00A60070">
            <w:r>
              <w:t>partly/partly</w:t>
            </w:r>
          </w:p>
        </w:tc>
        <w:tc>
          <w:tcPr>
            <w:tcW w:w="1274" w:type="dxa"/>
          </w:tcPr>
          <w:p w14:paraId="6D13E73A" w14:textId="77777777" w:rsidR="002D214A" w:rsidRDefault="002D214A" w:rsidP="00A60070">
            <w:r>
              <w:t>116</w:t>
            </w:r>
          </w:p>
        </w:tc>
        <w:tc>
          <w:tcPr>
            <w:tcW w:w="1261" w:type="dxa"/>
          </w:tcPr>
          <w:p w14:paraId="2F9A7C94" w14:textId="77777777" w:rsidR="002D214A" w:rsidRDefault="002D214A" w:rsidP="00A60070">
            <w:r>
              <w:t>11.89</w:t>
            </w:r>
          </w:p>
        </w:tc>
        <w:tc>
          <w:tcPr>
            <w:tcW w:w="1261" w:type="dxa"/>
          </w:tcPr>
          <w:p w14:paraId="54AA11CE" w14:textId="77777777" w:rsidR="002D214A" w:rsidRDefault="002D214A" w:rsidP="00A60070">
            <w:r>
              <w:t>3</w:t>
            </w:r>
          </w:p>
        </w:tc>
      </w:tr>
      <w:tr w:rsidR="002D214A" w14:paraId="4D3ED1DB" w14:textId="77777777" w:rsidTr="00A60070">
        <w:tc>
          <w:tcPr>
            <w:tcW w:w="2376" w:type="dxa"/>
          </w:tcPr>
          <w:p w14:paraId="30E27333" w14:textId="77777777" w:rsidR="002D214A" w:rsidRDefault="002D214A" w:rsidP="00A60070"/>
        </w:tc>
        <w:tc>
          <w:tcPr>
            <w:tcW w:w="2684" w:type="dxa"/>
          </w:tcPr>
          <w:p w14:paraId="7A6A30C2" w14:textId="77777777" w:rsidR="002D214A" w:rsidRDefault="002D214A" w:rsidP="00A60070">
            <w:r>
              <w:t>rather disagree</w:t>
            </w:r>
          </w:p>
        </w:tc>
        <w:tc>
          <w:tcPr>
            <w:tcW w:w="1274" w:type="dxa"/>
          </w:tcPr>
          <w:p w14:paraId="56DD7C62" w14:textId="77777777" w:rsidR="002D214A" w:rsidRDefault="002D214A" w:rsidP="00A60070">
            <w:r>
              <w:t>51</w:t>
            </w:r>
          </w:p>
        </w:tc>
        <w:tc>
          <w:tcPr>
            <w:tcW w:w="1261" w:type="dxa"/>
          </w:tcPr>
          <w:p w14:paraId="09F9A9D3" w14:textId="77777777" w:rsidR="002D214A" w:rsidRDefault="002D214A" w:rsidP="00A60070">
            <w:r>
              <w:t>5.23</w:t>
            </w:r>
          </w:p>
        </w:tc>
        <w:tc>
          <w:tcPr>
            <w:tcW w:w="1261" w:type="dxa"/>
          </w:tcPr>
          <w:p w14:paraId="49F4BE8C" w14:textId="77777777" w:rsidR="002D214A" w:rsidRDefault="002D214A" w:rsidP="00A60070">
            <w:r>
              <w:t>4</w:t>
            </w:r>
          </w:p>
        </w:tc>
      </w:tr>
      <w:tr w:rsidR="002D214A" w14:paraId="536291B4" w14:textId="77777777" w:rsidTr="00A60070">
        <w:tc>
          <w:tcPr>
            <w:tcW w:w="2376" w:type="dxa"/>
          </w:tcPr>
          <w:p w14:paraId="7E05A5F5" w14:textId="77777777" w:rsidR="002D214A" w:rsidRDefault="002D214A" w:rsidP="00A60070"/>
        </w:tc>
        <w:tc>
          <w:tcPr>
            <w:tcW w:w="2684" w:type="dxa"/>
          </w:tcPr>
          <w:p w14:paraId="39BC9B52" w14:textId="77777777" w:rsidR="002D214A" w:rsidRDefault="002D214A" w:rsidP="00A60070">
            <w:r>
              <w:t>strongly disagree</w:t>
            </w:r>
          </w:p>
        </w:tc>
        <w:tc>
          <w:tcPr>
            <w:tcW w:w="1274" w:type="dxa"/>
          </w:tcPr>
          <w:p w14:paraId="139F613F" w14:textId="77777777" w:rsidR="002D214A" w:rsidRDefault="002D214A" w:rsidP="00A60070">
            <w:r>
              <w:t>4</w:t>
            </w:r>
          </w:p>
        </w:tc>
        <w:tc>
          <w:tcPr>
            <w:tcW w:w="1261" w:type="dxa"/>
          </w:tcPr>
          <w:p w14:paraId="64627A29" w14:textId="77777777" w:rsidR="002D214A" w:rsidRDefault="002D214A" w:rsidP="00A60070">
            <w:r>
              <w:t>0.41</w:t>
            </w:r>
          </w:p>
        </w:tc>
        <w:tc>
          <w:tcPr>
            <w:tcW w:w="1261" w:type="dxa"/>
          </w:tcPr>
          <w:p w14:paraId="30F573A7" w14:textId="77777777" w:rsidR="002D214A" w:rsidRDefault="002D214A" w:rsidP="00A60070">
            <w:r>
              <w:t>5</w:t>
            </w:r>
          </w:p>
        </w:tc>
      </w:tr>
      <w:tr w:rsidR="002D214A" w14:paraId="2E8296FF" w14:textId="77777777" w:rsidTr="00A60070">
        <w:tc>
          <w:tcPr>
            <w:tcW w:w="2376" w:type="dxa"/>
          </w:tcPr>
          <w:p w14:paraId="077C7D89" w14:textId="77777777" w:rsidR="002D214A" w:rsidRDefault="002D214A" w:rsidP="00A60070"/>
        </w:tc>
        <w:tc>
          <w:tcPr>
            <w:tcW w:w="2684" w:type="dxa"/>
          </w:tcPr>
          <w:p w14:paraId="4DE8ADC3" w14:textId="77777777" w:rsidR="002D214A" w:rsidRDefault="002D214A" w:rsidP="00A60070"/>
        </w:tc>
        <w:tc>
          <w:tcPr>
            <w:tcW w:w="1274" w:type="dxa"/>
          </w:tcPr>
          <w:p w14:paraId="725EE622" w14:textId="77777777" w:rsidR="002D214A" w:rsidRDefault="002D214A" w:rsidP="00A60070"/>
        </w:tc>
        <w:tc>
          <w:tcPr>
            <w:tcW w:w="1261" w:type="dxa"/>
          </w:tcPr>
          <w:p w14:paraId="3DAF8D74" w14:textId="77777777" w:rsidR="002D214A" w:rsidRDefault="002D214A" w:rsidP="00A60070"/>
        </w:tc>
        <w:tc>
          <w:tcPr>
            <w:tcW w:w="1261" w:type="dxa"/>
          </w:tcPr>
          <w:p w14:paraId="12D27296" w14:textId="77777777" w:rsidR="002D214A" w:rsidRDefault="002D214A" w:rsidP="00A60070"/>
        </w:tc>
      </w:tr>
      <w:tr w:rsidR="002D214A" w14:paraId="25DD5D33" w14:textId="77777777" w:rsidTr="00A60070">
        <w:tc>
          <w:tcPr>
            <w:tcW w:w="2376" w:type="dxa"/>
          </w:tcPr>
          <w:p w14:paraId="62E77872" w14:textId="77777777" w:rsidR="002D214A" w:rsidRDefault="002D214A" w:rsidP="00A60070"/>
        </w:tc>
        <w:tc>
          <w:tcPr>
            <w:tcW w:w="2684" w:type="dxa"/>
          </w:tcPr>
          <w:p w14:paraId="65049603" w14:textId="77777777" w:rsidR="002D214A" w:rsidRDefault="002D214A" w:rsidP="00A60070">
            <w:r>
              <w:t>Average</w:t>
            </w:r>
          </w:p>
        </w:tc>
        <w:tc>
          <w:tcPr>
            <w:tcW w:w="1274" w:type="dxa"/>
          </w:tcPr>
          <w:p w14:paraId="7BFBE0CE" w14:textId="77777777" w:rsidR="002D214A" w:rsidRDefault="002D214A" w:rsidP="00A60070"/>
        </w:tc>
        <w:tc>
          <w:tcPr>
            <w:tcW w:w="1261" w:type="dxa"/>
          </w:tcPr>
          <w:p w14:paraId="08EC3860" w14:textId="77777777" w:rsidR="002D214A" w:rsidRDefault="002D214A" w:rsidP="00A60070"/>
        </w:tc>
        <w:tc>
          <w:tcPr>
            <w:tcW w:w="1261" w:type="dxa"/>
          </w:tcPr>
          <w:p w14:paraId="693B5FF6" w14:textId="77777777" w:rsidR="002D214A" w:rsidRDefault="002D214A" w:rsidP="00A60070">
            <w:r>
              <w:t>1.74</w:t>
            </w:r>
          </w:p>
        </w:tc>
      </w:tr>
      <w:tr w:rsidR="002D214A" w14:paraId="1E1C4FA1" w14:textId="77777777" w:rsidTr="00A60070">
        <w:tc>
          <w:tcPr>
            <w:tcW w:w="2376" w:type="dxa"/>
          </w:tcPr>
          <w:p w14:paraId="384D3888" w14:textId="77777777" w:rsidR="002D214A" w:rsidRDefault="002D214A" w:rsidP="00A60070"/>
        </w:tc>
        <w:tc>
          <w:tcPr>
            <w:tcW w:w="2684" w:type="dxa"/>
          </w:tcPr>
          <w:p w14:paraId="057E8C6E" w14:textId="77777777" w:rsidR="002D214A" w:rsidRDefault="002D214A" w:rsidP="00A60070">
            <w:r>
              <w:t>Standard Deviation</w:t>
            </w:r>
          </w:p>
        </w:tc>
        <w:tc>
          <w:tcPr>
            <w:tcW w:w="1274" w:type="dxa"/>
          </w:tcPr>
          <w:p w14:paraId="62DE1553" w14:textId="77777777" w:rsidR="002D214A" w:rsidRDefault="002D214A" w:rsidP="00A60070"/>
        </w:tc>
        <w:tc>
          <w:tcPr>
            <w:tcW w:w="1261" w:type="dxa"/>
          </w:tcPr>
          <w:p w14:paraId="7CE50849" w14:textId="77777777" w:rsidR="002D214A" w:rsidRDefault="002D214A" w:rsidP="00A60070"/>
        </w:tc>
        <w:tc>
          <w:tcPr>
            <w:tcW w:w="1261" w:type="dxa"/>
          </w:tcPr>
          <w:p w14:paraId="797BD160" w14:textId="77777777" w:rsidR="002D214A" w:rsidRDefault="002D214A" w:rsidP="00A60070">
            <w:r>
              <w:t>0.89</w:t>
            </w:r>
          </w:p>
        </w:tc>
      </w:tr>
      <w:tr w:rsidR="002D214A" w14:paraId="7C3B4611" w14:textId="77777777" w:rsidTr="00A60070">
        <w:tc>
          <w:tcPr>
            <w:tcW w:w="2376" w:type="dxa"/>
          </w:tcPr>
          <w:p w14:paraId="3F27A1CA" w14:textId="77777777" w:rsidR="002D214A" w:rsidRDefault="002D214A" w:rsidP="00A60070"/>
        </w:tc>
        <w:tc>
          <w:tcPr>
            <w:tcW w:w="2684" w:type="dxa"/>
          </w:tcPr>
          <w:p w14:paraId="6E76951A" w14:textId="77777777" w:rsidR="002D214A" w:rsidRDefault="002D214A" w:rsidP="00A60070"/>
        </w:tc>
        <w:tc>
          <w:tcPr>
            <w:tcW w:w="1274" w:type="dxa"/>
          </w:tcPr>
          <w:p w14:paraId="5642F4AA" w14:textId="77777777" w:rsidR="002D214A" w:rsidRDefault="002D214A" w:rsidP="00A60070"/>
        </w:tc>
        <w:tc>
          <w:tcPr>
            <w:tcW w:w="1261" w:type="dxa"/>
          </w:tcPr>
          <w:p w14:paraId="61B0FF17" w14:textId="77777777" w:rsidR="002D214A" w:rsidRDefault="002D214A" w:rsidP="00A60070"/>
        </w:tc>
        <w:tc>
          <w:tcPr>
            <w:tcW w:w="1261" w:type="dxa"/>
          </w:tcPr>
          <w:p w14:paraId="5E36ED52" w14:textId="77777777" w:rsidR="002D214A" w:rsidRDefault="002D214A" w:rsidP="00A60070"/>
        </w:tc>
      </w:tr>
      <w:tr w:rsidR="002D214A" w14:paraId="4EBA576E" w14:textId="77777777" w:rsidTr="00A60070">
        <w:tc>
          <w:tcPr>
            <w:tcW w:w="2376" w:type="dxa"/>
          </w:tcPr>
          <w:p w14:paraId="08FBEDDE" w14:textId="77777777" w:rsidR="002D214A" w:rsidRDefault="002D214A" w:rsidP="00A60070">
            <w:r>
              <w:t>Radiotherapy is most commonly used for the following diseases: (n = 973)</w:t>
            </w:r>
          </w:p>
        </w:tc>
        <w:tc>
          <w:tcPr>
            <w:tcW w:w="2684" w:type="dxa"/>
          </w:tcPr>
          <w:p w14:paraId="43E12282" w14:textId="77777777" w:rsidR="002D214A" w:rsidRDefault="002D214A" w:rsidP="00A60070">
            <w:r>
              <w:t>Answer</w:t>
            </w:r>
          </w:p>
        </w:tc>
        <w:tc>
          <w:tcPr>
            <w:tcW w:w="1274" w:type="dxa"/>
          </w:tcPr>
          <w:p w14:paraId="2EF5AC4B" w14:textId="77777777" w:rsidR="002D214A" w:rsidRDefault="002D214A" w:rsidP="00A60070">
            <w:r>
              <w:t>Count</w:t>
            </w:r>
          </w:p>
        </w:tc>
        <w:tc>
          <w:tcPr>
            <w:tcW w:w="1261" w:type="dxa"/>
          </w:tcPr>
          <w:p w14:paraId="21DF95A3" w14:textId="77777777" w:rsidR="002D214A" w:rsidRDefault="002D214A" w:rsidP="00A60070">
            <w:r>
              <w:t>%</w:t>
            </w:r>
          </w:p>
        </w:tc>
        <w:tc>
          <w:tcPr>
            <w:tcW w:w="1261" w:type="dxa"/>
          </w:tcPr>
          <w:p w14:paraId="197C4045" w14:textId="77777777" w:rsidR="002D214A" w:rsidRDefault="002D214A" w:rsidP="00A60070">
            <w:r>
              <w:t>Value</w:t>
            </w:r>
          </w:p>
        </w:tc>
      </w:tr>
      <w:tr w:rsidR="002D214A" w14:paraId="68BD5A89" w14:textId="77777777" w:rsidTr="00A60070">
        <w:tc>
          <w:tcPr>
            <w:tcW w:w="2376" w:type="dxa"/>
          </w:tcPr>
          <w:p w14:paraId="5DB8F1EC" w14:textId="77777777" w:rsidR="002D214A" w:rsidRDefault="002D214A" w:rsidP="00A60070"/>
        </w:tc>
        <w:tc>
          <w:tcPr>
            <w:tcW w:w="2684" w:type="dxa"/>
          </w:tcPr>
          <w:p w14:paraId="1B25D835" w14:textId="77777777" w:rsidR="002D214A" w:rsidRDefault="002D214A" w:rsidP="00A60070">
            <w:r>
              <w:t>benign diseases (e.g. proliferative/inflammatory) diseases</w:t>
            </w:r>
          </w:p>
        </w:tc>
        <w:tc>
          <w:tcPr>
            <w:tcW w:w="1274" w:type="dxa"/>
          </w:tcPr>
          <w:p w14:paraId="15E42B32" w14:textId="77777777" w:rsidR="002D214A" w:rsidRDefault="002D214A" w:rsidP="00A60070">
            <w:r>
              <w:t>4</w:t>
            </w:r>
          </w:p>
        </w:tc>
        <w:tc>
          <w:tcPr>
            <w:tcW w:w="1261" w:type="dxa"/>
          </w:tcPr>
          <w:p w14:paraId="6D59CAA5" w14:textId="77777777" w:rsidR="002D214A" w:rsidRDefault="002D214A" w:rsidP="00A60070">
            <w:r>
              <w:t>0.41</w:t>
            </w:r>
          </w:p>
        </w:tc>
        <w:tc>
          <w:tcPr>
            <w:tcW w:w="1261" w:type="dxa"/>
          </w:tcPr>
          <w:p w14:paraId="28BFFF99" w14:textId="77777777" w:rsidR="002D214A" w:rsidRDefault="002D214A" w:rsidP="00A60070">
            <w:r>
              <w:t>1</w:t>
            </w:r>
          </w:p>
        </w:tc>
      </w:tr>
      <w:tr w:rsidR="002D214A" w14:paraId="39B70C33" w14:textId="77777777" w:rsidTr="00A60070">
        <w:tc>
          <w:tcPr>
            <w:tcW w:w="2376" w:type="dxa"/>
          </w:tcPr>
          <w:p w14:paraId="43471E53" w14:textId="77777777" w:rsidR="002D214A" w:rsidRDefault="002D214A" w:rsidP="00A60070"/>
        </w:tc>
        <w:tc>
          <w:tcPr>
            <w:tcW w:w="2684" w:type="dxa"/>
          </w:tcPr>
          <w:p w14:paraId="1A6326DA" w14:textId="77777777" w:rsidR="002D214A" w:rsidRDefault="002D214A" w:rsidP="00A60070">
            <w:r>
              <w:t>malignant neoplasms</w:t>
            </w:r>
          </w:p>
        </w:tc>
        <w:tc>
          <w:tcPr>
            <w:tcW w:w="1274" w:type="dxa"/>
          </w:tcPr>
          <w:p w14:paraId="68D644B9" w14:textId="77777777" w:rsidR="002D214A" w:rsidRDefault="002D214A" w:rsidP="00A60070">
            <w:r>
              <w:t>750</w:t>
            </w:r>
          </w:p>
        </w:tc>
        <w:tc>
          <w:tcPr>
            <w:tcW w:w="1261" w:type="dxa"/>
          </w:tcPr>
          <w:p w14:paraId="7F174AA4" w14:textId="77777777" w:rsidR="002D214A" w:rsidRDefault="002D214A" w:rsidP="00A60070">
            <w:r>
              <w:t>77.08</w:t>
            </w:r>
          </w:p>
        </w:tc>
        <w:tc>
          <w:tcPr>
            <w:tcW w:w="1261" w:type="dxa"/>
          </w:tcPr>
          <w:p w14:paraId="3B9762D3" w14:textId="77777777" w:rsidR="002D214A" w:rsidRDefault="002D214A" w:rsidP="00A60070">
            <w:r>
              <w:t>2</w:t>
            </w:r>
          </w:p>
        </w:tc>
      </w:tr>
      <w:tr w:rsidR="002D214A" w14:paraId="2E612994" w14:textId="77777777" w:rsidTr="00A60070">
        <w:tc>
          <w:tcPr>
            <w:tcW w:w="2376" w:type="dxa"/>
          </w:tcPr>
          <w:p w14:paraId="3E5BC84F" w14:textId="77777777" w:rsidR="002D214A" w:rsidRDefault="002D214A" w:rsidP="00A60070"/>
        </w:tc>
        <w:tc>
          <w:tcPr>
            <w:tcW w:w="2684" w:type="dxa"/>
          </w:tcPr>
          <w:p w14:paraId="622058FC" w14:textId="77777777" w:rsidR="002D214A" w:rsidRDefault="002D214A" w:rsidP="00A60070">
            <w:r>
              <w:t>in approximately equal proportions for benign and malignant diseases</w:t>
            </w:r>
          </w:p>
        </w:tc>
        <w:tc>
          <w:tcPr>
            <w:tcW w:w="1274" w:type="dxa"/>
          </w:tcPr>
          <w:p w14:paraId="0E02B708" w14:textId="77777777" w:rsidR="002D214A" w:rsidRDefault="002D214A" w:rsidP="00A60070">
            <w:r>
              <w:t>202</w:t>
            </w:r>
          </w:p>
        </w:tc>
        <w:tc>
          <w:tcPr>
            <w:tcW w:w="1261" w:type="dxa"/>
          </w:tcPr>
          <w:p w14:paraId="19346E92" w14:textId="77777777" w:rsidR="002D214A" w:rsidRDefault="002D214A" w:rsidP="00A60070">
            <w:r>
              <w:t>20.76</w:t>
            </w:r>
          </w:p>
        </w:tc>
        <w:tc>
          <w:tcPr>
            <w:tcW w:w="1261" w:type="dxa"/>
          </w:tcPr>
          <w:p w14:paraId="0B82A784" w14:textId="77777777" w:rsidR="002D214A" w:rsidRDefault="002D214A" w:rsidP="00A60070">
            <w:r>
              <w:t>3</w:t>
            </w:r>
          </w:p>
        </w:tc>
      </w:tr>
      <w:tr w:rsidR="002D214A" w14:paraId="7316C68D" w14:textId="77777777" w:rsidTr="00A60070">
        <w:tc>
          <w:tcPr>
            <w:tcW w:w="2376" w:type="dxa"/>
          </w:tcPr>
          <w:p w14:paraId="6084D633" w14:textId="77777777" w:rsidR="002D214A" w:rsidRDefault="002D214A" w:rsidP="00A60070"/>
        </w:tc>
        <w:tc>
          <w:tcPr>
            <w:tcW w:w="2684" w:type="dxa"/>
          </w:tcPr>
          <w:p w14:paraId="631A4EA6" w14:textId="77777777" w:rsidR="002D214A" w:rsidRDefault="002D214A" w:rsidP="00A60070">
            <w:r>
              <w:t>other</w:t>
            </w:r>
          </w:p>
        </w:tc>
        <w:tc>
          <w:tcPr>
            <w:tcW w:w="1274" w:type="dxa"/>
          </w:tcPr>
          <w:p w14:paraId="03481445" w14:textId="77777777" w:rsidR="002D214A" w:rsidRDefault="002D214A" w:rsidP="00A60070">
            <w:r>
              <w:t>1</w:t>
            </w:r>
          </w:p>
        </w:tc>
        <w:tc>
          <w:tcPr>
            <w:tcW w:w="1261" w:type="dxa"/>
          </w:tcPr>
          <w:p w14:paraId="7F3E45FF" w14:textId="77777777" w:rsidR="002D214A" w:rsidRDefault="002D214A" w:rsidP="00A60070">
            <w:r>
              <w:t>0.1</w:t>
            </w:r>
          </w:p>
        </w:tc>
        <w:tc>
          <w:tcPr>
            <w:tcW w:w="1261" w:type="dxa"/>
          </w:tcPr>
          <w:p w14:paraId="13104AEB" w14:textId="77777777" w:rsidR="002D214A" w:rsidRDefault="002D214A" w:rsidP="00A60070">
            <w:r>
              <w:t>4</w:t>
            </w:r>
          </w:p>
        </w:tc>
      </w:tr>
      <w:tr w:rsidR="002D214A" w14:paraId="4F39CEFB" w14:textId="77777777" w:rsidTr="00A60070">
        <w:tc>
          <w:tcPr>
            <w:tcW w:w="2376" w:type="dxa"/>
          </w:tcPr>
          <w:p w14:paraId="4BCBFD5E" w14:textId="77777777" w:rsidR="002D214A" w:rsidRDefault="002D214A" w:rsidP="00A60070"/>
        </w:tc>
        <w:tc>
          <w:tcPr>
            <w:tcW w:w="2684" w:type="dxa"/>
          </w:tcPr>
          <w:p w14:paraId="6BC3D996" w14:textId="77777777" w:rsidR="002D214A" w:rsidRDefault="002D214A" w:rsidP="00A60070">
            <w:r>
              <w:t>unclear</w:t>
            </w:r>
          </w:p>
        </w:tc>
        <w:tc>
          <w:tcPr>
            <w:tcW w:w="1274" w:type="dxa"/>
          </w:tcPr>
          <w:p w14:paraId="537F328C" w14:textId="77777777" w:rsidR="002D214A" w:rsidRDefault="002D214A" w:rsidP="00A60070">
            <w:r>
              <w:t>16</w:t>
            </w:r>
          </w:p>
        </w:tc>
        <w:tc>
          <w:tcPr>
            <w:tcW w:w="1261" w:type="dxa"/>
          </w:tcPr>
          <w:p w14:paraId="51C303CB" w14:textId="77777777" w:rsidR="002D214A" w:rsidRDefault="002D214A" w:rsidP="00A60070">
            <w:r>
              <w:t>1.64</w:t>
            </w:r>
          </w:p>
        </w:tc>
        <w:tc>
          <w:tcPr>
            <w:tcW w:w="1261" w:type="dxa"/>
          </w:tcPr>
          <w:p w14:paraId="417561E8" w14:textId="77777777" w:rsidR="002D214A" w:rsidRDefault="002D214A" w:rsidP="00A60070">
            <w:r>
              <w:t>5</w:t>
            </w:r>
          </w:p>
        </w:tc>
      </w:tr>
      <w:tr w:rsidR="002D214A" w14:paraId="15C85575" w14:textId="77777777" w:rsidTr="00A60070">
        <w:tc>
          <w:tcPr>
            <w:tcW w:w="2376" w:type="dxa"/>
          </w:tcPr>
          <w:p w14:paraId="77C65AE2" w14:textId="77777777" w:rsidR="002D214A" w:rsidRDefault="002D214A" w:rsidP="00A60070"/>
        </w:tc>
        <w:tc>
          <w:tcPr>
            <w:tcW w:w="2684" w:type="dxa"/>
          </w:tcPr>
          <w:p w14:paraId="0F9978EE" w14:textId="77777777" w:rsidR="002D214A" w:rsidRDefault="002D214A" w:rsidP="00A60070"/>
        </w:tc>
        <w:tc>
          <w:tcPr>
            <w:tcW w:w="1274" w:type="dxa"/>
          </w:tcPr>
          <w:p w14:paraId="0DC0FA70" w14:textId="77777777" w:rsidR="002D214A" w:rsidRDefault="002D214A" w:rsidP="00A60070"/>
        </w:tc>
        <w:tc>
          <w:tcPr>
            <w:tcW w:w="1261" w:type="dxa"/>
          </w:tcPr>
          <w:p w14:paraId="3F54421A" w14:textId="77777777" w:rsidR="002D214A" w:rsidRDefault="002D214A" w:rsidP="00A60070"/>
        </w:tc>
        <w:tc>
          <w:tcPr>
            <w:tcW w:w="1261" w:type="dxa"/>
          </w:tcPr>
          <w:p w14:paraId="1E78A7C1" w14:textId="77777777" w:rsidR="002D214A" w:rsidRDefault="002D214A" w:rsidP="00A60070"/>
        </w:tc>
      </w:tr>
      <w:tr w:rsidR="002D214A" w14:paraId="5430D763" w14:textId="77777777" w:rsidTr="00A60070">
        <w:tc>
          <w:tcPr>
            <w:tcW w:w="2376" w:type="dxa"/>
          </w:tcPr>
          <w:p w14:paraId="418321C6" w14:textId="77777777" w:rsidR="002D214A" w:rsidRDefault="002D214A" w:rsidP="00A60070"/>
        </w:tc>
        <w:tc>
          <w:tcPr>
            <w:tcW w:w="2684" w:type="dxa"/>
          </w:tcPr>
          <w:p w14:paraId="5EB39294" w14:textId="77777777" w:rsidR="002D214A" w:rsidRDefault="002D214A" w:rsidP="00A60070">
            <w:r>
              <w:t>Average</w:t>
            </w:r>
          </w:p>
        </w:tc>
        <w:tc>
          <w:tcPr>
            <w:tcW w:w="1274" w:type="dxa"/>
          </w:tcPr>
          <w:p w14:paraId="2A0B15F4" w14:textId="77777777" w:rsidR="002D214A" w:rsidRDefault="002D214A" w:rsidP="00A60070"/>
        </w:tc>
        <w:tc>
          <w:tcPr>
            <w:tcW w:w="1261" w:type="dxa"/>
          </w:tcPr>
          <w:p w14:paraId="0655F17C" w14:textId="77777777" w:rsidR="002D214A" w:rsidRDefault="002D214A" w:rsidP="00A60070"/>
        </w:tc>
        <w:tc>
          <w:tcPr>
            <w:tcW w:w="1261" w:type="dxa"/>
          </w:tcPr>
          <w:p w14:paraId="2A1DCC3C" w14:textId="77777777" w:rsidR="002D214A" w:rsidRDefault="002D214A" w:rsidP="00A60070">
            <w:r>
              <w:t>2.25</w:t>
            </w:r>
          </w:p>
        </w:tc>
      </w:tr>
      <w:tr w:rsidR="002D214A" w14:paraId="60AF48EE" w14:textId="77777777" w:rsidTr="00A60070">
        <w:tc>
          <w:tcPr>
            <w:tcW w:w="2376" w:type="dxa"/>
          </w:tcPr>
          <w:p w14:paraId="70C3D6A4" w14:textId="77777777" w:rsidR="002D214A" w:rsidRDefault="002D214A" w:rsidP="00A60070"/>
        </w:tc>
        <w:tc>
          <w:tcPr>
            <w:tcW w:w="2684" w:type="dxa"/>
          </w:tcPr>
          <w:p w14:paraId="240E3E14" w14:textId="77777777" w:rsidR="002D214A" w:rsidRDefault="002D214A" w:rsidP="00A60070">
            <w:r>
              <w:t>Standard Deviation</w:t>
            </w:r>
          </w:p>
        </w:tc>
        <w:tc>
          <w:tcPr>
            <w:tcW w:w="1274" w:type="dxa"/>
          </w:tcPr>
          <w:p w14:paraId="51703957" w14:textId="77777777" w:rsidR="002D214A" w:rsidRDefault="002D214A" w:rsidP="00A60070"/>
        </w:tc>
        <w:tc>
          <w:tcPr>
            <w:tcW w:w="1261" w:type="dxa"/>
          </w:tcPr>
          <w:p w14:paraId="5954A1A9" w14:textId="77777777" w:rsidR="002D214A" w:rsidRDefault="002D214A" w:rsidP="00A60070"/>
        </w:tc>
        <w:tc>
          <w:tcPr>
            <w:tcW w:w="1261" w:type="dxa"/>
          </w:tcPr>
          <w:p w14:paraId="1ECAAF2E" w14:textId="77777777" w:rsidR="002D214A" w:rsidRDefault="002D214A" w:rsidP="00A60070">
            <w:r>
              <w:t>0.55</w:t>
            </w:r>
          </w:p>
        </w:tc>
      </w:tr>
      <w:tr w:rsidR="002D214A" w14:paraId="7F233D40" w14:textId="77777777" w:rsidTr="00A60070">
        <w:tc>
          <w:tcPr>
            <w:tcW w:w="2376" w:type="dxa"/>
          </w:tcPr>
          <w:p w14:paraId="3F8DCEC4" w14:textId="77777777" w:rsidR="002D214A" w:rsidRDefault="002D214A" w:rsidP="00A60070"/>
        </w:tc>
        <w:tc>
          <w:tcPr>
            <w:tcW w:w="2684" w:type="dxa"/>
          </w:tcPr>
          <w:p w14:paraId="3E421C28" w14:textId="77777777" w:rsidR="002D214A" w:rsidRDefault="002D214A" w:rsidP="00A60070"/>
        </w:tc>
        <w:tc>
          <w:tcPr>
            <w:tcW w:w="1274" w:type="dxa"/>
          </w:tcPr>
          <w:p w14:paraId="093EF40A" w14:textId="77777777" w:rsidR="002D214A" w:rsidRDefault="002D214A" w:rsidP="00A60070"/>
        </w:tc>
        <w:tc>
          <w:tcPr>
            <w:tcW w:w="1261" w:type="dxa"/>
          </w:tcPr>
          <w:p w14:paraId="4F24DE60" w14:textId="77777777" w:rsidR="002D214A" w:rsidRDefault="002D214A" w:rsidP="00A60070"/>
        </w:tc>
        <w:tc>
          <w:tcPr>
            <w:tcW w:w="1261" w:type="dxa"/>
          </w:tcPr>
          <w:p w14:paraId="5473F24C" w14:textId="77777777" w:rsidR="002D214A" w:rsidRDefault="002D214A" w:rsidP="00A60070"/>
        </w:tc>
      </w:tr>
      <w:tr w:rsidR="002D214A" w14:paraId="384876BD" w14:textId="77777777" w:rsidTr="00A60070">
        <w:tc>
          <w:tcPr>
            <w:tcW w:w="2376" w:type="dxa"/>
          </w:tcPr>
          <w:p w14:paraId="05F1B2D2" w14:textId="77777777" w:rsidR="002D214A" w:rsidRDefault="002D214A" w:rsidP="00A60070">
            <w:r>
              <w:t>I consider radiation therapy to be an important subject, the basics of which medical graduates should have a solid understanding. (n = 973)</w:t>
            </w:r>
          </w:p>
        </w:tc>
        <w:tc>
          <w:tcPr>
            <w:tcW w:w="2684" w:type="dxa"/>
          </w:tcPr>
          <w:p w14:paraId="2465CB6D" w14:textId="77777777" w:rsidR="002D214A" w:rsidRDefault="002D214A" w:rsidP="00A60070">
            <w:r>
              <w:t>Answer</w:t>
            </w:r>
          </w:p>
        </w:tc>
        <w:tc>
          <w:tcPr>
            <w:tcW w:w="1274" w:type="dxa"/>
          </w:tcPr>
          <w:p w14:paraId="7039E3B8" w14:textId="77777777" w:rsidR="002D214A" w:rsidRDefault="002D214A" w:rsidP="00A60070">
            <w:r>
              <w:t>Count</w:t>
            </w:r>
          </w:p>
        </w:tc>
        <w:tc>
          <w:tcPr>
            <w:tcW w:w="1261" w:type="dxa"/>
          </w:tcPr>
          <w:p w14:paraId="77E202DA" w14:textId="77777777" w:rsidR="002D214A" w:rsidRDefault="002D214A" w:rsidP="00A60070">
            <w:r>
              <w:t>%</w:t>
            </w:r>
          </w:p>
        </w:tc>
        <w:tc>
          <w:tcPr>
            <w:tcW w:w="1261" w:type="dxa"/>
          </w:tcPr>
          <w:p w14:paraId="34944C86" w14:textId="77777777" w:rsidR="002D214A" w:rsidRDefault="002D214A" w:rsidP="00A60070">
            <w:r>
              <w:t>Value</w:t>
            </w:r>
          </w:p>
        </w:tc>
      </w:tr>
      <w:tr w:rsidR="002D214A" w14:paraId="2127769C" w14:textId="77777777" w:rsidTr="00A60070">
        <w:tc>
          <w:tcPr>
            <w:tcW w:w="2376" w:type="dxa"/>
          </w:tcPr>
          <w:p w14:paraId="4F000421" w14:textId="77777777" w:rsidR="002D214A" w:rsidRDefault="002D214A" w:rsidP="00A60070"/>
        </w:tc>
        <w:tc>
          <w:tcPr>
            <w:tcW w:w="2684" w:type="dxa"/>
          </w:tcPr>
          <w:p w14:paraId="4EAB4D2A" w14:textId="77777777" w:rsidR="002D214A" w:rsidRDefault="002D214A" w:rsidP="00A60070">
            <w:r>
              <w:t>I totally agree</w:t>
            </w:r>
          </w:p>
        </w:tc>
        <w:tc>
          <w:tcPr>
            <w:tcW w:w="1274" w:type="dxa"/>
          </w:tcPr>
          <w:p w14:paraId="1CBC22AC" w14:textId="77777777" w:rsidR="002D214A" w:rsidRDefault="002D214A" w:rsidP="00A60070">
            <w:r>
              <w:t>460</w:t>
            </w:r>
          </w:p>
        </w:tc>
        <w:tc>
          <w:tcPr>
            <w:tcW w:w="1261" w:type="dxa"/>
          </w:tcPr>
          <w:p w14:paraId="788ACEDD" w14:textId="77777777" w:rsidR="002D214A" w:rsidRDefault="002D214A" w:rsidP="00A60070">
            <w:r>
              <w:t>47.28</w:t>
            </w:r>
          </w:p>
        </w:tc>
        <w:tc>
          <w:tcPr>
            <w:tcW w:w="1261" w:type="dxa"/>
          </w:tcPr>
          <w:p w14:paraId="002EDED6" w14:textId="77777777" w:rsidR="002D214A" w:rsidRDefault="002D214A" w:rsidP="00A60070">
            <w:r>
              <w:t>1</w:t>
            </w:r>
          </w:p>
        </w:tc>
      </w:tr>
      <w:tr w:rsidR="002D214A" w14:paraId="017CBA5D" w14:textId="77777777" w:rsidTr="00A60070">
        <w:tc>
          <w:tcPr>
            <w:tcW w:w="2376" w:type="dxa"/>
          </w:tcPr>
          <w:p w14:paraId="01FE015D" w14:textId="77777777" w:rsidR="002D214A" w:rsidRDefault="002D214A" w:rsidP="00A60070"/>
        </w:tc>
        <w:tc>
          <w:tcPr>
            <w:tcW w:w="2684" w:type="dxa"/>
          </w:tcPr>
          <w:p w14:paraId="0887019D" w14:textId="77777777" w:rsidR="002D214A" w:rsidRDefault="002D214A" w:rsidP="00A60070">
            <w:r>
              <w:t>tend to agree</w:t>
            </w:r>
          </w:p>
        </w:tc>
        <w:tc>
          <w:tcPr>
            <w:tcW w:w="1274" w:type="dxa"/>
          </w:tcPr>
          <w:p w14:paraId="3E5599B0" w14:textId="77777777" w:rsidR="002D214A" w:rsidRDefault="002D214A" w:rsidP="00A60070">
            <w:r>
              <w:t>393</w:t>
            </w:r>
          </w:p>
        </w:tc>
        <w:tc>
          <w:tcPr>
            <w:tcW w:w="1261" w:type="dxa"/>
          </w:tcPr>
          <w:p w14:paraId="74F5C180" w14:textId="77777777" w:rsidR="002D214A" w:rsidRDefault="002D214A" w:rsidP="00A60070">
            <w:r>
              <w:t>40.39</w:t>
            </w:r>
          </w:p>
        </w:tc>
        <w:tc>
          <w:tcPr>
            <w:tcW w:w="1261" w:type="dxa"/>
          </w:tcPr>
          <w:p w14:paraId="130D54D9" w14:textId="77777777" w:rsidR="002D214A" w:rsidRDefault="002D214A" w:rsidP="00A60070">
            <w:r>
              <w:t>2</w:t>
            </w:r>
          </w:p>
        </w:tc>
      </w:tr>
      <w:tr w:rsidR="002D214A" w14:paraId="64566403" w14:textId="77777777" w:rsidTr="00A60070">
        <w:tc>
          <w:tcPr>
            <w:tcW w:w="2376" w:type="dxa"/>
          </w:tcPr>
          <w:p w14:paraId="290637BC" w14:textId="77777777" w:rsidR="002D214A" w:rsidRDefault="002D214A" w:rsidP="00A60070"/>
        </w:tc>
        <w:tc>
          <w:tcPr>
            <w:tcW w:w="2684" w:type="dxa"/>
          </w:tcPr>
          <w:p w14:paraId="6E94F8BE" w14:textId="77777777" w:rsidR="002D214A" w:rsidRDefault="002D214A" w:rsidP="00A60070">
            <w:r>
              <w:t>partly/partly</w:t>
            </w:r>
          </w:p>
        </w:tc>
        <w:tc>
          <w:tcPr>
            <w:tcW w:w="1274" w:type="dxa"/>
          </w:tcPr>
          <w:p w14:paraId="6417875F" w14:textId="77777777" w:rsidR="002D214A" w:rsidRDefault="002D214A" w:rsidP="00A60070">
            <w:r>
              <w:t>106</w:t>
            </w:r>
          </w:p>
        </w:tc>
        <w:tc>
          <w:tcPr>
            <w:tcW w:w="1261" w:type="dxa"/>
          </w:tcPr>
          <w:p w14:paraId="75B130C8" w14:textId="77777777" w:rsidR="002D214A" w:rsidRDefault="002D214A" w:rsidP="00A60070">
            <w:r>
              <w:t>10.89</w:t>
            </w:r>
          </w:p>
        </w:tc>
        <w:tc>
          <w:tcPr>
            <w:tcW w:w="1261" w:type="dxa"/>
          </w:tcPr>
          <w:p w14:paraId="29A970BA" w14:textId="77777777" w:rsidR="002D214A" w:rsidRDefault="002D214A" w:rsidP="00A60070">
            <w:r>
              <w:t>3</w:t>
            </w:r>
          </w:p>
        </w:tc>
      </w:tr>
      <w:tr w:rsidR="002D214A" w14:paraId="7F9F9860" w14:textId="77777777" w:rsidTr="00A60070">
        <w:tc>
          <w:tcPr>
            <w:tcW w:w="2376" w:type="dxa"/>
          </w:tcPr>
          <w:p w14:paraId="6147BC20" w14:textId="77777777" w:rsidR="002D214A" w:rsidRDefault="002D214A" w:rsidP="00A60070"/>
        </w:tc>
        <w:tc>
          <w:tcPr>
            <w:tcW w:w="2684" w:type="dxa"/>
          </w:tcPr>
          <w:p w14:paraId="18090D31" w14:textId="77777777" w:rsidR="002D214A" w:rsidRDefault="002D214A" w:rsidP="00A60070">
            <w:r>
              <w:t>rather disagree</w:t>
            </w:r>
          </w:p>
        </w:tc>
        <w:tc>
          <w:tcPr>
            <w:tcW w:w="1274" w:type="dxa"/>
          </w:tcPr>
          <w:p w14:paraId="2E4BC40E" w14:textId="77777777" w:rsidR="002D214A" w:rsidRDefault="002D214A" w:rsidP="00A60070">
            <w:r>
              <w:t>13</w:t>
            </w:r>
          </w:p>
        </w:tc>
        <w:tc>
          <w:tcPr>
            <w:tcW w:w="1261" w:type="dxa"/>
          </w:tcPr>
          <w:p w14:paraId="2BAD09DB" w14:textId="77777777" w:rsidR="002D214A" w:rsidRDefault="002D214A" w:rsidP="00A60070">
            <w:r>
              <w:t>1.34</w:t>
            </w:r>
          </w:p>
        </w:tc>
        <w:tc>
          <w:tcPr>
            <w:tcW w:w="1261" w:type="dxa"/>
          </w:tcPr>
          <w:p w14:paraId="285FD5F3" w14:textId="77777777" w:rsidR="002D214A" w:rsidRDefault="002D214A" w:rsidP="00A60070">
            <w:r>
              <w:t>4</w:t>
            </w:r>
          </w:p>
        </w:tc>
      </w:tr>
      <w:tr w:rsidR="002D214A" w14:paraId="29EDC1B3" w14:textId="77777777" w:rsidTr="00A60070">
        <w:tc>
          <w:tcPr>
            <w:tcW w:w="2376" w:type="dxa"/>
          </w:tcPr>
          <w:p w14:paraId="28A5978F" w14:textId="77777777" w:rsidR="002D214A" w:rsidRDefault="002D214A" w:rsidP="00A60070"/>
        </w:tc>
        <w:tc>
          <w:tcPr>
            <w:tcW w:w="2684" w:type="dxa"/>
          </w:tcPr>
          <w:p w14:paraId="73B40603" w14:textId="77777777" w:rsidR="002D214A" w:rsidRDefault="002D214A" w:rsidP="00A60070">
            <w:r>
              <w:t>strongly disagree</w:t>
            </w:r>
          </w:p>
        </w:tc>
        <w:tc>
          <w:tcPr>
            <w:tcW w:w="1274" w:type="dxa"/>
          </w:tcPr>
          <w:p w14:paraId="5C57A2B7" w14:textId="77777777" w:rsidR="002D214A" w:rsidRDefault="002D214A" w:rsidP="00A60070">
            <w:r>
              <w:t>1</w:t>
            </w:r>
          </w:p>
        </w:tc>
        <w:tc>
          <w:tcPr>
            <w:tcW w:w="1261" w:type="dxa"/>
          </w:tcPr>
          <w:p w14:paraId="290A299D" w14:textId="77777777" w:rsidR="002D214A" w:rsidRDefault="002D214A" w:rsidP="00A60070">
            <w:r>
              <w:t>0.1</w:t>
            </w:r>
          </w:p>
        </w:tc>
        <w:tc>
          <w:tcPr>
            <w:tcW w:w="1261" w:type="dxa"/>
          </w:tcPr>
          <w:p w14:paraId="05EB2B6E" w14:textId="77777777" w:rsidR="002D214A" w:rsidRDefault="002D214A" w:rsidP="00A60070">
            <w:r>
              <w:t>5</w:t>
            </w:r>
          </w:p>
        </w:tc>
      </w:tr>
      <w:tr w:rsidR="002D214A" w14:paraId="402F96ED" w14:textId="77777777" w:rsidTr="00A60070">
        <w:tc>
          <w:tcPr>
            <w:tcW w:w="2376" w:type="dxa"/>
          </w:tcPr>
          <w:p w14:paraId="212CC659" w14:textId="77777777" w:rsidR="002D214A" w:rsidRDefault="002D214A" w:rsidP="00A60070"/>
        </w:tc>
        <w:tc>
          <w:tcPr>
            <w:tcW w:w="2684" w:type="dxa"/>
          </w:tcPr>
          <w:p w14:paraId="4DC20166" w14:textId="77777777" w:rsidR="002D214A" w:rsidRDefault="002D214A" w:rsidP="00A60070"/>
        </w:tc>
        <w:tc>
          <w:tcPr>
            <w:tcW w:w="1274" w:type="dxa"/>
          </w:tcPr>
          <w:p w14:paraId="26BC8152" w14:textId="77777777" w:rsidR="002D214A" w:rsidRDefault="002D214A" w:rsidP="00A60070"/>
        </w:tc>
        <w:tc>
          <w:tcPr>
            <w:tcW w:w="1261" w:type="dxa"/>
          </w:tcPr>
          <w:p w14:paraId="28B9E368" w14:textId="77777777" w:rsidR="002D214A" w:rsidRDefault="002D214A" w:rsidP="00A60070"/>
        </w:tc>
        <w:tc>
          <w:tcPr>
            <w:tcW w:w="1261" w:type="dxa"/>
          </w:tcPr>
          <w:p w14:paraId="7E55E498" w14:textId="77777777" w:rsidR="002D214A" w:rsidRDefault="002D214A" w:rsidP="00A60070"/>
        </w:tc>
      </w:tr>
      <w:tr w:rsidR="002D214A" w14:paraId="63FECFD6" w14:textId="77777777" w:rsidTr="00A60070">
        <w:tc>
          <w:tcPr>
            <w:tcW w:w="2376" w:type="dxa"/>
          </w:tcPr>
          <w:p w14:paraId="7CBDD7BD" w14:textId="77777777" w:rsidR="002D214A" w:rsidRDefault="002D214A" w:rsidP="00A60070"/>
        </w:tc>
        <w:tc>
          <w:tcPr>
            <w:tcW w:w="2684" w:type="dxa"/>
          </w:tcPr>
          <w:p w14:paraId="1A0A5F1B" w14:textId="77777777" w:rsidR="002D214A" w:rsidRDefault="002D214A" w:rsidP="00A60070">
            <w:r>
              <w:t>Average</w:t>
            </w:r>
          </w:p>
        </w:tc>
        <w:tc>
          <w:tcPr>
            <w:tcW w:w="1274" w:type="dxa"/>
          </w:tcPr>
          <w:p w14:paraId="1AEF4296" w14:textId="77777777" w:rsidR="002D214A" w:rsidRDefault="002D214A" w:rsidP="00A60070"/>
        </w:tc>
        <w:tc>
          <w:tcPr>
            <w:tcW w:w="1261" w:type="dxa"/>
          </w:tcPr>
          <w:p w14:paraId="67DA3BAC" w14:textId="77777777" w:rsidR="002D214A" w:rsidRDefault="002D214A" w:rsidP="00A60070"/>
        </w:tc>
        <w:tc>
          <w:tcPr>
            <w:tcW w:w="1261" w:type="dxa"/>
          </w:tcPr>
          <w:p w14:paraId="3A3024C1" w14:textId="77777777" w:rsidR="002D214A" w:rsidRDefault="002D214A" w:rsidP="00A60070">
            <w:r>
              <w:t>1.67</w:t>
            </w:r>
          </w:p>
        </w:tc>
      </w:tr>
      <w:tr w:rsidR="002D214A" w14:paraId="449F3C39" w14:textId="77777777" w:rsidTr="00A60070">
        <w:tc>
          <w:tcPr>
            <w:tcW w:w="2376" w:type="dxa"/>
          </w:tcPr>
          <w:p w14:paraId="417828C6" w14:textId="77777777" w:rsidR="002D214A" w:rsidRDefault="002D214A" w:rsidP="00A60070"/>
        </w:tc>
        <w:tc>
          <w:tcPr>
            <w:tcW w:w="2684" w:type="dxa"/>
          </w:tcPr>
          <w:p w14:paraId="39C0FA37" w14:textId="77777777" w:rsidR="002D214A" w:rsidRDefault="002D214A" w:rsidP="00A60070">
            <w:r>
              <w:t>Standard Deviation</w:t>
            </w:r>
          </w:p>
        </w:tc>
        <w:tc>
          <w:tcPr>
            <w:tcW w:w="1274" w:type="dxa"/>
          </w:tcPr>
          <w:p w14:paraId="3B4BD1FE" w14:textId="77777777" w:rsidR="002D214A" w:rsidRDefault="002D214A" w:rsidP="00A60070"/>
        </w:tc>
        <w:tc>
          <w:tcPr>
            <w:tcW w:w="1261" w:type="dxa"/>
          </w:tcPr>
          <w:p w14:paraId="66C3D816" w14:textId="77777777" w:rsidR="002D214A" w:rsidRDefault="002D214A" w:rsidP="00A60070"/>
        </w:tc>
        <w:tc>
          <w:tcPr>
            <w:tcW w:w="1261" w:type="dxa"/>
          </w:tcPr>
          <w:p w14:paraId="0245A388" w14:textId="77777777" w:rsidR="002D214A" w:rsidRDefault="002D214A" w:rsidP="00A60070">
            <w:r>
              <w:t>0.73</w:t>
            </w:r>
          </w:p>
        </w:tc>
      </w:tr>
      <w:tr w:rsidR="002D214A" w14:paraId="48647751" w14:textId="77777777" w:rsidTr="00A60070">
        <w:tc>
          <w:tcPr>
            <w:tcW w:w="2376" w:type="dxa"/>
          </w:tcPr>
          <w:p w14:paraId="2BD629CE" w14:textId="77777777" w:rsidR="002D214A" w:rsidRDefault="002D214A" w:rsidP="00A60070"/>
        </w:tc>
        <w:tc>
          <w:tcPr>
            <w:tcW w:w="2684" w:type="dxa"/>
          </w:tcPr>
          <w:p w14:paraId="520E9F2C" w14:textId="77777777" w:rsidR="002D214A" w:rsidRDefault="002D214A" w:rsidP="00A60070"/>
        </w:tc>
        <w:tc>
          <w:tcPr>
            <w:tcW w:w="1274" w:type="dxa"/>
          </w:tcPr>
          <w:p w14:paraId="15FD44F0" w14:textId="77777777" w:rsidR="002D214A" w:rsidRDefault="002D214A" w:rsidP="00A60070"/>
        </w:tc>
        <w:tc>
          <w:tcPr>
            <w:tcW w:w="1261" w:type="dxa"/>
          </w:tcPr>
          <w:p w14:paraId="304A5885" w14:textId="77777777" w:rsidR="002D214A" w:rsidRDefault="002D214A" w:rsidP="00A60070"/>
        </w:tc>
        <w:tc>
          <w:tcPr>
            <w:tcW w:w="1261" w:type="dxa"/>
          </w:tcPr>
          <w:p w14:paraId="2F32BC09" w14:textId="77777777" w:rsidR="002D214A" w:rsidRDefault="002D214A" w:rsidP="00A60070"/>
        </w:tc>
      </w:tr>
      <w:tr w:rsidR="002D214A" w14:paraId="3E082D6B" w14:textId="77777777" w:rsidTr="00A60070">
        <w:tc>
          <w:tcPr>
            <w:tcW w:w="2376" w:type="dxa"/>
          </w:tcPr>
          <w:p w14:paraId="5142344B" w14:textId="77777777" w:rsidR="002D214A" w:rsidRDefault="002D214A" w:rsidP="00A60070">
            <w:r>
              <w:t>Radiotherapy is important for the overall understanding of the treatment of cancer patients. (n = 972)</w:t>
            </w:r>
          </w:p>
        </w:tc>
        <w:tc>
          <w:tcPr>
            <w:tcW w:w="2684" w:type="dxa"/>
          </w:tcPr>
          <w:p w14:paraId="73DD013A" w14:textId="77777777" w:rsidR="002D214A" w:rsidRDefault="002D214A" w:rsidP="00A60070">
            <w:r>
              <w:t>Answer</w:t>
            </w:r>
          </w:p>
        </w:tc>
        <w:tc>
          <w:tcPr>
            <w:tcW w:w="1274" w:type="dxa"/>
          </w:tcPr>
          <w:p w14:paraId="00850210" w14:textId="77777777" w:rsidR="002D214A" w:rsidRDefault="002D214A" w:rsidP="00A60070">
            <w:r>
              <w:t>Count</w:t>
            </w:r>
          </w:p>
        </w:tc>
        <w:tc>
          <w:tcPr>
            <w:tcW w:w="1261" w:type="dxa"/>
          </w:tcPr>
          <w:p w14:paraId="09ACDA2F" w14:textId="77777777" w:rsidR="002D214A" w:rsidRDefault="002D214A" w:rsidP="00A60070">
            <w:r>
              <w:t>%</w:t>
            </w:r>
          </w:p>
        </w:tc>
        <w:tc>
          <w:tcPr>
            <w:tcW w:w="1261" w:type="dxa"/>
          </w:tcPr>
          <w:p w14:paraId="473B03A8" w14:textId="77777777" w:rsidR="002D214A" w:rsidRDefault="002D214A" w:rsidP="00A60070">
            <w:r>
              <w:t>Value</w:t>
            </w:r>
          </w:p>
        </w:tc>
      </w:tr>
      <w:tr w:rsidR="002D214A" w14:paraId="73430486" w14:textId="77777777" w:rsidTr="00A60070">
        <w:tc>
          <w:tcPr>
            <w:tcW w:w="2376" w:type="dxa"/>
          </w:tcPr>
          <w:p w14:paraId="5AC33AE2" w14:textId="77777777" w:rsidR="002D214A" w:rsidRDefault="002D214A" w:rsidP="00A60070"/>
        </w:tc>
        <w:tc>
          <w:tcPr>
            <w:tcW w:w="2684" w:type="dxa"/>
          </w:tcPr>
          <w:p w14:paraId="0EB6E837" w14:textId="77777777" w:rsidR="002D214A" w:rsidRDefault="002D214A" w:rsidP="00A60070">
            <w:r>
              <w:t>I totally agree</w:t>
            </w:r>
          </w:p>
        </w:tc>
        <w:tc>
          <w:tcPr>
            <w:tcW w:w="1274" w:type="dxa"/>
          </w:tcPr>
          <w:p w14:paraId="19F73FFA" w14:textId="77777777" w:rsidR="002D214A" w:rsidRDefault="002D214A" w:rsidP="00A60070">
            <w:r>
              <w:t>679</w:t>
            </w:r>
          </w:p>
        </w:tc>
        <w:tc>
          <w:tcPr>
            <w:tcW w:w="1261" w:type="dxa"/>
          </w:tcPr>
          <w:p w14:paraId="3D5E23ED" w14:textId="77777777" w:rsidR="002D214A" w:rsidRDefault="002D214A" w:rsidP="00A60070">
            <w:r>
              <w:t>69.86</w:t>
            </w:r>
          </w:p>
        </w:tc>
        <w:tc>
          <w:tcPr>
            <w:tcW w:w="1261" w:type="dxa"/>
          </w:tcPr>
          <w:p w14:paraId="5F950739" w14:textId="77777777" w:rsidR="002D214A" w:rsidRDefault="002D214A" w:rsidP="00A60070">
            <w:r>
              <w:t>1</w:t>
            </w:r>
          </w:p>
        </w:tc>
      </w:tr>
      <w:tr w:rsidR="002D214A" w14:paraId="030016DA" w14:textId="77777777" w:rsidTr="00A60070">
        <w:tc>
          <w:tcPr>
            <w:tcW w:w="2376" w:type="dxa"/>
          </w:tcPr>
          <w:p w14:paraId="6D117B51" w14:textId="77777777" w:rsidR="002D214A" w:rsidRDefault="002D214A" w:rsidP="00A60070"/>
        </w:tc>
        <w:tc>
          <w:tcPr>
            <w:tcW w:w="2684" w:type="dxa"/>
          </w:tcPr>
          <w:p w14:paraId="52B4CF55" w14:textId="77777777" w:rsidR="002D214A" w:rsidRDefault="002D214A" w:rsidP="00A60070">
            <w:r>
              <w:t>tend to agree</w:t>
            </w:r>
          </w:p>
        </w:tc>
        <w:tc>
          <w:tcPr>
            <w:tcW w:w="1274" w:type="dxa"/>
          </w:tcPr>
          <w:p w14:paraId="7D82C1EC" w14:textId="77777777" w:rsidR="002D214A" w:rsidRDefault="002D214A" w:rsidP="00A60070">
            <w:r>
              <w:t>252</w:t>
            </w:r>
          </w:p>
        </w:tc>
        <w:tc>
          <w:tcPr>
            <w:tcW w:w="1261" w:type="dxa"/>
          </w:tcPr>
          <w:p w14:paraId="1C5676F8" w14:textId="77777777" w:rsidR="002D214A" w:rsidRDefault="002D214A" w:rsidP="00A60070">
            <w:r>
              <w:t>25.93</w:t>
            </w:r>
          </w:p>
        </w:tc>
        <w:tc>
          <w:tcPr>
            <w:tcW w:w="1261" w:type="dxa"/>
          </w:tcPr>
          <w:p w14:paraId="3C1EC1DD" w14:textId="77777777" w:rsidR="002D214A" w:rsidRDefault="002D214A" w:rsidP="00A60070">
            <w:r>
              <w:t>2</w:t>
            </w:r>
          </w:p>
        </w:tc>
      </w:tr>
      <w:tr w:rsidR="002D214A" w14:paraId="05008A2D" w14:textId="77777777" w:rsidTr="00A60070">
        <w:tc>
          <w:tcPr>
            <w:tcW w:w="2376" w:type="dxa"/>
          </w:tcPr>
          <w:p w14:paraId="35795B53" w14:textId="77777777" w:rsidR="002D214A" w:rsidRDefault="002D214A" w:rsidP="00A60070"/>
        </w:tc>
        <w:tc>
          <w:tcPr>
            <w:tcW w:w="2684" w:type="dxa"/>
          </w:tcPr>
          <w:p w14:paraId="0BB1467D" w14:textId="77777777" w:rsidR="002D214A" w:rsidRDefault="002D214A" w:rsidP="00A60070">
            <w:r>
              <w:t>partly/partly</w:t>
            </w:r>
          </w:p>
        </w:tc>
        <w:tc>
          <w:tcPr>
            <w:tcW w:w="1274" w:type="dxa"/>
          </w:tcPr>
          <w:p w14:paraId="2AE9F0E5" w14:textId="77777777" w:rsidR="002D214A" w:rsidRDefault="002D214A" w:rsidP="00A60070">
            <w:r>
              <w:t>36</w:t>
            </w:r>
          </w:p>
        </w:tc>
        <w:tc>
          <w:tcPr>
            <w:tcW w:w="1261" w:type="dxa"/>
          </w:tcPr>
          <w:p w14:paraId="6BCB3F9B" w14:textId="77777777" w:rsidR="002D214A" w:rsidRDefault="002D214A" w:rsidP="00A60070">
            <w:r>
              <w:t>3.7</w:t>
            </w:r>
          </w:p>
        </w:tc>
        <w:tc>
          <w:tcPr>
            <w:tcW w:w="1261" w:type="dxa"/>
          </w:tcPr>
          <w:p w14:paraId="6F5402E9" w14:textId="77777777" w:rsidR="002D214A" w:rsidRDefault="002D214A" w:rsidP="00A60070">
            <w:r>
              <w:t>3</w:t>
            </w:r>
          </w:p>
        </w:tc>
      </w:tr>
      <w:tr w:rsidR="002D214A" w14:paraId="7E528BA2" w14:textId="77777777" w:rsidTr="00A60070">
        <w:tc>
          <w:tcPr>
            <w:tcW w:w="2376" w:type="dxa"/>
          </w:tcPr>
          <w:p w14:paraId="00C1989F" w14:textId="77777777" w:rsidR="002D214A" w:rsidRDefault="002D214A" w:rsidP="00A60070"/>
        </w:tc>
        <w:tc>
          <w:tcPr>
            <w:tcW w:w="2684" w:type="dxa"/>
          </w:tcPr>
          <w:p w14:paraId="1E08CF0D" w14:textId="77777777" w:rsidR="002D214A" w:rsidRDefault="002D214A" w:rsidP="00A60070">
            <w:r>
              <w:t>rather disagree</w:t>
            </w:r>
          </w:p>
        </w:tc>
        <w:tc>
          <w:tcPr>
            <w:tcW w:w="1274" w:type="dxa"/>
          </w:tcPr>
          <w:p w14:paraId="52FBDD8B" w14:textId="77777777" w:rsidR="002D214A" w:rsidRDefault="002D214A" w:rsidP="00A60070">
            <w:r>
              <w:t>4</w:t>
            </w:r>
          </w:p>
        </w:tc>
        <w:tc>
          <w:tcPr>
            <w:tcW w:w="1261" w:type="dxa"/>
          </w:tcPr>
          <w:p w14:paraId="236F0F34" w14:textId="77777777" w:rsidR="002D214A" w:rsidRDefault="002D214A" w:rsidP="00A60070">
            <w:r>
              <w:t>0.41</w:t>
            </w:r>
          </w:p>
        </w:tc>
        <w:tc>
          <w:tcPr>
            <w:tcW w:w="1261" w:type="dxa"/>
          </w:tcPr>
          <w:p w14:paraId="76A6F6AF" w14:textId="77777777" w:rsidR="002D214A" w:rsidRDefault="002D214A" w:rsidP="00A60070">
            <w:r>
              <w:t>4</w:t>
            </w:r>
          </w:p>
        </w:tc>
      </w:tr>
      <w:tr w:rsidR="002D214A" w14:paraId="777E0BEE" w14:textId="77777777" w:rsidTr="00A60070">
        <w:tc>
          <w:tcPr>
            <w:tcW w:w="2376" w:type="dxa"/>
          </w:tcPr>
          <w:p w14:paraId="3FC3D3FE" w14:textId="77777777" w:rsidR="002D214A" w:rsidRDefault="002D214A" w:rsidP="00A60070"/>
        </w:tc>
        <w:tc>
          <w:tcPr>
            <w:tcW w:w="2684" w:type="dxa"/>
          </w:tcPr>
          <w:p w14:paraId="56A880C7" w14:textId="77777777" w:rsidR="002D214A" w:rsidRDefault="002D214A" w:rsidP="00A60070">
            <w:r>
              <w:t>strongly disagree</w:t>
            </w:r>
          </w:p>
        </w:tc>
        <w:tc>
          <w:tcPr>
            <w:tcW w:w="1274" w:type="dxa"/>
          </w:tcPr>
          <w:p w14:paraId="19613367" w14:textId="77777777" w:rsidR="002D214A" w:rsidRDefault="002D214A" w:rsidP="00A60070">
            <w:r>
              <w:t>1</w:t>
            </w:r>
          </w:p>
        </w:tc>
        <w:tc>
          <w:tcPr>
            <w:tcW w:w="1261" w:type="dxa"/>
          </w:tcPr>
          <w:p w14:paraId="40FDB97B" w14:textId="77777777" w:rsidR="002D214A" w:rsidRDefault="002D214A" w:rsidP="00A60070">
            <w:r>
              <w:t>0.1</w:t>
            </w:r>
          </w:p>
        </w:tc>
        <w:tc>
          <w:tcPr>
            <w:tcW w:w="1261" w:type="dxa"/>
          </w:tcPr>
          <w:p w14:paraId="60C16CF6" w14:textId="77777777" w:rsidR="002D214A" w:rsidRDefault="002D214A" w:rsidP="00A60070">
            <w:r>
              <w:t>5</w:t>
            </w:r>
          </w:p>
        </w:tc>
      </w:tr>
      <w:tr w:rsidR="002D214A" w14:paraId="6C038B64" w14:textId="77777777" w:rsidTr="00A60070">
        <w:tc>
          <w:tcPr>
            <w:tcW w:w="2376" w:type="dxa"/>
          </w:tcPr>
          <w:p w14:paraId="399C9F40" w14:textId="77777777" w:rsidR="002D214A" w:rsidRDefault="002D214A" w:rsidP="00A60070"/>
        </w:tc>
        <w:tc>
          <w:tcPr>
            <w:tcW w:w="2684" w:type="dxa"/>
          </w:tcPr>
          <w:p w14:paraId="48962268" w14:textId="77777777" w:rsidR="002D214A" w:rsidRDefault="002D214A" w:rsidP="00A60070"/>
        </w:tc>
        <w:tc>
          <w:tcPr>
            <w:tcW w:w="1274" w:type="dxa"/>
          </w:tcPr>
          <w:p w14:paraId="42B2C68C" w14:textId="77777777" w:rsidR="002D214A" w:rsidRDefault="002D214A" w:rsidP="00A60070"/>
        </w:tc>
        <w:tc>
          <w:tcPr>
            <w:tcW w:w="1261" w:type="dxa"/>
          </w:tcPr>
          <w:p w14:paraId="5F77CFBC" w14:textId="77777777" w:rsidR="002D214A" w:rsidRDefault="002D214A" w:rsidP="00A60070"/>
        </w:tc>
        <w:tc>
          <w:tcPr>
            <w:tcW w:w="1261" w:type="dxa"/>
          </w:tcPr>
          <w:p w14:paraId="12694833" w14:textId="77777777" w:rsidR="002D214A" w:rsidRDefault="002D214A" w:rsidP="00A60070"/>
        </w:tc>
      </w:tr>
      <w:tr w:rsidR="002D214A" w14:paraId="7E441E8E" w14:textId="77777777" w:rsidTr="00A60070">
        <w:tc>
          <w:tcPr>
            <w:tcW w:w="2376" w:type="dxa"/>
          </w:tcPr>
          <w:p w14:paraId="5F076460" w14:textId="77777777" w:rsidR="002D214A" w:rsidRDefault="002D214A" w:rsidP="00A60070"/>
        </w:tc>
        <w:tc>
          <w:tcPr>
            <w:tcW w:w="2684" w:type="dxa"/>
          </w:tcPr>
          <w:p w14:paraId="39A2AA31" w14:textId="77777777" w:rsidR="002D214A" w:rsidRDefault="002D214A" w:rsidP="00A60070">
            <w:r>
              <w:t>Average</w:t>
            </w:r>
          </w:p>
        </w:tc>
        <w:tc>
          <w:tcPr>
            <w:tcW w:w="1274" w:type="dxa"/>
          </w:tcPr>
          <w:p w14:paraId="3067E22F" w14:textId="77777777" w:rsidR="002D214A" w:rsidRDefault="002D214A" w:rsidP="00A60070"/>
        </w:tc>
        <w:tc>
          <w:tcPr>
            <w:tcW w:w="1261" w:type="dxa"/>
          </w:tcPr>
          <w:p w14:paraId="1C5CEA63" w14:textId="77777777" w:rsidR="002D214A" w:rsidRDefault="002D214A" w:rsidP="00A60070"/>
        </w:tc>
        <w:tc>
          <w:tcPr>
            <w:tcW w:w="1261" w:type="dxa"/>
          </w:tcPr>
          <w:p w14:paraId="33988C1E" w14:textId="77777777" w:rsidR="002D214A" w:rsidRDefault="002D214A" w:rsidP="00A60070">
            <w:r>
              <w:t>1.35</w:t>
            </w:r>
          </w:p>
        </w:tc>
      </w:tr>
      <w:tr w:rsidR="002D214A" w14:paraId="2ACA3FB9" w14:textId="77777777" w:rsidTr="00A60070">
        <w:tc>
          <w:tcPr>
            <w:tcW w:w="2376" w:type="dxa"/>
          </w:tcPr>
          <w:p w14:paraId="16552E9E" w14:textId="77777777" w:rsidR="002D214A" w:rsidRDefault="002D214A" w:rsidP="00A60070"/>
        </w:tc>
        <w:tc>
          <w:tcPr>
            <w:tcW w:w="2684" w:type="dxa"/>
          </w:tcPr>
          <w:p w14:paraId="5CEA0EC8" w14:textId="77777777" w:rsidR="002D214A" w:rsidRDefault="002D214A" w:rsidP="00A60070">
            <w:r>
              <w:t>Standard Deviation</w:t>
            </w:r>
          </w:p>
        </w:tc>
        <w:tc>
          <w:tcPr>
            <w:tcW w:w="1274" w:type="dxa"/>
          </w:tcPr>
          <w:p w14:paraId="1A45EF04" w14:textId="77777777" w:rsidR="002D214A" w:rsidRDefault="002D214A" w:rsidP="00A60070"/>
        </w:tc>
        <w:tc>
          <w:tcPr>
            <w:tcW w:w="1261" w:type="dxa"/>
          </w:tcPr>
          <w:p w14:paraId="07EF3690" w14:textId="77777777" w:rsidR="002D214A" w:rsidRDefault="002D214A" w:rsidP="00A60070"/>
        </w:tc>
        <w:tc>
          <w:tcPr>
            <w:tcW w:w="1261" w:type="dxa"/>
          </w:tcPr>
          <w:p w14:paraId="7F0CD813" w14:textId="77777777" w:rsidR="002D214A" w:rsidRDefault="002D214A" w:rsidP="00A60070">
            <w:r>
              <w:t>0.58</w:t>
            </w:r>
          </w:p>
        </w:tc>
      </w:tr>
      <w:tr w:rsidR="002D214A" w14:paraId="201A02F5" w14:textId="77777777" w:rsidTr="00A60070">
        <w:tc>
          <w:tcPr>
            <w:tcW w:w="2376" w:type="dxa"/>
          </w:tcPr>
          <w:p w14:paraId="2BFB688F" w14:textId="77777777" w:rsidR="002D214A" w:rsidRDefault="002D214A" w:rsidP="00A60070"/>
        </w:tc>
        <w:tc>
          <w:tcPr>
            <w:tcW w:w="2684" w:type="dxa"/>
          </w:tcPr>
          <w:p w14:paraId="66E7134F" w14:textId="77777777" w:rsidR="002D214A" w:rsidRDefault="002D214A" w:rsidP="00A60070"/>
        </w:tc>
        <w:tc>
          <w:tcPr>
            <w:tcW w:w="1274" w:type="dxa"/>
          </w:tcPr>
          <w:p w14:paraId="49DCA3FA" w14:textId="77777777" w:rsidR="002D214A" w:rsidRDefault="002D214A" w:rsidP="00A60070"/>
        </w:tc>
        <w:tc>
          <w:tcPr>
            <w:tcW w:w="1261" w:type="dxa"/>
          </w:tcPr>
          <w:p w14:paraId="308B8556" w14:textId="77777777" w:rsidR="002D214A" w:rsidRDefault="002D214A" w:rsidP="00A60070"/>
        </w:tc>
        <w:tc>
          <w:tcPr>
            <w:tcW w:w="1261" w:type="dxa"/>
          </w:tcPr>
          <w:p w14:paraId="73871413" w14:textId="77777777" w:rsidR="002D214A" w:rsidRDefault="002D214A" w:rsidP="00A60070"/>
        </w:tc>
      </w:tr>
      <w:tr w:rsidR="002D214A" w14:paraId="6E8F5FCA" w14:textId="77777777" w:rsidTr="00A60070">
        <w:tc>
          <w:tcPr>
            <w:tcW w:w="2376" w:type="dxa"/>
          </w:tcPr>
          <w:p w14:paraId="20F033C4" w14:textId="77777777" w:rsidR="002D214A" w:rsidRDefault="002D214A" w:rsidP="00A60070">
            <w:r>
              <w:t>Radiation therapy was adequately taught at our faculty overall. (n = 971)</w:t>
            </w:r>
          </w:p>
        </w:tc>
        <w:tc>
          <w:tcPr>
            <w:tcW w:w="2684" w:type="dxa"/>
          </w:tcPr>
          <w:p w14:paraId="39FEB9F9" w14:textId="77777777" w:rsidR="002D214A" w:rsidRDefault="002D214A" w:rsidP="00A60070">
            <w:r>
              <w:t>Answer</w:t>
            </w:r>
          </w:p>
        </w:tc>
        <w:tc>
          <w:tcPr>
            <w:tcW w:w="1274" w:type="dxa"/>
          </w:tcPr>
          <w:p w14:paraId="7C316224" w14:textId="77777777" w:rsidR="002D214A" w:rsidRDefault="002D214A" w:rsidP="00A60070">
            <w:r>
              <w:t>Count</w:t>
            </w:r>
          </w:p>
        </w:tc>
        <w:tc>
          <w:tcPr>
            <w:tcW w:w="1261" w:type="dxa"/>
          </w:tcPr>
          <w:p w14:paraId="0D8EF35F" w14:textId="77777777" w:rsidR="002D214A" w:rsidRDefault="002D214A" w:rsidP="00A60070">
            <w:r>
              <w:t>%</w:t>
            </w:r>
          </w:p>
        </w:tc>
        <w:tc>
          <w:tcPr>
            <w:tcW w:w="1261" w:type="dxa"/>
          </w:tcPr>
          <w:p w14:paraId="401B3364" w14:textId="77777777" w:rsidR="002D214A" w:rsidRDefault="002D214A" w:rsidP="00A60070">
            <w:r>
              <w:t>Value</w:t>
            </w:r>
          </w:p>
        </w:tc>
      </w:tr>
      <w:tr w:rsidR="002D214A" w14:paraId="79542E37" w14:textId="77777777" w:rsidTr="00A60070">
        <w:tc>
          <w:tcPr>
            <w:tcW w:w="2376" w:type="dxa"/>
          </w:tcPr>
          <w:p w14:paraId="0D5AA7C5" w14:textId="77777777" w:rsidR="002D214A" w:rsidRDefault="002D214A" w:rsidP="00A60070"/>
        </w:tc>
        <w:tc>
          <w:tcPr>
            <w:tcW w:w="2684" w:type="dxa"/>
          </w:tcPr>
          <w:p w14:paraId="69E2ECE2" w14:textId="77777777" w:rsidR="002D214A" w:rsidRDefault="002D214A" w:rsidP="00A60070">
            <w:r>
              <w:t>I totally agree</w:t>
            </w:r>
          </w:p>
        </w:tc>
        <w:tc>
          <w:tcPr>
            <w:tcW w:w="1274" w:type="dxa"/>
          </w:tcPr>
          <w:p w14:paraId="41A67C68" w14:textId="77777777" w:rsidR="002D214A" w:rsidRDefault="002D214A" w:rsidP="00A60070">
            <w:r>
              <w:t>233</w:t>
            </w:r>
          </w:p>
        </w:tc>
        <w:tc>
          <w:tcPr>
            <w:tcW w:w="1261" w:type="dxa"/>
          </w:tcPr>
          <w:p w14:paraId="2AFF879C" w14:textId="77777777" w:rsidR="002D214A" w:rsidRDefault="002D214A" w:rsidP="00A60070">
            <w:r>
              <w:t>24</w:t>
            </w:r>
          </w:p>
        </w:tc>
        <w:tc>
          <w:tcPr>
            <w:tcW w:w="1261" w:type="dxa"/>
          </w:tcPr>
          <w:p w14:paraId="28023FBE" w14:textId="77777777" w:rsidR="002D214A" w:rsidRDefault="002D214A" w:rsidP="00A60070">
            <w:r>
              <w:t>1</w:t>
            </w:r>
          </w:p>
        </w:tc>
      </w:tr>
      <w:tr w:rsidR="002D214A" w14:paraId="7E5F2AF1" w14:textId="77777777" w:rsidTr="00A60070">
        <w:tc>
          <w:tcPr>
            <w:tcW w:w="2376" w:type="dxa"/>
          </w:tcPr>
          <w:p w14:paraId="2D7DFE26" w14:textId="77777777" w:rsidR="002D214A" w:rsidRDefault="002D214A" w:rsidP="00A60070"/>
        </w:tc>
        <w:tc>
          <w:tcPr>
            <w:tcW w:w="2684" w:type="dxa"/>
          </w:tcPr>
          <w:p w14:paraId="558BCF8B" w14:textId="77777777" w:rsidR="002D214A" w:rsidRDefault="002D214A" w:rsidP="00A60070">
            <w:r>
              <w:t>tend to agree</w:t>
            </w:r>
          </w:p>
        </w:tc>
        <w:tc>
          <w:tcPr>
            <w:tcW w:w="1274" w:type="dxa"/>
          </w:tcPr>
          <w:p w14:paraId="6FA5FC3B" w14:textId="77777777" w:rsidR="002D214A" w:rsidRDefault="002D214A" w:rsidP="00A60070">
            <w:r>
              <w:t>320</w:t>
            </w:r>
          </w:p>
        </w:tc>
        <w:tc>
          <w:tcPr>
            <w:tcW w:w="1261" w:type="dxa"/>
          </w:tcPr>
          <w:p w14:paraId="4DCA637C" w14:textId="77777777" w:rsidR="002D214A" w:rsidRDefault="002D214A" w:rsidP="00A60070">
            <w:r>
              <w:t>32.96</w:t>
            </w:r>
          </w:p>
        </w:tc>
        <w:tc>
          <w:tcPr>
            <w:tcW w:w="1261" w:type="dxa"/>
          </w:tcPr>
          <w:p w14:paraId="68577638" w14:textId="77777777" w:rsidR="002D214A" w:rsidRDefault="002D214A" w:rsidP="00A60070">
            <w:r>
              <w:t>2</w:t>
            </w:r>
          </w:p>
        </w:tc>
      </w:tr>
      <w:tr w:rsidR="002D214A" w14:paraId="2006AEA2" w14:textId="77777777" w:rsidTr="00A60070">
        <w:tc>
          <w:tcPr>
            <w:tcW w:w="2376" w:type="dxa"/>
          </w:tcPr>
          <w:p w14:paraId="23FF4F45" w14:textId="77777777" w:rsidR="002D214A" w:rsidRDefault="002D214A" w:rsidP="00A60070"/>
        </w:tc>
        <w:tc>
          <w:tcPr>
            <w:tcW w:w="2684" w:type="dxa"/>
          </w:tcPr>
          <w:p w14:paraId="1490DD51" w14:textId="77777777" w:rsidR="002D214A" w:rsidRDefault="002D214A" w:rsidP="00A60070">
            <w:r>
              <w:t>partly/partly</w:t>
            </w:r>
          </w:p>
        </w:tc>
        <w:tc>
          <w:tcPr>
            <w:tcW w:w="1274" w:type="dxa"/>
          </w:tcPr>
          <w:p w14:paraId="14871856" w14:textId="77777777" w:rsidR="002D214A" w:rsidRDefault="002D214A" w:rsidP="00A60070">
            <w:r>
              <w:t>247</w:t>
            </w:r>
          </w:p>
        </w:tc>
        <w:tc>
          <w:tcPr>
            <w:tcW w:w="1261" w:type="dxa"/>
          </w:tcPr>
          <w:p w14:paraId="1DBD5FA7" w14:textId="77777777" w:rsidR="002D214A" w:rsidRDefault="002D214A" w:rsidP="00A60070">
            <w:r>
              <w:t>25.44</w:t>
            </w:r>
          </w:p>
        </w:tc>
        <w:tc>
          <w:tcPr>
            <w:tcW w:w="1261" w:type="dxa"/>
          </w:tcPr>
          <w:p w14:paraId="050B5D4B" w14:textId="77777777" w:rsidR="002D214A" w:rsidRDefault="002D214A" w:rsidP="00A60070">
            <w:r>
              <w:t>3</w:t>
            </w:r>
          </w:p>
        </w:tc>
      </w:tr>
      <w:tr w:rsidR="002D214A" w14:paraId="047F6475" w14:textId="77777777" w:rsidTr="00A60070">
        <w:tc>
          <w:tcPr>
            <w:tcW w:w="2376" w:type="dxa"/>
          </w:tcPr>
          <w:p w14:paraId="3B665305" w14:textId="77777777" w:rsidR="002D214A" w:rsidRDefault="002D214A" w:rsidP="00A60070"/>
        </w:tc>
        <w:tc>
          <w:tcPr>
            <w:tcW w:w="2684" w:type="dxa"/>
          </w:tcPr>
          <w:p w14:paraId="5F8BBC4F" w14:textId="77777777" w:rsidR="002D214A" w:rsidRDefault="002D214A" w:rsidP="00A60070">
            <w:r>
              <w:t>rather disagree</w:t>
            </w:r>
          </w:p>
        </w:tc>
        <w:tc>
          <w:tcPr>
            <w:tcW w:w="1274" w:type="dxa"/>
          </w:tcPr>
          <w:p w14:paraId="0EC40635" w14:textId="77777777" w:rsidR="002D214A" w:rsidRDefault="002D214A" w:rsidP="00A60070">
            <w:r>
              <w:t>141</w:t>
            </w:r>
          </w:p>
        </w:tc>
        <w:tc>
          <w:tcPr>
            <w:tcW w:w="1261" w:type="dxa"/>
          </w:tcPr>
          <w:p w14:paraId="112EDB20" w14:textId="77777777" w:rsidR="002D214A" w:rsidRDefault="002D214A" w:rsidP="00A60070">
            <w:r>
              <w:t>14.52</w:t>
            </w:r>
          </w:p>
        </w:tc>
        <w:tc>
          <w:tcPr>
            <w:tcW w:w="1261" w:type="dxa"/>
          </w:tcPr>
          <w:p w14:paraId="4D99131F" w14:textId="77777777" w:rsidR="002D214A" w:rsidRDefault="002D214A" w:rsidP="00A60070">
            <w:r>
              <w:t>4</w:t>
            </w:r>
          </w:p>
        </w:tc>
      </w:tr>
      <w:tr w:rsidR="002D214A" w14:paraId="4EF29D63" w14:textId="77777777" w:rsidTr="00A60070">
        <w:tc>
          <w:tcPr>
            <w:tcW w:w="2376" w:type="dxa"/>
          </w:tcPr>
          <w:p w14:paraId="263D87F7" w14:textId="77777777" w:rsidR="002D214A" w:rsidRDefault="002D214A" w:rsidP="00A60070"/>
        </w:tc>
        <w:tc>
          <w:tcPr>
            <w:tcW w:w="2684" w:type="dxa"/>
          </w:tcPr>
          <w:p w14:paraId="2195CFB2" w14:textId="77777777" w:rsidR="002D214A" w:rsidRDefault="002D214A" w:rsidP="00A60070">
            <w:r>
              <w:t>strongly disagree</w:t>
            </w:r>
          </w:p>
        </w:tc>
        <w:tc>
          <w:tcPr>
            <w:tcW w:w="1274" w:type="dxa"/>
          </w:tcPr>
          <w:p w14:paraId="0B4DA5A7" w14:textId="77777777" w:rsidR="002D214A" w:rsidRDefault="002D214A" w:rsidP="00A60070">
            <w:r>
              <w:t>30</w:t>
            </w:r>
          </w:p>
        </w:tc>
        <w:tc>
          <w:tcPr>
            <w:tcW w:w="1261" w:type="dxa"/>
          </w:tcPr>
          <w:p w14:paraId="3CD89DCF" w14:textId="77777777" w:rsidR="002D214A" w:rsidRDefault="002D214A" w:rsidP="00A60070">
            <w:r>
              <w:t>3.09</w:t>
            </w:r>
          </w:p>
        </w:tc>
        <w:tc>
          <w:tcPr>
            <w:tcW w:w="1261" w:type="dxa"/>
          </w:tcPr>
          <w:p w14:paraId="5D2AD322" w14:textId="77777777" w:rsidR="002D214A" w:rsidRDefault="002D214A" w:rsidP="00A60070">
            <w:r>
              <w:t>5</w:t>
            </w:r>
          </w:p>
        </w:tc>
      </w:tr>
      <w:tr w:rsidR="002D214A" w14:paraId="0CFAD6D5" w14:textId="77777777" w:rsidTr="00A60070">
        <w:tc>
          <w:tcPr>
            <w:tcW w:w="2376" w:type="dxa"/>
          </w:tcPr>
          <w:p w14:paraId="4C8CB73B" w14:textId="77777777" w:rsidR="002D214A" w:rsidRDefault="002D214A" w:rsidP="00A60070"/>
        </w:tc>
        <w:tc>
          <w:tcPr>
            <w:tcW w:w="2684" w:type="dxa"/>
          </w:tcPr>
          <w:p w14:paraId="4D5E2B39" w14:textId="77777777" w:rsidR="002D214A" w:rsidRDefault="002D214A" w:rsidP="00A60070"/>
        </w:tc>
        <w:tc>
          <w:tcPr>
            <w:tcW w:w="1274" w:type="dxa"/>
          </w:tcPr>
          <w:p w14:paraId="30AD0CEA" w14:textId="77777777" w:rsidR="002D214A" w:rsidRDefault="002D214A" w:rsidP="00A60070"/>
        </w:tc>
        <w:tc>
          <w:tcPr>
            <w:tcW w:w="1261" w:type="dxa"/>
          </w:tcPr>
          <w:p w14:paraId="79D5335D" w14:textId="77777777" w:rsidR="002D214A" w:rsidRDefault="002D214A" w:rsidP="00A60070"/>
        </w:tc>
        <w:tc>
          <w:tcPr>
            <w:tcW w:w="1261" w:type="dxa"/>
          </w:tcPr>
          <w:p w14:paraId="03206622" w14:textId="77777777" w:rsidR="002D214A" w:rsidRDefault="002D214A" w:rsidP="00A60070"/>
        </w:tc>
      </w:tr>
      <w:tr w:rsidR="002D214A" w14:paraId="03AC3D1F" w14:textId="77777777" w:rsidTr="00A60070">
        <w:tc>
          <w:tcPr>
            <w:tcW w:w="2376" w:type="dxa"/>
          </w:tcPr>
          <w:p w14:paraId="0E1070DE" w14:textId="77777777" w:rsidR="002D214A" w:rsidRDefault="002D214A" w:rsidP="00A60070"/>
        </w:tc>
        <w:tc>
          <w:tcPr>
            <w:tcW w:w="2684" w:type="dxa"/>
          </w:tcPr>
          <w:p w14:paraId="27C6A3B2" w14:textId="77777777" w:rsidR="002D214A" w:rsidRDefault="002D214A" w:rsidP="00A60070">
            <w:r>
              <w:t>Average</w:t>
            </w:r>
          </w:p>
        </w:tc>
        <w:tc>
          <w:tcPr>
            <w:tcW w:w="1274" w:type="dxa"/>
          </w:tcPr>
          <w:p w14:paraId="0A82B0F5" w14:textId="77777777" w:rsidR="002D214A" w:rsidRDefault="002D214A" w:rsidP="00A60070"/>
        </w:tc>
        <w:tc>
          <w:tcPr>
            <w:tcW w:w="1261" w:type="dxa"/>
          </w:tcPr>
          <w:p w14:paraId="52CB5532" w14:textId="77777777" w:rsidR="002D214A" w:rsidRDefault="002D214A" w:rsidP="00A60070"/>
        </w:tc>
        <w:tc>
          <w:tcPr>
            <w:tcW w:w="1261" w:type="dxa"/>
          </w:tcPr>
          <w:p w14:paraId="5D904B79" w14:textId="77777777" w:rsidR="002D214A" w:rsidRDefault="002D214A" w:rsidP="00A60070">
            <w:r>
              <w:t>2.4</w:t>
            </w:r>
          </w:p>
        </w:tc>
      </w:tr>
      <w:tr w:rsidR="002D214A" w14:paraId="395AC764" w14:textId="77777777" w:rsidTr="00A60070">
        <w:tc>
          <w:tcPr>
            <w:tcW w:w="2376" w:type="dxa"/>
          </w:tcPr>
          <w:p w14:paraId="01B191C7" w14:textId="77777777" w:rsidR="002D214A" w:rsidRDefault="002D214A" w:rsidP="00A60070"/>
        </w:tc>
        <w:tc>
          <w:tcPr>
            <w:tcW w:w="2684" w:type="dxa"/>
          </w:tcPr>
          <w:p w14:paraId="143225A9" w14:textId="77777777" w:rsidR="002D214A" w:rsidRDefault="002D214A" w:rsidP="00A60070">
            <w:r>
              <w:t>Standard Deviation</w:t>
            </w:r>
          </w:p>
        </w:tc>
        <w:tc>
          <w:tcPr>
            <w:tcW w:w="1274" w:type="dxa"/>
          </w:tcPr>
          <w:p w14:paraId="62DB77DF" w14:textId="77777777" w:rsidR="002D214A" w:rsidRDefault="002D214A" w:rsidP="00A60070"/>
        </w:tc>
        <w:tc>
          <w:tcPr>
            <w:tcW w:w="1261" w:type="dxa"/>
          </w:tcPr>
          <w:p w14:paraId="18928EB0" w14:textId="77777777" w:rsidR="002D214A" w:rsidRDefault="002D214A" w:rsidP="00A60070"/>
        </w:tc>
        <w:tc>
          <w:tcPr>
            <w:tcW w:w="1261" w:type="dxa"/>
          </w:tcPr>
          <w:p w14:paraId="4978C643" w14:textId="77777777" w:rsidR="002D214A" w:rsidRDefault="002D214A" w:rsidP="00A60070">
            <w:r>
              <w:t>1.09</w:t>
            </w:r>
          </w:p>
        </w:tc>
      </w:tr>
      <w:tr w:rsidR="002D214A" w14:paraId="2EB3B871" w14:textId="77777777" w:rsidTr="00A60070">
        <w:tc>
          <w:tcPr>
            <w:tcW w:w="2376" w:type="dxa"/>
          </w:tcPr>
          <w:p w14:paraId="6AA01301" w14:textId="77777777" w:rsidR="002D214A" w:rsidRDefault="002D214A" w:rsidP="00A60070"/>
        </w:tc>
        <w:tc>
          <w:tcPr>
            <w:tcW w:w="2684" w:type="dxa"/>
          </w:tcPr>
          <w:p w14:paraId="1A05F8BD" w14:textId="77777777" w:rsidR="002D214A" w:rsidRDefault="002D214A" w:rsidP="00A60070"/>
        </w:tc>
        <w:tc>
          <w:tcPr>
            <w:tcW w:w="1274" w:type="dxa"/>
          </w:tcPr>
          <w:p w14:paraId="7224294C" w14:textId="77777777" w:rsidR="002D214A" w:rsidRDefault="002D214A" w:rsidP="00A60070"/>
        </w:tc>
        <w:tc>
          <w:tcPr>
            <w:tcW w:w="1261" w:type="dxa"/>
          </w:tcPr>
          <w:p w14:paraId="7051431D" w14:textId="77777777" w:rsidR="002D214A" w:rsidRDefault="002D214A" w:rsidP="00A60070"/>
        </w:tc>
        <w:tc>
          <w:tcPr>
            <w:tcW w:w="1261" w:type="dxa"/>
          </w:tcPr>
          <w:p w14:paraId="7888AF23" w14:textId="77777777" w:rsidR="002D214A" w:rsidRDefault="002D214A" w:rsidP="00A60070"/>
        </w:tc>
      </w:tr>
      <w:tr w:rsidR="002D214A" w14:paraId="7D51FEE1" w14:textId="77777777" w:rsidTr="00A60070">
        <w:tc>
          <w:tcPr>
            <w:tcW w:w="2376" w:type="dxa"/>
          </w:tcPr>
          <w:p w14:paraId="3FB7A217" w14:textId="77777777" w:rsidR="002D214A" w:rsidRDefault="002D214A" w:rsidP="00A60070">
            <w:r>
              <w:t>Radiotherapy was underrepresented in our teaching compared to other oncology disciplines. (n = 966)</w:t>
            </w:r>
          </w:p>
        </w:tc>
        <w:tc>
          <w:tcPr>
            <w:tcW w:w="2684" w:type="dxa"/>
          </w:tcPr>
          <w:p w14:paraId="02D21A6F" w14:textId="77777777" w:rsidR="002D214A" w:rsidRDefault="002D214A" w:rsidP="00A60070">
            <w:r>
              <w:t>Answer</w:t>
            </w:r>
          </w:p>
        </w:tc>
        <w:tc>
          <w:tcPr>
            <w:tcW w:w="1274" w:type="dxa"/>
          </w:tcPr>
          <w:p w14:paraId="514CD224" w14:textId="77777777" w:rsidR="002D214A" w:rsidRDefault="002D214A" w:rsidP="00A60070">
            <w:r>
              <w:t>Count</w:t>
            </w:r>
          </w:p>
        </w:tc>
        <w:tc>
          <w:tcPr>
            <w:tcW w:w="1261" w:type="dxa"/>
          </w:tcPr>
          <w:p w14:paraId="0B26834E" w14:textId="77777777" w:rsidR="002D214A" w:rsidRDefault="002D214A" w:rsidP="00A60070">
            <w:r>
              <w:t>%</w:t>
            </w:r>
          </w:p>
        </w:tc>
        <w:tc>
          <w:tcPr>
            <w:tcW w:w="1261" w:type="dxa"/>
          </w:tcPr>
          <w:p w14:paraId="5F87F1BE" w14:textId="77777777" w:rsidR="002D214A" w:rsidRDefault="002D214A" w:rsidP="00A60070">
            <w:r>
              <w:t>Value</w:t>
            </w:r>
          </w:p>
        </w:tc>
      </w:tr>
      <w:tr w:rsidR="002D214A" w14:paraId="641814A4" w14:textId="77777777" w:rsidTr="00A60070">
        <w:tc>
          <w:tcPr>
            <w:tcW w:w="2376" w:type="dxa"/>
          </w:tcPr>
          <w:p w14:paraId="4DABFD6A" w14:textId="77777777" w:rsidR="002D214A" w:rsidRDefault="002D214A" w:rsidP="00A60070"/>
        </w:tc>
        <w:tc>
          <w:tcPr>
            <w:tcW w:w="2684" w:type="dxa"/>
          </w:tcPr>
          <w:p w14:paraId="5A25B920" w14:textId="77777777" w:rsidR="002D214A" w:rsidRDefault="002D214A" w:rsidP="00A60070">
            <w:r>
              <w:t>I totally agree</w:t>
            </w:r>
          </w:p>
        </w:tc>
        <w:tc>
          <w:tcPr>
            <w:tcW w:w="1274" w:type="dxa"/>
          </w:tcPr>
          <w:p w14:paraId="743BF6DC" w14:textId="77777777" w:rsidR="002D214A" w:rsidRDefault="002D214A" w:rsidP="00A60070">
            <w:r>
              <w:t>109</w:t>
            </w:r>
          </w:p>
        </w:tc>
        <w:tc>
          <w:tcPr>
            <w:tcW w:w="1261" w:type="dxa"/>
          </w:tcPr>
          <w:p w14:paraId="3B7A47E3" w14:textId="77777777" w:rsidR="002D214A" w:rsidRDefault="002D214A" w:rsidP="00A60070">
            <w:r>
              <w:t>11.28</w:t>
            </w:r>
          </w:p>
        </w:tc>
        <w:tc>
          <w:tcPr>
            <w:tcW w:w="1261" w:type="dxa"/>
          </w:tcPr>
          <w:p w14:paraId="5D24B3F1" w14:textId="77777777" w:rsidR="002D214A" w:rsidRDefault="002D214A" w:rsidP="00A60070">
            <w:r>
              <w:t>1</w:t>
            </w:r>
          </w:p>
        </w:tc>
      </w:tr>
      <w:tr w:rsidR="002D214A" w14:paraId="15E30DE3" w14:textId="77777777" w:rsidTr="00A60070">
        <w:tc>
          <w:tcPr>
            <w:tcW w:w="2376" w:type="dxa"/>
          </w:tcPr>
          <w:p w14:paraId="0ADCCD98" w14:textId="77777777" w:rsidR="002D214A" w:rsidRDefault="002D214A" w:rsidP="00A60070"/>
        </w:tc>
        <w:tc>
          <w:tcPr>
            <w:tcW w:w="2684" w:type="dxa"/>
          </w:tcPr>
          <w:p w14:paraId="53C7F6EA" w14:textId="77777777" w:rsidR="002D214A" w:rsidRDefault="002D214A" w:rsidP="00A60070">
            <w:r>
              <w:t>tend to agree</w:t>
            </w:r>
          </w:p>
        </w:tc>
        <w:tc>
          <w:tcPr>
            <w:tcW w:w="1274" w:type="dxa"/>
          </w:tcPr>
          <w:p w14:paraId="39585FC7" w14:textId="77777777" w:rsidR="002D214A" w:rsidRDefault="002D214A" w:rsidP="00A60070">
            <w:r>
              <w:t>260</w:t>
            </w:r>
          </w:p>
        </w:tc>
        <w:tc>
          <w:tcPr>
            <w:tcW w:w="1261" w:type="dxa"/>
          </w:tcPr>
          <w:p w14:paraId="0E5F16EF" w14:textId="77777777" w:rsidR="002D214A" w:rsidRDefault="002D214A" w:rsidP="00A60070">
            <w:r>
              <w:t>26.92</w:t>
            </w:r>
          </w:p>
        </w:tc>
        <w:tc>
          <w:tcPr>
            <w:tcW w:w="1261" w:type="dxa"/>
          </w:tcPr>
          <w:p w14:paraId="70FF86CB" w14:textId="77777777" w:rsidR="002D214A" w:rsidRDefault="002D214A" w:rsidP="00A60070">
            <w:r>
              <w:t>2</w:t>
            </w:r>
          </w:p>
        </w:tc>
      </w:tr>
      <w:tr w:rsidR="002D214A" w14:paraId="0A5B17D1" w14:textId="77777777" w:rsidTr="00A60070">
        <w:tc>
          <w:tcPr>
            <w:tcW w:w="2376" w:type="dxa"/>
          </w:tcPr>
          <w:p w14:paraId="429885EC" w14:textId="77777777" w:rsidR="002D214A" w:rsidRDefault="002D214A" w:rsidP="00A60070"/>
        </w:tc>
        <w:tc>
          <w:tcPr>
            <w:tcW w:w="2684" w:type="dxa"/>
          </w:tcPr>
          <w:p w14:paraId="70567B02" w14:textId="77777777" w:rsidR="002D214A" w:rsidRDefault="002D214A" w:rsidP="00A60070">
            <w:r>
              <w:t>partly/partly</w:t>
            </w:r>
          </w:p>
        </w:tc>
        <w:tc>
          <w:tcPr>
            <w:tcW w:w="1274" w:type="dxa"/>
          </w:tcPr>
          <w:p w14:paraId="40B9F87C" w14:textId="77777777" w:rsidR="002D214A" w:rsidRDefault="002D214A" w:rsidP="00A60070">
            <w:r>
              <w:t>272</w:t>
            </w:r>
          </w:p>
        </w:tc>
        <w:tc>
          <w:tcPr>
            <w:tcW w:w="1261" w:type="dxa"/>
          </w:tcPr>
          <w:p w14:paraId="397E7128" w14:textId="77777777" w:rsidR="002D214A" w:rsidRDefault="002D214A" w:rsidP="00A60070">
            <w:r>
              <w:t>28.16</w:t>
            </w:r>
          </w:p>
        </w:tc>
        <w:tc>
          <w:tcPr>
            <w:tcW w:w="1261" w:type="dxa"/>
          </w:tcPr>
          <w:p w14:paraId="42C7E9A4" w14:textId="77777777" w:rsidR="002D214A" w:rsidRDefault="002D214A" w:rsidP="00A60070">
            <w:r>
              <w:t>3</w:t>
            </w:r>
          </w:p>
        </w:tc>
      </w:tr>
      <w:tr w:rsidR="002D214A" w14:paraId="211BCFD1" w14:textId="77777777" w:rsidTr="00A60070">
        <w:tc>
          <w:tcPr>
            <w:tcW w:w="2376" w:type="dxa"/>
          </w:tcPr>
          <w:p w14:paraId="63AD5B3B" w14:textId="77777777" w:rsidR="002D214A" w:rsidRDefault="002D214A" w:rsidP="00A60070"/>
        </w:tc>
        <w:tc>
          <w:tcPr>
            <w:tcW w:w="2684" w:type="dxa"/>
          </w:tcPr>
          <w:p w14:paraId="0C91CA04" w14:textId="77777777" w:rsidR="002D214A" w:rsidRDefault="002D214A" w:rsidP="00A60070">
            <w:r>
              <w:t>rather disagree</w:t>
            </w:r>
          </w:p>
        </w:tc>
        <w:tc>
          <w:tcPr>
            <w:tcW w:w="1274" w:type="dxa"/>
          </w:tcPr>
          <w:p w14:paraId="4FFFBE4A" w14:textId="77777777" w:rsidR="002D214A" w:rsidRDefault="002D214A" w:rsidP="00A60070">
            <w:r>
              <w:t>267</w:t>
            </w:r>
          </w:p>
        </w:tc>
        <w:tc>
          <w:tcPr>
            <w:tcW w:w="1261" w:type="dxa"/>
          </w:tcPr>
          <w:p w14:paraId="2133F7A0" w14:textId="77777777" w:rsidR="002D214A" w:rsidRDefault="002D214A" w:rsidP="00A60070">
            <w:r>
              <w:t>27.64</w:t>
            </w:r>
          </w:p>
        </w:tc>
        <w:tc>
          <w:tcPr>
            <w:tcW w:w="1261" w:type="dxa"/>
          </w:tcPr>
          <w:p w14:paraId="61AF6753" w14:textId="77777777" w:rsidR="002D214A" w:rsidRDefault="002D214A" w:rsidP="00A60070">
            <w:r>
              <w:t>4</w:t>
            </w:r>
          </w:p>
        </w:tc>
      </w:tr>
      <w:tr w:rsidR="002D214A" w14:paraId="561DA021" w14:textId="77777777" w:rsidTr="00A60070">
        <w:tc>
          <w:tcPr>
            <w:tcW w:w="2376" w:type="dxa"/>
          </w:tcPr>
          <w:p w14:paraId="430057A6" w14:textId="77777777" w:rsidR="002D214A" w:rsidRDefault="002D214A" w:rsidP="00A60070"/>
        </w:tc>
        <w:tc>
          <w:tcPr>
            <w:tcW w:w="2684" w:type="dxa"/>
          </w:tcPr>
          <w:p w14:paraId="7F2F4328" w14:textId="77777777" w:rsidR="002D214A" w:rsidRDefault="002D214A" w:rsidP="00A60070">
            <w:r>
              <w:t>strongly disagree</w:t>
            </w:r>
          </w:p>
        </w:tc>
        <w:tc>
          <w:tcPr>
            <w:tcW w:w="1274" w:type="dxa"/>
          </w:tcPr>
          <w:p w14:paraId="53305D27" w14:textId="77777777" w:rsidR="002D214A" w:rsidRDefault="002D214A" w:rsidP="00A60070">
            <w:r>
              <w:t>58</w:t>
            </w:r>
          </w:p>
        </w:tc>
        <w:tc>
          <w:tcPr>
            <w:tcW w:w="1261" w:type="dxa"/>
          </w:tcPr>
          <w:p w14:paraId="01727252" w14:textId="77777777" w:rsidR="002D214A" w:rsidRDefault="002D214A" w:rsidP="00A60070">
            <w:r>
              <w:t>6</w:t>
            </w:r>
          </w:p>
        </w:tc>
        <w:tc>
          <w:tcPr>
            <w:tcW w:w="1261" w:type="dxa"/>
          </w:tcPr>
          <w:p w14:paraId="1E985C67" w14:textId="77777777" w:rsidR="002D214A" w:rsidRDefault="002D214A" w:rsidP="00A60070">
            <w:r>
              <w:t>5</w:t>
            </w:r>
          </w:p>
        </w:tc>
      </w:tr>
      <w:tr w:rsidR="002D214A" w14:paraId="3AB4CC7B" w14:textId="77777777" w:rsidTr="00A60070">
        <w:tc>
          <w:tcPr>
            <w:tcW w:w="2376" w:type="dxa"/>
          </w:tcPr>
          <w:p w14:paraId="4994E69F" w14:textId="77777777" w:rsidR="002D214A" w:rsidRDefault="002D214A" w:rsidP="00A60070"/>
        </w:tc>
        <w:tc>
          <w:tcPr>
            <w:tcW w:w="2684" w:type="dxa"/>
          </w:tcPr>
          <w:p w14:paraId="70602EA3" w14:textId="77777777" w:rsidR="002D214A" w:rsidRDefault="002D214A" w:rsidP="00A60070"/>
        </w:tc>
        <w:tc>
          <w:tcPr>
            <w:tcW w:w="1274" w:type="dxa"/>
          </w:tcPr>
          <w:p w14:paraId="34EA0AFE" w14:textId="77777777" w:rsidR="002D214A" w:rsidRDefault="002D214A" w:rsidP="00A60070"/>
        </w:tc>
        <w:tc>
          <w:tcPr>
            <w:tcW w:w="1261" w:type="dxa"/>
          </w:tcPr>
          <w:p w14:paraId="11B47BC8" w14:textId="77777777" w:rsidR="002D214A" w:rsidRDefault="002D214A" w:rsidP="00A60070"/>
        </w:tc>
        <w:tc>
          <w:tcPr>
            <w:tcW w:w="1261" w:type="dxa"/>
          </w:tcPr>
          <w:p w14:paraId="53FD6266" w14:textId="77777777" w:rsidR="002D214A" w:rsidRDefault="002D214A" w:rsidP="00A60070"/>
        </w:tc>
      </w:tr>
      <w:tr w:rsidR="002D214A" w14:paraId="60C8AABC" w14:textId="77777777" w:rsidTr="00A60070">
        <w:tc>
          <w:tcPr>
            <w:tcW w:w="2376" w:type="dxa"/>
          </w:tcPr>
          <w:p w14:paraId="451553F7" w14:textId="77777777" w:rsidR="002D214A" w:rsidRDefault="002D214A" w:rsidP="00A60070"/>
        </w:tc>
        <w:tc>
          <w:tcPr>
            <w:tcW w:w="2684" w:type="dxa"/>
          </w:tcPr>
          <w:p w14:paraId="5E42F6EE" w14:textId="77777777" w:rsidR="002D214A" w:rsidRDefault="002D214A" w:rsidP="00A60070">
            <w:r>
              <w:t>Average</w:t>
            </w:r>
          </w:p>
        </w:tc>
        <w:tc>
          <w:tcPr>
            <w:tcW w:w="1274" w:type="dxa"/>
          </w:tcPr>
          <w:p w14:paraId="4A07FE3F" w14:textId="77777777" w:rsidR="002D214A" w:rsidRDefault="002D214A" w:rsidP="00A60070"/>
        </w:tc>
        <w:tc>
          <w:tcPr>
            <w:tcW w:w="1261" w:type="dxa"/>
          </w:tcPr>
          <w:p w14:paraId="2FB1A568" w14:textId="77777777" w:rsidR="002D214A" w:rsidRDefault="002D214A" w:rsidP="00A60070"/>
        </w:tc>
        <w:tc>
          <w:tcPr>
            <w:tcW w:w="1261" w:type="dxa"/>
          </w:tcPr>
          <w:p w14:paraId="4D235D8C" w14:textId="77777777" w:rsidR="002D214A" w:rsidRDefault="002D214A" w:rsidP="00A60070">
            <w:r>
              <w:t>2.9</w:t>
            </w:r>
          </w:p>
        </w:tc>
      </w:tr>
      <w:tr w:rsidR="002D214A" w14:paraId="59A5799A" w14:textId="77777777" w:rsidTr="00A60070">
        <w:tc>
          <w:tcPr>
            <w:tcW w:w="2376" w:type="dxa"/>
          </w:tcPr>
          <w:p w14:paraId="0D4AD733" w14:textId="77777777" w:rsidR="002D214A" w:rsidRDefault="002D214A" w:rsidP="00A60070"/>
        </w:tc>
        <w:tc>
          <w:tcPr>
            <w:tcW w:w="2684" w:type="dxa"/>
          </w:tcPr>
          <w:p w14:paraId="0B2E7E65" w14:textId="77777777" w:rsidR="002D214A" w:rsidRDefault="002D214A" w:rsidP="00A60070">
            <w:r>
              <w:t>Standard Deviation</w:t>
            </w:r>
          </w:p>
        </w:tc>
        <w:tc>
          <w:tcPr>
            <w:tcW w:w="1274" w:type="dxa"/>
          </w:tcPr>
          <w:p w14:paraId="11B3AB61" w14:textId="77777777" w:rsidR="002D214A" w:rsidRDefault="002D214A" w:rsidP="00A60070"/>
        </w:tc>
        <w:tc>
          <w:tcPr>
            <w:tcW w:w="1261" w:type="dxa"/>
          </w:tcPr>
          <w:p w14:paraId="34C2750A" w14:textId="77777777" w:rsidR="002D214A" w:rsidRDefault="002D214A" w:rsidP="00A60070"/>
        </w:tc>
        <w:tc>
          <w:tcPr>
            <w:tcW w:w="1261" w:type="dxa"/>
          </w:tcPr>
          <w:p w14:paraId="2310E171" w14:textId="77777777" w:rsidR="002D214A" w:rsidRDefault="002D214A" w:rsidP="00A60070">
            <w:r>
              <w:t>1.11</w:t>
            </w:r>
          </w:p>
        </w:tc>
      </w:tr>
      <w:tr w:rsidR="002D214A" w14:paraId="4FEF422E" w14:textId="77777777" w:rsidTr="00A60070">
        <w:tc>
          <w:tcPr>
            <w:tcW w:w="2376" w:type="dxa"/>
          </w:tcPr>
          <w:p w14:paraId="3C36E2B6" w14:textId="77777777" w:rsidR="002D214A" w:rsidRDefault="002D214A" w:rsidP="00A60070"/>
        </w:tc>
        <w:tc>
          <w:tcPr>
            <w:tcW w:w="2684" w:type="dxa"/>
          </w:tcPr>
          <w:p w14:paraId="20A42AD3" w14:textId="77777777" w:rsidR="002D214A" w:rsidRDefault="002D214A" w:rsidP="00A60070"/>
        </w:tc>
        <w:tc>
          <w:tcPr>
            <w:tcW w:w="1274" w:type="dxa"/>
          </w:tcPr>
          <w:p w14:paraId="550B97CC" w14:textId="77777777" w:rsidR="002D214A" w:rsidRDefault="002D214A" w:rsidP="00A60070"/>
        </w:tc>
        <w:tc>
          <w:tcPr>
            <w:tcW w:w="1261" w:type="dxa"/>
          </w:tcPr>
          <w:p w14:paraId="38CB6153" w14:textId="77777777" w:rsidR="002D214A" w:rsidRDefault="002D214A" w:rsidP="00A60070"/>
        </w:tc>
        <w:tc>
          <w:tcPr>
            <w:tcW w:w="1261" w:type="dxa"/>
          </w:tcPr>
          <w:p w14:paraId="6D617C6D" w14:textId="77777777" w:rsidR="002D214A" w:rsidRDefault="002D214A" w:rsidP="00A60070"/>
        </w:tc>
      </w:tr>
      <w:tr w:rsidR="002D214A" w14:paraId="095CA6FF" w14:textId="77777777" w:rsidTr="00A60070">
        <w:tc>
          <w:tcPr>
            <w:tcW w:w="2376" w:type="dxa"/>
          </w:tcPr>
          <w:p w14:paraId="28CABDCC" w14:textId="77777777" w:rsidR="002D214A" w:rsidRDefault="002D214A" w:rsidP="00A60070">
            <w:r>
              <w:t>In the future, radiotherapy should most likely be taught in the following context: (n = 974)</w:t>
            </w:r>
          </w:p>
        </w:tc>
        <w:tc>
          <w:tcPr>
            <w:tcW w:w="2684" w:type="dxa"/>
          </w:tcPr>
          <w:p w14:paraId="04E001D8" w14:textId="77777777" w:rsidR="002D214A" w:rsidRDefault="002D214A" w:rsidP="00A60070">
            <w:r>
              <w:t>Answer</w:t>
            </w:r>
          </w:p>
        </w:tc>
        <w:tc>
          <w:tcPr>
            <w:tcW w:w="1274" w:type="dxa"/>
          </w:tcPr>
          <w:p w14:paraId="20B380EE" w14:textId="77777777" w:rsidR="002D214A" w:rsidRDefault="002D214A" w:rsidP="00A60070">
            <w:r>
              <w:t>Count</w:t>
            </w:r>
          </w:p>
        </w:tc>
        <w:tc>
          <w:tcPr>
            <w:tcW w:w="1261" w:type="dxa"/>
          </w:tcPr>
          <w:p w14:paraId="2165EC8D" w14:textId="77777777" w:rsidR="002D214A" w:rsidRDefault="002D214A" w:rsidP="00A60070">
            <w:r>
              <w:t>%</w:t>
            </w:r>
          </w:p>
        </w:tc>
        <w:tc>
          <w:tcPr>
            <w:tcW w:w="1261" w:type="dxa"/>
          </w:tcPr>
          <w:p w14:paraId="5E3098A4" w14:textId="77777777" w:rsidR="002D214A" w:rsidRDefault="002D214A" w:rsidP="00A60070"/>
        </w:tc>
      </w:tr>
      <w:tr w:rsidR="002D214A" w14:paraId="2990E2F1" w14:textId="77777777" w:rsidTr="00A60070">
        <w:tc>
          <w:tcPr>
            <w:tcW w:w="2376" w:type="dxa"/>
          </w:tcPr>
          <w:p w14:paraId="427F28D4" w14:textId="77777777" w:rsidR="002D214A" w:rsidRDefault="002D214A" w:rsidP="00A60070"/>
        </w:tc>
        <w:tc>
          <w:tcPr>
            <w:tcW w:w="2684" w:type="dxa"/>
          </w:tcPr>
          <w:p w14:paraId="234E1C97" w14:textId="77777777" w:rsidR="002D214A" w:rsidRDefault="002D214A" w:rsidP="00A60070">
            <w:r>
              <w:t>Imaging procedures (together with radiology/nuclear medicine)</w:t>
            </w:r>
          </w:p>
        </w:tc>
        <w:tc>
          <w:tcPr>
            <w:tcW w:w="1274" w:type="dxa"/>
          </w:tcPr>
          <w:p w14:paraId="06ABA2F4" w14:textId="77777777" w:rsidR="002D214A" w:rsidRDefault="002D214A" w:rsidP="00A60070">
            <w:r>
              <w:t>330</w:t>
            </w:r>
          </w:p>
        </w:tc>
        <w:tc>
          <w:tcPr>
            <w:tcW w:w="1261" w:type="dxa"/>
          </w:tcPr>
          <w:p w14:paraId="019712CE" w14:textId="77777777" w:rsidR="002D214A" w:rsidRDefault="002D214A" w:rsidP="00A60070">
            <w:r>
              <w:t>33.88</w:t>
            </w:r>
          </w:p>
        </w:tc>
        <w:tc>
          <w:tcPr>
            <w:tcW w:w="1261" w:type="dxa"/>
          </w:tcPr>
          <w:p w14:paraId="1BB92A1A" w14:textId="77777777" w:rsidR="002D214A" w:rsidRDefault="002D214A" w:rsidP="00A60070"/>
        </w:tc>
      </w:tr>
      <w:tr w:rsidR="002D214A" w14:paraId="52CB6FDB" w14:textId="77777777" w:rsidTr="00A60070">
        <w:tc>
          <w:tcPr>
            <w:tcW w:w="2376" w:type="dxa"/>
          </w:tcPr>
          <w:p w14:paraId="365EFF12" w14:textId="77777777" w:rsidR="002D214A" w:rsidRDefault="002D214A" w:rsidP="00A60070"/>
        </w:tc>
        <w:tc>
          <w:tcPr>
            <w:tcW w:w="2684" w:type="dxa"/>
          </w:tcPr>
          <w:p w14:paraId="756C2A9E" w14:textId="77777777" w:rsidR="002D214A" w:rsidRDefault="002D214A" w:rsidP="00A60070">
            <w:r>
              <w:t>independent subject</w:t>
            </w:r>
          </w:p>
        </w:tc>
        <w:tc>
          <w:tcPr>
            <w:tcW w:w="1274" w:type="dxa"/>
          </w:tcPr>
          <w:p w14:paraId="51ABE616" w14:textId="77777777" w:rsidR="002D214A" w:rsidRDefault="002D214A" w:rsidP="00A60070">
            <w:r>
              <w:t>157</w:t>
            </w:r>
          </w:p>
        </w:tc>
        <w:tc>
          <w:tcPr>
            <w:tcW w:w="1261" w:type="dxa"/>
          </w:tcPr>
          <w:p w14:paraId="4AA6A90B" w14:textId="77777777" w:rsidR="002D214A" w:rsidRDefault="002D214A" w:rsidP="00A60070">
            <w:r>
              <w:t>16.12</w:t>
            </w:r>
          </w:p>
        </w:tc>
        <w:tc>
          <w:tcPr>
            <w:tcW w:w="1261" w:type="dxa"/>
          </w:tcPr>
          <w:p w14:paraId="76AFD6AC" w14:textId="77777777" w:rsidR="002D214A" w:rsidRDefault="002D214A" w:rsidP="00A60070"/>
        </w:tc>
      </w:tr>
      <w:tr w:rsidR="002D214A" w14:paraId="6CCF9566" w14:textId="77777777" w:rsidTr="00A60070">
        <w:tc>
          <w:tcPr>
            <w:tcW w:w="2376" w:type="dxa"/>
          </w:tcPr>
          <w:p w14:paraId="618F09A3" w14:textId="77777777" w:rsidR="002D214A" w:rsidRDefault="002D214A" w:rsidP="00A60070"/>
        </w:tc>
        <w:tc>
          <w:tcPr>
            <w:tcW w:w="2684" w:type="dxa"/>
          </w:tcPr>
          <w:p w14:paraId="47718D54" w14:textId="77777777" w:rsidR="002D214A" w:rsidRDefault="002D214A" w:rsidP="00A60070">
            <w:r>
              <w:t>interdisciplinary oncology</w:t>
            </w:r>
          </w:p>
        </w:tc>
        <w:tc>
          <w:tcPr>
            <w:tcW w:w="1274" w:type="dxa"/>
          </w:tcPr>
          <w:p w14:paraId="6A47A48F" w14:textId="77777777" w:rsidR="002D214A" w:rsidRDefault="002D214A" w:rsidP="00A60070">
            <w:r>
              <w:t>451</w:t>
            </w:r>
          </w:p>
        </w:tc>
        <w:tc>
          <w:tcPr>
            <w:tcW w:w="1261" w:type="dxa"/>
          </w:tcPr>
          <w:p w14:paraId="5980E202" w14:textId="77777777" w:rsidR="002D214A" w:rsidRDefault="002D214A" w:rsidP="00A60070">
            <w:r>
              <w:t>46.3</w:t>
            </w:r>
          </w:p>
        </w:tc>
        <w:tc>
          <w:tcPr>
            <w:tcW w:w="1261" w:type="dxa"/>
          </w:tcPr>
          <w:p w14:paraId="406B3B52" w14:textId="77777777" w:rsidR="002D214A" w:rsidRDefault="002D214A" w:rsidP="00A60070"/>
        </w:tc>
      </w:tr>
      <w:tr w:rsidR="002D214A" w14:paraId="2F138CA6" w14:textId="77777777" w:rsidTr="00A60070">
        <w:tc>
          <w:tcPr>
            <w:tcW w:w="2376" w:type="dxa"/>
          </w:tcPr>
          <w:p w14:paraId="72A3575F" w14:textId="77777777" w:rsidR="002D214A" w:rsidRDefault="002D214A" w:rsidP="00A60070"/>
        </w:tc>
        <w:tc>
          <w:tcPr>
            <w:tcW w:w="2684" w:type="dxa"/>
          </w:tcPr>
          <w:p w14:paraId="7F5BD84F" w14:textId="77777777" w:rsidR="002D214A" w:rsidRDefault="002D214A" w:rsidP="00A60070">
            <w:r>
              <w:t>only accompanying other subjects</w:t>
            </w:r>
          </w:p>
        </w:tc>
        <w:tc>
          <w:tcPr>
            <w:tcW w:w="1274" w:type="dxa"/>
          </w:tcPr>
          <w:p w14:paraId="01865832" w14:textId="77777777" w:rsidR="002D214A" w:rsidRDefault="002D214A" w:rsidP="00A60070">
            <w:r>
              <w:t>30</w:t>
            </w:r>
          </w:p>
        </w:tc>
        <w:tc>
          <w:tcPr>
            <w:tcW w:w="1261" w:type="dxa"/>
          </w:tcPr>
          <w:p w14:paraId="19F235A2" w14:textId="77777777" w:rsidR="002D214A" w:rsidRDefault="002D214A" w:rsidP="00A60070">
            <w:r>
              <w:t>3.08</w:t>
            </w:r>
          </w:p>
        </w:tc>
        <w:tc>
          <w:tcPr>
            <w:tcW w:w="1261" w:type="dxa"/>
          </w:tcPr>
          <w:p w14:paraId="7C00358E" w14:textId="77777777" w:rsidR="002D214A" w:rsidRDefault="002D214A" w:rsidP="00A60070"/>
        </w:tc>
      </w:tr>
      <w:tr w:rsidR="002D214A" w14:paraId="5C17905C" w14:textId="77777777" w:rsidTr="00A60070">
        <w:tc>
          <w:tcPr>
            <w:tcW w:w="2376" w:type="dxa"/>
          </w:tcPr>
          <w:p w14:paraId="1C078882" w14:textId="77777777" w:rsidR="002D214A" w:rsidRDefault="002D214A" w:rsidP="00A60070"/>
        </w:tc>
        <w:tc>
          <w:tcPr>
            <w:tcW w:w="2684" w:type="dxa"/>
          </w:tcPr>
          <w:p w14:paraId="680CB2A6" w14:textId="77777777" w:rsidR="002D214A" w:rsidRDefault="002D214A" w:rsidP="00A60070">
            <w:r>
              <w:t>other</w:t>
            </w:r>
          </w:p>
        </w:tc>
        <w:tc>
          <w:tcPr>
            <w:tcW w:w="1274" w:type="dxa"/>
          </w:tcPr>
          <w:p w14:paraId="4A2E78D3" w14:textId="77777777" w:rsidR="002D214A" w:rsidRDefault="002D214A" w:rsidP="00A60070">
            <w:r>
              <w:t>6</w:t>
            </w:r>
          </w:p>
        </w:tc>
        <w:tc>
          <w:tcPr>
            <w:tcW w:w="1261" w:type="dxa"/>
          </w:tcPr>
          <w:p w14:paraId="73DE0D6B" w14:textId="77777777" w:rsidR="002D214A" w:rsidRDefault="002D214A" w:rsidP="00A60070">
            <w:r>
              <w:t>0.62</w:t>
            </w:r>
          </w:p>
        </w:tc>
        <w:tc>
          <w:tcPr>
            <w:tcW w:w="1261" w:type="dxa"/>
          </w:tcPr>
          <w:p w14:paraId="28B5A8C0" w14:textId="77777777" w:rsidR="002D214A" w:rsidRDefault="002D214A" w:rsidP="00A60070"/>
        </w:tc>
      </w:tr>
      <w:tr w:rsidR="002D214A" w14:paraId="3C9F661C" w14:textId="77777777" w:rsidTr="00A60070">
        <w:tc>
          <w:tcPr>
            <w:tcW w:w="2376" w:type="dxa"/>
          </w:tcPr>
          <w:p w14:paraId="0F0A059F" w14:textId="77777777" w:rsidR="002D214A" w:rsidRDefault="002D214A" w:rsidP="00A60070"/>
        </w:tc>
        <w:tc>
          <w:tcPr>
            <w:tcW w:w="2684" w:type="dxa"/>
          </w:tcPr>
          <w:p w14:paraId="0E866355" w14:textId="77777777" w:rsidR="002D214A" w:rsidRDefault="002D214A" w:rsidP="00A60070"/>
        </w:tc>
        <w:tc>
          <w:tcPr>
            <w:tcW w:w="1274" w:type="dxa"/>
          </w:tcPr>
          <w:p w14:paraId="549D5AB1" w14:textId="77777777" w:rsidR="002D214A" w:rsidRDefault="002D214A" w:rsidP="00A60070"/>
        </w:tc>
        <w:tc>
          <w:tcPr>
            <w:tcW w:w="1261" w:type="dxa"/>
          </w:tcPr>
          <w:p w14:paraId="33AD1596" w14:textId="77777777" w:rsidR="002D214A" w:rsidRDefault="002D214A" w:rsidP="00A60070"/>
        </w:tc>
        <w:tc>
          <w:tcPr>
            <w:tcW w:w="1261" w:type="dxa"/>
          </w:tcPr>
          <w:p w14:paraId="1221FACE" w14:textId="77777777" w:rsidR="002D214A" w:rsidRDefault="002D214A" w:rsidP="00A60070"/>
        </w:tc>
      </w:tr>
      <w:tr w:rsidR="002D214A" w14:paraId="0066D7C5" w14:textId="77777777" w:rsidTr="00A60070">
        <w:tc>
          <w:tcPr>
            <w:tcW w:w="2376" w:type="dxa"/>
          </w:tcPr>
          <w:p w14:paraId="4A1D1FA1" w14:textId="77777777" w:rsidR="002D214A" w:rsidRDefault="002D214A" w:rsidP="00A60070">
            <w:r>
              <w:t xml:space="preserve">Radiotherapy indications and </w:t>
            </w:r>
            <w:r>
              <w:lastRenderedPageBreak/>
              <w:t>specific therapies are/were taught in our department primarily in the following teaching format (multiple choices possible): (n = 878)</w:t>
            </w:r>
          </w:p>
        </w:tc>
        <w:tc>
          <w:tcPr>
            <w:tcW w:w="2684" w:type="dxa"/>
          </w:tcPr>
          <w:p w14:paraId="5A534D10" w14:textId="77777777" w:rsidR="002D214A" w:rsidRDefault="002D214A" w:rsidP="00A60070">
            <w:r>
              <w:lastRenderedPageBreak/>
              <w:t>Answer</w:t>
            </w:r>
          </w:p>
        </w:tc>
        <w:tc>
          <w:tcPr>
            <w:tcW w:w="1274" w:type="dxa"/>
          </w:tcPr>
          <w:p w14:paraId="48C03607" w14:textId="77777777" w:rsidR="002D214A" w:rsidRDefault="002D214A" w:rsidP="00A60070">
            <w:r>
              <w:t>Count</w:t>
            </w:r>
          </w:p>
        </w:tc>
        <w:tc>
          <w:tcPr>
            <w:tcW w:w="1261" w:type="dxa"/>
          </w:tcPr>
          <w:p w14:paraId="10E594DF" w14:textId="77777777" w:rsidR="002D214A" w:rsidRDefault="002D214A" w:rsidP="00A60070">
            <w:r>
              <w:t>%</w:t>
            </w:r>
          </w:p>
        </w:tc>
        <w:tc>
          <w:tcPr>
            <w:tcW w:w="1261" w:type="dxa"/>
          </w:tcPr>
          <w:p w14:paraId="528CD8D2" w14:textId="77777777" w:rsidR="002D214A" w:rsidRDefault="002D214A" w:rsidP="00A60070"/>
        </w:tc>
      </w:tr>
      <w:tr w:rsidR="002D214A" w14:paraId="7AD9D7DF" w14:textId="77777777" w:rsidTr="00A60070">
        <w:tc>
          <w:tcPr>
            <w:tcW w:w="2376" w:type="dxa"/>
          </w:tcPr>
          <w:p w14:paraId="04704E20" w14:textId="77777777" w:rsidR="002D214A" w:rsidRDefault="002D214A" w:rsidP="00A60070"/>
        </w:tc>
        <w:tc>
          <w:tcPr>
            <w:tcW w:w="2684" w:type="dxa"/>
          </w:tcPr>
          <w:p w14:paraId="6371E5E2" w14:textId="77777777" w:rsidR="002D214A" w:rsidRDefault="002D214A" w:rsidP="00A60070">
            <w:r>
              <w:t>Lectures</w:t>
            </w:r>
          </w:p>
        </w:tc>
        <w:tc>
          <w:tcPr>
            <w:tcW w:w="1274" w:type="dxa"/>
          </w:tcPr>
          <w:p w14:paraId="238D0986" w14:textId="77777777" w:rsidR="002D214A" w:rsidRDefault="002D214A" w:rsidP="00A60070">
            <w:r>
              <w:t>634</w:t>
            </w:r>
          </w:p>
        </w:tc>
        <w:tc>
          <w:tcPr>
            <w:tcW w:w="1261" w:type="dxa"/>
          </w:tcPr>
          <w:p w14:paraId="74B31505" w14:textId="77777777" w:rsidR="002D214A" w:rsidRDefault="002D214A" w:rsidP="00A60070">
            <w:r>
              <w:t>72.21</w:t>
            </w:r>
          </w:p>
        </w:tc>
        <w:tc>
          <w:tcPr>
            <w:tcW w:w="1261" w:type="dxa"/>
          </w:tcPr>
          <w:p w14:paraId="153A5BA0" w14:textId="77777777" w:rsidR="002D214A" w:rsidRDefault="002D214A" w:rsidP="00A60070"/>
        </w:tc>
      </w:tr>
      <w:tr w:rsidR="002D214A" w14:paraId="57187A3E" w14:textId="77777777" w:rsidTr="00A60070">
        <w:tc>
          <w:tcPr>
            <w:tcW w:w="2376" w:type="dxa"/>
          </w:tcPr>
          <w:p w14:paraId="123B828C" w14:textId="77777777" w:rsidR="002D214A" w:rsidRDefault="002D214A" w:rsidP="00A60070"/>
        </w:tc>
        <w:tc>
          <w:tcPr>
            <w:tcW w:w="2684" w:type="dxa"/>
          </w:tcPr>
          <w:p w14:paraId="100BE424" w14:textId="77777777" w:rsidR="002D214A" w:rsidRDefault="002D214A" w:rsidP="00A60070">
            <w:r>
              <w:t>Seminars and internships</w:t>
            </w:r>
          </w:p>
        </w:tc>
        <w:tc>
          <w:tcPr>
            <w:tcW w:w="1274" w:type="dxa"/>
          </w:tcPr>
          <w:p w14:paraId="333C0428" w14:textId="77777777" w:rsidR="002D214A" w:rsidRDefault="002D214A" w:rsidP="00A60070">
            <w:r>
              <w:t>658</w:t>
            </w:r>
          </w:p>
        </w:tc>
        <w:tc>
          <w:tcPr>
            <w:tcW w:w="1261" w:type="dxa"/>
          </w:tcPr>
          <w:p w14:paraId="20784C86" w14:textId="77777777" w:rsidR="002D214A" w:rsidRDefault="002D214A" w:rsidP="00A60070">
            <w:r>
              <w:t>74.94</w:t>
            </w:r>
          </w:p>
        </w:tc>
        <w:tc>
          <w:tcPr>
            <w:tcW w:w="1261" w:type="dxa"/>
          </w:tcPr>
          <w:p w14:paraId="421C69ED" w14:textId="77777777" w:rsidR="002D214A" w:rsidRDefault="002D214A" w:rsidP="00A60070"/>
        </w:tc>
      </w:tr>
      <w:tr w:rsidR="002D214A" w14:paraId="18E3BFEB" w14:textId="77777777" w:rsidTr="00A60070">
        <w:tc>
          <w:tcPr>
            <w:tcW w:w="2376" w:type="dxa"/>
          </w:tcPr>
          <w:p w14:paraId="611691DC" w14:textId="77777777" w:rsidR="002D214A" w:rsidRDefault="002D214A" w:rsidP="00A60070"/>
        </w:tc>
        <w:tc>
          <w:tcPr>
            <w:tcW w:w="2684" w:type="dxa"/>
          </w:tcPr>
          <w:p w14:paraId="39E68FFF" w14:textId="77777777" w:rsidR="002D214A" w:rsidRDefault="002D214A" w:rsidP="00A60070">
            <w:r>
              <w:t>exclusively e-learning based (e.g. as online video, online course)</w:t>
            </w:r>
          </w:p>
        </w:tc>
        <w:tc>
          <w:tcPr>
            <w:tcW w:w="1274" w:type="dxa"/>
          </w:tcPr>
          <w:p w14:paraId="5D2EF2C4" w14:textId="77777777" w:rsidR="002D214A" w:rsidRDefault="002D214A" w:rsidP="00A60070">
            <w:r>
              <w:t>51</w:t>
            </w:r>
          </w:p>
        </w:tc>
        <w:tc>
          <w:tcPr>
            <w:tcW w:w="1261" w:type="dxa"/>
          </w:tcPr>
          <w:p w14:paraId="6D242DD4" w14:textId="77777777" w:rsidR="002D214A" w:rsidRDefault="002D214A" w:rsidP="00A60070">
            <w:r>
              <w:t>5.81</w:t>
            </w:r>
          </w:p>
        </w:tc>
        <w:tc>
          <w:tcPr>
            <w:tcW w:w="1261" w:type="dxa"/>
          </w:tcPr>
          <w:p w14:paraId="1FFF1C0C" w14:textId="77777777" w:rsidR="002D214A" w:rsidRDefault="002D214A" w:rsidP="00A60070"/>
        </w:tc>
      </w:tr>
      <w:tr w:rsidR="002D214A" w14:paraId="40E029D1" w14:textId="77777777" w:rsidTr="00A60070">
        <w:tc>
          <w:tcPr>
            <w:tcW w:w="2376" w:type="dxa"/>
          </w:tcPr>
          <w:p w14:paraId="74465FC0" w14:textId="77777777" w:rsidR="002D214A" w:rsidRDefault="002D214A" w:rsidP="00A60070"/>
        </w:tc>
        <w:tc>
          <w:tcPr>
            <w:tcW w:w="2684" w:type="dxa"/>
          </w:tcPr>
          <w:p w14:paraId="4AD45098" w14:textId="77777777" w:rsidR="002D214A" w:rsidRDefault="002D214A" w:rsidP="00A60070">
            <w:r>
              <w:t>Hybrid format (e.g. combination of e-learning-based pre-/post-processing and seminar/internship)</w:t>
            </w:r>
          </w:p>
        </w:tc>
        <w:tc>
          <w:tcPr>
            <w:tcW w:w="1274" w:type="dxa"/>
          </w:tcPr>
          <w:p w14:paraId="4E24BD32" w14:textId="77777777" w:rsidR="002D214A" w:rsidRDefault="002D214A" w:rsidP="00A60070">
            <w:r>
              <w:t>237</w:t>
            </w:r>
          </w:p>
        </w:tc>
        <w:tc>
          <w:tcPr>
            <w:tcW w:w="1261" w:type="dxa"/>
          </w:tcPr>
          <w:p w14:paraId="727B092B" w14:textId="77777777" w:rsidR="002D214A" w:rsidRDefault="002D214A" w:rsidP="00A60070">
            <w:r>
              <w:t>26.99</w:t>
            </w:r>
          </w:p>
        </w:tc>
        <w:tc>
          <w:tcPr>
            <w:tcW w:w="1261" w:type="dxa"/>
          </w:tcPr>
          <w:p w14:paraId="751BA6F0" w14:textId="77777777" w:rsidR="002D214A" w:rsidRDefault="002D214A" w:rsidP="00A60070"/>
        </w:tc>
      </w:tr>
      <w:tr w:rsidR="002D214A" w14:paraId="5839B97B" w14:textId="77777777" w:rsidTr="00A60070">
        <w:tc>
          <w:tcPr>
            <w:tcW w:w="2376" w:type="dxa"/>
          </w:tcPr>
          <w:p w14:paraId="72B10EAA" w14:textId="77777777" w:rsidR="002D214A" w:rsidRDefault="002D214A" w:rsidP="00A60070"/>
        </w:tc>
        <w:tc>
          <w:tcPr>
            <w:tcW w:w="2684" w:type="dxa"/>
          </w:tcPr>
          <w:p w14:paraId="0D8C8480" w14:textId="77777777" w:rsidR="002D214A" w:rsidRDefault="002D214A" w:rsidP="00A60070">
            <w:r>
              <w:t>not at all</w:t>
            </w:r>
          </w:p>
        </w:tc>
        <w:tc>
          <w:tcPr>
            <w:tcW w:w="1274" w:type="dxa"/>
          </w:tcPr>
          <w:p w14:paraId="62C3D5F9" w14:textId="77777777" w:rsidR="002D214A" w:rsidRDefault="002D214A" w:rsidP="00A60070">
            <w:r>
              <w:t>3</w:t>
            </w:r>
          </w:p>
        </w:tc>
        <w:tc>
          <w:tcPr>
            <w:tcW w:w="1261" w:type="dxa"/>
          </w:tcPr>
          <w:p w14:paraId="0DF4A97F" w14:textId="77777777" w:rsidR="002D214A" w:rsidRDefault="002D214A" w:rsidP="00A60070">
            <w:r>
              <w:t>0.34</w:t>
            </w:r>
          </w:p>
        </w:tc>
        <w:tc>
          <w:tcPr>
            <w:tcW w:w="1261" w:type="dxa"/>
          </w:tcPr>
          <w:p w14:paraId="7E172029" w14:textId="77777777" w:rsidR="002D214A" w:rsidRDefault="002D214A" w:rsidP="00A60070"/>
        </w:tc>
      </w:tr>
      <w:tr w:rsidR="002D214A" w14:paraId="06083FC0" w14:textId="77777777" w:rsidTr="00A60070">
        <w:tc>
          <w:tcPr>
            <w:tcW w:w="2376" w:type="dxa"/>
          </w:tcPr>
          <w:p w14:paraId="398D95CD" w14:textId="77777777" w:rsidR="002D214A" w:rsidRDefault="002D214A" w:rsidP="00A60070"/>
        </w:tc>
        <w:tc>
          <w:tcPr>
            <w:tcW w:w="2684" w:type="dxa"/>
          </w:tcPr>
          <w:p w14:paraId="07B8A574" w14:textId="77777777" w:rsidR="002D214A" w:rsidRDefault="002D214A" w:rsidP="00A60070">
            <w:r>
              <w:t>I can't remember</w:t>
            </w:r>
          </w:p>
        </w:tc>
        <w:tc>
          <w:tcPr>
            <w:tcW w:w="1274" w:type="dxa"/>
          </w:tcPr>
          <w:p w14:paraId="51B00DA9" w14:textId="77777777" w:rsidR="002D214A" w:rsidRDefault="002D214A" w:rsidP="00A60070">
            <w:r>
              <w:t>38</w:t>
            </w:r>
          </w:p>
        </w:tc>
        <w:tc>
          <w:tcPr>
            <w:tcW w:w="1261" w:type="dxa"/>
          </w:tcPr>
          <w:p w14:paraId="6A08E0E9" w14:textId="77777777" w:rsidR="002D214A" w:rsidRDefault="002D214A" w:rsidP="00A60070">
            <w:r>
              <w:t>4.33</w:t>
            </w:r>
          </w:p>
        </w:tc>
        <w:tc>
          <w:tcPr>
            <w:tcW w:w="1261" w:type="dxa"/>
          </w:tcPr>
          <w:p w14:paraId="71A946A6" w14:textId="77777777" w:rsidR="002D214A" w:rsidRDefault="002D214A" w:rsidP="00A60070"/>
        </w:tc>
      </w:tr>
      <w:tr w:rsidR="002D214A" w14:paraId="2C116438" w14:textId="77777777" w:rsidTr="00A60070">
        <w:tc>
          <w:tcPr>
            <w:tcW w:w="2376" w:type="dxa"/>
          </w:tcPr>
          <w:p w14:paraId="05825C88" w14:textId="77777777" w:rsidR="002D214A" w:rsidRDefault="002D214A" w:rsidP="00A60070"/>
        </w:tc>
        <w:tc>
          <w:tcPr>
            <w:tcW w:w="2684" w:type="dxa"/>
          </w:tcPr>
          <w:p w14:paraId="75246E39" w14:textId="77777777" w:rsidR="002D214A" w:rsidRDefault="002D214A" w:rsidP="00A60070">
            <w:r>
              <w:t>other:</w:t>
            </w:r>
          </w:p>
        </w:tc>
        <w:tc>
          <w:tcPr>
            <w:tcW w:w="1274" w:type="dxa"/>
          </w:tcPr>
          <w:p w14:paraId="11A56FFB" w14:textId="77777777" w:rsidR="002D214A" w:rsidRDefault="002D214A" w:rsidP="00A60070">
            <w:r>
              <w:t>14</w:t>
            </w:r>
          </w:p>
        </w:tc>
        <w:tc>
          <w:tcPr>
            <w:tcW w:w="1261" w:type="dxa"/>
          </w:tcPr>
          <w:p w14:paraId="12C5999F" w14:textId="77777777" w:rsidR="002D214A" w:rsidRDefault="002D214A" w:rsidP="00A60070">
            <w:r>
              <w:t>1.59</w:t>
            </w:r>
          </w:p>
        </w:tc>
        <w:tc>
          <w:tcPr>
            <w:tcW w:w="1261" w:type="dxa"/>
          </w:tcPr>
          <w:p w14:paraId="41A32D65" w14:textId="77777777" w:rsidR="002D214A" w:rsidRDefault="002D214A" w:rsidP="00A60070"/>
        </w:tc>
      </w:tr>
      <w:tr w:rsidR="002D214A" w14:paraId="1A8E00CE" w14:textId="77777777" w:rsidTr="00A60070">
        <w:tc>
          <w:tcPr>
            <w:tcW w:w="2376" w:type="dxa"/>
          </w:tcPr>
          <w:p w14:paraId="323E7ABB" w14:textId="77777777" w:rsidR="002D214A" w:rsidRDefault="002D214A" w:rsidP="00A60070"/>
        </w:tc>
        <w:tc>
          <w:tcPr>
            <w:tcW w:w="2684" w:type="dxa"/>
          </w:tcPr>
          <w:p w14:paraId="21F72F3A" w14:textId="77777777" w:rsidR="002D214A" w:rsidRDefault="002D214A" w:rsidP="00A60070"/>
        </w:tc>
        <w:tc>
          <w:tcPr>
            <w:tcW w:w="1274" w:type="dxa"/>
          </w:tcPr>
          <w:p w14:paraId="22DB8F00" w14:textId="77777777" w:rsidR="002D214A" w:rsidRDefault="002D214A" w:rsidP="00A60070"/>
        </w:tc>
        <w:tc>
          <w:tcPr>
            <w:tcW w:w="1261" w:type="dxa"/>
          </w:tcPr>
          <w:p w14:paraId="5C09BF0D" w14:textId="77777777" w:rsidR="002D214A" w:rsidRDefault="002D214A" w:rsidP="00A60070"/>
        </w:tc>
        <w:tc>
          <w:tcPr>
            <w:tcW w:w="1261" w:type="dxa"/>
          </w:tcPr>
          <w:p w14:paraId="7CF33D92" w14:textId="77777777" w:rsidR="002D214A" w:rsidRDefault="002D214A" w:rsidP="00A60070"/>
        </w:tc>
      </w:tr>
      <w:tr w:rsidR="002D214A" w14:paraId="1A6FD790" w14:textId="77777777" w:rsidTr="00A60070">
        <w:tc>
          <w:tcPr>
            <w:tcW w:w="2376" w:type="dxa"/>
          </w:tcPr>
          <w:p w14:paraId="54C18E90" w14:textId="77777777" w:rsidR="002D214A" w:rsidRDefault="002D214A" w:rsidP="00A60070">
            <w:r>
              <w:t>Radiotherapy indications and specific therapies should most likely be taught in the following teaching format: (n = 875)</w:t>
            </w:r>
          </w:p>
        </w:tc>
        <w:tc>
          <w:tcPr>
            <w:tcW w:w="2684" w:type="dxa"/>
          </w:tcPr>
          <w:p w14:paraId="20871F34" w14:textId="77777777" w:rsidR="002D214A" w:rsidRDefault="002D214A" w:rsidP="00A60070">
            <w:r>
              <w:t>Answer</w:t>
            </w:r>
          </w:p>
        </w:tc>
        <w:tc>
          <w:tcPr>
            <w:tcW w:w="1274" w:type="dxa"/>
          </w:tcPr>
          <w:p w14:paraId="7AC4CF26" w14:textId="77777777" w:rsidR="002D214A" w:rsidRDefault="002D214A" w:rsidP="00A60070">
            <w:r>
              <w:t>Count</w:t>
            </w:r>
          </w:p>
        </w:tc>
        <w:tc>
          <w:tcPr>
            <w:tcW w:w="1261" w:type="dxa"/>
          </w:tcPr>
          <w:p w14:paraId="6B4BED06" w14:textId="77777777" w:rsidR="002D214A" w:rsidRDefault="002D214A" w:rsidP="00A60070">
            <w:r>
              <w:t>%</w:t>
            </w:r>
          </w:p>
        </w:tc>
        <w:tc>
          <w:tcPr>
            <w:tcW w:w="1261" w:type="dxa"/>
          </w:tcPr>
          <w:p w14:paraId="5AD0E1B6" w14:textId="77777777" w:rsidR="002D214A" w:rsidRDefault="002D214A" w:rsidP="00A60070"/>
        </w:tc>
      </w:tr>
      <w:tr w:rsidR="002D214A" w14:paraId="0DBC8100" w14:textId="77777777" w:rsidTr="00A60070">
        <w:tc>
          <w:tcPr>
            <w:tcW w:w="2376" w:type="dxa"/>
          </w:tcPr>
          <w:p w14:paraId="4FAD7DFD" w14:textId="77777777" w:rsidR="002D214A" w:rsidRDefault="002D214A" w:rsidP="00A60070"/>
        </w:tc>
        <w:tc>
          <w:tcPr>
            <w:tcW w:w="2684" w:type="dxa"/>
          </w:tcPr>
          <w:p w14:paraId="4DC7221C" w14:textId="77777777" w:rsidR="002D214A" w:rsidRDefault="002D214A" w:rsidP="00A60070">
            <w:r>
              <w:t>lecture</w:t>
            </w:r>
          </w:p>
        </w:tc>
        <w:tc>
          <w:tcPr>
            <w:tcW w:w="1274" w:type="dxa"/>
          </w:tcPr>
          <w:p w14:paraId="6B7465C9" w14:textId="77777777" w:rsidR="002D214A" w:rsidRDefault="002D214A" w:rsidP="00A60070">
            <w:r>
              <w:t>174</w:t>
            </w:r>
          </w:p>
        </w:tc>
        <w:tc>
          <w:tcPr>
            <w:tcW w:w="1261" w:type="dxa"/>
          </w:tcPr>
          <w:p w14:paraId="6B71B326" w14:textId="77777777" w:rsidR="002D214A" w:rsidRDefault="002D214A" w:rsidP="00A60070">
            <w:r>
              <w:t>19.89</w:t>
            </w:r>
          </w:p>
        </w:tc>
        <w:tc>
          <w:tcPr>
            <w:tcW w:w="1261" w:type="dxa"/>
          </w:tcPr>
          <w:p w14:paraId="03F29EA3" w14:textId="77777777" w:rsidR="002D214A" w:rsidRDefault="002D214A" w:rsidP="00A60070"/>
        </w:tc>
      </w:tr>
      <w:tr w:rsidR="002D214A" w14:paraId="2C77F3CC" w14:textId="77777777" w:rsidTr="00A60070">
        <w:tc>
          <w:tcPr>
            <w:tcW w:w="2376" w:type="dxa"/>
          </w:tcPr>
          <w:p w14:paraId="13AD8FCE" w14:textId="77777777" w:rsidR="002D214A" w:rsidRDefault="002D214A" w:rsidP="00A60070"/>
        </w:tc>
        <w:tc>
          <w:tcPr>
            <w:tcW w:w="2684" w:type="dxa"/>
          </w:tcPr>
          <w:p w14:paraId="04728B29" w14:textId="77777777" w:rsidR="002D214A" w:rsidRDefault="002D214A" w:rsidP="00A60070">
            <w:r>
              <w:t>Seminar or internship</w:t>
            </w:r>
          </w:p>
        </w:tc>
        <w:tc>
          <w:tcPr>
            <w:tcW w:w="1274" w:type="dxa"/>
          </w:tcPr>
          <w:p w14:paraId="395155A6" w14:textId="77777777" w:rsidR="002D214A" w:rsidRDefault="002D214A" w:rsidP="00A60070">
            <w:r>
              <w:t>673</w:t>
            </w:r>
          </w:p>
        </w:tc>
        <w:tc>
          <w:tcPr>
            <w:tcW w:w="1261" w:type="dxa"/>
          </w:tcPr>
          <w:p w14:paraId="004F8C2A" w14:textId="77777777" w:rsidR="002D214A" w:rsidRDefault="002D214A" w:rsidP="00A60070">
            <w:r>
              <w:t>76.91</w:t>
            </w:r>
          </w:p>
        </w:tc>
        <w:tc>
          <w:tcPr>
            <w:tcW w:w="1261" w:type="dxa"/>
          </w:tcPr>
          <w:p w14:paraId="06C0C5FB" w14:textId="77777777" w:rsidR="002D214A" w:rsidRDefault="002D214A" w:rsidP="00A60070"/>
        </w:tc>
      </w:tr>
      <w:tr w:rsidR="002D214A" w14:paraId="31C587B9" w14:textId="77777777" w:rsidTr="00A60070">
        <w:tc>
          <w:tcPr>
            <w:tcW w:w="2376" w:type="dxa"/>
          </w:tcPr>
          <w:p w14:paraId="10D09126" w14:textId="77777777" w:rsidR="002D214A" w:rsidRDefault="002D214A" w:rsidP="00A60070"/>
        </w:tc>
        <w:tc>
          <w:tcPr>
            <w:tcW w:w="2684" w:type="dxa"/>
          </w:tcPr>
          <w:p w14:paraId="2C5D244D" w14:textId="77777777" w:rsidR="002D214A" w:rsidRDefault="002D214A" w:rsidP="00A60070">
            <w:r>
              <w:t>not at all</w:t>
            </w:r>
          </w:p>
        </w:tc>
        <w:tc>
          <w:tcPr>
            <w:tcW w:w="1274" w:type="dxa"/>
          </w:tcPr>
          <w:p w14:paraId="0C4676BB" w14:textId="77777777" w:rsidR="002D214A" w:rsidRDefault="002D214A" w:rsidP="00A60070">
            <w:r>
              <w:t>4</w:t>
            </w:r>
          </w:p>
        </w:tc>
        <w:tc>
          <w:tcPr>
            <w:tcW w:w="1261" w:type="dxa"/>
          </w:tcPr>
          <w:p w14:paraId="06458A1D" w14:textId="77777777" w:rsidR="002D214A" w:rsidRDefault="002D214A" w:rsidP="00A60070">
            <w:r>
              <w:t>0.46</w:t>
            </w:r>
          </w:p>
        </w:tc>
        <w:tc>
          <w:tcPr>
            <w:tcW w:w="1261" w:type="dxa"/>
          </w:tcPr>
          <w:p w14:paraId="34D02FC6" w14:textId="77777777" w:rsidR="002D214A" w:rsidRDefault="002D214A" w:rsidP="00A60070"/>
        </w:tc>
      </w:tr>
      <w:tr w:rsidR="002D214A" w14:paraId="4C183CBE" w14:textId="77777777" w:rsidTr="00A60070">
        <w:tc>
          <w:tcPr>
            <w:tcW w:w="2376" w:type="dxa"/>
          </w:tcPr>
          <w:p w14:paraId="01F49CAA" w14:textId="77777777" w:rsidR="002D214A" w:rsidRDefault="002D214A" w:rsidP="00A60070"/>
        </w:tc>
        <w:tc>
          <w:tcPr>
            <w:tcW w:w="2684" w:type="dxa"/>
          </w:tcPr>
          <w:p w14:paraId="202AD66D" w14:textId="77777777" w:rsidR="002D214A" w:rsidRDefault="002D214A" w:rsidP="00A60070">
            <w:r>
              <w:t>other:</w:t>
            </w:r>
          </w:p>
        </w:tc>
        <w:tc>
          <w:tcPr>
            <w:tcW w:w="1274" w:type="dxa"/>
          </w:tcPr>
          <w:p w14:paraId="2670D953" w14:textId="77777777" w:rsidR="002D214A" w:rsidRDefault="002D214A" w:rsidP="00A60070">
            <w:r>
              <w:t>24</w:t>
            </w:r>
          </w:p>
        </w:tc>
        <w:tc>
          <w:tcPr>
            <w:tcW w:w="1261" w:type="dxa"/>
          </w:tcPr>
          <w:p w14:paraId="524DFD16" w14:textId="77777777" w:rsidR="002D214A" w:rsidRDefault="002D214A" w:rsidP="00A60070">
            <w:r>
              <w:t>2.74</w:t>
            </w:r>
          </w:p>
        </w:tc>
        <w:tc>
          <w:tcPr>
            <w:tcW w:w="1261" w:type="dxa"/>
          </w:tcPr>
          <w:p w14:paraId="14F31278" w14:textId="77777777" w:rsidR="002D214A" w:rsidRDefault="002D214A" w:rsidP="00A60070"/>
        </w:tc>
      </w:tr>
      <w:tr w:rsidR="002D214A" w14:paraId="5799CEC9" w14:textId="77777777" w:rsidTr="00A60070">
        <w:tc>
          <w:tcPr>
            <w:tcW w:w="2376" w:type="dxa"/>
          </w:tcPr>
          <w:p w14:paraId="58DF12DF" w14:textId="77777777" w:rsidR="002D214A" w:rsidRDefault="002D214A" w:rsidP="00A60070"/>
        </w:tc>
        <w:tc>
          <w:tcPr>
            <w:tcW w:w="2684" w:type="dxa"/>
          </w:tcPr>
          <w:p w14:paraId="00E3EAA7" w14:textId="77777777" w:rsidR="002D214A" w:rsidRDefault="002D214A" w:rsidP="00A60070"/>
        </w:tc>
        <w:tc>
          <w:tcPr>
            <w:tcW w:w="1274" w:type="dxa"/>
          </w:tcPr>
          <w:p w14:paraId="42ADC2E3" w14:textId="77777777" w:rsidR="002D214A" w:rsidRDefault="002D214A" w:rsidP="00A60070"/>
        </w:tc>
        <w:tc>
          <w:tcPr>
            <w:tcW w:w="1261" w:type="dxa"/>
          </w:tcPr>
          <w:p w14:paraId="1F1A5D7A" w14:textId="77777777" w:rsidR="002D214A" w:rsidRDefault="002D214A" w:rsidP="00A60070"/>
        </w:tc>
        <w:tc>
          <w:tcPr>
            <w:tcW w:w="1261" w:type="dxa"/>
          </w:tcPr>
          <w:p w14:paraId="5180DC8C" w14:textId="77777777" w:rsidR="002D214A" w:rsidRDefault="002D214A" w:rsidP="00A60070"/>
        </w:tc>
      </w:tr>
      <w:tr w:rsidR="002D214A" w14:paraId="4AA466C3" w14:textId="77777777" w:rsidTr="00A60070">
        <w:tc>
          <w:tcPr>
            <w:tcW w:w="2376" w:type="dxa"/>
          </w:tcPr>
          <w:p w14:paraId="429ECC63" w14:textId="77777777" w:rsidR="002D214A" w:rsidRDefault="002D214A" w:rsidP="00A60070">
            <w:r>
              <w:t>Radiotherapy indications and specific therapies should be communicated in the following form: (n = 875)</w:t>
            </w:r>
          </w:p>
        </w:tc>
        <w:tc>
          <w:tcPr>
            <w:tcW w:w="2684" w:type="dxa"/>
          </w:tcPr>
          <w:p w14:paraId="6113C3DC" w14:textId="77777777" w:rsidR="002D214A" w:rsidRDefault="002D214A" w:rsidP="00A60070">
            <w:r>
              <w:t>Answer</w:t>
            </w:r>
          </w:p>
        </w:tc>
        <w:tc>
          <w:tcPr>
            <w:tcW w:w="1274" w:type="dxa"/>
          </w:tcPr>
          <w:p w14:paraId="4E4DBD37" w14:textId="77777777" w:rsidR="002D214A" w:rsidRDefault="002D214A" w:rsidP="00A60070">
            <w:r>
              <w:t>Count</w:t>
            </w:r>
          </w:p>
        </w:tc>
        <w:tc>
          <w:tcPr>
            <w:tcW w:w="1261" w:type="dxa"/>
          </w:tcPr>
          <w:p w14:paraId="1760CF35" w14:textId="77777777" w:rsidR="002D214A" w:rsidRDefault="002D214A" w:rsidP="00A60070">
            <w:r>
              <w:t>%</w:t>
            </w:r>
          </w:p>
        </w:tc>
        <w:tc>
          <w:tcPr>
            <w:tcW w:w="1261" w:type="dxa"/>
          </w:tcPr>
          <w:p w14:paraId="77F9F121" w14:textId="77777777" w:rsidR="002D214A" w:rsidRDefault="002D214A" w:rsidP="00A60070"/>
        </w:tc>
      </w:tr>
      <w:tr w:rsidR="002D214A" w14:paraId="49A9D495" w14:textId="77777777" w:rsidTr="00A60070">
        <w:tc>
          <w:tcPr>
            <w:tcW w:w="2376" w:type="dxa"/>
          </w:tcPr>
          <w:p w14:paraId="200736B6" w14:textId="77777777" w:rsidR="002D214A" w:rsidRDefault="002D214A" w:rsidP="00A60070"/>
        </w:tc>
        <w:tc>
          <w:tcPr>
            <w:tcW w:w="2684" w:type="dxa"/>
          </w:tcPr>
          <w:p w14:paraId="4FCA9EDC" w14:textId="77777777" w:rsidR="002D214A" w:rsidRDefault="002D214A" w:rsidP="00A60070">
            <w:r>
              <w:t>In-person event</w:t>
            </w:r>
          </w:p>
        </w:tc>
        <w:tc>
          <w:tcPr>
            <w:tcW w:w="1274" w:type="dxa"/>
          </w:tcPr>
          <w:p w14:paraId="2B3D4759" w14:textId="77777777" w:rsidR="002D214A" w:rsidRDefault="002D214A" w:rsidP="00A60070">
            <w:r>
              <w:t>362</w:t>
            </w:r>
          </w:p>
        </w:tc>
        <w:tc>
          <w:tcPr>
            <w:tcW w:w="1261" w:type="dxa"/>
          </w:tcPr>
          <w:p w14:paraId="68E6EA9C" w14:textId="77777777" w:rsidR="002D214A" w:rsidRDefault="002D214A" w:rsidP="00A60070">
            <w:r>
              <w:t>41.37</w:t>
            </w:r>
          </w:p>
        </w:tc>
        <w:tc>
          <w:tcPr>
            <w:tcW w:w="1261" w:type="dxa"/>
          </w:tcPr>
          <w:p w14:paraId="7DC3553C" w14:textId="77777777" w:rsidR="002D214A" w:rsidRDefault="002D214A" w:rsidP="00A60070"/>
        </w:tc>
      </w:tr>
      <w:tr w:rsidR="002D214A" w14:paraId="695579C6" w14:textId="77777777" w:rsidTr="00A60070">
        <w:tc>
          <w:tcPr>
            <w:tcW w:w="2376" w:type="dxa"/>
          </w:tcPr>
          <w:p w14:paraId="134D46A7" w14:textId="77777777" w:rsidR="002D214A" w:rsidRDefault="002D214A" w:rsidP="00A60070"/>
        </w:tc>
        <w:tc>
          <w:tcPr>
            <w:tcW w:w="2684" w:type="dxa"/>
          </w:tcPr>
          <w:p w14:paraId="169C2513" w14:textId="77777777" w:rsidR="002D214A" w:rsidRDefault="002D214A" w:rsidP="00A60070">
            <w:r>
              <w:t>hybrid format (both as a face-to-face event and e-learning-based (e.g. as an online video, online course))</w:t>
            </w:r>
          </w:p>
        </w:tc>
        <w:tc>
          <w:tcPr>
            <w:tcW w:w="1274" w:type="dxa"/>
          </w:tcPr>
          <w:p w14:paraId="7F470A69" w14:textId="77777777" w:rsidR="002D214A" w:rsidRDefault="002D214A" w:rsidP="00A60070">
            <w:r>
              <w:t>479</w:t>
            </w:r>
          </w:p>
        </w:tc>
        <w:tc>
          <w:tcPr>
            <w:tcW w:w="1261" w:type="dxa"/>
          </w:tcPr>
          <w:p w14:paraId="63676D68" w14:textId="77777777" w:rsidR="002D214A" w:rsidRDefault="002D214A" w:rsidP="00A60070">
            <w:r>
              <w:t>54.74</w:t>
            </w:r>
          </w:p>
        </w:tc>
        <w:tc>
          <w:tcPr>
            <w:tcW w:w="1261" w:type="dxa"/>
          </w:tcPr>
          <w:p w14:paraId="11DD1403" w14:textId="77777777" w:rsidR="002D214A" w:rsidRDefault="002D214A" w:rsidP="00A60070"/>
        </w:tc>
      </w:tr>
      <w:tr w:rsidR="002D214A" w14:paraId="5E899FD5" w14:textId="77777777" w:rsidTr="00A60070">
        <w:tc>
          <w:tcPr>
            <w:tcW w:w="2376" w:type="dxa"/>
          </w:tcPr>
          <w:p w14:paraId="0F2D9419" w14:textId="77777777" w:rsidR="002D214A" w:rsidRDefault="002D214A" w:rsidP="00A60070"/>
        </w:tc>
        <w:tc>
          <w:tcPr>
            <w:tcW w:w="2684" w:type="dxa"/>
          </w:tcPr>
          <w:p w14:paraId="62973D86" w14:textId="77777777" w:rsidR="002D214A" w:rsidRDefault="002D214A" w:rsidP="00A60070">
            <w:r>
              <w:t>exclusively e-learning based (e.g. as online video, online course)</w:t>
            </w:r>
          </w:p>
        </w:tc>
        <w:tc>
          <w:tcPr>
            <w:tcW w:w="1274" w:type="dxa"/>
          </w:tcPr>
          <w:p w14:paraId="5F203198" w14:textId="77777777" w:rsidR="002D214A" w:rsidRDefault="002D214A" w:rsidP="00A60070">
            <w:r>
              <w:t>25</w:t>
            </w:r>
          </w:p>
        </w:tc>
        <w:tc>
          <w:tcPr>
            <w:tcW w:w="1261" w:type="dxa"/>
          </w:tcPr>
          <w:p w14:paraId="711B6DFB" w14:textId="77777777" w:rsidR="002D214A" w:rsidRDefault="002D214A" w:rsidP="00A60070">
            <w:r>
              <w:t>2.86</w:t>
            </w:r>
          </w:p>
        </w:tc>
        <w:tc>
          <w:tcPr>
            <w:tcW w:w="1261" w:type="dxa"/>
          </w:tcPr>
          <w:p w14:paraId="44572740" w14:textId="77777777" w:rsidR="002D214A" w:rsidRDefault="002D214A" w:rsidP="00A60070"/>
        </w:tc>
      </w:tr>
      <w:tr w:rsidR="002D214A" w14:paraId="2C167E37" w14:textId="77777777" w:rsidTr="00A60070">
        <w:tc>
          <w:tcPr>
            <w:tcW w:w="2376" w:type="dxa"/>
          </w:tcPr>
          <w:p w14:paraId="60C5A98F" w14:textId="77777777" w:rsidR="002D214A" w:rsidRDefault="002D214A" w:rsidP="00A60070"/>
        </w:tc>
        <w:tc>
          <w:tcPr>
            <w:tcW w:w="2684" w:type="dxa"/>
          </w:tcPr>
          <w:p w14:paraId="1A06C478" w14:textId="77777777" w:rsidR="002D214A" w:rsidRDefault="002D214A" w:rsidP="00A60070">
            <w:r>
              <w:t>not at all</w:t>
            </w:r>
          </w:p>
        </w:tc>
        <w:tc>
          <w:tcPr>
            <w:tcW w:w="1274" w:type="dxa"/>
          </w:tcPr>
          <w:p w14:paraId="10ABEA31" w14:textId="77777777" w:rsidR="002D214A" w:rsidRDefault="002D214A" w:rsidP="00A60070">
            <w:r>
              <w:t>3</w:t>
            </w:r>
          </w:p>
        </w:tc>
        <w:tc>
          <w:tcPr>
            <w:tcW w:w="1261" w:type="dxa"/>
          </w:tcPr>
          <w:p w14:paraId="2E440EED" w14:textId="77777777" w:rsidR="002D214A" w:rsidRDefault="002D214A" w:rsidP="00A60070">
            <w:r>
              <w:t>0.34</w:t>
            </w:r>
          </w:p>
        </w:tc>
        <w:tc>
          <w:tcPr>
            <w:tcW w:w="1261" w:type="dxa"/>
          </w:tcPr>
          <w:p w14:paraId="03FD6BA0" w14:textId="77777777" w:rsidR="002D214A" w:rsidRDefault="002D214A" w:rsidP="00A60070"/>
        </w:tc>
      </w:tr>
      <w:tr w:rsidR="002D214A" w14:paraId="440215D5" w14:textId="77777777" w:rsidTr="00A60070">
        <w:tc>
          <w:tcPr>
            <w:tcW w:w="2376" w:type="dxa"/>
          </w:tcPr>
          <w:p w14:paraId="75F4DA72" w14:textId="77777777" w:rsidR="002D214A" w:rsidRDefault="002D214A" w:rsidP="00A60070"/>
        </w:tc>
        <w:tc>
          <w:tcPr>
            <w:tcW w:w="2684" w:type="dxa"/>
          </w:tcPr>
          <w:p w14:paraId="4D6D38C8" w14:textId="77777777" w:rsidR="002D214A" w:rsidRDefault="002D214A" w:rsidP="00A60070">
            <w:r>
              <w:t>other:</w:t>
            </w:r>
          </w:p>
        </w:tc>
        <w:tc>
          <w:tcPr>
            <w:tcW w:w="1274" w:type="dxa"/>
          </w:tcPr>
          <w:p w14:paraId="722823C0" w14:textId="77777777" w:rsidR="002D214A" w:rsidRDefault="002D214A" w:rsidP="00A60070">
            <w:r>
              <w:t>6</w:t>
            </w:r>
          </w:p>
        </w:tc>
        <w:tc>
          <w:tcPr>
            <w:tcW w:w="1261" w:type="dxa"/>
          </w:tcPr>
          <w:p w14:paraId="08F06774" w14:textId="77777777" w:rsidR="002D214A" w:rsidRDefault="002D214A" w:rsidP="00A60070">
            <w:r>
              <w:t>0.69</w:t>
            </w:r>
          </w:p>
        </w:tc>
        <w:tc>
          <w:tcPr>
            <w:tcW w:w="1261" w:type="dxa"/>
          </w:tcPr>
          <w:p w14:paraId="09BD736F" w14:textId="77777777" w:rsidR="002D214A" w:rsidRDefault="002D214A" w:rsidP="00A60070"/>
        </w:tc>
      </w:tr>
      <w:tr w:rsidR="002D214A" w14:paraId="236B59A5" w14:textId="77777777" w:rsidTr="00A60070">
        <w:tc>
          <w:tcPr>
            <w:tcW w:w="2376" w:type="dxa"/>
          </w:tcPr>
          <w:p w14:paraId="1F0C622D" w14:textId="77777777" w:rsidR="002D214A" w:rsidRDefault="002D214A" w:rsidP="00A60070"/>
        </w:tc>
        <w:tc>
          <w:tcPr>
            <w:tcW w:w="2684" w:type="dxa"/>
          </w:tcPr>
          <w:p w14:paraId="391F0B00" w14:textId="77777777" w:rsidR="002D214A" w:rsidRDefault="002D214A" w:rsidP="00A60070"/>
        </w:tc>
        <w:tc>
          <w:tcPr>
            <w:tcW w:w="1274" w:type="dxa"/>
          </w:tcPr>
          <w:p w14:paraId="76F5D0BE" w14:textId="77777777" w:rsidR="002D214A" w:rsidRDefault="002D214A" w:rsidP="00A60070"/>
        </w:tc>
        <w:tc>
          <w:tcPr>
            <w:tcW w:w="1261" w:type="dxa"/>
          </w:tcPr>
          <w:p w14:paraId="4F560FBE" w14:textId="77777777" w:rsidR="002D214A" w:rsidRDefault="002D214A" w:rsidP="00A60070"/>
        </w:tc>
        <w:tc>
          <w:tcPr>
            <w:tcW w:w="1261" w:type="dxa"/>
          </w:tcPr>
          <w:p w14:paraId="33A6DCA4" w14:textId="77777777" w:rsidR="002D214A" w:rsidRDefault="002D214A" w:rsidP="00A60070"/>
        </w:tc>
      </w:tr>
      <w:tr w:rsidR="002D214A" w14:paraId="72115E0C" w14:textId="77777777" w:rsidTr="00A60070">
        <w:tc>
          <w:tcPr>
            <w:tcW w:w="2376" w:type="dxa"/>
          </w:tcPr>
          <w:p w14:paraId="685ACF27" w14:textId="77777777" w:rsidR="002D214A" w:rsidRDefault="002D214A" w:rsidP="00A60070">
            <w:r>
              <w:t>Radiotherapy indications and specific therapies are/were adequately taught at our faculty. (n = 872)</w:t>
            </w:r>
          </w:p>
        </w:tc>
        <w:tc>
          <w:tcPr>
            <w:tcW w:w="2684" w:type="dxa"/>
          </w:tcPr>
          <w:p w14:paraId="7EC9FE8E" w14:textId="77777777" w:rsidR="002D214A" w:rsidRDefault="002D214A" w:rsidP="00A60070">
            <w:r>
              <w:t>Answer</w:t>
            </w:r>
          </w:p>
        </w:tc>
        <w:tc>
          <w:tcPr>
            <w:tcW w:w="1274" w:type="dxa"/>
          </w:tcPr>
          <w:p w14:paraId="2637834D" w14:textId="77777777" w:rsidR="002D214A" w:rsidRDefault="002D214A" w:rsidP="00A60070">
            <w:r>
              <w:t>Count</w:t>
            </w:r>
          </w:p>
        </w:tc>
        <w:tc>
          <w:tcPr>
            <w:tcW w:w="1261" w:type="dxa"/>
          </w:tcPr>
          <w:p w14:paraId="3AB4E23C" w14:textId="77777777" w:rsidR="002D214A" w:rsidRDefault="002D214A" w:rsidP="00A60070">
            <w:r>
              <w:t>%</w:t>
            </w:r>
          </w:p>
        </w:tc>
        <w:tc>
          <w:tcPr>
            <w:tcW w:w="1261" w:type="dxa"/>
          </w:tcPr>
          <w:p w14:paraId="4857F9A7" w14:textId="77777777" w:rsidR="002D214A" w:rsidRDefault="002D214A" w:rsidP="00A60070">
            <w:r>
              <w:t>Value</w:t>
            </w:r>
          </w:p>
        </w:tc>
      </w:tr>
      <w:tr w:rsidR="002D214A" w14:paraId="38C5938D" w14:textId="77777777" w:rsidTr="00A60070">
        <w:tc>
          <w:tcPr>
            <w:tcW w:w="2376" w:type="dxa"/>
          </w:tcPr>
          <w:p w14:paraId="1F51DF28" w14:textId="77777777" w:rsidR="002D214A" w:rsidRDefault="002D214A" w:rsidP="00A60070"/>
        </w:tc>
        <w:tc>
          <w:tcPr>
            <w:tcW w:w="2684" w:type="dxa"/>
          </w:tcPr>
          <w:p w14:paraId="22EAD17B" w14:textId="77777777" w:rsidR="002D214A" w:rsidRDefault="002D214A" w:rsidP="00A60070">
            <w:r>
              <w:t>I totally agree</w:t>
            </w:r>
          </w:p>
        </w:tc>
        <w:tc>
          <w:tcPr>
            <w:tcW w:w="1274" w:type="dxa"/>
          </w:tcPr>
          <w:p w14:paraId="25732E42" w14:textId="77777777" w:rsidR="002D214A" w:rsidRDefault="002D214A" w:rsidP="00A60070">
            <w:r>
              <w:t>153</w:t>
            </w:r>
          </w:p>
        </w:tc>
        <w:tc>
          <w:tcPr>
            <w:tcW w:w="1261" w:type="dxa"/>
          </w:tcPr>
          <w:p w14:paraId="4EC253E5" w14:textId="77777777" w:rsidR="002D214A" w:rsidRDefault="002D214A" w:rsidP="00A60070">
            <w:r>
              <w:t>17.55</w:t>
            </w:r>
          </w:p>
        </w:tc>
        <w:tc>
          <w:tcPr>
            <w:tcW w:w="1261" w:type="dxa"/>
          </w:tcPr>
          <w:p w14:paraId="101961B2" w14:textId="77777777" w:rsidR="002D214A" w:rsidRDefault="002D214A" w:rsidP="00A60070">
            <w:r>
              <w:t>1</w:t>
            </w:r>
          </w:p>
        </w:tc>
      </w:tr>
      <w:tr w:rsidR="002D214A" w14:paraId="10208CFE" w14:textId="77777777" w:rsidTr="00A60070">
        <w:tc>
          <w:tcPr>
            <w:tcW w:w="2376" w:type="dxa"/>
          </w:tcPr>
          <w:p w14:paraId="0EBA504F" w14:textId="77777777" w:rsidR="002D214A" w:rsidRDefault="002D214A" w:rsidP="00A60070"/>
        </w:tc>
        <w:tc>
          <w:tcPr>
            <w:tcW w:w="2684" w:type="dxa"/>
          </w:tcPr>
          <w:p w14:paraId="1CA79023" w14:textId="77777777" w:rsidR="002D214A" w:rsidRDefault="002D214A" w:rsidP="00A60070">
            <w:r>
              <w:t>tend to agree</w:t>
            </w:r>
          </w:p>
        </w:tc>
        <w:tc>
          <w:tcPr>
            <w:tcW w:w="1274" w:type="dxa"/>
          </w:tcPr>
          <w:p w14:paraId="63515359" w14:textId="77777777" w:rsidR="002D214A" w:rsidRDefault="002D214A" w:rsidP="00A60070">
            <w:r>
              <w:t>378</w:t>
            </w:r>
          </w:p>
        </w:tc>
        <w:tc>
          <w:tcPr>
            <w:tcW w:w="1261" w:type="dxa"/>
          </w:tcPr>
          <w:p w14:paraId="41F765DB" w14:textId="77777777" w:rsidR="002D214A" w:rsidRDefault="002D214A" w:rsidP="00A60070">
            <w:r>
              <w:t>43.35</w:t>
            </w:r>
          </w:p>
        </w:tc>
        <w:tc>
          <w:tcPr>
            <w:tcW w:w="1261" w:type="dxa"/>
          </w:tcPr>
          <w:p w14:paraId="4B0B6B4F" w14:textId="77777777" w:rsidR="002D214A" w:rsidRDefault="002D214A" w:rsidP="00A60070">
            <w:r>
              <w:t>2</w:t>
            </w:r>
          </w:p>
        </w:tc>
      </w:tr>
      <w:tr w:rsidR="002D214A" w14:paraId="65948757" w14:textId="77777777" w:rsidTr="00A60070">
        <w:tc>
          <w:tcPr>
            <w:tcW w:w="2376" w:type="dxa"/>
          </w:tcPr>
          <w:p w14:paraId="4BCDB734" w14:textId="77777777" w:rsidR="002D214A" w:rsidRDefault="002D214A" w:rsidP="00A60070"/>
        </w:tc>
        <w:tc>
          <w:tcPr>
            <w:tcW w:w="2684" w:type="dxa"/>
          </w:tcPr>
          <w:p w14:paraId="2DFA11F2" w14:textId="77777777" w:rsidR="002D214A" w:rsidRDefault="002D214A" w:rsidP="00A60070">
            <w:r>
              <w:t>partly/partly</w:t>
            </w:r>
          </w:p>
        </w:tc>
        <w:tc>
          <w:tcPr>
            <w:tcW w:w="1274" w:type="dxa"/>
          </w:tcPr>
          <w:p w14:paraId="6D8F3266" w14:textId="77777777" w:rsidR="002D214A" w:rsidRDefault="002D214A" w:rsidP="00A60070">
            <w:r>
              <w:t>222</w:t>
            </w:r>
          </w:p>
        </w:tc>
        <w:tc>
          <w:tcPr>
            <w:tcW w:w="1261" w:type="dxa"/>
          </w:tcPr>
          <w:p w14:paraId="298D69D1" w14:textId="77777777" w:rsidR="002D214A" w:rsidRDefault="002D214A" w:rsidP="00A60070">
            <w:r>
              <w:t>25.46</w:t>
            </w:r>
          </w:p>
        </w:tc>
        <w:tc>
          <w:tcPr>
            <w:tcW w:w="1261" w:type="dxa"/>
          </w:tcPr>
          <w:p w14:paraId="31214D05" w14:textId="77777777" w:rsidR="002D214A" w:rsidRDefault="002D214A" w:rsidP="00A60070">
            <w:r>
              <w:t>3</w:t>
            </w:r>
          </w:p>
        </w:tc>
      </w:tr>
      <w:tr w:rsidR="002D214A" w14:paraId="34CEED38" w14:textId="77777777" w:rsidTr="00A60070">
        <w:tc>
          <w:tcPr>
            <w:tcW w:w="2376" w:type="dxa"/>
          </w:tcPr>
          <w:p w14:paraId="0E18FC3C" w14:textId="77777777" w:rsidR="002D214A" w:rsidRDefault="002D214A" w:rsidP="00A60070"/>
        </w:tc>
        <w:tc>
          <w:tcPr>
            <w:tcW w:w="2684" w:type="dxa"/>
          </w:tcPr>
          <w:p w14:paraId="6F91454A" w14:textId="77777777" w:rsidR="002D214A" w:rsidRDefault="002D214A" w:rsidP="00A60070">
            <w:r>
              <w:t>rather disagree</w:t>
            </w:r>
          </w:p>
        </w:tc>
        <w:tc>
          <w:tcPr>
            <w:tcW w:w="1274" w:type="dxa"/>
          </w:tcPr>
          <w:p w14:paraId="331C0A44" w14:textId="77777777" w:rsidR="002D214A" w:rsidRDefault="002D214A" w:rsidP="00A60070">
            <w:r>
              <w:t>105</w:t>
            </w:r>
          </w:p>
        </w:tc>
        <w:tc>
          <w:tcPr>
            <w:tcW w:w="1261" w:type="dxa"/>
          </w:tcPr>
          <w:p w14:paraId="55C29936" w14:textId="77777777" w:rsidR="002D214A" w:rsidRDefault="002D214A" w:rsidP="00A60070">
            <w:r>
              <w:t>12.04</w:t>
            </w:r>
          </w:p>
        </w:tc>
        <w:tc>
          <w:tcPr>
            <w:tcW w:w="1261" w:type="dxa"/>
          </w:tcPr>
          <w:p w14:paraId="257C8389" w14:textId="77777777" w:rsidR="002D214A" w:rsidRDefault="002D214A" w:rsidP="00A60070">
            <w:r>
              <w:t>4</w:t>
            </w:r>
          </w:p>
        </w:tc>
      </w:tr>
      <w:tr w:rsidR="002D214A" w14:paraId="01FBE629" w14:textId="77777777" w:rsidTr="00A60070">
        <w:tc>
          <w:tcPr>
            <w:tcW w:w="2376" w:type="dxa"/>
          </w:tcPr>
          <w:p w14:paraId="016F5E01" w14:textId="77777777" w:rsidR="002D214A" w:rsidRDefault="002D214A" w:rsidP="00A60070"/>
        </w:tc>
        <w:tc>
          <w:tcPr>
            <w:tcW w:w="2684" w:type="dxa"/>
          </w:tcPr>
          <w:p w14:paraId="28760BFB" w14:textId="77777777" w:rsidR="002D214A" w:rsidRDefault="002D214A" w:rsidP="00A60070">
            <w:r>
              <w:t>strongly disagree</w:t>
            </w:r>
          </w:p>
        </w:tc>
        <w:tc>
          <w:tcPr>
            <w:tcW w:w="1274" w:type="dxa"/>
          </w:tcPr>
          <w:p w14:paraId="53B657D4" w14:textId="77777777" w:rsidR="002D214A" w:rsidRDefault="002D214A" w:rsidP="00A60070">
            <w:r>
              <w:t>14</w:t>
            </w:r>
          </w:p>
        </w:tc>
        <w:tc>
          <w:tcPr>
            <w:tcW w:w="1261" w:type="dxa"/>
          </w:tcPr>
          <w:p w14:paraId="15543579" w14:textId="77777777" w:rsidR="002D214A" w:rsidRDefault="002D214A" w:rsidP="00A60070">
            <w:r>
              <w:t>1.61</w:t>
            </w:r>
          </w:p>
        </w:tc>
        <w:tc>
          <w:tcPr>
            <w:tcW w:w="1261" w:type="dxa"/>
          </w:tcPr>
          <w:p w14:paraId="5A942FD5" w14:textId="77777777" w:rsidR="002D214A" w:rsidRDefault="002D214A" w:rsidP="00A60070">
            <w:r>
              <w:t>5</w:t>
            </w:r>
          </w:p>
        </w:tc>
      </w:tr>
      <w:tr w:rsidR="002D214A" w14:paraId="53C870B1" w14:textId="77777777" w:rsidTr="00A60070">
        <w:tc>
          <w:tcPr>
            <w:tcW w:w="2376" w:type="dxa"/>
          </w:tcPr>
          <w:p w14:paraId="37B955F6" w14:textId="77777777" w:rsidR="002D214A" w:rsidRDefault="002D214A" w:rsidP="00A60070"/>
        </w:tc>
        <w:tc>
          <w:tcPr>
            <w:tcW w:w="2684" w:type="dxa"/>
          </w:tcPr>
          <w:p w14:paraId="5C239882" w14:textId="77777777" w:rsidR="002D214A" w:rsidRDefault="002D214A" w:rsidP="00A60070"/>
        </w:tc>
        <w:tc>
          <w:tcPr>
            <w:tcW w:w="1274" w:type="dxa"/>
          </w:tcPr>
          <w:p w14:paraId="5C9E9169" w14:textId="77777777" w:rsidR="002D214A" w:rsidRDefault="002D214A" w:rsidP="00A60070"/>
        </w:tc>
        <w:tc>
          <w:tcPr>
            <w:tcW w:w="1261" w:type="dxa"/>
          </w:tcPr>
          <w:p w14:paraId="4A3D4F59" w14:textId="77777777" w:rsidR="002D214A" w:rsidRDefault="002D214A" w:rsidP="00A60070"/>
        </w:tc>
        <w:tc>
          <w:tcPr>
            <w:tcW w:w="1261" w:type="dxa"/>
          </w:tcPr>
          <w:p w14:paraId="2D19D9E2" w14:textId="77777777" w:rsidR="002D214A" w:rsidRDefault="002D214A" w:rsidP="00A60070"/>
        </w:tc>
      </w:tr>
      <w:tr w:rsidR="002D214A" w14:paraId="5092A18D" w14:textId="77777777" w:rsidTr="00A60070">
        <w:tc>
          <w:tcPr>
            <w:tcW w:w="2376" w:type="dxa"/>
          </w:tcPr>
          <w:p w14:paraId="4B981BFA" w14:textId="77777777" w:rsidR="002D214A" w:rsidRDefault="002D214A" w:rsidP="00A60070"/>
        </w:tc>
        <w:tc>
          <w:tcPr>
            <w:tcW w:w="2684" w:type="dxa"/>
          </w:tcPr>
          <w:p w14:paraId="25763252" w14:textId="77777777" w:rsidR="002D214A" w:rsidRDefault="002D214A" w:rsidP="00A60070">
            <w:r>
              <w:t>Average</w:t>
            </w:r>
          </w:p>
        </w:tc>
        <w:tc>
          <w:tcPr>
            <w:tcW w:w="1274" w:type="dxa"/>
          </w:tcPr>
          <w:p w14:paraId="427527DD" w14:textId="77777777" w:rsidR="002D214A" w:rsidRDefault="002D214A" w:rsidP="00A60070"/>
        </w:tc>
        <w:tc>
          <w:tcPr>
            <w:tcW w:w="1261" w:type="dxa"/>
          </w:tcPr>
          <w:p w14:paraId="23872C58" w14:textId="77777777" w:rsidR="002D214A" w:rsidRDefault="002D214A" w:rsidP="00A60070"/>
        </w:tc>
        <w:tc>
          <w:tcPr>
            <w:tcW w:w="1261" w:type="dxa"/>
          </w:tcPr>
          <w:p w14:paraId="13BCE465" w14:textId="77777777" w:rsidR="002D214A" w:rsidRDefault="002D214A" w:rsidP="00A60070">
            <w:r>
              <w:t>2.37</w:t>
            </w:r>
          </w:p>
        </w:tc>
      </w:tr>
      <w:tr w:rsidR="002D214A" w14:paraId="166D44AF" w14:textId="77777777" w:rsidTr="00A60070">
        <w:tc>
          <w:tcPr>
            <w:tcW w:w="2376" w:type="dxa"/>
          </w:tcPr>
          <w:p w14:paraId="244C742B" w14:textId="77777777" w:rsidR="002D214A" w:rsidRDefault="002D214A" w:rsidP="00A60070"/>
        </w:tc>
        <w:tc>
          <w:tcPr>
            <w:tcW w:w="2684" w:type="dxa"/>
          </w:tcPr>
          <w:p w14:paraId="24115636" w14:textId="77777777" w:rsidR="002D214A" w:rsidRDefault="002D214A" w:rsidP="00A60070">
            <w:r>
              <w:t>Standard Deviation</w:t>
            </w:r>
          </w:p>
        </w:tc>
        <w:tc>
          <w:tcPr>
            <w:tcW w:w="1274" w:type="dxa"/>
          </w:tcPr>
          <w:p w14:paraId="48251F1F" w14:textId="77777777" w:rsidR="002D214A" w:rsidRDefault="002D214A" w:rsidP="00A60070"/>
        </w:tc>
        <w:tc>
          <w:tcPr>
            <w:tcW w:w="1261" w:type="dxa"/>
          </w:tcPr>
          <w:p w14:paraId="5327C95E" w14:textId="77777777" w:rsidR="002D214A" w:rsidRDefault="002D214A" w:rsidP="00A60070"/>
        </w:tc>
        <w:tc>
          <w:tcPr>
            <w:tcW w:w="1261" w:type="dxa"/>
          </w:tcPr>
          <w:p w14:paraId="38650493" w14:textId="77777777" w:rsidR="002D214A" w:rsidRDefault="002D214A" w:rsidP="00A60070">
            <w:r>
              <w:t>0.96</w:t>
            </w:r>
          </w:p>
        </w:tc>
      </w:tr>
      <w:tr w:rsidR="002D214A" w14:paraId="220EF02C" w14:textId="77777777" w:rsidTr="00A60070">
        <w:tc>
          <w:tcPr>
            <w:tcW w:w="2376" w:type="dxa"/>
          </w:tcPr>
          <w:p w14:paraId="78F0B9C6" w14:textId="77777777" w:rsidR="002D214A" w:rsidRDefault="002D214A" w:rsidP="00A60070"/>
        </w:tc>
        <w:tc>
          <w:tcPr>
            <w:tcW w:w="2684" w:type="dxa"/>
          </w:tcPr>
          <w:p w14:paraId="4613D6B8" w14:textId="77777777" w:rsidR="002D214A" w:rsidRDefault="002D214A" w:rsidP="00A60070"/>
        </w:tc>
        <w:tc>
          <w:tcPr>
            <w:tcW w:w="1274" w:type="dxa"/>
          </w:tcPr>
          <w:p w14:paraId="02211901" w14:textId="77777777" w:rsidR="002D214A" w:rsidRDefault="002D214A" w:rsidP="00A60070"/>
        </w:tc>
        <w:tc>
          <w:tcPr>
            <w:tcW w:w="1261" w:type="dxa"/>
          </w:tcPr>
          <w:p w14:paraId="4AC8EBC4" w14:textId="77777777" w:rsidR="002D214A" w:rsidRDefault="002D214A" w:rsidP="00A60070"/>
        </w:tc>
        <w:tc>
          <w:tcPr>
            <w:tcW w:w="1261" w:type="dxa"/>
          </w:tcPr>
          <w:p w14:paraId="1909A516" w14:textId="77777777" w:rsidR="002D214A" w:rsidRDefault="002D214A" w:rsidP="00A60070"/>
        </w:tc>
      </w:tr>
      <w:tr w:rsidR="002D214A" w14:paraId="44B1E338" w14:textId="77777777" w:rsidTr="00A60070">
        <w:tc>
          <w:tcPr>
            <w:tcW w:w="2376" w:type="dxa"/>
          </w:tcPr>
          <w:p w14:paraId="32207DC9" w14:textId="77777777" w:rsidR="002D214A" w:rsidRDefault="002D214A" w:rsidP="00A60070">
            <w:r>
              <w:t>Radiotherapy indications and specific therapies should be taught together in approximately the following amount of time (in teaching units, 1 teaching unit = 45 min): (n = 856)</w:t>
            </w:r>
          </w:p>
        </w:tc>
        <w:tc>
          <w:tcPr>
            <w:tcW w:w="2684" w:type="dxa"/>
          </w:tcPr>
          <w:p w14:paraId="23864B88" w14:textId="77777777" w:rsidR="002D214A" w:rsidRDefault="002D214A" w:rsidP="00A60070">
            <w:r>
              <w:t>Answer</w:t>
            </w:r>
          </w:p>
        </w:tc>
        <w:tc>
          <w:tcPr>
            <w:tcW w:w="1274" w:type="dxa"/>
          </w:tcPr>
          <w:p w14:paraId="720C6D21" w14:textId="77777777" w:rsidR="002D214A" w:rsidRDefault="002D214A" w:rsidP="00A60070">
            <w:r>
              <w:t>Count</w:t>
            </w:r>
          </w:p>
        </w:tc>
        <w:tc>
          <w:tcPr>
            <w:tcW w:w="1261" w:type="dxa"/>
          </w:tcPr>
          <w:p w14:paraId="61C38B30" w14:textId="77777777" w:rsidR="002D214A" w:rsidRDefault="002D214A" w:rsidP="00A60070">
            <w:r>
              <w:t>%</w:t>
            </w:r>
          </w:p>
        </w:tc>
        <w:tc>
          <w:tcPr>
            <w:tcW w:w="1261" w:type="dxa"/>
          </w:tcPr>
          <w:p w14:paraId="25BFA88D" w14:textId="77777777" w:rsidR="002D214A" w:rsidRDefault="002D214A" w:rsidP="00A60070">
            <w:r>
              <w:t>Value</w:t>
            </w:r>
          </w:p>
        </w:tc>
      </w:tr>
      <w:tr w:rsidR="002D214A" w14:paraId="058F532B" w14:textId="77777777" w:rsidTr="00A60070">
        <w:tc>
          <w:tcPr>
            <w:tcW w:w="2376" w:type="dxa"/>
          </w:tcPr>
          <w:p w14:paraId="7766A572" w14:textId="77777777" w:rsidR="002D214A" w:rsidRDefault="002D214A" w:rsidP="00A60070"/>
        </w:tc>
        <w:tc>
          <w:tcPr>
            <w:tcW w:w="2684" w:type="dxa"/>
          </w:tcPr>
          <w:p w14:paraId="37E5F8E8" w14:textId="77777777" w:rsidR="002D214A" w:rsidRDefault="002D214A" w:rsidP="00A60070">
            <w:r>
              <w:t>0 UE</w:t>
            </w:r>
          </w:p>
        </w:tc>
        <w:tc>
          <w:tcPr>
            <w:tcW w:w="1274" w:type="dxa"/>
          </w:tcPr>
          <w:p w14:paraId="0C8AA4BE" w14:textId="77777777" w:rsidR="002D214A" w:rsidRDefault="002D214A" w:rsidP="00A60070">
            <w:r>
              <w:t>2</w:t>
            </w:r>
          </w:p>
        </w:tc>
        <w:tc>
          <w:tcPr>
            <w:tcW w:w="1261" w:type="dxa"/>
          </w:tcPr>
          <w:p w14:paraId="3DDEB2F0" w14:textId="77777777" w:rsidR="002D214A" w:rsidRDefault="002D214A" w:rsidP="00A60070">
            <w:r>
              <w:t>0.23</w:t>
            </w:r>
          </w:p>
        </w:tc>
        <w:tc>
          <w:tcPr>
            <w:tcW w:w="1261" w:type="dxa"/>
          </w:tcPr>
          <w:p w14:paraId="23837795" w14:textId="77777777" w:rsidR="002D214A" w:rsidRDefault="002D214A" w:rsidP="00A60070">
            <w:r>
              <w:t>1</w:t>
            </w:r>
          </w:p>
        </w:tc>
      </w:tr>
      <w:tr w:rsidR="002D214A" w14:paraId="7C5F5B84" w14:textId="77777777" w:rsidTr="00A60070">
        <w:tc>
          <w:tcPr>
            <w:tcW w:w="2376" w:type="dxa"/>
          </w:tcPr>
          <w:p w14:paraId="66764966" w14:textId="77777777" w:rsidR="002D214A" w:rsidRDefault="002D214A" w:rsidP="00A60070"/>
        </w:tc>
        <w:tc>
          <w:tcPr>
            <w:tcW w:w="2684" w:type="dxa"/>
          </w:tcPr>
          <w:p w14:paraId="62EAB168" w14:textId="77777777" w:rsidR="002D214A" w:rsidRDefault="002D214A" w:rsidP="00A60070">
            <w:r>
              <w:t>1 - 5 teaching units</w:t>
            </w:r>
          </w:p>
        </w:tc>
        <w:tc>
          <w:tcPr>
            <w:tcW w:w="1274" w:type="dxa"/>
          </w:tcPr>
          <w:p w14:paraId="60A4DD70" w14:textId="77777777" w:rsidR="002D214A" w:rsidRDefault="002D214A" w:rsidP="00A60070">
            <w:r>
              <w:t>328</w:t>
            </w:r>
          </w:p>
        </w:tc>
        <w:tc>
          <w:tcPr>
            <w:tcW w:w="1261" w:type="dxa"/>
          </w:tcPr>
          <w:p w14:paraId="2FCFF8CA" w14:textId="77777777" w:rsidR="002D214A" w:rsidRDefault="002D214A" w:rsidP="00A60070">
            <w:r>
              <w:t>38.32</w:t>
            </w:r>
          </w:p>
        </w:tc>
        <w:tc>
          <w:tcPr>
            <w:tcW w:w="1261" w:type="dxa"/>
          </w:tcPr>
          <w:p w14:paraId="588834D3" w14:textId="77777777" w:rsidR="002D214A" w:rsidRDefault="002D214A" w:rsidP="00A60070">
            <w:r>
              <w:t>2</w:t>
            </w:r>
          </w:p>
        </w:tc>
      </w:tr>
      <w:tr w:rsidR="002D214A" w14:paraId="0B9ED61E" w14:textId="77777777" w:rsidTr="00A60070">
        <w:tc>
          <w:tcPr>
            <w:tcW w:w="2376" w:type="dxa"/>
          </w:tcPr>
          <w:p w14:paraId="7146C120" w14:textId="77777777" w:rsidR="002D214A" w:rsidRDefault="002D214A" w:rsidP="00A60070"/>
        </w:tc>
        <w:tc>
          <w:tcPr>
            <w:tcW w:w="2684" w:type="dxa"/>
          </w:tcPr>
          <w:p w14:paraId="426BD14D" w14:textId="77777777" w:rsidR="002D214A" w:rsidRDefault="002D214A" w:rsidP="00A60070">
            <w:r>
              <w:t>6 - 10 teaching units</w:t>
            </w:r>
          </w:p>
        </w:tc>
        <w:tc>
          <w:tcPr>
            <w:tcW w:w="1274" w:type="dxa"/>
          </w:tcPr>
          <w:p w14:paraId="3D49475F" w14:textId="77777777" w:rsidR="002D214A" w:rsidRDefault="002D214A" w:rsidP="00A60070">
            <w:r>
              <w:t>363</w:t>
            </w:r>
          </w:p>
        </w:tc>
        <w:tc>
          <w:tcPr>
            <w:tcW w:w="1261" w:type="dxa"/>
          </w:tcPr>
          <w:p w14:paraId="3F43DD88" w14:textId="77777777" w:rsidR="002D214A" w:rsidRDefault="002D214A" w:rsidP="00A60070">
            <w:r>
              <w:t>42.41</w:t>
            </w:r>
          </w:p>
        </w:tc>
        <w:tc>
          <w:tcPr>
            <w:tcW w:w="1261" w:type="dxa"/>
          </w:tcPr>
          <w:p w14:paraId="299671F7" w14:textId="77777777" w:rsidR="002D214A" w:rsidRDefault="002D214A" w:rsidP="00A60070">
            <w:r>
              <w:t>3</w:t>
            </w:r>
          </w:p>
        </w:tc>
      </w:tr>
      <w:tr w:rsidR="002D214A" w14:paraId="61A7A656" w14:textId="77777777" w:rsidTr="00A60070">
        <w:tc>
          <w:tcPr>
            <w:tcW w:w="2376" w:type="dxa"/>
          </w:tcPr>
          <w:p w14:paraId="6788F804" w14:textId="77777777" w:rsidR="002D214A" w:rsidRDefault="002D214A" w:rsidP="00A60070"/>
        </w:tc>
        <w:tc>
          <w:tcPr>
            <w:tcW w:w="2684" w:type="dxa"/>
          </w:tcPr>
          <w:p w14:paraId="0C9F975C" w14:textId="77777777" w:rsidR="002D214A" w:rsidRDefault="002D214A" w:rsidP="00A60070">
            <w:r>
              <w:t>11 - 15 teaching units</w:t>
            </w:r>
          </w:p>
        </w:tc>
        <w:tc>
          <w:tcPr>
            <w:tcW w:w="1274" w:type="dxa"/>
          </w:tcPr>
          <w:p w14:paraId="617E5918" w14:textId="77777777" w:rsidR="002D214A" w:rsidRDefault="002D214A" w:rsidP="00A60070">
            <w:r>
              <w:t>116</w:t>
            </w:r>
          </w:p>
        </w:tc>
        <w:tc>
          <w:tcPr>
            <w:tcW w:w="1261" w:type="dxa"/>
          </w:tcPr>
          <w:p w14:paraId="472CE228" w14:textId="77777777" w:rsidR="002D214A" w:rsidRDefault="002D214A" w:rsidP="00A60070">
            <w:r>
              <w:t>13.55</w:t>
            </w:r>
          </w:p>
        </w:tc>
        <w:tc>
          <w:tcPr>
            <w:tcW w:w="1261" w:type="dxa"/>
          </w:tcPr>
          <w:p w14:paraId="1FECFCB6" w14:textId="77777777" w:rsidR="002D214A" w:rsidRDefault="002D214A" w:rsidP="00A60070">
            <w:r>
              <w:t>4</w:t>
            </w:r>
          </w:p>
        </w:tc>
      </w:tr>
      <w:tr w:rsidR="002D214A" w14:paraId="7ABCF7BB" w14:textId="77777777" w:rsidTr="00A60070">
        <w:tc>
          <w:tcPr>
            <w:tcW w:w="2376" w:type="dxa"/>
          </w:tcPr>
          <w:p w14:paraId="77A5115F" w14:textId="77777777" w:rsidR="002D214A" w:rsidRDefault="002D214A" w:rsidP="00A60070"/>
        </w:tc>
        <w:tc>
          <w:tcPr>
            <w:tcW w:w="2684" w:type="dxa"/>
          </w:tcPr>
          <w:p w14:paraId="12986B71" w14:textId="77777777" w:rsidR="002D214A" w:rsidRDefault="002D214A" w:rsidP="00A60070">
            <w:r>
              <w:t>15 - 20 teaching units</w:t>
            </w:r>
          </w:p>
        </w:tc>
        <w:tc>
          <w:tcPr>
            <w:tcW w:w="1274" w:type="dxa"/>
          </w:tcPr>
          <w:p w14:paraId="7C5E8053" w14:textId="77777777" w:rsidR="002D214A" w:rsidRDefault="002D214A" w:rsidP="00A60070">
            <w:r>
              <w:t>36</w:t>
            </w:r>
          </w:p>
        </w:tc>
        <w:tc>
          <w:tcPr>
            <w:tcW w:w="1261" w:type="dxa"/>
          </w:tcPr>
          <w:p w14:paraId="506DEBC9" w14:textId="77777777" w:rsidR="002D214A" w:rsidRDefault="002D214A" w:rsidP="00A60070">
            <w:r>
              <w:t>4.21</w:t>
            </w:r>
          </w:p>
        </w:tc>
        <w:tc>
          <w:tcPr>
            <w:tcW w:w="1261" w:type="dxa"/>
          </w:tcPr>
          <w:p w14:paraId="23FB4CC5" w14:textId="77777777" w:rsidR="002D214A" w:rsidRDefault="002D214A" w:rsidP="00A60070">
            <w:r>
              <w:t>5</w:t>
            </w:r>
          </w:p>
        </w:tc>
      </w:tr>
      <w:tr w:rsidR="002D214A" w14:paraId="293C2534" w14:textId="77777777" w:rsidTr="00A60070">
        <w:tc>
          <w:tcPr>
            <w:tcW w:w="2376" w:type="dxa"/>
          </w:tcPr>
          <w:p w14:paraId="3E78BCCA" w14:textId="77777777" w:rsidR="002D214A" w:rsidRDefault="002D214A" w:rsidP="00A60070"/>
        </w:tc>
        <w:tc>
          <w:tcPr>
            <w:tcW w:w="2684" w:type="dxa"/>
          </w:tcPr>
          <w:p w14:paraId="38EF74F7" w14:textId="77777777" w:rsidR="002D214A" w:rsidRDefault="002D214A" w:rsidP="00A60070">
            <w:r>
              <w:t>&gt; 20 units</w:t>
            </w:r>
          </w:p>
        </w:tc>
        <w:tc>
          <w:tcPr>
            <w:tcW w:w="1274" w:type="dxa"/>
          </w:tcPr>
          <w:p w14:paraId="5566EA91" w14:textId="77777777" w:rsidR="002D214A" w:rsidRDefault="002D214A" w:rsidP="00A60070">
            <w:r>
              <w:t>11</w:t>
            </w:r>
          </w:p>
        </w:tc>
        <w:tc>
          <w:tcPr>
            <w:tcW w:w="1261" w:type="dxa"/>
          </w:tcPr>
          <w:p w14:paraId="68419769" w14:textId="77777777" w:rsidR="002D214A" w:rsidRDefault="002D214A" w:rsidP="00A60070">
            <w:r>
              <w:t>1.29</w:t>
            </w:r>
          </w:p>
        </w:tc>
        <w:tc>
          <w:tcPr>
            <w:tcW w:w="1261" w:type="dxa"/>
          </w:tcPr>
          <w:p w14:paraId="375A9613" w14:textId="77777777" w:rsidR="002D214A" w:rsidRDefault="002D214A" w:rsidP="00A60070">
            <w:r>
              <w:t>6</w:t>
            </w:r>
          </w:p>
        </w:tc>
      </w:tr>
      <w:tr w:rsidR="002D214A" w14:paraId="4A889303" w14:textId="77777777" w:rsidTr="00A60070">
        <w:tc>
          <w:tcPr>
            <w:tcW w:w="2376" w:type="dxa"/>
          </w:tcPr>
          <w:p w14:paraId="036C0E9E" w14:textId="77777777" w:rsidR="002D214A" w:rsidRDefault="002D214A" w:rsidP="00A60070"/>
        </w:tc>
        <w:tc>
          <w:tcPr>
            <w:tcW w:w="2684" w:type="dxa"/>
          </w:tcPr>
          <w:p w14:paraId="637964E4" w14:textId="77777777" w:rsidR="002D214A" w:rsidRDefault="002D214A" w:rsidP="00A60070"/>
        </w:tc>
        <w:tc>
          <w:tcPr>
            <w:tcW w:w="1274" w:type="dxa"/>
          </w:tcPr>
          <w:p w14:paraId="43206016" w14:textId="77777777" w:rsidR="002D214A" w:rsidRDefault="002D214A" w:rsidP="00A60070"/>
        </w:tc>
        <w:tc>
          <w:tcPr>
            <w:tcW w:w="1261" w:type="dxa"/>
          </w:tcPr>
          <w:p w14:paraId="4C12FCFD" w14:textId="77777777" w:rsidR="002D214A" w:rsidRDefault="002D214A" w:rsidP="00A60070"/>
        </w:tc>
        <w:tc>
          <w:tcPr>
            <w:tcW w:w="1261" w:type="dxa"/>
          </w:tcPr>
          <w:p w14:paraId="0F805D51" w14:textId="77777777" w:rsidR="002D214A" w:rsidRDefault="002D214A" w:rsidP="00A60070"/>
        </w:tc>
      </w:tr>
      <w:tr w:rsidR="002D214A" w14:paraId="5BBDD533" w14:textId="77777777" w:rsidTr="00A60070">
        <w:tc>
          <w:tcPr>
            <w:tcW w:w="2376" w:type="dxa"/>
          </w:tcPr>
          <w:p w14:paraId="747CC8D5" w14:textId="77777777" w:rsidR="002D214A" w:rsidRDefault="002D214A" w:rsidP="00A60070"/>
        </w:tc>
        <w:tc>
          <w:tcPr>
            <w:tcW w:w="2684" w:type="dxa"/>
          </w:tcPr>
          <w:p w14:paraId="72317F0C" w14:textId="77777777" w:rsidR="002D214A" w:rsidRDefault="002D214A" w:rsidP="00A60070">
            <w:r>
              <w:t>Average</w:t>
            </w:r>
          </w:p>
        </w:tc>
        <w:tc>
          <w:tcPr>
            <w:tcW w:w="1274" w:type="dxa"/>
          </w:tcPr>
          <w:p w14:paraId="6FE3F04F" w14:textId="77777777" w:rsidR="002D214A" w:rsidRDefault="002D214A" w:rsidP="00A60070"/>
        </w:tc>
        <w:tc>
          <w:tcPr>
            <w:tcW w:w="1261" w:type="dxa"/>
          </w:tcPr>
          <w:p w14:paraId="1686F7C5" w14:textId="77777777" w:rsidR="002D214A" w:rsidRDefault="002D214A" w:rsidP="00A60070"/>
        </w:tc>
        <w:tc>
          <w:tcPr>
            <w:tcW w:w="1261" w:type="dxa"/>
          </w:tcPr>
          <w:p w14:paraId="52DBF7CA" w14:textId="77777777" w:rsidR="002D214A" w:rsidRDefault="002D214A" w:rsidP="00A60070">
            <w:r>
              <w:t>2.87</w:t>
            </w:r>
          </w:p>
        </w:tc>
      </w:tr>
      <w:tr w:rsidR="002D214A" w14:paraId="77DA5D76" w14:textId="77777777" w:rsidTr="00A60070">
        <w:tc>
          <w:tcPr>
            <w:tcW w:w="2376" w:type="dxa"/>
          </w:tcPr>
          <w:p w14:paraId="1CA8F70C" w14:textId="77777777" w:rsidR="002D214A" w:rsidRDefault="002D214A" w:rsidP="00A60070"/>
        </w:tc>
        <w:tc>
          <w:tcPr>
            <w:tcW w:w="2684" w:type="dxa"/>
          </w:tcPr>
          <w:p w14:paraId="191A41F5" w14:textId="77777777" w:rsidR="002D214A" w:rsidRDefault="002D214A" w:rsidP="00A60070">
            <w:r>
              <w:t>Standard Deviation</w:t>
            </w:r>
          </w:p>
        </w:tc>
        <w:tc>
          <w:tcPr>
            <w:tcW w:w="1274" w:type="dxa"/>
          </w:tcPr>
          <w:p w14:paraId="1F610921" w14:textId="77777777" w:rsidR="002D214A" w:rsidRDefault="002D214A" w:rsidP="00A60070"/>
        </w:tc>
        <w:tc>
          <w:tcPr>
            <w:tcW w:w="1261" w:type="dxa"/>
          </w:tcPr>
          <w:p w14:paraId="68A80882" w14:textId="77777777" w:rsidR="002D214A" w:rsidRDefault="002D214A" w:rsidP="00A60070"/>
        </w:tc>
        <w:tc>
          <w:tcPr>
            <w:tcW w:w="1261" w:type="dxa"/>
          </w:tcPr>
          <w:p w14:paraId="115B550C" w14:textId="77777777" w:rsidR="002D214A" w:rsidRDefault="002D214A" w:rsidP="00A60070">
            <w:r>
              <w:t>0.89</w:t>
            </w:r>
          </w:p>
        </w:tc>
      </w:tr>
      <w:tr w:rsidR="002D214A" w14:paraId="09FD6D91" w14:textId="77777777" w:rsidTr="00A60070">
        <w:tc>
          <w:tcPr>
            <w:tcW w:w="2376" w:type="dxa"/>
          </w:tcPr>
          <w:p w14:paraId="0F40693D" w14:textId="77777777" w:rsidR="002D214A" w:rsidRDefault="002D214A" w:rsidP="00A60070"/>
        </w:tc>
        <w:tc>
          <w:tcPr>
            <w:tcW w:w="2684" w:type="dxa"/>
          </w:tcPr>
          <w:p w14:paraId="3511F5E5" w14:textId="77777777" w:rsidR="002D214A" w:rsidRDefault="002D214A" w:rsidP="00A60070"/>
        </w:tc>
        <w:tc>
          <w:tcPr>
            <w:tcW w:w="1274" w:type="dxa"/>
          </w:tcPr>
          <w:p w14:paraId="0D131688" w14:textId="77777777" w:rsidR="002D214A" w:rsidRDefault="002D214A" w:rsidP="00A60070"/>
        </w:tc>
        <w:tc>
          <w:tcPr>
            <w:tcW w:w="1261" w:type="dxa"/>
          </w:tcPr>
          <w:p w14:paraId="305405B2" w14:textId="77777777" w:rsidR="002D214A" w:rsidRDefault="002D214A" w:rsidP="00A60070"/>
        </w:tc>
        <w:tc>
          <w:tcPr>
            <w:tcW w:w="1261" w:type="dxa"/>
          </w:tcPr>
          <w:p w14:paraId="226B5089" w14:textId="77777777" w:rsidR="002D214A" w:rsidRDefault="002D214A" w:rsidP="00A60070"/>
        </w:tc>
      </w:tr>
      <w:tr w:rsidR="002D214A" w14:paraId="718D5823" w14:textId="77777777" w:rsidTr="00A60070">
        <w:tc>
          <w:tcPr>
            <w:tcW w:w="2376" w:type="dxa"/>
          </w:tcPr>
          <w:p w14:paraId="5A610653" w14:textId="77777777" w:rsidR="002D214A" w:rsidRDefault="002D214A" w:rsidP="00A60070">
            <w:r>
              <w:t>Radiotherapy indications and specific therapies should be mastered by students at the end of their studies to the following level of competence: (n = 866)</w:t>
            </w:r>
          </w:p>
        </w:tc>
        <w:tc>
          <w:tcPr>
            <w:tcW w:w="2684" w:type="dxa"/>
          </w:tcPr>
          <w:p w14:paraId="573C9643" w14:textId="77777777" w:rsidR="002D214A" w:rsidRDefault="002D214A" w:rsidP="00A60070">
            <w:r>
              <w:t>Answer</w:t>
            </w:r>
          </w:p>
        </w:tc>
        <w:tc>
          <w:tcPr>
            <w:tcW w:w="1274" w:type="dxa"/>
          </w:tcPr>
          <w:p w14:paraId="4A5D68B3" w14:textId="77777777" w:rsidR="002D214A" w:rsidRDefault="002D214A" w:rsidP="00A60070">
            <w:r>
              <w:t>Count</w:t>
            </w:r>
          </w:p>
        </w:tc>
        <w:tc>
          <w:tcPr>
            <w:tcW w:w="1261" w:type="dxa"/>
          </w:tcPr>
          <w:p w14:paraId="7C866521" w14:textId="77777777" w:rsidR="002D214A" w:rsidRDefault="002D214A" w:rsidP="00A60070">
            <w:r>
              <w:t>%</w:t>
            </w:r>
          </w:p>
        </w:tc>
        <w:tc>
          <w:tcPr>
            <w:tcW w:w="1261" w:type="dxa"/>
          </w:tcPr>
          <w:p w14:paraId="4AE2957A" w14:textId="77777777" w:rsidR="002D214A" w:rsidRDefault="002D214A" w:rsidP="00A60070">
            <w:r>
              <w:t>Value</w:t>
            </w:r>
          </w:p>
        </w:tc>
      </w:tr>
      <w:tr w:rsidR="002D214A" w14:paraId="4570C13C" w14:textId="77777777" w:rsidTr="00A60070">
        <w:tc>
          <w:tcPr>
            <w:tcW w:w="2376" w:type="dxa"/>
          </w:tcPr>
          <w:p w14:paraId="567B295B" w14:textId="77777777" w:rsidR="002D214A" w:rsidRDefault="002D214A" w:rsidP="00A60070"/>
        </w:tc>
        <w:tc>
          <w:tcPr>
            <w:tcW w:w="2684" w:type="dxa"/>
          </w:tcPr>
          <w:p w14:paraId="4DEE5E9A" w14:textId="77777777" w:rsidR="002D214A" w:rsidRDefault="002D214A" w:rsidP="00A60070">
            <w:r>
              <w:t>Factual knowledge (naming and describing facts)</w:t>
            </w:r>
          </w:p>
        </w:tc>
        <w:tc>
          <w:tcPr>
            <w:tcW w:w="1274" w:type="dxa"/>
          </w:tcPr>
          <w:p w14:paraId="4CB00BEB" w14:textId="77777777" w:rsidR="002D214A" w:rsidRDefault="002D214A" w:rsidP="00A60070">
            <w:r>
              <w:t>121</w:t>
            </w:r>
          </w:p>
        </w:tc>
        <w:tc>
          <w:tcPr>
            <w:tcW w:w="1261" w:type="dxa"/>
          </w:tcPr>
          <w:p w14:paraId="18C60546" w14:textId="77777777" w:rsidR="002D214A" w:rsidRDefault="002D214A" w:rsidP="00A60070">
            <w:r>
              <w:t>13.97</w:t>
            </w:r>
          </w:p>
        </w:tc>
        <w:tc>
          <w:tcPr>
            <w:tcW w:w="1261" w:type="dxa"/>
          </w:tcPr>
          <w:p w14:paraId="7FC50C2B" w14:textId="77777777" w:rsidR="002D214A" w:rsidRDefault="002D214A" w:rsidP="00A60070">
            <w:r>
              <w:t>1</w:t>
            </w:r>
          </w:p>
        </w:tc>
      </w:tr>
      <w:tr w:rsidR="002D214A" w14:paraId="1EC024B4" w14:textId="77777777" w:rsidTr="00A60070">
        <w:tc>
          <w:tcPr>
            <w:tcW w:w="2376" w:type="dxa"/>
          </w:tcPr>
          <w:p w14:paraId="11B1FF21" w14:textId="77777777" w:rsidR="002D214A" w:rsidRDefault="002D214A" w:rsidP="00A60070"/>
        </w:tc>
        <w:tc>
          <w:tcPr>
            <w:tcW w:w="2684" w:type="dxa"/>
          </w:tcPr>
          <w:p w14:paraId="749550C7" w14:textId="77777777" w:rsidR="002D214A" w:rsidRDefault="002D214A" w:rsidP="00A60070">
            <w:r>
              <w:t>Action and reasoning knowledge (explaining facts and relationships)</w:t>
            </w:r>
          </w:p>
        </w:tc>
        <w:tc>
          <w:tcPr>
            <w:tcW w:w="1274" w:type="dxa"/>
          </w:tcPr>
          <w:p w14:paraId="1F48E08D" w14:textId="77777777" w:rsidR="002D214A" w:rsidRDefault="002D214A" w:rsidP="00A60070">
            <w:r>
              <w:t>668</w:t>
            </w:r>
          </w:p>
        </w:tc>
        <w:tc>
          <w:tcPr>
            <w:tcW w:w="1261" w:type="dxa"/>
          </w:tcPr>
          <w:p w14:paraId="49DB373F" w14:textId="77777777" w:rsidR="002D214A" w:rsidRDefault="002D214A" w:rsidP="00A60070">
            <w:r>
              <w:t>77.14</w:t>
            </w:r>
          </w:p>
        </w:tc>
        <w:tc>
          <w:tcPr>
            <w:tcW w:w="1261" w:type="dxa"/>
          </w:tcPr>
          <w:p w14:paraId="79E3444D" w14:textId="77777777" w:rsidR="002D214A" w:rsidRDefault="002D214A" w:rsidP="00A60070">
            <w:r>
              <w:t>2</w:t>
            </w:r>
          </w:p>
        </w:tc>
      </w:tr>
      <w:tr w:rsidR="002D214A" w14:paraId="5955B908" w14:textId="77777777" w:rsidTr="00A60070">
        <w:tc>
          <w:tcPr>
            <w:tcW w:w="2376" w:type="dxa"/>
          </w:tcPr>
          <w:p w14:paraId="4C4CC211" w14:textId="77777777" w:rsidR="002D214A" w:rsidRDefault="002D214A" w:rsidP="00A60070"/>
        </w:tc>
        <w:tc>
          <w:tcPr>
            <w:tcW w:w="2684" w:type="dxa"/>
          </w:tcPr>
          <w:p w14:paraId="37BDD440" w14:textId="77777777" w:rsidR="002D214A" w:rsidRDefault="002D214A" w:rsidP="00A60070">
            <w:r>
              <w:t>Action competence (carry out under supervision)</w:t>
            </w:r>
            <w:r>
              <w:br/>
            </w:r>
          </w:p>
        </w:tc>
        <w:tc>
          <w:tcPr>
            <w:tcW w:w="1274" w:type="dxa"/>
          </w:tcPr>
          <w:p w14:paraId="08847F6F" w14:textId="77777777" w:rsidR="002D214A" w:rsidRDefault="002D214A" w:rsidP="00A60070">
            <w:r>
              <w:t>43</w:t>
            </w:r>
          </w:p>
        </w:tc>
        <w:tc>
          <w:tcPr>
            <w:tcW w:w="1261" w:type="dxa"/>
          </w:tcPr>
          <w:p w14:paraId="5E19732E" w14:textId="77777777" w:rsidR="002D214A" w:rsidRDefault="002D214A" w:rsidP="00A60070">
            <w:r>
              <w:t>4.97</w:t>
            </w:r>
          </w:p>
        </w:tc>
        <w:tc>
          <w:tcPr>
            <w:tcW w:w="1261" w:type="dxa"/>
          </w:tcPr>
          <w:p w14:paraId="11648BD9" w14:textId="77777777" w:rsidR="002D214A" w:rsidRDefault="002D214A" w:rsidP="00A60070">
            <w:r>
              <w:t>3</w:t>
            </w:r>
          </w:p>
        </w:tc>
      </w:tr>
      <w:tr w:rsidR="002D214A" w14:paraId="3750CC68" w14:textId="77777777" w:rsidTr="00A60070">
        <w:tc>
          <w:tcPr>
            <w:tcW w:w="2376" w:type="dxa"/>
          </w:tcPr>
          <w:p w14:paraId="48A84065" w14:textId="77777777" w:rsidR="002D214A" w:rsidRDefault="002D214A" w:rsidP="00A60070"/>
        </w:tc>
        <w:tc>
          <w:tcPr>
            <w:tcW w:w="2684" w:type="dxa"/>
          </w:tcPr>
          <w:p w14:paraId="79BB5062" w14:textId="77777777" w:rsidR="002D214A" w:rsidRDefault="002D214A" w:rsidP="00A60070">
            <w:r>
              <w:t>Advanced action competence (carry out actions independently and appropriately in accordance with the situation, knowing the consequences)</w:t>
            </w:r>
          </w:p>
        </w:tc>
        <w:tc>
          <w:tcPr>
            <w:tcW w:w="1274" w:type="dxa"/>
          </w:tcPr>
          <w:p w14:paraId="2207BCCF" w14:textId="77777777" w:rsidR="002D214A" w:rsidRDefault="002D214A" w:rsidP="00A60070">
            <w:r>
              <w:t>30</w:t>
            </w:r>
          </w:p>
        </w:tc>
        <w:tc>
          <w:tcPr>
            <w:tcW w:w="1261" w:type="dxa"/>
          </w:tcPr>
          <w:p w14:paraId="1DE318C2" w14:textId="77777777" w:rsidR="002D214A" w:rsidRDefault="002D214A" w:rsidP="00A60070">
            <w:r>
              <w:t>3.46</w:t>
            </w:r>
          </w:p>
        </w:tc>
        <w:tc>
          <w:tcPr>
            <w:tcW w:w="1261" w:type="dxa"/>
          </w:tcPr>
          <w:p w14:paraId="2C398FDD" w14:textId="77777777" w:rsidR="002D214A" w:rsidRDefault="002D214A" w:rsidP="00A60070">
            <w:r>
              <w:t>4</w:t>
            </w:r>
          </w:p>
        </w:tc>
      </w:tr>
      <w:tr w:rsidR="002D214A" w14:paraId="36B512D3" w14:textId="77777777" w:rsidTr="00A60070">
        <w:tc>
          <w:tcPr>
            <w:tcW w:w="2376" w:type="dxa"/>
          </w:tcPr>
          <w:p w14:paraId="31BE7152" w14:textId="77777777" w:rsidR="002D214A" w:rsidRDefault="002D214A" w:rsidP="00A60070"/>
        </w:tc>
        <w:tc>
          <w:tcPr>
            <w:tcW w:w="2684" w:type="dxa"/>
          </w:tcPr>
          <w:p w14:paraId="720E31D3" w14:textId="77777777" w:rsidR="002D214A" w:rsidRDefault="002D214A" w:rsidP="00A60070">
            <w:r>
              <w:t>none at all</w:t>
            </w:r>
          </w:p>
        </w:tc>
        <w:tc>
          <w:tcPr>
            <w:tcW w:w="1274" w:type="dxa"/>
          </w:tcPr>
          <w:p w14:paraId="259A6018" w14:textId="77777777" w:rsidR="002D214A" w:rsidRDefault="002D214A" w:rsidP="00A60070">
            <w:r>
              <w:t>4</w:t>
            </w:r>
          </w:p>
        </w:tc>
        <w:tc>
          <w:tcPr>
            <w:tcW w:w="1261" w:type="dxa"/>
          </w:tcPr>
          <w:p w14:paraId="2E6536B0" w14:textId="77777777" w:rsidR="002D214A" w:rsidRDefault="002D214A" w:rsidP="00A60070">
            <w:r>
              <w:t>0.46</w:t>
            </w:r>
          </w:p>
        </w:tc>
        <w:tc>
          <w:tcPr>
            <w:tcW w:w="1261" w:type="dxa"/>
          </w:tcPr>
          <w:p w14:paraId="7BEFB9BA" w14:textId="77777777" w:rsidR="002D214A" w:rsidRDefault="002D214A" w:rsidP="00A60070">
            <w:r>
              <w:t>5</w:t>
            </w:r>
          </w:p>
        </w:tc>
      </w:tr>
      <w:tr w:rsidR="002D214A" w14:paraId="7F8BAE78" w14:textId="77777777" w:rsidTr="00A60070">
        <w:tc>
          <w:tcPr>
            <w:tcW w:w="2376" w:type="dxa"/>
          </w:tcPr>
          <w:p w14:paraId="5BA0050A" w14:textId="77777777" w:rsidR="002D214A" w:rsidRDefault="002D214A" w:rsidP="00A60070"/>
        </w:tc>
        <w:tc>
          <w:tcPr>
            <w:tcW w:w="2684" w:type="dxa"/>
          </w:tcPr>
          <w:p w14:paraId="24EE290D" w14:textId="77777777" w:rsidR="002D214A" w:rsidRDefault="002D214A" w:rsidP="00A60070"/>
        </w:tc>
        <w:tc>
          <w:tcPr>
            <w:tcW w:w="1274" w:type="dxa"/>
          </w:tcPr>
          <w:p w14:paraId="5FA99816" w14:textId="77777777" w:rsidR="002D214A" w:rsidRDefault="002D214A" w:rsidP="00A60070"/>
        </w:tc>
        <w:tc>
          <w:tcPr>
            <w:tcW w:w="1261" w:type="dxa"/>
          </w:tcPr>
          <w:p w14:paraId="083C5EF5" w14:textId="77777777" w:rsidR="002D214A" w:rsidRDefault="002D214A" w:rsidP="00A60070"/>
        </w:tc>
        <w:tc>
          <w:tcPr>
            <w:tcW w:w="1261" w:type="dxa"/>
          </w:tcPr>
          <w:p w14:paraId="0F13A41D" w14:textId="77777777" w:rsidR="002D214A" w:rsidRDefault="002D214A" w:rsidP="00A60070"/>
        </w:tc>
      </w:tr>
      <w:tr w:rsidR="002D214A" w14:paraId="694FAD96" w14:textId="77777777" w:rsidTr="00A60070">
        <w:tc>
          <w:tcPr>
            <w:tcW w:w="2376" w:type="dxa"/>
          </w:tcPr>
          <w:p w14:paraId="2CB12BCE" w14:textId="77777777" w:rsidR="002D214A" w:rsidRDefault="002D214A" w:rsidP="00A60070"/>
        </w:tc>
        <w:tc>
          <w:tcPr>
            <w:tcW w:w="2684" w:type="dxa"/>
          </w:tcPr>
          <w:p w14:paraId="23EA3B34" w14:textId="77777777" w:rsidR="002D214A" w:rsidRDefault="002D214A" w:rsidP="00A60070">
            <w:r>
              <w:t>Average</w:t>
            </w:r>
          </w:p>
        </w:tc>
        <w:tc>
          <w:tcPr>
            <w:tcW w:w="1274" w:type="dxa"/>
          </w:tcPr>
          <w:p w14:paraId="6BEE0AA9" w14:textId="77777777" w:rsidR="002D214A" w:rsidRDefault="002D214A" w:rsidP="00A60070"/>
        </w:tc>
        <w:tc>
          <w:tcPr>
            <w:tcW w:w="1261" w:type="dxa"/>
          </w:tcPr>
          <w:p w14:paraId="261BEE41" w14:textId="77777777" w:rsidR="002D214A" w:rsidRDefault="002D214A" w:rsidP="00A60070"/>
        </w:tc>
        <w:tc>
          <w:tcPr>
            <w:tcW w:w="1261" w:type="dxa"/>
          </w:tcPr>
          <w:p w14:paraId="18900D01" w14:textId="77777777" w:rsidR="002D214A" w:rsidRDefault="002D214A" w:rsidP="00A60070">
            <w:r>
              <w:t>1.99</w:t>
            </w:r>
          </w:p>
        </w:tc>
      </w:tr>
      <w:tr w:rsidR="002D214A" w14:paraId="5D8A0662" w14:textId="77777777" w:rsidTr="00A60070">
        <w:tc>
          <w:tcPr>
            <w:tcW w:w="2376" w:type="dxa"/>
          </w:tcPr>
          <w:p w14:paraId="30C3459C" w14:textId="77777777" w:rsidR="002D214A" w:rsidRDefault="002D214A" w:rsidP="00A60070"/>
        </w:tc>
        <w:tc>
          <w:tcPr>
            <w:tcW w:w="2684" w:type="dxa"/>
          </w:tcPr>
          <w:p w14:paraId="4E523DA6" w14:textId="77777777" w:rsidR="002D214A" w:rsidRDefault="002D214A" w:rsidP="00A60070">
            <w:r>
              <w:t>Standard Deviation</w:t>
            </w:r>
          </w:p>
        </w:tc>
        <w:tc>
          <w:tcPr>
            <w:tcW w:w="1274" w:type="dxa"/>
          </w:tcPr>
          <w:p w14:paraId="4413EA30" w14:textId="77777777" w:rsidR="002D214A" w:rsidRDefault="002D214A" w:rsidP="00A60070"/>
        </w:tc>
        <w:tc>
          <w:tcPr>
            <w:tcW w:w="1261" w:type="dxa"/>
          </w:tcPr>
          <w:p w14:paraId="4B0C07F5" w14:textId="77777777" w:rsidR="002D214A" w:rsidRDefault="002D214A" w:rsidP="00A60070"/>
        </w:tc>
        <w:tc>
          <w:tcPr>
            <w:tcW w:w="1261" w:type="dxa"/>
          </w:tcPr>
          <w:p w14:paraId="279A17A6" w14:textId="77777777" w:rsidR="002D214A" w:rsidRDefault="002D214A" w:rsidP="00A60070">
            <w:r>
              <w:t>0.61</w:t>
            </w:r>
          </w:p>
        </w:tc>
      </w:tr>
      <w:tr w:rsidR="002D214A" w14:paraId="40BE4A6E" w14:textId="77777777" w:rsidTr="00A60070">
        <w:tc>
          <w:tcPr>
            <w:tcW w:w="2376" w:type="dxa"/>
          </w:tcPr>
          <w:p w14:paraId="1323B798" w14:textId="77777777" w:rsidR="002D214A" w:rsidRDefault="002D214A" w:rsidP="00A60070"/>
        </w:tc>
        <w:tc>
          <w:tcPr>
            <w:tcW w:w="2684" w:type="dxa"/>
          </w:tcPr>
          <w:p w14:paraId="5C46FB76" w14:textId="77777777" w:rsidR="002D214A" w:rsidRDefault="002D214A" w:rsidP="00A60070"/>
        </w:tc>
        <w:tc>
          <w:tcPr>
            <w:tcW w:w="1274" w:type="dxa"/>
          </w:tcPr>
          <w:p w14:paraId="2A29D561" w14:textId="77777777" w:rsidR="002D214A" w:rsidRDefault="002D214A" w:rsidP="00A60070"/>
        </w:tc>
        <w:tc>
          <w:tcPr>
            <w:tcW w:w="1261" w:type="dxa"/>
          </w:tcPr>
          <w:p w14:paraId="21EBB937" w14:textId="77777777" w:rsidR="002D214A" w:rsidRDefault="002D214A" w:rsidP="00A60070"/>
        </w:tc>
        <w:tc>
          <w:tcPr>
            <w:tcW w:w="1261" w:type="dxa"/>
          </w:tcPr>
          <w:p w14:paraId="6B2D37B0" w14:textId="77777777" w:rsidR="002D214A" w:rsidRDefault="002D214A" w:rsidP="00A60070"/>
        </w:tc>
      </w:tr>
      <w:tr w:rsidR="002D214A" w14:paraId="7B17CC50" w14:textId="77777777" w:rsidTr="00A60070">
        <w:tc>
          <w:tcPr>
            <w:tcW w:w="2376" w:type="dxa"/>
          </w:tcPr>
          <w:p w14:paraId="5F3A4297" w14:textId="77777777" w:rsidR="002D214A" w:rsidRDefault="002D214A" w:rsidP="00A60070">
            <w:r>
              <w:t>Radiotherapy indications and specific therapies should be taught in the following subject context: (n = 868)</w:t>
            </w:r>
          </w:p>
        </w:tc>
        <w:tc>
          <w:tcPr>
            <w:tcW w:w="2684" w:type="dxa"/>
          </w:tcPr>
          <w:p w14:paraId="59197285" w14:textId="77777777" w:rsidR="002D214A" w:rsidRDefault="002D214A" w:rsidP="00A60070">
            <w:r>
              <w:t>Answer</w:t>
            </w:r>
          </w:p>
        </w:tc>
        <w:tc>
          <w:tcPr>
            <w:tcW w:w="1274" w:type="dxa"/>
          </w:tcPr>
          <w:p w14:paraId="404B4616" w14:textId="77777777" w:rsidR="002D214A" w:rsidRDefault="002D214A" w:rsidP="00A60070">
            <w:r>
              <w:t>Count</w:t>
            </w:r>
          </w:p>
        </w:tc>
        <w:tc>
          <w:tcPr>
            <w:tcW w:w="1261" w:type="dxa"/>
          </w:tcPr>
          <w:p w14:paraId="22CC97CE" w14:textId="77777777" w:rsidR="002D214A" w:rsidRDefault="002D214A" w:rsidP="00A60070">
            <w:r>
              <w:t>%</w:t>
            </w:r>
          </w:p>
        </w:tc>
        <w:tc>
          <w:tcPr>
            <w:tcW w:w="1261" w:type="dxa"/>
          </w:tcPr>
          <w:p w14:paraId="1DE87D33" w14:textId="77777777" w:rsidR="002D214A" w:rsidRDefault="002D214A" w:rsidP="00A60070"/>
        </w:tc>
      </w:tr>
      <w:tr w:rsidR="002D214A" w14:paraId="2F58E009" w14:textId="77777777" w:rsidTr="00A60070">
        <w:tc>
          <w:tcPr>
            <w:tcW w:w="2376" w:type="dxa"/>
          </w:tcPr>
          <w:p w14:paraId="5B062181" w14:textId="77777777" w:rsidR="002D214A" w:rsidRDefault="002D214A" w:rsidP="00A60070"/>
        </w:tc>
        <w:tc>
          <w:tcPr>
            <w:tcW w:w="2684" w:type="dxa"/>
          </w:tcPr>
          <w:p w14:paraId="1540493A" w14:textId="77777777" w:rsidR="002D214A" w:rsidRDefault="002D214A" w:rsidP="00A60070">
            <w:r>
              <w:t>in the context of other radiotherapy topics in the subject of radiotherapy</w:t>
            </w:r>
          </w:p>
        </w:tc>
        <w:tc>
          <w:tcPr>
            <w:tcW w:w="1274" w:type="dxa"/>
          </w:tcPr>
          <w:p w14:paraId="5E45F71B" w14:textId="77777777" w:rsidR="002D214A" w:rsidRDefault="002D214A" w:rsidP="00A60070">
            <w:r>
              <w:t>172</w:t>
            </w:r>
          </w:p>
        </w:tc>
        <w:tc>
          <w:tcPr>
            <w:tcW w:w="1261" w:type="dxa"/>
          </w:tcPr>
          <w:p w14:paraId="3D25BA20" w14:textId="77777777" w:rsidR="002D214A" w:rsidRDefault="002D214A" w:rsidP="00A60070">
            <w:r>
              <w:t>19.82</w:t>
            </w:r>
          </w:p>
        </w:tc>
        <w:tc>
          <w:tcPr>
            <w:tcW w:w="1261" w:type="dxa"/>
          </w:tcPr>
          <w:p w14:paraId="6B622601" w14:textId="77777777" w:rsidR="002D214A" w:rsidRDefault="002D214A" w:rsidP="00A60070"/>
        </w:tc>
      </w:tr>
      <w:tr w:rsidR="002D214A" w14:paraId="2804BD09" w14:textId="77777777" w:rsidTr="00A60070">
        <w:tc>
          <w:tcPr>
            <w:tcW w:w="2376" w:type="dxa"/>
          </w:tcPr>
          <w:p w14:paraId="7F9793DB" w14:textId="77777777" w:rsidR="002D214A" w:rsidRDefault="002D214A" w:rsidP="00A60070"/>
        </w:tc>
        <w:tc>
          <w:tcPr>
            <w:tcW w:w="2684" w:type="dxa"/>
          </w:tcPr>
          <w:p w14:paraId="7510298C" w14:textId="77777777" w:rsidR="002D214A" w:rsidRDefault="002D214A" w:rsidP="00A60070">
            <w:r>
              <w:t>in the context of other oncological disciplines (oncological interdisciplinary)</w:t>
            </w:r>
          </w:p>
        </w:tc>
        <w:tc>
          <w:tcPr>
            <w:tcW w:w="1274" w:type="dxa"/>
          </w:tcPr>
          <w:p w14:paraId="0816DCC5" w14:textId="77777777" w:rsidR="002D214A" w:rsidRDefault="002D214A" w:rsidP="00A60070">
            <w:r>
              <w:t>565</w:t>
            </w:r>
          </w:p>
        </w:tc>
        <w:tc>
          <w:tcPr>
            <w:tcW w:w="1261" w:type="dxa"/>
          </w:tcPr>
          <w:p w14:paraId="70201D3F" w14:textId="77777777" w:rsidR="002D214A" w:rsidRDefault="002D214A" w:rsidP="00A60070">
            <w:r>
              <w:t>65.09</w:t>
            </w:r>
          </w:p>
        </w:tc>
        <w:tc>
          <w:tcPr>
            <w:tcW w:w="1261" w:type="dxa"/>
          </w:tcPr>
          <w:p w14:paraId="1B0EF61F" w14:textId="77777777" w:rsidR="002D214A" w:rsidRDefault="002D214A" w:rsidP="00A60070"/>
        </w:tc>
      </w:tr>
      <w:tr w:rsidR="002D214A" w14:paraId="57C27DAD" w14:textId="77777777" w:rsidTr="00A60070">
        <w:tc>
          <w:tcPr>
            <w:tcW w:w="2376" w:type="dxa"/>
          </w:tcPr>
          <w:p w14:paraId="58D4B778" w14:textId="77777777" w:rsidR="002D214A" w:rsidRDefault="002D214A" w:rsidP="00A60070"/>
        </w:tc>
        <w:tc>
          <w:tcPr>
            <w:tcW w:w="2684" w:type="dxa"/>
          </w:tcPr>
          <w:p w14:paraId="738F4F15" w14:textId="77777777" w:rsidR="002D214A" w:rsidRDefault="002D214A" w:rsidP="00A60070">
            <w:r>
              <w:t>in the context of imaging disciplines (radiology, nuclear medicine)</w:t>
            </w:r>
          </w:p>
        </w:tc>
        <w:tc>
          <w:tcPr>
            <w:tcW w:w="1274" w:type="dxa"/>
          </w:tcPr>
          <w:p w14:paraId="5BD9C653" w14:textId="77777777" w:rsidR="002D214A" w:rsidRDefault="002D214A" w:rsidP="00A60070">
            <w:r>
              <w:t>126</w:t>
            </w:r>
          </w:p>
        </w:tc>
        <w:tc>
          <w:tcPr>
            <w:tcW w:w="1261" w:type="dxa"/>
          </w:tcPr>
          <w:p w14:paraId="4C9A34FE" w14:textId="77777777" w:rsidR="002D214A" w:rsidRDefault="002D214A" w:rsidP="00A60070">
            <w:r>
              <w:t>14.52</w:t>
            </w:r>
          </w:p>
        </w:tc>
        <w:tc>
          <w:tcPr>
            <w:tcW w:w="1261" w:type="dxa"/>
          </w:tcPr>
          <w:p w14:paraId="52EFE21E" w14:textId="77777777" w:rsidR="002D214A" w:rsidRDefault="002D214A" w:rsidP="00A60070"/>
        </w:tc>
      </w:tr>
      <w:tr w:rsidR="002D214A" w14:paraId="019D370A" w14:textId="77777777" w:rsidTr="00A60070">
        <w:tc>
          <w:tcPr>
            <w:tcW w:w="2376" w:type="dxa"/>
          </w:tcPr>
          <w:p w14:paraId="5B5C3B73" w14:textId="77777777" w:rsidR="002D214A" w:rsidRDefault="002D214A" w:rsidP="00A60070"/>
        </w:tc>
        <w:tc>
          <w:tcPr>
            <w:tcW w:w="2684" w:type="dxa"/>
          </w:tcPr>
          <w:p w14:paraId="7C61904D" w14:textId="77777777" w:rsidR="002D214A" w:rsidRDefault="002D214A" w:rsidP="00A60070">
            <w:r>
              <w:t>not at all</w:t>
            </w:r>
          </w:p>
        </w:tc>
        <w:tc>
          <w:tcPr>
            <w:tcW w:w="1274" w:type="dxa"/>
          </w:tcPr>
          <w:p w14:paraId="45E9DEE5" w14:textId="77777777" w:rsidR="002D214A" w:rsidRDefault="002D214A" w:rsidP="00A60070">
            <w:r>
              <w:t>2</w:t>
            </w:r>
          </w:p>
        </w:tc>
        <w:tc>
          <w:tcPr>
            <w:tcW w:w="1261" w:type="dxa"/>
          </w:tcPr>
          <w:p w14:paraId="3818DA06" w14:textId="77777777" w:rsidR="002D214A" w:rsidRDefault="002D214A" w:rsidP="00A60070">
            <w:r>
              <w:t>0.23</w:t>
            </w:r>
          </w:p>
        </w:tc>
        <w:tc>
          <w:tcPr>
            <w:tcW w:w="1261" w:type="dxa"/>
          </w:tcPr>
          <w:p w14:paraId="2C70E20F" w14:textId="77777777" w:rsidR="002D214A" w:rsidRDefault="002D214A" w:rsidP="00A60070"/>
        </w:tc>
      </w:tr>
      <w:tr w:rsidR="002D214A" w14:paraId="38779473" w14:textId="77777777" w:rsidTr="00A60070">
        <w:tc>
          <w:tcPr>
            <w:tcW w:w="2376" w:type="dxa"/>
          </w:tcPr>
          <w:p w14:paraId="07552918" w14:textId="77777777" w:rsidR="002D214A" w:rsidRDefault="002D214A" w:rsidP="00A60070"/>
        </w:tc>
        <w:tc>
          <w:tcPr>
            <w:tcW w:w="2684" w:type="dxa"/>
          </w:tcPr>
          <w:p w14:paraId="69162282" w14:textId="77777777" w:rsidR="002D214A" w:rsidRDefault="002D214A" w:rsidP="00A60070">
            <w:r>
              <w:t>other:</w:t>
            </w:r>
          </w:p>
        </w:tc>
        <w:tc>
          <w:tcPr>
            <w:tcW w:w="1274" w:type="dxa"/>
          </w:tcPr>
          <w:p w14:paraId="1136C1B0" w14:textId="77777777" w:rsidR="002D214A" w:rsidRDefault="002D214A" w:rsidP="00A60070">
            <w:r>
              <w:t>3</w:t>
            </w:r>
          </w:p>
        </w:tc>
        <w:tc>
          <w:tcPr>
            <w:tcW w:w="1261" w:type="dxa"/>
          </w:tcPr>
          <w:p w14:paraId="7CB140AB" w14:textId="77777777" w:rsidR="002D214A" w:rsidRDefault="002D214A" w:rsidP="00A60070">
            <w:r>
              <w:t>0.35</w:t>
            </w:r>
          </w:p>
        </w:tc>
        <w:tc>
          <w:tcPr>
            <w:tcW w:w="1261" w:type="dxa"/>
          </w:tcPr>
          <w:p w14:paraId="370AE81E" w14:textId="77777777" w:rsidR="002D214A" w:rsidRDefault="002D214A" w:rsidP="00A60070"/>
        </w:tc>
      </w:tr>
      <w:tr w:rsidR="002D214A" w14:paraId="27013160" w14:textId="77777777" w:rsidTr="00A60070">
        <w:tc>
          <w:tcPr>
            <w:tcW w:w="2376" w:type="dxa"/>
          </w:tcPr>
          <w:p w14:paraId="5E86D98A" w14:textId="77777777" w:rsidR="002D214A" w:rsidRDefault="002D214A" w:rsidP="00A60070"/>
        </w:tc>
        <w:tc>
          <w:tcPr>
            <w:tcW w:w="2684" w:type="dxa"/>
          </w:tcPr>
          <w:p w14:paraId="76547432" w14:textId="77777777" w:rsidR="002D214A" w:rsidRDefault="002D214A" w:rsidP="00A60070"/>
        </w:tc>
        <w:tc>
          <w:tcPr>
            <w:tcW w:w="1274" w:type="dxa"/>
          </w:tcPr>
          <w:p w14:paraId="20FAA60A" w14:textId="77777777" w:rsidR="002D214A" w:rsidRDefault="002D214A" w:rsidP="00A60070"/>
        </w:tc>
        <w:tc>
          <w:tcPr>
            <w:tcW w:w="1261" w:type="dxa"/>
          </w:tcPr>
          <w:p w14:paraId="4AC09B7C" w14:textId="77777777" w:rsidR="002D214A" w:rsidRDefault="002D214A" w:rsidP="00A60070"/>
        </w:tc>
        <w:tc>
          <w:tcPr>
            <w:tcW w:w="1261" w:type="dxa"/>
          </w:tcPr>
          <w:p w14:paraId="5A19B352" w14:textId="77777777" w:rsidR="002D214A" w:rsidRDefault="002D214A" w:rsidP="00A60070"/>
        </w:tc>
      </w:tr>
      <w:tr w:rsidR="002D214A" w14:paraId="27CFE013" w14:textId="77777777" w:rsidTr="00A60070">
        <w:tc>
          <w:tcPr>
            <w:tcW w:w="2376" w:type="dxa"/>
          </w:tcPr>
          <w:p w14:paraId="73CFE885" w14:textId="77777777" w:rsidR="002D214A" w:rsidRDefault="002D214A" w:rsidP="00A60070">
            <w:r>
              <w:t>Patient-related teaching and communication skills in radiotherapy are/were taught in our department primarily in the following teaching format (multiple choices possible): (n = 785)</w:t>
            </w:r>
          </w:p>
        </w:tc>
        <w:tc>
          <w:tcPr>
            <w:tcW w:w="2684" w:type="dxa"/>
          </w:tcPr>
          <w:p w14:paraId="0A181C73" w14:textId="77777777" w:rsidR="002D214A" w:rsidRDefault="002D214A" w:rsidP="00A60070">
            <w:r>
              <w:t>Answer</w:t>
            </w:r>
          </w:p>
        </w:tc>
        <w:tc>
          <w:tcPr>
            <w:tcW w:w="1274" w:type="dxa"/>
          </w:tcPr>
          <w:p w14:paraId="5A080B11" w14:textId="77777777" w:rsidR="002D214A" w:rsidRDefault="002D214A" w:rsidP="00A60070">
            <w:r>
              <w:t>Count</w:t>
            </w:r>
          </w:p>
        </w:tc>
        <w:tc>
          <w:tcPr>
            <w:tcW w:w="1261" w:type="dxa"/>
          </w:tcPr>
          <w:p w14:paraId="019D7A39" w14:textId="77777777" w:rsidR="002D214A" w:rsidRDefault="002D214A" w:rsidP="00A60070">
            <w:r>
              <w:t>%</w:t>
            </w:r>
          </w:p>
        </w:tc>
        <w:tc>
          <w:tcPr>
            <w:tcW w:w="1261" w:type="dxa"/>
          </w:tcPr>
          <w:p w14:paraId="11669787" w14:textId="77777777" w:rsidR="002D214A" w:rsidRDefault="002D214A" w:rsidP="00A60070"/>
        </w:tc>
      </w:tr>
      <w:tr w:rsidR="002D214A" w14:paraId="734FFAF6" w14:textId="77777777" w:rsidTr="00A60070">
        <w:tc>
          <w:tcPr>
            <w:tcW w:w="2376" w:type="dxa"/>
          </w:tcPr>
          <w:p w14:paraId="6CD4098F" w14:textId="77777777" w:rsidR="002D214A" w:rsidRDefault="002D214A" w:rsidP="00A60070"/>
        </w:tc>
        <w:tc>
          <w:tcPr>
            <w:tcW w:w="2684" w:type="dxa"/>
          </w:tcPr>
          <w:p w14:paraId="1D7FB48A" w14:textId="77777777" w:rsidR="002D214A" w:rsidRDefault="002D214A" w:rsidP="00A60070">
            <w:r>
              <w:t>Examination course (bedside teaching or similar)</w:t>
            </w:r>
          </w:p>
        </w:tc>
        <w:tc>
          <w:tcPr>
            <w:tcW w:w="1274" w:type="dxa"/>
          </w:tcPr>
          <w:p w14:paraId="473DDE7C" w14:textId="77777777" w:rsidR="002D214A" w:rsidRDefault="002D214A" w:rsidP="00A60070">
            <w:r>
              <w:t>106</w:t>
            </w:r>
          </w:p>
        </w:tc>
        <w:tc>
          <w:tcPr>
            <w:tcW w:w="1261" w:type="dxa"/>
          </w:tcPr>
          <w:p w14:paraId="2B8D1869" w14:textId="77777777" w:rsidR="002D214A" w:rsidRDefault="002D214A" w:rsidP="00A60070">
            <w:r>
              <w:t>13.5</w:t>
            </w:r>
          </w:p>
        </w:tc>
        <w:tc>
          <w:tcPr>
            <w:tcW w:w="1261" w:type="dxa"/>
          </w:tcPr>
          <w:p w14:paraId="5EEE340F" w14:textId="77777777" w:rsidR="002D214A" w:rsidRDefault="002D214A" w:rsidP="00A60070"/>
        </w:tc>
      </w:tr>
      <w:tr w:rsidR="002D214A" w14:paraId="778B4AD5" w14:textId="77777777" w:rsidTr="00A60070">
        <w:tc>
          <w:tcPr>
            <w:tcW w:w="2376" w:type="dxa"/>
          </w:tcPr>
          <w:p w14:paraId="5E5BB590" w14:textId="77777777" w:rsidR="002D214A" w:rsidRDefault="002D214A" w:rsidP="00A60070"/>
        </w:tc>
        <w:tc>
          <w:tcPr>
            <w:tcW w:w="2684" w:type="dxa"/>
          </w:tcPr>
          <w:p w14:paraId="7F513B70" w14:textId="77777777" w:rsidR="002D214A" w:rsidRDefault="002D214A" w:rsidP="00A60070">
            <w:r>
              <w:t>Seminar or internship</w:t>
            </w:r>
          </w:p>
        </w:tc>
        <w:tc>
          <w:tcPr>
            <w:tcW w:w="1274" w:type="dxa"/>
          </w:tcPr>
          <w:p w14:paraId="6A6227A1" w14:textId="77777777" w:rsidR="002D214A" w:rsidRDefault="002D214A" w:rsidP="00A60070">
            <w:r>
              <w:t>392</w:t>
            </w:r>
          </w:p>
        </w:tc>
        <w:tc>
          <w:tcPr>
            <w:tcW w:w="1261" w:type="dxa"/>
          </w:tcPr>
          <w:p w14:paraId="529733B6" w14:textId="77777777" w:rsidR="002D214A" w:rsidRDefault="002D214A" w:rsidP="00A60070">
            <w:r>
              <w:t>49.94</w:t>
            </w:r>
          </w:p>
        </w:tc>
        <w:tc>
          <w:tcPr>
            <w:tcW w:w="1261" w:type="dxa"/>
          </w:tcPr>
          <w:p w14:paraId="0DA7C05C" w14:textId="77777777" w:rsidR="002D214A" w:rsidRDefault="002D214A" w:rsidP="00A60070"/>
        </w:tc>
      </w:tr>
      <w:tr w:rsidR="002D214A" w14:paraId="5278776F" w14:textId="77777777" w:rsidTr="00A60070">
        <w:tc>
          <w:tcPr>
            <w:tcW w:w="2376" w:type="dxa"/>
          </w:tcPr>
          <w:p w14:paraId="35C2BD2C" w14:textId="77777777" w:rsidR="002D214A" w:rsidRDefault="002D214A" w:rsidP="00A60070"/>
        </w:tc>
        <w:tc>
          <w:tcPr>
            <w:tcW w:w="2684" w:type="dxa"/>
          </w:tcPr>
          <w:p w14:paraId="0AE01B20" w14:textId="77777777" w:rsidR="002D214A" w:rsidRDefault="002D214A" w:rsidP="00A60070">
            <w:r>
              <w:t>Hybrid format (e.g. combination of e-learning based pre-/post-</w:t>
            </w:r>
            <w:r>
              <w:lastRenderedPageBreak/>
              <w:t>processing and examination course)</w:t>
            </w:r>
          </w:p>
        </w:tc>
        <w:tc>
          <w:tcPr>
            <w:tcW w:w="1274" w:type="dxa"/>
          </w:tcPr>
          <w:p w14:paraId="527D61CE" w14:textId="77777777" w:rsidR="002D214A" w:rsidRDefault="002D214A" w:rsidP="00A60070">
            <w:r>
              <w:lastRenderedPageBreak/>
              <w:t>124</w:t>
            </w:r>
          </w:p>
        </w:tc>
        <w:tc>
          <w:tcPr>
            <w:tcW w:w="1261" w:type="dxa"/>
          </w:tcPr>
          <w:p w14:paraId="2F1E0B1B" w14:textId="77777777" w:rsidR="002D214A" w:rsidRDefault="002D214A" w:rsidP="00A60070">
            <w:r>
              <w:t>15.8</w:t>
            </w:r>
          </w:p>
        </w:tc>
        <w:tc>
          <w:tcPr>
            <w:tcW w:w="1261" w:type="dxa"/>
          </w:tcPr>
          <w:p w14:paraId="2E9CDA89" w14:textId="77777777" w:rsidR="002D214A" w:rsidRDefault="002D214A" w:rsidP="00A60070"/>
        </w:tc>
      </w:tr>
      <w:tr w:rsidR="002D214A" w14:paraId="6E66489B" w14:textId="77777777" w:rsidTr="00A60070">
        <w:tc>
          <w:tcPr>
            <w:tcW w:w="2376" w:type="dxa"/>
          </w:tcPr>
          <w:p w14:paraId="728AC9F8" w14:textId="77777777" w:rsidR="002D214A" w:rsidRDefault="002D214A" w:rsidP="00A60070"/>
        </w:tc>
        <w:tc>
          <w:tcPr>
            <w:tcW w:w="2684" w:type="dxa"/>
          </w:tcPr>
          <w:p w14:paraId="51731778" w14:textId="77777777" w:rsidR="002D214A" w:rsidRDefault="002D214A" w:rsidP="00A60070">
            <w:r>
              <w:t>exclusively e-learning based (e.g. as online video, online course)</w:t>
            </w:r>
          </w:p>
        </w:tc>
        <w:tc>
          <w:tcPr>
            <w:tcW w:w="1274" w:type="dxa"/>
          </w:tcPr>
          <w:p w14:paraId="4758317B" w14:textId="77777777" w:rsidR="002D214A" w:rsidRDefault="002D214A" w:rsidP="00A60070">
            <w:r>
              <w:t>34</w:t>
            </w:r>
          </w:p>
        </w:tc>
        <w:tc>
          <w:tcPr>
            <w:tcW w:w="1261" w:type="dxa"/>
          </w:tcPr>
          <w:p w14:paraId="1D6F2230" w14:textId="77777777" w:rsidR="002D214A" w:rsidRDefault="002D214A" w:rsidP="00A60070">
            <w:r>
              <w:t>4.33</w:t>
            </w:r>
          </w:p>
        </w:tc>
        <w:tc>
          <w:tcPr>
            <w:tcW w:w="1261" w:type="dxa"/>
          </w:tcPr>
          <w:p w14:paraId="4B7F517F" w14:textId="77777777" w:rsidR="002D214A" w:rsidRDefault="002D214A" w:rsidP="00A60070"/>
        </w:tc>
      </w:tr>
      <w:tr w:rsidR="002D214A" w14:paraId="7C9AE90C" w14:textId="77777777" w:rsidTr="00A60070">
        <w:tc>
          <w:tcPr>
            <w:tcW w:w="2376" w:type="dxa"/>
          </w:tcPr>
          <w:p w14:paraId="64FC497C" w14:textId="77777777" w:rsidR="002D214A" w:rsidRDefault="002D214A" w:rsidP="00A60070"/>
        </w:tc>
        <w:tc>
          <w:tcPr>
            <w:tcW w:w="2684" w:type="dxa"/>
          </w:tcPr>
          <w:p w14:paraId="3D9BF888" w14:textId="77777777" w:rsidR="002D214A" w:rsidRDefault="002D214A" w:rsidP="00A60070">
            <w:r>
              <w:t>not at all</w:t>
            </w:r>
          </w:p>
        </w:tc>
        <w:tc>
          <w:tcPr>
            <w:tcW w:w="1274" w:type="dxa"/>
          </w:tcPr>
          <w:p w14:paraId="239A551F" w14:textId="77777777" w:rsidR="002D214A" w:rsidRDefault="002D214A" w:rsidP="00A60070">
            <w:r>
              <w:t>239</w:t>
            </w:r>
          </w:p>
        </w:tc>
        <w:tc>
          <w:tcPr>
            <w:tcW w:w="1261" w:type="dxa"/>
          </w:tcPr>
          <w:p w14:paraId="72C04653" w14:textId="77777777" w:rsidR="002D214A" w:rsidRDefault="002D214A" w:rsidP="00A60070">
            <w:r>
              <w:t>30.45</w:t>
            </w:r>
          </w:p>
        </w:tc>
        <w:tc>
          <w:tcPr>
            <w:tcW w:w="1261" w:type="dxa"/>
          </w:tcPr>
          <w:p w14:paraId="5556C39B" w14:textId="77777777" w:rsidR="002D214A" w:rsidRDefault="002D214A" w:rsidP="00A60070"/>
        </w:tc>
      </w:tr>
      <w:tr w:rsidR="002D214A" w14:paraId="3FBD895F" w14:textId="77777777" w:rsidTr="00A60070">
        <w:tc>
          <w:tcPr>
            <w:tcW w:w="2376" w:type="dxa"/>
          </w:tcPr>
          <w:p w14:paraId="5DEB6619" w14:textId="77777777" w:rsidR="002D214A" w:rsidRDefault="002D214A" w:rsidP="00A60070"/>
        </w:tc>
        <w:tc>
          <w:tcPr>
            <w:tcW w:w="2684" w:type="dxa"/>
          </w:tcPr>
          <w:p w14:paraId="2AB8A6EC" w14:textId="77777777" w:rsidR="002D214A" w:rsidRDefault="002D214A" w:rsidP="00A60070">
            <w:r>
              <w:t>I can't remember</w:t>
            </w:r>
          </w:p>
        </w:tc>
        <w:tc>
          <w:tcPr>
            <w:tcW w:w="1274" w:type="dxa"/>
          </w:tcPr>
          <w:p w14:paraId="08E87D69" w14:textId="77777777" w:rsidR="002D214A" w:rsidRDefault="002D214A" w:rsidP="00A60070">
            <w:r>
              <w:t>81</w:t>
            </w:r>
          </w:p>
        </w:tc>
        <w:tc>
          <w:tcPr>
            <w:tcW w:w="1261" w:type="dxa"/>
          </w:tcPr>
          <w:p w14:paraId="5A1FD82B" w14:textId="77777777" w:rsidR="002D214A" w:rsidRDefault="002D214A" w:rsidP="00A60070">
            <w:r>
              <w:t>10.32</w:t>
            </w:r>
          </w:p>
        </w:tc>
        <w:tc>
          <w:tcPr>
            <w:tcW w:w="1261" w:type="dxa"/>
          </w:tcPr>
          <w:p w14:paraId="12B4DE36" w14:textId="77777777" w:rsidR="002D214A" w:rsidRDefault="002D214A" w:rsidP="00A60070"/>
        </w:tc>
      </w:tr>
      <w:tr w:rsidR="002D214A" w14:paraId="78F1C5A1" w14:textId="77777777" w:rsidTr="00A60070">
        <w:tc>
          <w:tcPr>
            <w:tcW w:w="2376" w:type="dxa"/>
          </w:tcPr>
          <w:p w14:paraId="654BCD7D" w14:textId="77777777" w:rsidR="002D214A" w:rsidRDefault="002D214A" w:rsidP="00A60070"/>
        </w:tc>
        <w:tc>
          <w:tcPr>
            <w:tcW w:w="2684" w:type="dxa"/>
          </w:tcPr>
          <w:p w14:paraId="2817154B" w14:textId="77777777" w:rsidR="002D214A" w:rsidRDefault="002D214A" w:rsidP="00A60070">
            <w:r>
              <w:t>other:</w:t>
            </w:r>
          </w:p>
        </w:tc>
        <w:tc>
          <w:tcPr>
            <w:tcW w:w="1274" w:type="dxa"/>
          </w:tcPr>
          <w:p w14:paraId="1898B2C5" w14:textId="77777777" w:rsidR="002D214A" w:rsidRDefault="002D214A" w:rsidP="00A60070">
            <w:r>
              <w:t>16</w:t>
            </w:r>
          </w:p>
        </w:tc>
        <w:tc>
          <w:tcPr>
            <w:tcW w:w="1261" w:type="dxa"/>
          </w:tcPr>
          <w:p w14:paraId="350EDED9" w14:textId="77777777" w:rsidR="002D214A" w:rsidRDefault="002D214A" w:rsidP="00A60070">
            <w:r>
              <w:t>2.04</w:t>
            </w:r>
          </w:p>
        </w:tc>
        <w:tc>
          <w:tcPr>
            <w:tcW w:w="1261" w:type="dxa"/>
          </w:tcPr>
          <w:p w14:paraId="1687F5EA" w14:textId="77777777" w:rsidR="002D214A" w:rsidRDefault="002D214A" w:rsidP="00A60070"/>
        </w:tc>
      </w:tr>
      <w:tr w:rsidR="002D214A" w14:paraId="4EC5E1DE" w14:textId="77777777" w:rsidTr="00A60070">
        <w:tc>
          <w:tcPr>
            <w:tcW w:w="2376" w:type="dxa"/>
          </w:tcPr>
          <w:p w14:paraId="6E37B775" w14:textId="77777777" w:rsidR="002D214A" w:rsidRDefault="002D214A" w:rsidP="00A60070"/>
        </w:tc>
        <w:tc>
          <w:tcPr>
            <w:tcW w:w="2684" w:type="dxa"/>
          </w:tcPr>
          <w:p w14:paraId="6A85FB03" w14:textId="77777777" w:rsidR="002D214A" w:rsidRDefault="002D214A" w:rsidP="00A60070"/>
        </w:tc>
        <w:tc>
          <w:tcPr>
            <w:tcW w:w="1274" w:type="dxa"/>
          </w:tcPr>
          <w:p w14:paraId="30FB9781" w14:textId="77777777" w:rsidR="002D214A" w:rsidRDefault="002D214A" w:rsidP="00A60070"/>
        </w:tc>
        <w:tc>
          <w:tcPr>
            <w:tcW w:w="1261" w:type="dxa"/>
          </w:tcPr>
          <w:p w14:paraId="3EEFFB8B" w14:textId="77777777" w:rsidR="002D214A" w:rsidRDefault="002D214A" w:rsidP="00A60070"/>
        </w:tc>
        <w:tc>
          <w:tcPr>
            <w:tcW w:w="1261" w:type="dxa"/>
          </w:tcPr>
          <w:p w14:paraId="1791C882" w14:textId="77777777" w:rsidR="002D214A" w:rsidRDefault="002D214A" w:rsidP="00A60070"/>
        </w:tc>
      </w:tr>
      <w:tr w:rsidR="002D214A" w14:paraId="3A2F16EA" w14:textId="77777777" w:rsidTr="00A60070">
        <w:tc>
          <w:tcPr>
            <w:tcW w:w="2376" w:type="dxa"/>
          </w:tcPr>
          <w:p w14:paraId="1876D5CC" w14:textId="77777777" w:rsidR="002D214A" w:rsidRDefault="002D214A" w:rsidP="00A60070">
            <w:r>
              <w:t>Patient-focused teaching and communication skills in radiotherapy should most likely be taught in the following teaching format: (n = 781)</w:t>
            </w:r>
          </w:p>
        </w:tc>
        <w:tc>
          <w:tcPr>
            <w:tcW w:w="2684" w:type="dxa"/>
          </w:tcPr>
          <w:p w14:paraId="21F4A5EA" w14:textId="77777777" w:rsidR="002D214A" w:rsidRDefault="002D214A" w:rsidP="00A60070">
            <w:r>
              <w:t>Answer</w:t>
            </w:r>
          </w:p>
        </w:tc>
        <w:tc>
          <w:tcPr>
            <w:tcW w:w="1274" w:type="dxa"/>
          </w:tcPr>
          <w:p w14:paraId="418DBB54" w14:textId="77777777" w:rsidR="002D214A" w:rsidRDefault="002D214A" w:rsidP="00A60070">
            <w:r>
              <w:t>Count</w:t>
            </w:r>
          </w:p>
        </w:tc>
        <w:tc>
          <w:tcPr>
            <w:tcW w:w="1261" w:type="dxa"/>
          </w:tcPr>
          <w:p w14:paraId="75585DA1" w14:textId="77777777" w:rsidR="002D214A" w:rsidRDefault="002D214A" w:rsidP="00A60070">
            <w:r>
              <w:t>%</w:t>
            </w:r>
          </w:p>
        </w:tc>
        <w:tc>
          <w:tcPr>
            <w:tcW w:w="1261" w:type="dxa"/>
          </w:tcPr>
          <w:p w14:paraId="5A0CDAB4" w14:textId="77777777" w:rsidR="002D214A" w:rsidRDefault="002D214A" w:rsidP="00A60070"/>
        </w:tc>
      </w:tr>
      <w:tr w:rsidR="002D214A" w14:paraId="41729F9C" w14:textId="77777777" w:rsidTr="00A60070">
        <w:tc>
          <w:tcPr>
            <w:tcW w:w="2376" w:type="dxa"/>
          </w:tcPr>
          <w:p w14:paraId="3B8EDB96" w14:textId="77777777" w:rsidR="002D214A" w:rsidRDefault="002D214A" w:rsidP="00A60070"/>
        </w:tc>
        <w:tc>
          <w:tcPr>
            <w:tcW w:w="2684" w:type="dxa"/>
          </w:tcPr>
          <w:p w14:paraId="728AD564" w14:textId="77777777" w:rsidR="002D214A" w:rsidRDefault="002D214A" w:rsidP="00A60070">
            <w:r>
              <w:t>Examination course (bedside teaching or similar)</w:t>
            </w:r>
          </w:p>
        </w:tc>
        <w:tc>
          <w:tcPr>
            <w:tcW w:w="1274" w:type="dxa"/>
          </w:tcPr>
          <w:p w14:paraId="53295D9B" w14:textId="77777777" w:rsidR="002D214A" w:rsidRDefault="002D214A" w:rsidP="00A60070">
            <w:r>
              <w:t>379</w:t>
            </w:r>
          </w:p>
        </w:tc>
        <w:tc>
          <w:tcPr>
            <w:tcW w:w="1261" w:type="dxa"/>
          </w:tcPr>
          <w:p w14:paraId="74F8DBF2" w14:textId="77777777" w:rsidR="002D214A" w:rsidRDefault="002D214A" w:rsidP="00A60070">
            <w:r>
              <w:t>48.53</w:t>
            </w:r>
          </w:p>
        </w:tc>
        <w:tc>
          <w:tcPr>
            <w:tcW w:w="1261" w:type="dxa"/>
          </w:tcPr>
          <w:p w14:paraId="0A1ACE8D" w14:textId="77777777" w:rsidR="002D214A" w:rsidRDefault="002D214A" w:rsidP="00A60070"/>
        </w:tc>
      </w:tr>
      <w:tr w:rsidR="002D214A" w14:paraId="65B70CDD" w14:textId="77777777" w:rsidTr="00A60070">
        <w:tc>
          <w:tcPr>
            <w:tcW w:w="2376" w:type="dxa"/>
          </w:tcPr>
          <w:p w14:paraId="6561F9D6" w14:textId="77777777" w:rsidR="002D214A" w:rsidRDefault="002D214A" w:rsidP="00A60070"/>
        </w:tc>
        <w:tc>
          <w:tcPr>
            <w:tcW w:w="2684" w:type="dxa"/>
          </w:tcPr>
          <w:p w14:paraId="7ABA8298" w14:textId="77777777" w:rsidR="002D214A" w:rsidRDefault="002D214A" w:rsidP="00A60070">
            <w:r>
              <w:t>Seminar or internship</w:t>
            </w:r>
          </w:p>
        </w:tc>
        <w:tc>
          <w:tcPr>
            <w:tcW w:w="1274" w:type="dxa"/>
          </w:tcPr>
          <w:p w14:paraId="60310B16" w14:textId="77777777" w:rsidR="002D214A" w:rsidRDefault="002D214A" w:rsidP="00A60070">
            <w:r>
              <w:t>346</w:t>
            </w:r>
          </w:p>
        </w:tc>
        <w:tc>
          <w:tcPr>
            <w:tcW w:w="1261" w:type="dxa"/>
          </w:tcPr>
          <w:p w14:paraId="54832D39" w14:textId="77777777" w:rsidR="002D214A" w:rsidRDefault="002D214A" w:rsidP="00A60070">
            <w:r>
              <w:t>44.3</w:t>
            </w:r>
          </w:p>
        </w:tc>
        <w:tc>
          <w:tcPr>
            <w:tcW w:w="1261" w:type="dxa"/>
          </w:tcPr>
          <w:p w14:paraId="476AC291" w14:textId="77777777" w:rsidR="002D214A" w:rsidRDefault="002D214A" w:rsidP="00A60070"/>
        </w:tc>
      </w:tr>
      <w:tr w:rsidR="002D214A" w14:paraId="7D4A2FBC" w14:textId="77777777" w:rsidTr="00A60070">
        <w:tc>
          <w:tcPr>
            <w:tcW w:w="2376" w:type="dxa"/>
          </w:tcPr>
          <w:p w14:paraId="3A757279" w14:textId="77777777" w:rsidR="002D214A" w:rsidRDefault="002D214A" w:rsidP="00A60070"/>
        </w:tc>
        <w:tc>
          <w:tcPr>
            <w:tcW w:w="2684" w:type="dxa"/>
          </w:tcPr>
          <w:p w14:paraId="46B54CEB" w14:textId="77777777" w:rsidR="002D214A" w:rsidRDefault="002D214A" w:rsidP="00A60070">
            <w:r>
              <w:t>not at all</w:t>
            </w:r>
          </w:p>
        </w:tc>
        <w:tc>
          <w:tcPr>
            <w:tcW w:w="1274" w:type="dxa"/>
          </w:tcPr>
          <w:p w14:paraId="3454BFB8" w14:textId="77777777" w:rsidR="002D214A" w:rsidRDefault="002D214A" w:rsidP="00A60070">
            <w:r>
              <w:t>45</w:t>
            </w:r>
          </w:p>
        </w:tc>
        <w:tc>
          <w:tcPr>
            <w:tcW w:w="1261" w:type="dxa"/>
          </w:tcPr>
          <w:p w14:paraId="324BC259" w14:textId="77777777" w:rsidR="002D214A" w:rsidRDefault="002D214A" w:rsidP="00A60070">
            <w:r>
              <w:t>5.76</w:t>
            </w:r>
          </w:p>
        </w:tc>
        <w:tc>
          <w:tcPr>
            <w:tcW w:w="1261" w:type="dxa"/>
          </w:tcPr>
          <w:p w14:paraId="1F6B9545" w14:textId="77777777" w:rsidR="002D214A" w:rsidRDefault="002D214A" w:rsidP="00A60070"/>
        </w:tc>
      </w:tr>
      <w:tr w:rsidR="002D214A" w14:paraId="0874F036" w14:textId="77777777" w:rsidTr="00A60070">
        <w:tc>
          <w:tcPr>
            <w:tcW w:w="2376" w:type="dxa"/>
          </w:tcPr>
          <w:p w14:paraId="22163DEE" w14:textId="77777777" w:rsidR="002D214A" w:rsidRDefault="002D214A" w:rsidP="00A60070"/>
        </w:tc>
        <w:tc>
          <w:tcPr>
            <w:tcW w:w="2684" w:type="dxa"/>
          </w:tcPr>
          <w:p w14:paraId="4A52860A" w14:textId="77777777" w:rsidR="002D214A" w:rsidRDefault="002D214A" w:rsidP="00A60070">
            <w:r>
              <w:t>other:</w:t>
            </w:r>
          </w:p>
        </w:tc>
        <w:tc>
          <w:tcPr>
            <w:tcW w:w="1274" w:type="dxa"/>
          </w:tcPr>
          <w:p w14:paraId="5AECF869" w14:textId="77777777" w:rsidR="002D214A" w:rsidRDefault="002D214A" w:rsidP="00A60070">
            <w:r>
              <w:t>11</w:t>
            </w:r>
          </w:p>
        </w:tc>
        <w:tc>
          <w:tcPr>
            <w:tcW w:w="1261" w:type="dxa"/>
          </w:tcPr>
          <w:p w14:paraId="5002B89F" w14:textId="77777777" w:rsidR="002D214A" w:rsidRDefault="002D214A" w:rsidP="00A60070">
            <w:r>
              <w:t>1.41</w:t>
            </w:r>
          </w:p>
        </w:tc>
        <w:tc>
          <w:tcPr>
            <w:tcW w:w="1261" w:type="dxa"/>
          </w:tcPr>
          <w:p w14:paraId="13719BDC" w14:textId="77777777" w:rsidR="002D214A" w:rsidRDefault="002D214A" w:rsidP="00A60070"/>
        </w:tc>
      </w:tr>
      <w:tr w:rsidR="002D214A" w14:paraId="06AA4734" w14:textId="77777777" w:rsidTr="00A60070">
        <w:tc>
          <w:tcPr>
            <w:tcW w:w="2376" w:type="dxa"/>
          </w:tcPr>
          <w:p w14:paraId="092FFE52" w14:textId="77777777" w:rsidR="002D214A" w:rsidRDefault="002D214A" w:rsidP="00A60070"/>
        </w:tc>
        <w:tc>
          <w:tcPr>
            <w:tcW w:w="2684" w:type="dxa"/>
          </w:tcPr>
          <w:p w14:paraId="113C33D5" w14:textId="77777777" w:rsidR="002D214A" w:rsidRDefault="002D214A" w:rsidP="00A60070"/>
        </w:tc>
        <w:tc>
          <w:tcPr>
            <w:tcW w:w="1274" w:type="dxa"/>
          </w:tcPr>
          <w:p w14:paraId="4D9D3404" w14:textId="77777777" w:rsidR="002D214A" w:rsidRDefault="002D214A" w:rsidP="00A60070"/>
        </w:tc>
        <w:tc>
          <w:tcPr>
            <w:tcW w:w="1261" w:type="dxa"/>
          </w:tcPr>
          <w:p w14:paraId="22E15BCA" w14:textId="77777777" w:rsidR="002D214A" w:rsidRDefault="002D214A" w:rsidP="00A60070"/>
        </w:tc>
        <w:tc>
          <w:tcPr>
            <w:tcW w:w="1261" w:type="dxa"/>
          </w:tcPr>
          <w:p w14:paraId="3A8B2229" w14:textId="77777777" w:rsidR="002D214A" w:rsidRDefault="002D214A" w:rsidP="00A60070"/>
        </w:tc>
      </w:tr>
      <w:tr w:rsidR="002D214A" w14:paraId="2345AE56" w14:textId="77777777" w:rsidTr="00A60070">
        <w:tc>
          <w:tcPr>
            <w:tcW w:w="2376" w:type="dxa"/>
          </w:tcPr>
          <w:p w14:paraId="4D7A543B" w14:textId="77777777" w:rsidR="002D214A" w:rsidRDefault="002D214A" w:rsidP="00A60070">
            <w:r>
              <w:t>Patient-related teaching and communication skills in radiotherapy should most likely be taught in the following form: (n = 779)</w:t>
            </w:r>
          </w:p>
        </w:tc>
        <w:tc>
          <w:tcPr>
            <w:tcW w:w="2684" w:type="dxa"/>
          </w:tcPr>
          <w:p w14:paraId="68FE3A11" w14:textId="77777777" w:rsidR="002D214A" w:rsidRDefault="002D214A" w:rsidP="00A60070">
            <w:r>
              <w:t>Answer</w:t>
            </w:r>
          </w:p>
        </w:tc>
        <w:tc>
          <w:tcPr>
            <w:tcW w:w="1274" w:type="dxa"/>
          </w:tcPr>
          <w:p w14:paraId="7C0687D2" w14:textId="77777777" w:rsidR="002D214A" w:rsidRDefault="002D214A" w:rsidP="00A60070">
            <w:r>
              <w:t>Count</w:t>
            </w:r>
          </w:p>
        </w:tc>
        <w:tc>
          <w:tcPr>
            <w:tcW w:w="1261" w:type="dxa"/>
          </w:tcPr>
          <w:p w14:paraId="219587D7" w14:textId="77777777" w:rsidR="002D214A" w:rsidRDefault="002D214A" w:rsidP="00A60070">
            <w:r>
              <w:t>%</w:t>
            </w:r>
          </w:p>
        </w:tc>
        <w:tc>
          <w:tcPr>
            <w:tcW w:w="1261" w:type="dxa"/>
          </w:tcPr>
          <w:p w14:paraId="00890306" w14:textId="77777777" w:rsidR="002D214A" w:rsidRDefault="002D214A" w:rsidP="00A60070"/>
        </w:tc>
      </w:tr>
      <w:tr w:rsidR="002D214A" w14:paraId="34B97F0E" w14:textId="77777777" w:rsidTr="00A60070">
        <w:tc>
          <w:tcPr>
            <w:tcW w:w="2376" w:type="dxa"/>
          </w:tcPr>
          <w:p w14:paraId="433DD2B7" w14:textId="77777777" w:rsidR="002D214A" w:rsidRDefault="002D214A" w:rsidP="00A60070"/>
        </w:tc>
        <w:tc>
          <w:tcPr>
            <w:tcW w:w="2684" w:type="dxa"/>
          </w:tcPr>
          <w:p w14:paraId="35C981AC" w14:textId="77777777" w:rsidR="002D214A" w:rsidRDefault="002D214A" w:rsidP="00A60070">
            <w:r>
              <w:t>In-person event</w:t>
            </w:r>
          </w:p>
        </w:tc>
        <w:tc>
          <w:tcPr>
            <w:tcW w:w="1274" w:type="dxa"/>
          </w:tcPr>
          <w:p w14:paraId="0E8074B6" w14:textId="77777777" w:rsidR="002D214A" w:rsidRDefault="002D214A" w:rsidP="00A60070">
            <w:r>
              <w:t>497</w:t>
            </w:r>
          </w:p>
        </w:tc>
        <w:tc>
          <w:tcPr>
            <w:tcW w:w="1261" w:type="dxa"/>
          </w:tcPr>
          <w:p w14:paraId="710A19B2" w14:textId="77777777" w:rsidR="002D214A" w:rsidRDefault="002D214A" w:rsidP="00A60070">
            <w:r>
              <w:t>63.8</w:t>
            </w:r>
          </w:p>
        </w:tc>
        <w:tc>
          <w:tcPr>
            <w:tcW w:w="1261" w:type="dxa"/>
          </w:tcPr>
          <w:p w14:paraId="2B88A89E" w14:textId="77777777" w:rsidR="002D214A" w:rsidRDefault="002D214A" w:rsidP="00A60070"/>
        </w:tc>
      </w:tr>
      <w:tr w:rsidR="002D214A" w14:paraId="438553C9" w14:textId="77777777" w:rsidTr="00A60070">
        <w:tc>
          <w:tcPr>
            <w:tcW w:w="2376" w:type="dxa"/>
          </w:tcPr>
          <w:p w14:paraId="4B4C04C4" w14:textId="77777777" w:rsidR="002D214A" w:rsidRDefault="002D214A" w:rsidP="00A60070"/>
        </w:tc>
        <w:tc>
          <w:tcPr>
            <w:tcW w:w="2684" w:type="dxa"/>
          </w:tcPr>
          <w:p w14:paraId="3E5FB463" w14:textId="77777777" w:rsidR="002D214A" w:rsidRDefault="002D214A" w:rsidP="00A60070">
            <w:r>
              <w:t>hybrid format (both as a face-to-face event and e-learning-based (e.g. as an online video, online course))</w:t>
            </w:r>
          </w:p>
        </w:tc>
        <w:tc>
          <w:tcPr>
            <w:tcW w:w="1274" w:type="dxa"/>
          </w:tcPr>
          <w:p w14:paraId="789803FE" w14:textId="77777777" w:rsidR="002D214A" w:rsidRDefault="002D214A" w:rsidP="00A60070">
            <w:r>
              <w:t>221</w:t>
            </w:r>
          </w:p>
        </w:tc>
        <w:tc>
          <w:tcPr>
            <w:tcW w:w="1261" w:type="dxa"/>
          </w:tcPr>
          <w:p w14:paraId="7ADE12CB" w14:textId="77777777" w:rsidR="002D214A" w:rsidRDefault="002D214A" w:rsidP="00A60070">
            <w:r>
              <w:t>28.37</w:t>
            </w:r>
          </w:p>
        </w:tc>
        <w:tc>
          <w:tcPr>
            <w:tcW w:w="1261" w:type="dxa"/>
          </w:tcPr>
          <w:p w14:paraId="3483E8C3" w14:textId="77777777" w:rsidR="002D214A" w:rsidRDefault="002D214A" w:rsidP="00A60070"/>
        </w:tc>
      </w:tr>
      <w:tr w:rsidR="002D214A" w14:paraId="29C3853C" w14:textId="77777777" w:rsidTr="00A60070">
        <w:tc>
          <w:tcPr>
            <w:tcW w:w="2376" w:type="dxa"/>
          </w:tcPr>
          <w:p w14:paraId="6CEC22C7" w14:textId="77777777" w:rsidR="002D214A" w:rsidRDefault="002D214A" w:rsidP="00A60070"/>
        </w:tc>
        <w:tc>
          <w:tcPr>
            <w:tcW w:w="2684" w:type="dxa"/>
          </w:tcPr>
          <w:p w14:paraId="39FF278D" w14:textId="77777777" w:rsidR="002D214A" w:rsidRDefault="002D214A" w:rsidP="00A60070">
            <w:r>
              <w:t>exclusively e-learning based (e.g. as online video, online course)</w:t>
            </w:r>
          </w:p>
        </w:tc>
        <w:tc>
          <w:tcPr>
            <w:tcW w:w="1274" w:type="dxa"/>
          </w:tcPr>
          <w:p w14:paraId="0C9D1E6C" w14:textId="77777777" w:rsidR="002D214A" w:rsidRDefault="002D214A" w:rsidP="00A60070">
            <w:r>
              <w:t>21</w:t>
            </w:r>
          </w:p>
        </w:tc>
        <w:tc>
          <w:tcPr>
            <w:tcW w:w="1261" w:type="dxa"/>
          </w:tcPr>
          <w:p w14:paraId="02A4D2AE" w14:textId="77777777" w:rsidR="002D214A" w:rsidRDefault="002D214A" w:rsidP="00A60070">
            <w:r>
              <w:t>2.7</w:t>
            </w:r>
          </w:p>
        </w:tc>
        <w:tc>
          <w:tcPr>
            <w:tcW w:w="1261" w:type="dxa"/>
          </w:tcPr>
          <w:p w14:paraId="08330E98" w14:textId="77777777" w:rsidR="002D214A" w:rsidRDefault="002D214A" w:rsidP="00A60070"/>
        </w:tc>
      </w:tr>
      <w:tr w:rsidR="002D214A" w14:paraId="635358BA" w14:textId="77777777" w:rsidTr="00A60070">
        <w:tc>
          <w:tcPr>
            <w:tcW w:w="2376" w:type="dxa"/>
          </w:tcPr>
          <w:p w14:paraId="4CDB191E" w14:textId="77777777" w:rsidR="002D214A" w:rsidRDefault="002D214A" w:rsidP="00A60070"/>
        </w:tc>
        <w:tc>
          <w:tcPr>
            <w:tcW w:w="2684" w:type="dxa"/>
          </w:tcPr>
          <w:p w14:paraId="0C5F65B0" w14:textId="77777777" w:rsidR="002D214A" w:rsidRDefault="002D214A" w:rsidP="00A60070">
            <w:r>
              <w:t>not at all</w:t>
            </w:r>
          </w:p>
        </w:tc>
        <w:tc>
          <w:tcPr>
            <w:tcW w:w="1274" w:type="dxa"/>
          </w:tcPr>
          <w:p w14:paraId="42CCBB32" w14:textId="77777777" w:rsidR="002D214A" w:rsidRDefault="002D214A" w:rsidP="00A60070">
            <w:r>
              <w:t>36</w:t>
            </w:r>
          </w:p>
        </w:tc>
        <w:tc>
          <w:tcPr>
            <w:tcW w:w="1261" w:type="dxa"/>
          </w:tcPr>
          <w:p w14:paraId="43365816" w14:textId="77777777" w:rsidR="002D214A" w:rsidRDefault="002D214A" w:rsidP="00A60070">
            <w:r>
              <w:t>4.62</w:t>
            </w:r>
          </w:p>
        </w:tc>
        <w:tc>
          <w:tcPr>
            <w:tcW w:w="1261" w:type="dxa"/>
          </w:tcPr>
          <w:p w14:paraId="16DE258D" w14:textId="77777777" w:rsidR="002D214A" w:rsidRDefault="002D214A" w:rsidP="00A60070"/>
        </w:tc>
      </w:tr>
      <w:tr w:rsidR="002D214A" w14:paraId="002ECDD5" w14:textId="77777777" w:rsidTr="00A60070">
        <w:tc>
          <w:tcPr>
            <w:tcW w:w="2376" w:type="dxa"/>
          </w:tcPr>
          <w:p w14:paraId="0F7FD4DB" w14:textId="77777777" w:rsidR="002D214A" w:rsidRDefault="002D214A" w:rsidP="00A60070"/>
        </w:tc>
        <w:tc>
          <w:tcPr>
            <w:tcW w:w="2684" w:type="dxa"/>
          </w:tcPr>
          <w:p w14:paraId="36157DA5" w14:textId="77777777" w:rsidR="002D214A" w:rsidRDefault="002D214A" w:rsidP="00A60070">
            <w:r>
              <w:t>other:</w:t>
            </w:r>
          </w:p>
        </w:tc>
        <w:tc>
          <w:tcPr>
            <w:tcW w:w="1274" w:type="dxa"/>
          </w:tcPr>
          <w:p w14:paraId="71820399" w14:textId="77777777" w:rsidR="002D214A" w:rsidRDefault="002D214A" w:rsidP="00A60070">
            <w:r>
              <w:t>4</w:t>
            </w:r>
          </w:p>
        </w:tc>
        <w:tc>
          <w:tcPr>
            <w:tcW w:w="1261" w:type="dxa"/>
          </w:tcPr>
          <w:p w14:paraId="23D0EA90" w14:textId="77777777" w:rsidR="002D214A" w:rsidRDefault="002D214A" w:rsidP="00A60070">
            <w:r>
              <w:t>0.51</w:t>
            </w:r>
          </w:p>
        </w:tc>
        <w:tc>
          <w:tcPr>
            <w:tcW w:w="1261" w:type="dxa"/>
          </w:tcPr>
          <w:p w14:paraId="20C35208" w14:textId="77777777" w:rsidR="002D214A" w:rsidRDefault="002D214A" w:rsidP="00A60070"/>
        </w:tc>
      </w:tr>
      <w:tr w:rsidR="002D214A" w14:paraId="46B30573" w14:textId="77777777" w:rsidTr="00A60070">
        <w:tc>
          <w:tcPr>
            <w:tcW w:w="2376" w:type="dxa"/>
          </w:tcPr>
          <w:p w14:paraId="1E9B1E73" w14:textId="77777777" w:rsidR="002D214A" w:rsidRDefault="002D214A" w:rsidP="00A60070"/>
        </w:tc>
        <w:tc>
          <w:tcPr>
            <w:tcW w:w="2684" w:type="dxa"/>
          </w:tcPr>
          <w:p w14:paraId="3FEBF2DA" w14:textId="77777777" w:rsidR="002D214A" w:rsidRDefault="002D214A" w:rsidP="00A60070"/>
        </w:tc>
        <w:tc>
          <w:tcPr>
            <w:tcW w:w="1274" w:type="dxa"/>
          </w:tcPr>
          <w:p w14:paraId="59D06B96" w14:textId="77777777" w:rsidR="002D214A" w:rsidRDefault="002D214A" w:rsidP="00A60070"/>
        </w:tc>
        <w:tc>
          <w:tcPr>
            <w:tcW w:w="1261" w:type="dxa"/>
          </w:tcPr>
          <w:p w14:paraId="2BBC43E4" w14:textId="77777777" w:rsidR="002D214A" w:rsidRDefault="002D214A" w:rsidP="00A60070"/>
        </w:tc>
        <w:tc>
          <w:tcPr>
            <w:tcW w:w="1261" w:type="dxa"/>
          </w:tcPr>
          <w:p w14:paraId="708558F8" w14:textId="77777777" w:rsidR="002D214A" w:rsidRDefault="002D214A" w:rsidP="00A60070"/>
        </w:tc>
      </w:tr>
      <w:tr w:rsidR="002D214A" w14:paraId="7742AC03" w14:textId="77777777" w:rsidTr="00A60070">
        <w:tc>
          <w:tcPr>
            <w:tcW w:w="2376" w:type="dxa"/>
          </w:tcPr>
          <w:p w14:paraId="5CE4E138" w14:textId="77777777" w:rsidR="002D214A" w:rsidRDefault="002D214A" w:rsidP="00A60070">
            <w:r>
              <w:t>Patient-focused teaching and communication skills in radiation therapy are/were adequately taught at our faculty. (n = 774)</w:t>
            </w:r>
          </w:p>
        </w:tc>
        <w:tc>
          <w:tcPr>
            <w:tcW w:w="2684" w:type="dxa"/>
          </w:tcPr>
          <w:p w14:paraId="53A11662" w14:textId="77777777" w:rsidR="002D214A" w:rsidRDefault="002D214A" w:rsidP="00A60070">
            <w:r>
              <w:t>Answer</w:t>
            </w:r>
          </w:p>
        </w:tc>
        <w:tc>
          <w:tcPr>
            <w:tcW w:w="1274" w:type="dxa"/>
          </w:tcPr>
          <w:p w14:paraId="65E47CCC" w14:textId="77777777" w:rsidR="002D214A" w:rsidRDefault="002D214A" w:rsidP="00A60070">
            <w:r>
              <w:t>Count</w:t>
            </w:r>
          </w:p>
        </w:tc>
        <w:tc>
          <w:tcPr>
            <w:tcW w:w="1261" w:type="dxa"/>
          </w:tcPr>
          <w:p w14:paraId="09949E17" w14:textId="77777777" w:rsidR="002D214A" w:rsidRDefault="002D214A" w:rsidP="00A60070">
            <w:r>
              <w:t>%</w:t>
            </w:r>
          </w:p>
        </w:tc>
        <w:tc>
          <w:tcPr>
            <w:tcW w:w="1261" w:type="dxa"/>
          </w:tcPr>
          <w:p w14:paraId="25819520" w14:textId="77777777" w:rsidR="002D214A" w:rsidRDefault="002D214A" w:rsidP="00A60070">
            <w:r>
              <w:t>Value</w:t>
            </w:r>
          </w:p>
        </w:tc>
      </w:tr>
      <w:tr w:rsidR="002D214A" w14:paraId="5172DA95" w14:textId="77777777" w:rsidTr="00A60070">
        <w:tc>
          <w:tcPr>
            <w:tcW w:w="2376" w:type="dxa"/>
          </w:tcPr>
          <w:p w14:paraId="53CDE28E" w14:textId="77777777" w:rsidR="002D214A" w:rsidRDefault="002D214A" w:rsidP="00A60070"/>
        </w:tc>
        <w:tc>
          <w:tcPr>
            <w:tcW w:w="2684" w:type="dxa"/>
          </w:tcPr>
          <w:p w14:paraId="1C7937FB" w14:textId="77777777" w:rsidR="002D214A" w:rsidRDefault="002D214A" w:rsidP="00A60070">
            <w:r>
              <w:t>I totally agree</w:t>
            </w:r>
          </w:p>
        </w:tc>
        <w:tc>
          <w:tcPr>
            <w:tcW w:w="1274" w:type="dxa"/>
          </w:tcPr>
          <w:p w14:paraId="71655C37" w14:textId="77777777" w:rsidR="002D214A" w:rsidRDefault="002D214A" w:rsidP="00A60070">
            <w:r>
              <w:t>57</w:t>
            </w:r>
          </w:p>
        </w:tc>
        <w:tc>
          <w:tcPr>
            <w:tcW w:w="1261" w:type="dxa"/>
          </w:tcPr>
          <w:p w14:paraId="588FA77C" w14:textId="77777777" w:rsidR="002D214A" w:rsidRDefault="002D214A" w:rsidP="00A60070">
            <w:r>
              <w:t>7.36</w:t>
            </w:r>
          </w:p>
        </w:tc>
        <w:tc>
          <w:tcPr>
            <w:tcW w:w="1261" w:type="dxa"/>
          </w:tcPr>
          <w:p w14:paraId="1A19237B" w14:textId="77777777" w:rsidR="002D214A" w:rsidRDefault="002D214A" w:rsidP="00A60070">
            <w:r>
              <w:t>1</w:t>
            </w:r>
          </w:p>
        </w:tc>
      </w:tr>
      <w:tr w:rsidR="002D214A" w14:paraId="1152D030" w14:textId="77777777" w:rsidTr="00A60070">
        <w:tc>
          <w:tcPr>
            <w:tcW w:w="2376" w:type="dxa"/>
          </w:tcPr>
          <w:p w14:paraId="3E38691C" w14:textId="77777777" w:rsidR="002D214A" w:rsidRDefault="002D214A" w:rsidP="00A60070"/>
        </w:tc>
        <w:tc>
          <w:tcPr>
            <w:tcW w:w="2684" w:type="dxa"/>
          </w:tcPr>
          <w:p w14:paraId="15252EFE" w14:textId="77777777" w:rsidR="002D214A" w:rsidRDefault="002D214A" w:rsidP="00A60070">
            <w:r>
              <w:t>tend to agree</w:t>
            </w:r>
          </w:p>
        </w:tc>
        <w:tc>
          <w:tcPr>
            <w:tcW w:w="1274" w:type="dxa"/>
          </w:tcPr>
          <w:p w14:paraId="4E887541" w14:textId="77777777" w:rsidR="002D214A" w:rsidRDefault="002D214A" w:rsidP="00A60070">
            <w:r>
              <w:t>148</w:t>
            </w:r>
          </w:p>
        </w:tc>
        <w:tc>
          <w:tcPr>
            <w:tcW w:w="1261" w:type="dxa"/>
          </w:tcPr>
          <w:p w14:paraId="6407142E" w14:textId="77777777" w:rsidR="002D214A" w:rsidRDefault="002D214A" w:rsidP="00A60070">
            <w:r>
              <w:t>19.12</w:t>
            </w:r>
          </w:p>
        </w:tc>
        <w:tc>
          <w:tcPr>
            <w:tcW w:w="1261" w:type="dxa"/>
          </w:tcPr>
          <w:p w14:paraId="7E9E132E" w14:textId="77777777" w:rsidR="002D214A" w:rsidRDefault="002D214A" w:rsidP="00A60070">
            <w:r>
              <w:t>2</w:t>
            </w:r>
          </w:p>
        </w:tc>
      </w:tr>
      <w:tr w:rsidR="002D214A" w14:paraId="72C7DAF9" w14:textId="77777777" w:rsidTr="00A60070">
        <w:tc>
          <w:tcPr>
            <w:tcW w:w="2376" w:type="dxa"/>
          </w:tcPr>
          <w:p w14:paraId="31097A4F" w14:textId="77777777" w:rsidR="002D214A" w:rsidRDefault="002D214A" w:rsidP="00A60070"/>
        </w:tc>
        <w:tc>
          <w:tcPr>
            <w:tcW w:w="2684" w:type="dxa"/>
          </w:tcPr>
          <w:p w14:paraId="53A5FD5E" w14:textId="77777777" w:rsidR="002D214A" w:rsidRDefault="002D214A" w:rsidP="00A60070">
            <w:r>
              <w:t>partly/partly</w:t>
            </w:r>
          </w:p>
        </w:tc>
        <w:tc>
          <w:tcPr>
            <w:tcW w:w="1274" w:type="dxa"/>
          </w:tcPr>
          <w:p w14:paraId="21F5E2BB" w14:textId="77777777" w:rsidR="002D214A" w:rsidRDefault="002D214A" w:rsidP="00A60070">
            <w:r>
              <w:t>186</w:t>
            </w:r>
          </w:p>
        </w:tc>
        <w:tc>
          <w:tcPr>
            <w:tcW w:w="1261" w:type="dxa"/>
          </w:tcPr>
          <w:p w14:paraId="7107E2C4" w14:textId="77777777" w:rsidR="002D214A" w:rsidRDefault="002D214A" w:rsidP="00A60070">
            <w:r>
              <w:t>24.03</w:t>
            </w:r>
          </w:p>
        </w:tc>
        <w:tc>
          <w:tcPr>
            <w:tcW w:w="1261" w:type="dxa"/>
          </w:tcPr>
          <w:p w14:paraId="56937A4E" w14:textId="77777777" w:rsidR="002D214A" w:rsidRDefault="002D214A" w:rsidP="00A60070">
            <w:r>
              <w:t>3</w:t>
            </w:r>
          </w:p>
        </w:tc>
      </w:tr>
      <w:tr w:rsidR="002D214A" w14:paraId="62DF151C" w14:textId="77777777" w:rsidTr="00A60070">
        <w:tc>
          <w:tcPr>
            <w:tcW w:w="2376" w:type="dxa"/>
          </w:tcPr>
          <w:p w14:paraId="78287E16" w14:textId="77777777" w:rsidR="002D214A" w:rsidRDefault="002D214A" w:rsidP="00A60070"/>
        </w:tc>
        <w:tc>
          <w:tcPr>
            <w:tcW w:w="2684" w:type="dxa"/>
          </w:tcPr>
          <w:p w14:paraId="447A071B" w14:textId="77777777" w:rsidR="002D214A" w:rsidRDefault="002D214A" w:rsidP="00A60070">
            <w:r>
              <w:t>rather disagree</w:t>
            </w:r>
          </w:p>
        </w:tc>
        <w:tc>
          <w:tcPr>
            <w:tcW w:w="1274" w:type="dxa"/>
          </w:tcPr>
          <w:p w14:paraId="186F6D0E" w14:textId="77777777" w:rsidR="002D214A" w:rsidRDefault="002D214A" w:rsidP="00A60070">
            <w:r>
              <w:t>272</w:t>
            </w:r>
          </w:p>
        </w:tc>
        <w:tc>
          <w:tcPr>
            <w:tcW w:w="1261" w:type="dxa"/>
          </w:tcPr>
          <w:p w14:paraId="05B76830" w14:textId="77777777" w:rsidR="002D214A" w:rsidRDefault="002D214A" w:rsidP="00A60070">
            <w:r>
              <w:t>35.14</w:t>
            </w:r>
          </w:p>
        </w:tc>
        <w:tc>
          <w:tcPr>
            <w:tcW w:w="1261" w:type="dxa"/>
          </w:tcPr>
          <w:p w14:paraId="6824B275" w14:textId="77777777" w:rsidR="002D214A" w:rsidRDefault="002D214A" w:rsidP="00A60070">
            <w:r>
              <w:t>4</w:t>
            </w:r>
          </w:p>
        </w:tc>
      </w:tr>
      <w:tr w:rsidR="002D214A" w14:paraId="461CF8CD" w14:textId="77777777" w:rsidTr="00A60070">
        <w:tc>
          <w:tcPr>
            <w:tcW w:w="2376" w:type="dxa"/>
          </w:tcPr>
          <w:p w14:paraId="2339AE83" w14:textId="77777777" w:rsidR="002D214A" w:rsidRDefault="002D214A" w:rsidP="00A60070"/>
        </w:tc>
        <w:tc>
          <w:tcPr>
            <w:tcW w:w="2684" w:type="dxa"/>
          </w:tcPr>
          <w:p w14:paraId="76E89B2C" w14:textId="77777777" w:rsidR="002D214A" w:rsidRDefault="002D214A" w:rsidP="00A60070">
            <w:r>
              <w:t>strongly disagree</w:t>
            </w:r>
          </w:p>
        </w:tc>
        <w:tc>
          <w:tcPr>
            <w:tcW w:w="1274" w:type="dxa"/>
          </w:tcPr>
          <w:p w14:paraId="5495E10B" w14:textId="77777777" w:rsidR="002D214A" w:rsidRDefault="002D214A" w:rsidP="00A60070">
            <w:r>
              <w:t>111</w:t>
            </w:r>
          </w:p>
        </w:tc>
        <w:tc>
          <w:tcPr>
            <w:tcW w:w="1261" w:type="dxa"/>
          </w:tcPr>
          <w:p w14:paraId="14E738CB" w14:textId="77777777" w:rsidR="002D214A" w:rsidRDefault="002D214A" w:rsidP="00A60070">
            <w:r>
              <w:t>14.34</w:t>
            </w:r>
          </w:p>
        </w:tc>
        <w:tc>
          <w:tcPr>
            <w:tcW w:w="1261" w:type="dxa"/>
          </w:tcPr>
          <w:p w14:paraId="057A7667" w14:textId="77777777" w:rsidR="002D214A" w:rsidRDefault="002D214A" w:rsidP="00A60070">
            <w:r>
              <w:t>5</w:t>
            </w:r>
          </w:p>
        </w:tc>
      </w:tr>
      <w:tr w:rsidR="002D214A" w14:paraId="1B9CFDCD" w14:textId="77777777" w:rsidTr="00A60070">
        <w:tc>
          <w:tcPr>
            <w:tcW w:w="2376" w:type="dxa"/>
          </w:tcPr>
          <w:p w14:paraId="6081B0D4" w14:textId="77777777" w:rsidR="002D214A" w:rsidRDefault="002D214A" w:rsidP="00A60070"/>
        </w:tc>
        <w:tc>
          <w:tcPr>
            <w:tcW w:w="2684" w:type="dxa"/>
          </w:tcPr>
          <w:p w14:paraId="6A69A57B" w14:textId="77777777" w:rsidR="002D214A" w:rsidRDefault="002D214A" w:rsidP="00A60070"/>
        </w:tc>
        <w:tc>
          <w:tcPr>
            <w:tcW w:w="1274" w:type="dxa"/>
          </w:tcPr>
          <w:p w14:paraId="71FE522C" w14:textId="77777777" w:rsidR="002D214A" w:rsidRDefault="002D214A" w:rsidP="00A60070"/>
        </w:tc>
        <w:tc>
          <w:tcPr>
            <w:tcW w:w="1261" w:type="dxa"/>
          </w:tcPr>
          <w:p w14:paraId="44A350CE" w14:textId="77777777" w:rsidR="002D214A" w:rsidRDefault="002D214A" w:rsidP="00A60070"/>
        </w:tc>
        <w:tc>
          <w:tcPr>
            <w:tcW w:w="1261" w:type="dxa"/>
          </w:tcPr>
          <w:p w14:paraId="485FBB30" w14:textId="77777777" w:rsidR="002D214A" w:rsidRDefault="002D214A" w:rsidP="00A60070"/>
        </w:tc>
      </w:tr>
      <w:tr w:rsidR="002D214A" w14:paraId="1D337071" w14:textId="77777777" w:rsidTr="00A60070">
        <w:tc>
          <w:tcPr>
            <w:tcW w:w="2376" w:type="dxa"/>
          </w:tcPr>
          <w:p w14:paraId="70C16162" w14:textId="77777777" w:rsidR="002D214A" w:rsidRDefault="002D214A" w:rsidP="00A60070"/>
        </w:tc>
        <w:tc>
          <w:tcPr>
            <w:tcW w:w="2684" w:type="dxa"/>
          </w:tcPr>
          <w:p w14:paraId="45C1EA7B" w14:textId="77777777" w:rsidR="002D214A" w:rsidRDefault="002D214A" w:rsidP="00A60070">
            <w:r>
              <w:t>Average</w:t>
            </w:r>
          </w:p>
        </w:tc>
        <w:tc>
          <w:tcPr>
            <w:tcW w:w="1274" w:type="dxa"/>
          </w:tcPr>
          <w:p w14:paraId="3B4D5084" w14:textId="77777777" w:rsidR="002D214A" w:rsidRDefault="002D214A" w:rsidP="00A60070"/>
        </w:tc>
        <w:tc>
          <w:tcPr>
            <w:tcW w:w="1261" w:type="dxa"/>
          </w:tcPr>
          <w:p w14:paraId="2016BE02" w14:textId="77777777" w:rsidR="002D214A" w:rsidRDefault="002D214A" w:rsidP="00A60070"/>
        </w:tc>
        <w:tc>
          <w:tcPr>
            <w:tcW w:w="1261" w:type="dxa"/>
          </w:tcPr>
          <w:p w14:paraId="23841557" w14:textId="77777777" w:rsidR="002D214A" w:rsidRDefault="002D214A" w:rsidP="00A60070">
            <w:r>
              <w:t>3.3</w:t>
            </w:r>
          </w:p>
        </w:tc>
      </w:tr>
      <w:tr w:rsidR="002D214A" w14:paraId="2A0D2E24" w14:textId="77777777" w:rsidTr="00A60070">
        <w:tc>
          <w:tcPr>
            <w:tcW w:w="2376" w:type="dxa"/>
          </w:tcPr>
          <w:p w14:paraId="596D5D9D" w14:textId="77777777" w:rsidR="002D214A" w:rsidRDefault="002D214A" w:rsidP="00A60070"/>
        </w:tc>
        <w:tc>
          <w:tcPr>
            <w:tcW w:w="2684" w:type="dxa"/>
          </w:tcPr>
          <w:p w14:paraId="53AD4393" w14:textId="77777777" w:rsidR="002D214A" w:rsidRDefault="002D214A" w:rsidP="00A60070">
            <w:r>
              <w:t>Standard Deviation</w:t>
            </w:r>
          </w:p>
        </w:tc>
        <w:tc>
          <w:tcPr>
            <w:tcW w:w="1274" w:type="dxa"/>
          </w:tcPr>
          <w:p w14:paraId="39063BB0" w14:textId="77777777" w:rsidR="002D214A" w:rsidRDefault="002D214A" w:rsidP="00A60070"/>
        </w:tc>
        <w:tc>
          <w:tcPr>
            <w:tcW w:w="1261" w:type="dxa"/>
          </w:tcPr>
          <w:p w14:paraId="3F2CAE3F" w14:textId="77777777" w:rsidR="002D214A" w:rsidRDefault="002D214A" w:rsidP="00A60070"/>
        </w:tc>
        <w:tc>
          <w:tcPr>
            <w:tcW w:w="1261" w:type="dxa"/>
          </w:tcPr>
          <w:p w14:paraId="30258286" w14:textId="77777777" w:rsidR="002D214A" w:rsidRDefault="002D214A" w:rsidP="00A60070">
            <w:r>
              <w:t>1.15</w:t>
            </w:r>
          </w:p>
        </w:tc>
      </w:tr>
      <w:tr w:rsidR="002D214A" w14:paraId="103558E5" w14:textId="77777777" w:rsidTr="00A60070">
        <w:tc>
          <w:tcPr>
            <w:tcW w:w="2376" w:type="dxa"/>
          </w:tcPr>
          <w:p w14:paraId="56AFDE4A" w14:textId="77777777" w:rsidR="002D214A" w:rsidRDefault="002D214A" w:rsidP="00A60070"/>
        </w:tc>
        <w:tc>
          <w:tcPr>
            <w:tcW w:w="2684" w:type="dxa"/>
          </w:tcPr>
          <w:p w14:paraId="33EF941A" w14:textId="77777777" w:rsidR="002D214A" w:rsidRDefault="002D214A" w:rsidP="00A60070"/>
        </w:tc>
        <w:tc>
          <w:tcPr>
            <w:tcW w:w="1274" w:type="dxa"/>
          </w:tcPr>
          <w:p w14:paraId="09116D69" w14:textId="77777777" w:rsidR="002D214A" w:rsidRDefault="002D214A" w:rsidP="00A60070"/>
        </w:tc>
        <w:tc>
          <w:tcPr>
            <w:tcW w:w="1261" w:type="dxa"/>
          </w:tcPr>
          <w:p w14:paraId="7C9EFEF3" w14:textId="77777777" w:rsidR="002D214A" w:rsidRDefault="002D214A" w:rsidP="00A60070"/>
        </w:tc>
        <w:tc>
          <w:tcPr>
            <w:tcW w:w="1261" w:type="dxa"/>
          </w:tcPr>
          <w:p w14:paraId="7AA7BE1D" w14:textId="77777777" w:rsidR="002D214A" w:rsidRDefault="002D214A" w:rsidP="00A60070"/>
        </w:tc>
      </w:tr>
      <w:tr w:rsidR="002D214A" w14:paraId="3A478F90" w14:textId="77777777" w:rsidTr="00A60070">
        <w:tc>
          <w:tcPr>
            <w:tcW w:w="2376" w:type="dxa"/>
          </w:tcPr>
          <w:p w14:paraId="69A0147E" w14:textId="77777777" w:rsidR="002D214A" w:rsidRDefault="002D214A" w:rsidP="00A60070">
            <w:r>
              <w:t>Patient-related teaching and communication skills in radiotherapy should be taught together in approximately the following time frame (in teaching units, 1 teaching unit = 45 min): (n = 759)</w:t>
            </w:r>
          </w:p>
        </w:tc>
        <w:tc>
          <w:tcPr>
            <w:tcW w:w="2684" w:type="dxa"/>
          </w:tcPr>
          <w:p w14:paraId="3D3F14AB" w14:textId="77777777" w:rsidR="002D214A" w:rsidRDefault="002D214A" w:rsidP="00A60070">
            <w:r>
              <w:t>Answer</w:t>
            </w:r>
          </w:p>
        </w:tc>
        <w:tc>
          <w:tcPr>
            <w:tcW w:w="1274" w:type="dxa"/>
          </w:tcPr>
          <w:p w14:paraId="3808B75E" w14:textId="77777777" w:rsidR="002D214A" w:rsidRDefault="002D214A" w:rsidP="00A60070">
            <w:r>
              <w:t>Count</w:t>
            </w:r>
          </w:p>
        </w:tc>
        <w:tc>
          <w:tcPr>
            <w:tcW w:w="1261" w:type="dxa"/>
          </w:tcPr>
          <w:p w14:paraId="416F636C" w14:textId="77777777" w:rsidR="002D214A" w:rsidRDefault="002D214A" w:rsidP="00A60070">
            <w:r>
              <w:t>%</w:t>
            </w:r>
          </w:p>
        </w:tc>
        <w:tc>
          <w:tcPr>
            <w:tcW w:w="1261" w:type="dxa"/>
          </w:tcPr>
          <w:p w14:paraId="6945EAA4" w14:textId="77777777" w:rsidR="002D214A" w:rsidRDefault="002D214A" w:rsidP="00A60070">
            <w:r>
              <w:t>Value</w:t>
            </w:r>
          </w:p>
        </w:tc>
      </w:tr>
      <w:tr w:rsidR="002D214A" w14:paraId="4FB0DBF5" w14:textId="77777777" w:rsidTr="00A60070">
        <w:tc>
          <w:tcPr>
            <w:tcW w:w="2376" w:type="dxa"/>
          </w:tcPr>
          <w:p w14:paraId="665B560F" w14:textId="77777777" w:rsidR="002D214A" w:rsidRDefault="002D214A" w:rsidP="00A60070"/>
        </w:tc>
        <w:tc>
          <w:tcPr>
            <w:tcW w:w="2684" w:type="dxa"/>
          </w:tcPr>
          <w:p w14:paraId="590179FB" w14:textId="77777777" w:rsidR="002D214A" w:rsidRDefault="002D214A" w:rsidP="00A60070">
            <w:r>
              <w:t>0 UE</w:t>
            </w:r>
          </w:p>
        </w:tc>
        <w:tc>
          <w:tcPr>
            <w:tcW w:w="1274" w:type="dxa"/>
          </w:tcPr>
          <w:p w14:paraId="28B167AE" w14:textId="77777777" w:rsidR="002D214A" w:rsidRDefault="002D214A" w:rsidP="00A60070">
            <w:r>
              <w:t>53</w:t>
            </w:r>
          </w:p>
        </w:tc>
        <w:tc>
          <w:tcPr>
            <w:tcW w:w="1261" w:type="dxa"/>
          </w:tcPr>
          <w:p w14:paraId="38E33B5A" w14:textId="77777777" w:rsidR="002D214A" w:rsidRDefault="002D214A" w:rsidP="00A60070">
            <w:r>
              <w:t>6.98</w:t>
            </w:r>
          </w:p>
        </w:tc>
        <w:tc>
          <w:tcPr>
            <w:tcW w:w="1261" w:type="dxa"/>
          </w:tcPr>
          <w:p w14:paraId="0068CDEE" w14:textId="77777777" w:rsidR="002D214A" w:rsidRDefault="002D214A" w:rsidP="00A60070">
            <w:r>
              <w:t>1</w:t>
            </w:r>
          </w:p>
        </w:tc>
      </w:tr>
      <w:tr w:rsidR="002D214A" w14:paraId="3C7AD6E1" w14:textId="77777777" w:rsidTr="00A60070">
        <w:tc>
          <w:tcPr>
            <w:tcW w:w="2376" w:type="dxa"/>
          </w:tcPr>
          <w:p w14:paraId="4EF31E32" w14:textId="77777777" w:rsidR="002D214A" w:rsidRDefault="002D214A" w:rsidP="00A60070"/>
        </w:tc>
        <w:tc>
          <w:tcPr>
            <w:tcW w:w="2684" w:type="dxa"/>
          </w:tcPr>
          <w:p w14:paraId="5FDA445F" w14:textId="77777777" w:rsidR="002D214A" w:rsidRDefault="002D214A" w:rsidP="00A60070">
            <w:r>
              <w:t>1 - 5 teaching units</w:t>
            </w:r>
          </w:p>
        </w:tc>
        <w:tc>
          <w:tcPr>
            <w:tcW w:w="1274" w:type="dxa"/>
          </w:tcPr>
          <w:p w14:paraId="537DD30B" w14:textId="77777777" w:rsidR="002D214A" w:rsidRDefault="002D214A" w:rsidP="00A60070">
            <w:r>
              <w:t>541</w:t>
            </w:r>
          </w:p>
        </w:tc>
        <w:tc>
          <w:tcPr>
            <w:tcW w:w="1261" w:type="dxa"/>
          </w:tcPr>
          <w:p w14:paraId="1D16215E" w14:textId="77777777" w:rsidR="002D214A" w:rsidRDefault="002D214A" w:rsidP="00A60070">
            <w:r>
              <w:t>71.28</w:t>
            </w:r>
          </w:p>
        </w:tc>
        <w:tc>
          <w:tcPr>
            <w:tcW w:w="1261" w:type="dxa"/>
          </w:tcPr>
          <w:p w14:paraId="750ADADA" w14:textId="77777777" w:rsidR="002D214A" w:rsidRDefault="002D214A" w:rsidP="00A60070">
            <w:r>
              <w:t>2</w:t>
            </w:r>
          </w:p>
        </w:tc>
      </w:tr>
      <w:tr w:rsidR="002D214A" w14:paraId="61A639C4" w14:textId="77777777" w:rsidTr="00A60070">
        <w:tc>
          <w:tcPr>
            <w:tcW w:w="2376" w:type="dxa"/>
          </w:tcPr>
          <w:p w14:paraId="4F924EFA" w14:textId="77777777" w:rsidR="002D214A" w:rsidRDefault="002D214A" w:rsidP="00A60070"/>
        </w:tc>
        <w:tc>
          <w:tcPr>
            <w:tcW w:w="2684" w:type="dxa"/>
          </w:tcPr>
          <w:p w14:paraId="3AECB379" w14:textId="77777777" w:rsidR="002D214A" w:rsidRDefault="002D214A" w:rsidP="00A60070">
            <w:r>
              <w:t>6 - 10 teaching units</w:t>
            </w:r>
          </w:p>
        </w:tc>
        <w:tc>
          <w:tcPr>
            <w:tcW w:w="1274" w:type="dxa"/>
          </w:tcPr>
          <w:p w14:paraId="25ADFCF4" w14:textId="77777777" w:rsidR="002D214A" w:rsidRDefault="002D214A" w:rsidP="00A60070">
            <w:r>
              <w:t>134</w:t>
            </w:r>
          </w:p>
        </w:tc>
        <w:tc>
          <w:tcPr>
            <w:tcW w:w="1261" w:type="dxa"/>
          </w:tcPr>
          <w:p w14:paraId="1ECDE7DF" w14:textId="77777777" w:rsidR="002D214A" w:rsidRDefault="002D214A" w:rsidP="00A60070">
            <w:r>
              <w:t>17.65</w:t>
            </w:r>
          </w:p>
        </w:tc>
        <w:tc>
          <w:tcPr>
            <w:tcW w:w="1261" w:type="dxa"/>
          </w:tcPr>
          <w:p w14:paraId="5C451793" w14:textId="77777777" w:rsidR="002D214A" w:rsidRDefault="002D214A" w:rsidP="00A60070">
            <w:r>
              <w:t>3</w:t>
            </w:r>
          </w:p>
        </w:tc>
      </w:tr>
      <w:tr w:rsidR="002D214A" w14:paraId="1C8A8535" w14:textId="77777777" w:rsidTr="00A60070">
        <w:tc>
          <w:tcPr>
            <w:tcW w:w="2376" w:type="dxa"/>
          </w:tcPr>
          <w:p w14:paraId="41030C77" w14:textId="77777777" w:rsidR="002D214A" w:rsidRDefault="002D214A" w:rsidP="00A60070"/>
        </w:tc>
        <w:tc>
          <w:tcPr>
            <w:tcW w:w="2684" w:type="dxa"/>
          </w:tcPr>
          <w:p w14:paraId="2D01F92A" w14:textId="77777777" w:rsidR="002D214A" w:rsidRDefault="002D214A" w:rsidP="00A60070">
            <w:r>
              <w:t>11 - 15 teaching units</w:t>
            </w:r>
          </w:p>
        </w:tc>
        <w:tc>
          <w:tcPr>
            <w:tcW w:w="1274" w:type="dxa"/>
          </w:tcPr>
          <w:p w14:paraId="3FC0821F" w14:textId="77777777" w:rsidR="002D214A" w:rsidRDefault="002D214A" w:rsidP="00A60070">
            <w:r>
              <w:t>19</w:t>
            </w:r>
          </w:p>
        </w:tc>
        <w:tc>
          <w:tcPr>
            <w:tcW w:w="1261" w:type="dxa"/>
          </w:tcPr>
          <w:p w14:paraId="574CAC23" w14:textId="77777777" w:rsidR="002D214A" w:rsidRDefault="002D214A" w:rsidP="00A60070">
            <w:r>
              <w:t>2.5</w:t>
            </w:r>
          </w:p>
        </w:tc>
        <w:tc>
          <w:tcPr>
            <w:tcW w:w="1261" w:type="dxa"/>
          </w:tcPr>
          <w:p w14:paraId="3374A27E" w14:textId="77777777" w:rsidR="002D214A" w:rsidRDefault="002D214A" w:rsidP="00A60070">
            <w:r>
              <w:t>4</w:t>
            </w:r>
          </w:p>
        </w:tc>
      </w:tr>
      <w:tr w:rsidR="002D214A" w14:paraId="1ABBD2C1" w14:textId="77777777" w:rsidTr="00A60070">
        <w:tc>
          <w:tcPr>
            <w:tcW w:w="2376" w:type="dxa"/>
          </w:tcPr>
          <w:p w14:paraId="0924F608" w14:textId="77777777" w:rsidR="002D214A" w:rsidRDefault="002D214A" w:rsidP="00A60070"/>
        </w:tc>
        <w:tc>
          <w:tcPr>
            <w:tcW w:w="2684" w:type="dxa"/>
          </w:tcPr>
          <w:p w14:paraId="69FF5816" w14:textId="77777777" w:rsidR="002D214A" w:rsidRDefault="002D214A" w:rsidP="00A60070">
            <w:r>
              <w:t>15 - 20 teaching units</w:t>
            </w:r>
          </w:p>
        </w:tc>
        <w:tc>
          <w:tcPr>
            <w:tcW w:w="1274" w:type="dxa"/>
          </w:tcPr>
          <w:p w14:paraId="03E33344" w14:textId="77777777" w:rsidR="002D214A" w:rsidRDefault="002D214A" w:rsidP="00A60070">
            <w:r>
              <w:t>8</w:t>
            </w:r>
          </w:p>
        </w:tc>
        <w:tc>
          <w:tcPr>
            <w:tcW w:w="1261" w:type="dxa"/>
          </w:tcPr>
          <w:p w14:paraId="3E326110" w14:textId="77777777" w:rsidR="002D214A" w:rsidRDefault="002D214A" w:rsidP="00A60070">
            <w:r>
              <w:t>1.05</w:t>
            </w:r>
          </w:p>
        </w:tc>
        <w:tc>
          <w:tcPr>
            <w:tcW w:w="1261" w:type="dxa"/>
          </w:tcPr>
          <w:p w14:paraId="2DC286D8" w14:textId="77777777" w:rsidR="002D214A" w:rsidRDefault="002D214A" w:rsidP="00A60070">
            <w:r>
              <w:t>5</w:t>
            </w:r>
          </w:p>
        </w:tc>
      </w:tr>
      <w:tr w:rsidR="002D214A" w14:paraId="0076378B" w14:textId="77777777" w:rsidTr="00A60070">
        <w:tc>
          <w:tcPr>
            <w:tcW w:w="2376" w:type="dxa"/>
          </w:tcPr>
          <w:p w14:paraId="3290F820" w14:textId="77777777" w:rsidR="002D214A" w:rsidRDefault="002D214A" w:rsidP="00A60070"/>
        </w:tc>
        <w:tc>
          <w:tcPr>
            <w:tcW w:w="2684" w:type="dxa"/>
          </w:tcPr>
          <w:p w14:paraId="7E8BBE6F" w14:textId="77777777" w:rsidR="002D214A" w:rsidRDefault="002D214A" w:rsidP="00A60070">
            <w:r>
              <w:t>&gt; 20 units</w:t>
            </w:r>
          </w:p>
        </w:tc>
        <w:tc>
          <w:tcPr>
            <w:tcW w:w="1274" w:type="dxa"/>
          </w:tcPr>
          <w:p w14:paraId="5215AE38" w14:textId="77777777" w:rsidR="002D214A" w:rsidRDefault="002D214A" w:rsidP="00A60070">
            <w:r>
              <w:t>4</w:t>
            </w:r>
          </w:p>
        </w:tc>
        <w:tc>
          <w:tcPr>
            <w:tcW w:w="1261" w:type="dxa"/>
          </w:tcPr>
          <w:p w14:paraId="24C98AF7" w14:textId="77777777" w:rsidR="002D214A" w:rsidRDefault="002D214A" w:rsidP="00A60070">
            <w:r>
              <w:t>0.53</w:t>
            </w:r>
          </w:p>
        </w:tc>
        <w:tc>
          <w:tcPr>
            <w:tcW w:w="1261" w:type="dxa"/>
          </w:tcPr>
          <w:p w14:paraId="62E4D96E" w14:textId="77777777" w:rsidR="002D214A" w:rsidRDefault="002D214A" w:rsidP="00A60070">
            <w:r>
              <w:t>6</w:t>
            </w:r>
          </w:p>
        </w:tc>
      </w:tr>
      <w:tr w:rsidR="002D214A" w14:paraId="07084FA0" w14:textId="77777777" w:rsidTr="00A60070">
        <w:tc>
          <w:tcPr>
            <w:tcW w:w="2376" w:type="dxa"/>
          </w:tcPr>
          <w:p w14:paraId="523D7629" w14:textId="77777777" w:rsidR="002D214A" w:rsidRDefault="002D214A" w:rsidP="00A60070"/>
        </w:tc>
        <w:tc>
          <w:tcPr>
            <w:tcW w:w="2684" w:type="dxa"/>
          </w:tcPr>
          <w:p w14:paraId="1AEAD23F" w14:textId="77777777" w:rsidR="002D214A" w:rsidRDefault="002D214A" w:rsidP="00A60070"/>
        </w:tc>
        <w:tc>
          <w:tcPr>
            <w:tcW w:w="1274" w:type="dxa"/>
          </w:tcPr>
          <w:p w14:paraId="3D90878A" w14:textId="77777777" w:rsidR="002D214A" w:rsidRDefault="002D214A" w:rsidP="00A60070"/>
        </w:tc>
        <w:tc>
          <w:tcPr>
            <w:tcW w:w="1261" w:type="dxa"/>
          </w:tcPr>
          <w:p w14:paraId="6CAC8C00" w14:textId="77777777" w:rsidR="002D214A" w:rsidRDefault="002D214A" w:rsidP="00A60070"/>
        </w:tc>
        <w:tc>
          <w:tcPr>
            <w:tcW w:w="1261" w:type="dxa"/>
          </w:tcPr>
          <w:p w14:paraId="3283D828" w14:textId="77777777" w:rsidR="002D214A" w:rsidRDefault="002D214A" w:rsidP="00A60070"/>
        </w:tc>
      </w:tr>
      <w:tr w:rsidR="002D214A" w14:paraId="46EDAC4D" w14:textId="77777777" w:rsidTr="00A60070">
        <w:tc>
          <w:tcPr>
            <w:tcW w:w="2376" w:type="dxa"/>
          </w:tcPr>
          <w:p w14:paraId="64E35F7A" w14:textId="77777777" w:rsidR="002D214A" w:rsidRDefault="002D214A" w:rsidP="00A60070"/>
        </w:tc>
        <w:tc>
          <w:tcPr>
            <w:tcW w:w="2684" w:type="dxa"/>
          </w:tcPr>
          <w:p w14:paraId="01D2A790" w14:textId="77777777" w:rsidR="002D214A" w:rsidRDefault="002D214A" w:rsidP="00A60070">
            <w:r>
              <w:t>Average</w:t>
            </w:r>
          </w:p>
        </w:tc>
        <w:tc>
          <w:tcPr>
            <w:tcW w:w="1274" w:type="dxa"/>
          </w:tcPr>
          <w:p w14:paraId="0972E36E" w14:textId="77777777" w:rsidR="002D214A" w:rsidRDefault="002D214A" w:rsidP="00A60070"/>
        </w:tc>
        <w:tc>
          <w:tcPr>
            <w:tcW w:w="1261" w:type="dxa"/>
          </w:tcPr>
          <w:p w14:paraId="178BBB92" w14:textId="77777777" w:rsidR="002D214A" w:rsidRDefault="002D214A" w:rsidP="00A60070"/>
        </w:tc>
        <w:tc>
          <w:tcPr>
            <w:tcW w:w="1261" w:type="dxa"/>
          </w:tcPr>
          <w:p w14:paraId="66A79AE2" w14:textId="77777777" w:rsidR="002D214A" w:rsidRDefault="002D214A" w:rsidP="00A60070">
            <w:r>
              <w:t>2.21</w:t>
            </w:r>
          </w:p>
        </w:tc>
      </w:tr>
      <w:tr w:rsidR="002D214A" w14:paraId="52923719" w14:textId="77777777" w:rsidTr="00A60070">
        <w:tc>
          <w:tcPr>
            <w:tcW w:w="2376" w:type="dxa"/>
          </w:tcPr>
          <w:p w14:paraId="26F7E030" w14:textId="77777777" w:rsidR="002D214A" w:rsidRDefault="002D214A" w:rsidP="00A60070"/>
        </w:tc>
        <w:tc>
          <w:tcPr>
            <w:tcW w:w="2684" w:type="dxa"/>
          </w:tcPr>
          <w:p w14:paraId="0E605F97" w14:textId="77777777" w:rsidR="002D214A" w:rsidRDefault="002D214A" w:rsidP="00A60070">
            <w:r>
              <w:t>Standard Deviation</w:t>
            </w:r>
          </w:p>
        </w:tc>
        <w:tc>
          <w:tcPr>
            <w:tcW w:w="1274" w:type="dxa"/>
          </w:tcPr>
          <w:p w14:paraId="223FE8A4" w14:textId="77777777" w:rsidR="002D214A" w:rsidRDefault="002D214A" w:rsidP="00A60070"/>
        </w:tc>
        <w:tc>
          <w:tcPr>
            <w:tcW w:w="1261" w:type="dxa"/>
          </w:tcPr>
          <w:p w14:paraId="08CCABAE" w14:textId="77777777" w:rsidR="002D214A" w:rsidRDefault="002D214A" w:rsidP="00A60070"/>
        </w:tc>
        <w:tc>
          <w:tcPr>
            <w:tcW w:w="1261" w:type="dxa"/>
          </w:tcPr>
          <w:p w14:paraId="2EE2EC5B" w14:textId="77777777" w:rsidR="002D214A" w:rsidRDefault="002D214A" w:rsidP="00A60070">
            <w:r>
              <w:t>0.69</w:t>
            </w:r>
          </w:p>
        </w:tc>
      </w:tr>
      <w:tr w:rsidR="002D214A" w14:paraId="57E17300" w14:textId="77777777" w:rsidTr="00A60070">
        <w:tc>
          <w:tcPr>
            <w:tcW w:w="2376" w:type="dxa"/>
          </w:tcPr>
          <w:p w14:paraId="4E58A454" w14:textId="77777777" w:rsidR="002D214A" w:rsidRDefault="002D214A" w:rsidP="00A60070"/>
        </w:tc>
        <w:tc>
          <w:tcPr>
            <w:tcW w:w="2684" w:type="dxa"/>
          </w:tcPr>
          <w:p w14:paraId="39A51A16" w14:textId="77777777" w:rsidR="002D214A" w:rsidRDefault="002D214A" w:rsidP="00A60070"/>
        </w:tc>
        <w:tc>
          <w:tcPr>
            <w:tcW w:w="1274" w:type="dxa"/>
          </w:tcPr>
          <w:p w14:paraId="0DE6833B" w14:textId="77777777" w:rsidR="002D214A" w:rsidRDefault="002D214A" w:rsidP="00A60070"/>
        </w:tc>
        <w:tc>
          <w:tcPr>
            <w:tcW w:w="1261" w:type="dxa"/>
          </w:tcPr>
          <w:p w14:paraId="5F451B9D" w14:textId="77777777" w:rsidR="002D214A" w:rsidRDefault="002D214A" w:rsidP="00A60070"/>
        </w:tc>
        <w:tc>
          <w:tcPr>
            <w:tcW w:w="1261" w:type="dxa"/>
          </w:tcPr>
          <w:p w14:paraId="7941442D" w14:textId="77777777" w:rsidR="002D214A" w:rsidRDefault="002D214A" w:rsidP="00A60070"/>
        </w:tc>
      </w:tr>
      <w:tr w:rsidR="002D214A" w14:paraId="780D8BD8" w14:textId="77777777" w:rsidTr="00A60070">
        <w:tc>
          <w:tcPr>
            <w:tcW w:w="2376" w:type="dxa"/>
          </w:tcPr>
          <w:p w14:paraId="7F059C31" w14:textId="77777777" w:rsidR="002D214A" w:rsidRDefault="002D214A" w:rsidP="00A60070">
            <w:r>
              <w:t>Patient-related teaching and communication skills in radiotherapy should be mastered by students at the end of their studies to the following level of competence: (n = 774)</w:t>
            </w:r>
          </w:p>
        </w:tc>
        <w:tc>
          <w:tcPr>
            <w:tcW w:w="2684" w:type="dxa"/>
          </w:tcPr>
          <w:p w14:paraId="1545F1CC" w14:textId="77777777" w:rsidR="002D214A" w:rsidRDefault="002D214A" w:rsidP="00A60070">
            <w:r>
              <w:t>Answer</w:t>
            </w:r>
          </w:p>
        </w:tc>
        <w:tc>
          <w:tcPr>
            <w:tcW w:w="1274" w:type="dxa"/>
          </w:tcPr>
          <w:p w14:paraId="3759EB76" w14:textId="77777777" w:rsidR="002D214A" w:rsidRDefault="002D214A" w:rsidP="00A60070">
            <w:r>
              <w:t>Count</w:t>
            </w:r>
          </w:p>
        </w:tc>
        <w:tc>
          <w:tcPr>
            <w:tcW w:w="1261" w:type="dxa"/>
          </w:tcPr>
          <w:p w14:paraId="0FAAEB3B" w14:textId="77777777" w:rsidR="002D214A" w:rsidRDefault="002D214A" w:rsidP="00A60070">
            <w:r>
              <w:t>%</w:t>
            </w:r>
          </w:p>
        </w:tc>
        <w:tc>
          <w:tcPr>
            <w:tcW w:w="1261" w:type="dxa"/>
          </w:tcPr>
          <w:p w14:paraId="2B0EF659" w14:textId="77777777" w:rsidR="002D214A" w:rsidRDefault="002D214A" w:rsidP="00A60070">
            <w:r>
              <w:t>Value</w:t>
            </w:r>
          </w:p>
        </w:tc>
      </w:tr>
      <w:tr w:rsidR="002D214A" w14:paraId="74A33D1F" w14:textId="77777777" w:rsidTr="00A60070">
        <w:tc>
          <w:tcPr>
            <w:tcW w:w="2376" w:type="dxa"/>
          </w:tcPr>
          <w:p w14:paraId="3ABAE3AA" w14:textId="77777777" w:rsidR="002D214A" w:rsidRDefault="002D214A" w:rsidP="00A60070"/>
        </w:tc>
        <w:tc>
          <w:tcPr>
            <w:tcW w:w="2684" w:type="dxa"/>
          </w:tcPr>
          <w:p w14:paraId="2EBCD6E3" w14:textId="77777777" w:rsidR="002D214A" w:rsidRDefault="002D214A" w:rsidP="00A60070">
            <w:r>
              <w:t>Factual knowledge (naming and describing facts)</w:t>
            </w:r>
          </w:p>
        </w:tc>
        <w:tc>
          <w:tcPr>
            <w:tcW w:w="1274" w:type="dxa"/>
          </w:tcPr>
          <w:p w14:paraId="1D8C8C0C" w14:textId="77777777" w:rsidR="002D214A" w:rsidRDefault="002D214A" w:rsidP="00A60070">
            <w:r>
              <w:t>96</w:t>
            </w:r>
          </w:p>
        </w:tc>
        <w:tc>
          <w:tcPr>
            <w:tcW w:w="1261" w:type="dxa"/>
          </w:tcPr>
          <w:p w14:paraId="33E56A13" w14:textId="77777777" w:rsidR="002D214A" w:rsidRDefault="002D214A" w:rsidP="00A60070">
            <w:r>
              <w:t>12.4</w:t>
            </w:r>
          </w:p>
        </w:tc>
        <w:tc>
          <w:tcPr>
            <w:tcW w:w="1261" w:type="dxa"/>
          </w:tcPr>
          <w:p w14:paraId="032319D9" w14:textId="77777777" w:rsidR="002D214A" w:rsidRDefault="002D214A" w:rsidP="00A60070">
            <w:r>
              <w:t>1</w:t>
            </w:r>
          </w:p>
        </w:tc>
      </w:tr>
      <w:tr w:rsidR="002D214A" w14:paraId="7CA1C13F" w14:textId="77777777" w:rsidTr="00A60070">
        <w:tc>
          <w:tcPr>
            <w:tcW w:w="2376" w:type="dxa"/>
          </w:tcPr>
          <w:p w14:paraId="356CBD4F" w14:textId="77777777" w:rsidR="002D214A" w:rsidRDefault="002D214A" w:rsidP="00A60070"/>
        </w:tc>
        <w:tc>
          <w:tcPr>
            <w:tcW w:w="2684" w:type="dxa"/>
          </w:tcPr>
          <w:p w14:paraId="27A75199" w14:textId="77777777" w:rsidR="002D214A" w:rsidRDefault="002D214A" w:rsidP="00A60070">
            <w:r>
              <w:t>Action and reasoning knowledge (explaining facts and relationships)</w:t>
            </w:r>
          </w:p>
        </w:tc>
        <w:tc>
          <w:tcPr>
            <w:tcW w:w="1274" w:type="dxa"/>
          </w:tcPr>
          <w:p w14:paraId="58F22283" w14:textId="77777777" w:rsidR="002D214A" w:rsidRDefault="002D214A" w:rsidP="00A60070">
            <w:r>
              <w:t>372</w:t>
            </w:r>
          </w:p>
        </w:tc>
        <w:tc>
          <w:tcPr>
            <w:tcW w:w="1261" w:type="dxa"/>
          </w:tcPr>
          <w:p w14:paraId="5C22E3D0" w14:textId="77777777" w:rsidR="002D214A" w:rsidRDefault="002D214A" w:rsidP="00A60070">
            <w:r>
              <w:t>48.06</w:t>
            </w:r>
          </w:p>
        </w:tc>
        <w:tc>
          <w:tcPr>
            <w:tcW w:w="1261" w:type="dxa"/>
          </w:tcPr>
          <w:p w14:paraId="418A95CD" w14:textId="77777777" w:rsidR="002D214A" w:rsidRDefault="002D214A" w:rsidP="00A60070">
            <w:r>
              <w:t>2</w:t>
            </w:r>
          </w:p>
        </w:tc>
      </w:tr>
      <w:tr w:rsidR="002D214A" w14:paraId="0EF227CA" w14:textId="77777777" w:rsidTr="00A60070">
        <w:tc>
          <w:tcPr>
            <w:tcW w:w="2376" w:type="dxa"/>
          </w:tcPr>
          <w:p w14:paraId="647F7DAE" w14:textId="77777777" w:rsidR="002D214A" w:rsidRDefault="002D214A" w:rsidP="00A60070"/>
        </w:tc>
        <w:tc>
          <w:tcPr>
            <w:tcW w:w="2684" w:type="dxa"/>
          </w:tcPr>
          <w:p w14:paraId="0A05565A" w14:textId="77777777" w:rsidR="002D214A" w:rsidRDefault="002D214A" w:rsidP="00A60070">
            <w:r>
              <w:t>Action competence (carry out under supervision)</w:t>
            </w:r>
          </w:p>
        </w:tc>
        <w:tc>
          <w:tcPr>
            <w:tcW w:w="1274" w:type="dxa"/>
          </w:tcPr>
          <w:p w14:paraId="09CE81E1" w14:textId="77777777" w:rsidR="002D214A" w:rsidRDefault="002D214A" w:rsidP="00A60070">
            <w:r>
              <w:t>240</w:t>
            </w:r>
          </w:p>
        </w:tc>
        <w:tc>
          <w:tcPr>
            <w:tcW w:w="1261" w:type="dxa"/>
          </w:tcPr>
          <w:p w14:paraId="52595DA5" w14:textId="77777777" w:rsidR="002D214A" w:rsidRDefault="002D214A" w:rsidP="00A60070">
            <w:r>
              <w:t>31.01</w:t>
            </w:r>
          </w:p>
        </w:tc>
        <w:tc>
          <w:tcPr>
            <w:tcW w:w="1261" w:type="dxa"/>
          </w:tcPr>
          <w:p w14:paraId="496A52AA" w14:textId="77777777" w:rsidR="002D214A" w:rsidRDefault="002D214A" w:rsidP="00A60070">
            <w:r>
              <w:t>3</w:t>
            </w:r>
          </w:p>
        </w:tc>
      </w:tr>
      <w:tr w:rsidR="002D214A" w14:paraId="7A9A0B49" w14:textId="77777777" w:rsidTr="00A60070">
        <w:tc>
          <w:tcPr>
            <w:tcW w:w="2376" w:type="dxa"/>
          </w:tcPr>
          <w:p w14:paraId="7AED36AA" w14:textId="77777777" w:rsidR="002D214A" w:rsidRDefault="002D214A" w:rsidP="00A60070"/>
        </w:tc>
        <w:tc>
          <w:tcPr>
            <w:tcW w:w="2684" w:type="dxa"/>
          </w:tcPr>
          <w:p w14:paraId="79570021" w14:textId="77777777" w:rsidR="002D214A" w:rsidRDefault="002D214A" w:rsidP="00A60070">
            <w:r>
              <w:t xml:space="preserve">Advanced action competence (carry out actions independently and appropriately in accordance with the </w:t>
            </w:r>
            <w:r>
              <w:lastRenderedPageBreak/>
              <w:t>situation, knowing the consequences)</w:t>
            </w:r>
          </w:p>
        </w:tc>
        <w:tc>
          <w:tcPr>
            <w:tcW w:w="1274" w:type="dxa"/>
          </w:tcPr>
          <w:p w14:paraId="19ACF33E" w14:textId="77777777" w:rsidR="002D214A" w:rsidRDefault="002D214A" w:rsidP="00A60070">
            <w:r>
              <w:lastRenderedPageBreak/>
              <w:t>48</w:t>
            </w:r>
          </w:p>
        </w:tc>
        <w:tc>
          <w:tcPr>
            <w:tcW w:w="1261" w:type="dxa"/>
          </w:tcPr>
          <w:p w14:paraId="1AFC51BD" w14:textId="77777777" w:rsidR="002D214A" w:rsidRDefault="002D214A" w:rsidP="00A60070">
            <w:r>
              <w:t>6.2</w:t>
            </w:r>
          </w:p>
        </w:tc>
        <w:tc>
          <w:tcPr>
            <w:tcW w:w="1261" w:type="dxa"/>
          </w:tcPr>
          <w:p w14:paraId="5CD88CAF" w14:textId="77777777" w:rsidR="002D214A" w:rsidRDefault="002D214A" w:rsidP="00A60070">
            <w:r>
              <w:t>4</w:t>
            </w:r>
          </w:p>
        </w:tc>
      </w:tr>
      <w:tr w:rsidR="002D214A" w14:paraId="374D6E3A" w14:textId="77777777" w:rsidTr="00A60070">
        <w:tc>
          <w:tcPr>
            <w:tcW w:w="2376" w:type="dxa"/>
          </w:tcPr>
          <w:p w14:paraId="02AFD713" w14:textId="77777777" w:rsidR="002D214A" w:rsidRDefault="002D214A" w:rsidP="00A60070"/>
        </w:tc>
        <w:tc>
          <w:tcPr>
            <w:tcW w:w="2684" w:type="dxa"/>
          </w:tcPr>
          <w:p w14:paraId="2EDAA894" w14:textId="77777777" w:rsidR="002D214A" w:rsidRDefault="002D214A" w:rsidP="00A60070">
            <w:r>
              <w:t>none at all</w:t>
            </w:r>
          </w:p>
        </w:tc>
        <w:tc>
          <w:tcPr>
            <w:tcW w:w="1274" w:type="dxa"/>
          </w:tcPr>
          <w:p w14:paraId="158203D9" w14:textId="77777777" w:rsidR="002D214A" w:rsidRDefault="002D214A" w:rsidP="00A60070">
            <w:r>
              <w:t>18</w:t>
            </w:r>
          </w:p>
        </w:tc>
        <w:tc>
          <w:tcPr>
            <w:tcW w:w="1261" w:type="dxa"/>
          </w:tcPr>
          <w:p w14:paraId="37DA4A4A" w14:textId="77777777" w:rsidR="002D214A" w:rsidRDefault="002D214A" w:rsidP="00A60070">
            <w:r>
              <w:t>2.33</w:t>
            </w:r>
          </w:p>
        </w:tc>
        <w:tc>
          <w:tcPr>
            <w:tcW w:w="1261" w:type="dxa"/>
          </w:tcPr>
          <w:p w14:paraId="4C60C409" w14:textId="77777777" w:rsidR="002D214A" w:rsidRDefault="002D214A" w:rsidP="00A60070">
            <w:r>
              <w:t>5</w:t>
            </w:r>
          </w:p>
        </w:tc>
      </w:tr>
      <w:tr w:rsidR="002D214A" w14:paraId="046828BB" w14:textId="77777777" w:rsidTr="00A60070">
        <w:tc>
          <w:tcPr>
            <w:tcW w:w="2376" w:type="dxa"/>
          </w:tcPr>
          <w:p w14:paraId="308A828F" w14:textId="77777777" w:rsidR="002D214A" w:rsidRDefault="002D214A" w:rsidP="00A60070"/>
        </w:tc>
        <w:tc>
          <w:tcPr>
            <w:tcW w:w="2684" w:type="dxa"/>
          </w:tcPr>
          <w:p w14:paraId="4CBF7979" w14:textId="77777777" w:rsidR="002D214A" w:rsidRDefault="002D214A" w:rsidP="00A60070"/>
        </w:tc>
        <w:tc>
          <w:tcPr>
            <w:tcW w:w="1274" w:type="dxa"/>
          </w:tcPr>
          <w:p w14:paraId="68A3E268" w14:textId="77777777" w:rsidR="002D214A" w:rsidRDefault="002D214A" w:rsidP="00A60070"/>
        </w:tc>
        <w:tc>
          <w:tcPr>
            <w:tcW w:w="1261" w:type="dxa"/>
          </w:tcPr>
          <w:p w14:paraId="7231AC9C" w14:textId="77777777" w:rsidR="002D214A" w:rsidRDefault="002D214A" w:rsidP="00A60070"/>
        </w:tc>
        <w:tc>
          <w:tcPr>
            <w:tcW w:w="1261" w:type="dxa"/>
          </w:tcPr>
          <w:p w14:paraId="76B7CE09" w14:textId="77777777" w:rsidR="002D214A" w:rsidRDefault="002D214A" w:rsidP="00A60070"/>
        </w:tc>
      </w:tr>
      <w:tr w:rsidR="002D214A" w14:paraId="5989B011" w14:textId="77777777" w:rsidTr="00A60070">
        <w:tc>
          <w:tcPr>
            <w:tcW w:w="2376" w:type="dxa"/>
          </w:tcPr>
          <w:p w14:paraId="2AEF5258" w14:textId="77777777" w:rsidR="002D214A" w:rsidRDefault="002D214A" w:rsidP="00A60070"/>
        </w:tc>
        <w:tc>
          <w:tcPr>
            <w:tcW w:w="2684" w:type="dxa"/>
          </w:tcPr>
          <w:p w14:paraId="3A36CD97" w14:textId="77777777" w:rsidR="002D214A" w:rsidRDefault="002D214A" w:rsidP="00A60070">
            <w:r>
              <w:t>Average</w:t>
            </w:r>
          </w:p>
        </w:tc>
        <w:tc>
          <w:tcPr>
            <w:tcW w:w="1274" w:type="dxa"/>
          </w:tcPr>
          <w:p w14:paraId="6379E89A" w14:textId="77777777" w:rsidR="002D214A" w:rsidRDefault="002D214A" w:rsidP="00A60070"/>
        </w:tc>
        <w:tc>
          <w:tcPr>
            <w:tcW w:w="1261" w:type="dxa"/>
          </w:tcPr>
          <w:p w14:paraId="56DD587A" w14:textId="77777777" w:rsidR="002D214A" w:rsidRDefault="002D214A" w:rsidP="00A60070"/>
        </w:tc>
        <w:tc>
          <w:tcPr>
            <w:tcW w:w="1261" w:type="dxa"/>
          </w:tcPr>
          <w:p w14:paraId="049815D1" w14:textId="77777777" w:rsidR="002D214A" w:rsidRDefault="002D214A" w:rsidP="00A60070">
            <w:r>
              <w:t>2.38</w:t>
            </w:r>
          </w:p>
        </w:tc>
      </w:tr>
      <w:tr w:rsidR="002D214A" w14:paraId="3CB6361F" w14:textId="77777777" w:rsidTr="00A60070">
        <w:tc>
          <w:tcPr>
            <w:tcW w:w="2376" w:type="dxa"/>
          </w:tcPr>
          <w:p w14:paraId="12345E69" w14:textId="77777777" w:rsidR="002D214A" w:rsidRDefault="002D214A" w:rsidP="00A60070"/>
        </w:tc>
        <w:tc>
          <w:tcPr>
            <w:tcW w:w="2684" w:type="dxa"/>
          </w:tcPr>
          <w:p w14:paraId="7E169AA3" w14:textId="77777777" w:rsidR="002D214A" w:rsidRDefault="002D214A" w:rsidP="00A60070">
            <w:r>
              <w:t>Standard Deviation</w:t>
            </w:r>
          </w:p>
        </w:tc>
        <w:tc>
          <w:tcPr>
            <w:tcW w:w="1274" w:type="dxa"/>
          </w:tcPr>
          <w:p w14:paraId="44375DC5" w14:textId="77777777" w:rsidR="002D214A" w:rsidRDefault="002D214A" w:rsidP="00A60070"/>
        </w:tc>
        <w:tc>
          <w:tcPr>
            <w:tcW w:w="1261" w:type="dxa"/>
          </w:tcPr>
          <w:p w14:paraId="1B152077" w14:textId="77777777" w:rsidR="002D214A" w:rsidRDefault="002D214A" w:rsidP="00A60070"/>
        </w:tc>
        <w:tc>
          <w:tcPr>
            <w:tcW w:w="1261" w:type="dxa"/>
          </w:tcPr>
          <w:p w14:paraId="148B3D2A" w14:textId="77777777" w:rsidR="002D214A" w:rsidRDefault="002D214A" w:rsidP="00A60070">
            <w:r>
              <w:t>0.86</w:t>
            </w:r>
          </w:p>
        </w:tc>
      </w:tr>
      <w:tr w:rsidR="002D214A" w14:paraId="61943F8E" w14:textId="77777777" w:rsidTr="00A60070">
        <w:tc>
          <w:tcPr>
            <w:tcW w:w="2376" w:type="dxa"/>
          </w:tcPr>
          <w:p w14:paraId="35471024" w14:textId="77777777" w:rsidR="002D214A" w:rsidRDefault="002D214A" w:rsidP="00A60070"/>
        </w:tc>
        <w:tc>
          <w:tcPr>
            <w:tcW w:w="2684" w:type="dxa"/>
          </w:tcPr>
          <w:p w14:paraId="0242F67F" w14:textId="77777777" w:rsidR="002D214A" w:rsidRDefault="002D214A" w:rsidP="00A60070"/>
        </w:tc>
        <w:tc>
          <w:tcPr>
            <w:tcW w:w="1274" w:type="dxa"/>
          </w:tcPr>
          <w:p w14:paraId="5DF70934" w14:textId="77777777" w:rsidR="002D214A" w:rsidRDefault="002D214A" w:rsidP="00A60070"/>
        </w:tc>
        <w:tc>
          <w:tcPr>
            <w:tcW w:w="1261" w:type="dxa"/>
          </w:tcPr>
          <w:p w14:paraId="6928EA08" w14:textId="77777777" w:rsidR="002D214A" w:rsidRDefault="002D214A" w:rsidP="00A60070"/>
        </w:tc>
        <w:tc>
          <w:tcPr>
            <w:tcW w:w="1261" w:type="dxa"/>
          </w:tcPr>
          <w:p w14:paraId="61A71317" w14:textId="77777777" w:rsidR="002D214A" w:rsidRDefault="002D214A" w:rsidP="00A60070"/>
        </w:tc>
      </w:tr>
      <w:tr w:rsidR="002D214A" w14:paraId="623E819D" w14:textId="77777777" w:rsidTr="00A60070">
        <w:tc>
          <w:tcPr>
            <w:tcW w:w="2376" w:type="dxa"/>
          </w:tcPr>
          <w:p w14:paraId="0F572180" w14:textId="77777777" w:rsidR="002D214A" w:rsidRDefault="002D214A" w:rsidP="00A60070">
            <w:r>
              <w:t>Patient-centered teaching and communication skills in radiotherapy should be taught in the following subject context: (n = 774)</w:t>
            </w:r>
          </w:p>
        </w:tc>
        <w:tc>
          <w:tcPr>
            <w:tcW w:w="2684" w:type="dxa"/>
          </w:tcPr>
          <w:p w14:paraId="1CACE918" w14:textId="77777777" w:rsidR="002D214A" w:rsidRDefault="002D214A" w:rsidP="00A60070">
            <w:r>
              <w:t>Answer</w:t>
            </w:r>
          </w:p>
        </w:tc>
        <w:tc>
          <w:tcPr>
            <w:tcW w:w="1274" w:type="dxa"/>
          </w:tcPr>
          <w:p w14:paraId="3076FD09" w14:textId="77777777" w:rsidR="002D214A" w:rsidRDefault="002D214A" w:rsidP="00A60070">
            <w:r>
              <w:t>Count</w:t>
            </w:r>
          </w:p>
        </w:tc>
        <w:tc>
          <w:tcPr>
            <w:tcW w:w="1261" w:type="dxa"/>
          </w:tcPr>
          <w:p w14:paraId="5FD60867" w14:textId="77777777" w:rsidR="002D214A" w:rsidRDefault="002D214A" w:rsidP="00A60070">
            <w:r>
              <w:t>%</w:t>
            </w:r>
          </w:p>
        </w:tc>
        <w:tc>
          <w:tcPr>
            <w:tcW w:w="1261" w:type="dxa"/>
          </w:tcPr>
          <w:p w14:paraId="310D31DC" w14:textId="77777777" w:rsidR="002D214A" w:rsidRDefault="002D214A" w:rsidP="00A60070"/>
        </w:tc>
      </w:tr>
      <w:tr w:rsidR="002D214A" w14:paraId="7DB5FD47" w14:textId="77777777" w:rsidTr="00A60070">
        <w:tc>
          <w:tcPr>
            <w:tcW w:w="2376" w:type="dxa"/>
          </w:tcPr>
          <w:p w14:paraId="12FF42D3" w14:textId="77777777" w:rsidR="002D214A" w:rsidRDefault="002D214A" w:rsidP="00A60070"/>
        </w:tc>
        <w:tc>
          <w:tcPr>
            <w:tcW w:w="2684" w:type="dxa"/>
          </w:tcPr>
          <w:p w14:paraId="65B34382" w14:textId="77777777" w:rsidR="002D214A" w:rsidRDefault="002D214A" w:rsidP="00A60070">
            <w:r>
              <w:t>in the context of other radiotherapy topics in the subject of radiotherapy</w:t>
            </w:r>
          </w:p>
        </w:tc>
        <w:tc>
          <w:tcPr>
            <w:tcW w:w="1274" w:type="dxa"/>
          </w:tcPr>
          <w:p w14:paraId="2931CE89" w14:textId="77777777" w:rsidR="002D214A" w:rsidRDefault="002D214A" w:rsidP="00A60070">
            <w:r>
              <w:t>179</w:t>
            </w:r>
          </w:p>
        </w:tc>
        <w:tc>
          <w:tcPr>
            <w:tcW w:w="1261" w:type="dxa"/>
          </w:tcPr>
          <w:p w14:paraId="76CD1E5B" w14:textId="77777777" w:rsidR="002D214A" w:rsidRDefault="002D214A" w:rsidP="00A60070">
            <w:r>
              <w:t>23.13</w:t>
            </w:r>
          </w:p>
        </w:tc>
        <w:tc>
          <w:tcPr>
            <w:tcW w:w="1261" w:type="dxa"/>
          </w:tcPr>
          <w:p w14:paraId="361278ED" w14:textId="77777777" w:rsidR="002D214A" w:rsidRDefault="002D214A" w:rsidP="00A60070"/>
        </w:tc>
      </w:tr>
      <w:tr w:rsidR="002D214A" w14:paraId="6E0C9BD1" w14:textId="77777777" w:rsidTr="00A60070">
        <w:tc>
          <w:tcPr>
            <w:tcW w:w="2376" w:type="dxa"/>
          </w:tcPr>
          <w:p w14:paraId="49C27D2F" w14:textId="77777777" w:rsidR="002D214A" w:rsidRDefault="002D214A" w:rsidP="00A60070"/>
        </w:tc>
        <w:tc>
          <w:tcPr>
            <w:tcW w:w="2684" w:type="dxa"/>
          </w:tcPr>
          <w:p w14:paraId="45495F99" w14:textId="77777777" w:rsidR="002D214A" w:rsidRDefault="002D214A" w:rsidP="00A60070">
            <w:r>
              <w:t>in the context of other oncological disciplines (oncological interdisciplinary)</w:t>
            </w:r>
          </w:p>
        </w:tc>
        <w:tc>
          <w:tcPr>
            <w:tcW w:w="1274" w:type="dxa"/>
          </w:tcPr>
          <w:p w14:paraId="2AE53D29" w14:textId="77777777" w:rsidR="002D214A" w:rsidRDefault="002D214A" w:rsidP="00A60070">
            <w:r>
              <w:t>494</w:t>
            </w:r>
          </w:p>
        </w:tc>
        <w:tc>
          <w:tcPr>
            <w:tcW w:w="1261" w:type="dxa"/>
          </w:tcPr>
          <w:p w14:paraId="376819CC" w14:textId="77777777" w:rsidR="002D214A" w:rsidRDefault="002D214A" w:rsidP="00A60070">
            <w:r>
              <w:t>63.82</w:t>
            </w:r>
          </w:p>
        </w:tc>
        <w:tc>
          <w:tcPr>
            <w:tcW w:w="1261" w:type="dxa"/>
          </w:tcPr>
          <w:p w14:paraId="2FB28106" w14:textId="77777777" w:rsidR="002D214A" w:rsidRDefault="002D214A" w:rsidP="00A60070"/>
        </w:tc>
      </w:tr>
      <w:tr w:rsidR="002D214A" w14:paraId="197D6A35" w14:textId="77777777" w:rsidTr="00A60070">
        <w:tc>
          <w:tcPr>
            <w:tcW w:w="2376" w:type="dxa"/>
          </w:tcPr>
          <w:p w14:paraId="74C29C8E" w14:textId="77777777" w:rsidR="002D214A" w:rsidRDefault="002D214A" w:rsidP="00A60070"/>
        </w:tc>
        <w:tc>
          <w:tcPr>
            <w:tcW w:w="2684" w:type="dxa"/>
          </w:tcPr>
          <w:p w14:paraId="68FCE8B2" w14:textId="77777777" w:rsidR="002D214A" w:rsidRDefault="002D214A" w:rsidP="00A60070">
            <w:r>
              <w:t>in the context of imaging disciplines (radiology, nuclear medicine)</w:t>
            </w:r>
          </w:p>
        </w:tc>
        <w:tc>
          <w:tcPr>
            <w:tcW w:w="1274" w:type="dxa"/>
          </w:tcPr>
          <w:p w14:paraId="4977F145" w14:textId="77777777" w:rsidR="002D214A" w:rsidRDefault="002D214A" w:rsidP="00A60070">
            <w:r>
              <w:t>81</w:t>
            </w:r>
          </w:p>
        </w:tc>
        <w:tc>
          <w:tcPr>
            <w:tcW w:w="1261" w:type="dxa"/>
          </w:tcPr>
          <w:p w14:paraId="196FC088" w14:textId="77777777" w:rsidR="002D214A" w:rsidRDefault="002D214A" w:rsidP="00A60070">
            <w:r>
              <w:t>10.47</w:t>
            </w:r>
          </w:p>
        </w:tc>
        <w:tc>
          <w:tcPr>
            <w:tcW w:w="1261" w:type="dxa"/>
          </w:tcPr>
          <w:p w14:paraId="6F39DA6D" w14:textId="77777777" w:rsidR="002D214A" w:rsidRDefault="002D214A" w:rsidP="00A60070"/>
        </w:tc>
      </w:tr>
      <w:tr w:rsidR="002D214A" w14:paraId="2E80FEA9" w14:textId="77777777" w:rsidTr="00A60070">
        <w:tc>
          <w:tcPr>
            <w:tcW w:w="2376" w:type="dxa"/>
          </w:tcPr>
          <w:p w14:paraId="7B60283A" w14:textId="77777777" w:rsidR="002D214A" w:rsidRDefault="002D214A" w:rsidP="00A60070"/>
        </w:tc>
        <w:tc>
          <w:tcPr>
            <w:tcW w:w="2684" w:type="dxa"/>
          </w:tcPr>
          <w:p w14:paraId="32F42305" w14:textId="77777777" w:rsidR="002D214A" w:rsidRDefault="002D214A" w:rsidP="00A60070">
            <w:r>
              <w:t>not at all</w:t>
            </w:r>
          </w:p>
        </w:tc>
        <w:tc>
          <w:tcPr>
            <w:tcW w:w="1274" w:type="dxa"/>
          </w:tcPr>
          <w:p w14:paraId="5AF04AA9" w14:textId="77777777" w:rsidR="002D214A" w:rsidRDefault="002D214A" w:rsidP="00A60070">
            <w:r>
              <w:t>20</w:t>
            </w:r>
          </w:p>
        </w:tc>
        <w:tc>
          <w:tcPr>
            <w:tcW w:w="1261" w:type="dxa"/>
          </w:tcPr>
          <w:p w14:paraId="4F6D190C" w14:textId="77777777" w:rsidR="002D214A" w:rsidRDefault="002D214A" w:rsidP="00A60070">
            <w:r>
              <w:t>2.58</w:t>
            </w:r>
          </w:p>
        </w:tc>
        <w:tc>
          <w:tcPr>
            <w:tcW w:w="1261" w:type="dxa"/>
          </w:tcPr>
          <w:p w14:paraId="2766D187" w14:textId="77777777" w:rsidR="002D214A" w:rsidRDefault="002D214A" w:rsidP="00A60070"/>
        </w:tc>
      </w:tr>
      <w:tr w:rsidR="002D214A" w14:paraId="6DE190AC" w14:textId="77777777" w:rsidTr="00A60070">
        <w:tc>
          <w:tcPr>
            <w:tcW w:w="2376" w:type="dxa"/>
          </w:tcPr>
          <w:p w14:paraId="25B67256" w14:textId="77777777" w:rsidR="002D214A" w:rsidRDefault="002D214A" w:rsidP="00A60070"/>
        </w:tc>
        <w:tc>
          <w:tcPr>
            <w:tcW w:w="2684" w:type="dxa"/>
          </w:tcPr>
          <w:p w14:paraId="634D1805" w14:textId="77777777" w:rsidR="002D214A" w:rsidRDefault="002D214A" w:rsidP="00A60070">
            <w:r>
              <w:t>other:</w:t>
            </w:r>
          </w:p>
        </w:tc>
        <w:tc>
          <w:tcPr>
            <w:tcW w:w="1274" w:type="dxa"/>
          </w:tcPr>
          <w:p w14:paraId="1F9F5C4C" w14:textId="77777777" w:rsidR="002D214A" w:rsidRDefault="002D214A" w:rsidP="00A60070">
            <w:r>
              <w:t>0</w:t>
            </w:r>
          </w:p>
        </w:tc>
        <w:tc>
          <w:tcPr>
            <w:tcW w:w="1261" w:type="dxa"/>
          </w:tcPr>
          <w:p w14:paraId="3FA49957" w14:textId="77777777" w:rsidR="002D214A" w:rsidRDefault="002D214A" w:rsidP="00A60070">
            <w:r>
              <w:t>0</w:t>
            </w:r>
          </w:p>
        </w:tc>
        <w:tc>
          <w:tcPr>
            <w:tcW w:w="1261" w:type="dxa"/>
          </w:tcPr>
          <w:p w14:paraId="289B6E42" w14:textId="77777777" w:rsidR="002D214A" w:rsidRDefault="002D214A" w:rsidP="00A60070"/>
        </w:tc>
      </w:tr>
      <w:tr w:rsidR="002D214A" w14:paraId="2084E9C0" w14:textId="77777777" w:rsidTr="00A60070">
        <w:tc>
          <w:tcPr>
            <w:tcW w:w="2376" w:type="dxa"/>
          </w:tcPr>
          <w:p w14:paraId="01780741" w14:textId="77777777" w:rsidR="002D214A" w:rsidRDefault="002D214A" w:rsidP="00A60070"/>
        </w:tc>
        <w:tc>
          <w:tcPr>
            <w:tcW w:w="2684" w:type="dxa"/>
          </w:tcPr>
          <w:p w14:paraId="74BB0A53" w14:textId="77777777" w:rsidR="002D214A" w:rsidRDefault="002D214A" w:rsidP="00A60070"/>
        </w:tc>
        <w:tc>
          <w:tcPr>
            <w:tcW w:w="1274" w:type="dxa"/>
          </w:tcPr>
          <w:p w14:paraId="4687F775" w14:textId="77777777" w:rsidR="002D214A" w:rsidRDefault="002D214A" w:rsidP="00A60070"/>
        </w:tc>
        <w:tc>
          <w:tcPr>
            <w:tcW w:w="1261" w:type="dxa"/>
          </w:tcPr>
          <w:p w14:paraId="692D18B2" w14:textId="77777777" w:rsidR="002D214A" w:rsidRDefault="002D214A" w:rsidP="00A60070"/>
        </w:tc>
        <w:tc>
          <w:tcPr>
            <w:tcW w:w="1261" w:type="dxa"/>
          </w:tcPr>
          <w:p w14:paraId="021952AA" w14:textId="77777777" w:rsidR="002D214A" w:rsidRDefault="002D214A" w:rsidP="00A60070"/>
        </w:tc>
      </w:tr>
      <w:tr w:rsidR="002D214A" w14:paraId="0C271796" w14:textId="77777777" w:rsidTr="00A60070">
        <w:tc>
          <w:tcPr>
            <w:tcW w:w="2376" w:type="dxa"/>
          </w:tcPr>
          <w:p w14:paraId="260821C0" w14:textId="77777777" w:rsidR="002D214A" w:rsidRDefault="002D214A" w:rsidP="00A60070">
            <w:r>
              <w:t>Scientific fundamentals (radiation biology, radiation physics, radiation protection) are/were taught in the following teaching format (multiple choices possible): (n = 759)</w:t>
            </w:r>
          </w:p>
        </w:tc>
        <w:tc>
          <w:tcPr>
            <w:tcW w:w="2684" w:type="dxa"/>
          </w:tcPr>
          <w:p w14:paraId="210399AB" w14:textId="77777777" w:rsidR="002D214A" w:rsidRDefault="002D214A" w:rsidP="00A60070">
            <w:r>
              <w:t>Answer</w:t>
            </w:r>
          </w:p>
        </w:tc>
        <w:tc>
          <w:tcPr>
            <w:tcW w:w="1274" w:type="dxa"/>
          </w:tcPr>
          <w:p w14:paraId="222B0393" w14:textId="77777777" w:rsidR="002D214A" w:rsidRDefault="002D214A" w:rsidP="00A60070">
            <w:r>
              <w:t>Count</w:t>
            </w:r>
          </w:p>
        </w:tc>
        <w:tc>
          <w:tcPr>
            <w:tcW w:w="1261" w:type="dxa"/>
          </w:tcPr>
          <w:p w14:paraId="6734D8B2" w14:textId="77777777" w:rsidR="002D214A" w:rsidRDefault="002D214A" w:rsidP="00A60070">
            <w:r>
              <w:t>%</w:t>
            </w:r>
          </w:p>
        </w:tc>
        <w:tc>
          <w:tcPr>
            <w:tcW w:w="1261" w:type="dxa"/>
          </w:tcPr>
          <w:p w14:paraId="716A0AA4" w14:textId="77777777" w:rsidR="002D214A" w:rsidRDefault="002D214A" w:rsidP="00A60070"/>
        </w:tc>
      </w:tr>
      <w:tr w:rsidR="002D214A" w14:paraId="46974A88" w14:textId="77777777" w:rsidTr="00A60070">
        <w:tc>
          <w:tcPr>
            <w:tcW w:w="2376" w:type="dxa"/>
          </w:tcPr>
          <w:p w14:paraId="52C09F72" w14:textId="77777777" w:rsidR="002D214A" w:rsidRDefault="002D214A" w:rsidP="00A60070"/>
        </w:tc>
        <w:tc>
          <w:tcPr>
            <w:tcW w:w="2684" w:type="dxa"/>
          </w:tcPr>
          <w:p w14:paraId="42B1BCF8" w14:textId="77777777" w:rsidR="002D214A" w:rsidRDefault="002D214A" w:rsidP="00A60070">
            <w:r>
              <w:t>lecture</w:t>
            </w:r>
          </w:p>
        </w:tc>
        <w:tc>
          <w:tcPr>
            <w:tcW w:w="1274" w:type="dxa"/>
          </w:tcPr>
          <w:p w14:paraId="37AB46CB" w14:textId="77777777" w:rsidR="002D214A" w:rsidRDefault="002D214A" w:rsidP="00A60070">
            <w:r>
              <w:t>554</w:t>
            </w:r>
          </w:p>
        </w:tc>
        <w:tc>
          <w:tcPr>
            <w:tcW w:w="1261" w:type="dxa"/>
          </w:tcPr>
          <w:p w14:paraId="40C7A546" w14:textId="77777777" w:rsidR="002D214A" w:rsidRDefault="002D214A" w:rsidP="00A60070">
            <w:r>
              <w:t>72.99</w:t>
            </w:r>
          </w:p>
        </w:tc>
        <w:tc>
          <w:tcPr>
            <w:tcW w:w="1261" w:type="dxa"/>
          </w:tcPr>
          <w:p w14:paraId="461C4BDD" w14:textId="77777777" w:rsidR="002D214A" w:rsidRDefault="002D214A" w:rsidP="00A60070"/>
        </w:tc>
      </w:tr>
      <w:tr w:rsidR="002D214A" w14:paraId="16FFD261" w14:textId="77777777" w:rsidTr="00A60070">
        <w:tc>
          <w:tcPr>
            <w:tcW w:w="2376" w:type="dxa"/>
          </w:tcPr>
          <w:p w14:paraId="351316CD" w14:textId="77777777" w:rsidR="002D214A" w:rsidRDefault="002D214A" w:rsidP="00A60070"/>
        </w:tc>
        <w:tc>
          <w:tcPr>
            <w:tcW w:w="2684" w:type="dxa"/>
          </w:tcPr>
          <w:p w14:paraId="385E96AE" w14:textId="77777777" w:rsidR="002D214A" w:rsidRDefault="002D214A" w:rsidP="00A60070">
            <w:r>
              <w:t>Seminar or internship</w:t>
            </w:r>
          </w:p>
        </w:tc>
        <w:tc>
          <w:tcPr>
            <w:tcW w:w="1274" w:type="dxa"/>
          </w:tcPr>
          <w:p w14:paraId="1FC773BE" w14:textId="77777777" w:rsidR="002D214A" w:rsidRDefault="002D214A" w:rsidP="00A60070">
            <w:r>
              <w:t>366</w:t>
            </w:r>
          </w:p>
        </w:tc>
        <w:tc>
          <w:tcPr>
            <w:tcW w:w="1261" w:type="dxa"/>
          </w:tcPr>
          <w:p w14:paraId="41B01465" w14:textId="77777777" w:rsidR="002D214A" w:rsidRDefault="002D214A" w:rsidP="00A60070">
            <w:r>
              <w:t>48.22</w:t>
            </w:r>
          </w:p>
        </w:tc>
        <w:tc>
          <w:tcPr>
            <w:tcW w:w="1261" w:type="dxa"/>
          </w:tcPr>
          <w:p w14:paraId="1B0B2E66" w14:textId="77777777" w:rsidR="002D214A" w:rsidRDefault="002D214A" w:rsidP="00A60070"/>
        </w:tc>
      </w:tr>
      <w:tr w:rsidR="002D214A" w14:paraId="288D9994" w14:textId="77777777" w:rsidTr="00A60070">
        <w:tc>
          <w:tcPr>
            <w:tcW w:w="2376" w:type="dxa"/>
          </w:tcPr>
          <w:p w14:paraId="6F36861D" w14:textId="77777777" w:rsidR="002D214A" w:rsidRDefault="002D214A" w:rsidP="00A60070"/>
        </w:tc>
        <w:tc>
          <w:tcPr>
            <w:tcW w:w="2684" w:type="dxa"/>
          </w:tcPr>
          <w:p w14:paraId="19C3ED31" w14:textId="77777777" w:rsidR="002D214A" w:rsidRDefault="002D214A" w:rsidP="00A60070">
            <w:r>
              <w:t>Exclusively e-learning-based (e.g. as an online video, online course or online seminar)</w:t>
            </w:r>
          </w:p>
        </w:tc>
        <w:tc>
          <w:tcPr>
            <w:tcW w:w="1274" w:type="dxa"/>
          </w:tcPr>
          <w:p w14:paraId="0C6F1E96" w14:textId="77777777" w:rsidR="002D214A" w:rsidRDefault="002D214A" w:rsidP="00A60070">
            <w:r>
              <w:t>65</w:t>
            </w:r>
          </w:p>
        </w:tc>
        <w:tc>
          <w:tcPr>
            <w:tcW w:w="1261" w:type="dxa"/>
          </w:tcPr>
          <w:p w14:paraId="1DF5134C" w14:textId="77777777" w:rsidR="002D214A" w:rsidRDefault="002D214A" w:rsidP="00A60070">
            <w:r>
              <w:t>8.56</w:t>
            </w:r>
          </w:p>
        </w:tc>
        <w:tc>
          <w:tcPr>
            <w:tcW w:w="1261" w:type="dxa"/>
          </w:tcPr>
          <w:p w14:paraId="5DF203EE" w14:textId="77777777" w:rsidR="002D214A" w:rsidRDefault="002D214A" w:rsidP="00A60070"/>
        </w:tc>
      </w:tr>
      <w:tr w:rsidR="002D214A" w14:paraId="2BF97F37" w14:textId="77777777" w:rsidTr="00A60070">
        <w:tc>
          <w:tcPr>
            <w:tcW w:w="2376" w:type="dxa"/>
          </w:tcPr>
          <w:p w14:paraId="5B498D9E" w14:textId="77777777" w:rsidR="002D214A" w:rsidRDefault="002D214A" w:rsidP="00A60070"/>
        </w:tc>
        <w:tc>
          <w:tcPr>
            <w:tcW w:w="2684" w:type="dxa"/>
          </w:tcPr>
          <w:p w14:paraId="2FCAD1D9" w14:textId="77777777" w:rsidR="002D214A" w:rsidRDefault="002D214A" w:rsidP="00A60070">
            <w:r>
              <w:t>Hybrid format (e.g. combination of individual e-learning-based pre-/post-processing and seminar/internship)</w:t>
            </w:r>
          </w:p>
        </w:tc>
        <w:tc>
          <w:tcPr>
            <w:tcW w:w="1274" w:type="dxa"/>
          </w:tcPr>
          <w:p w14:paraId="12E13772" w14:textId="77777777" w:rsidR="002D214A" w:rsidRDefault="002D214A" w:rsidP="00A60070">
            <w:r>
              <w:t>142</w:t>
            </w:r>
          </w:p>
        </w:tc>
        <w:tc>
          <w:tcPr>
            <w:tcW w:w="1261" w:type="dxa"/>
          </w:tcPr>
          <w:p w14:paraId="6518BA12" w14:textId="77777777" w:rsidR="002D214A" w:rsidRDefault="002D214A" w:rsidP="00A60070">
            <w:r>
              <w:t>18.71</w:t>
            </w:r>
          </w:p>
        </w:tc>
        <w:tc>
          <w:tcPr>
            <w:tcW w:w="1261" w:type="dxa"/>
          </w:tcPr>
          <w:p w14:paraId="00A74472" w14:textId="77777777" w:rsidR="002D214A" w:rsidRDefault="002D214A" w:rsidP="00A60070"/>
        </w:tc>
      </w:tr>
      <w:tr w:rsidR="002D214A" w14:paraId="2011E27B" w14:textId="77777777" w:rsidTr="00A60070">
        <w:tc>
          <w:tcPr>
            <w:tcW w:w="2376" w:type="dxa"/>
          </w:tcPr>
          <w:p w14:paraId="1D92247F" w14:textId="77777777" w:rsidR="002D214A" w:rsidRDefault="002D214A" w:rsidP="00A60070"/>
        </w:tc>
        <w:tc>
          <w:tcPr>
            <w:tcW w:w="2684" w:type="dxa"/>
          </w:tcPr>
          <w:p w14:paraId="0A8ECE01" w14:textId="77777777" w:rsidR="002D214A" w:rsidRDefault="002D214A" w:rsidP="00A60070">
            <w:r>
              <w:t>several of the listed here</w:t>
            </w:r>
          </w:p>
        </w:tc>
        <w:tc>
          <w:tcPr>
            <w:tcW w:w="1274" w:type="dxa"/>
          </w:tcPr>
          <w:p w14:paraId="2381BE7D" w14:textId="77777777" w:rsidR="002D214A" w:rsidRDefault="002D214A" w:rsidP="00A60070">
            <w:r>
              <w:t>32</w:t>
            </w:r>
          </w:p>
        </w:tc>
        <w:tc>
          <w:tcPr>
            <w:tcW w:w="1261" w:type="dxa"/>
          </w:tcPr>
          <w:p w14:paraId="4375937F" w14:textId="77777777" w:rsidR="002D214A" w:rsidRDefault="002D214A" w:rsidP="00A60070">
            <w:r>
              <w:t>4.22</w:t>
            </w:r>
          </w:p>
        </w:tc>
        <w:tc>
          <w:tcPr>
            <w:tcW w:w="1261" w:type="dxa"/>
          </w:tcPr>
          <w:p w14:paraId="10A8354F" w14:textId="77777777" w:rsidR="002D214A" w:rsidRDefault="002D214A" w:rsidP="00A60070"/>
        </w:tc>
      </w:tr>
      <w:tr w:rsidR="002D214A" w14:paraId="33409F6B" w14:textId="77777777" w:rsidTr="00A60070">
        <w:tc>
          <w:tcPr>
            <w:tcW w:w="2376" w:type="dxa"/>
          </w:tcPr>
          <w:p w14:paraId="692A46CC" w14:textId="77777777" w:rsidR="002D214A" w:rsidRDefault="002D214A" w:rsidP="00A60070"/>
        </w:tc>
        <w:tc>
          <w:tcPr>
            <w:tcW w:w="2684" w:type="dxa"/>
          </w:tcPr>
          <w:p w14:paraId="15EAF034" w14:textId="77777777" w:rsidR="002D214A" w:rsidRDefault="002D214A" w:rsidP="00A60070">
            <w:r>
              <w:t>not at all</w:t>
            </w:r>
          </w:p>
        </w:tc>
        <w:tc>
          <w:tcPr>
            <w:tcW w:w="1274" w:type="dxa"/>
          </w:tcPr>
          <w:p w14:paraId="710DCA89" w14:textId="77777777" w:rsidR="002D214A" w:rsidRDefault="002D214A" w:rsidP="00A60070">
            <w:r>
              <w:t>17</w:t>
            </w:r>
          </w:p>
        </w:tc>
        <w:tc>
          <w:tcPr>
            <w:tcW w:w="1261" w:type="dxa"/>
          </w:tcPr>
          <w:p w14:paraId="391FED32" w14:textId="77777777" w:rsidR="002D214A" w:rsidRDefault="002D214A" w:rsidP="00A60070">
            <w:r>
              <w:t>2.24</w:t>
            </w:r>
          </w:p>
        </w:tc>
        <w:tc>
          <w:tcPr>
            <w:tcW w:w="1261" w:type="dxa"/>
          </w:tcPr>
          <w:p w14:paraId="18DB61B8" w14:textId="77777777" w:rsidR="002D214A" w:rsidRDefault="002D214A" w:rsidP="00A60070"/>
        </w:tc>
      </w:tr>
      <w:tr w:rsidR="002D214A" w14:paraId="74D1F52C" w14:textId="77777777" w:rsidTr="00A60070">
        <w:tc>
          <w:tcPr>
            <w:tcW w:w="2376" w:type="dxa"/>
          </w:tcPr>
          <w:p w14:paraId="5130A1F7" w14:textId="77777777" w:rsidR="002D214A" w:rsidRDefault="002D214A" w:rsidP="00A60070"/>
        </w:tc>
        <w:tc>
          <w:tcPr>
            <w:tcW w:w="2684" w:type="dxa"/>
          </w:tcPr>
          <w:p w14:paraId="51C24F41" w14:textId="77777777" w:rsidR="002D214A" w:rsidRDefault="002D214A" w:rsidP="00A60070">
            <w:r>
              <w:t>I can't remember</w:t>
            </w:r>
          </w:p>
        </w:tc>
        <w:tc>
          <w:tcPr>
            <w:tcW w:w="1274" w:type="dxa"/>
          </w:tcPr>
          <w:p w14:paraId="2667583E" w14:textId="77777777" w:rsidR="002D214A" w:rsidRDefault="002D214A" w:rsidP="00A60070">
            <w:r>
              <w:t>41</w:t>
            </w:r>
          </w:p>
        </w:tc>
        <w:tc>
          <w:tcPr>
            <w:tcW w:w="1261" w:type="dxa"/>
          </w:tcPr>
          <w:p w14:paraId="65B0FE04" w14:textId="77777777" w:rsidR="002D214A" w:rsidRDefault="002D214A" w:rsidP="00A60070">
            <w:r>
              <w:t>5.4</w:t>
            </w:r>
          </w:p>
        </w:tc>
        <w:tc>
          <w:tcPr>
            <w:tcW w:w="1261" w:type="dxa"/>
          </w:tcPr>
          <w:p w14:paraId="520DC1D5" w14:textId="77777777" w:rsidR="002D214A" w:rsidRDefault="002D214A" w:rsidP="00A60070"/>
        </w:tc>
      </w:tr>
      <w:tr w:rsidR="002D214A" w14:paraId="6D5D3E07" w14:textId="77777777" w:rsidTr="00A60070">
        <w:tc>
          <w:tcPr>
            <w:tcW w:w="2376" w:type="dxa"/>
          </w:tcPr>
          <w:p w14:paraId="35B78F4C" w14:textId="77777777" w:rsidR="002D214A" w:rsidRDefault="002D214A" w:rsidP="00A60070"/>
        </w:tc>
        <w:tc>
          <w:tcPr>
            <w:tcW w:w="2684" w:type="dxa"/>
          </w:tcPr>
          <w:p w14:paraId="5E012941" w14:textId="77777777" w:rsidR="002D214A" w:rsidRDefault="002D214A" w:rsidP="00A60070">
            <w:r>
              <w:t>other:</w:t>
            </w:r>
          </w:p>
        </w:tc>
        <w:tc>
          <w:tcPr>
            <w:tcW w:w="1274" w:type="dxa"/>
          </w:tcPr>
          <w:p w14:paraId="6D9889DD" w14:textId="77777777" w:rsidR="002D214A" w:rsidRDefault="002D214A" w:rsidP="00A60070">
            <w:r>
              <w:t>6</w:t>
            </w:r>
          </w:p>
        </w:tc>
        <w:tc>
          <w:tcPr>
            <w:tcW w:w="1261" w:type="dxa"/>
          </w:tcPr>
          <w:p w14:paraId="0FEDC8AB" w14:textId="77777777" w:rsidR="002D214A" w:rsidRDefault="002D214A" w:rsidP="00A60070">
            <w:r>
              <w:t>0.79</w:t>
            </w:r>
          </w:p>
        </w:tc>
        <w:tc>
          <w:tcPr>
            <w:tcW w:w="1261" w:type="dxa"/>
          </w:tcPr>
          <w:p w14:paraId="3037F275" w14:textId="77777777" w:rsidR="002D214A" w:rsidRDefault="002D214A" w:rsidP="00A60070"/>
        </w:tc>
      </w:tr>
      <w:tr w:rsidR="002D214A" w14:paraId="00642A5D" w14:textId="77777777" w:rsidTr="00A60070">
        <w:tc>
          <w:tcPr>
            <w:tcW w:w="2376" w:type="dxa"/>
          </w:tcPr>
          <w:p w14:paraId="2D219658" w14:textId="77777777" w:rsidR="002D214A" w:rsidRDefault="002D214A" w:rsidP="00A60070"/>
        </w:tc>
        <w:tc>
          <w:tcPr>
            <w:tcW w:w="2684" w:type="dxa"/>
          </w:tcPr>
          <w:p w14:paraId="7C9174EC" w14:textId="77777777" w:rsidR="002D214A" w:rsidRDefault="002D214A" w:rsidP="00A60070"/>
        </w:tc>
        <w:tc>
          <w:tcPr>
            <w:tcW w:w="1274" w:type="dxa"/>
          </w:tcPr>
          <w:p w14:paraId="733F8275" w14:textId="77777777" w:rsidR="002D214A" w:rsidRDefault="002D214A" w:rsidP="00A60070"/>
        </w:tc>
        <w:tc>
          <w:tcPr>
            <w:tcW w:w="1261" w:type="dxa"/>
          </w:tcPr>
          <w:p w14:paraId="667CC51A" w14:textId="77777777" w:rsidR="002D214A" w:rsidRDefault="002D214A" w:rsidP="00A60070"/>
        </w:tc>
        <w:tc>
          <w:tcPr>
            <w:tcW w:w="1261" w:type="dxa"/>
          </w:tcPr>
          <w:p w14:paraId="5BA2675C" w14:textId="77777777" w:rsidR="002D214A" w:rsidRDefault="002D214A" w:rsidP="00A60070"/>
        </w:tc>
      </w:tr>
      <w:tr w:rsidR="002D214A" w14:paraId="00E5E789" w14:textId="77777777" w:rsidTr="00A60070">
        <w:tc>
          <w:tcPr>
            <w:tcW w:w="2376" w:type="dxa"/>
          </w:tcPr>
          <w:p w14:paraId="1DB9E184" w14:textId="77777777" w:rsidR="002D214A" w:rsidRDefault="002D214A" w:rsidP="00A60070">
            <w:r>
              <w:t>Scientific fundamentals (radiation biology, radiation physics, radiation protection) should most likely be taught in the following teaching format: (n = 756)</w:t>
            </w:r>
          </w:p>
        </w:tc>
        <w:tc>
          <w:tcPr>
            <w:tcW w:w="2684" w:type="dxa"/>
          </w:tcPr>
          <w:p w14:paraId="7F0D537A" w14:textId="77777777" w:rsidR="002D214A" w:rsidRDefault="002D214A" w:rsidP="00A60070">
            <w:r>
              <w:t>Answer</w:t>
            </w:r>
          </w:p>
        </w:tc>
        <w:tc>
          <w:tcPr>
            <w:tcW w:w="1274" w:type="dxa"/>
          </w:tcPr>
          <w:p w14:paraId="3D486555" w14:textId="77777777" w:rsidR="002D214A" w:rsidRDefault="002D214A" w:rsidP="00A60070">
            <w:r>
              <w:t>Count</w:t>
            </w:r>
          </w:p>
        </w:tc>
        <w:tc>
          <w:tcPr>
            <w:tcW w:w="1261" w:type="dxa"/>
          </w:tcPr>
          <w:p w14:paraId="1D644B04" w14:textId="77777777" w:rsidR="002D214A" w:rsidRDefault="002D214A" w:rsidP="00A60070">
            <w:r>
              <w:t>%</w:t>
            </w:r>
          </w:p>
        </w:tc>
        <w:tc>
          <w:tcPr>
            <w:tcW w:w="1261" w:type="dxa"/>
          </w:tcPr>
          <w:p w14:paraId="2B9EA9D4" w14:textId="77777777" w:rsidR="002D214A" w:rsidRDefault="002D214A" w:rsidP="00A60070"/>
        </w:tc>
      </w:tr>
      <w:tr w:rsidR="002D214A" w14:paraId="27D0B560" w14:textId="77777777" w:rsidTr="00A60070">
        <w:tc>
          <w:tcPr>
            <w:tcW w:w="2376" w:type="dxa"/>
          </w:tcPr>
          <w:p w14:paraId="0EF02B1E" w14:textId="77777777" w:rsidR="002D214A" w:rsidRDefault="002D214A" w:rsidP="00A60070"/>
        </w:tc>
        <w:tc>
          <w:tcPr>
            <w:tcW w:w="2684" w:type="dxa"/>
          </w:tcPr>
          <w:p w14:paraId="2EB2E828" w14:textId="77777777" w:rsidR="002D214A" w:rsidRDefault="002D214A" w:rsidP="00A60070">
            <w:r>
              <w:t>lecture</w:t>
            </w:r>
          </w:p>
        </w:tc>
        <w:tc>
          <w:tcPr>
            <w:tcW w:w="1274" w:type="dxa"/>
          </w:tcPr>
          <w:p w14:paraId="208105BC" w14:textId="77777777" w:rsidR="002D214A" w:rsidRDefault="002D214A" w:rsidP="00A60070">
            <w:r>
              <w:t>488</w:t>
            </w:r>
          </w:p>
        </w:tc>
        <w:tc>
          <w:tcPr>
            <w:tcW w:w="1261" w:type="dxa"/>
          </w:tcPr>
          <w:p w14:paraId="10C5CC2A" w14:textId="77777777" w:rsidR="002D214A" w:rsidRDefault="002D214A" w:rsidP="00A60070">
            <w:r>
              <w:t>64.55</w:t>
            </w:r>
          </w:p>
        </w:tc>
        <w:tc>
          <w:tcPr>
            <w:tcW w:w="1261" w:type="dxa"/>
          </w:tcPr>
          <w:p w14:paraId="0F360E56" w14:textId="77777777" w:rsidR="002D214A" w:rsidRDefault="002D214A" w:rsidP="00A60070"/>
        </w:tc>
      </w:tr>
      <w:tr w:rsidR="002D214A" w14:paraId="47DAE31C" w14:textId="77777777" w:rsidTr="00A60070">
        <w:tc>
          <w:tcPr>
            <w:tcW w:w="2376" w:type="dxa"/>
          </w:tcPr>
          <w:p w14:paraId="0CCAE195" w14:textId="77777777" w:rsidR="002D214A" w:rsidRDefault="002D214A" w:rsidP="00A60070"/>
        </w:tc>
        <w:tc>
          <w:tcPr>
            <w:tcW w:w="2684" w:type="dxa"/>
          </w:tcPr>
          <w:p w14:paraId="5E3CC7B6" w14:textId="77777777" w:rsidR="002D214A" w:rsidRDefault="002D214A" w:rsidP="00A60070">
            <w:r>
              <w:t>Seminar or internship</w:t>
            </w:r>
          </w:p>
        </w:tc>
        <w:tc>
          <w:tcPr>
            <w:tcW w:w="1274" w:type="dxa"/>
          </w:tcPr>
          <w:p w14:paraId="5CC68A9D" w14:textId="77777777" w:rsidR="002D214A" w:rsidRDefault="002D214A" w:rsidP="00A60070">
            <w:r>
              <w:t>233</w:t>
            </w:r>
          </w:p>
        </w:tc>
        <w:tc>
          <w:tcPr>
            <w:tcW w:w="1261" w:type="dxa"/>
          </w:tcPr>
          <w:p w14:paraId="47C083FF" w14:textId="77777777" w:rsidR="002D214A" w:rsidRDefault="002D214A" w:rsidP="00A60070">
            <w:r>
              <w:t>30.82</w:t>
            </w:r>
          </w:p>
        </w:tc>
        <w:tc>
          <w:tcPr>
            <w:tcW w:w="1261" w:type="dxa"/>
          </w:tcPr>
          <w:p w14:paraId="3F94BB1B" w14:textId="77777777" w:rsidR="002D214A" w:rsidRDefault="002D214A" w:rsidP="00A60070"/>
        </w:tc>
      </w:tr>
      <w:tr w:rsidR="002D214A" w14:paraId="09DB8A45" w14:textId="77777777" w:rsidTr="00A60070">
        <w:tc>
          <w:tcPr>
            <w:tcW w:w="2376" w:type="dxa"/>
          </w:tcPr>
          <w:p w14:paraId="33477D05" w14:textId="77777777" w:rsidR="002D214A" w:rsidRDefault="002D214A" w:rsidP="00A60070"/>
        </w:tc>
        <w:tc>
          <w:tcPr>
            <w:tcW w:w="2684" w:type="dxa"/>
          </w:tcPr>
          <w:p w14:paraId="5893E61B" w14:textId="77777777" w:rsidR="002D214A" w:rsidRDefault="002D214A" w:rsidP="00A60070">
            <w:r>
              <w:t>not at all</w:t>
            </w:r>
          </w:p>
        </w:tc>
        <w:tc>
          <w:tcPr>
            <w:tcW w:w="1274" w:type="dxa"/>
          </w:tcPr>
          <w:p w14:paraId="3CEF89FA" w14:textId="77777777" w:rsidR="002D214A" w:rsidRDefault="002D214A" w:rsidP="00A60070">
            <w:r>
              <w:t>24</w:t>
            </w:r>
          </w:p>
        </w:tc>
        <w:tc>
          <w:tcPr>
            <w:tcW w:w="1261" w:type="dxa"/>
          </w:tcPr>
          <w:p w14:paraId="4C8D1270" w14:textId="77777777" w:rsidR="002D214A" w:rsidRDefault="002D214A" w:rsidP="00A60070">
            <w:r>
              <w:t>3.17</w:t>
            </w:r>
          </w:p>
        </w:tc>
        <w:tc>
          <w:tcPr>
            <w:tcW w:w="1261" w:type="dxa"/>
          </w:tcPr>
          <w:p w14:paraId="5B092BA0" w14:textId="77777777" w:rsidR="002D214A" w:rsidRDefault="002D214A" w:rsidP="00A60070"/>
        </w:tc>
      </w:tr>
      <w:tr w:rsidR="002D214A" w14:paraId="04326268" w14:textId="77777777" w:rsidTr="00A60070">
        <w:tc>
          <w:tcPr>
            <w:tcW w:w="2376" w:type="dxa"/>
          </w:tcPr>
          <w:p w14:paraId="4654372F" w14:textId="77777777" w:rsidR="002D214A" w:rsidRDefault="002D214A" w:rsidP="00A60070"/>
        </w:tc>
        <w:tc>
          <w:tcPr>
            <w:tcW w:w="2684" w:type="dxa"/>
          </w:tcPr>
          <w:p w14:paraId="27D5CFCE" w14:textId="77777777" w:rsidR="002D214A" w:rsidRDefault="002D214A" w:rsidP="00A60070">
            <w:r>
              <w:t>other:</w:t>
            </w:r>
          </w:p>
        </w:tc>
        <w:tc>
          <w:tcPr>
            <w:tcW w:w="1274" w:type="dxa"/>
          </w:tcPr>
          <w:p w14:paraId="5091E17C" w14:textId="77777777" w:rsidR="002D214A" w:rsidRDefault="002D214A" w:rsidP="00A60070">
            <w:r>
              <w:t>11</w:t>
            </w:r>
          </w:p>
        </w:tc>
        <w:tc>
          <w:tcPr>
            <w:tcW w:w="1261" w:type="dxa"/>
          </w:tcPr>
          <w:p w14:paraId="07842F1D" w14:textId="77777777" w:rsidR="002D214A" w:rsidRDefault="002D214A" w:rsidP="00A60070">
            <w:r>
              <w:t>1.46</w:t>
            </w:r>
          </w:p>
        </w:tc>
        <w:tc>
          <w:tcPr>
            <w:tcW w:w="1261" w:type="dxa"/>
          </w:tcPr>
          <w:p w14:paraId="75100F93" w14:textId="77777777" w:rsidR="002D214A" w:rsidRDefault="002D214A" w:rsidP="00A60070"/>
        </w:tc>
      </w:tr>
      <w:tr w:rsidR="002D214A" w14:paraId="03B77F7F" w14:textId="77777777" w:rsidTr="00A60070">
        <w:tc>
          <w:tcPr>
            <w:tcW w:w="2376" w:type="dxa"/>
          </w:tcPr>
          <w:p w14:paraId="1BF5E7C1" w14:textId="77777777" w:rsidR="002D214A" w:rsidRDefault="002D214A" w:rsidP="00A60070"/>
        </w:tc>
        <w:tc>
          <w:tcPr>
            <w:tcW w:w="2684" w:type="dxa"/>
          </w:tcPr>
          <w:p w14:paraId="43C8A4E4" w14:textId="77777777" w:rsidR="002D214A" w:rsidRDefault="002D214A" w:rsidP="00A60070"/>
        </w:tc>
        <w:tc>
          <w:tcPr>
            <w:tcW w:w="1274" w:type="dxa"/>
          </w:tcPr>
          <w:p w14:paraId="036A8723" w14:textId="77777777" w:rsidR="002D214A" w:rsidRDefault="002D214A" w:rsidP="00A60070"/>
        </w:tc>
        <w:tc>
          <w:tcPr>
            <w:tcW w:w="1261" w:type="dxa"/>
          </w:tcPr>
          <w:p w14:paraId="28CF080F" w14:textId="77777777" w:rsidR="002D214A" w:rsidRDefault="002D214A" w:rsidP="00A60070"/>
        </w:tc>
        <w:tc>
          <w:tcPr>
            <w:tcW w:w="1261" w:type="dxa"/>
          </w:tcPr>
          <w:p w14:paraId="2974DFB9" w14:textId="77777777" w:rsidR="002D214A" w:rsidRDefault="002D214A" w:rsidP="00A60070"/>
        </w:tc>
      </w:tr>
      <w:tr w:rsidR="002D214A" w14:paraId="7F8080EC" w14:textId="77777777" w:rsidTr="00A60070">
        <w:tc>
          <w:tcPr>
            <w:tcW w:w="2376" w:type="dxa"/>
          </w:tcPr>
          <w:p w14:paraId="31A2E2F6" w14:textId="77777777" w:rsidR="002D214A" w:rsidRDefault="002D214A" w:rsidP="00A60070">
            <w:r>
              <w:t>Scientific fundamentals (radiation biology, radiation physics, radiation protection) should be taught in the following form: (n = 756)</w:t>
            </w:r>
          </w:p>
        </w:tc>
        <w:tc>
          <w:tcPr>
            <w:tcW w:w="2684" w:type="dxa"/>
          </w:tcPr>
          <w:p w14:paraId="50E9B735" w14:textId="77777777" w:rsidR="002D214A" w:rsidRDefault="002D214A" w:rsidP="00A60070">
            <w:r>
              <w:t>Answer</w:t>
            </w:r>
          </w:p>
        </w:tc>
        <w:tc>
          <w:tcPr>
            <w:tcW w:w="1274" w:type="dxa"/>
          </w:tcPr>
          <w:p w14:paraId="31263CCE" w14:textId="77777777" w:rsidR="002D214A" w:rsidRDefault="002D214A" w:rsidP="00A60070">
            <w:r>
              <w:t>Count</w:t>
            </w:r>
          </w:p>
        </w:tc>
        <w:tc>
          <w:tcPr>
            <w:tcW w:w="1261" w:type="dxa"/>
          </w:tcPr>
          <w:p w14:paraId="22F7686E" w14:textId="77777777" w:rsidR="002D214A" w:rsidRDefault="002D214A" w:rsidP="00A60070">
            <w:r>
              <w:t>%</w:t>
            </w:r>
          </w:p>
        </w:tc>
        <w:tc>
          <w:tcPr>
            <w:tcW w:w="1261" w:type="dxa"/>
          </w:tcPr>
          <w:p w14:paraId="086E0347" w14:textId="77777777" w:rsidR="002D214A" w:rsidRDefault="002D214A" w:rsidP="00A60070"/>
        </w:tc>
      </w:tr>
      <w:tr w:rsidR="002D214A" w14:paraId="7FF0AAC1" w14:textId="77777777" w:rsidTr="00A60070">
        <w:tc>
          <w:tcPr>
            <w:tcW w:w="2376" w:type="dxa"/>
          </w:tcPr>
          <w:p w14:paraId="7FDEDE88" w14:textId="77777777" w:rsidR="002D214A" w:rsidRDefault="002D214A" w:rsidP="00A60070"/>
        </w:tc>
        <w:tc>
          <w:tcPr>
            <w:tcW w:w="2684" w:type="dxa"/>
          </w:tcPr>
          <w:p w14:paraId="240C10E7" w14:textId="77777777" w:rsidR="002D214A" w:rsidRDefault="002D214A" w:rsidP="00A60070">
            <w:r>
              <w:t>In-person event</w:t>
            </w:r>
          </w:p>
        </w:tc>
        <w:tc>
          <w:tcPr>
            <w:tcW w:w="1274" w:type="dxa"/>
          </w:tcPr>
          <w:p w14:paraId="7DF12D61" w14:textId="77777777" w:rsidR="002D214A" w:rsidRDefault="002D214A" w:rsidP="00A60070">
            <w:r>
              <w:t>173</w:t>
            </w:r>
          </w:p>
        </w:tc>
        <w:tc>
          <w:tcPr>
            <w:tcW w:w="1261" w:type="dxa"/>
          </w:tcPr>
          <w:p w14:paraId="2866DCAC" w14:textId="77777777" w:rsidR="002D214A" w:rsidRDefault="002D214A" w:rsidP="00A60070">
            <w:r>
              <w:t>22.88</w:t>
            </w:r>
          </w:p>
        </w:tc>
        <w:tc>
          <w:tcPr>
            <w:tcW w:w="1261" w:type="dxa"/>
          </w:tcPr>
          <w:p w14:paraId="0D2C84D6" w14:textId="77777777" w:rsidR="002D214A" w:rsidRDefault="002D214A" w:rsidP="00A60070"/>
        </w:tc>
      </w:tr>
      <w:tr w:rsidR="002D214A" w14:paraId="56E69846" w14:textId="77777777" w:rsidTr="00A60070">
        <w:tc>
          <w:tcPr>
            <w:tcW w:w="2376" w:type="dxa"/>
          </w:tcPr>
          <w:p w14:paraId="4ED3A3FA" w14:textId="77777777" w:rsidR="002D214A" w:rsidRDefault="002D214A" w:rsidP="00A60070"/>
        </w:tc>
        <w:tc>
          <w:tcPr>
            <w:tcW w:w="2684" w:type="dxa"/>
          </w:tcPr>
          <w:p w14:paraId="28467D05" w14:textId="77777777" w:rsidR="002D214A" w:rsidRDefault="002D214A" w:rsidP="00A60070">
            <w:r>
              <w:t>hybrid format (both as a face-to-face event and e-learning-based (e.g. as an online video, online course))</w:t>
            </w:r>
          </w:p>
        </w:tc>
        <w:tc>
          <w:tcPr>
            <w:tcW w:w="1274" w:type="dxa"/>
          </w:tcPr>
          <w:p w14:paraId="3337026F" w14:textId="77777777" w:rsidR="002D214A" w:rsidRDefault="002D214A" w:rsidP="00A60070">
            <w:r>
              <w:t>414</w:t>
            </w:r>
          </w:p>
        </w:tc>
        <w:tc>
          <w:tcPr>
            <w:tcW w:w="1261" w:type="dxa"/>
          </w:tcPr>
          <w:p w14:paraId="60651917" w14:textId="77777777" w:rsidR="002D214A" w:rsidRDefault="002D214A" w:rsidP="00A60070">
            <w:r>
              <w:t>54.76</w:t>
            </w:r>
          </w:p>
        </w:tc>
        <w:tc>
          <w:tcPr>
            <w:tcW w:w="1261" w:type="dxa"/>
          </w:tcPr>
          <w:p w14:paraId="21806D1C" w14:textId="77777777" w:rsidR="002D214A" w:rsidRDefault="002D214A" w:rsidP="00A60070"/>
        </w:tc>
      </w:tr>
      <w:tr w:rsidR="002D214A" w14:paraId="7132FB47" w14:textId="77777777" w:rsidTr="00A60070">
        <w:tc>
          <w:tcPr>
            <w:tcW w:w="2376" w:type="dxa"/>
          </w:tcPr>
          <w:p w14:paraId="676C8BBF" w14:textId="77777777" w:rsidR="002D214A" w:rsidRDefault="002D214A" w:rsidP="00A60070"/>
        </w:tc>
        <w:tc>
          <w:tcPr>
            <w:tcW w:w="2684" w:type="dxa"/>
          </w:tcPr>
          <w:p w14:paraId="4A3A01D1" w14:textId="77777777" w:rsidR="002D214A" w:rsidRDefault="002D214A" w:rsidP="00A60070">
            <w:r>
              <w:t>exclusively e-learning based (e.g. as online video, online course)</w:t>
            </w:r>
          </w:p>
        </w:tc>
        <w:tc>
          <w:tcPr>
            <w:tcW w:w="1274" w:type="dxa"/>
          </w:tcPr>
          <w:p w14:paraId="2E648A31" w14:textId="77777777" w:rsidR="002D214A" w:rsidRDefault="002D214A" w:rsidP="00A60070">
            <w:r>
              <w:t>145</w:t>
            </w:r>
          </w:p>
        </w:tc>
        <w:tc>
          <w:tcPr>
            <w:tcW w:w="1261" w:type="dxa"/>
          </w:tcPr>
          <w:p w14:paraId="6216366B" w14:textId="77777777" w:rsidR="002D214A" w:rsidRDefault="002D214A" w:rsidP="00A60070">
            <w:r>
              <w:t>19.18</w:t>
            </w:r>
          </w:p>
        </w:tc>
        <w:tc>
          <w:tcPr>
            <w:tcW w:w="1261" w:type="dxa"/>
          </w:tcPr>
          <w:p w14:paraId="09327EB1" w14:textId="77777777" w:rsidR="002D214A" w:rsidRDefault="002D214A" w:rsidP="00A60070"/>
        </w:tc>
      </w:tr>
      <w:tr w:rsidR="002D214A" w14:paraId="54675826" w14:textId="77777777" w:rsidTr="00A60070">
        <w:tc>
          <w:tcPr>
            <w:tcW w:w="2376" w:type="dxa"/>
          </w:tcPr>
          <w:p w14:paraId="4BDECEB9" w14:textId="77777777" w:rsidR="002D214A" w:rsidRDefault="002D214A" w:rsidP="00A60070"/>
        </w:tc>
        <w:tc>
          <w:tcPr>
            <w:tcW w:w="2684" w:type="dxa"/>
          </w:tcPr>
          <w:p w14:paraId="3DAD79D5" w14:textId="77777777" w:rsidR="002D214A" w:rsidRDefault="002D214A" w:rsidP="00A60070">
            <w:r>
              <w:t>not at all</w:t>
            </w:r>
          </w:p>
        </w:tc>
        <w:tc>
          <w:tcPr>
            <w:tcW w:w="1274" w:type="dxa"/>
          </w:tcPr>
          <w:p w14:paraId="4327A610" w14:textId="77777777" w:rsidR="002D214A" w:rsidRDefault="002D214A" w:rsidP="00A60070">
            <w:r>
              <w:t>22</w:t>
            </w:r>
          </w:p>
        </w:tc>
        <w:tc>
          <w:tcPr>
            <w:tcW w:w="1261" w:type="dxa"/>
          </w:tcPr>
          <w:p w14:paraId="631A8ACD" w14:textId="77777777" w:rsidR="002D214A" w:rsidRDefault="002D214A" w:rsidP="00A60070">
            <w:r>
              <w:t>2.91</w:t>
            </w:r>
          </w:p>
        </w:tc>
        <w:tc>
          <w:tcPr>
            <w:tcW w:w="1261" w:type="dxa"/>
          </w:tcPr>
          <w:p w14:paraId="0C4BD642" w14:textId="77777777" w:rsidR="002D214A" w:rsidRDefault="002D214A" w:rsidP="00A60070"/>
        </w:tc>
      </w:tr>
      <w:tr w:rsidR="002D214A" w14:paraId="0387A623" w14:textId="77777777" w:rsidTr="00A60070">
        <w:tc>
          <w:tcPr>
            <w:tcW w:w="2376" w:type="dxa"/>
          </w:tcPr>
          <w:p w14:paraId="1BAD9029" w14:textId="77777777" w:rsidR="002D214A" w:rsidRDefault="002D214A" w:rsidP="00A60070"/>
        </w:tc>
        <w:tc>
          <w:tcPr>
            <w:tcW w:w="2684" w:type="dxa"/>
          </w:tcPr>
          <w:p w14:paraId="6C802D03" w14:textId="77777777" w:rsidR="002D214A" w:rsidRDefault="002D214A" w:rsidP="00A60070">
            <w:r>
              <w:t>other:</w:t>
            </w:r>
          </w:p>
        </w:tc>
        <w:tc>
          <w:tcPr>
            <w:tcW w:w="1274" w:type="dxa"/>
          </w:tcPr>
          <w:p w14:paraId="0C4BCE2B" w14:textId="77777777" w:rsidR="002D214A" w:rsidRDefault="002D214A" w:rsidP="00A60070">
            <w:r>
              <w:t>2</w:t>
            </w:r>
          </w:p>
        </w:tc>
        <w:tc>
          <w:tcPr>
            <w:tcW w:w="1261" w:type="dxa"/>
          </w:tcPr>
          <w:p w14:paraId="533107AF" w14:textId="77777777" w:rsidR="002D214A" w:rsidRDefault="002D214A" w:rsidP="00A60070">
            <w:r>
              <w:t>0.26</w:t>
            </w:r>
          </w:p>
        </w:tc>
        <w:tc>
          <w:tcPr>
            <w:tcW w:w="1261" w:type="dxa"/>
          </w:tcPr>
          <w:p w14:paraId="1B00AA08" w14:textId="77777777" w:rsidR="002D214A" w:rsidRDefault="002D214A" w:rsidP="00A60070"/>
        </w:tc>
      </w:tr>
      <w:tr w:rsidR="002D214A" w14:paraId="635D952E" w14:textId="77777777" w:rsidTr="00A60070">
        <w:tc>
          <w:tcPr>
            <w:tcW w:w="2376" w:type="dxa"/>
          </w:tcPr>
          <w:p w14:paraId="05FD4D28" w14:textId="77777777" w:rsidR="002D214A" w:rsidRDefault="002D214A" w:rsidP="00A60070"/>
        </w:tc>
        <w:tc>
          <w:tcPr>
            <w:tcW w:w="2684" w:type="dxa"/>
          </w:tcPr>
          <w:p w14:paraId="6185B319" w14:textId="77777777" w:rsidR="002D214A" w:rsidRDefault="002D214A" w:rsidP="00A60070"/>
        </w:tc>
        <w:tc>
          <w:tcPr>
            <w:tcW w:w="1274" w:type="dxa"/>
          </w:tcPr>
          <w:p w14:paraId="6134AF6E" w14:textId="77777777" w:rsidR="002D214A" w:rsidRDefault="002D214A" w:rsidP="00A60070"/>
        </w:tc>
        <w:tc>
          <w:tcPr>
            <w:tcW w:w="1261" w:type="dxa"/>
          </w:tcPr>
          <w:p w14:paraId="3D3AF7A3" w14:textId="77777777" w:rsidR="002D214A" w:rsidRDefault="002D214A" w:rsidP="00A60070"/>
        </w:tc>
        <w:tc>
          <w:tcPr>
            <w:tcW w:w="1261" w:type="dxa"/>
          </w:tcPr>
          <w:p w14:paraId="1A3AF88A" w14:textId="77777777" w:rsidR="002D214A" w:rsidRDefault="002D214A" w:rsidP="00A60070"/>
        </w:tc>
      </w:tr>
      <w:tr w:rsidR="002D214A" w14:paraId="3EA2E152" w14:textId="77777777" w:rsidTr="00A60070">
        <w:tc>
          <w:tcPr>
            <w:tcW w:w="2376" w:type="dxa"/>
          </w:tcPr>
          <w:p w14:paraId="1830F7C1" w14:textId="77777777" w:rsidR="002D214A" w:rsidRDefault="002D214A" w:rsidP="00A60070">
            <w:r>
              <w:t>Fundamentals of natural science (radiation biology, radiation physics, radiation protection) are/were adequately taught at our faculty. (n = 748)</w:t>
            </w:r>
          </w:p>
        </w:tc>
        <w:tc>
          <w:tcPr>
            <w:tcW w:w="2684" w:type="dxa"/>
          </w:tcPr>
          <w:p w14:paraId="299D6C20" w14:textId="77777777" w:rsidR="002D214A" w:rsidRDefault="002D214A" w:rsidP="00A60070">
            <w:r>
              <w:t>Answer</w:t>
            </w:r>
          </w:p>
        </w:tc>
        <w:tc>
          <w:tcPr>
            <w:tcW w:w="1274" w:type="dxa"/>
          </w:tcPr>
          <w:p w14:paraId="1749C645" w14:textId="77777777" w:rsidR="002D214A" w:rsidRDefault="002D214A" w:rsidP="00A60070">
            <w:r>
              <w:t>Count</w:t>
            </w:r>
          </w:p>
        </w:tc>
        <w:tc>
          <w:tcPr>
            <w:tcW w:w="1261" w:type="dxa"/>
          </w:tcPr>
          <w:p w14:paraId="0447F2DA" w14:textId="77777777" w:rsidR="002D214A" w:rsidRDefault="002D214A" w:rsidP="00A60070">
            <w:r>
              <w:t>%</w:t>
            </w:r>
          </w:p>
        </w:tc>
        <w:tc>
          <w:tcPr>
            <w:tcW w:w="1261" w:type="dxa"/>
          </w:tcPr>
          <w:p w14:paraId="573C47FF" w14:textId="77777777" w:rsidR="002D214A" w:rsidRDefault="002D214A" w:rsidP="00A60070">
            <w:r>
              <w:t>Value</w:t>
            </w:r>
          </w:p>
        </w:tc>
      </w:tr>
      <w:tr w:rsidR="002D214A" w14:paraId="374EF724" w14:textId="77777777" w:rsidTr="00A60070">
        <w:tc>
          <w:tcPr>
            <w:tcW w:w="2376" w:type="dxa"/>
          </w:tcPr>
          <w:p w14:paraId="09AADEE9" w14:textId="77777777" w:rsidR="002D214A" w:rsidRDefault="002D214A" w:rsidP="00A60070"/>
        </w:tc>
        <w:tc>
          <w:tcPr>
            <w:tcW w:w="2684" w:type="dxa"/>
          </w:tcPr>
          <w:p w14:paraId="7B363522" w14:textId="77777777" w:rsidR="002D214A" w:rsidRDefault="002D214A" w:rsidP="00A60070">
            <w:r>
              <w:t>I totally agree</w:t>
            </w:r>
          </w:p>
        </w:tc>
        <w:tc>
          <w:tcPr>
            <w:tcW w:w="1274" w:type="dxa"/>
          </w:tcPr>
          <w:p w14:paraId="69A144CC" w14:textId="77777777" w:rsidR="002D214A" w:rsidRDefault="002D214A" w:rsidP="00A60070">
            <w:r>
              <w:t>196</w:t>
            </w:r>
          </w:p>
        </w:tc>
        <w:tc>
          <w:tcPr>
            <w:tcW w:w="1261" w:type="dxa"/>
          </w:tcPr>
          <w:p w14:paraId="6AD9323B" w14:textId="77777777" w:rsidR="002D214A" w:rsidRDefault="002D214A" w:rsidP="00A60070">
            <w:r>
              <w:t>26.2</w:t>
            </w:r>
          </w:p>
        </w:tc>
        <w:tc>
          <w:tcPr>
            <w:tcW w:w="1261" w:type="dxa"/>
          </w:tcPr>
          <w:p w14:paraId="2968DF65" w14:textId="77777777" w:rsidR="002D214A" w:rsidRDefault="002D214A" w:rsidP="00A60070">
            <w:r>
              <w:t>1</w:t>
            </w:r>
          </w:p>
        </w:tc>
      </w:tr>
      <w:tr w:rsidR="002D214A" w14:paraId="0E08BB6F" w14:textId="77777777" w:rsidTr="00A60070">
        <w:tc>
          <w:tcPr>
            <w:tcW w:w="2376" w:type="dxa"/>
          </w:tcPr>
          <w:p w14:paraId="6B6BE48F" w14:textId="77777777" w:rsidR="002D214A" w:rsidRDefault="002D214A" w:rsidP="00A60070"/>
        </w:tc>
        <w:tc>
          <w:tcPr>
            <w:tcW w:w="2684" w:type="dxa"/>
          </w:tcPr>
          <w:p w14:paraId="252C42E7" w14:textId="77777777" w:rsidR="002D214A" w:rsidRDefault="002D214A" w:rsidP="00A60070">
            <w:r>
              <w:t>tend to agree</w:t>
            </w:r>
          </w:p>
        </w:tc>
        <w:tc>
          <w:tcPr>
            <w:tcW w:w="1274" w:type="dxa"/>
          </w:tcPr>
          <w:p w14:paraId="2E0F629F" w14:textId="77777777" w:rsidR="002D214A" w:rsidRDefault="002D214A" w:rsidP="00A60070">
            <w:r>
              <w:t>302</w:t>
            </w:r>
          </w:p>
        </w:tc>
        <w:tc>
          <w:tcPr>
            <w:tcW w:w="1261" w:type="dxa"/>
          </w:tcPr>
          <w:p w14:paraId="1F474B46" w14:textId="77777777" w:rsidR="002D214A" w:rsidRDefault="002D214A" w:rsidP="00A60070">
            <w:r>
              <w:t>40.37</w:t>
            </w:r>
          </w:p>
        </w:tc>
        <w:tc>
          <w:tcPr>
            <w:tcW w:w="1261" w:type="dxa"/>
          </w:tcPr>
          <w:p w14:paraId="0D1F8A49" w14:textId="77777777" w:rsidR="002D214A" w:rsidRDefault="002D214A" w:rsidP="00A60070">
            <w:r>
              <w:t>2</w:t>
            </w:r>
          </w:p>
        </w:tc>
      </w:tr>
      <w:tr w:rsidR="002D214A" w14:paraId="58AA0078" w14:textId="77777777" w:rsidTr="00A60070">
        <w:tc>
          <w:tcPr>
            <w:tcW w:w="2376" w:type="dxa"/>
          </w:tcPr>
          <w:p w14:paraId="000B4B8C" w14:textId="77777777" w:rsidR="002D214A" w:rsidRDefault="002D214A" w:rsidP="00A60070"/>
        </w:tc>
        <w:tc>
          <w:tcPr>
            <w:tcW w:w="2684" w:type="dxa"/>
          </w:tcPr>
          <w:p w14:paraId="4C5DF281" w14:textId="77777777" w:rsidR="002D214A" w:rsidRDefault="002D214A" w:rsidP="00A60070">
            <w:r>
              <w:t>partly/partly</w:t>
            </w:r>
          </w:p>
        </w:tc>
        <w:tc>
          <w:tcPr>
            <w:tcW w:w="1274" w:type="dxa"/>
          </w:tcPr>
          <w:p w14:paraId="4B2D24FE" w14:textId="77777777" w:rsidR="002D214A" w:rsidRDefault="002D214A" w:rsidP="00A60070">
            <w:r>
              <w:t>172</w:t>
            </w:r>
          </w:p>
        </w:tc>
        <w:tc>
          <w:tcPr>
            <w:tcW w:w="1261" w:type="dxa"/>
          </w:tcPr>
          <w:p w14:paraId="1DF0FB7E" w14:textId="77777777" w:rsidR="002D214A" w:rsidRDefault="002D214A" w:rsidP="00A60070">
            <w:r>
              <w:t>22.99</w:t>
            </w:r>
          </w:p>
        </w:tc>
        <w:tc>
          <w:tcPr>
            <w:tcW w:w="1261" w:type="dxa"/>
          </w:tcPr>
          <w:p w14:paraId="40ECD4BC" w14:textId="77777777" w:rsidR="002D214A" w:rsidRDefault="002D214A" w:rsidP="00A60070">
            <w:r>
              <w:t>3</w:t>
            </w:r>
          </w:p>
        </w:tc>
      </w:tr>
      <w:tr w:rsidR="002D214A" w14:paraId="1F64A1BE" w14:textId="77777777" w:rsidTr="00A60070">
        <w:tc>
          <w:tcPr>
            <w:tcW w:w="2376" w:type="dxa"/>
          </w:tcPr>
          <w:p w14:paraId="0CE0E313" w14:textId="77777777" w:rsidR="002D214A" w:rsidRDefault="002D214A" w:rsidP="00A60070"/>
        </w:tc>
        <w:tc>
          <w:tcPr>
            <w:tcW w:w="2684" w:type="dxa"/>
          </w:tcPr>
          <w:p w14:paraId="2A73FD76" w14:textId="77777777" w:rsidR="002D214A" w:rsidRDefault="002D214A" w:rsidP="00A60070">
            <w:r>
              <w:t>rather disagree</w:t>
            </w:r>
          </w:p>
        </w:tc>
        <w:tc>
          <w:tcPr>
            <w:tcW w:w="1274" w:type="dxa"/>
          </w:tcPr>
          <w:p w14:paraId="3ECF5C21" w14:textId="77777777" w:rsidR="002D214A" w:rsidRDefault="002D214A" w:rsidP="00A60070">
            <w:r>
              <w:t>67</w:t>
            </w:r>
          </w:p>
        </w:tc>
        <w:tc>
          <w:tcPr>
            <w:tcW w:w="1261" w:type="dxa"/>
          </w:tcPr>
          <w:p w14:paraId="340E23AC" w14:textId="77777777" w:rsidR="002D214A" w:rsidRDefault="002D214A" w:rsidP="00A60070">
            <w:r>
              <w:t>8.96</w:t>
            </w:r>
          </w:p>
        </w:tc>
        <w:tc>
          <w:tcPr>
            <w:tcW w:w="1261" w:type="dxa"/>
          </w:tcPr>
          <w:p w14:paraId="1D7B547B" w14:textId="77777777" w:rsidR="002D214A" w:rsidRDefault="002D214A" w:rsidP="00A60070">
            <w:r>
              <w:t>4</w:t>
            </w:r>
          </w:p>
        </w:tc>
      </w:tr>
      <w:tr w:rsidR="002D214A" w14:paraId="2BC5E99E" w14:textId="77777777" w:rsidTr="00A60070">
        <w:tc>
          <w:tcPr>
            <w:tcW w:w="2376" w:type="dxa"/>
          </w:tcPr>
          <w:p w14:paraId="729DAC32" w14:textId="77777777" w:rsidR="002D214A" w:rsidRDefault="002D214A" w:rsidP="00A60070"/>
        </w:tc>
        <w:tc>
          <w:tcPr>
            <w:tcW w:w="2684" w:type="dxa"/>
          </w:tcPr>
          <w:p w14:paraId="25E3E085" w14:textId="77777777" w:rsidR="002D214A" w:rsidRDefault="002D214A" w:rsidP="00A60070">
            <w:r>
              <w:t>strongly disagree</w:t>
            </w:r>
          </w:p>
        </w:tc>
        <w:tc>
          <w:tcPr>
            <w:tcW w:w="1274" w:type="dxa"/>
          </w:tcPr>
          <w:p w14:paraId="32290697" w14:textId="77777777" w:rsidR="002D214A" w:rsidRDefault="002D214A" w:rsidP="00A60070">
            <w:r>
              <w:t>11</w:t>
            </w:r>
          </w:p>
        </w:tc>
        <w:tc>
          <w:tcPr>
            <w:tcW w:w="1261" w:type="dxa"/>
          </w:tcPr>
          <w:p w14:paraId="6AEE9224" w14:textId="77777777" w:rsidR="002D214A" w:rsidRDefault="002D214A" w:rsidP="00A60070">
            <w:r>
              <w:t>1.47</w:t>
            </w:r>
          </w:p>
        </w:tc>
        <w:tc>
          <w:tcPr>
            <w:tcW w:w="1261" w:type="dxa"/>
          </w:tcPr>
          <w:p w14:paraId="5D694D43" w14:textId="77777777" w:rsidR="002D214A" w:rsidRDefault="002D214A" w:rsidP="00A60070">
            <w:r>
              <w:t>5</w:t>
            </w:r>
          </w:p>
        </w:tc>
      </w:tr>
      <w:tr w:rsidR="002D214A" w14:paraId="16359B61" w14:textId="77777777" w:rsidTr="00A60070">
        <w:tc>
          <w:tcPr>
            <w:tcW w:w="2376" w:type="dxa"/>
          </w:tcPr>
          <w:p w14:paraId="62A029EA" w14:textId="77777777" w:rsidR="002D214A" w:rsidRDefault="002D214A" w:rsidP="00A60070"/>
        </w:tc>
        <w:tc>
          <w:tcPr>
            <w:tcW w:w="2684" w:type="dxa"/>
          </w:tcPr>
          <w:p w14:paraId="3574D5D8" w14:textId="77777777" w:rsidR="002D214A" w:rsidRDefault="002D214A" w:rsidP="00A60070"/>
        </w:tc>
        <w:tc>
          <w:tcPr>
            <w:tcW w:w="1274" w:type="dxa"/>
          </w:tcPr>
          <w:p w14:paraId="5E3C7F28" w14:textId="77777777" w:rsidR="002D214A" w:rsidRDefault="002D214A" w:rsidP="00A60070"/>
        </w:tc>
        <w:tc>
          <w:tcPr>
            <w:tcW w:w="1261" w:type="dxa"/>
          </w:tcPr>
          <w:p w14:paraId="51E70A81" w14:textId="77777777" w:rsidR="002D214A" w:rsidRDefault="002D214A" w:rsidP="00A60070"/>
        </w:tc>
        <w:tc>
          <w:tcPr>
            <w:tcW w:w="1261" w:type="dxa"/>
          </w:tcPr>
          <w:p w14:paraId="278AE310" w14:textId="77777777" w:rsidR="002D214A" w:rsidRDefault="002D214A" w:rsidP="00A60070"/>
        </w:tc>
      </w:tr>
      <w:tr w:rsidR="002D214A" w14:paraId="72BE3633" w14:textId="77777777" w:rsidTr="00A60070">
        <w:tc>
          <w:tcPr>
            <w:tcW w:w="2376" w:type="dxa"/>
          </w:tcPr>
          <w:p w14:paraId="2196A56B" w14:textId="77777777" w:rsidR="002D214A" w:rsidRDefault="002D214A" w:rsidP="00A60070"/>
        </w:tc>
        <w:tc>
          <w:tcPr>
            <w:tcW w:w="2684" w:type="dxa"/>
          </w:tcPr>
          <w:p w14:paraId="2B54B0CC" w14:textId="77777777" w:rsidR="002D214A" w:rsidRDefault="002D214A" w:rsidP="00A60070">
            <w:r>
              <w:t>Average</w:t>
            </w:r>
          </w:p>
        </w:tc>
        <w:tc>
          <w:tcPr>
            <w:tcW w:w="1274" w:type="dxa"/>
          </w:tcPr>
          <w:p w14:paraId="6B0F3B0D" w14:textId="77777777" w:rsidR="002D214A" w:rsidRDefault="002D214A" w:rsidP="00A60070"/>
        </w:tc>
        <w:tc>
          <w:tcPr>
            <w:tcW w:w="1261" w:type="dxa"/>
          </w:tcPr>
          <w:p w14:paraId="425963B9" w14:textId="77777777" w:rsidR="002D214A" w:rsidRDefault="002D214A" w:rsidP="00A60070"/>
        </w:tc>
        <w:tc>
          <w:tcPr>
            <w:tcW w:w="1261" w:type="dxa"/>
          </w:tcPr>
          <w:p w14:paraId="7A538FBD" w14:textId="77777777" w:rsidR="002D214A" w:rsidRDefault="002D214A" w:rsidP="00A60070">
            <w:r>
              <w:t>2.19</w:t>
            </w:r>
          </w:p>
        </w:tc>
      </w:tr>
      <w:tr w:rsidR="002D214A" w14:paraId="7C78E7B9" w14:textId="77777777" w:rsidTr="00A60070">
        <w:tc>
          <w:tcPr>
            <w:tcW w:w="2376" w:type="dxa"/>
          </w:tcPr>
          <w:p w14:paraId="06323C24" w14:textId="77777777" w:rsidR="002D214A" w:rsidRDefault="002D214A" w:rsidP="00A60070"/>
        </w:tc>
        <w:tc>
          <w:tcPr>
            <w:tcW w:w="2684" w:type="dxa"/>
          </w:tcPr>
          <w:p w14:paraId="5039DD0F" w14:textId="77777777" w:rsidR="002D214A" w:rsidRDefault="002D214A" w:rsidP="00A60070">
            <w:r>
              <w:t>Standard Deviation</w:t>
            </w:r>
          </w:p>
        </w:tc>
        <w:tc>
          <w:tcPr>
            <w:tcW w:w="1274" w:type="dxa"/>
          </w:tcPr>
          <w:p w14:paraId="56E27A30" w14:textId="77777777" w:rsidR="002D214A" w:rsidRDefault="002D214A" w:rsidP="00A60070"/>
        </w:tc>
        <w:tc>
          <w:tcPr>
            <w:tcW w:w="1261" w:type="dxa"/>
          </w:tcPr>
          <w:p w14:paraId="4976794D" w14:textId="77777777" w:rsidR="002D214A" w:rsidRDefault="002D214A" w:rsidP="00A60070"/>
        </w:tc>
        <w:tc>
          <w:tcPr>
            <w:tcW w:w="1261" w:type="dxa"/>
          </w:tcPr>
          <w:p w14:paraId="61184E18" w14:textId="77777777" w:rsidR="002D214A" w:rsidRDefault="002D214A" w:rsidP="00A60070">
            <w:r>
              <w:t>0.97</w:t>
            </w:r>
          </w:p>
        </w:tc>
      </w:tr>
      <w:tr w:rsidR="002D214A" w14:paraId="2BDA9D13" w14:textId="77777777" w:rsidTr="00A60070">
        <w:tc>
          <w:tcPr>
            <w:tcW w:w="2376" w:type="dxa"/>
          </w:tcPr>
          <w:p w14:paraId="455EB1D2" w14:textId="77777777" w:rsidR="002D214A" w:rsidRDefault="002D214A" w:rsidP="00A60070"/>
        </w:tc>
        <w:tc>
          <w:tcPr>
            <w:tcW w:w="2684" w:type="dxa"/>
          </w:tcPr>
          <w:p w14:paraId="5CD8AAD1" w14:textId="77777777" w:rsidR="002D214A" w:rsidRDefault="002D214A" w:rsidP="00A60070"/>
        </w:tc>
        <w:tc>
          <w:tcPr>
            <w:tcW w:w="1274" w:type="dxa"/>
          </w:tcPr>
          <w:p w14:paraId="7F1DF27B" w14:textId="77777777" w:rsidR="002D214A" w:rsidRDefault="002D214A" w:rsidP="00A60070"/>
        </w:tc>
        <w:tc>
          <w:tcPr>
            <w:tcW w:w="1261" w:type="dxa"/>
          </w:tcPr>
          <w:p w14:paraId="3AEC61BA" w14:textId="77777777" w:rsidR="002D214A" w:rsidRDefault="002D214A" w:rsidP="00A60070"/>
        </w:tc>
        <w:tc>
          <w:tcPr>
            <w:tcW w:w="1261" w:type="dxa"/>
          </w:tcPr>
          <w:p w14:paraId="196DFEF4" w14:textId="77777777" w:rsidR="002D214A" w:rsidRDefault="002D214A" w:rsidP="00A60070"/>
        </w:tc>
      </w:tr>
      <w:tr w:rsidR="002D214A" w14:paraId="58192C66" w14:textId="77777777" w:rsidTr="00A60070">
        <w:tc>
          <w:tcPr>
            <w:tcW w:w="2376" w:type="dxa"/>
          </w:tcPr>
          <w:p w14:paraId="7CC8B1D9" w14:textId="77777777" w:rsidR="002D214A" w:rsidRDefault="002D214A" w:rsidP="00A60070">
            <w:r>
              <w:t>Scientific fundamentals (radiation biology, radiation physics, radiation protection) should be taught together in approximately the following time frame (in teaching units, 1 teaching unit = 45 min): (n = 731)</w:t>
            </w:r>
          </w:p>
        </w:tc>
        <w:tc>
          <w:tcPr>
            <w:tcW w:w="2684" w:type="dxa"/>
          </w:tcPr>
          <w:p w14:paraId="3A5BCAC4" w14:textId="77777777" w:rsidR="002D214A" w:rsidRDefault="002D214A" w:rsidP="00A60070">
            <w:r>
              <w:t>Answer</w:t>
            </w:r>
          </w:p>
        </w:tc>
        <w:tc>
          <w:tcPr>
            <w:tcW w:w="1274" w:type="dxa"/>
          </w:tcPr>
          <w:p w14:paraId="6E7EA1A2" w14:textId="77777777" w:rsidR="002D214A" w:rsidRDefault="002D214A" w:rsidP="00A60070">
            <w:r>
              <w:t>Count</w:t>
            </w:r>
          </w:p>
        </w:tc>
        <w:tc>
          <w:tcPr>
            <w:tcW w:w="1261" w:type="dxa"/>
          </w:tcPr>
          <w:p w14:paraId="0B0BBB4A" w14:textId="77777777" w:rsidR="002D214A" w:rsidRDefault="002D214A" w:rsidP="00A60070">
            <w:r>
              <w:t>%</w:t>
            </w:r>
          </w:p>
        </w:tc>
        <w:tc>
          <w:tcPr>
            <w:tcW w:w="1261" w:type="dxa"/>
          </w:tcPr>
          <w:p w14:paraId="5C1CCE0A" w14:textId="77777777" w:rsidR="002D214A" w:rsidRDefault="002D214A" w:rsidP="00A60070">
            <w:r>
              <w:t>Value</w:t>
            </w:r>
          </w:p>
        </w:tc>
      </w:tr>
      <w:tr w:rsidR="002D214A" w14:paraId="1C65403C" w14:textId="77777777" w:rsidTr="00A60070">
        <w:tc>
          <w:tcPr>
            <w:tcW w:w="2376" w:type="dxa"/>
          </w:tcPr>
          <w:p w14:paraId="58C92BEE" w14:textId="77777777" w:rsidR="002D214A" w:rsidRDefault="002D214A" w:rsidP="00A60070"/>
        </w:tc>
        <w:tc>
          <w:tcPr>
            <w:tcW w:w="2684" w:type="dxa"/>
          </w:tcPr>
          <w:p w14:paraId="38A7325C" w14:textId="77777777" w:rsidR="002D214A" w:rsidRDefault="002D214A" w:rsidP="00A60070">
            <w:r>
              <w:t>0 UE</w:t>
            </w:r>
          </w:p>
        </w:tc>
        <w:tc>
          <w:tcPr>
            <w:tcW w:w="1274" w:type="dxa"/>
          </w:tcPr>
          <w:p w14:paraId="0143D8A7" w14:textId="77777777" w:rsidR="002D214A" w:rsidRDefault="002D214A" w:rsidP="00A60070">
            <w:r>
              <w:t>27</w:t>
            </w:r>
          </w:p>
        </w:tc>
        <w:tc>
          <w:tcPr>
            <w:tcW w:w="1261" w:type="dxa"/>
          </w:tcPr>
          <w:p w14:paraId="22DB415B" w14:textId="77777777" w:rsidR="002D214A" w:rsidRDefault="002D214A" w:rsidP="00A60070">
            <w:r>
              <w:t>3.69</w:t>
            </w:r>
          </w:p>
        </w:tc>
        <w:tc>
          <w:tcPr>
            <w:tcW w:w="1261" w:type="dxa"/>
          </w:tcPr>
          <w:p w14:paraId="50670CDC" w14:textId="77777777" w:rsidR="002D214A" w:rsidRDefault="002D214A" w:rsidP="00A60070">
            <w:r>
              <w:t>1</w:t>
            </w:r>
          </w:p>
        </w:tc>
      </w:tr>
      <w:tr w:rsidR="002D214A" w14:paraId="220C9A80" w14:textId="77777777" w:rsidTr="00A60070">
        <w:tc>
          <w:tcPr>
            <w:tcW w:w="2376" w:type="dxa"/>
          </w:tcPr>
          <w:p w14:paraId="735DF398" w14:textId="77777777" w:rsidR="002D214A" w:rsidRDefault="002D214A" w:rsidP="00A60070"/>
        </w:tc>
        <w:tc>
          <w:tcPr>
            <w:tcW w:w="2684" w:type="dxa"/>
          </w:tcPr>
          <w:p w14:paraId="7656F817" w14:textId="77777777" w:rsidR="002D214A" w:rsidRDefault="002D214A" w:rsidP="00A60070">
            <w:r>
              <w:t>1 - 5 teaching units</w:t>
            </w:r>
          </w:p>
        </w:tc>
        <w:tc>
          <w:tcPr>
            <w:tcW w:w="1274" w:type="dxa"/>
          </w:tcPr>
          <w:p w14:paraId="01787D86" w14:textId="77777777" w:rsidR="002D214A" w:rsidRDefault="002D214A" w:rsidP="00A60070">
            <w:r>
              <w:t>582</w:t>
            </w:r>
          </w:p>
        </w:tc>
        <w:tc>
          <w:tcPr>
            <w:tcW w:w="1261" w:type="dxa"/>
          </w:tcPr>
          <w:p w14:paraId="06743834" w14:textId="77777777" w:rsidR="002D214A" w:rsidRDefault="002D214A" w:rsidP="00A60070">
            <w:r>
              <w:t>79.62</w:t>
            </w:r>
          </w:p>
        </w:tc>
        <w:tc>
          <w:tcPr>
            <w:tcW w:w="1261" w:type="dxa"/>
          </w:tcPr>
          <w:p w14:paraId="339CD10C" w14:textId="77777777" w:rsidR="002D214A" w:rsidRDefault="002D214A" w:rsidP="00A60070">
            <w:r>
              <w:t>2</w:t>
            </w:r>
          </w:p>
        </w:tc>
      </w:tr>
      <w:tr w:rsidR="002D214A" w14:paraId="50EEB6D5" w14:textId="77777777" w:rsidTr="00A60070">
        <w:tc>
          <w:tcPr>
            <w:tcW w:w="2376" w:type="dxa"/>
          </w:tcPr>
          <w:p w14:paraId="588FF295" w14:textId="77777777" w:rsidR="002D214A" w:rsidRDefault="002D214A" w:rsidP="00A60070"/>
        </w:tc>
        <w:tc>
          <w:tcPr>
            <w:tcW w:w="2684" w:type="dxa"/>
          </w:tcPr>
          <w:p w14:paraId="255A2AAA" w14:textId="77777777" w:rsidR="002D214A" w:rsidRDefault="002D214A" w:rsidP="00A60070">
            <w:r>
              <w:t>6 - 10 teaching units</w:t>
            </w:r>
          </w:p>
        </w:tc>
        <w:tc>
          <w:tcPr>
            <w:tcW w:w="1274" w:type="dxa"/>
          </w:tcPr>
          <w:p w14:paraId="0F23868A" w14:textId="77777777" w:rsidR="002D214A" w:rsidRDefault="002D214A" w:rsidP="00A60070">
            <w:r>
              <w:t>92</w:t>
            </w:r>
          </w:p>
        </w:tc>
        <w:tc>
          <w:tcPr>
            <w:tcW w:w="1261" w:type="dxa"/>
          </w:tcPr>
          <w:p w14:paraId="60ED1A3F" w14:textId="77777777" w:rsidR="002D214A" w:rsidRDefault="002D214A" w:rsidP="00A60070">
            <w:r>
              <w:t>12.59</w:t>
            </w:r>
          </w:p>
        </w:tc>
        <w:tc>
          <w:tcPr>
            <w:tcW w:w="1261" w:type="dxa"/>
          </w:tcPr>
          <w:p w14:paraId="0314D2FC" w14:textId="77777777" w:rsidR="002D214A" w:rsidRDefault="002D214A" w:rsidP="00A60070">
            <w:r>
              <w:t>3</w:t>
            </w:r>
          </w:p>
        </w:tc>
      </w:tr>
      <w:tr w:rsidR="002D214A" w14:paraId="2FF2F31C" w14:textId="77777777" w:rsidTr="00A60070">
        <w:tc>
          <w:tcPr>
            <w:tcW w:w="2376" w:type="dxa"/>
          </w:tcPr>
          <w:p w14:paraId="70E8E671" w14:textId="77777777" w:rsidR="002D214A" w:rsidRDefault="002D214A" w:rsidP="00A60070"/>
        </w:tc>
        <w:tc>
          <w:tcPr>
            <w:tcW w:w="2684" w:type="dxa"/>
          </w:tcPr>
          <w:p w14:paraId="31DD5E75" w14:textId="77777777" w:rsidR="002D214A" w:rsidRDefault="002D214A" w:rsidP="00A60070">
            <w:r>
              <w:t>11 - 15 teaching units</w:t>
            </w:r>
          </w:p>
        </w:tc>
        <w:tc>
          <w:tcPr>
            <w:tcW w:w="1274" w:type="dxa"/>
          </w:tcPr>
          <w:p w14:paraId="147D8D71" w14:textId="77777777" w:rsidR="002D214A" w:rsidRDefault="002D214A" w:rsidP="00A60070">
            <w:r>
              <w:t>20</w:t>
            </w:r>
          </w:p>
        </w:tc>
        <w:tc>
          <w:tcPr>
            <w:tcW w:w="1261" w:type="dxa"/>
          </w:tcPr>
          <w:p w14:paraId="2FA7E0D9" w14:textId="77777777" w:rsidR="002D214A" w:rsidRDefault="002D214A" w:rsidP="00A60070">
            <w:r>
              <w:t>2.74</w:t>
            </w:r>
          </w:p>
        </w:tc>
        <w:tc>
          <w:tcPr>
            <w:tcW w:w="1261" w:type="dxa"/>
          </w:tcPr>
          <w:p w14:paraId="5669B288" w14:textId="77777777" w:rsidR="002D214A" w:rsidRDefault="002D214A" w:rsidP="00A60070">
            <w:r>
              <w:t>4</w:t>
            </w:r>
          </w:p>
        </w:tc>
      </w:tr>
      <w:tr w:rsidR="002D214A" w14:paraId="7488780B" w14:textId="77777777" w:rsidTr="00A60070">
        <w:tc>
          <w:tcPr>
            <w:tcW w:w="2376" w:type="dxa"/>
          </w:tcPr>
          <w:p w14:paraId="16653BA3" w14:textId="77777777" w:rsidR="002D214A" w:rsidRDefault="002D214A" w:rsidP="00A60070"/>
        </w:tc>
        <w:tc>
          <w:tcPr>
            <w:tcW w:w="2684" w:type="dxa"/>
          </w:tcPr>
          <w:p w14:paraId="44AD941D" w14:textId="77777777" w:rsidR="002D214A" w:rsidRDefault="002D214A" w:rsidP="00A60070">
            <w:r>
              <w:t>15 - 20 teaching units</w:t>
            </w:r>
          </w:p>
        </w:tc>
        <w:tc>
          <w:tcPr>
            <w:tcW w:w="1274" w:type="dxa"/>
          </w:tcPr>
          <w:p w14:paraId="5217E357" w14:textId="77777777" w:rsidR="002D214A" w:rsidRDefault="002D214A" w:rsidP="00A60070">
            <w:r>
              <w:t>6</w:t>
            </w:r>
          </w:p>
        </w:tc>
        <w:tc>
          <w:tcPr>
            <w:tcW w:w="1261" w:type="dxa"/>
          </w:tcPr>
          <w:p w14:paraId="79797364" w14:textId="77777777" w:rsidR="002D214A" w:rsidRDefault="002D214A" w:rsidP="00A60070">
            <w:r>
              <w:t>0.82</w:t>
            </w:r>
          </w:p>
        </w:tc>
        <w:tc>
          <w:tcPr>
            <w:tcW w:w="1261" w:type="dxa"/>
          </w:tcPr>
          <w:p w14:paraId="434CCE05" w14:textId="77777777" w:rsidR="002D214A" w:rsidRDefault="002D214A" w:rsidP="00A60070">
            <w:r>
              <w:t>5</w:t>
            </w:r>
          </w:p>
        </w:tc>
      </w:tr>
      <w:tr w:rsidR="002D214A" w14:paraId="307C2FB1" w14:textId="77777777" w:rsidTr="00A60070">
        <w:tc>
          <w:tcPr>
            <w:tcW w:w="2376" w:type="dxa"/>
          </w:tcPr>
          <w:p w14:paraId="32724338" w14:textId="77777777" w:rsidR="002D214A" w:rsidRDefault="002D214A" w:rsidP="00A60070"/>
        </w:tc>
        <w:tc>
          <w:tcPr>
            <w:tcW w:w="2684" w:type="dxa"/>
          </w:tcPr>
          <w:p w14:paraId="648993AF" w14:textId="77777777" w:rsidR="002D214A" w:rsidRDefault="002D214A" w:rsidP="00A60070">
            <w:r>
              <w:t>&gt; 20 units</w:t>
            </w:r>
          </w:p>
        </w:tc>
        <w:tc>
          <w:tcPr>
            <w:tcW w:w="1274" w:type="dxa"/>
          </w:tcPr>
          <w:p w14:paraId="0CF38056" w14:textId="77777777" w:rsidR="002D214A" w:rsidRDefault="002D214A" w:rsidP="00A60070">
            <w:r>
              <w:t>4</w:t>
            </w:r>
          </w:p>
        </w:tc>
        <w:tc>
          <w:tcPr>
            <w:tcW w:w="1261" w:type="dxa"/>
          </w:tcPr>
          <w:p w14:paraId="748F1BF6" w14:textId="77777777" w:rsidR="002D214A" w:rsidRDefault="002D214A" w:rsidP="00A60070">
            <w:r>
              <w:t>0.55</w:t>
            </w:r>
          </w:p>
        </w:tc>
        <w:tc>
          <w:tcPr>
            <w:tcW w:w="1261" w:type="dxa"/>
          </w:tcPr>
          <w:p w14:paraId="31309977" w14:textId="77777777" w:rsidR="002D214A" w:rsidRDefault="002D214A" w:rsidP="00A60070">
            <w:r>
              <w:t>6</w:t>
            </w:r>
          </w:p>
        </w:tc>
      </w:tr>
      <w:tr w:rsidR="002D214A" w14:paraId="4E9223FE" w14:textId="77777777" w:rsidTr="00A60070">
        <w:tc>
          <w:tcPr>
            <w:tcW w:w="2376" w:type="dxa"/>
          </w:tcPr>
          <w:p w14:paraId="273E5B64" w14:textId="77777777" w:rsidR="002D214A" w:rsidRDefault="002D214A" w:rsidP="00A60070"/>
        </w:tc>
        <w:tc>
          <w:tcPr>
            <w:tcW w:w="2684" w:type="dxa"/>
          </w:tcPr>
          <w:p w14:paraId="1E44C6C0" w14:textId="77777777" w:rsidR="002D214A" w:rsidRDefault="002D214A" w:rsidP="00A60070"/>
        </w:tc>
        <w:tc>
          <w:tcPr>
            <w:tcW w:w="1274" w:type="dxa"/>
          </w:tcPr>
          <w:p w14:paraId="4F8968CC" w14:textId="77777777" w:rsidR="002D214A" w:rsidRDefault="002D214A" w:rsidP="00A60070"/>
        </w:tc>
        <w:tc>
          <w:tcPr>
            <w:tcW w:w="1261" w:type="dxa"/>
          </w:tcPr>
          <w:p w14:paraId="65864B06" w14:textId="77777777" w:rsidR="002D214A" w:rsidRDefault="002D214A" w:rsidP="00A60070"/>
        </w:tc>
        <w:tc>
          <w:tcPr>
            <w:tcW w:w="1261" w:type="dxa"/>
          </w:tcPr>
          <w:p w14:paraId="6BF91B1D" w14:textId="77777777" w:rsidR="002D214A" w:rsidRDefault="002D214A" w:rsidP="00A60070"/>
        </w:tc>
      </w:tr>
      <w:tr w:rsidR="002D214A" w14:paraId="17F1F4A1" w14:textId="77777777" w:rsidTr="00A60070">
        <w:tc>
          <w:tcPr>
            <w:tcW w:w="2376" w:type="dxa"/>
          </w:tcPr>
          <w:p w14:paraId="577B95DF" w14:textId="77777777" w:rsidR="002D214A" w:rsidRDefault="002D214A" w:rsidP="00A60070"/>
        </w:tc>
        <w:tc>
          <w:tcPr>
            <w:tcW w:w="2684" w:type="dxa"/>
          </w:tcPr>
          <w:p w14:paraId="3B317A9B" w14:textId="77777777" w:rsidR="002D214A" w:rsidRDefault="002D214A" w:rsidP="00A60070">
            <w:r>
              <w:t>Average</w:t>
            </w:r>
          </w:p>
        </w:tc>
        <w:tc>
          <w:tcPr>
            <w:tcW w:w="1274" w:type="dxa"/>
          </w:tcPr>
          <w:p w14:paraId="74396A0B" w14:textId="77777777" w:rsidR="002D214A" w:rsidRDefault="002D214A" w:rsidP="00A60070"/>
        </w:tc>
        <w:tc>
          <w:tcPr>
            <w:tcW w:w="1261" w:type="dxa"/>
          </w:tcPr>
          <w:p w14:paraId="59A60AC0" w14:textId="77777777" w:rsidR="002D214A" w:rsidRDefault="002D214A" w:rsidP="00A60070"/>
        </w:tc>
        <w:tc>
          <w:tcPr>
            <w:tcW w:w="1261" w:type="dxa"/>
          </w:tcPr>
          <w:p w14:paraId="51F7512C" w14:textId="77777777" w:rsidR="002D214A" w:rsidRDefault="002D214A" w:rsidP="00A60070">
            <w:r>
              <w:t>2.19</w:t>
            </w:r>
          </w:p>
        </w:tc>
      </w:tr>
      <w:tr w:rsidR="002D214A" w14:paraId="45F911B0" w14:textId="77777777" w:rsidTr="00A60070">
        <w:tc>
          <w:tcPr>
            <w:tcW w:w="2376" w:type="dxa"/>
          </w:tcPr>
          <w:p w14:paraId="384290B1" w14:textId="77777777" w:rsidR="002D214A" w:rsidRDefault="002D214A" w:rsidP="00A60070"/>
        </w:tc>
        <w:tc>
          <w:tcPr>
            <w:tcW w:w="2684" w:type="dxa"/>
          </w:tcPr>
          <w:p w14:paraId="6CB5A5B9" w14:textId="77777777" w:rsidR="002D214A" w:rsidRDefault="002D214A" w:rsidP="00A60070">
            <w:r>
              <w:t>Standard Deviation</w:t>
            </w:r>
          </w:p>
        </w:tc>
        <w:tc>
          <w:tcPr>
            <w:tcW w:w="1274" w:type="dxa"/>
          </w:tcPr>
          <w:p w14:paraId="0FA398BB" w14:textId="77777777" w:rsidR="002D214A" w:rsidRDefault="002D214A" w:rsidP="00A60070"/>
        </w:tc>
        <w:tc>
          <w:tcPr>
            <w:tcW w:w="1261" w:type="dxa"/>
          </w:tcPr>
          <w:p w14:paraId="1226EE6A" w14:textId="77777777" w:rsidR="002D214A" w:rsidRDefault="002D214A" w:rsidP="00A60070"/>
        </w:tc>
        <w:tc>
          <w:tcPr>
            <w:tcW w:w="1261" w:type="dxa"/>
          </w:tcPr>
          <w:p w14:paraId="7A951FFC" w14:textId="77777777" w:rsidR="002D214A" w:rsidRDefault="002D214A" w:rsidP="00A60070">
            <w:r>
              <w:t>0.63</w:t>
            </w:r>
          </w:p>
        </w:tc>
      </w:tr>
      <w:tr w:rsidR="002D214A" w14:paraId="529C8A87" w14:textId="77777777" w:rsidTr="00A60070">
        <w:tc>
          <w:tcPr>
            <w:tcW w:w="2376" w:type="dxa"/>
          </w:tcPr>
          <w:p w14:paraId="7F28729D" w14:textId="77777777" w:rsidR="002D214A" w:rsidRDefault="002D214A" w:rsidP="00A60070"/>
        </w:tc>
        <w:tc>
          <w:tcPr>
            <w:tcW w:w="2684" w:type="dxa"/>
          </w:tcPr>
          <w:p w14:paraId="4DC1DD88" w14:textId="77777777" w:rsidR="002D214A" w:rsidRDefault="002D214A" w:rsidP="00A60070"/>
        </w:tc>
        <w:tc>
          <w:tcPr>
            <w:tcW w:w="1274" w:type="dxa"/>
          </w:tcPr>
          <w:p w14:paraId="215C84D9" w14:textId="77777777" w:rsidR="002D214A" w:rsidRDefault="002D214A" w:rsidP="00A60070"/>
        </w:tc>
        <w:tc>
          <w:tcPr>
            <w:tcW w:w="1261" w:type="dxa"/>
          </w:tcPr>
          <w:p w14:paraId="75613585" w14:textId="77777777" w:rsidR="002D214A" w:rsidRDefault="002D214A" w:rsidP="00A60070"/>
        </w:tc>
        <w:tc>
          <w:tcPr>
            <w:tcW w:w="1261" w:type="dxa"/>
          </w:tcPr>
          <w:p w14:paraId="2D4F3477" w14:textId="77777777" w:rsidR="002D214A" w:rsidRDefault="002D214A" w:rsidP="00A60070"/>
        </w:tc>
      </w:tr>
      <w:tr w:rsidR="002D214A" w14:paraId="65B87365" w14:textId="77777777" w:rsidTr="00A60070">
        <w:tc>
          <w:tcPr>
            <w:tcW w:w="2376" w:type="dxa"/>
          </w:tcPr>
          <w:p w14:paraId="5A7B39F4" w14:textId="77777777" w:rsidR="002D214A" w:rsidRDefault="002D214A" w:rsidP="00A60070">
            <w:r>
              <w:t>Scientific fundamentals (radiation biology, radiation physics, radiation protection) should be mastered by students at the end of their studies to the following level of competence: (n = 749)</w:t>
            </w:r>
          </w:p>
        </w:tc>
        <w:tc>
          <w:tcPr>
            <w:tcW w:w="2684" w:type="dxa"/>
          </w:tcPr>
          <w:p w14:paraId="446B2879" w14:textId="77777777" w:rsidR="002D214A" w:rsidRDefault="002D214A" w:rsidP="00A60070">
            <w:r>
              <w:t>Answer</w:t>
            </w:r>
          </w:p>
        </w:tc>
        <w:tc>
          <w:tcPr>
            <w:tcW w:w="1274" w:type="dxa"/>
          </w:tcPr>
          <w:p w14:paraId="5DFC73D6" w14:textId="77777777" w:rsidR="002D214A" w:rsidRDefault="002D214A" w:rsidP="00A60070">
            <w:r>
              <w:t>Count</w:t>
            </w:r>
          </w:p>
        </w:tc>
        <w:tc>
          <w:tcPr>
            <w:tcW w:w="1261" w:type="dxa"/>
          </w:tcPr>
          <w:p w14:paraId="38F4B654" w14:textId="77777777" w:rsidR="002D214A" w:rsidRDefault="002D214A" w:rsidP="00A60070">
            <w:r>
              <w:t>%</w:t>
            </w:r>
          </w:p>
        </w:tc>
        <w:tc>
          <w:tcPr>
            <w:tcW w:w="1261" w:type="dxa"/>
          </w:tcPr>
          <w:p w14:paraId="1F038956" w14:textId="77777777" w:rsidR="002D214A" w:rsidRDefault="002D214A" w:rsidP="00A60070">
            <w:r>
              <w:t>Value</w:t>
            </w:r>
          </w:p>
        </w:tc>
      </w:tr>
      <w:tr w:rsidR="002D214A" w14:paraId="0B21681F" w14:textId="77777777" w:rsidTr="00A60070">
        <w:tc>
          <w:tcPr>
            <w:tcW w:w="2376" w:type="dxa"/>
          </w:tcPr>
          <w:p w14:paraId="702FCAA5" w14:textId="77777777" w:rsidR="002D214A" w:rsidRDefault="002D214A" w:rsidP="00A60070"/>
        </w:tc>
        <w:tc>
          <w:tcPr>
            <w:tcW w:w="2684" w:type="dxa"/>
          </w:tcPr>
          <w:p w14:paraId="747E1DCA" w14:textId="77777777" w:rsidR="002D214A" w:rsidRDefault="002D214A" w:rsidP="00A60070">
            <w:r>
              <w:t>Factual knowledge (naming and describing facts)</w:t>
            </w:r>
          </w:p>
        </w:tc>
        <w:tc>
          <w:tcPr>
            <w:tcW w:w="1274" w:type="dxa"/>
          </w:tcPr>
          <w:p w14:paraId="2549C658" w14:textId="77777777" w:rsidR="002D214A" w:rsidRDefault="002D214A" w:rsidP="00A60070">
            <w:r>
              <w:t>400</w:t>
            </w:r>
          </w:p>
        </w:tc>
        <w:tc>
          <w:tcPr>
            <w:tcW w:w="1261" w:type="dxa"/>
          </w:tcPr>
          <w:p w14:paraId="1A4AF078" w14:textId="77777777" w:rsidR="002D214A" w:rsidRDefault="002D214A" w:rsidP="00A60070">
            <w:r>
              <w:t>53.4</w:t>
            </w:r>
          </w:p>
        </w:tc>
        <w:tc>
          <w:tcPr>
            <w:tcW w:w="1261" w:type="dxa"/>
          </w:tcPr>
          <w:p w14:paraId="47F7DE8B" w14:textId="77777777" w:rsidR="002D214A" w:rsidRDefault="002D214A" w:rsidP="00A60070">
            <w:r>
              <w:t>1</w:t>
            </w:r>
          </w:p>
        </w:tc>
      </w:tr>
      <w:tr w:rsidR="002D214A" w14:paraId="1E678989" w14:textId="77777777" w:rsidTr="00A60070">
        <w:tc>
          <w:tcPr>
            <w:tcW w:w="2376" w:type="dxa"/>
          </w:tcPr>
          <w:p w14:paraId="1BA416C6" w14:textId="77777777" w:rsidR="002D214A" w:rsidRDefault="002D214A" w:rsidP="00A60070"/>
        </w:tc>
        <w:tc>
          <w:tcPr>
            <w:tcW w:w="2684" w:type="dxa"/>
          </w:tcPr>
          <w:p w14:paraId="010A7589" w14:textId="77777777" w:rsidR="002D214A" w:rsidRDefault="002D214A" w:rsidP="00A60070">
            <w:r>
              <w:t>Action and reasoning knowledge (explaining facts and relationships)</w:t>
            </w:r>
          </w:p>
        </w:tc>
        <w:tc>
          <w:tcPr>
            <w:tcW w:w="1274" w:type="dxa"/>
          </w:tcPr>
          <w:p w14:paraId="094BC6D0" w14:textId="77777777" w:rsidR="002D214A" w:rsidRDefault="002D214A" w:rsidP="00A60070">
            <w:r>
              <w:t>289</w:t>
            </w:r>
          </w:p>
        </w:tc>
        <w:tc>
          <w:tcPr>
            <w:tcW w:w="1261" w:type="dxa"/>
          </w:tcPr>
          <w:p w14:paraId="3B16DC53" w14:textId="77777777" w:rsidR="002D214A" w:rsidRDefault="002D214A" w:rsidP="00A60070">
            <w:r>
              <w:t>38.58</w:t>
            </w:r>
          </w:p>
        </w:tc>
        <w:tc>
          <w:tcPr>
            <w:tcW w:w="1261" w:type="dxa"/>
          </w:tcPr>
          <w:p w14:paraId="770F3B6C" w14:textId="77777777" w:rsidR="002D214A" w:rsidRDefault="002D214A" w:rsidP="00A60070">
            <w:r>
              <w:t>2</w:t>
            </w:r>
          </w:p>
        </w:tc>
      </w:tr>
      <w:tr w:rsidR="002D214A" w14:paraId="2F857FFB" w14:textId="77777777" w:rsidTr="00A60070">
        <w:tc>
          <w:tcPr>
            <w:tcW w:w="2376" w:type="dxa"/>
          </w:tcPr>
          <w:p w14:paraId="05140472" w14:textId="77777777" w:rsidR="002D214A" w:rsidRDefault="002D214A" w:rsidP="00A60070"/>
        </w:tc>
        <w:tc>
          <w:tcPr>
            <w:tcW w:w="2684" w:type="dxa"/>
          </w:tcPr>
          <w:p w14:paraId="6BFB3B50" w14:textId="77777777" w:rsidR="002D214A" w:rsidRDefault="002D214A" w:rsidP="00A60070">
            <w:r>
              <w:t>Action competence (carry out under supervision)</w:t>
            </w:r>
            <w:r>
              <w:br/>
            </w:r>
          </w:p>
        </w:tc>
        <w:tc>
          <w:tcPr>
            <w:tcW w:w="1274" w:type="dxa"/>
          </w:tcPr>
          <w:p w14:paraId="201F6B38" w14:textId="77777777" w:rsidR="002D214A" w:rsidRDefault="002D214A" w:rsidP="00A60070">
            <w:r>
              <w:t>29</w:t>
            </w:r>
          </w:p>
        </w:tc>
        <w:tc>
          <w:tcPr>
            <w:tcW w:w="1261" w:type="dxa"/>
          </w:tcPr>
          <w:p w14:paraId="70610042" w14:textId="77777777" w:rsidR="002D214A" w:rsidRDefault="002D214A" w:rsidP="00A60070">
            <w:r>
              <w:t>3.87</w:t>
            </w:r>
          </w:p>
        </w:tc>
        <w:tc>
          <w:tcPr>
            <w:tcW w:w="1261" w:type="dxa"/>
          </w:tcPr>
          <w:p w14:paraId="5453D7AA" w14:textId="77777777" w:rsidR="002D214A" w:rsidRDefault="002D214A" w:rsidP="00A60070">
            <w:r>
              <w:t>3</w:t>
            </w:r>
          </w:p>
        </w:tc>
      </w:tr>
      <w:tr w:rsidR="002D214A" w14:paraId="26024906" w14:textId="77777777" w:rsidTr="00A60070">
        <w:tc>
          <w:tcPr>
            <w:tcW w:w="2376" w:type="dxa"/>
          </w:tcPr>
          <w:p w14:paraId="2F8B9740" w14:textId="77777777" w:rsidR="002D214A" w:rsidRDefault="002D214A" w:rsidP="00A60070"/>
        </w:tc>
        <w:tc>
          <w:tcPr>
            <w:tcW w:w="2684" w:type="dxa"/>
          </w:tcPr>
          <w:p w14:paraId="19364EA4" w14:textId="77777777" w:rsidR="002D214A" w:rsidRDefault="002D214A" w:rsidP="00A60070">
            <w:r>
              <w:t>Advanced action competence (carry out actions independently and appropriately in accordance with the situation, knowing the consequences)</w:t>
            </w:r>
          </w:p>
        </w:tc>
        <w:tc>
          <w:tcPr>
            <w:tcW w:w="1274" w:type="dxa"/>
          </w:tcPr>
          <w:p w14:paraId="53739BA1" w14:textId="77777777" w:rsidR="002D214A" w:rsidRDefault="002D214A" w:rsidP="00A60070">
            <w:r>
              <w:t>18</w:t>
            </w:r>
          </w:p>
        </w:tc>
        <w:tc>
          <w:tcPr>
            <w:tcW w:w="1261" w:type="dxa"/>
          </w:tcPr>
          <w:p w14:paraId="15265638" w14:textId="77777777" w:rsidR="002D214A" w:rsidRDefault="002D214A" w:rsidP="00A60070">
            <w:r>
              <w:t>2.4</w:t>
            </w:r>
          </w:p>
        </w:tc>
        <w:tc>
          <w:tcPr>
            <w:tcW w:w="1261" w:type="dxa"/>
          </w:tcPr>
          <w:p w14:paraId="7AC656F1" w14:textId="77777777" w:rsidR="002D214A" w:rsidRDefault="002D214A" w:rsidP="00A60070">
            <w:r>
              <w:t>4</w:t>
            </w:r>
          </w:p>
        </w:tc>
      </w:tr>
      <w:tr w:rsidR="002D214A" w14:paraId="4848D447" w14:textId="77777777" w:rsidTr="00A60070">
        <w:tc>
          <w:tcPr>
            <w:tcW w:w="2376" w:type="dxa"/>
          </w:tcPr>
          <w:p w14:paraId="40B82D31" w14:textId="77777777" w:rsidR="002D214A" w:rsidRDefault="002D214A" w:rsidP="00A60070"/>
        </w:tc>
        <w:tc>
          <w:tcPr>
            <w:tcW w:w="2684" w:type="dxa"/>
          </w:tcPr>
          <w:p w14:paraId="74AA8B9C" w14:textId="77777777" w:rsidR="002D214A" w:rsidRDefault="002D214A" w:rsidP="00A60070">
            <w:r>
              <w:t>none at all</w:t>
            </w:r>
          </w:p>
        </w:tc>
        <w:tc>
          <w:tcPr>
            <w:tcW w:w="1274" w:type="dxa"/>
          </w:tcPr>
          <w:p w14:paraId="4DBAE591" w14:textId="77777777" w:rsidR="002D214A" w:rsidRDefault="002D214A" w:rsidP="00A60070">
            <w:r>
              <w:t>13</w:t>
            </w:r>
          </w:p>
        </w:tc>
        <w:tc>
          <w:tcPr>
            <w:tcW w:w="1261" w:type="dxa"/>
          </w:tcPr>
          <w:p w14:paraId="1605DC4C" w14:textId="77777777" w:rsidR="002D214A" w:rsidRDefault="002D214A" w:rsidP="00A60070">
            <w:r>
              <w:t>1.74</w:t>
            </w:r>
          </w:p>
        </w:tc>
        <w:tc>
          <w:tcPr>
            <w:tcW w:w="1261" w:type="dxa"/>
          </w:tcPr>
          <w:p w14:paraId="79E1034F" w14:textId="77777777" w:rsidR="002D214A" w:rsidRDefault="002D214A" w:rsidP="00A60070">
            <w:r>
              <w:t>5</w:t>
            </w:r>
          </w:p>
        </w:tc>
      </w:tr>
      <w:tr w:rsidR="002D214A" w14:paraId="03EE81F7" w14:textId="77777777" w:rsidTr="00A60070">
        <w:tc>
          <w:tcPr>
            <w:tcW w:w="2376" w:type="dxa"/>
          </w:tcPr>
          <w:p w14:paraId="2D0474E5" w14:textId="77777777" w:rsidR="002D214A" w:rsidRDefault="002D214A" w:rsidP="00A60070"/>
        </w:tc>
        <w:tc>
          <w:tcPr>
            <w:tcW w:w="2684" w:type="dxa"/>
          </w:tcPr>
          <w:p w14:paraId="1F054B83" w14:textId="77777777" w:rsidR="002D214A" w:rsidRDefault="002D214A" w:rsidP="00A60070"/>
        </w:tc>
        <w:tc>
          <w:tcPr>
            <w:tcW w:w="1274" w:type="dxa"/>
          </w:tcPr>
          <w:p w14:paraId="292E9DA8" w14:textId="77777777" w:rsidR="002D214A" w:rsidRDefault="002D214A" w:rsidP="00A60070"/>
        </w:tc>
        <w:tc>
          <w:tcPr>
            <w:tcW w:w="1261" w:type="dxa"/>
          </w:tcPr>
          <w:p w14:paraId="7C63114A" w14:textId="77777777" w:rsidR="002D214A" w:rsidRDefault="002D214A" w:rsidP="00A60070"/>
        </w:tc>
        <w:tc>
          <w:tcPr>
            <w:tcW w:w="1261" w:type="dxa"/>
          </w:tcPr>
          <w:p w14:paraId="7F9B4D39" w14:textId="77777777" w:rsidR="002D214A" w:rsidRDefault="002D214A" w:rsidP="00A60070"/>
        </w:tc>
      </w:tr>
      <w:tr w:rsidR="002D214A" w14:paraId="55A8B8B5" w14:textId="77777777" w:rsidTr="00A60070">
        <w:tc>
          <w:tcPr>
            <w:tcW w:w="2376" w:type="dxa"/>
          </w:tcPr>
          <w:p w14:paraId="6FFC96C0" w14:textId="77777777" w:rsidR="002D214A" w:rsidRDefault="002D214A" w:rsidP="00A60070"/>
        </w:tc>
        <w:tc>
          <w:tcPr>
            <w:tcW w:w="2684" w:type="dxa"/>
          </w:tcPr>
          <w:p w14:paraId="48304287" w14:textId="77777777" w:rsidR="002D214A" w:rsidRDefault="002D214A" w:rsidP="00A60070">
            <w:r>
              <w:t>Average</w:t>
            </w:r>
          </w:p>
        </w:tc>
        <w:tc>
          <w:tcPr>
            <w:tcW w:w="1274" w:type="dxa"/>
          </w:tcPr>
          <w:p w14:paraId="7E751BC4" w14:textId="77777777" w:rsidR="002D214A" w:rsidRDefault="002D214A" w:rsidP="00A60070"/>
        </w:tc>
        <w:tc>
          <w:tcPr>
            <w:tcW w:w="1261" w:type="dxa"/>
          </w:tcPr>
          <w:p w14:paraId="6DB72F87" w14:textId="77777777" w:rsidR="002D214A" w:rsidRDefault="002D214A" w:rsidP="00A60070"/>
        </w:tc>
        <w:tc>
          <w:tcPr>
            <w:tcW w:w="1261" w:type="dxa"/>
          </w:tcPr>
          <w:p w14:paraId="27A73BAA" w14:textId="77777777" w:rsidR="002D214A" w:rsidRDefault="002D214A" w:rsidP="00A60070">
            <w:r>
              <w:t>1.6</w:t>
            </w:r>
          </w:p>
        </w:tc>
      </w:tr>
      <w:tr w:rsidR="002D214A" w14:paraId="363444CD" w14:textId="77777777" w:rsidTr="00A60070">
        <w:tc>
          <w:tcPr>
            <w:tcW w:w="2376" w:type="dxa"/>
          </w:tcPr>
          <w:p w14:paraId="44C2CA53" w14:textId="77777777" w:rsidR="002D214A" w:rsidRDefault="002D214A" w:rsidP="00A60070"/>
        </w:tc>
        <w:tc>
          <w:tcPr>
            <w:tcW w:w="2684" w:type="dxa"/>
          </w:tcPr>
          <w:p w14:paraId="7FD8B26E" w14:textId="77777777" w:rsidR="002D214A" w:rsidRDefault="002D214A" w:rsidP="00A60070">
            <w:r>
              <w:t>Standard Deviation</w:t>
            </w:r>
          </w:p>
        </w:tc>
        <w:tc>
          <w:tcPr>
            <w:tcW w:w="1274" w:type="dxa"/>
          </w:tcPr>
          <w:p w14:paraId="374235D3" w14:textId="77777777" w:rsidR="002D214A" w:rsidRDefault="002D214A" w:rsidP="00A60070"/>
        </w:tc>
        <w:tc>
          <w:tcPr>
            <w:tcW w:w="1261" w:type="dxa"/>
          </w:tcPr>
          <w:p w14:paraId="0217AFE8" w14:textId="77777777" w:rsidR="002D214A" w:rsidRDefault="002D214A" w:rsidP="00A60070"/>
        </w:tc>
        <w:tc>
          <w:tcPr>
            <w:tcW w:w="1261" w:type="dxa"/>
          </w:tcPr>
          <w:p w14:paraId="61C3F8FF" w14:textId="77777777" w:rsidR="002D214A" w:rsidRDefault="002D214A" w:rsidP="00A60070">
            <w:r>
              <w:t>0.82</w:t>
            </w:r>
          </w:p>
        </w:tc>
      </w:tr>
      <w:tr w:rsidR="002D214A" w14:paraId="267612D3" w14:textId="77777777" w:rsidTr="00A60070">
        <w:tc>
          <w:tcPr>
            <w:tcW w:w="2376" w:type="dxa"/>
          </w:tcPr>
          <w:p w14:paraId="0E40481D" w14:textId="77777777" w:rsidR="002D214A" w:rsidRDefault="002D214A" w:rsidP="00A60070"/>
        </w:tc>
        <w:tc>
          <w:tcPr>
            <w:tcW w:w="2684" w:type="dxa"/>
          </w:tcPr>
          <w:p w14:paraId="531B39A1" w14:textId="77777777" w:rsidR="002D214A" w:rsidRDefault="002D214A" w:rsidP="00A60070"/>
        </w:tc>
        <w:tc>
          <w:tcPr>
            <w:tcW w:w="1274" w:type="dxa"/>
          </w:tcPr>
          <w:p w14:paraId="567EBF10" w14:textId="77777777" w:rsidR="002D214A" w:rsidRDefault="002D214A" w:rsidP="00A60070"/>
        </w:tc>
        <w:tc>
          <w:tcPr>
            <w:tcW w:w="1261" w:type="dxa"/>
          </w:tcPr>
          <w:p w14:paraId="5774A007" w14:textId="77777777" w:rsidR="002D214A" w:rsidRDefault="002D214A" w:rsidP="00A60070"/>
        </w:tc>
        <w:tc>
          <w:tcPr>
            <w:tcW w:w="1261" w:type="dxa"/>
          </w:tcPr>
          <w:p w14:paraId="302C16DE" w14:textId="77777777" w:rsidR="002D214A" w:rsidRDefault="002D214A" w:rsidP="00A60070"/>
        </w:tc>
      </w:tr>
      <w:tr w:rsidR="002D214A" w14:paraId="47FD8C87" w14:textId="77777777" w:rsidTr="00A60070">
        <w:tc>
          <w:tcPr>
            <w:tcW w:w="2376" w:type="dxa"/>
          </w:tcPr>
          <w:p w14:paraId="1ABCE9C5" w14:textId="77777777" w:rsidR="002D214A" w:rsidRDefault="002D214A" w:rsidP="00A60070">
            <w:r>
              <w:t>Scientific fundamentals (radiation biology, radiation physics, radiation protection) should be taught in the following subject context: (n = 746)</w:t>
            </w:r>
          </w:p>
        </w:tc>
        <w:tc>
          <w:tcPr>
            <w:tcW w:w="2684" w:type="dxa"/>
          </w:tcPr>
          <w:p w14:paraId="5C60D81F" w14:textId="77777777" w:rsidR="002D214A" w:rsidRDefault="002D214A" w:rsidP="00A60070">
            <w:r>
              <w:t>Answer</w:t>
            </w:r>
          </w:p>
        </w:tc>
        <w:tc>
          <w:tcPr>
            <w:tcW w:w="1274" w:type="dxa"/>
          </w:tcPr>
          <w:p w14:paraId="0A5007E3" w14:textId="77777777" w:rsidR="002D214A" w:rsidRDefault="002D214A" w:rsidP="00A60070">
            <w:r>
              <w:t>Count</w:t>
            </w:r>
          </w:p>
        </w:tc>
        <w:tc>
          <w:tcPr>
            <w:tcW w:w="1261" w:type="dxa"/>
          </w:tcPr>
          <w:p w14:paraId="3B4B5526" w14:textId="77777777" w:rsidR="002D214A" w:rsidRDefault="002D214A" w:rsidP="00A60070">
            <w:r>
              <w:t>%</w:t>
            </w:r>
          </w:p>
        </w:tc>
        <w:tc>
          <w:tcPr>
            <w:tcW w:w="1261" w:type="dxa"/>
          </w:tcPr>
          <w:p w14:paraId="540E69CC" w14:textId="77777777" w:rsidR="002D214A" w:rsidRDefault="002D214A" w:rsidP="00A60070"/>
        </w:tc>
      </w:tr>
      <w:tr w:rsidR="002D214A" w14:paraId="4DD256DD" w14:textId="77777777" w:rsidTr="00A60070">
        <w:tc>
          <w:tcPr>
            <w:tcW w:w="2376" w:type="dxa"/>
          </w:tcPr>
          <w:p w14:paraId="6504F394" w14:textId="77777777" w:rsidR="002D214A" w:rsidRDefault="002D214A" w:rsidP="00A60070"/>
        </w:tc>
        <w:tc>
          <w:tcPr>
            <w:tcW w:w="2684" w:type="dxa"/>
          </w:tcPr>
          <w:p w14:paraId="0A015B1F" w14:textId="77777777" w:rsidR="002D214A" w:rsidRDefault="002D214A" w:rsidP="00A60070">
            <w:r>
              <w:t>in the context of other radiotherapy topics in the subject of radiotherapy</w:t>
            </w:r>
          </w:p>
        </w:tc>
        <w:tc>
          <w:tcPr>
            <w:tcW w:w="1274" w:type="dxa"/>
          </w:tcPr>
          <w:p w14:paraId="71116C61" w14:textId="77777777" w:rsidR="002D214A" w:rsidRDefault="002D214A" w:rsidP="00A60070">
            <w:r>
              <w:t>266</w:t>
            </w:r>
          </w:p>
        </w:tc>
        <w:tc>
          <w:tcPr>
            <w:tcW w:w="1261" w:type="dxa"/>
          </w:tcPr>
          <w:p w14:paraId="4477C750" w14:textId="77777777" w:rsidR="002D214A" w:rsidRDefault="002D214A" w:rsidP="00A60070">
            <w:r>
              <w:t>35.66</w:t>
            </w:r>
          </w:p>
        </w:tc>
        <w:tc>
          <w:tcPr>
            <w:tcW w:w="1261" w:type="dxa"/>
          </w:tcPr>
          <w:p w14:paraId="42262E7D" w14:textId="77777777" w:rsidR="002D214A" w:rsidRDefault="002D214A" w:rsidP="00A60070"/>
        </w:tc>
      </w:tr>
      <w:tr w:rsidR="002D214A" w14:paraId="4050B970" w14:textId="77777777" w:rsidTr="00A60070">
        <w:tc>
          <w:tcPr>
            <w:tcW w:w="2376" w:type="dxa"/>
          </w:tcPr>
          <w:p w14:paraId="195B33E1" w14:textId="77777777" w:rsidR="002D214A" w:rsidRDefault="002D214A" w:rsidP="00A60070"/>
        </w:tc>
        <w:tc>
          <w:tcPr>
            <w:tcW w:w="2684" w:type="dxa"/>
          </w:tcPr>
          <w:p w14:paraId="5AE1FF2D" w14:textId="77777777" w:rsidR="002D214A" w:rsidRDefault="002D214A" w:rsidP="00A60070">
            <w:r>
              <w:t>in the context of other oncological disciplines (oncological interdisciplinary)</w:t>
            </w:r>
          </w:p>
        </w:tc>
        <w:tc>
          <w:tcPr>
            <w:tcW w:w="1274" w:type="dxa"/>
          </w:tcPr>
          <w:p w14:paraId="2B074348" w14:textId="77777777" w:rsidR="002D214A" w:rsidRDefault="002D214A" w:rsidP="00A60070">
            <w:r>
              <w:t>167</w:t>
            </w:r>
          </w:p>
        </w:tc>
        <w:tc>
          <w:tcPr>
            <w:tcW w:w="1261" w:type="dxa"/>
          </w:tcPr>
          <w:p w14:paraId="50ACE424" w14:textId="77777777" w:rsidR="002D214A" w:rsidRDefault="002D214A" w:rsidP="00A60070">
            <w:r>
              <w:t>22.39</w:t>
            </w:r>
          </w:p>
        </w:tc>
        <w:tc>
          <w:tcPr>
            <w:tcW w:w="1261" w:type="dxa"/>
          </w:tcPr>
          <w:p w14:paraId="13B921C2" w14:textId="77777777" w:rsidR="002D214A" w:rsidRDefault="002D214A" w:rsidP="00A60070"/>
        </w:tc>
      </w:tr>
      <w:tr w:rsidR="002D214A" w14:paraId="307408C1" w14:textId="77777777" w:rsidTr="00A60070">
        <w:tc>
          <w:tcPr>
            <w:tcW w:w="2376" w:type="dxa"/>
          </w:tcPr>
          <w:p w14:paraId="73E6CCBC" w14:textId="77777777" w:rsidR="002D214A" w:rsidRDefault="002D214A" w:rsidP="00A60070"/>
        </w:tc>
        <w:tc>
          <w:tcPr>
            <w:tcW w:w="2684" w:type="dxa"/>
          </w:tcPr>
          <w:p w14:paraId="78493A56" w14:textId="77777777" w:rsidR="002D214A" w:rsidRDefault="002D214A" w:rsidP="00A60070">
            <w:r>
              <w:t>in the context of imaging disciplines (radiology, nuclear medicine)</w:t>
            </w:r>
          </w:p>
        </w:tc>
        <w:tc>
          <w:tcPr>
            <w:tcW w:w="1274" w:type="dxa"/>
          </w:tcPr>
          <w:p w14:paraId="2C4FE0C4" w14:textId="77777777" w:rsidR="002D214A" w:rsidRDefault="002D214A" w:rsidP="00A60070">
            <w:r>
              <w:t>288</w:t>
            </w:r>
          </w:p>
        </w:tc>
        <w:tc>
          <w:tcPr>
            <w:tcW w:w="1261" w:type="dxa"/>
          </w:tcPr>
          <w:p w14:paraId="0F6E8BDC" w14:textId="77777777" w:rsidR="002D214A" w:rsidRDefault="002D214A" w:rsidP="00A60070">
            <w:r>
              <w:t>38.61</w:t>
            </w:r>
          </w:p>
        </w:tc>
        <w:tc>
          <w:tcPr>
            <w:tcW w:w="1261" w:type="dxa"/>
          </w:tcPr>
          <w:p w14:paraId="1EF8236E" w14:textId="77777777" w:rsidR="002D214A" w:rsidRDefault="002D214A" w:rsidP="00A60070"/>
        </w:tc>
      </w:tr>
      <w:tr w:rsidR="002D214A" w14:paraId="40FBA021" w14:textId="77777777" w:rsidTr="00A60070">
        <w:tc>
          <w:tcPr>
            <w:tcW w:w="2376" w:type="dxa"/>
          </w:tcPr>
          <w:p w14:paraId="6E80AD20" w14:textId="77777777" w:rsidR="002D214A" w:rsidRDefault="002D214A" w:rsidP="00A60070"/>
        </w:tc>
        <w:tc>
          <w:tcPr>
            <w:tcW w:w="2684" w:type="dxa"/>
          </w:tcPr>
          <w:p w14:paraId="597E9CBC" w14:textId="77777777" w:rsidR="002D214A" w:rsidRDefault="002D214A" w:rsidP="00A60070">
            <w:r>
              <w:t>not at all</w:t>
            </w:r>
          </w:p>
        </w:tc>
        <w:tc>
          <w:tcPr>
            <w:tcW w:w="1274" w:type="dxa"/>
          </w:tcPr>
          <w:p w14:paraId="694FB8BA" w14:textId="77777777" w:rsidR="002D214A" w:rsidRDefault="002D214A" w:rsidP="00A60070">
            <w:r>
              <w:t>19</w:t>
            </w:r>
          </w:p>
        </w:tc>
        <w:tc>
          <w:tcPr>
            <w:tcW w:w="1261" w:type="dxa"/>
          </w:tcPr>
          <w:p w14:paraId="326EAF02" w14:textId="77777777" w:rsidR="002D214A" w:rsidRDefault="002D214A" w:rsidP="00A60070">
            <w:r>
              <w:t>2.55</w:t>
            </w:r>
          </w:p>
        </w:tc>
        <w:tc>
          <w:tcPr>
            <w:tcW w:w="1261" w:type="dxa"/>
          </w:tcPr>
          <w:p w14:paraId="5B3CA7BB" w14:textId="77777777" w:rsidR="002D214A" w:rsidRDefault="002D214A" w:rsidP="00A60070"/>
        </w:tc>
      </w:tr>
      <w:tr w:rsidR="002D214A" w14:paraId="4C1C619A" w14:textId="77777777" w:rsidTr="00A60070">
        <w:tc>
          <w:tcPr>
            <w:tcW w:w="2376" w:type="dxa"/>
          </w:tcPr>
          <w:p w14:paraId="103ADABF" w14:textId="77777777" w:rsidR="002D214A" w:rsidRDefault="002D214A" w:rsidP="00A60070"/>
        </w:tc>
        <w:tc>
          <w:tcPr>
            <w:tcW w:w="2684" w:type="dxa"/>
          </w:tcPr>
          <w:p w14:paraId="3CE6932D" w14:textId="77777777" w:rsidR="002D214A" w:rsidRDefault="002D214A" w:rsidP="00A60070">
            <w:r>
              <w:t>other:</w:t>
            </w:r>
          </w:p>
        </w:tc>
        <w:tc>
          <w:tcPr>
            <w:tcW w:w="1274" w:type="dxa"/>
          </w:tcPr>
          <w:p w14:paraId="74A8EB41" w14:textId="77777777" w:rsidR="002D214A" w:rsidRDefault="002D214A" w:rsidP="00A60070">
            <w:r>
              <w:t>6</w:t>
            </w:r>
          </w:p>
        </w:tc>
        <w:tc>
          <w:tcPr>
            <w:tcW w:w="1261" w:type="dxa"/>
          </w:tcPr>
          <w:p w14:paraId="0F560883" w14:textId="77777777" w:rsidR="002D214A" w:rsidRDefault="002D214A" w:rsidP="00A60070">
            <w:r>
              <w:t>0.8</w:t>
            </w:r>
          </w:p>
        </w:tc>
        <w:tc>
          <w:tcPr>
            <w:tcW w:w="1261" w:type="dxa"/>
          </w:tcPr>
          <w:p w14:paraId="729152A4" w14:textId="77777777" w:rsidR="002D214A" w:rsidRDefault="002D214A" w:rsidP="00A60070"/>
        </w:tc>
      </w:tr>
      <w:tr w:rsidR="002D214A" w14:paraId="5C3A1EDF" w14:textId="77777777" w:rsidTr="00A60070">
        <w:tc>
          <w:tcPr>
            <w:tcW w:w="2376" w:type="dxa"/>
          </w:tcPr>
          <w:p w14:paraId="77D92CE1" w14:textId="77777777" w:rsidR="002D214A" w:rsidRDefault="002D214A" w:rsidP="00A60070"/>
        </w:tc>
        <w:tc>
          <w:tcPr>
            <w:tcW w:w="2684" w:type="dxa"/>
          </w:tcPr>
          <w:p w14:paraId="619BAF12" w14:textId="77777777" w:rsidR="002D214A" w:rsidRDefault="002D214A" w:rsidP="00A60070"/>
        </w:tc>
        <w:tc>
          <w:tcPr>
            <w:tcW w:w="1274" w:type="dxa"/>
          </w:tcPr>
          <w:p w14:paraId="2C981EC8" w14:textId="77777777" w:rsidR="002D214A" w:rsidRDefault="002D214A" w:rsidP="00A60070"/>
        </w:tc>
        <w:tc>
          <w:tcPr>
            <w:tcW w:w="1261" w:type="dxa"/>
          </w:tcPr>
          <w:p w14:paraId="62E19EF1" w14:textId="77777777" w:rsidR="002D214A" w:rsidRDefault="002D214A" w:rsidP="00A60070"/>
        </w:tc>
        <w:tc>
          <w:tcPr>
            <w:tcW w:w="1261" w:type="dxa"/>
          </w:tcPr>
          <w:p w14:paraId="049B7DEA" w14:textId="77777777" w:rsidR="002D214A" w:rsidRDefault="002D214A" w:rsidP="00A60070"/>
        </w:tc>
      </w:tr>
      <w:tr w:rsidR="002D214A" w14:paraId="2313DB3D" w14:textId="77777777" w:rsidTr="00A60070">
        <w:tc>
          <w:tcPr>
            <w:tcW w:w="2376" w:type="dxa"/>
          </w:tcPr>
          <w:p w14:paraId="3CBF38F0" w14:textId="77777777" w:rsidR="002D214A" w:rsidRDefault="002D214A" w:rsidP="00A60070">
            <w:r>
              <w:t>Clinical and technical fundamentals of radiotherapy (treatment planning, treatment execution, equipment knowledge) are/were taught in the following teaching format (multiple choices possible): (n = 720)</w:t>
            </w:r>
          </w:p>
        </w:tc>
        <w:tc>
          <w:tcPr>
            <w:tcW w:w="2684" w:type="dxa"/>
          </w:tcPr>
          <w:p w14:paraId="0EF8268F" w14:textId="77777777" w:rsidR="002D214A" w:rsidRDefault="002D214A" w:rsidP="00A60070">
            <w:r>
              <w:t>Answer</w:t>
            </w:r>
          </w:p>
        </w:tc>
        <w:tc>
          <w:tcPr>
            <w:tcW w:w="1274" w:type="dxa"/>
          </w:tcPr>
          <w:p w14:paraId="60EBE77B" w14:textId="77777777" w:rsidR="002D214A" w:rsidRDefault="002D214A" w:rsidP="00A60070">
            <w:r>
              <w:t>Count</w:t>
            </w:r>
          </w:p>
        </w:tc>
        <w:tc>
          <w:tcPr>
            <w:tcW w:w="1261" w:type="dxa"/>
          </w:tcPr>
          <w:p w14:paraId="551C47FA" w14:textId="77777777" w:rsidR="002D214A" w:rsidRDefault="002D214A" w:rsidP="00A60070">
            <w:r>
              <w:t>%</w:t>
            </w:r>
          </w:p>
        </w:tc>
        <w:tc>
          <w:tcPr>
            <w:tcW w:w="1261" w:type="dxa"/>
          </w:tcPr>
          <w:p w14:paraId="39022A0C" w14:textId="77777777" w:rsidR="002D214A" w:rsidRDefault="002D214A" w:rsidP="00A60070"/>
        </w:tc>
      </w:tr>
      <w:tr w:rsidR="002D214A" w14:paraId="5EE74A81" w14:textId="77777777" w:rsidTr="00A60070">
        <w:tc>
          <w:tcPr>
            <w:tcW w:w="2376" w:type="dxa"/>
          </w:tcPr>
          <w:p w14:paraId="4BCE7492" w14:textId="77777777" w:rsidR="002D214A" w:rsidRDefault="002D214A" w:rsidP="00A60070"/>
        </w:tc>
        <w:tc>
          <w:tcPr>
            <w:tcW w:w="2684" w:type="dxa"/>
          </w:tcPr>
          <w:p w14:paraId="4A5AF4D5" w14:textId="77777777" w:rsidR="002D214A" w:rsidRDefault="002D214A" w:rsidP="00A60070">
            <w:r>
              <w:t>lecture</w:t>
            </w:r>
          </w:p>
        </w:tc>
        <w:tc>
          <w:tcPr>
            <w:tcW w:w="1274" w:type="dxa"/>
          </w:tcPr>
          <w:p w14:paraId="1E6F6985" w14:textId="77777777" w:rsidR="002D214A" w:rsidRDefault="002D214A" w:rsidP="00A60070">
            <w:r>
              <w:t>405</w:t>
            </w:r>
          </w:p>
        </w:tc>
        <w:tc>
          <w:tcPr>
            <w:tcW w:w="1261" w:type="dxa"/>
          </w:tcPr>
          <w:p w14:paraId="332FDA80" w14:textId="77777777" w:rsidR="002D214A" w:rsidRDefault="002D214A" w:rsidP="00A60070">
            <w:r>
              <w:t>56.25</w:t>
            </w:r>
          </w:p>
        </w:tc>
        <w:tc>
          <w:tcPr>
            <w:tcW w:w="1261" w:type="dxa"/>
          </w:tcPr>
          <w:p w14:paraId="4DDE2968" w14:textId="77777777" w:rsidR="002D214A" w:rsidRDefault="002D214A" w:rsidP="00A60070"/>
        </w:tc>
      </w:tr>
      <w:tr w:rsidR="002D214A" w14:paraId="27D526FF" w14:textId="77777777" w:rsidTr="00A60070">
        <w:tc>
          <w:tcPr>
            <w:tcW w:w="2376" w:type="dxa"/>
          </w:tcPr>
          <w:p w14:paraId="6A221AE4" w14:textId="77777777" w:rsidR="002D214A" w:rsidRDefault="002D214A" w:rsidP="00A60070"/>
        </w:tc>
        <w:tc>
          <w:tcPr>
            <w:tcW w:w="2684" w:type="dxa"/>
          </w:tcPr>
          <w:p w14:paraId="396E897A" w14:textId="77777777" w:rsidR="002D214A" w:rsidRDefault="002D214A" w:rsidP="00A60070">
            <w:r>
              <w:t>Seminar or internship</w:t>
            </w:r>
          </w:p>
        </w:tc>
        <w:tc>
          <w:tcPr>
            <w:tcW w:w="1274" w:type="dxa"/>
          </w:tcPr>
          <w:p w14:paraId="609CCF55" w14:textId="77777777" w:rsidR="002D214A" w:rsidRDefault="002D214A" w:rsidP="00A60070">
            <w:r>
              <w:t>445</w:t>
            </w:r>
          </w:p>
        </w:tc>
        <w:tc>
          <w:tcPr>
            <w:tcW w:w="1261" w:type="dxa"/>
          </w:tcPr>
          <w:p w14:paraId="7ACACAB0" w14:textId="77777777" w:rsidR="002D214A" w:rsidRDefault="002D214A" w:rsidP="00A60070">
            <w:r>
              <w:t>61.81</w:t>
            </w:r>
          </w:p>
        </w:tc>
        <w:tc>
          <w:tcPr>
            <w:tcW w:w="1261" w:type="dxa"/>
          </w:tcPr>
          <w:p w14:paraId="50CEC7D5" w14:textId="77777777" w:rsidR="002D214A" w:rsidRDefault="002D214A" w:rsidP="00A60070"/>
        </w:tc>
      </w:tr>
      <w:tr w:rsidR="002D214A" w14:paraId="628E2C8A" w14:textId="77777777" w:rsidTr="00A60070">
        <w:tc>
          <w:tcPr>
            <w:tcW w:w="2376" w:type="dxa"/>
          </w:tcPr>
          <w:p w14:paraId="3745DEB4" w14:textId="77777777" w:rsidR="002D214A" w:rsidRDefault="002D214A" w:rsidP="00A60070"/>
        </w:tc>
        <w:tc>
          <w:tcPr>
            <w:tcW w:w="2684" w:type="dxa"/>
          </w:tcPr>
          <w:p w14:paraId="0E7D5F9C" w14:textId="77777777" w:rsidR="002D214A" w:rsidRDefault="002D214A" w:rsidP="00A60070">
            <w:r>
              <w:t>Exclusively e-learning-based (e.g. as an online video, online course or online seminar)</w:t>
            </w:r>
          </w:p>
        </w:tc>
        <w:tc>
          <w:tcPr>
            <w:tcW w:w="1274" w:type="dxa"/>
          </w:tcPr>
          <w:p w14:paraId="7AC98A55" w14:textId="77777777" w:rsidR="002D214A" w:rsidRDefault="002D214A" w:rsidP="00A60070">
            <w:r>
              <w:t>34</w:t>
            </w:r>
          </w:p>
        </w:tc>
        <w:tc>
          <w:tcPr>
            <w:tcW w:w="1261" w:type="dxa"/>
          </w:tcPr>
          <w:p w14:paraId="20CCD498" w14:textId="77777777" w:rsidR="002D214A" w:rsidRDefault="002D214A" w:rsidP="00A60070">
            <w:r>
              <w:t>4.72</w:t>
            </w:r>
          </w:p>
        </w:tc>
        <w:tc>
          <w:tcPr>
            <w:tcW w:w="1261" w:type="dxa"/>
          </w:tcPr>
          <w:p w14:paraId="6D048C7B" w14:textId="77777777" w:rsidR="002D214A" w:rsidRDefault="002D214A" w:rsidP="00A60070"/>
        </w:tc>
      </w:tr>
      <w:tr w:rsidR="002D214A" w14:paraId="4BEC2C0D" w14:textId="77777777" w:rsidTr="00A60070">
        <w:tc>
          <w:tcPr>
            <w:tcW w:w="2376" w:type="dxa"/>
          </w:tcPr>
          <w:p w14:paraId="034F8CAB" w14:textId="77777777" w:rsidR="002D214A" w:rsidRDefault="002D214A" w:rsidP="00A60070"/>
        </w:tc>
        <w:tc>
          <w:tcPr>
            <w:tcW w:w="2684" w:type="dxa"/>
          </w:tcPr>
          <w:p w14:paraId="1DD42A21" w14:textId="77777777" w:rsidR="002D214A" w:rsidRDefault="002D214A" w:rsidP="00A60070">
            <w:r>
              <w:t>Hybrid format (e.g. combination of individual e-learning-based pre-/post-processing and seminar/internship)</w:t>
            </w:r>
          </w:p>
        </w:tc>
        <w:tc>
          <w:tcPr>
            <w:tcW w:w="1274" w:type="dxa"/>
          </w:tcPr>
          <w:p w14:paraId="6F60FBB2" w14:textId="77777777" w:rsidR="002D214A" w:rsidRDefault="002D214A" w:rsidP="00A60070">
            <w:r>
              <w:t>96</w:t>
            </w:r>
          </w:p>
        </w:tc>
        <w:tc>
          <w:tcPr>
            <w:tcW w:w="1261" w:type="dxa"/>
          </w:tcPr>
          <w:p w14:paraId="76A4C5FC" w14:textId="77777777" w:rsidR="002D214A" w:rsidRDefault="002D214A" w:rsidP="00A60070">
            <w:r>
              <w:t>13.33</w:t>
            </w:r>
          </w:p>
        </w:tc>
        <w:tc>
          <w:tcPr>
            <w:tcW w:w="1261" w:type="dxa"/>
          </w:tcPr>
          <w:p w14:paraId="2A4C4B29" w14:textId="77777777" w:rsidR="002D214A" w:rsidRDefault="002D214A" w:rsidP="00A60070"/>
        </w:tc>
      </w:tr>
      <w:tr w:rsidR="002D214A" w14:paraId="7398AB26" w14:textId="77777777" w:rsidTr="00A60070">
        <w:tc>
          <w:tcPr>
            <w:tcW w:w="2376" w:type="dxa"/>
          </w:tcPr>
          <w:p w14:paraId="3E62C57D" w14:textId="77777777" w:rsidR="002D214A" w:rsidRDefault="002D214A" w:rsidP="00A60070"/>
        </w:tc>
        <w:tc>
          <w:tcPr>
            <w:tcW w:w="2684" w:type="dxa"/>
          </w:tcPr>
          <w:p w14:paraId="6E3F3349" w14:textId="77777777" w:rsidR="002D214A" w:rsidRDefault="002D214A" w:rsidP="00A60070">
            <w:r>
              <w:t>several of the listed here</w:t>
            </w:r>
          </w:p>
        </w:tc>
        <w:tc>
          <w:tcPr>
            <w:tcW w:w="1274" w:type="dxa"/>
          </w:tcPr>
          <w:p w14:paraId="099F606C" w14:textId="77777777" w:rsidR="002D214A" w:rsidRDefault="002D214A" w:rsidP="00A60070">
            <w:r>
              <w:t>17</w:t>
            </w:r>
          </w:p>
        </w:tc>
        <w:tc>
          <w:tcPr>
            <w:tcW w:w="1261" w:type="dxa"/>
          </w:tcPr>
          <w:p w14:paraId="4242CE19" w14:textId="77777777" w:rsidR="002D214A" w:rsidRDefault="002D214A" w:rsidP="00A60070">
            <w:r>
              <w:t>2.36</w:t>
            </w:r>
          </w:p>
        </w:tc>
        <w:tc>
          <w:tcPr>
            <w:tcW w:w="1261" w:type="dxa"/>
          </w:tcPr>
          <w:p w14:paraId="17E97E22" w14:textId="77777777" w:rsidR="002D214A" w:rsidRDefault="002D214A" w:rsidP="00A60070"/>
        </w:tc>
      </w:tr>
      <w:tr w:rsidR="002D214A" w14:paraId="20BF3A28" w14:textId="77777777" w:rsidTr="00A60070">
        <w:tc>
          <w:tcPr>
            <w:tcW w:w="2376" w:type="dxa"/>
          </w:tcPr>
          <w:p w14:paraId="42EAD7FA" w14:textId="77777777" w:rsidR="002D214A" w:rsidRDefault="002D214A" w:rsidP="00A60070"/>
        </w:tc>
        <w:tc>
          <w:tcPr>
            <w:tcW w:w="2684" w:type="dxa"/>
          </w:tcPr>
          <w:p w14:paraId="466C5F5F" w14:textId="77777777" w:rsidR="002D214A" w:rsidRDefault="002D214A" w:rsidP="00A60070">
            <w:r>
              <w:t>not at all</w:t>
            </w:r>
          </w:p>
        </w:tc>
        <w:tc>
          <w:tcPr>
            <w:tcW w:w="1274" w:type="dxa"/>
          </w:tcPr>
          <w:p w14:paraId="46939947" w14:textId="77777777" w:rsidR="002D214A" w:rsidRDefault="002D214A" w:rsidP="00A60070">
            <w:r>
              <w:t>45</w:t>
            </w:r>
          </w:p>
        </w:tc>
        <w:tc>
          <w:tcPr>
            <w:tcW w:w="1261" w:type="dxa"/>
          </w:tcPr>
          <w:p w14:paraId="276C0380" w14:textId="77777777" w:rsidR="002D214A" w:rsidRDefault="002D214A" w:rsidP="00A60070">
            <w:r>
              <w:t>6.25</w:t>
            </w:r>
          </w:p>
        </w:tc>
        <w:tc>
          <w:tcPr>
            <w:tcW w:w="1261" w:type="dxa"/>
          </w:tcPr>
          <w:p w14:paraId="75CEFCA5" w14:textId="77777777" w:rsidR="002D214A" w:rsidRDefault="002D214A" w:rsidP="00A60070"/>
        </w:tc>
      </w:tr>
      <w:tr w:rsidR="002D214A" w14:paraId="10261C21" w14:textId="77777777" w:rsidTr="00A60070">
        <w:tc>
          <w:tcPr>
            <w:tcW w:w="2376" w:type="dxa"/>
          </w:tcPr>
          <w:p w14:paraId="6326DFE1" w14:textId="77777777" w:rsidR="002D214A" w:rsidRDefault="002D214A" w:rsidP="00A60070"/>
        </w:tc>
        <w:tc>
          <w:tcPr>
            <w:tcW w:w="2684" w:type="dxa"/>
          </w:tcPr>
          <w:p w14:paraId="6567A24A" w14:textId="77777777" w:rsidR="002D214A" w:rsidRDefault="002D214A" w:rsidP="00A60070">
            <w:r>
              <w:t>I can't remember</w:t>
            </w:r>
          </w:p>
        </w:tc>
        <w:tc>
          <w:tcPr>
            <w:tcW w:w="1274" w:type="dxa"/>
          </w:tcPr>
          <w:p w14:paraId="53C9CBC5" w14:textId="77777777" w:rsidR="002D214A" w:rsidRDefault="002D214A" w:rsidP="00A60070">
            <w:r>
              <w:t>42</w:t>
            </w:r>
          </w:p>
        </w:tc>
        <w:tc>
          <w:tcPr>
            <w:tcW w:w="1261" w:type="dxa"/>
          </w:tcPr>
          <w:p w14:paraId="7F9B2B11" w14:textId="77777777" w:rsidR="002D214A" w:rsidRDefault="002D214A" w:rsidP="00A60070">
            <w:r>
              <w:t>5.83</w:t>
            </w:r>
          </w:p>
        </w:tc>
        <w:tc>
          <w:tcPr>
            <w:tcW w:w="1261" w:type="dxa"/>
          </w:tcPr>
          <w:p w14:paraId="7ED01798" w14:textId="77777777" w:rsidR="002D214A" w:rsidRDefault="002D214A" w:rsidP="00A60070"/>
        </w:tc>
      </w:tr>
      <w:tr w:rsidR="002D214A" w14:paraId="13375ABA" w14:textId="77777777" w:rsidTr="00A60070">
        <w:tc>
          <w:tcPr>
            <w:tcW w:w="2376" w:type="dxa"/>
          </w:tcPr>
          <w:p w14:paraId="2111E5D9" w14:textId="77777777" w:rsidR="002D214A" w:rsidRDefault="002D214A" w:rsidP="00A60070"/>
        </w:tc>
        <w:tc>
          <w:tcPr>
            <w:tcW w:w="2684" w:type="dxa"/>
          </w:tcPr>
          <w:p w14:paraId="46AB70BA" w14:textId="77777777" w:rsidR="002D214A" w:rsidRDefault="002D214A" w:rsidP="00A60070">
            <w:r>
              <w:t>other:</w:t>
            </w:r>
          </w:p>
        </w:tc>
        <w:tc>
          <w:tcPr>
            <w:tcW w:w="1274" w:type="dxa"/>
          </w:tcPr>
          <w:p w14:paraId="3A106092" w14:textId="77777777" w:rsidR="002D214A" w:rsidRDefault="002D214A" w:rsidP="00A60070">
            <w:r>
              <w:t>4</w:t>
            </w:r>
          </w:p>
        </w:tc>
        <w:tc>
          <w:tcPr>
            <w:tcW w:w="1261" w:type="dxa"/>
          </w:tcPr>
          <w:p w14:paraId="21558214" w14:textId="77777777" w:rsidR="002D214A" w:rsidRDefault="002D214A" w:rsidP="00A60070">
            <w:r>
              <w:t>0.56</w:t>
            </w:r>
          </w:p>
        </w:tc>
        <w:tc>
          <w:tcPr>
            <w:tcW w:w="1261" w:type="dxa"/>
          </w:tcPr>
          <w:p w14:paraId="686C0637" w14:textId="77777777" w:rsidR="002D214A" w:rsidRDefault="002D214A" w:rsidP="00A60070"/>
        </w:tc>
      </w:tr>
      <w:tr w:rsidR="002D214A" w14:paraId="36AAE4D9" w14:textId="77777777" w:rsidTr="00A60070">
        <w:tc>
          <w:tcPr>
            <w:tcW w:w="2376" w:type="dxa"/>
          </w:tcPr>
          <w:p w14:paraId="4DA056E1" w14:textId="77777777" w:rsidR="002D214A" w:rsidRDefault="002D214A" w:rsidP="00A60070"/>
        </w:tc>
        <w:tc>
          <w:tcPr>
            <w:tcW w:w="2684" w:type="dxa"/>
          </w:tcPr>
          <w:p w14:paraId="1B31D041" w14:textId="77777777" w:rsidR="002D214A" w:rsidRDefault="002D214A" w:rsidP="00A60070"/>
        </w:tc>
        <w:tc>
          <w:tcPr>
            <w:tcW w:w="1274" w:type="dxa"/>
          </w:tcPr>
          <w:p w14:paraId="610F1146" w14:textId="77777777" w:rsidR="002D214A" w:rsidRDefault="002D214A" w:rsidP="00A60070"/>
        </w:tc>
        <w:tc>
          <w:tcPr>
            <w:tcW w:w="1261" w:type="dxa"/>
          </w:tcPr>
          <w:p w14:paraId="1A168518" w14:textId="77777777" w:rsidR="002D214A" w:rsidRDefault="002D214A" w:rsidP="00A60070"/>
        </w:tc>
        <w:tc>
          <w:tcPr>
            <w:tcW w:w="1261" w:type="dxa"/>
          </w:tcPr>
          <w:p w14:paraId="6CFCBB50" w14:textId="77777777" w:rsidR="002D214A" w:rsidRDefault="002D214A" w:rsidP="00A60070"/>
        </w:tc>
      </w:tr>
      <w:tr w:rsidR="002D214A" w14:paraId="38C90B99" w14:textId="77777777" w:rsidTr="00A60070">
        <w:tc>
          <w:tcPr>
            <w:tcW w:w="2376" w:type="dxa"/>
          </w:tcPr>
          <w:p w14:paraId="551A2B2D" w14:textId="77777777" w:rsidR="002D214A" w:rsidRDefault="002D214A" w:rsidP="00A60070">
            <w:r>
              <w:lastRenderedPageBreak/>
              <w:t>Clinical and technical fundamentals of radiotherapy (treatment planning, treatment execution, equipment knowledge) should be taught in the following teaching format: (n = 713)</w:t>
            </w:r>
          </w:p>
        </w:tc>
        <w:tc>
          <w:tcPr>
            <w:tcW w:w="2684" w:type="dxa"/>
          </w:tcPr>
          <w:p w14:paraId="67F74F16" w14:textId="77777777" w:rsidR="002D214A" w:rsidRDefault="002D214A" w:rsidP="00A60070">
            <w:r>
              <w:t>Answer</w:t>
            </w:r>
          </w:p>
        </w:tc>
        <w:tc>
          <w:tcPr>
            <w:tcW w:w="1274" w:type="dxa"/>
          </w:tcPr>
          <w:p w14:paraId="15A1F4DB" w14:textId="77777777" w:rsidR="002D214A" w:rsidRDefault="002D214A" w:rsidP="00A60070">
            <w:r>
              <w:t>Count</w:t>
            </w:r>
          </w:p>
        </w:tc>
        <w:tc>
          <w:tcPr>
            <w:tcW w:w="1261" w:type="dxa"/>
          </w:tcPr>
          <w:p w14:paraId="013B44B0" w14:textId="77777777" w:rsidR="002D214A" w:rsidRDefault="002D214A" w:rsidP="00A60070">
            <w:r>
              <w:t>%</w:t>
            </w:r>
          </w:p>
        </w:tc>
        <w:tc>
          <w:tcPr>
            <w:tcW w:w="1261" w:type="dxa"/>
          </w:tcPr>
          <w:p w14:paraId="59C6C038" w14:textId="77777777" w:rsidR="002D214A" w:rsidRDefault="002D214A" w:rsidP="00A60070"/>
        </w:tc>
      </w:tr>
      <w:tr w:rsidR="002D214A" w14:paraId="5D05632B" w14:textId="77777777" w:rsidTr="00A60070">
        <w:tc>
          <w:tcPr>
            <w:tcW w:w="2376" w:type="dxa"/>
          </w:tcPr>
          <w:p w14:paraId="13CEB710" w14:textId="77777777" w:rsidR="002D214A" w:rsidRDefault="002D214A" w:rsidP="00A60070"/>
        </w:tc>
        <w:tc>
          <w:tcPr>
            <w:tcW w:w="2684" w:type="dxa"/>
          </w:tcPr>
          <w:p w14:paraId="7C51A96A" w14:textId="77777777" w:rsidR="002D214A" w:rsidRDefault="002D214A" w:rsidP="00A60070">
            <w:r>
              <w:t>lecture</w:t>
            </w:r>
          </w:p>
        </w:tc>
        <w:tc>
          <w:tcPr>
            <w:tcW w:w="1274" w:type="dxa"/>
          </w:tcPr>
          <w:p w14:paraId="63DD4815" w14:textId="77777777" w:rsidR="002D214A" w:rsidRDefault="002D214A" w:rsidP="00A60070">
            <w:r>
              <w:t>235</w:t>
            </w:r>
          </w:p>
        </w:tc>
        <w:tc>
          <w:tcPr>
            <w:tcW w:w="1261" w:type="dxa"/>
          </w:tcPr>
          <w:p w14:paraId="3B234225" w14:textId="77777777" w:rsidR="002D214A" w:rsidRDefault="002D214A" w:rsidP="00A60070">
            <w:r>
              <w:t>32.96</w:t>
            </w:r>
          </w:p>
        </w:tc>
        <w:tc>
          <w:tcPr>
            <w:tcW w:w="1261" w:type="dxa"/>
          </w:tcPr>
          <w:p w14:paraId="52AD4A3A" w14:textId="77777777" w:rsidR="002D214A" w:rsidRDefault="002D214A" w:rsidP="00A60070"/>
        </w:tc>
      </w:tr>
      <w:tr w:rsidR="002D214A" w14:paraId="6A5B66EB" w14:textId="77777777" w:rsidTr="00A60070">
        <w:tc>
          <w:tcPr>
            <w:tcW w:w="2376" w:type="dxa"/>
          </w:tcPr>
          <w:p w14:paraId="32BA4921" w14:textId="77777777" w:rsidR="002D214A" w:rsidRDefault="002D214A" w:rsidP="00A60070"/>
        </w:tc>
        <w:tc>
          <w:tcPr>
            <w:tcW w:w="2684" w:type="dxa"/>
          </w:tcPr>
          <w:p w14:paraId="2F944F08" w14:textId="77777777" w:rsidR="002D214A" w:rsidRDefault="002D214A" w:rsidP="00A60070">
            <w:r>
              <w:t>Seminar or internship</w:t>
            </w:r>
          </w:p>
        </w:tc>
        <w:tc>
          <w:tcPr>
            <w:tcW w:w="1274" w:type="dxa"/>
          </w:tcPr>
          <w:p w14:paraId="67A8A9CA" w14:textId="77777777" w:rsidR="002D214A" w:rsidRDefault="002D214A" w:rsidP="00A60070">
            <w:r>
              <w:t>451</w:t>
            </w:r>
          </w:p>
        </w:tc>
        <w:tc>
          <w:tcPr>
            <w:tcW w:w="1261" w:type="dxa"/>
          </w:tcPr>
          <w:p w14:paraId="4C8699F3" w14:textId="77777777" w:rsidR="002D214A" w:rsidRDefault="002D214A" w:rsidP="00A60070">
            <w:r>
              <w:t>63.25</w:t>
            </w:r>
          </w:p>
        </w:tc>
        <w:tc>
          <w:tcPr>
            <w:tcW w:w="1261" w:type="dxa"/>
          </w:tcPr>
          <w:p w14:paraId="62CCEADF" w14:textId="77777777" w:rsidR="002D214A" w:rsidRDefault="002D214A" w:rsidP="00A60070"/>
        </w:tc>
      </w:tr>
      <w:tr w:rsidR="002D214A" w14:paraId="064155CC" w14:textId="77777777" w:rsidTr="00A60070">
        <w:tc>
          <w:tcPr>
            <w:tcW w:w="2376" w:type="dxa"/>
          </w:tcPr>
          <w:p w14:paraId="4F883384" w14:textId="77777777" w:rsidR="002D214A" w:rsidRDefault="002D214A" w:rsidP="00A60070"/>
        </w:tc>
        <w:tc>
          <w:tcPr>
            <w:tcW w:w="2684" w:type="dxa"/>
          </w:tcPr>
          <w:p w14:paraId="372D293E" w14:textId="77777777" w:rsidR="002D214A" w:rsidRDefault="002D214A" w:rsidP="00A60070">
            <w:r>
              <w:t>not at all</w:t>
            </w:r>
          </w:p>
        </w:tc>
        <w:tc>
          <w:tcPr>
            <w:tcW w:w="1274" w:type="dxa"/>
          </w:tcPr>
          <w:p w14:paraId="5A9404A4" w14:textId="77777777" w:rsidR="002D214A" w:rsidRDefault="002D214A" w:rsidP="00A60070">
            <w:r>
              <w:t>19</w:t>
            </w:r>
          </w:p>
        </w:tc>
        <w:tc>
          <w:tcPr>
            <w:tcW w:w="1261" w:type="dxa"/>
          </w:tcPr>
          <w:p w14:paraId="7B82EE9A" w14:textId="77777777" w:rsidR="002D214A" w:rsidRDefault="002D214A" w:rsidP="00A60070">
            <w:r>
              <w:t>2.66</w:t>
            </w:r>
          </w:p>
        </w:tc>
        <w:tc>
          <w:tcPr>
            <w:tcW w:w="1261" w:type="dxa"/>
          </w:tcPr>
          <w:p w14:paraId="690880C8" w14:textId="77777777" w:rsidR="002D214A" w:rsidRDefault="002D214A" w:rsidP="00A60070"/>
        </w:tc>
      </w:tr>
      <w:tr w:rsidR="002D214A" w14:paraId="12C76473" w14:textId="77777777" w:rsidTr="00A60070">
        <w:tc>
          <w:tcPr>
            <w:tcW w:w="2376" w:type="dxa"/>
          </w:tcPr>
          <w:p w14:paraId="13851E1F" w14:textId="77777777" w:rsidR="002D214A" w:rsidRDefault="002D214A" w:rsidP="00A60070"/>
        </w:tc>
        <w:tc>
          <w:tcPr>
            <w:tcW w:w="2684" w:type="dxa"/>
          </w:tcPr>
          <w:p w14:paraId="74E148C6" w14:textId="77777777" w:rsidR="002D214A" w:rsidRDefault="002D214A" w:rsidP="00A60070">
            <w:r>
              <w:t>other:</w:t>
            </w:r>
          </w:p>
        </w:tc>
        <w:tc>
          <w:tcPr>
            <w:tcW w:w="1274" w:type="dxa"/>
          </w:tcPr>
          <w:p w14:paraId="01B1D902" w14:textId="77777777" w:rsidR="002D214A" w:rsidRDefault="002D214A" w:rsidP="00A60070">
            <w:r>
              <w:t>8</w:t>
            </w:r>
          </w:p>
        </w:tc>
        <w:tc>
          <w:tcPr>
            <w:tcW w:w="1261" w:type="dxa"/>
          </w:tcPr>
          <w:p w14:paraId="1EDEC59F" w14:textId="77777777" w:rsidR="002D214A" w:rsidRDefault="002D214A" w:rsidP="00A60070">
            <w:r>
              <w:t>1.12</w:t>
            </w:r>
          </w:p>
        </w:tc>
        <w:tc>
          <w:tcPr>
            <w:tcW w:w="1261" w:type="dxa"/>
          </w:tcPr>
          <w:p w14:paraId="63501876" w14:textId="77777777" w:rsidR="002D214A" w:rsidRDefault="002D214A" w:rsidP="00A60070"/>
        </w:tc>
      </w:tr>
      <w:tr w:rsidR="002D214A" w14:paraId="03D4DD7E" w14:textId="77777777" w:rsidTr="00A60070">
        <w:tc>
          <w:tcPr>
            <w:tcW w:w="2376" w:type="dxa"/>
          </w:tcPr>
          <w:p w14:paraId="066553BE" w14:textId="77777777" w:rsidR="002D214A" w:rsidRDefault="002D214A" w:rsidP="00A60070"/>
        </w:tc>
        <w:tc>
          <w:tcPr>
            <w:tcW w:w="2684" w:type="dxa"/>
          </w:tcPr>
          <w:p w14:paraId="784A49D5" w14:textId="77777777" w:rsidR="002D214A" w:rsidRDefault="002D214A" w:rsidP="00A60070"/>
        </w:tc>
        <w:tc>
          <w:tcPr>
            <w:tcW w:w="1274" w:type="dxa"/>
          </w:tcPr>
          <w:p w14:paraId="54FF57DB" w14:textId="77777777" w:rsidR="002D214A" w:rsidRDefault="002D214A" w:rsidP="00A60070"/>
        </w:tc>
        <w:tc>
          <w:tcPr>
            <w:tcW w:w="1261" w:type="dxa"/>
          </w:tcPr>
          <w:p w14:paraId="62DA408D" w14:textId="77777777" w:rsidR="002D214A" w:rsidRDefault="002D214A" w:rsidP="00A60070"/>
        </w:tc>
        <w:tc>
          <w:tcPr>
            <w:tcW w:w="1261" w:type="dxa"/>
          </w:tcPr>
          <w:p w14:paraId="69EB52D0" w14:textId="77777777" w:rsidR="002D214A" w:rsidRDefault="002D214A" w:rsidP="00A60070"/>
        </w:tc>
      </w:tr>
      <w:tr w:rsidR="002D214A" w14:paraId="2BDF1658" w14:textId="77777777" w:rsidTr="00A60070">
        <w:tc>
          <w:tcPr>
            <w:tcW w:w="2376" w:type="dxa"/>
          </w:tcPr>
          <w:p w14:paraId="1841DBC7" w14:textId="77777777" w:rsidR="002D214A" w:rsidRDefault="002D214A" w:rsidP="00A60070">
            <w:r>
              <w:t>Clinical and technical fundamentals of radiotherapy (treatment planning, treatment execution, equipment knowledge) should be taught in the following form: (n = 716)</w:t>
            </w:r>
          </w:p>
        </w:tc>
        <w:tc>
          <w:tcPr>
            <w:tcW w:w="2684" w:type="dxa"/>
          </w:tcPr>
          <w:p w14:paraId="31993331" w14:textId="77777777" w:rsidR="002D214A" w:rsidRDefault="002D214A" w:rsidP="00A60070">
            <w:r>
              <w:t>Answer</w:t>
            </w:r>
          </w:p>
        </w:tc>
        <w:tc>
          <w:tcPr>
            <w:tcW w:w="1274" w:type="dxa"/>
          </w:tcPr>
          <w:p w14:paraId="5D4DA6BB" w14:textId="77777777" w:rsidR="002D214A" w:rsidRDefault="002D214A" w:rsidP="00A60070">
            <w:r>
              <w:t>Count</w:t>
            </w:r>
          </w:p>
        </w:tc>
        <w:tc>
          <w:tcPr>
            <w:tcW w:w="1261" w:type="dxa"/>
          </w:tcPr>
          <w:p w14:paraId="07023C2A" w14:textId="77777777" w:rsidR="002D214A" w:rsidRDefault="002D214A" w:rsidP="00A60070">
            <w:r>
              <w:t>%</w:t>
            </w:r>
          </w:p>
        </w:tc>
        <w:tc>
          <w:tcPr>
            <w:tcW w:w="1261" w:type="dxa"/>
          </w:tcPr>
          <w:p w14:paraId="7BCABDC5" w14:textId="77777777" w:rsidR="002D214A" w:rsidRDefault="002D214A" w:rsidP="00A60070"/>
        </w:tc>
      </w:tr>
      <w:tr w:rsidR="002D214A" w14:paraId="1EF13A0B" w14:textId="77777777" w:rsidTr="00A60070">
        <w:tc>
          <w:tcPr>
            <w:tcW w:w="2376" w:type="dxa"/>
          </w:tcPr>
          <w:p w14:paraId="2868F77A" w14:textId="77777777" w:rsidR="002D214A" w:rsidRDefault="002D214A" w:rsidP="00A60070"/>
        </w:tc>
        <w:tc>
          <w:tcPr>
            <w:tcW w:w="2684" w:type="dxa"/>
          </w:tcPr>
          <w:p w14:paraId="5DEABE10" w14:textId="77777777" w:rsidR="002D214A" w:rsidRDefault="002D214A" w:rsidP="00A60070">
            <w:r>
              <w:t>In-person event</w:t>
            </w:r>
          </w:p>
        </w:tc>
        <w:tc>
          <w:tcPr>
            <w:tcW w:w="1274" w:type="dxa"/>
          </w:tcPr>
          <w:p w14:paraId="118A553D" w14:textId="77777777" w:rsidR="002D214A" w:rsidRDefault="002D214A" w:rsidP="00A60070">
            <w:r>
              <w:t>266</w:t>
            </w:r>
          </w:p>
        </w:tc>
        <w:tc>
          <w:tcPr>
            <w:tcW w:w="1261" w:type="dxa"/>
          </w:tcPr>
          <w:p w14:paraId="02F4CE72" w14:textId="77777777" w:rsidR="002D214A" w:rsidRDefault="002D214A" w:rsidP="00A60070">
            <w:r>
              <w:t>37.15</w:t>
            </w:r>
          </w:p>
        </w:tc>
        <w:tc>
          <w:tcPr>
            <w:tcW w:w="1261" w:type="dxa"/>
          </w:tcPr>
          <w:p w14:paraId="04A09142" w14:textId="77777777" w:rsidR="002D214A" w:rsidRDefault="002D214A" w:rsidP="00A60070"/>
        </w:tc>
      </w:tr>
      <w:tr w:rsidR="002D214A" w14:paraId="268D65E3" w14:textId="77777777" w:rsidTr="00A60070">
        <w:tc>
          <w:tcPr>
            <w:tcW w:w="2376" w:type="dxa"/>
          </w:tcPr>
          <w:p w14:paraId="274C70C9" w14:textId="77777777" w:rsidR="002D214A" w:rsidRDefault="002D214A" w:rsidP="00A60070"/>
        </w:tc>
        <w:tc>
          <w:tcPr>
            <w:tcW w:w="2684" w:type="dxa"/>
          </w:tcPr>
          <w:p w14:paraId="3A8F8D79" w14:textId="77777777" w:rsidR="002D214A" w:rsidRDefault="002D214A" w:rsidP="00A60070">
            <w:r>
              <w:t>hybrid format (both as a face-to-face event and e-learning-based (e.g. as an online video, online course))</w:t>
            </w:r>
          </w:p>
        </w:tc>
        <w:tc>
          <w:tcPr>
            <w:tcW w:w="1274" w:type="dxa"/>
          </w:tcPr>
          <w:p w14:paraId="303330DD" w14:textId="77777777" w:rsidR="002D214A" w:rsidRDefault="002D214A" w:rsidP="00A60070">
            <w:r>
              <w:t>358</w:t>
            </w:r>
          </w:p>
        </w:tc>
        <w:tc>
          <w:tcPr>
            <w:tcW w:w="1261" w:type="dxa"/>
          </w:tcPr>
          <w:p w14:paraId="36E65E9C" w14:textId="77777777" w:rsidR="002D214A" w:rsidRDefault="002D214A" w:rsidP="00A60070">
            <w:r>
              <w:t>50</w:t>
            </w:r>
          </w:p>
        </w:tc>
        <w:tc>
          <w:tcPr>
            <w:tcW w:w="1261" w:type="dxa"/>
          </w:tcPr>
          <w:p w14:paraId="3EC855B9" w14:textId="77777777" w:rsidR="002D214A" w:rsidRDefault="002D214A" w:rsidP="00A60070"/>
        </w:tc>
      </w:tr>
      <w:tr w:rsidR="002D214A" w14:paraId="481DAA1E" w14:textId="77777777" w:rsidTr="00A60070">
        <w:tc>
          <w:tcPr>
            <w:tcW w:w="2376" w:type="dxa"/>
          </w:tcPr>
          <w:p w14:paraId="198A7A7A" w14:textId="77777777" w:rsidR="002D214A" w:rsidRDefault="002D214A" w:rsidP="00A60070"/>
        </w:tc>
        <w:tc>
          <w:tcPr>
            <w:tcW w:w="2684" w:type="dxa"/>
          </w:tcPr>
          <w:p w14:paraId="708958F5" w14:textId="77777777" w:rsidR="002D214A" w:rsidRDefault="002D214A" w:rsidP="00A60070">
            <w:r>
              <w:t>exclusively e-learning based (e.g. as online video, online course)</w:t>
            </w:r>
          </w:p>
        </w:tc>
        <w:tc>
          <w:tcPr>
            <w:tcW w:w="1274" w:type="dxa"/>
          </w:tcPr>
          <w:p w14:paraId="6026A983" w14:textId="77777777" w:rsidR="002D214A" w:rsidRDefault="002D214A" w:rsidP="00A60070">
            <w:r>
              <w:t>71</w:t>
            </w:r>
          </w:p>
        </w:tc>
        <w:tc>
          <w:tcPr>
            <w:tcW w:w="1261" w:type="dxa"/>
          </w:tcPr>
          <w:p w14:paraId="4641DFD4" w14:textId="77777777" w:rsidR="002D214A" w:rsidRDefault="002D214A" w:rsidP="00A60070">
            <w:r>
              <w:t>9.92</w:t>
            </w:r>
          </w:p>
        </w:tc>
        <w:tc>
          <w:tcPr>
            <w:tcW w:w="1261" w:type="dxa"/>
          </w:tcPr>
          <w:p w14:paraId="6834AEAA" w14:textId="77777777" w:rsidR="002D214A" w:rsidRDefault="002D214A" w:rsidP="00A60070"/>
        </w:tc>
      </w:tr>
      <w:tr w:rsidR="002D214A" w14:paraId="482F6B2B" w14:textId="77777777" w:rsidTr="00A60070">
        <w:tc>
          <w:tcPr>
            <w:tcW w:w="2376" w:type="dxa"/>
          </w:tcPr>
          <w:p w14:paraId="35140C21" w14:textId="77777777" w:rsidR="002D214A" w:rsidRDefault="002D214A" w:rsidP="00A60070"/>
        </w:tc>
        <w:tc>
          <w:tcPr>
            <w:tcW w:w="2684" w:type="dxa"/>
          </w:tcPr>
          <w:p w14:paraId="5D220F8D" w14:textId="77777777" w:rsidR="002D214A" w:rsidRDefault="002D214A" w:rsidP="00A60070">
            <w:r>
              <w:t>not at all</w:t>
            </w:r>
          </w:p>
        </w:tc>
        <w:tc>
          <w:tcPr>
            <w:tcW w:w="1274" w:type="dxa"/>
          </w:tcPr>
          <w:p w14:paraId="7EBB6B96" w14:textId="77777777" w:rsidR="002D214A" w:rsidRDefault="002D214A" w:rsidP="00A60070">
            <w:r>
              <w:t>17</w:t>
            </w:r>
          </w:p>
        </w:tc>
        <w:tc>
          <w:tcPr>
            <w:tcW w:w="1261" w:type="dxa"/>
          </w:tcPr>
          <w:p w14:paraId="771B51C0" w14:textId="77777777" w:rsidR="002D214A" w:rsidRDefault="002D214A" w:rsidP="00A60070">
            <w:r>
              <w:t>2.37</w:t>
            </w:r>
          </w:p>
        </w:tc>
        <w:tc>
          <w:tcPr>
            <w:tcW w:w="1261" w:type="dxa"/>
          </w:tcPr>
          <w:p w14:paraId="6E1C211E" w14:textId="77777777" w:rsidR="002D214A" w:rsidRDefault="002D214A" w:rsidP="00A60070"/>
        </w:tc>
      </w:tr>
      <w:tr w:rsidR="002D214A" w14:paraId="1EE1E6C9" w14:textId="77777777" w:rsidTr="00A60070">
        <w:tc>
          <w:tcPr>
            <w:tcW w:w="2376" w:type="dxa"/>
          </w:tcPr>
          <w:p w14:paraId="5E2F206B" w14:textId="77777777" w:rsidR="002D214A" w:rsidRDefault="002D214A" w:rsidP="00A60070"/>
        </w:tc>
        <w:tc>
          <w:tcPr>
            <w:tcW w:w="2684" w:type="dxa"/>
          </w:tcPr>
          <w:p w14:paraId="50FB93DE" w14:textId="77777777" w:rsidR="002D214A" w:rsidRDefault="002D214A" w:rsidP="00A60070">
            <w:r>
              <w:t>other:</w:t>
            </w:r>
          </w:p>
        </w:tc>
        <w:tc>
          <w:tcPr>
            <w:tcW w:w="1274" w:type="dxa"/>
          </w:tcPr>
          <w:p w14:paraId="5E64942C" w14:textId="77777777" w:rsidR="002D214A" w:rsidRDefault="002D214A" w:rsidP="00A60070">
            <w:r>
              <w:t>4</w:t>
            </w:r>
          </w:p>
        </w:tc>
        <w:tc>
          <w:tcPr>
            <w:tcW w:w="1261" w:type="dxa"/>
          </w:tcPr>
          <w:p w14:paraId="539544BC" w14:textId="77777777" w:rsidR="002D214A" w:rsidRDefault="002D214A" w:rsidP="00A60070">
            <w:r>
              <w:t>0.56</w:t>
            </w:r>
          </w:p>
        </w:tc>
        <w:tc>
          <w:tcPr>
            <w:tcW w:w="1261" w:type="dxa"/>
          </w:tcPr>
          <w:p w14:paraId="207AB797" w14:textId="77777777" w:rsidR="002D214A" w:rsidRDefault="002D214A" w:rsidP="00A60070"/>
        </w:tc>
      </w:tr>
      <w:tr w:rsidR="002D214A" w14:paraId="0623B1C9" w14:textId="77777777" w:rsidTr="00A60070">
        <w:tc>
          <w:tcPr>
            <w:tcW w:w="2376" w:type="dxa"/>
          </w:tcPr>
          <w:p w14:paraId="5B5F7912" w14:textId="77777777" w:rsidR="002D214A" w:rsidRDefault="002D214A" w:rsidP="00A60070"/>
        </w:tc>
        <w:tc>
          <w:tcPr>
            <w:tcW w:w="2684" w:type="dxa"/>
          </w:tcPr>
          <w:p w14:paraId="78B48F63" w14:textId="77777777" w:rsidR="002D214A" w:rsidRDefault="002D214A" w:rsidP="00A60070"/>
        </w:tc>
        <w:tc>
          <w:tcPr>
            <w:tcW w:w="1274" w:type="dxa"/>
          </w:tcPr>
          <w:p w14:paraId="41EDBFBA" w14:textId="77777777" w:rsidR="002D214A" w:rsidRDefault="002D214A" w:rsidP="00A60070"/>
        </w:tc>
        <w:tc>
          <w:tcPr>
            <w:tcW w:w="1261" w:type="dxa"/>
          </w:tcPr>
          <w:p w14:paraId="58E118A9" w14:textId="77777777" w:rsidR="002D214A" w:rsidRDefault="002D214A" w:rsidP="00A60070"/>
        </w:tc>
        <w:tc>
          <w:tcPr>
            <w:tcW w:w="1261" w:type="dxa"/>
          </w:tcPr>
          <w:p w14:paraId="4E7C0048" w14:textId="77777777" w:rsidR="002D214A" w:rsidRDefault="002D214A" w:rsidP="00A60070"/>
        </w:tc>
      </w:tr>
      <w:tr w:rsidR="002D214A" w14:paraId="18F25892" w14:textId="77777777" w:rsidTr="00A60070">
        <w:tc>
          <w:tcPr>
            <w:tcW w:w="2376" w:type="dxa"/>
          </w:tcPr>
          <w:p w14:paraId="22682784" w14:textId="77777777" w:rsidR="002D214A" w:rsidRDefault="002D214A" w:rsidP="00A60070">
            <w:r>
              <w:t>Clinical and technical fundamentals of radiotherapy (treatment planning, treatment execution, and equipment knowledge) are/were adequately taught at our faculty. (n = 711)</w:t>
            </w:r>
          </w:p>
        </w:tc>
        <w:tc>
          <w:tcPr>
            <w:tcW w:w="2684" w:type="dxa"/>
          </w:tcPr>
          <w:p w14:paraId="10C0AEF9" w14:textId="77777777" w:rsidR="002D214A" w:rsidRDefault="002D214A" w:rsidP="00A60070">
            <w:r>
              <w:t>Answer</w:t>
            </w:r>
          </w:p>
        </w:tc>
        <w:tc>
          <w:tcPr>
            <w:tcW w:w="1274" w:type="dxa"/>
          </w:tcPr>
          <w:p w14:paraId="4B054CE4" w14:textId="77777777" w:rsidR="002D214A" w:rsidRDefault="002D214A" w:rsidP="00A60070">
            <w:r>
              <w:t>Count</w:t>
            </w:r>
          </w:p>
        </w:tc>
        <w:tc>
          <w:tcPr>
            <w:tcW w:w="1261" w:type="dxa"/>
          </w:tcPr>
          <w:p w14:paraId="256396C7" w14:textId="77777777" w:rsidR="002D214A" w:rsidRDefault="002D214A" w:rsidP="00A60070">
            <w:r>
              <w:t>%</w:t>
            </w:r>
          </w:p>
        </w:tc>
        <w:tc>
          <w:tcPr>
            <w:tcW w:w="1261" w:type="dxa"/>
          </w:tcPr>
          <w:p w14:paraId="789C22DC" w14:textId="77777777" w:rsidR="002D214A" w:rsidRDefault="002D214A" w:rsidP="00A60070">
            <w:r>
              <w:t>Value</w:t>
            </w:r>
          </w:p>
        </w:tc>
      </w:tr>
      <w:tr w:rsidR="002D214A" w14:paraId="4A35DD8F" w14:textId="77777777" w:rsidTr="00A60070">
        <w:tc>
          <w:tcPr>
            <w:tcW w:w="2376" w:type="dxa"/>
          </w:tcPr>
          <w:p w14:paraId="243C9C40" w14:textId="77777777" w:rsidR="002D214A" w:rsidRDefault="002D214A" w:rsidP="00A60070"/>
        </w:tc>
        <w:tc>
          <w:tcPr>
            <w:tcW w:w="2684" w:type="dxa"/>
          </w:tcPr>
          <w:p w14:paraId="44431A77" w14:textId="77777777" w:rsidR="002D214A" w:rsidRDefault="002D214A" w:rsidP="00A60070">
            <w:r>
              <w:t>I totally agree</w:t>
            </w:r>
          </w:p>
        </w:tc>
        <w:tc>
          <w:tcPr>
            <w:tcW w:w="1274" w:type="dxa"/>
          </w:tcPr>
          <w:p w14:paraId="5D5B318D" w14:textId="77777777" w:rsidR="002D214A" w:rsidRDefault="002D214A" w:rsidP="00A60070">
            <w:r>
              <w:t>167</w:t>
            </w:r>
          </w:p>
        </w:tc>
        <w:tc>
          <w:tcPr>
            <w:tcW w:w="1261" w:type="dxa"/>
          </w:tcPr>
          <w:p w14:paraId="0E88E4C3" w14:textId="77777777" w:rsidR="002D214A" w:rsidRDefault="002D214A" w:rsidP="00A60070">
            <w:r>
              <w:t>23.49</w:t>
            </w:r>
          </w:p>
        </w:tc>
        <w:tc>
          <w:tcPr>
            <w:tcW w:w="1261" w:type="dxa"/>
          </w:tcPr>
          <w:p w14:paraId="34BCCDF4" w14:textId="77777777" w:rsidR="002D214A" w:rsidRDefault="002D214A" w:rsidP="00A60070">
            <w:r>
              <w:t>1</w:t>
            </w:r>
          </w:p>
        </w:tc>
      </w:tr>
      <w:tr w:rsidR="002D214A" w14:paraId="59B04CF2" w14:textId="77777777" w:rsidTr="00A60070">
        <w:tc>
          <w:tcPr>
            <w:tcW w:w="2376" w:type="dxa"/>
          </w:tcPr>
          <w:p w14:paraId="0F81A193" w14:textId="77777777" w:rsidR="002D214A" w:rsidRDefault="002D214A" w:rsidP="00A60070"/>
        </w:tc>
        <w:tc>
          <w:tcPr>
            <w:tcW w:w="2684" w:type="dxa"/>
          </w:tcPr>
          <w:p w14:paraId="7B204A15" w14:textId="77777777" w:rsidR="002D214A" w:rsidRDefault="002D214A" w:rsidP="00A60070">
            <w:r>
              <w:t>tend to agree</w:t>
            </w:r>
          </w:p>
        </w:tc>
        <w:tc>
          <w:tcPr>
            <w:tcW w:w="1274" w:type="dxa"/>
          </w:tcPr>
          <w:p w14:paraId="20C704FC" w14:textId="77777777" w:rsidR="002D214A" w:rsidRDefault="002D214A" w:rsidP="00A60070">
            <w:r>
              <w:t>276</w:t>
            </w:r>
          </w:p>
        </w:tc>
        <w:tc>
          <w:tcPr>
            <w:tcW w:w="1261" w:type="dxa"/>
          </w:tcPr>
          <w:p w14:paraId="0E170D0B" w14:textId="77777777" w:rsidR="002D214A" w:rsidRDefault="002D214A" w:rsidP="00A60070">
            <w:r>
              <w:t>38.82</w:t>
            </w:r>
          </w:p>
        </w:tc>
        <w:tc>
          <w:tcPr>
            <w:tcW w:w="1261" w:type="dxa"/>
          </w:tcPr>
          <w:p w14:paraId="255C1C24" w14:textId="77777777" w:rsidR="002D214A" w:rsidRDefault="002D214A" w:rsidP="00A60070">
            <w:r>
              <w:t>2</w:t>
            </w:r>
          </w:p>
        </w:tc>
      </w:tr>
      <w:tr w:rsidR="002D214A" w14:paraId="44972B69" w14:textId="77777777" w:rsidTr="00A60070">
        <w:tc>
          <w:tcPr>
            <w:tcW w:w="2376" w:type="dxa"/>
          </w:tcPr>
          <w:p w14:paraId="5B84BEC6" w14:textId="77777777" w:rsidR="002D214A" w:rsidRDefault="002D214A" w:rsidP="00A60070"/>
        </w:tc>
        <w:tc>
          <w:tcPr>
            <w:tcW w:w="2684" w:type="dxa"/>
          </w:tcPr>
          <w:p w14:paraId="0E978A20" w14:textId="77777777" w:rsidR="002D214A" w:rsidRDefault="002D214A" w:rsidP="00A60070">
            <w:r>
              <w:t>partly/partly</w:t>
            </w:r>
          </w:p>
        </w:tc>
        <w:tc>
          <w:tcPr>
            <w:tcW w:w="1274" w:type="dxa"/>
          </w:tcPr>
          <w:p w14:paraId="669A9915" w14:textId="77777777" w:rsidR="002D214A" w:rsidRDefault="002D214A" w:rsidP="00A60070">
            <w:r>
              <w:t>152</w:t>
            </w:r>
          </w:p>
        </w:tc>
        <w:tc>
          <w:tcPr>
            <w:tcW w:w="1261" w:type="dxa"/>
          </w:tcPr>
          <w:p w14:paraId="53EFA1F4" w14:textId="77777777" w:rsidR="002D214A" w:rsidRDefault="002D214A" w:rsidP="00A60070">
            <w:r>
              <w:t>21.38</w:t>
            </w:r>
          </w:p>
        </w:tc>
        <w:tc>
          <w:tcPr>
            <w:tcW w:w="1261" w:type="dxa"/>
          </w:tcPr>
          <w:p w14:paraId="2B24F9FD" w14:textId="77777777" w:rsidR="002D214A" w:rsidRDefault="002D214A" w:rsidP="00A60070">
            <w:r>
              <w:t>3</w:t>
            </w:r>
          </w:p>
        </w:tc>
      </w:tr>
      <w:tr w:rsidR="002D214A" w14:paraId="275247B5" w14:textId="77777777" w:rsidTr="00A60070">
        <w:tc>
          <w:tcPr>
            <w:tcW w:w="2376" w:type="dxa"/>
          </w:tcPr>
          <w:p w14:paraId="76694670" w14:textId="77777777" w:rsidR="002D214A" w:rsidRDefault="002D214A" w:rsidP="00A60070"/>
        </w:tc>
        <w:tc>
          <w:tcPr>
            <w:tcW w:w="2684" w:type="dxa"/>
          </w:tcPr>
          <w:p w14:paraId="3FC03B16" w14:textId="77777777" w:rsidR="002D214A" w:rsidRDefault="002D214A" w:rsidP="00A60070">
            <w:r>
              <w:t>rather disagree</w:t>
            </w:r>
          </w:p>
        </w:tc>
        <w:tc>
          <w:tcPr>
            <w:tcW w:w="1274" w:type="dxa"/>
          </w:tcPr>
          <w:p w14:paraId="4CA79355" w14:textId="77777777" w:rsidR="002D214A" w:rsidRDefault="002D214A" w:rsidP="00A60070">
            <w:r>
              <w:t>90</w:t>
            </w:r>
          </w:p>
        </w:tc>
        <w:tc>
          <w:tcPr>
            <w:tcW w:w="1261" w:type="dxa"/>
          </w:tcPr>
          <w:p w14:paraId="53CC03A3" w14:textId="77777777" w:rsidR="002D214A" w:rsidRDefault="002D214A" w:rsidP="00A60070">
            <w:r>
              <w:t>12.66</w:t>
            </w:r>
          </w:p>
        </w:tc>
        <w:tc>
          <w:tcPr>
            <w:tcW w:w="1261" w:type="dxa"/>
          </w:tcPr>
          <w:p w14:paraId="54B4634C" w14:textId="77777777" w:rsidR="002D214A" w:rsidRDefault="002D214A" w:rsidP="00A60070">
            <w:r>
              <w:t>4</w:t>
            </w:r>
          </w:p>
        </w:tc>
      </w:tr>
      <w:tr w:rsidR="002D214A" w14:paraId="2F51E910" w14:textId="77777777" w:rsidTr="00A60070">
        <w:tc>
          <w:tcPr>
            <w:tcW w:w="2376" w:type="dxa"/>
          </w:tcPr>
          <w:p w14:paraId="1A95B037" w14:textId="77777777" w:rsidR="002D214A" w:rsidRDefault="002D214A" w:rsidP="00A60070"/>
        </w:tc>
        <w:tc>
          <w:tcPr>
            <w:tcW w:w="2684" w:type="dxa"/>
          </w:tcPr>
          <w:p w14:paraId="7B95F010" w14:textId="77777777" w:rsidR="002D214A" w:rsidRDefault="002D214A" w:rsidP="00A60070">
            <w:r>
              <w:t>strongly disagree</w:t>
            </w:r>
          </w:p>
        </w:tc>
        <w:tc>
          <w:tcPr>
            <w:tcW w:w="1274" w:type="dxa"/>
          </w:tcPr>
          <w:p w14:paraId="42279DF5" w14:textId="77777777" w:rsidR="002D214A" w:rsidRDefault="002D214A" w:rsidP="00A60070">
            <w:r>
              <w:t>26</w:t>
            </w:r>
          </w:p>
        </w:tc>
        <w:tc>
          <w:tcPr>
            <w:tcW w:w="1261" w:type="dxa"/>
          </w:tcPr>
          <w:p w14:paraId="04E39B7F" w14:textId="77777777" w:rsidR="002D214A" w:rsidRDefault="002D214A" w:rsidP="00A60070">
            <w:r>
              <w:t>3.66</w:t>
            </w:r>
          </w:p>
        </w:tc>
        <w:tc>
          <w:tcPr>
            <w:tcW w:w="1261" w:type="dxa"/>
          </w:tcPr>
          <w:p w14:paraId="2AD1024C" w14:textId="77777777" w:rsidR="002D214A" w:rsidRDefault="002D214A" w:rsidP="00A60070">
            <w:r>
              <w:t>5</w:t>
            </w:r>
          </w:p>
        </w:tc>
      </w:tr>
      <w:tr w:rsidR="002D214A" w14:paraId="4A5CD506" w14:textId="77777777" w:rsidTr="00A60070">
        <w:tc>
          <w:tcPr>
            <w:tcW w:w="2376" w:type="dxa"/>
          </w:tcPr>
          <w:p w14:paraId="7466E147" w14:textId="77777777" w:rsidR="002D214A" w:rsidRDefault="002D214A" w:rsidP="00A60070"/>
        </w:tc>
        <w:tc>
          <w:tcPr>
            <w:tcW w:w="2684" w:type="dxa"/>
          </w:tcPr>
          <w:p w14:paraId="29DD5229" w14:textId="77777777" w:rsidR="002D214A" w:rsidRDefault="002D214A" w:rsidP="00A60070"/>
        </w:tc>
        <w:tc>
          <w:tcPr>
            <w:tcW w:w="1274" w:type="dxa"/>
          </w:tcPr>
          <w:p w14:paraId="2AA5C1FE" w14:textId="77777777" w:rsidR="002D214A" w:rsidRDefault="002D214A" w:rsidP="00A60070"/>
        </w:tc>
        <w:tc>
          <w:tcPr>
            <w:tcW w:w="1261" w:type="dxa"/>
          </w:tcPr>
          <w:p w14:paraId="340FF19C" w14:textId="77777777" w:rsidR="002D214A" w:rsidRDefault="002D214A" w:rsidP="00A60070"/>
        </w:tc>
        <w:tc>
          <w:tcPr>
            <w:tcW w:w="1261" w:type="dxa"/>
          </w:tcPr>
          <w:p w14:paraId="62B4BA52" w14:textId="77777777" w:rsidR="002D214A" w:rsidRDefault="002D214A" w:rsidP="00A60070"/>
        </w:tc>
      </w:tr>
      <w:tr w:rsidR="002D214A" w14:paraId="5E0F15AF" w14:textId="77777777" w:rsidTr="00A60070">
        <w:tc>
          <w:tcPr>
            <w:tcW w:w="2376" w:type="dxa"/>
          </w:tcPr>
          <w:p w14:paraId="66651CF8" w14:textId="77777777" w:rsidR="002D214A" w:rsidRDefault="002D214A" w:rsidP="00A60070"/>
        </w:tc>
        <w:tc>
          <w:tcPr>
            <w:tcW w:w="2684" w:type="dxa"/>
          </w:tcPr>
          <w:p w14:paraId="50155579" w14:textId="77777777" w:rsidR="002D214A" w:rsidRDefault="002D214A" w:rsidP="00A60070">
            <w:r>
              <w:t>Average</w:t>
            </w:r>
          </w:p>
        </w:tc>
        <w:tc>
          <w:tcPr>
            <w:tcW w:w="1274" w:type="dxa"/>
          </w:tcPr>
          <w:p w14:paraId="5D7CD4B4" w14:textId="77777777" w:rsidR="002D214A" w:rsidRDefault="002D214A" w:rsidP="00A60070"/>
        </w:tc>
        <w:tc>
          <w:tcPr>
            <w:tcW w:w="1261" w:type="dxa"/>
          </w:tcPr>
          <w:p w14:paraId="18F8DDC0" w14:textId="77777777" w:rsidR="002D214A" w:rsidRDefault="002D214A" w:rsidP="00A60070"/>
        </w:tc>
        <w:tc>
          <w:tcPr>
            <w:tcW w:w="1261" w:type="dxa"/>
          </w:tcPr>
          <w:p w14:paraId="1E5FD8DB" w14:textId="77777777" w:rsidR="002D214A" w:rsidRDefault="002D214A" w:rsidP="00A60070">
            <w:r>
              <w:t>2.34</w:t>
            </w:r>
          </w:p>
        </w:tc>
      </w:tr>
      <w:tr w:rsidR="002D214A" w14:paraId="467F6AD5" w14:textId="77777777" w:rsidTr="00A60070">
        <w:tc>
          <w:tcPr>
            <w:tcW w:w="2376" w:type="dxa"/>
          </w:tcPr>
          <w:p w14:paraId="03BFC966" w14:textId="77777777" w:rsidR="002D214A" w:rsidRDefault="002D214A" w:rsidP="00A60070"/>
        </w:tc>
        <w:tc>
          <w:tcPr>
            <w:tcW w:w="2684" w:type="dxa"/>
          </w:tcPr>
          <w:p w14:paraId="6F9DF3F7" w14:textId="77777777" w:rsidR="002D214A" w:rsidRDefault="002D214A" w:rsidP="00A60070">
            <w:r>
              <w:t>Standard Deviation</w:t>
            </w:r>
          </w:p>
        </w:tc>
        <w:tc>
          <w:tcPr>
            <w:tcW w:w="1274" w:type="dxa"/>
          </w:tcPr>
          <w:p w14:paraId="19A5477D" w14:textId="77777777" w:rsidR="002D214A" w:rsidRDefault="002D214A" w:rsidP="00A60070"/>
        </w:tc>
        <w:tc>
          <w:tcPr>
            <w:tcW w:w="1261" w:type="dxa"/>
          </w:tcPr>
          <w:p w14:paraId="74B44A84" w14:textId="77777777" w:rsidR="002D214A" w:rsidRDefault="002D214A" w:rsidP="00A60070"/>
        </w:tc>
        <w:tc>
          <w:tcPr>
            <w:tcW w:w="1261" w:type="dxa"/>
          </w:tcPr>
          <w:p w14:paraId="439BAE6D" w14:textId="77777777" w:rsidR="002D214A" w:rsidRDefault="002D214A" w:rsidP="00A60070">
            <w:r>
              <w:t>1.08</w:t>
            </w:r>
          </w:p>
        </w:tc>
      </w:tr>
      <w:tr w:rsidR="002D214A" w14:paraId="21B4FB4E" w14:textId="77777777" w:rsidTr="00A60070">
        <w:tc>
          <w:tcPr>
            <w:tcW w:w="2376" w:type="dxa"/>
          </w:tcPr>
          <w:p w14:paraId="2132420D" w14:textId="77777777" w:rsidR="002D214A" w:rsidRDefault="002D214A" w:rsidP="00A60070"/>
        </w:tc>
        <w:tc>
          <w:tcPr>
            <w:tcW w:w="2684" w:type="dxa"/>
          </w:tcPr>
          <w:p w14:paraId="201CA9F1" w14:textId="77777777" w:rsidR="002D214A" w:rsidRDefault="002D214A" w:rsidP="00A60070"/>
        </w:tc>
        <w:tc>
          <w:tcPr>
            <w:tcW w:w="1274" w:type="dxa"/>
          </w:tcPr>
          <w:p w14:paraId="06B04564" w14:textId="77777777" w:rsidR="002D214A" w:rsidRDefault="002D214A" w:rsidP="00A60070"/>
        </w:tc>
        <w:tc>
          <w:tcPr>
            <w:tcW w:w="1261" w:type="dxa"/>
          </w:tcPr>
          <w:p w14:paraId="3362C1B4" w14:textId="77777777" w:rsidR="002D214A" w:rsidRDefault="002D214A" w:rsidP="00A60070"/>
        </w:tc>
        <w:tc>
          <w:tcPr>
            <w:tcW w:w="1261" w:type="dxa"/>
          </w:tcPr>
          <w:p w14:paraId="6EADEEF4" w14:textId="77777777" w:rsidR="002D214A" w:rsidRDefault="002D214A" w:rsidP="00A60070"/>
        </w:tc>
      </w:tr>
      <w:tr w:rsidR="002D214A" w14:paraId="66794859" w14:textId="77777777" w:rsidTr="00A60070">
        <w:tc>
          <w:tcPr>
            <w:tcW w:w="2376" w:type="dxa"/>
          </w:tcPr>
          <w:p w14:paraId="3719B222" w14:textId="77777777" w:rsidR="002D214A" w:rsidRDefault="002D214A" w:rsidP="00A60070">
            <w:r>
              <w:t>Clinical and technical fundamentals of radiotherapy (treatment planning, treatment execution, equipment knowledge) should be taught together in approximately the following time frame (in teaching units, 1 teaching unit = 45 min): (n = 687)</w:t>
            </w:r>
          </w:p>
        </w:tc>
        <w:tc>
          <w:tcPr>
            <w:tcW w:w="2684" w:type="dxa"/>
          </w:tcPr>
          <w:p w14:paraId="6FD3912C" w14:textId="77777777" w:rsidR="002D214A" w:rsidRDefault="002D214A" w:rsidP="00A60070">
            <w:r>
              <w:t>Answer</w:t>
            </w:r>
          </w:p>
        </w:tc>
        <w:tc>
          <w:tcPr>
            <w:tcW w:w="1274" w:type="dxa"/>
          </w:tcPr>
          <w:p w14:paraId="2275487C" w14:textId="77777777" w:rsidR="002D214A" w:rsidRDefault="002D214A" w:rsidP="00A60070">
            <w:r>
              <w:t>Count</w:t>
            </w:r>
          </w:p>
        </w:tc>
        <w:tc>
          <w:tcPr>
            <w:tcW w:w="1261" w:type="dxa"/>
          </w:tcPr>
          <w:p w14:paraId="086A8E7F" w14:textId="77777777" w:rsidR="002D214A" w:rsidRDefault="002D214A" w:rsidP="00A60070">
            <w:r>
              <w:t>%</w:t>
            </w:r>
          </w:p>
        </w:tc>
        <w:tc>
          <w:tcPr>
            <w:tcW w:w="1261" w:type="dxa"/>
          </w:tcPr>
          <w:p w14:paraId="7AE9629E" w14:textId="77777777" w:rsidR="002D214A" w:rsidRDefault="002D214A" w:rsidP="00A60070">
            <w:r>
              <w:t>Value</w:t>
            </w:r>
          </w:p>
        </w:tc>
      </w:tr>
      <w:tr w:rsidR="002D214A" w14:paraId="3A0FEABC" w14:textId="77777777" w:rsidTr="00A60070">
        <w:tc>
          <w:tcPr>
            <w:tcW w:w="2376" w:type="dxa"/>
          </w:tcPr>
          <w:p w14:paraId="55D96F66" w14:textId="77777777" w:rsidR="002D214A" w:rsidRDefault="002D214A" w:rsidP="00A60070"/>
        </w:tc>
        <w:tc>
          <w:tcPr>
            <w:tcW w:w="2684" w:type="dxa"/>
          </w:tcPr>
          <w:p w14:paraId="11937991" w14:textId="77777777" w:rsidR="002D214A" w:rsidRDefault="002D214A" w:rsidP="00A60070">
            <w:r>
              <w:t>0 UE</w:t>
            </w:r>
          </w:p>
        </w:tc>
        <w:tc>
          <w:tcPr>
            <w:tcW w:w="1274" w:type="dxa"/>
          </w:tcPr>
          <w:p w14:paraId="61AB7D86" w14:textId="77777777" w:rsidR="002D214A" w:rsidRDefault="002D214A" w:rsidP="00A60070">
            <w:r>
              <w:t>16</w:t>
            </w:r>
          </w:p>
        </w:tc>
        <w:tc>
          <w:tcPr>
            <w:tcW w:w="1261" w:type="dxa"/>
          </w:tcPr>
          <w:p w14:paraId="0AFB7352" w14:textId="77777777" w:rsidR="002D214A" w:rsidRDefault="002D214A" w:rsidP="00A60070">
            <w:r>
              <w:t>2.33</w:t>
            </w:r>
          </w:p>
        </w:tc>
        <w:tc>
          <w:tcPr>
            <w:tcW w:w="1261" w:type="dxa"/>
          </w:tcPr>
          <w:p w14:paraId="6B83CB02" w14:textId="77777777" w:rsidR="002D214A" w:rsidRDefault="002D214A" w:rsidP="00A60070">
            <w:r>
              <w:t>1</w:t>
            </w:r>
          </w:p>
        </w:tc>
      </w:tr>
      <w:tr w:rsidR="002D214A" w14:paraId="2D1977F5" w14:textId="77777777" w:rsidTr="00A60070">
        <w:tc>
          <w:tcPr>
            <w:tcW w:w="2376" w:type="dxa"/>
          </w:tcPr>
          <w:p w14:paraId="0FAD146D" w14:textId="77777777" w:rsidR="002D214A" w:rsidRDefault="002D214A" w:rsidP="00A60070"/>
        </w:tc>
        <w:tc>
          <w:tcPr>
            <w:tcW w:w="2684" w:type="dxa"/>
          </w:tcPr>
          <w:p w14:paraId="7DF5632C" w14:textId="77777777" w:rsidR="002D214A" w:rsidRDefault="002D214A" w:rsidP="00A60070">
            <w:r>
              <w:t>1 - 5 teaching units</w:t>
            </w:r>
          </w:p>
        </w:tc>
        <w:tc>
          <w:tcPr>
            <w:tcW w:w="1274" w:type="dxa"/>
          </w:tcPr>
          <w:p w14:paraId="49EA9D6C" w14:textId="77777777" w:rsidR="002D214A" w:rsidRDefault="002D214A" w:rsidP="00A60070">
            <w:r>
              <w:t>568</w:t>
            </w:r>
          </w:p>
        </w:tc>
        <w:tc>
          <w:tcPr>
            <w:tcW w:w="1261" w:type="dxa"/>
          </w:tcPr>
          <w:p w14:paraId="48A61D9D" w14:textId="77777777" w:rsidR="002D214A" w:rsidRDefault="002D214A" w:rsidP="00A60070">
            <w:r>
              <w:t>82.68</w:t>
            </w:r>
          </w:p>
        </w:tc>
        <w:tc>
          <w:tcPr>
            <w:tcW w:w="1261" w:type="dxa"/>
          </w:tcPr>
          <w:p w14:paraId="27CAE0A9" w14:textId="77777777" w:rsidR="002D214A" w:rsidRDefault="002D214A" w:rsidP="00A60070">
            <w:r>
              <w:t>2</w:t>
            </w:r>
          </w:p>
        </w:tc>
      </w:tr>
      <w:tr w:rsidR="002D214A" w14:paraId="7B39673C" w14:textId="77777777" w:rsidTr="00A60070">
        <w:tc>
          <w:tcPr>
            <w:tcW w:w="2376" w:type="dxa"/>
          </w:tcPr>
          <w:p w14:paraId="451BAD33" w14:textId="77777777" w:rsidR="002D214A" w:rsidRDefault="002D214A" w:rsidP="00A60070"/>
        </w:tc>
        <w:tc>
          <w:tcPr>
            <w:tcW w:w="2684" w:type="dxa"/>
          </w:tcPr>
          <w:p w14:paraId="51D04409" w14:textId="77777777" w:rsidR="002D214A" w:rsidRDefault="002D214A" w:rsidP="00A60070">
            <w:r>
              <w:t>6 - 10 teaching units</w:t>
            </w:r>
          </w:p>
        </w:tc>
        <w:tc>
          <w:tcPr>
            <w:tcW w:w="1274" w:type="dxa"/>
          </w:tcPr>
          <w:p w14:paraId="3DCEE430" w14:textId="77777777" w:rsidR="002D214A" w:rsidRDefault="002D214A" w:rsidP="00A60070">
            <w:r>
              <w:t>86</w:t>
            </w:r>
          </w:p>
        </w:tc>
        <w:tc>
          <w:tcPr>
            <w:tcW w:w="1261" w:type="dxa"/>
          </w:tcPr>
          <w:p w14:paraId="4514D3E3" w14:textId="77777777" w:rsidR="002D214A" w:rsidRDefault="002D214A" w:rsidP="00A60070">
            <w:r>
              <w:t>12.52</w:t>
            </w:r>
          </w:p>
        </w:tc>
        <w:tc>
          <w:tcPr>
            <w:tcW w:w="1261" w:type="dxa"/>
          </w:tcPr>
          <w:p w14:paraId="4B118C1F" w14:textId="77777777" w:rsidR="002D214A" w:rsidRDefault="002D214A" w:rsidP="00A60070">
            <w:r>
              <w:t>3</w:t>
            </w:r>
          </w:p>
        </w:tc>
      </w:tr>
      <w:tr w:rsidR="002D214A" w14:paraId="3E1886AE" w14:textId="77777777" w:rsidTr="00A60070">
        <w:tc>
          <w:tcPr>
            <w:tcW w:w="2376" w:type="dxa"/>
          </w:tcPr>
          <w:p w14:paraId="643A712A" w14:textId="77777777" w:rsidR="002D214A" w:rsidRDefault="002D214A" w:rsidP="00A60070"/>
        </w:tc>
        <w:tc>
          <w:tcPr>
            <w:tcW w:w="2684" w:type="dxa"/>
          </w:tcPr>
          <w:p w14:paraId="31144894" w14:textId="77777777" w:rsidR="002D214A" w:rsidRDefault="002D214A" w:rsidP="00A60070">
            <w:r>
              <w:t>11 - 15 teaching units</w:t>
            </w:r>
          </w:p>
        </w:tc>
        <w:tc>
          <w:tcPr>
            <w:tcW w:w="1274" w:type="dxa"/>
          </w:tcPr>
          <w:p w14:paraId="723113F4" w14:textId="77777777" w:rsidR="002D214A" w:rsidRDefault="002D214A" w:rsidP="00A60070">
            <w:r>
              <w:t>12</w:t>
            </w:r>
          </w:p>
        </w:tc>
        <w:tc>
          <w:tcPr>
            <w:tcW w:w="1261" w:type="dxa"/>
          </w:tcPr>
          <w:p w14:paraId="5FD76EB3" w14:textId="77777777" w:rsidR="002D214A" w:rsidRDefault="002D214A" w:rsidP="00A60070">
            <w:r>
              <w:t>1.75</w:t>
            </w:r>
          </w:p>
        </w:tc>
        <w:tc>
          <w:tcPr>
            <w:tcW w:w="1261" w:type="dxa"/>
          </w:tcPr>
          <w:p w14:paraId="66BEBAFE" w14:textId="77777777" w:rsidR="002D214A" w:rsidRDefault="002D214A" w:rsidP="00A60070">
            <w:r>
              <w:t>4</w:t>
            </w:r>
          </w:p>
        </w:tc>
      </w:tr>
      <w:tr w:rsidR="002D214A" w14:paraId="028D8CDC" w14:textId="77777777" w:rsidTr="00A60070">
        <w:tc>
          <w:tcPr>
            <w:tcW w:w="2376" w:type="dxa"/>
          </w:tcPr>
          <w:p w14:paraId="4DF383F9" w14:textId="77777777" w:rsidR="002D214A" w:rsidRDefault="002D214A" w:rsidP="00A60070"/>
        </w:tc>
        <w:tc>
          <w:tcPr>
            <w:tcW w:w="2684" w:type="dxa"/>
          </w:tcPr>
          <w:p w14:paraId="121ABB3B" w14:textId="77777777" w:rsidR="002D214A" w:rsidRDefault="002D214A" w:rsidP="00A60070">
            <w:r>
              <w:t>15 - 20 teaching units</w:t>
            </w:r>
          </w:p>
        </w:tc>
        <w:tc>
          <w:tcPr>
            <w:tcW w:w="1274" w:type="dxa"/>
          </w:tcPr>
          <w:p w14:paraId="268D7CC2" w14:textId="77777777" w:rsidR="002D214A" w:rsidRDefault="002D214A" w:rsidP="00A60070">
            <w:r>
              <w:t>4</w:t>
            </w:r>
          </w:p>
        </w:tc>
        <w:tc>
          <w:tcPr>
            <w:tcW w:w="1261" w:type="dxa"/>
          </w:tcPr>
          <w:p w14:paraId="1CF7EC68" w14:textId="77777777" w:rsidR="002D214A" w:rsidRDefault="002D214A" w:rsidP="00A60070">
            <w:r>
              <w:t>0.58</w:t>
            </w:r>
          </w:p>
        </w:tc>
        <w:tc>
          <w:tcPr>
            <w:tcW w:w="1261" w:type="dxa"/>
          </w:tcPr>
          <w:p w14:paraId="6E3501A8" w14:textId="77777777" w:rsidR="002D214A" w:rsidRDefault="002D214A" w:rsidP="00A60070">
            <w:r>
              <w:t>5</w:t>
            </w:r>
          </w:p>
        </w:tc>
      </w:tr>
      <w:tr w:rsidR="002D214A" w14:paraId="6C854FD6" w14:textId="77777777" w:rsidTr="00A60070">
        <w:tc>
          <w:tcPr>
            <w:tcW w:w="2376" w:type="dxa"/>
          </w:tcPr>
          <w:p w14:paraId="0B618D18" w14:textId="77777777" w:rsidR="002D214A" w:rsidRDefault="002D214A" w:rsidP="00A60070"/>
        </w:tc>
        <w:tc>
          <w:tcPr>
            <w:tcW w:w="2684" w:type="dxa"/>
          </w:tcPr>
          <w:p w14:paraId="386E9BE7" w14:textId="77777777" w:rsidR="002D214A" w:rsidRDefault="002D214A" w:rsidP="00A60070">
            <w:r>
              <w:t>&gt; 20 units</w:t>
            </w:r>
          </w:p>
        </w:tc>
        <w:tc>
          <w:tcPr>
            <w:tcW w:w="1274" w:type="dxa"/>
          </w:tcPr>
          <w:p w14:paraId="065FB0A6" w14:textId="77777777" w:rsidR="002D214A" w:rsidRDefault="002D214A" w:rsidP="00A60070">
            <w:r>
              <w:t>1</w:t>
            </w:r>
          </w:p>
        </w:tc>
        <w:tc>
          <w:tcPr>
            <w:tcW w:w="1261" w:type="dxa"/>
          </w:tcPr>
          <w:p w14:paraId="20087C4A" w14:textId="77777777" w:rsidR="002D214A" w:rsidRDefault="002D214A" w:rsidP="00A60070">
            <w:r>
              <w:t>0.15</w:t>
            </w:r>
          </w:p>
        </w:tc>
        <w:tc>
          <w:tcPr>
            <w:tcW w:w="1261" w:type="dxa"/>
          </w:tcPr>
          <w:p w14:paraId="0094EE44" w14:textId="77777777" w:rsidR="002D214A" w:rsidRDefault="002D214A" w:rsidP="00A60070">
            <w:r>
              <w:t>6</w:t>
            </w:r>
          </w:p>
        </w:tc>
      </w:tr>
      <w:tr w:rsidR="002D214A" w14:paraId="43963040" w14:textId="77777777" w:rsidTr="00A60070">
        <w:tc>
          <w:tcPr>
            <w:tcW w:w="2376" w:type="dxa"/>
          </w:tcPr>
          <w:p w14:paraId="5154BA3B" w14:textId="77777777" w:rsidR="002D214A" w:rsidRDefault="002D214A" w:rsidP="00A60070"/>
        </w:tc>
        <w:tc>
          <w:tcPr>
            <w:tcW w:w="2684" w:type="dxa"/>
          </w:tcPr>
          <w:p w14:paraId="3A79479E" w14:textId="77777777" w:rsidR="002D214A" w:rsidRDefault="002D214A" w:rsidP="00A60070"/>
        </w:tc>
        <w:tc>
          <w:tcPr>
            <w:tcW w:w="1274" w:type="dxa"/>
          </w:tcPr>
          <w:p w14:paraId="59BD5E99" w14:textId="77777777" w:rsidR="002D214A" w:rsidRDefault="002D214A" w:rsidP="00A60070"/>
        </w:tc>
        <w:tc>
          <w:tcPr>
            <w:tcW w:w="1261" w:type="dxa"/>
          </w:tcPr>
          <w:p w14:paraId="50E30A7E" w14:textId="77777777" w:rsidR="002D214A" w:rsidRDefault="002D214A" w:rsidP="00A60070"/>
        </w:tc>
        <w:tc>
          <w:tcPr>
            <w:tcW w:w="1261" w:type="dxa"/>
          </w:tcPr>
          <w:p w14:paraId="311667BB" w14:textId="77777777" w:rsidR="002D214A" w:rsidRDefault="002D214A" w:rsidP="00A60070"/>
        </w:tc>
      </w:tr>
      <w:tr w:rsidR="002D214A" w14:paraId="53BF8ED9" w14:textId="77777777" w:rsidTr="00A60070">
        <w:tc>
          <w:tcPr>
            <w:tcW w:w="2376" w:type="dxa"/>
          </w:tcPr>
          <w:p w14:paraId="73C5CD61" w14:textId="77777777" w:rsidR="002D214A" w:rsidRDefault="002D214A" w:rsidP="00A60070"/>
        </w:tc>
        <w:tc>
          <w:tcPr>
            <w:tcW w:w="2684" w:type="dxa"/>
          </w:tcPr>
          <w:p w14:paraId="0665030B" w14:textId="77777777" w:rsidR="002D214A" w:rsidRDefault="002D214A" w:rsidP="00A60070">
            <w:r>
              <w:t>Average</w:t>
            </w:r>
          </w:p>
        </w:tc>
        <w:tc>
          <w:tcPr>
            <w:tcW w:w="1274" w:type="dxa"/>
          </w:tcPr>
          <w:p w14:paraId="6C3279C3" w14:textId="77777777" w:rsidR="002D214A" w:rsidRDefault="002D214A" w:rsidP="00A60070"/>
        </w:tc>
        <w:tc>
          <w:tcPr>
            <w:tcW w:w="1261" w:type="dxa"/>
          </w:tcPr>
          <w:p w14:paraId="67761397" w14:textId="77777777" w:rsidR="002D214A" w:rsidRDefault="002D214A" w:rsidP="00A60070"/>
        </w:tc>
        <w:tc>
          <w:tcPr>
            <w:tcW w:w="1261" w:type="dxa"/>
          </w:tcPr>
          <w:p w14:paraId="37DA7B78" w14:textId="77777777" w:rsidR="002D214A" w:rsidRDefault="002D214A" w:rsidP="00A60070">
            <w:r>
              <w:t>2.16</w:t>
            </w:r>
          </w:p>
        </w:tc>
      </w:tr>
      <w:tr w:rsidR="002D214A" w14:paraId="0B107C8F" w14:textId="77777777" w:rsidTr="00A60070">
        <w:tc>
          <w:tcPr>
            <w:tcW w:w="2376" w:type="dxa"/>
          </w:tcPr>
          <w:p w14:paraId="76D7F604" w14:textId="77777777" w:rsidR="002D214A" w:rsidRDefault="002D214A" w:rsidP="00A60070"/>
        </w:tc>
        <w:tc>
          <w:tcPr>
            <w:tcW w:w="2684" w:type="dxa"/>
          </w:tcPr>
          <w:p w14:paraId="5605F9D4" w14:textId="77777777" w:rsidR="002D214A" w:rsidRDefault="002D214A" w:rsidP="00A60070">
            <w:r>
              <w:t>Standard Deviation</w:t>
            </w:r>
          </w:p>
        </w:tc>
        <w:tc>
          <w:tcPr>
            <w:tcW w:w="1274" w:type="dxa"/>
          </w:tcPr>
          <w:p w14:paraId="3E4E15F4" w14:textId="77777777" w:rsidR="002D214A" w:rsidRDefault="002D214A" w:rsidP="00A60070"/>
        </w:tc>
        <w:tc>
          <w:tcPr>
            <w:tcW w:w="1261" w:type="dxa"/>
          </w:tcPr>
          <w:p w14:paraId="54AD069C" w14:textId="77777777" w:rsidR="002D214A" w:rsidRDefault="002D214A" w:rsidP="00A60070"/>
        </w:tc>
        <w:tc>
          <w:tcPr>
            <w:tcW w:w="1261" w:type="dxa"/>
          </w:tcPr>
          <w:p w14:paraId="0CE367C4" w14:textId="77777777" w:rsidR="002D214A" w:rsidRDefault="002D214A" w:rsidP="00A60070">
            <w:r>
              <w:t>0.52</w:t>
            </w:r>
          </w:p>
        </w:tc>
      </w:tr>
      <w:tr w:rsidR="002D214A" w14:paraId="63BB6BEB" w14:textId="77777777" w:rsidTr="00A60070">
        <w:tc>
          <w:tcPr>
            <w:tcW w:w="2376" w:type="dxa"/>
          </w:tcPr>
          <w:p w14:paraId="12872FD3" w14:textId="77777777" w:rsidR="002D214A" w:rsidRDefault="002D214A" w:rsidP="00A60070"/>
        </w:tc>
        <w:tc>
          <w:tcPr>
            <w:tcW w:w="2684" w:type="dxa"/>
          </w:tcPr>
          <w:p w14:paraId="67427C21" w14:textId="77777777" w:rsidR="002D214A" w:rsidRDefault="002D214A" w:rsidP="00A60070"/>
        </w:tc>
        <w:tc>
          <w:tcPr>
            <w:tcW w:w="1274" w:type="dxa"/>
          </w:tcPr>
          <w:p w14:paraId="7CA0ECF4" w14:textId="77777777" w:rsidR="002D214A" w:rsidRDefault="002D214A" w:rsidP="00A60070"/>
        </w:tc>
        <w:tc>
          <w:tcPr>
            <w:tcW w:w="1261" w:type="dxa"/>
          </w:tcPr>
          <w:p w14:paraId="44AF4D38" w14:textId="77777777" w:rsidR="002D214A" w:rsidRDefault="002D214A" w:rsidP="00A60070"/>
        </w:tc>
        <w:tc>
          <w:tcPr>
            <w:tcW w:w="1261" w:type="dxa"/>
          </w:tcPr>
          <w:p w14:paraId="14322B7F" w14:textId="77777777" w:rsidR="002D214A" w:rsidRDefault="002D214A" w:rsidP="00A60070"/>
        </w:tc>
      </w:tr>
      <w:tr w:rsidR="002D214A" w14:paraId="6208D541" w14:textId="77777777" w:rsidTr="00A60070">
        <w:tc>
          <w:tcPr>
            <w:tcW w:w="2376" w:type="dxa"/>
          </w:tcPr>
          <w:p w14:paraId="28280CD6" w14:textId="77777777" w:rsidR="002D214A" w:rsidRDefault="002D214A" w:rsidP="00A60070">
            <w:r>
              <w:t>Clinical and technical fundamentals of radiotherapy (treatment planning, treatment execution, equipment knowledge) should be mastered by students at the end of their studies to the following level of competence: (n = 717)</w:t>
            </w:r>
          </w:p>
        </w:tc>
        <w:tc>
          <w:tcPr>
            <w:tcW w:w="2684" w:type="dxa"/>
          </w:tcPr>
          <w:p w14:paraId="238127E3" w14:textId="77777777" w:rsidR="002D214A" w:rsidRDefault="002D214A" w:rsidP="00A60070">
            <w:r>
              <w:t>Answer</w:t>
            </w:r>
          </w:p>
        </w:tc>
        <w:tc>
          <w:tcPr>
            <w:tcW w:w="1274" w:type="dxa"/>
          </w:tcPr>
          <w:p w14:paraId="2CE40782" w14:textId="77777777" w:rsidR="002D214A" w:rsidRDefault="002D214A" w:rsidP="00A60070">
            <w:r>
              <w:t>Count</w:t>
            </w:r>
          </w:p>
        </w:tc>
        <w:tc>
          <w:tcPr>
            <w:tcW w:w="1261" w:type="dxa"/>
          </w:tcPr>
          <w:p w14:paraId="4300CA1D" w14:textId="77777777" w:rsidR="002D214A" w:rsidRDefault="002D214A" w:rsidP="00A60070">
            <w:r>
              <w:t>%</w:t>
            </w:r>
          </w:p>
        </w:tc>
        <w:tc>
          <w:tcPr>
            <w:tcW w:w="1261" w:type="dxa"/>
          </w:tcPr>
          <w:p w14:paraId="105683BE" w14:textId="77777777" w:rsidR="002D214A" w:rsidRDefault="002D214A" w:rsidP="00A60070">
            <w:r>
              <w:t>Value</w:t>
            </w:r>
          </w:p>
        </w:tc>
      </w:tr>
      <w:tr w:rsidR="002D214A" w14:paraId="613C045A" w14:textId="77777777" w:rsidTr="00A60070">
        <w:tc>
          <w:tcPr>
            <w:tcW w:w="2376" w:type="dxa"/>
          </w:tcPr>
          <w:p w14:paraId="07EA1886" w14:textId="77777777" w:rsidR="002D214A" w:rsidRDefault="002D214A" w:rsidP="00A60070"/>
        </w:tc>
        <w:tc>
          <w:tcPr>
            <w:tcW w:w="2684" w:type="dxa"/>
          </w:tcPr>
          <w:p w14:paraId="3ABB9476" w14:textId="77777777" w:rsidR="002D214A" w:rsidRDefault="002D214A" w:rsidP="00A60070">
            <w:r>
              <w:t>Factual knowledge (naming and describing facts)</w:t>
            </w:r>
          </w:p>
        </w:tc>
        <w:tc>
          <w:tcPr>
            <w:tcW w:w="1274" w:type="dxa"/>
          </w:tcPr>
          <w:p w14:paraId="493B4D28" w14:textId="77777777" w:rsidR="002D214A" w:rsidRDefault="002D214A" w:rsidP="00A60070">
            <w:r>
              <w:t>300</w:t>
            </w:r>
          </w:p>
        </w:tc>
        <w:tc>
          <w:tcPr>
            <w:tcW w:w="1261" w:type="dxa"/>
          </w:tcPr>
          <w:p w14:paraId="030BCCA7" w14:textId="77777777" w:rsidR="002D214A" w:rsidRDefault="002D214A" w:rsidP="00A60070">
            <w:r>
              <w:t>41.84</w:t>
            </w:r>
          </w:p>
        </w:tc>
        <w:tc>
          <w:tcPr>
            <w:tcW w:w="1261" w:type="dxa"/>
          </w:tcPr>
          <w:p w14:paraId="76B6E354" w14:textId="77777777" w:rsidR="002D214A" w:rsidRDefault="002D214A" w:rsidP="00A60070">
            <w:r>
              <w:t>1</w:t>
            </w:r>
          </w:p>
        </w:tc>
      </w:tr>
      <w:tr w:rsidR="002D214A" w14:paraId="38548B17" w14:textId="77777777" w:rsidTr="00A60070">
        <w:tc>
          <w:tcPr>
            <w:tcW w:w="2376" w:type="dxa"/>
          </w:tcPr>
          <w:p w14:paraId="567FE4C2" w14:textId="77777777" w:rsidR="002D214A" w:rsidRDefault="002D214A" w:rsidP="00A60070"/>
        </w:tc>
        <w:tc>
          <w:tcPr>
            <w:tcW w:w="2684" w:type="dxa"/>
          </w:tcPr>
          <w:p w14:paraId="0377CE2E" w14:textId="77777777" w:rsidR="002D214A" w:rsidRDefault="002D214A" w:rsidP="00A60070">
            <w:r>
              <w:t>Action and reasoning knowledge (explaining facts and relationships)</w:t>
            </w:r>
          </w:p>
        </w:tc>
        <w:tc>
          <w:tcPr>
            <w:tcW w:w="1274" w:type="dxa"/>
          </w:tcPr>
          <w:p w14:paraId="262D7D2D" w14:textId="77777777" w:rsidR="002D214A" w:rsidRDefault="002D214A" w:rsidP="00A60070">
            <w:r>
              <w:t>343</w:t>
            </w:r>
          </w:p>
        </w:tc>
        <w:tc>
          <w:tcPr>
            <w:tcW w:w="1261" w:type="dxa"/>
          </w:tcPr>
          <w:p w14:paraId="3A27DF3F" w14:textId="77777777" w:rsidR="002D214A" w:rsidRDefault="002D214A" w:rsidP="00A60070">
            <w:r>
              <w:t>47.84</w:t>
            </w:r>
          </w:p>
        </w:tc>
        <w:tc>
          <w:tcPr>
            <w:tcW w:w="1261" w:type="dxa"/>
          </w:tcPr>
          <w:p w14:paraId="26AC3AB2" w14:textId="77777777" w:rsidR="002D214A" w:rsidRDefault="002D214A" w:rsidP="00A60070">
            <w:r>
              <w:t>2</w:t>
            </w:r>
          </w:p>
        </w:tc>
      </w:tr>
      <w:tr w:rsidR="002D214A" w14:paraId="5F816145" w14:textId="77777777" w:rsidTr="00A60070">
        <w:tc>
          <w:tcPr>
            <w:tcW w:w="2376" w:type="dxa"/>
          </w:tcPr>
          <w:p w14:paraId="1E68D5B0" w14:textId="77777777" w:rsidR="002D214A" w:rsidRDefault="002D214A" w:rsidP="00A60070"/>
        </w:tc>
        <w:tc>
          <w:tcPr>
            <w:tcW w:w="2684" w:type="dxa"/>
          </w:tcPr>
          <w:p w14:paraId="36DA7CBB" w14:textId="77777777" w:rsidR="002D214A" w:rsidRDefault="002D214A" w:rsidP="00A60070">
            <w:r>
              <w:t>Action competence (carry out under supervision)</w:t>
            </w:r>
            <w:r>
              <w:br/>
            </w:r>
          </w:p>
        </w:tc>
        <w:tc>
          <w:tcPr>
            <w:tcW w:w="1274" w:type="dxa"/>
          </w:tcPr>
          <w:p w14:paraId="76EFE9D2" w14:textId="77777777" w:rsidR="002D214A" w:rsidRDefault="002D214A" w:rsidP="00A60070">
            <w:r>
              <w:t>50</w:t>
            </w:r>
          </w:p>
        </w:tc>
        <w:tc>
          <w:tcPr>
            <w:tcW w:w="1261" w:type="dxa"/>
          </w:tcPr>
          <w:p w14:paraId="6CEA1FF6" w14:textId="77777777" w:rsidR="002D214A" w:rsidRDefault="002D214A" w:rsidP="00A60070">
            <w:r>
              <w:t>6.97</w:t>
            </w:r>
          </w:p>
        </w:tc>
        <w:tc>
          <w:tcPr>
            <w:tcW w:w="1261" w:type="dxa"/>
          </w:tcPr>
          <w:p w14:paraId="6CD9182D" w14:textId="77777777" w:rsidR="002D214A" w:rsidRDefault="002D214A" w:rsidP="00A60070">
            <w:r>
              <w:t>3</w:t>
            </w:r>
          </w:p>
        </w:tc>
      </w:tr>
      <w:tr w:rsidR="002D214A" w14:paraId="48846C33" w14:textId="77777777" w:rsidTr="00A60070">
        <w:tc>
          <w:tcPr>
            <w:tcW w:w="2376" w:type="dxa"/>
          </w:tcPr>
          <w:p w14:paraId="017D75B4" w14:textId="77777777" w:rsidR="002D214A" w:rsidRDefault="002D214A" w:rsidP="00A60070"/>
        </w:tc>
        <w:tc>
          <w:tcPr>
            <w:tcW w:w="2684" w:type="dxa"/>
          </w:tcPr>
          <w:p w14:paraId="45192181" w14:textId="77777777" w:rsidR="002D214A" w:rsidRDefault="002D214A" w:rsidP="00A60070">
            <w:r>
              <w:t xml:space="preserve">Advanced action competence (to act independently and appropriately in a situation-based manner, </w:t>
            </w:r>
            <w:r>
              <w:lastRenderedPageBreak/>
              <w:t>aware of the consequences)</w:t>
            </w:r>
          </w:p>
        </w:tc>
        <w:tc>
          <w:tcPr>
            <w:tcW w:w="1274" w:type="dxa"/>
          </w:tcPr>
          <w:p w14:paraId="702724A8" w14:textId="77777777" w:rsidR="002D214A" w:rsidRDefault="002D214A" w:rsidP="00A60070">
            <w:r>
              <w:lastRenderedPageBreak/>
              <w:t>11</w:t>
            </w:r>
          </w:p>
        </w:tc>
        <w:tc>
          <w:tcPr>
            <w:tcW w:w="1261" w:type="dxa"/>
          </w:tcPr>
          <w:p w14:paraId="28B641AF" w14:textId="77777777" w:rsidR="002D214A" w:rsidRDefault="002D214A" w:rsidP="00A60070">
            <w:r>
              <w:t>1.53</w:t>
            </w:r>
          </w:p>
        </w:tc>
        <w:tc>
          <w:tcPr>
            <w:tcW w:w="1261" w:type="dxa"/>
          </w:tcPr>
          <w:p w14:paraId="7302ABC4" w14:textId="77777777" w:rsidR="002D214A" w:rsidRDefault="002D214A" w:rsidP="00A60070">
            <w:r>
              <w:t>4</w:t>
            </w:r>
          </w:p>
        </w:tc>
      </w:tr>
      <w:tr w:rsidR="002D214A" w14:paraId="1ECD7ADF" w14:textId="77777777" w:rsidTr="00A60070">
        <w:tc>
          <w:tcPr>
            <w:tcW w:w="2376" w:type="dxa"/>
          </w:tcPr>
          <w:p w14:paraId="1B37ACE2" w14:textId="77777777" w:rsidR="002D214A" w:rsidRDefault="002D214A" w:rsidP="00A60070"/>
        </w:tc>
        <w:tc>
          <w:tcPr>
            <w:tcW w:w="2684" w:type="dxa"/>
          </w:tcPr>
          <w:p w14:paraId="41F01119" w14:textId="77777777" w:rsidR="002D214A" w:rsidRDefault="002D214A" w:rsidP="00A60070">
            <w:r>
              <w:t>none at all</w:t>
            </w:r>
          </w:p>
        </w:tc>
        <w:tc>
          <w:tcPr>
            <w:tcW w:w="1274" w:type="dxa"/>
          </w:tcPr>
          <w:p w14:paraId="31CCD25C" w14:textId="77777777" w:rsidR="002D214A" w:rsidRDefault="002D214A" w:rsidP="00A60070">
            <w:r>
              <w:t>13</w:t>
            </w:r>
          </w:p>
        </w:tc>
        <w:tc>
          <w:tcPr>
            <w:tcW w:w="1261" w:type="dxa"/>
          </w:tcPr>
          <w:p w14:paraId="19AEEAF1" w14:textId="77777777" w:rsidR="002D214A" w:rsidRDefault="002D214A" w:rsidP="00A60070">
            <w:r>
              <w:t>1.81</w:t>
            </w:r>
          </w:p>
        </w:tc>
        <w:tc>
          <w:tcPr>
            <w:tcW w:w="1261" w:type="dxa"/>
          </w:tcPr>
          <w:p w14:paraId="6677D905" w14:textId="77777777" w:rsidR="002D214A" w:rsidRDefault="002D214A" w:rsidP="00A60070">
            <w:r>
              <w:t>5</w:t>
            </w:r>
          </w:p>
        </w:tc>
      </w:tr>
      <w:tr w:rsidR="002D214A" w14:paraId="5349AFD4" w14:textId="77777777" w:rsidTr="00A60070">
        <w:tc>
          <w:tcPr>
            <w:tcW w:w="2376" w:type="dxa"/>
          </w:tcPr>
          <w:p w14:paraId="4BEF7F9F" w14:textId="77777777" w:rsidR="002D214A" w:rsidRDefault="002D214A" w:rsidP="00A60070"/>
        </w:tc>
        <w:tc>
          <w:tcPr>
            <w:tcW w:w="2684" w:type="dxa"/>
          </w:tcPr>
          <w:p w14:paraId="3DFFE2F5" w14:textId="77777777" w:rsidR="002D214A" w:rsidRDefault="002D214A" w:rsidP="00A60070"/>
        </w:tc>
        <w:tc>
          <w:tcPr>
            <w:tcW w:w="1274" w:type="dxa"/>
          </w:tcPr>
          <w:p w14:paraId="1CB2B5EF" w14:textId="77777777" w:rsidR="002D214A" w:rsidRDefault="002D214A" w:rsidP="00A60070"/>
        </w:tc>
        <w:tc>
          <w:tcPr>
            <w:tcW w:w="1261" w:type="dxa"/>
          </w:tcPr>
          <w:p w14:paraId="0EFA5F01" w14:textId="77777777" w:rsidR="002D214A" w:rsidRDefault="002D214A" w:rsidP="00A60070"/>
        </w:tc>
        <w:tc>
          <w:tcPr>
            <w:tcW w:w="1261" w:type="dxa"/>
          </w:tcPr>
          <w:p w14:paraId="361B6049" w14:textId="77777777" w:rsidR="002D214A" w:rsidRDefault="002D214A" w:rsidP="00A60070"/>
        </w:tc>
      </w:tr>
      <w:tr w:rsidR="002D214A" w14:paraId="016CA066" w14:textId="77777777" w:rsidTr="00A60070">
        <w:tc>
          <w:tcPr>
            <w:tcW w:w="2376" w:type="dxa"/>
          </w:tcPr>
          <w:p w14:paraId="4CEB33A7" w14:textId="77777777" w:rsidR="002D214A" w:rsidRDefault="002D214A" w:rsidP="00A60070"/>
        </w:tc>
        <w:tc>
          <w:tcPr>
            <w:tcW w:w="2684" w:type="dxa"/>
          </w:tcPr>
          <w:p w14:paraId="76296D20" w14:textId="77777777" w:rsidR="002D214A" w:rsidRDefault="002D214A" w:rsidP="00A60070">
            <w:r>
              <w:t>Average</w:t>
            </w:r>
          </w:p>
        </w:tc>
        <w:tc>
          <w:tcPr>
            <w:tcW w:w="1274" w:type="dxa"/>
          </w:tcPr>
          <w:p w14:paraId="2E4C4E33" w14:textId="77777777" w:rsidR="002D214A" w:rsidRDefault="002D214A" w:rsidP="00A60070"/>
        </w:tc>
        <w:tc>
          <w:tcPr>
            <w:tcW w:w="1261" w:type="dxa"/>
          </w:tcPr>
          <w:p w14:paraId="4060D1D2" w14:textId="77777777" w:rsidR="002D214A" w:rsidRDefault="002D214A" w:rsidP="00A60070"/>
        </w:tc>
        <w:tc>
          <w:tcPr>
            <w:tcW w:w="1261" w:type="dxa"/>
          </w:tcPr>
          <w:p w14:paraId="5D5E3037" w14:textId="77777777" w:rsidR="002D214A" w:rsidRDefault="002D214A" w:rsidP="00A60070">
            <w:r>
              <w:t>1.74</w:t>
            </w:r>
          </w:p>
        </w:tc>
      </w:tr>
      <w:tr w:rsidR="002D214A" w14:paraId="11130D71" w14:textId="77777777" w:rsidTr="00A60070">
        <w:tc>
          <w:tcPr>
            <w:tcW w:w="2376" w:type="dxa"/>
          </w:tcPr>
          <w:p w14:paraId="3F522A8B" w14:textId="77777777" w:rsidR="002D214A" w:rsidRDefault="002D214A" w:rsidP="00A60070"/>
        </w:tc>
        <w:tc>
          <w:tcPr>
            <w:tcW w:w="2684" w:type="dxa"/>
          </w:tcPr>
          <w:p w14:paraId="4E36E6E5" w14:textId="77777777" w:rsidR="002D214A" w:rsidRDefault="002D214A" w:rsidP="00A60070">
            <w:r>
              <w:t>Standard Deviation</w:t>
            </w:r>
          </w:p>
        </w:tc>
        <w:tc>
          <w:tcPr>
            <w:tcW w:w="1274" w:type="dxa"/>
          </w:tcPr>
          <w:p w14:paraId="2B44C0AD" w14:textId="77777777" w:rsidR="002D214A" w:rsidRDefault="002D214A" w:rsidP="00A60070"/>
        </w:tc>
        <w:tc>
          <w:tcPr>
            <w:tcW w:w="1261" w:type="dxa"/>
          </w:tcPr>
          <w:p w14:paraId="07A06C64" w14:textId="77777777" w:rsidR="002D214A" w:rsidRDefault="002D214A" w:rsidP="00A60070"/>
        </w:tc>
        <w:tc>
          <w:tcPr>
            <w:tcW w:w="1261" w:type="dxa"/>
          </w:tcPr>
          <w:p w14:paraId="306AED01" w14:textId="77777777" w:rsidR="002D214A" w:rsidRDefault="002D214A" w:rsidP="00A60070">
            <w:r>
              <w:t>0.8</w:t>
            </w:r>
          </w:p>
        </w:tc>
      </w:tr>
      <w:tr w:rsidR="002D214A" w14:paraId="6774E612" w14:textId="77777777" w:rsidTr="00A60070">
        <w:tc>
          <w:tcPr>
            <w:tcW w:w="2376" w:type="dxa"/>
          </w:tcPr>
          <w:p w14:paraId="22F765DE" w14:textId="77777777" w:rsidR="002D214A" w:rsidRDefault="002D214A" w:rsidP="00A60070"/>
        </w:tc>
        <w:tc>
          <w:tcPr>
            <w:tcW w:w="2684" w:type="dxa"/>
          </w:tcPr>
          <w:p w14:paraId="080BC9DF" w14:textId="77777777" w:rsidR="002D214A" w:rsidRDefault="002D214A" w:rsidP="00A60070"/>
        </w:tc>
        <w:tc>
          <w:tcPr>
            <w:tcW w:w="1274" w:type="dxa"/>
          </w:tcPr>
          <w:p w14:paraId="474C29C8" w14:textId="77777777" w:rsidR="002D214A" w:rsidRDefault="002D214A" w:rsidP="00A60070"/>
        </w:tc>
        <w:tc>
          <w:tcPr>
            <w:tcW w:w="1261" w:type="dxa"/>
          </w:tcPr>
          <w:p w14:paraId="4FEBB938" w14:textId="77777777" w:rsidR="002D214A" w:rsidRDefault="002D214A" w:rsidP="00A60070"/>
        </w:tc>
        <w:tc>
          <w:tcPr>
            <w:tcW w:w="1261" w:type="dxa"/>
          </w:tcPr>
          <w:p w14:paraId="212D71D6" w14:textId="77777777" w:rsidR="002D214A" w:rsidRDefault="002D214A" w:rsidP="00A60070"/>
        </w:tc>
      </w:tr>
      <w:tr w:rsidR="002D214A" w14:paraId="709BF8A5" w14:textId="77777777" w:rsidTr="00A60070">
        <w:tc>
          <w:tcPr>
            <w:tcW w:w="2376" w:type="dxa"/>
          </w:tcPr>
          <w:p w14:paraId="0AAB3DBF" w14:textId="77777777" w:rsidR="002D214A" w:rsidRDefault="002D214A" w:rsidP="00A60070">
            <w:r>
              <w:t>Clinical and technical principles of radiotherapy (treatment planning, treatment execution, equipment knowledge) should be taught in the following subject context: (n = 714)</w:t>
            </w:r>
          </w:p>
        </w:tc>
        <w:tc>
          <w:tcPr>
            <w:tcW w:w="2684" w:type="dxa"/>
          </w:tcPr>
          <w:p w14:paraId="666C8FDE" w14:textId="77777777" w:rsidR="002D214A" w:rsidRDefault="002D214A" w:rsidP="00A60070">
            <w:r>
              <w:t>Answer</w:t>
            </w:r>
          </w:p>
        </w:tc>
        <w:tc>
          <w:tcPr>
            <w:tcW w:w="1274" w:type="dxa"/>
          </w:tcPr>
          <w:p w14:paraId="6DD81C6D" w14:textId="77777777" w:rsidR="002D214A" w:rsidRDefault="002D214A" w:rsidP="00A60070">
            <w:r>
              <w:t>Count</w:t>
            </w:r>
          </w:p>
        </w:tc>
        <w:tc>
          <w:tcPr>
            <w:tcW w:w="1261" w:type="dxa"/>
          </w:tcPr>
          <w:p w14:paraId="16C76734" w14:textId="77777777" w:rsidR="002D214A" w:rsidRDefault="002D214A" w:rsidP="00A60070">
            <w:r>
              <w:t>%</w:t>
            </w:r>
          </w:p>
        </w:tc>
        <w:tc>
          <w:tcPr>
            <w:tcW w:w="1261" w:type="dxa"/>
          </w:tcPr>
          <w:p w14:paraId="7ACEF50D" w14:textId="77777777" w:rsidR="002D214A" w:rsidRDefault="002D214A" w:rsidP="00A60070"/>
        </w:tc>
      </w:tr>
      <w:tr w:rsidR="002D214A" w14:paraId="58E8114D" w14:textId="77777777" w:rsidTr="00A60070">
        <w:tc>
          <w:tcPr>
            <w:tcW w:w="2376" w:type="dxa"/>
          </w:tcPr>
          <w:p w14:paraId="2A9EB4C6" w14:textId="77777777" w:rsidR="002D214A" w:rsidRDefault="002D214A" w:rsidP="00A60070"/>
        </w:tc>
        <w:tc>
          <w:tcPr>
            <w:tcW w:w="2684" w:type="dxa"/>
          </w:tcPr>
          <w:p w14:paraId="2589D9E3" w14:textId="77777777" w:rsidR="002D214A" w:rsidRDefault="002D214A" w:rsidP="00A60070">
            <w:r>
              <w:t>in the context of other radiotherapy topics in the subject of radiotherapy</w:t>
            </w:r>
          </w:p>
        </w:tc>
        <w:tc>
          <w:tcPr>
            <w:tcW w:w="1274" w:type="dxa"/>
          </w:tcPr>
          <w:p w14:paraId="347897A8" w14:textId="77777777" w:rsidR="002D214A" w:rsidRDefault="002D214A" w:rsidP="00A60070">
            <w:r>
              <w:t>290</w:t>
            </w:r>
          </w:p>
        </w:tc>
        <w:tc>
          <w:tcPr>
            <w:tcW w:w="1261" w:type="dxa"/>
          </w:tcPr>
          <w:p w14:paraId="115ED8BB" w14:textId="77777777" w:rsidR="002D214A" w:rsidRDefault="002D214A" w:rsidP="00A60070">
            <w:r>
              <w:t>40.62</w:t>
            </w:r>
          </w:p>
        </w:tc>
        <w:tc>
          <w:tcPr>
            <w:tcW w:w="1261" w:type="dxa"/>
          </w:tcPr>
          <w:p w14:paraId="7EAD4975" w14:textId="77777777" w:rsidR="002D214A" w:rsidRDefault="002D214A" w:rsidP="00A60070"/>
        </w:tc>
      </w:tr>
      <w:tr w:rsidR="002D214A" w14:paraId="1CF2B93F" w14:textId="77777777" w:rsidTr="00A60070">
        <w:tc>
          <w:tcPr>
            <w:tcW w:w="2376" w:type="dxa"/>
          </w:tcPr>
          <w:p w14:paraId="59ECA44B" w14:textId="77777777" w:rsidR="002D214A" w:rsidRDefault="002D214A" w:rsidP="00A60070"/>
        </w:tc>
        <w:tc>
          <w:tcPr>
            <w:tcW w:w="2684" w:type="dxa"/>
          </w:tcPr>
          <w:p w14:paraId="6667AB9C" w14:textId="77777777" w:rsidR="002D214A" w:rsidRDefault="002D214A" w:rsidP="00A60070">
            <w:r>
              <w:t>in the context of other oncological disciplines (oncological interdisciplinary)</w:t>
            </w:r>
          </w:p>
        </w:tc>
        <w:tc>
          <w:tcPr>
            <w:tcW w:w="1274" w:type="dxa"/>
          </w:tcPr>
          <w:p w14:paraId="322F5BC3" w14:textId="77777777" w:rsidR="002D214A" w:rsidRDefault="002D214A" w:rsidP="00A60070">
            <w:r>
              <w:t>213</w:t>
            </w:r>
          </w:p>
        </w:tc>
        <w:tc>
          <w:tcPr>
            <w:tcW w:w="1261" w:type="dxa"/>
          </w:tcPr>
          <w:p w14:paraId="5DE00461" w14:textId="77777777" w:rsidR="002D214A" w:rsidRDefault="002D214A" w:rsidP="00A60070">
            <w:r>
              <w:t>29.83</w:t>
            </w:r>
          </w:p>
        </w:tc>
        <w:tc>
          <w:tcPr>
            <w:tcW w:w="1261" w:type="dxa"/>
          </w:tcPr>
          <w:p w14:paraId="7614F472" w14:textId="77777777" w:rsidR="002D214A" w:rsidRDefault="002D214A" w:rsidP="00A60070"/>
        </w:tc>
      </w:tr>
      <w:tr w:rsidR="002D214A" w14:paraId="36D24DB7" w14:textId="77777777" w:rsidTr="00A60070">
        <w:tc>
          <w:tcPr>
            <w:tcW w:w="2376" w:type="dxa"/>
          </w:tcPr>
          <w:p w14:paraId="26B954DE" w14:textId="77777777" w:rsidR="002D214A" w:rsidRDefault="002D214A" w:rsidP="00A60070"/>
        </w:tc>
        <w:tc>
          <w:tcPr>
            <w:tcW w:w="2684" w:type="dxa"/>
          </w:tcPr>
          <w:p w14:paraId="2EF99E38" w14:textId="77777777" w:rsidR="002D214A" w:rsidRDefault="002D214A" w:rsidP="00A60070">
            <w:r>
              <w:t>in the context of imaging disciplines (radiology, nuclear medicine)</w:t>
            </w:r>
          </w:p>
        </w:tc>
        <w:tc>
          <w:tcPr>
            <w:tcW w:w="1274" w:type="dxa"/>
          </w:tcPr>
          <w:p w14:paraId="39378E74" w14:textId="77777777" w:rsidR="002D214A" w:rsidRDefault="002D214A" w:rsidP="00A60070">
            <w:r>
              <w:t>188</w:t>
            </w:r>
          </w:p>
        </w:tc>
        <w:tc>
          <w:tcPr>
            <w:tcW w:w="1261" w:type="dxa"/>
          </w:tcPr>
          <w:p w14:paraId="2360D641" w14:textId="77777777" w:rsidR="002D214A" w:rsidRDefault="002D214A" w:rsidP="00A60070">
            <w:r>
              <w:t>26.33</w:t>
            </w:r>
          </w:p>
        </w:tc>
        <w:tc>
          <w:tcPr>
            <w:tcW w:w="1261" w:type="dxa"/>
          </w:tcPr>
          <w:p w14:paraId="5508347C" w14:textId="77777777" w:rsidR="002D214A" w:rsidRDefault="002D214A" w:rsidP="00A60070"/>
        </w:tc>
      </w:tr>
      <w:tr w:rsidR="002D214A" w14:paraId="310CC5C2" w14:textId="77777777" w:rsidTr="00A60070">
        <w:tc>
          <w:tcPr>
            <w:tcW w:w="2376" w:type="dxa"/>
          </w:tcPr>
          <w:p w14:paraId="3CFC4910" w14:textId="77777777" w:rsidR="002D214A" w:rsidRDefault="002D214A" w:rsidP="00A60070"/>
        </w:tc>
        <w:tc>
          <w:tcPr>
            <w:tcW w:w="2684" w:type="dxa"/>
          </w:tcPr>
          <w:p w14:paraId="358BADA6" w14:textId="77777777" w:rsidR="002D214A" w:rsidRDefault="002D214A" w:rsidP="00A60070">
            <w:r>
              <w:t>not at all</w:t>
            </w:r>
          </w:p>
        </w:tc>
        <w:tc>
          <w:tcPr>
            <w:tcW w:w="1274" w:type="dxa"/>
          </w:tcPr>
          <w:p w14:paraId="4A91940B" w14:textId="77777777" w:rsidR="002D214A" w:rsidRDefault="002D214A" w:rsidP="00A60070">
            <w:r>
              <w:t>21</w:t>
            </w:r>
          </w:p>
        </w:tc>
        <w:tc>
          <w:tcPr>
            <w:tcW w:w="1261" w:type="dxa"/>
          </w:tcPr>
          <w:p w14:paraId="4DE94290" w14:textId="77777777" w:rsidR="002D214A" w:rsidRDefault="002D214A" w:rsidP="00A60070">
            <w:r>
              <w:t>2.94</w:t>
            </w:r>
          </w:p>
        </w:tc>
        <w:tc>
          <w:tcPr>
            <w:tcW w:w="1261" w:type="dxa"/>
          </w:tcPr>
          <w:p w14:paraId="08AB5C9E" w14:textId="77777777" w:rsidR="002D214A" w:rsidRDefault="002D214A" w:rsidP="00A60070"/>
        </w:tc>
      </w:tr>
      <w:tr w:rsidR="002D214A" w14:paraId="2035BB73" w14:textId="77777777" w:rsidTr="00A60070">
        <w:tc>
          <w:tcPr>
            <w:tcW w:w="2376" w:type="dxa"/>
          </w:tcPr>
          <w:p w14:paraId="520B6B55" w14:textId="77777777" w:rsidR="002D214A" w:rsidRDefault="002D214A" w:rsidP="00A60070"/>
        </w:tc>
        <w:tc>
          <w:tcPr>
            <w:tcW w:w="2684" w:type="dxa"/>
          </w:tcPr>
          <w:p w14:paraId="1B217D23" w14:textId="77777777" w:rsidR="002D214A" w:rsidRDefault="002D214A" w:rsidP="00A60070">
            <w:r>
              <w:t>other:</w:t>
            </w:r>
          </w:p>
        </w:tc>
        <w:tc>
          <w:tcPr>
            <w:tcW w:w="1274" w:type="dxa"/>
          </w:tcPr>
          <w:p w14:paraId="6ECA78B6" w14:textId="77777777" w:rsidR="002D214A" w:rsidRDefault="002D214A" w:rsidP="00A60070">
            <w:r>
              <w:t>2</w:t>
            </w:r>
          </w:p>
        </w:tc>
        <w:tc>
          <w:tcPr>
            <w:tcW w:w="1261" w:type="dxa"/>
          </w:tcPr>
          <w:p w14:paraId="6885C584" w14:textId="77777777" w:rsidR="002D214A" w:rsidRDefault="002D214A" w:rsidP="00A60070">
            <w:r>
              <w:t>0.28</w:t>
            </w:r>
          </w:p>
        </w:tc>
        <w:tc>
          <w:tcPr>
            <w:tcW w:w="1261" w:type="dxa"/>
          </w:tcPr>
          <w:p w14:paraId="6EF74C44" w14:textId="77777777" w:rsidR="002D214A" w:rsidRDefault="002D214A" w:rsidP="00A60070"/>
        </w:tc>
      </w:tr>
      <w:tr w:rsidR="002D214A" w14:paraId="67022CB9" w14:textId="77777777" w:rsidTr="00A60070">
        <w:tc>
          <w:tcPr>
            <w:tcW w:w="2376" w:type="dxa"/>
          </w:tcPr>
          <w:p w14:paraId="4864F03C" w14:textId="77777777" w:rsidR="002D214A" w:rsidRDefault="002D214A" w:rsidP="00A60070"/>
        </w:tc>
        <w:tc>
          <w:tcPr>
            <w:tcW w:w="2684" w:type="dxa"/>
          </w:tcPr>
          <w:p w14:paraId="6361163F" w14:textId="77777777" w:rsidR="002D214A" w:rsidRDefault="002D214A" w:rsidP="00A60070"/>
        </w:tc>
        <w:tc>
          <w:tcPr>
            <w:tcW w:w="1274" w:type="dxa"/>
          </w:tcPr>
          <w:p w14:paraId="1E9F50AC" w14:textId="77777777" w:rsidR="002D214A" w:rsidRDefault="002D214A" w:rsidP="00A60070"/>
        </w:tc>
        <w:tc>
          <w:tcPr>
            <w:tcW w:w="1261" w:type="dxa"/>
          </w:tcPr>
          <w:p w14:paraId="60E68B88" w14:textId="77777777" w:rsidR="002D214A" w:rsidRDefault="002D214A" w:rsidP="00A60070"/>
        </w:tc>
        <w:tc>
          <w:tcPr>
            <w:tcW w:w="1261" w:type="dxa"/>
          </w:tcPr>
          <w:p w14:paraId="0783D154" w14:textId="77777777" w:rsidR="002D214A" w:rsidRDefault="002D214A" w:rsidP="00A60070"/>
        </w:tc>
      </w:tr>
      <w:tr w:rsidR="002D214A" w14:paraId="2393F1E4" w14:textId="77777777" w:rsidTr="00A60070">
        <w:tc>
          <w:tcPr>
            <w:tcW w:w="2376" w:type="dxa"/>
          </w:tcPr>
          <w:p w14:paraId="597AB1A9" w14:textId="77777777" w:rsidR="002D214A" w:rsidRDefault="002D214A" w:rsidP="00A60070">
            <w:r>
              <w:t>I find radiation therapy fundamentally interesting. (n = 720)</w:t>
            </w:r>
          </w:p>
        </w:tc>
        <w:tc>
          <w:tcPr>
            <w:tcW w:w="2684" w:type="dxa"/>
          </w:tcPr>
          <w:p w14:paraId="52FE9548" w14:textId="77777777" w:rsidR="002D214A" w:rsidRDefault="002D214A" w:rsidP="00A60070">
            <w:r>
              <w:t>Answer</w:t>
            </w:r>
          </w:p>
        </w:tc>
        <w:tc>
          <w:tcPr>
            <w:tcW w:w="1274" w:type="dxa"/>
          </w:tcPr>
          <w:p w14:paraId="0BB1D2C9" w14:textId="77777777" w:rsidR="002D214A" w:rsidRDefault="002D214A" w:rsidP="00A60070">
            <w:r>
              <w:t>Count</w:t>
            </w:r>
          </w:p>
        </w:tc>
        <w:tc>
          <w:tcPr>
            <w:tcW w:w="1261" w:type="dxa"/>
          </w:tcPr>
          <w:p w14:paraId="3FF02483" w14:textId="77777777" w:rsidR="002D214A" w:rsidRDefault="002D214A" w:rsidP="00A60070">
            <w:r>
              <w:t>%</w:t>
            </w:r>
          </w:p>
        </w:tc>
        <w:tc>
          <w:tcPr>
            <w:tcW w:w="1261" w:type="dxa"/>
          </w:tcPr>
          <w:p w14:paraId="7AB597F8" w14:textId="77777777" w:rsidR="002D214A" w:rsidRDefault="002D214A" w:rsidP="00A60070">
            <w:r>
              <w:t>Value</w:t>
            </w:r>
          </w:p>
        </w:tc>
      </w:tr>
      <w:tr w:rsidR="002D214A" w14:paraId="28F1EF1C" w14:textId="77777777" w:rsidTr="00A60070">
        <w:tc>
          <w:tcPr>
            <w:tcW w:w="2376" w:type="dxa"/>
          </w:tcPr>
          <w:p w14:paraId="7DB387C6" w14:textId="77777777" w:rsidR="002D214A" w:rsidRDefault="002D214A" w:rsidP="00A60070"/>
        </w:tc>
        <w:tc>
          <w:tcPr>
            <w:tcW w:w="2684" w:type="dxa"/>
          </w:tcPr>
          <w:p w14:paraId="6B6CAFDD" w14:textId="77777777" w:rsidR="002D214A" w:rsidRDefault="002D214A" w:rsidP="00A60070">
            <w:r>
              <w:t>I totally agree</w:t>
            </w:r>
          </w:p>
        </w:tc>
        <w:tc>
          <w:tcPr>
            <w:tcW w:w="1274" w:type="dxa"/>
          </w:tcPr>
          <w:p w14:paraId="43A391B8" w14:textId="77777777" w:rsidR="002D214A" w:rsidRDefault="002D214A" w:rsidP="00A60070">
            <w:r>
              <w:t>188</w:t>
            </w:r>
          </w:p>
        </w:tc>
        <w:tc>
          <w:tcPr>
            <w:tcW w:w="1261" w:type="dxa"/>
          </w:tcPr>
          <w:p w14:paraId="751A10FD" w14:textId="77777777" w:rsidR="002D214A" w:rsidRDefault="002D214A" w:rsidP="00A60070">
            <w:r>
              <w:t>26.11</w:t>
            </w:r>
          </w:p>
        </w:tc>
        <w:tc>
          <w:tcPr>
            <w:tcW w:w="1261" w:type="dxa"/>
          </w:tcPr>
          <w:p w14:paraId="040AAF40" w14:textId="77777777" w:rsidR="002D214A" w:rsidRDefault="002D214A" w:rsidP="00A60070">
            <w:r>
              <w:t>1</w:t>
            </w:r>
          </w:p>
        </w:tc>
      </w:tr>
      <w:tr w:rsidR="002D214A" w14:paraId="2408F33F" w14:textId="77777777" w:rsidTr="00A60070">
        <w:tc>
          <w:tcPr>
            <w:tcW w:w="2376" w:type="dxa"/>
          </w:tcPr>
          <w:p w14:paraId="646EDC3D" w14:textId="77777777" w:rsidR="002D214A" w:rsidRDefault="002D214A" w:rsidP="00A60070"/>
        </w:tc>
        <w:tc>
          <w:tcPr>
            <w:tcW w:w="2684" w:type="dxa"/>
          </w:tcPr>
          <w:p w14:paraId="0C03EC8D" w14:textId="77777777" w:rsidR="002D214A" w:rsidRDefault="002D214A" w:rsidP="00A60070">
            <w:r>
              <w:t>tend to agree</w:t>
            </w:r>
          </w:p>
        </w:tc>
        <w:tc>
          <w:tcPr>
            <w:tcW w:w="1274" w:type="dxa"/>
          </w:tcPr>
          <w:p w14:paraId="0D968F47" w14:textId="77777777" w:rsidR="002D214A" w:rsidRDefault="002D214A" w:rsidP="00A60070">
            <w:r>
              <w:t>280</w:t>
            </w:r>
          </w:p>
        </w:tc>
        <w:tc>
          <w:tcPr>
            <w:tcW w:w="1261" w:type="dxa"/>
          </w:tcPr>
          <w:p w14:paraId="64035728" w14:textId="77777777" w:rsidR="002D214A" w:rsidRDefault="002D214A" w:rsidP="00A60070">
            <w:r>
              <w:t>38.89</w:t>
            </w:r>
          </w:p>
        </w:tc>
        <w:tc>
          <w:tcPr>
            <w:tcW w:w="1261" w:type="dxa"/>
          </w:tcPr>
          <w:p w14:paraId="6F33747E" w14:textId="77777777" w:rsidR="002D214A" w:rsidRDefault="002D214A" w:rsidP="00A60070">
            <w:r>
              <w:t>2</w:t>
            </w:r>
          </w:p>
        </w:tc>
      </w:tr>
      <w:tr w:rsidR="002D214A" w14:paraId="5CDDA3B6" w14:textId="77777777" w:rsidTr="00A60070">
        <w:tc>
          <w:tcPr>
            <w:tcW w:w="2376" w:type="dxa"/>
          </w:tcPr>
          <w:p w14:paraId="066879E7" w14:textId="77777777" w:rsidR="002D214A" w:rsidRDefault="002D214A" w:rsidP="00A60070"/>
        </w:tc>
        <w:tc>
          <w:tcPr>
            <w:tcW w:w="2684" w:type="dxa"/>
          </w:tcPr>
          <w:p w14:paraId="7119475D" w14:textId="77777777" w:rsidR="002D214A" w:rsidRDefault="002D214A" w:rsidP="00A60070">
            <w:r>
              <w:t>partly/partly</w:t>
            </w:r>
          </w:p>
        </w:tc>
        <w:tc>
          <w:tcPr>
            <w:tcW w:w="1274" w:type="dxa"/>
          </w:tcPr>
          <w:p w14:paraId="71D3C0AE" w14:textId="77777777" w:rsidR="002D214A" w:rsidRDefault="002D214A" w:rsidP="00A60070">
            <w:r>
              <w:t>164</w:t>
            </w:r>
          </w:p>
        </w:tc>
        <w:tc>
          <w:tcPr>
            <w:tcW w:w="1261" w:type="dxa"/>
          </w:tcPr>
          <w:p w14:paraId="6393C3D4" w14:textId="77777777" w:rsidR="002D214A" w:rsidRDefault="002D214A" w:rsidP="00A60070">
            <w:r>
              <w:t>22.78</w:t>
            </w:r>
          </w:p>
        </w:tc>
        <w:tc>
          <w:tcPr>
            <w:tcW w:w="1261" w:type="dxa"/>
          </w:tcPr>
          <w:p w14:paraId="36CC7628" w14:textId="77777777" w:rsidR="002D214A" w:rsidRDefault="002D214A" w:rsidP="00A60070">
            <w:r>
              <w:t>3</w:t>
            </w:r>
          </w:p>
        </w:tc>
      </w:tr>
      <w:tr w:rsidR="002D214A" w14:paraId="1DD8E0CF" w14:textId="77777777" w:rsidTr="00A60070">
        <w:tc>
          <w:tcPr>
            <w:tcW w:w="2376" w:type="dxa"/>
          </w:tcPr>
          <w:p w14:paraId="3DDE6C63" w14:textId="77777777" w:rsidR="002D214A" w:rsidRDefault="002D214A" w:rsidP="00A60070"/>
        </w:tc>
        <w:tc>
          <w:tcPr>
            <w:tcW w:w="2684" w:type="dxa"/>
          </w:tcPr>
          <w:p w14:paraId="18F0E1B1" w14:textId="77777777" w:rsidR="002D214A" w:rsidRDefault="002D214A" w:rsidP="00A60070">
            <w:r>
              <w:t>rather disagree</w:t>
            </w:r>
          </w:p>
        </w:tc>
        <w:tc>
          <w:tcPr>
            <w:tcW w:w="1274" w:type="dxa"/>
          </w:tcPr>
          <w:p w14:paraId="6C0F00F7" w14:textId="77777777" w:rsidR="002D214A" w:rsidRDefault="002D214A" w:rsidP="00A60070">
            <w:r>
              <w:t>77</w:t>
            </w:r>
          </w:p>
        </w:tc>
        <w:tc>
          <w:tcPr>
            <w:tcW w:w="1261" w:type="dxa"/>
          </w:tcPr>
          <w:p w14:paraId="16A4F061" w14:textId="77777777" w:rsidR="002D214A" w:rsidRDefault="002D214A" w:rsidP="00A60070">
            <w:r>
              <w:t>10.69</w:t>
            </w:r>
          </w:p>
        </w:tc>
        <w:tc>
          <w:tcPr>
            <w:tcW w:w="1261" w:type="dxa"/>
          </w:tcPr>
          <w:p w14:paraId="50A67B66" w14:textId="77777777" w:rsidR="002D214A" w:rsidRDefault="002D214A" w:rsidP="00A60070">
            <w:r>
              <w:t>4</w:t>
            </w:r>
          </w:p>
        </w:tc>
      </w:tr>
      <w:tr w:rsidR="002D214A" w14:paraId="75A3F658" w14:textId="77777777" w:rsidTr="00A60070">
        <w:tc>
          <w:tcPr>
            <w:tcW w:w="2376" w:type="dxa"/>
          </w:tcPr>
          <w:p w14:paraId="24351621" w14:textId="77777777" w:rsidR="002D214A" w:rsidRDefault="002D214A" w:rsidP="00A60070"/>
        </w:tc>
        <w:tc>
          <w:tcPr>
            <w:tcW w:w="2684" w:type="dxa"/>
          </w:tcPr>
          <w:p w14:paraId="239EBAEB" w14:textId="77777777" w:rsidR="002D214A" w:rsidRDefault="002D214A" w:rsidP="00A60070">
            <w:r>
              <w:t>strongly disagree</w:t>
            </w:r>
          </w:p>
        </w:tc>
        <w:tc>
          <w:tcPr>
            <w:tcW w:w="1274" w:type="dxa"/>
          </w:tcPr>
          <w:p w14:paraId="1B75956D" w14:textId="77777777" w:rsidR="002D214A" w:rsidRDefault="002D214A" w:rsidP="00A60070">
            <w:r>
              <w:t>11</w:t>
            </w:r>
          </w:p>
        </w:tc>
        <w:tc>
          <w:tcPr>
            <w:tcW w:w="1261" w:type="dxa"/>
          </w:tcPr>
          <w:p w14:paraId="08F23817" w14:textId="77777777" w:rsidR="002D214A" w:rsidRDefault="002D214A" w:rsidP="00A60070">
            <w:r>
              <w:t>1.53</w:t>
            </w:r>
          </w:p>
        </w:tc>
        <w:tc>
          <w:tcPr>
            <w:tcW w:w="1261" w:type="dxa"/>
          </w:tcPr>
          <w:p w14:paraId="4F5E7464" w14:textId="77777777" w:rsidR="002D214A" w:rsidRDefault="002D214A" w:rsidP="00A60070">
            <w:r>
              <w:t>5</w:t>
            </w:r>
          </w:p>
        </w:tc>
      </w:tr>
      <w:tr w:rsidR="002D214A" w14:paraId="21EEF5F0" w14:textId="77777777" w:rsidTr="00A60070">
        <w:tc>
          <w:tcPr>
            <w:tcW w:w="2376" w:type="dxa"/>
          </w:tcPr>
          <w:p w14:paraId="2E2E7BE4" w14:textId="77777777" w:rsidR="002D214A" w:rsidRDefault="002D214A" w:rsidP="00A60070"/>
        </w:tc>
        <w:tc>
          <w:tcPr>
            <w:tcW w:w="2684" w:type="dxa"/>
          </w:tcPr>
          <w:p w14:paraId="48539F49" w14:textId="77777777" w:rsidR="002D214A" w:rsidRDefault="002D214A" w:rsidP="00A60070"/>
        </w:tc>
        <w:tc>
          <w:tcPr>
            <w:tcW w:w="1274" w:type="dxa"/>
          </w:tcPr>
          <w:p w14:paraId="4B129BF8" w14:textId="77777777" w:rsidR="002D214A" w:rsidRDefault="002D214A" w:rsidP="00A60070"/>
        </w:tc>
        <w:tc>
          <w:tcPr>
            <w:tcW w:w="1261" w:type="dxa"/>
          </w:tcPr>
          <w:p w14:paraId="23F65AE1" w14:textId="77777777" w:rsidR="002D214A" w:rsidRDefault="002D214A" w:rsidP="00A60070"/>
        </w:tc>
        <w:tc>
          <w:tcPr>
            <w:tcW w:w="1261" w:type="dxa"/>
          </w:tcPr>
          <w:p w14:paraId="3D091ECA" w14:textId="77777777" w:rsidR="002D214A" w:rsidRDefault="002D214A" w:rsidP="00A60070"/>
        </w:tc>
      </w:tr>
      <w:tr w:rsidR="002D214A" w14:paraId="3E7CBB4E" w14:textId="77777777" w:rsidTr="00A60070">
        <w:tc>
          <w:tcPr>
            <w:tcW w:w="2376" w:type="dxa"/>
          </w:tcPr>
          <w:p w14:paraId="675DC7C2" w14:textId="77777777" w:rsidR="002D214A" w:rsidRDefault="002D214A" w:rsidP="00A60070"/>
        </w:tc>
        <w:tc>
          <w:tcPr>
            <w:tcW w:w="2684" w:type="dxa"/>
          </w:tcPr>
          <w:p w14:paraId="13C559EF" w14:textId="77777777" w:rsidR="002D214A" w:rsidRDefault="002D214A" w:rsidP="00A60070">
            <w:r>
              <w:t>Average</w:t>
            </w:r>
          </w:p>
        </w:tc>
        <w:tc>
          <w:tcPr>
            <w:tcW w:w="1274" w:type="dxa"/>
          </w:tcPr>
          <w:p w14:paraId="1517F45A" w14:textId="77777777" w:rsidR="002D214A" w:rsidRDefault="002D214A" w:rsidP="00A60070"/>
        </w:tc>
        <w:tc>
          <w:tcPr>
            <w:tcW w:w="1261" w:type="dxa"/>
          </w:tcPr>
          <w:p w14:paraId="5305E1F5" w14:textId="77777777" w:rsidR="002D214A" w:rsidRDefault="002D214A" w:rsidP="00A60070"/>
        </w:tc>
        <w:tc>
          <w:tcPr>
            <w:tcW w:w="1261" w:type="dxa"/>
          </w:tcPr>
          <w:p w14:paraId="23BA55DD" w14:textId="77777777" w:rsidR="002D214A" w:rsidRDefault="002D214A" w:rsidP="00A60070">
            <w:r>
              <w:t>2.23</w:t>
            </w:r>
          </w:p>
        </w:tc>
      </w:tr>
      <w:tr w:rsidR="002D214A" w14:paraId="29CE5EC5" w14:textId="77777777" w:rsidTr="00A60070">
        <w:tc>
          <w:tcPr>
            <w:tcW w:w="2376" w:type="dxa"/>
          </w:tcPr>
          <w:p w14:paraId="522A65C5" w14:textId="77777777" w:rsidR="002D214A" w:rsidRDefault="002D214A" w:rsidP="00A60070"/>
        </w:tc>
        <w:tc>
          <w:tcPr>
            <w:tcW w:w="2684" w:type="dxa"/>
          </w:tcPr>
          <w:p w14:paraId="3F8F0684" w14:textId="77777777" w:rsidR="002D214A" w:rsidRDefault="002D214A" w:rsidP="00A60070">
            <w:r>
              <w:t>Standard Deviation</w:t>
            </w:r>
          </w:p>
        </w:tc>
        <w:tc>
          <w:tcPr>
            <w:tcW w:w="1274" w:type="dxa"/>
          </w:tcPr>
          <w:p w14:paraId="6CF9C886" w14:textId="77777777" w:rsidR="002D214A" w:rsidRDefault="002D214A" w:rsidP="00A60070"/>
        </w:tc>
        <w:tc>
          <w:tcPr>
            <w:tcW w:w="1261" w:type="dxa"/>
          </w:tcPr>
          <w:p w14:paraId="458E9CF6" w14:textId="77777777" w:rsidR="002D214A" w:rsidRDefault="002D214A" w:rsidP="00A60070"/>
        </w:tc>
        <w:tc>
          <w:tcPr>
            <w:tcW w:w="1261" w:type="dxa"/>
          </w:tcPr>
          <w:p w14:paraId="0B2872F2" w14:textId="77777777" w:rsidR="002D214A" w:rsidRDefault="002D214A" w:rsidP="00A60070">
            <w:r>
              <w:t>1</w:t>
            </w:r>
          </w:p>
        </w:tc>
      </w:tr>
      <w:tr w:rsidR="002D214A" w14:paraId="6BD22602" w14:textId="77777777" w:rsidTr="00A60070">
        <w:tc>
          <w:tcPr>
            <w:tcW w:w="2376" w:type="dxa"/>
          </w:tcPr>
          <w:p w14:paraId="6D166F86" w14:textId="77777777" w:rsidR="002D214A" w:rsidRDefault="002D214A" w:rsidP="00A60070"/>
        </w:tc>
        <w:tc>
          <w:tcPr>
            <w:tcW w:w="2684" w:type="dxa"/>
          </w:tcPr>
          <w:p w14:paraId="10C15E38" w14:textId="77777777" w:rsidR="002D214A" w:rsidRDefault="002D214A" w:rsidP="00A60070"/>
        </w:tc>
        <w:tc>
          <w:tcPr>
            <w:tcW w:w="1274" w:type="dxa"/>
          </w:tcPr>
          <w:p w14:paraId="65484B9B" w14:textId="77777777" w:rsidR="002D214A" w:rsidRDefault="002D214A" w:rsidP="00A60070"/>
        </w:tc>
        <w:tc>
          <w:tcPr>
            <w:tcW w:w="1261" w:type="dxa"/>
          </w:tcPr>
          <w:p w14:paraId="21895B2B" w14:textId="77777777" w:rsidR="002D214A" w:rsidRDefault="002D214A" w:rsidP="00A60070"/>
        </w:tc>
        <w:tc>
          <w:tcPr>
            <w:tcW w:w="1261" w:type="dxa"/>
          </w:tcPr>
          <w:p w14:paraId="2D7B3CA4" w14:textId="77777777" w:rsidR="002D214A" w:rsidRDefault="002D214A" w:rsidP="00A60070"/>
        </w:tc>
      </w:tr>
      <w:tr w:rsidR="002D214A" w14:paraId="1E875344" w14:textId="77777777" w:rsidTr="00A60070">
        <w:tc>
          <w:tcPr>
            <w:tcW w:w="2376" w:type="dxa"/>
          </w:tcPr>
          <w:p w14:paraId="78091109" w14:textId="77777777" w:rsidR="002D214A" w:rsidRDefault="002D214A" w:rsidP="00A60070">
            <w:r>
              <w:t>I am/would be interested in these optional radiotherapy courses (multiple choices possible): (n = 718)</w:t>
            </w:r>
          </w:p>
        </w:tc>
        <w:tc>
          <w:tcPr>
            <w:tcW w:w="2684" w:type="dxa"/>
          </w:tcPr>
          <w:p w14:paraId="0EDF7F48" w14:textId="77777777" w:rsidR="002D214A" w:rsidRDefault="002D214A" w:rsidP="00A60070">
            <w:r>
              <w:t>Answer</w:t>
            </w:r>
          </w:p>
        </w:tc>
        <w:tc>
          <w:tcPr>
            <w:tcW w:w="1274" w:type="dxa"/>
          </w:tcPr>
          <w:p w14:paraId="2F22AE1F" w14:textId="77777777" w:rsidR="002D214A" w:rsidRDefault="002D214A" w:rsidP="00A60070">
            <w:r>
              <w:t>Count</w:t>
            </w:r>
          </w:p>
        </w:tc>
        <w:tc>
          <w:tcPr>
            <w:tcW w:w="1261" w:type="dxa"/>
          </w:tcPr>
          <w:p w14:paraId="607EA13E" w14:textId="77777777" w:rsidR="002D214A" w:rsidRDefault="002D214A" w:rsidP="00A60070">
            <w:r>
              <w:t>%</w:t>
            </w:r>
          </w:p>
        </w:tc>
        <w:tc>
          <w:tcPr>
            <w:tcW w:w="1261" w:type="dxa"/>
          </w:tcPr>
          <w:p w14:paraId="74FCBA63" w14:textId="77777777" w:rsidR="002D214A" w:rsidRDefault="002D214A" w:rsidP="00A60070"/>
        </w:tc>
      </w:tr>
      <w:tr w:rsidR="002D214A" w14:paraId="6A68B96D" w14:textId="77777777" w:rsidTr="00A60070">
        <w:tc>
          <w:tcPr>
            <w:tcW w:w="2376" w:type="dxa"/>
          </w:tcPr>
          <w:p w14:paraId="48920F60" w14:textId="77777777" w:rsidR="002D214A" w:rsidRDefault="002D214A" w:rsidP="00A60070"/>
        </w:tc>
        <w:tc>
          <w:tcPr>
            <w:tcW w:w="2684" w:type="dxa"/>
          </w:tcPr>
          <w:p w14:paraId="2664AE24" w14:textId="77777777" w:rsidR="002D214A" w:rsidRDefault="002D214A" w:rsidP="00A60070">
            <w:r>
              <w:t>Internship/PJ/Observation</w:t>
            </w:r>
          </w:p>
        </w:tc>
        <w:tc>
          <w:tcPr>
            <w:tcW w:w="1274" w:type="dxa"/>
          </w:tcPr>
          <w:p w14:paraId="7F7973DD" w14:textId="77777777" w:rsidR="002D214A" w:rsidRDefault="002D214A" w:rsidP="00A60070">
            <w:r>
              <w:t>199</w:t>
            </w:r>
          </w:p>
        </w:tc>
        <w:tc>
          <w:tcPr>
            <w:tcW w:w="1261" w:type="dxa"/>
          </w:tcPr>
          <w:p w14:paraId="715EEEDA" w14:textId="77777777" w:rsidR="002D214A" w:rsidRDefault="002D214A" w:rsidP="00A60070">
            <w:r>
              <w:t>27.72</w:t>
            </w:r>
          </w:p>
        </w:tc>
        <w:tc>
          <w:tcPr>
            <w:tcW w:w="1261" w:type="dxa"/>
          </w:tcPr>
          <w:p w14:paraId="61FE0DEA" w14:textId="77777777" w:rsidR="002D214A" w:rsidRDefault="002D214A" w:rsidP="00A60070"/>
        </w:tc>
      </w:tr>
      <w:tr w:rsidR="002D214A" w14:paraId="184084EC" w14:textId="77777777" w:rsidTr="00A60070">
        <w:tc>
          <w:tcPr>
            <w:tcW w:w="2376" w:type="dxa"/>
          </w:tcPr>
          <w:p w14:paraId="4E9E6842" w14:textId="77777777" w:rsidR="002D214A" w:rsidRDefault="002D214A" w:rsidP="00A60070"/>
        </w:tc>
        <w:tc>
          <w:tcPr>
            <w:tcW w:w="2684" w:type="dxa"/>
          </w:tcPr>
          <w:p w14:paraId="2E1287C4" w14:textId="77777777" w:rsidR="002D214A" w:rsidRDefault="002D214A" w:rsidP="00A60070">
            <w:r>
              <w:t>Elective subject/block internship</w:t>
            </w:r>
          </w:p>
        </w:tc>
        <w:tc>
          <w:tcPr>
            <w:tcW w:w="1274" w:type="dxa"/>
          </w:tcPr>
          <w:p w14:paraId="17EF313D" w14:textId="77777777" w:rsidR="002D214A" w:rsidRDefault="002D214A" w:rsidP="00A60070">
            <w:r>
              <w:t>326</w:t>
            </w:r>
          </w:p>
        </w:tc>
        <w:tc>
          <w:tcPr>
            <w:tcW w:w="1261" w:type="dxa"/>
          </w:tcPr>
          <w:p w14:paraId="4E40AC21" w14:textId="77777777" w:rsidR="002D214A" w:rsidRDefault="002D214A" w:rsidP="00A60070">
            <w:r>
              <w:t>45.4</w:t>
            </w:r>
          </w:p>
        </w:tc>
        <w:tc>
          <w:tcPr>
            <w:tcW w:w="1261" w:type="dxa"/>
          </w:tcPr>
          <w:p w14:paraId="221845F5" w14:textId="77777777" w:rsidR="002D214A" w:rsidRDefault="002D214A" w:rsidP="00A60070"/>
        </w:tc>
      </w:tr>
      <w:tr w:rsidR="002D214A" w14:paraId="30DCEAEC" w14:textId="77777777" w:rsidTr="00A60070">
        <w:tc>
          <w:tcPr>
            <w:tcW w:w="2376" w:type="dxa"/>
          </w:tcPr>
          <w:p w14:paraId="7E381F0F" w14:textId="77777777" w:rsidR="002D214A" w:rsidRDefault="002D214A" w:rsidP="00A60070"/>
        </w:tc>
        <w:tc>
          <w:tcPr>
            <w:tcW w:w="2684" w:type="dxa"/>
          </w:tcPr>
          <w:p w14:paraId="4A0C6DAC" w14:textId="77777777" w:rsidR="002D214A" w:rsidRDefault="002D214A" w:rsidP="00A60070">
            <w:r>
              <w:t>Doctoral thesis/scientific work</w:t>
            </w:r>
          </w:p>
        </w:tc>
        <w:tc>
          <w:tcPr>
            <w:tcW w:w="1274" w:type="dxa"/>
          </w:tcPr>
          <w:p w14:paraId="59D836A0" w14:textId="77777777" w:rsidR="002D214A" w:rsidRDefault="002D214A" w:rsidP="00A60070">
            <w:r>
              <w:t>130</w:t>
            </w:r>
          </w:p>
        </w:tc>
        <w:tc>
          <w:tcPr>
            <w:tcW w:w="1261" w:type="dxa"/>
          </w:tcPr>
          <w:p w14:paraId="56B47B7B" w14:textId="77777777" w:rsidR="002D214A" w:rsidRDefault="002D214A" w:rsidP="00A60070">
            <w:r>
              <w:t>18.11</w:t>
            </w:r>
          </w:p>
        </w:tc>
        <w:tc>
          <w:tcPr>
            <w:tcW w:w="1261" w:type="dxa"/>
          </w:tcPr>
          <w:p w14:paraId="64F1F1FA" w14:textId="77777777" w:rsidR="002D214A" w:rsidRDefault="002D214A" w:rsidP="00A60070"/>
        </w:tc>
      </w:tr>
      <w:tr w:rsidR="002D214A" w14:paraId="53A3D916" w14:textId="77777777" w:rsidTr="00A60070">
        <w:tc>
          <w:tcPr>
            <w:tcW w:w="2376" w:type="dxa"/>
          </w:tcPr>
          <w:p w14:paraId="262D372D" w14:textId="77777777" w:rsidR="002D214A" w:rsidRDefault="002D214A" w:rsidP="00A60070"/>
        </w:tc>
        <w:tc>
          <w:tcPr>
            <w:tcW w:w="2684" w:type="dxa"/>
          </w:tcPr>
          <w:p w14:paraId="2FAA9237" w14:textId="77777777" w:rsidR="002D214A" w:rsidRDefault="002D214A" w:rsidP="00A60070">
            <w:r>
              <w:t>Interdisciplinary oncology involving radiotherapy (e.g. tumor board simulation)</w:t>
            </w:r>
          </w:p>
        </w:tc>
        <w:tc>
          <w:tcPr>
            <w:tcW w:w="1274" w:type="dxa"/>
          </w:tcPr>
          <w:p w14:paraId="3DB80BCB" w14:textId="77777777" w:rsidR="002D214A" w:rsidRDefault="002D214A" w:rsidP="00A60070">
            <w:r>
              <w:t>435</w:t>
            </w:r>
          </w:p>
        </w:tc>
        <w:tc>
          <w:tcPr>
            <w:tcW w:w="1261" w:type="dxa"/>
          </w:tcPr>
          <w:p w14:paraId="58A92CFB" w14:textId="77777777" w:rsidR="002D214A" w:rsidRDefault="002D214A" w:rsidP="00A60070">
            <w:r>
              <w:t>60.58</w:t>
            </w:r>
          </w:p>
        </w:tc>
        <w:tc>
          <w:tcPr>
            <w:tcW w:w="1261" w:type="dxa"/>
          </w:tcPr>
          <w:p w14:paraId="6D2F88E6" w14:textId="77777777" w:rsidR="002D214A" w:rsidRDefault="002D214A" w:rsidP="00A60070"/>
        </w:tc>
      </w:tr>
      <w:tr w:rsidR="002D214A" w14:paraId="1B013A42" w14:textId="77777777" w:rsidTr="00A60070">
        <w:tc>
          <w:tcPr>
            <w:tcW w:w="2376" w:type="dxa"/>
          </w:tcPr>
          <w:p w14:paraId="4FCC12CF" w14:textId="77777777" w:rsidR="002D214A" w:rsidRDefault="002D214A" w:rsidP="00A60070"/>
        </w:tc>
        <w:tc>
          <w:tcPr>
            <w:tcW w:w="2684" w:type="dxa"/>
          </w:tcPr>
          <w:p w14:paraId="62FA65AA" w14:textId="77777777" w:rsidR="002D214A" w:rsidRDefault="002D214A" w:rsidP="00A60070">
            <w:r>
              <w:t>none</w:t>
            </w:r>
          </w:p>
        </w:tc>
        <w:tc>
          <w:tcPr>
            <w:tcW w:w="1274" w:type="dxa"/>
          </w:tcPr>
          <w:p w14:paraId="3B1B1C20" w14:textId="77777777" w:rsidR="002D214A" w:rsidRDefault="002D214A" w:rsidP="00A60070">
            <w:r>
              <w:t>129</w:t>
            </w:r>
          </w:p>
        </w:tc>
        <w:tc>
          <w:tcPr>
            <w:tcW w:w="1261" w:type="dxa"/>
          </w:tcPr>
          <w:p w14:paraId="1A12CAA6" w14:textId="77777777" w:rsidR="002D214A" w:rsidRDefault="002D214A" w:rsidP="00A60070">
            <w:r>
              <w:t>17.97</w:t>
            </w:r>
          </w:p>
        </w:tc>
        <w:tc>
          <w:tcPr>
            <w:tcW w:w="1261" w:type="dxa"/>
          </w:tcPr>
          <w:p w14:paraId="5DF4FFAB" w14:textId="77777777" w:rsidR="002D214A" w:rsidRDefault="002D214A" w:rsidP="00A60070"/>
        </w:tc>
      </w:tr>
      <w:tr w:rsidR="002D214A" w14:paraId="46F638A9" w14:textId="77777777" w:rsidTr="00A60070">
        <w:tc>
          <w:tcPr>
            <w:tcW w:w="2376" w:type="dxa"/>
          </w:tcPr>
          <w:p w14:paraId="1924C87A" w14:textId="77777777" w:rsidR="002D214A" w:rsidRDefault="002D214A" w:rsidP="00A60070"/>
        </w:tc>
        <w:tc>
          <w:tcPr>
            <w:tcW w:w="2684" w:type="dxa"/>
          </w:tcPr>
          <w:p w14:paraId="332BA346" w14:textId="77777777" w:rsidR="002D214A" w:rsidRDefault="002D214A" w:rsidP="00A60070">
            <w:r>
              <w:t>other:</w:t>
            </w:r>
          </w:p>
        </w:tc>
        <w:tc>
          <w:tcPr>
            <w:tcW w:w="1274" w:type="dxa"/>
          </w:tcPr>
          <w:p w14:paraId="2C237BB0" w14:textId="77777777" w:rsidR="002D214A" w:rsidRDefault="002D214A" w:rsidP="00A60070">
            <w:r>
              <w:t>6</w:t>
            </w:r>
          </w:p>
        </w:tc>
        <w:tc>
          <w:tcPr>
            <w:tcW w:w="1261" w:type="dxa"/>
          </w:tcPr>
          <w:p w14:paraId="684CDECF" w14:textId="77777777" w:rsidR="002D214A" w:rsidRDefault="002D214A" w:rsidP="00A60070">
            <w:r>
              <w:t>0.84</w:t>
            </w:r>
          </w:p>
        </w:tc>
        <w:tc>
          <w:tcPr>
            <w:tcW w:w="1261" w:type="dxa"/>
          </w:tcPr>
          <w:p w14:paraId="680C9D2A" w14:textId="77777777" w:rsidR="002D214A" w:rsidRDefault="002D214A" w:rsidP="00A60070"/>
        </w:tc>
      </w:tr>
      <w:tr w:rsidR="002D214A" w14:paraId="3D9BB8C3" w14:textId="77777777" w:rsidTr="00A60070">
        <w:tc>
          <w:tcPr>
            <w:tcW w:w="2376" w:type="dxa"/>
          </w:tcPr>
          <w:p w14:paraId="6EE89484" w14:textId="77777777" w:rsidR="002D214A" w:rsidRDefault="002D214A" w:rsidP="00A60070"/>
        </w:tc>
        <w:tc>
          <w:tcPr>
            <w:tcW w:w="2684" w:type="dxa"/>
          </w:tcPr>
          <w:p w14:paraId="6B968615" w14:textId="77777777" w:rsidR="002D214A" w:rsidRDefault="002D214A" w:rsidP="00A60070"/>
        </w:tc>
        <w:tc>
          <w:tcPr>
            <w:tcW w:w="1274" w:type="dxa"/>
          </w:tcPr>
          <w:p w14:paraId="08A2D6D5" w14:textId="77777777" w:rsidR="002D214A" w:rsidRDefault="002D214A" w:rsidP="00A60070"/>
        </w:tc>
        <w:tc>
          <w:tcPr>
            <w:tcW w:w="1261" w:type="dxa"/>
          </w:tcPr>
          <w:p w14:paraId="6A185EF3" w14:textId="77777777" w:rsidR="002D214A" w:rsidRDefault="002D214A" w:rsidP="00A60070"/>
        </w:tc>
        <w:tc>
          <w:tcPr>
            <w:tcW w:w="1261" w:type="dxa"/>
          </w:tcPr>
          <w:p w14:paraId="43FF8B9C" w14:textId="77777777" w:rsidR="002D214A" w:rsidRDefault="002D214A" w:rsidP="00A60070"/>
        </w:tc>
      </w:tr>
      <w:tr w:rsidR="002D214A" w14:paraId="2D02147F" w14:textId="77777777" w:rsidTr="00A60070">
        <w:tc>
          <w:tcPr>
            <w:tcW w:w="2376" w:type="dxa"/>
          </w:tcPr>
          <w:p w14:paraId="1A0BE98F" w14:textId="77777777" w:rsidR="002D214A" w:rsidRDefault="002D214A" w:rsidP="00A60070">
            <w:r>
              <w:t>How strong is/would you have been in general your interest in elective teaching opportunities in radiotherapy (e.g., clinical internship, internship, etc.)? (n = 719)</w:t>
            </w:r>
          </w:p>
        </w:tc>
        <w:tc>
          <w:tcPr>
            <w:tcW w:w="2684" w:type="dxa"/>
          </w:tcPr>
          <w:p w14:paraId="560BC8D2" w14:textId="77777777" w:rsidR="002D214A" w:rsidRDefault="002D214A" w:rsidP="00A60070">
            <w:r>
              <w:t>Answer</w:t>
            </w:r>
          </w:p>
        </w:tc>
        <w:tc>
          <w:tcPr>
            <w:tcW w:w="1274" w:type="dxa"/>
          </w:tcPr>
          <w:p w14:paraId="1D241122" w14:textId="77777777" w:rsidR="002D214A" w:rsidRDefault="002D214A" w:rsidP="00A60070">
            <w:r>
              <w:t>Count</w:t>
            </w:r>
          </w:p>
        </w:tc>
        <w:tc>
          <w:tcPr>
            <w:tcW w:w="1261" w:type="dxa"/>
          </w:tcPr>
          <w:p w14:paraId="0BB20DF6" w14:textId="77777777" w:rsidR="002D214A" w:rsidRDefault="002D214A" w:rsidP="00A60070">
            <w:r>
              <w:t>%</w:t>
            </w:r>
          </w:p>
        </w:tc>
        <w:tc>
          <w:tcPr>
            <w:tcW w:w="1261" w:type="dxa"/>
          </w:tcPr>
          <w:p w14:paraId="48CE4A38" w14:textId="77777777" w:rsidR="002D214A" w:rsidRDefault="002D214A" w:rsidP="00A60070">
            <w:r>
              <w:t>Value</w:t>
            </w:r>
          </w:p>
        </w:tc>
      </w:tr>
      <w:tr w:rsidR="002D214A" w14:paraId="76F444BD" w14:textId="77777777" w:rsidTr="00A60070">
        <w:tc>
          <w:tcPr>
            <w:tcW w:w="2376" w:type="dxa"/>
          </w:tcPr>
          <w:p w14:paraId="43D910EC" w14:textId="77777777" w:rsidR="002D214A" w:rsidRDefault="002D214A" w:rsidP="00A60070"/>
        </w:tc>
        <w:tc>
          <w:tcPr>
            <w:tcW w:w="2684" w:type="dxa"/>
          </w:tcPr>
          <w:p w14:paraId="796AFDD4" w14:textId="77777777" w:rsidR="002D214A" w:rsidRDefault="002D214A" w:rsidP="00A60070">
            <w:r>
              <w:t>very large</w:t>
            </w:r>
          </w:p>
        </w:tc>
        <w:tc>
          <w:tcPr>
            <w:tcW w:w="1274" w:type="dxa"/>
          </w:tcPr>
          <w:p w14:paraId="1898B4E4" w14:textId="77777777" w:rsidR="002D214A" w:rsidRDefault="002D214A" w:rsidP="00A60070">
            <w:r>
              <w:t>57</w:t>
            </w:r>
          </w:p>
        </w:tc>
        <w:tc>
          <w:tcPr>
            <w:tcW w:w="1261" w:type="dxa"/>
          </w:tcPr>
          <w:p w14:paraId="35604082" w14:textId="77777777" w:rsidR="002D214A" w:rsidRDefault="002D214A" w:rsidP="00A60070">
            <w:r>
              <w:t>7.93</w:t>
            </w:r>
          </w:p>
        </w:tc>
        <w:tc>
          <w:tcPr>
            <w:tcW w:w="1261" w:type="dxa"/>
          </w:tcPr>
          <w:p w14:paraId="48977F1D" w14:textId="77777777" w:rsidR="002D214A" w:rsidRDefault="002D214A" w:rsidP="00A60070">
            <w:r>
              <w:t>1</w:t>
            </w:r>
          </w:p>
        </w:tc>
      </w:tr>
      <w:tr w:rsidR="002D214A" w14:paraId="6DEEBC54" w14:textId="77777777" w:rsidTr="00A60070">
        <w:tc>
          <w:tcPr>
            <w:tcW w:w="2376" w:type="dxa"/>
          </w:tcPr>
          <w:p w14:paraId="13FDF243" w14:textId="77777777" w:rsidR="002D214A" w:rsidRDefault="002D214A" w:rsidP="00A60070"/>
        </w:tc>
        <w:tc>
          <w:tcPr>
            <w:tcW w:w="2684" w:type="dxa"/>
          </w:tcPr>
          <w:p w14:paraId="1043A186" w14:textId="77777777" w:rsidR="002D214A" w:rsidRDefault="002D214A" w:rsidP="00A60070">
            <w:r>
              <w:t>large</w:t>
            </w:r>
          </w:p>
        </w:tc>
        <w:tc>
          <w:tcPr>
            <w:tcW w:w="1274" w:type="dxa"/>
          </w:tcPr>
          <w:p w14:paraId="0D985977" w14:textId="77777777" w:rsidR="002D214A" w:rsidRDefault="002D214A" w:rsidP="00A60070">
            <w:r>
              <w:t>163</w:t>
            </w:r>
          </w:p>
        </w:tc>
        <w:tc>
          <w:tcPr>
            <w:tcW w:w="1261" w:type="dxa"/>
          </w:tcPr>
          <w:p w14:paraId="28ACDE28" w14:textId="77777777" w:rsidR="002D214A" w:rsidRDefault="002D214A" w:rsidP="00A60070">
            <w:r>
              <w:t>22.67</w:t>
            </w:r>
          </w:p>
        </w:tc>
        <w:tc>
          <w:tcPr>
            <w:tcW w:w="1261" w:type="dxa"/>
          </w:tcPr>
          <w:p w14:paraId="0AD379A7" w14:textId="77777777" w:rsidR="002D214A" w:rsidRDefault="002D214A" w:rsidP="00A60070">
            <w:r>
              <w:t>2</w:t>
            </w:r>
          </w:p>
        </w:tc>
      </w:tr>
      <w:tr w:rsidR="002D214A" w14:paraId="7F7B4CFB" w14:textId="77777777" w:rsidTr="00A60070">
        <w:tc>
          <w:tcPr>
            <w:tcW w:w="2376" w:type="dxa"/>
          </w:tcPr>
          <w:p w14:paraId="7ABBD959" w14:textId="77777777" w:rsidR="002D214A" w:rsidRDefault="002D214A" w:rsidP="00A60070"/>
        </w:tc>
        <w:tc>
          <w:tcPr>
            <w:tcW w:w="2684" w:type="dxa"/>
          </w:tcPr>
          <w:p w14:paraId="138E2ED6" w14:textId="77777777" w:rsidR="002D214A" w:rsidRDefault="002D214A" w:rsidP="00A60070">
            <w:r>
              <w:t>mediocre</w:t>
            </w:r>
          </w:p>
        </w:tc>
        <w:tc>
          <w:tcPr>
            <w:tcW w:w="1274" w:type="dxa"/>
          </w:tcPr>
          <w:p w14:paraId="50A772D3" w14:textId="77777777" w:rsidR="002D214A" w:rsidRDefault="002D214A" w:rsidP="00A60070">
            <w:r>
              <w:t>305</w:t>
            </w:r>
          </w:p>
        </w:tc>
        <w:tc>
          <w:tcPr>
            <w:tcW w:w="1261" w:type="dxa"/>
          </w:tcPr>
          <w:p w14:paraId="42ECF380" w14:textId="77777777" w:rsidR="002D214A" w:rsidRDefault="002D214A" w:rsidP="00A60070">
            <w:r>
              <w:t>42.42</w:t>
            </w:r>
          </w:p>
        </w:tc>
        <w:tc>
          <w:tcPr>
            <w:tcW w:w="1261" w:type="dxa"/>
          </w:tcPr>
          <w:p w14:paraId="17465017" w14:textId="77777777" w:rsidR="002D214A" w:rsidRDefault="002D214A" w:rsidP="00A60070">
            <w:r>
              <w:t>3</w:t>
            </w:r>
          </w:p>
        </w:tc>
      </w:tr>
      <w:tr w:rsidR="002D214A" w14:paraId="04F10104" w14:textId="77777777" w:rsidTr="00A60070">
        <w:tc>
          <w:tcPr>
            <w:tcW w:w="2376" w:type="dxa"/>
          </w:tcPr>
          <w:p w14:paraId="38453617" w14:textId="77777777" w:rsidR="002D214A" w:rsidRDefault="002D214A" w:rsidP="00A60070"/>
        </w:tc>
        <w:tc>
          <w:tcPr>
            <w:tcW w:w="2684" w:type="dxa"/>
          </w:tcPr>
          <w:p w14:paraId="5238E267" w14:textId="77777777" w:rsidR="002D214A" w:rsidRDefault="002D214A" w:rsidP="00A60070">
            <w:r>
              <w:t>small amount</w:t>
            </w:r>
          </w:p>
        </w:tc>
        <w:tc>
          <w:tcPr>
            <w:tcW w:w="1274" w:type="dxa"/>
          </w:tcPr>
          <w:p w14:paraId="6B525F49" w14:textId="77777777" w:rsidR="002D214A" w:rsidRDefault="002D214A" w:rsidP="00A60070">
            <w:r>
              <w:t>141</w:t>
            </w:r>
          </w:p>
        </w:tc>
        <w:tc>
          <w:tcPr>
            <w:tcW w:w="1261" w:type="dxa"/>
          </w:tcPr>
          <w:p w14:paraId="521E5380" w14:textId="77777777" w:rsidR="002D214A" w:rsidRDefault="002D214A" w:rsidP="00A60070">
            <w:r>
              <w:t>19.61</w:t>
            </w:r>
          </w:p>
        </w:tc>
        <w:tc>
          <w:tcPr>
            <w:tcW w:w="1261" w:type="dxa"/>
          </w:tcPr>
          <w:p w14:paraId="70764990" w14:textId="77777777" w:rsidR="002D214A" w:rsidRDefault="002D214A" w:rsidP="00A60070">
            <w:r>
              <w:t>4</w:t>
            </w:r>
          </w:p>
        </w:tc>
      </w:tr>
      <w:tr w:rsidR="002D214A" w14:paraId="3472BD85" w14:textId="77777777" w:rsidTr="00A60070">
        <w:tc>
          <w:tcPr>
            <w:tcW w:w="2376" w:type="dxa"/>
          </w:tcPr>
          <w:p w14:paraId="2CC0B8EB" w14:textId="77777777" w:rsidR="002D214A" w:rsidRDefault="002D214A" w:rsidP="00A60070"/>
        </w:tc>
        <w:tc>
          <w:tcPr>
            <w:tcW w:w="2684" w:type="dxa"/>
          </w:tcPr>
          <w:p w14:paraId="7882C744" w14:textId="77777777" w:rsidR="002D214A" w:rsidRDefault="002D214A" w:rsidP="00A60070">
            <w:r>
              <w:t>very low</w:t>
            </w:r>
          </w:p>
        </w:tc>
        <w:tc>
          <w:tcPr>
            <w:tcW w:w="1274" w:type="dxa"/>
          </w:tcPr>
          <w:p w14:paraId="4C2368E0" w14:textId="77777777" w:rsidR="002D214A" w:rsidRDefault="002D214A" w:rsidP="00A60070">
            <w:r>
              <w:t>53</w:t>
            </w:r>
          </w:p>
        </w:tc>
        <w:tc>
          <w:tcPr>
            <w:tcW w:w="1261" w:type="dxa"/>
          </w:tcPr>
          <w:p w14:paraId="057B25E1" w14:textId="77777777" w:rsidR="002D214A" w:rsidRDefault="002D214A" w:rsidP="00A60070">
            <w:r>
              <w:t>7.37</w:t>
            </w:r>
          </w:p>
        </w:tc>
        <w:tc>
          <w:tcPr>
            <w:tcW w:w="1261" w:type="dxa"/>
          </w:tcPr>
          <w:p w14:paraId="6068EDAC" w14:textId="77777777" w:rsidR="002D214A" w:rsidRDefault="002D214A" w:rsidP="00A60070">
            <w:r>
              <w:t>5</w:t>
            </w:r>
          </w:p>
        </w:tc>
      </w:tr>
      <w:tr w:rsidR="002D214A" w14:paraId="5A439A00" w14:textId="77777777" w:rsidTr="00A60070">
        <w:tc>
          <w:tcPr>
            <w:tcW w:w="2376" w:type="dxa"/>
          </w:tcPr>
          <w:p w14:paraId="30DD6F95" w14:textId="77777777" w:rsidR="002D214A" w:rsidRDefault="002D214A" w:rsidP="00A60070"/>
        </w:tc>
        <w:tc>
          <w:tcPr>
            <w:tcW w:w="2684" w:type="dxa"/>
          </w:tcPr>
          <w:p w14:paraId="3A0E7FEB" w14:textId="77777777" w:rsidR="002D214A" w:rsidRDefault="002D214A" w:rsidP="00A60070"/>
        </w:tc>
        <w:tc>
          <w:tcPr>
            <w:tcW w:w="1274" w:type="dxa"/>
          </w:tcPr>
          <w:p w14:paraId="594E3D93" w14:textId="77777777" w:rsidR="002D214A" w:rsidRDefault="002D214A" w:rsidP="00A60070"/>
        </w:tc>
        <w:tc>
          <w:tcPr>
            <w:tcW w:w="1261" w:type="dxa"/>
          </w:tcPr>
          <w:p w14:paraId="299D1D20" w14:textId="77777777" w:rsidR="002D214A" w:rsidRDefault="002D214A" w:rsidP="00A60070"/>
        </w:tc>
        <w:tc>
          <w:tcPr>
            <w:tcW w:w="1261" w:type="dxa"/>
          </w:tcPr>
          <w:p w14:paraId="0B731D9C" w14:textId="77777777" w:rsidR="002D214A" w:rsidRDefault="002D214A" w:rsidP="00A60070"/>
        </w:tc>
      </w:tr>
      <w:tr w:rsidR="002D214A" w14:paraId="2ABF0AAC" w14:textId="77777777" w:rsidTr="00A60070">
        <w:tc>
          <w:tcPr>
            <w:tcW w:w="2376" w:type="dxa"/>
          </w:tcPr>
          <w:p w14:paraId="6E77D1E8" w14:textId="77777777" w:rsidR="002D214A" w:rsidRDefault="002D214A" w:rsidP="00A60070"/>
        </w:tc>
        <w:tc>
          <w:tcPr>
            <w:tcW w:w="2684" w:type="dxa"/>
          </w:tcPr>
          <w:p w14:paraId="05BC9E4E" w14:textId="77777777" w:rsidR="002D214A" w:rsidRDefault="002D214A" w:rsidP="00A60070">
            <w:r>
              <w:t>Average</w:t>
            </w:r>
          </w:p>
        </w:tc>
        <w:tc>
          <w:tcPr>
            <w:tcW w:w="1274" w:type="dxa"/>
          </w:tcPr>
          <w:p w14:paraId="3011D4E7" w14:textId="77777777" w:rsidR="002D214A" w:rsidRDefault="002D214A" w:rsidP="00A60070"/>
        </w:tc>
        <w:tc>
          <w:tcPr>
            <w:tcW w:w="1261" w:type="dxa"/>
          </w:tcPr>
          <w:p w14:paraId="37216F18" w14:textId="77777777" w:rsidR="002D214A" w:rsidRDefault="002D214A" w:rsidP="00A60070"/>
        </w:tc>
        <w:tc>
          <w:tcPr>
            <w:tcW w:w="1261" w:type="dxa"/>
          </w:tcPr>
          <w:p w14:paraId="18AFC902" w14:textId="77777777" w:rsidR="002D214A" w:rsidRDefault="002D214A" w:rsidP="00A60070">
            <w:r>
              <w:t>2.96</w:t>
            </w:r>
          </w:p>
        </w:tc>
      </w:tr>
      <w:tr w:rsidR="002D214A" w14:paraId="503C3601" w14:textId="77777777" w:rsidTr="00A60070">
        <w:tc>
          <w:tcPr>
            <w:tcW w:w="2376" w:type="dxa"/>
          </w:tcPr>
          <w:p w14:paraId="7E09441E" w14:textId="77777777" w:rsidR="002D214A" w:rsidRDefault="002D214A" w:rsidP="00A60070"/>
        </w:tc>
        <w:tc>
          <w:tcPr>
            <w:tcW w:w="2684" w:type="dxa"/>
          </w:tcPr>
          <w:p w14:paraId="448738B8" w14:textId="77777777" w:rsidR="002D214A" w:rsidRDefault="002D214A" w:rsidP="00A60070">
            <w:r>
              <w:t>Standard Deviation</w:t>
            </w:r>
          </w:p>
        </w:tc>
        <w:tc>
          <w:tcPr>
            <w:tcW w:w="1274" w:type="dxa"/>
          </w:tcPr>
          <w:p w14:paraId="1297D492" w14:textId="77777777" w:rsidR="002D214A" w:rsidRDefault="002D214A" w:rsidP="00A60070"/>
        </w:tc>
        <w:tc>
          <w:tcPr>
            <w:tcW w:w="1261" w:type="dxa"/>
          </w:tcPr>
          <w:p w14:paraId="65C2A3D4" w14:textId="77777777" w:rsidR="002D214A" w:rsidRDefault="002D214A" w:rsidP="00A60070"/>
        </w:tc>
        <w:tc>
          <w:tcPr>
            <w:tcW w:w="1261" w:type="dxa"/>
          </w:tcPr>
          <w:p w14:paraId="7713DE18" w14:textId="77777777" w:rsidR="002D214A" w:rsidRDefault="002D214A" w:rsidP="00A60070">
            <w:r>
              <w:t>1.02</w:t>
            </w:r>
          </w:p>
        </w:tc>
      </w:tr>
      <w:tr w:rsidR="002D214A" w14:paraId="7ECB9AE9" w14:textId="77777777" w:rsidTr="00A60070">
        <w:tc>
          <w:tcPr>
            <w:tcW w:w="2376" w:type="dxa"/>
          </w:tcPr>
          <w:p w14:paraId="30F0A4CC" w14:textId="77777777" w:rsidR="002D214A" w:rsidRDefault="002D214A" w:rsidP="00A60070"/>
        </w:tc>
        <w:tc>
          <w:tcPr>
            <w:tcW w:w="2684" w:type="dxa"/>
          </w:tcPr>
          <w:p w14:paraId="1AEEF72F" w14:textId="77777777" w:rsidR="002D214A" w:rsidRDefault="002D214A" w:rsidP="00A60070"/>
        </w:tc>
        <w:tc>
          <w:tcPr>
            <w:tcW w:w="1274" w:type="dxa"/>
          </w:tcPr>
          <w:p w14:paraId="5C8D8E14" w14:textId="77777777" w:rsidR="002D214A" w:rsidRDefault="002D214A" w:rsidP="00A60070"/>
        </w:tc>
        <w:tc>
          <w:tcPr>
            <w:tcW w:w="1261" w:type="dxa"/>
          </w:tcPr>
          <w:p w14:paraId="3D908476" w14:textId="77777777" w:rsidR="002D214A" w:rsidRDefault="002D214A" w:rsidP="00A60070"/>
        </w:tc>
        <w:tc>
          <w:tcPr>
            <w:tcW w:w="1261" w:type="dxa"/>
          </w:tcPr>
          <w:p w14:paraId="6C366B9F" w14:textId="77777777" w:rsidR="002D214A" w:rsidRDefault="002D214A" w:rsidP="00A60070"/>
        </w:tc>
      </w:tr>
      <w:tr w:rsidR="002D214A" w14:paraId="1FDB9DF8" w14:textId="77777777" w:rsidTr="00A60070">
        <w:tc>
          <w:tcPr>
            <w:tcW w:w="2376" w:type="dxa"/>
          </w:tcPr>
          <w:p w14:paraId="6402C910" w14:textId="77777777" w:rsidR="002D214A" w:rsidRDefault="002D214A" w:rsidP="00A60070">
            <w:r>
              <w:t>I find/found the elective courses (e.g., clinical internship, practical year, internships, elective courses) in the field of radiation therapy at our faculty sufficient. (n = 704)</w:t>
            </w:r>
          </w:p>
        </w:tc>
        <w:tc>
          <w:tcPr>
            <w:tcW w:w="2684" w:type="dxa"/>
          </w:tcPr>
          <w:p w14:paraId="59E864B8" w14:textId="77777777" w:rsidR="002D214A" w:rsidRDefault="002D214A" w:rsidP="00A60070">
            <w:r>
              <w:t>Answer</w:t>
            </w:r>
          </w:p>
        </w:tc>
        <w:tc>
          <w:tcPr>
            <w:tcW w:w="1274" w:type="dxa"/>
          </w:tcPr>
          <w:p w14:paraId="436CD4FD" w14:textId="77777777" w:rsidR="002D214A" w:rsidRDefault="002D214A" w:rsidP="00A60070">
            <w:r>
              <w:t>Count</w:t>
            </w:r>
          </w:p>
        </w:tc>
        <w:tc>
          <w:tcPr>
            <w:tcW w:w="1261" w:type="dxa"/>
          </w:tcPr>
          <w:p w14:paraId="4133C833" w14:textId="77777777" w:rsidR="002D214A" w:rsidRDefault="002D214A" w:rsidP="00A60070">
            <w:r>
              <w:t>%</w:t>
            </w:r>
          </w:p>
        </w:tc>
        <w:tc>
          <w:tcPr>
            <w:tcW w:w="1261" w:type="dxa"/>
          </w:tcPr>
          <w:p w14:paraId="7A9421A5" w14:textId="77777777" w:rsidR="002D214A" w:rsidRDefault="002D214A" w:rsidP="00A60070">
            <w:r>
              <w:t>Value</w:t>
            </w:r>
          </w:p>
        </w:tc>
      </w:tr>
      <w:tr w:rsidR="002D214A" w14:paraId="2C7909DF" w14:textId="77777777" w:rsidTr="00A60070">
        <w:tc>
          <w:tcPr>
            <w:tcW w:w="2376" w:type="dxa"/>
          </w:tcPr>
          <w:p w14:paraId="474803A4" w14:textId="77777777" w:rsidR="002D214A" w:rsidRDefault="002D214A" w:rsidP="00A60070"/>
        </w:tc>
        <w:tc>
          <w:tcPr>
            <w:tcW w:w="2684" w:type="dxa"/>
          </w:tcPr>
          <w:p w14:paraId="30C08E89" w14:textId="77777777" w:rsidR="002D214A" w:rsidRDefault="002D214A" w:rsidP="00A60070">
            <w:r>
              <w:t>I totally agree</w:t>
            </w:r>
          </w:p>
        </w:tc>
        <w:tc>
          <w:tcPr>
            <w:tcW w:w="1274" w:type="dxa"/>
          </w:tcPr>
          <w:p w14:paraId="6628DD15" w14:textId="77777777" w:rsidR="002D214A" w:rsidRDefault="002D214A" w:rsidP="00A60070">
            <w:r>
              <w:t>157</w:t>
            </w:r>
          </w:p>
        </w:tc>
        <w:tc>
          <w:tcPr>
            <w:tcW w:w="1261" w:type="dxa"/>
          </w:tcPr>
          <w:p w14:paraId="48B65B20" w14:textId="77777777" w:rsidR="002D214A" w:rsidRDefault="002D214A" w:rsidP="00A60070">
            <w:r>
              <w:t>22.3</w:t>
            </w:r>
          </w:p>
        </w:tc>
        <w:tc>
          <w:tcPr>
            <w:tcW w:w="1261" w:type="dxa"/>
          </w:tcPr>
          <w:p w14:paraId="16D2B511" w14:textId="77777777" w:rsidR="002D214A" w:rsidRDefault="002D214A" w:rsidP="00A60070">
            <w:r>
              <w:t>1</w:t>
            </w:r>
          </w:p>
        </w:tc>
      </w:tr>
      <w:tr w:rsidR="002D214A" w14:paraId="61E71B8D" w14:textId="77777777" w:rsidTr="00A60070">
        <w:tc>
          <w:tcPr>
            <w:tcW w:w="2376" w:type="dxa"/>
          </w:tcPr>
          <w:p w14:paraId="3A7C686F" w14:textId="77777777" w:rsidR="002D214A" w:rsidRDefault="002D214A" w:rsidP="00A60070"/>
        </w:tc>
        <w:tc>
          <w:tcPr>
            <w:tcW w:w="2684" w:type="dxa"/>
          </w:tcPr>
          <w:p w14:paraId="51BF3B8C" w14:textId="77777777" w:rsidR="002D214A" w:rsidRDefault="002D214A" w:rsidP="00A60070">
            <w:r>
              <w:t>tend to agree</w:t>
            </w:r>
          </w:p>
        </w:tc>
        <w:tc>
          <w:tcPr>
            <w:tcW w:w="1274" w:type="dxa"/>
          </w:tcPr>
          <w:p w14:paraId="305C3FCE" w14:textId="77777777" w:rsidR="002D214A" w:rsidRDefault="002D214A" w:rsidP="00A60070">
            <w:r>
              <w:t>285</w:t>
            </w:r>
          </w:p>
        </w:tc>
        <w:tc>
          <w:tcPr>
            <w:tcW w:w="1261" w:type="dxa"/>
          </w:tcPr>
          <w:p w14:paraId="5E08826C" w14:textId="77777777" w:rsidR="002D214A" w:rsidRDefault="002D214A" w:rsidP="00A60070">
            <w:r>
              <w:t>40.48</w:t>
            </w:r>
          </w:p>
        </w:tc>
        <w:tc>
          <w:tcPr>
            <w:tcW w:w="1261" w:type="dxa"/>
          </w:tcPr>
          <w:p w14:paraId="0780591B" w14:textId="77777777" w:rsidR="002D214A" w:rsidRDefault="002D214A" w:rsidP="00A60070">
            <w:r>
              <w:t>2</w:t>
            </w:r>
          </w:p>
        </w:tc>
      </w:tr>
      <w:tr w:rsidR="002D214A" w14:paraId="5B41C2C3" w14:textId="77777777" w:rsidTr="00A60070">
        <w:tc>
          <w:tcPr>
            <w:tcW w:w="2376" w:type="dxa"/>
          </w:tcPr>
          <w:p w14:paraId="7A18D9A5" w14:textId="77777777" w:rsidR="002D214A" w:rsidRDefault="002D214A" w:rsidP="00A60070"/>
        </w:tc>
        <w:tc>
          <w:tcPr>
            <w:tcW w:w="2684" w:type="dxa"/>
          </w:tcPr>
          <w:p w14:paraId="26627E96" w14:textId="77777777" w:rsidR="002D214A" w:rsidRDefault="002D214A" w:rsidP="00A60070">
            <w:r>
              <w:t>partly/partly</w:t>
            </w:r>
          </w:p>
        </w:tc>
        <w:tc>
          <w:tcPr>
            <w:tcW w:w="1274" w:type="dxa"/>
          </w:tcPr>
          <w:p w14:paraId="2B9F0CD8" w14:textId="77777777" w:rsidR="002D214A" w:rsidRDefault="002D214A" w:rsidP="00A60070">
            <w:r>
              <w:t>192</w:t>
            </w:r>
          </w:p>
        </w:tc>
        <w:tc>
          <w:tcPr>
            <w:tcW w:w="1261" w:type="dxa"/>
          </w:tcPr>
          <w:p w14:paraId="0FBC97D5" w14:textId="77777777" w:rsidR="002D214A" w:rsidRDefault="002D214A" w:rsidP="00A60070">
            <w:r>
              <w:t>27.27</w:t>
            </w:r>
          </w:p>
        </w:tc>
        <w:tc>
          <w:tcPr>
            <w:tcW w:w="1261" w:type="dxa"/>
          </w:tcPr>
          <w:p w14:paraId="5119864B" w14:textId="77777777" w:rsidR="002D214A" w:rsidRDefault="002D214A" w:rsidP="00A60070">
            <w:r>
              <w:t>3</w:t>
            </w:r>
          </w:p>
        </w:tc>
      </w:tr>
      <w:tr w:rsidR="002D214A" w14:paraId="0A4BE29C" w14:textId="77777777" w:rsidTr="00A60070">
        <w:tc>
          <w:tcPr>
            <w:tcW w:w="2376" w:type="dxa"/>
          </w:tcPr>
          <w:p w14:paraId="04D992AD" w14:textId="77777777" w:rsidR="002D214A" w:rsidRDefault="002D214A" w:rsidP="00A60070"/>
        </w:tc>
        <w:tc>
          <w:tcPr>
            <w:tcW w:w="2684" w:type="dxa"/>
          </w:tcPr>
          <w:p w14:paraId="29DCB68A" w14:textId="77777777" w:rsidR="002D214A" w:rsidRDefault="002D214A" w:rsidP="00A60070">
            <w:r>
              <w:t>rather disagree</w:t>
            </w:r>
          </w:p>
        </w:tc>
        <w:tc>
          <w:tcPr>
            <w:tcW w:w="1274" w:type="dxa"/>
          </w:tcPr>
          <w:p w14:paraId="13538EBF" w14:textId="77777777" w:rsidR="002D214A" w:rsidRDefault="002D214A" w:rsidP="00A60070">
            <w:r>
              <w:t>58</w:t>
            </w:r>
          </w:p>
        </w:tc>
        <w:tc>
          <w:tcPr>
            <w:tcW w:w="1261" w:type="dxa"/>
          </w:tcPr>
          <w:p w14:paraId="0797FB39" w14:textId="77777777" w:rsidR="002D214A" w:rsidRDefault="002D214A" w:rsidP="00A60070">
            <w:r>
              <w:t>8.24</w:t>
            </w:r>
          </w:p>
        </w:tc>
        <w:tc>
          <w:tcPr>
            <w:tcW w:w="1261" w:type="dxa"/>
          </w:tcPr>
          <w:p w14:paraId="6C8D7845" w14:textId="77777777" w:rsidR="002D214A" w:rsidRDefault="002D214A" w:rsidP="00A60070">
            <w:r>
              <w:t>4</w:t>
            </w:r>
          </w:p>
        </w:tc>
      </w:tr>
      <w:tr w:rsidR="002D214A" w14:paraId="7A9821B1" w14:textId="77777777" w:rsidTr="00A60070">
        <w:tc>
          <w:tcPr>
            <w:tcW w:w="2376" w:type="dxa"/>
          </w:tcPr>
          <w:p w14:paraId="1C4131BF" w14:textId="77777777" w:rsidR="002D214A" w:rsidRDefault="002D214A" w:rsidP="00A60070"/>
        </w:tc>
        <w:tc>
          <w:tcPr>
            <w:tcW w:w="2684" w:type="dxa"/>
          </w:tcPr>
          <w:p w14:paraId="0C1E3346" w14:textId="77777777" w:rsidR="002D214A" w:rsidRDefault="002D214A" w:rsidP="00A60070">
            <w:r>
              <w:t>strongly disagree</w:t>
            </w:r>
          </w:p>
        </w:tc>
        <w:tc>
          <w:tcPr>
            <w:tcW w:w="1274" w:type="dxa"/>
          </w:tcPr>
          <w:p w14:paraId="7DA1B175" w14:textId="77777777" w:rsidR="002D214A" w:rsidRDefault="002D214A" w:rsidP="00A60070">
            <w:r>
              <w:t>12</w:t>
            </w:r>
          </w:p>
        </w:tc>
        <w:tc>
          <w:tcPr>
            <w:tcW w:w="1261" w:type="dxa"/>
          </w:tcPr>
          <w:p w14:paraId="3F21DC13" w14:textId="77777777" w:rsidR="002D214A" w:rsidRDefault="002D214A" w:rsidP="00A60070">
            <w:r>
              <w:t>1.7</w:t>
            </w:r>
          </w:p>
        </w:tc>
        <w:tc>
          <w:tcPr>
            <w:tcW w:w="1261" w:type="dxa"/>
          </w:tcPr>
          <w:p w14:paraId="1104A770" w14:textId="77777777" w:rsidR="002D214A" w:rsidRDefault="002D214A" w:rsidP="00A60070">
            <w:r>
              <w:t>5</w:t>
            </w:r>
          </w:p>
        </w:tc>
      </w:tr>
      <w:tr w:rsidR="002D214A" w14:paraId="03090772" w14:textId="77777777" w:rsidTr="00A60070">
        <w:tc>
          <w:tcPr>
            <w:tcW w:w="2376" w:type="dxa"/>
          </w:tcPr>
          <w:p w14:paraId="3951715F" w14:textId="77777777" w:rsidR="002D214A" w:rsidRDefault="002D214A" w:rsidP="00A60070"/>
        </w:tc>
        <w:tc>
          <w:tcPr>
            <w:tcW w:w="2684" w:type="dxa"/>
          </w:tcPr>
          <w:p w14:paraId="04771CE9" w14:textId="77777777" w:rsidR="002D214A" w:rsidRDefault="002D214A" w:rsidP="00A60070"/>
        </w:tc>
        <w:tc>
          <w:tcPr>
            <w:tcW w:w="1274" w:type="dxa"/>
          </w:tcPr>
          <w:p w14:paraId="689CD07D" w14:textId="77777777" w:rsidR="002D214A" w:rsidRDefault="002D214A" w:rsidP="00A60070"/>
        </w:tc>
        <w:tc>
          <w:tcPr>
            <w:tcW w:w="1261" w:type="dxa"/>
          </w:tcPr>
          <w:p w14:paraId="62F72DF0" w14:textId="77777777" w:rsidR="002D214A" w:rsidRDefault="002D214A" w:rsidP="00A60070"/>
        </w:tc>
        <w:tc>
          <w:tcPr>
            <w:tcW w:w="1261" w:type="dxa"/>
          </w:tcPr>
          <w:p w14:paraId="3FAA4AEC" w14:textId="77777777" w:rsidR="002D214A" w:rsidRDefault="002D214A" w:rsidP="00A60070"/>
        </w:tc>
      </w:tr>
      <w:tr w:rsidR="002D214A" w14:paraId="2224339F" w14:textId="77777777" w:rsidTr="00A60070">
        <w:tc>
          <w:tcPr>
            <w:tcW w:w="2376" w:type="dxa"/>
          </w:tcPr>
          <w:p w14:paraId="0C6F4D60" w14:textId="77777777" w:rsidR="002D214A" w:rsidRDefault="002D214A" w:rsidP="00A60070"/>
        </w:tc>
        <w:tc>
          <w:tcPr>
            <w:tcW w:w="2684" w:type="dxa"/>
          </w:tcPr>
          <w:p w14:paraId="24F80EC1" w14:textId="77777777" w:rsidR="002D214A" w:rsidRDefault="002D214A" w:rsidP="00A60070">
            <w:r>
              <w:t>Average</w:t>
            </w:r>
          </w:p>
        </w:tc>
        <w:tc>
          <w:tcPr>
            <w:tcW w:w="1274" w:type="dxa"/>
          </w:tcPr>
          <w:p w14:paraId="5B5AD965" w14:textId="77777777" w:rsidR="002D214A" w:rsidRDefault="002D214A" w:rsidP="00A60070"/>
        </w:tc>
        <w:tc>
          <w:tcPr>
            <w:tcW w:w="1261" w:type="dxa"/>
          </w:tcPr>
          <w:p w14:paraId="4752D9BC" w14:textId="77777777" w:rsidR="002D214A" w:rsidRDefault="002D214A" w:rsidP="00A60070"/>
        </w:tc>
        <w:tc>
          <w:tcPr>
            <w:tcW w:w="1261" w:type="dxa"/>
          </w:tcPr>
          <w:p w14:paraId="5077E1F4" w14:textId="77777777" w:rsidR="002D214A" w:rsidRDefault="002D214A" w:rsidP="00A60070">
            <w:r>
              <w:t>2.27</w:t>
            </w:r>
          </w:p>
        </w:tc>
      </w:tr>
      <w:tr w:rsidR="002D214A" w14:paraId="28044036" w14:textId="77777777" w:rsidTr="00A60070">
        <w:tc>
          <w:tcPr>
            <w:tcW w:w="2376" w:type="dxa"/>
          </w:tcPr>
          <w:p w14:paraId="61DD1667" w14:textId="77777777" w:rsidR="002D214A" w:rsidRDefault="002D214A" w:rsidP="00A60070"/>
        </w:tc>
        <w:tc>
          <w:tcPr>
            <w:tcW w:w="2684" w:type="dxa"/>
          </w:tcPr>
          <w:p w14:paraId="79B15DBB" w14:textId="77777777" w:rsidR="002D214A" w:rsidRDefault="002D214A" w:rsidP="00A60070">
            <w:r>
              <w:t>Standard Deviation</w:t>
            </w:r>
          </w:p>
        </w:tc>
        <w:tc>
          <w:tcPr>
            <w:tcW w:w="1274" w:type="dxa"/>
          </w:tcPr>
          <w:p w14:paraId="2465D9DA" w14:textId="77777777" w:rsidR="002D214A" w:rsidRDefault="002D214A" w:rsidP="00A60070"/>
        </w:tc>
        <w:tc>
          <w:tcPr>
            <w:tcW w:w="1261" w:type="dxa"/>
          </w:tcPr>
          <w:p w14:paraId="7263510A" w14:textId="77777777" w:rsidR="002D214A" w:rsidRDefault="002D214A" w:rsidP="00A60070"/>
        </w:tc>
        <w:tc>
          <w:tcPr>
            <w:tcW w:w="1261" w:type="dxa"/>
          </w:tcPr>
          <w:p w14:paraId="6728EC75" w14:textId="77777777" w:rsidR="002D214A" w:rsidRDefault="002D214A" w:rsidP="00A60070">
            <w:r>
              <w:t>0.95</w:t>
            </w:r>
          </w:p>
        </w:tc>
      </w:tr>
      <w:tr w:rsidR="002D214A" w14:paraId="213CC4A8" w14:textId="77777777" w:rsidTr="00A60070">
        <w:tc>
          <w:tcPr>
            <w:tcW w:w="2376" w:type="dxa"/>
          </w:tcPr>
          <w:p w14:paraId="46202D2F" w14:textId="77777777" w:rsidR="002D214A" w:rsidRDefault="002D214A" w:rsidP="00A60070"/>
        </w:tc>
        <w:tc>
          <w:tcPr>
            <w:tcW w:w="2684" w:type="dxa"/>
          </w:tcPr>
          <w:p w14:paraId="5B724E8C" w14:textId="77777777" w:rsidR="002D214A" w:rsidRDefault="002D214A" w:rsidP="00A60070"/>
        </w:tc>
        <w:tc>
          <w:tcPr>
            <w:tcW w:w="1274" w:type="dxa"/>
          </w:tcPr>
          <w:p w14:paraId="4B3C2EF8" w14:textId="77777777" w:rsidR="002D214A" w:rsidRDefault="002D214A" w:rsidP="00A60070"/>
        </w:tc>
        <w:tc>
          <w:tcPr>
            <w:tcW w:w="1261" w:type="dxa"/>
          </w:tcPr>
          <w:p w14:paraId="5EE2BF53" w14:textId="77777777" w:rsidR="002D214A" w:rsidRDefault="002D214A" w:rsidP="00A60070"/>
        </w:tc>
        <w:tc>
          <w:tcPr>
            <w:tcW w:w="1261" w:type="dxa"/>
          </w:tcPr>
          <w:p w14:paraId="3BD2CE2F" w14:textId="77777777" w:rsidR="002D214A" w:rsidRDefault="002D214A" w:rsidP="00A60070"/>
        </w:tc>
      </w:tr>
      <w:tr w:rsidR="002D214A" w14:paraId="56BAFD2D" w14:textId="77777777" w:rsidTr="00A60070">
        <w:tc>
          <w:tcPr>
            <w:tcW w:w="2376" w:type="dxa"/>
          </w:tcPr>
          <w:p w14:paraId="335123DE" w14:textId="77777777" w:rsidR="002D214A" w:rsidRDefault="002D214A" w:rsidP="00A60070">
            <w:r>
              <w:t xml:space="preserve">The current draft of the new licensing regulations provides for a core curriculum </w:t>
            </w:r>
            <w:r>
              <w:lastRenderedPageBreak/>
              <w:t>(70%) and an individually selectable specialization (30%) at the faculties. How interested are/would you be in choosing a specialization that also includes more intensive coverage of radiotherapy? (n = 717)</w:t>
            </w:r>
          </w:p>
        </w:tc>
        <w:tc>
          <w:tcPr>
            <w:tcW w:w="2684" w:type="dxa"/>
          </w:tcPr>
          <w:p w14:paraId="4AD9D663" w14:textId="77777777" w:rsidR="002D214A" w:rsidRDefault="002D214A" w:rsidP="00A60070">
            <w:r>
              <w:lastRenderedPageBreak/>
              <w:t>Answer</w:t>
            </w:r>
          </w:p>
        </w:tc>
        <w:tc>
          <w:tcPr>
            <w:tcW w:w="1274" w:type="dxa"/>
          </w:tcPr>
          <w:p w14:paraId="22026C88" w14:textId="77777777" w:rsidR="002D214A" w:rsidRDefault="002D214A" w:rsidP="00A60070">
            <w:r>
              <w:t>Count</w:t>
            </w:r>
          </w:p>
        </w:tc>
        <w:tc>
          <w:tcPr>
            <w:tcW w:w="1261" w:type="dxa"/>
          </w:tcPr>
          <w:p w14:paraId="520A6BB5" w14:textId="77777777" w:rsidR="002D214A" w:rsidRDefault="002D214A" w:rsidP="00A60070">
            <w:r>
              <w:t>%</w:t>
            </w:r>
          </w:p>
        </w:tc>
        <w:tc>
          <w:tcPr>
            <w:tcW w:w="1261" w:type="dxa"/>
          </w:tcPr>
          <w:p w14:paraId="74D2D179" w14:textId="77777777" w:rsidR="002D214A" w:rsidRDefault="002D214A" w:rsidP="00A60070">
            <w:r>
              <w:t>Value</w:t>
            </w:r>
          </w:p>
        </w:tc>
      </w:tr>
      <w:tr w:rsidR="002D214A" w14:paraId="11A7F117" w14:textId="77777777" w:rsidTr="00A60070">
        <w:tc>
          <w:tcPr>
            <w:tcW w:w="2376" w:type="dxa"/>
          </w:tcPr>
          <w:p w14:paraId="5E8F88AE" w14:textId="77777777" w:rsidR="002D214A" w:rsidRDefault="002D214A" w:rsidP="00A60070"/>
        </w:tc>
        <w:tc>
          <w:tcPr>
            <w:tcW w:w="2684" w:type="dxa"/>
          </w:tcPr>
          <w:p w14:paraId="437B532D" w14:textId="77777777" w:rsidR="002D214A" w:rsidRDefault="002D214A" w:rsidP="00A60070">
            <w:r>
              <w:t>very large</w:t>
            </w:r>
          </w:p>
        </w:tc>
        <w:tc>
          <w:tcPr>
            <w:tcW w:w="1274" w:type="dxa"/>
          </w:tcPr>
          <w:p w14:paraId="6D32C8A0" w14:textId="77777777" w:rsidR="002D214A" w:rsidRDefault="002D214A" w:rsidP="00A60070">
            <w:r>
              <w:t>46</w:t>
            </w:r>
          </w:p>
        </w:tc>
        <w:tc>
          <w:tcPr>
            <w:tcW w:w="1261" w:type="dxa"/>
          </w:tcPr>
          <w:p w14:paraId="504795D0" w14:textId="77777777" w:rsidR="002D214A" w:rsidRDefault="002D214A" w:rsidP="00A60070">
            <w:r>
              <w:t>6.42</w:t>
            </w:r>
          </w:p>
        </w:tc>
        <w:tc>
          <w:tcPr>
            <w:tcW w:w="1261" w:type="dxa"/>
          </w:tcPr>
          <w:p w14:paraId="654B37C8" w14:textId="77777777" w:rsidR="002D214A" w:rsidRDefault="002D214A" w:rsidP="00A60070">
            <w:r>
              <w:t>1</w:t>
            </w:r>
          </w:p>
        </w:tc>
      </w:tr>
      <w:tr w:rsidR="002D214A" w14:paraId="00EF3CE9" w14:textId="77777777" w:rsidTr="00A60070">
        <w:tc>
          <w:tcPr>
            <w:tcW w:w="2376" w:type="dxa"/>
          </w:tcPr>
          <w:p w14:paraId="72D8B560" w14:textId="77777777" w:rsidR="002D214A" w:rsidRDefault="002D214A" w:rsidP="00A60070"/>
        </w:tc>
        <w:tc>
          <w:tcPr>
            <w:tcW w:w="2684" w:type="dxa"/>
          </w:tcPr>
          <w:p w14:paraId="7EB322A6" w14:textId="77777777" w:rsidR="002D214A" w:rsidRDefault="002D214A" w:rsidP="00A60070">
            <w:r>
              <w:t>large</w:t>
            </w:r>
          </w:p>
        </w:tc>
        <w:tc>
          <w:tcPr>
            <w:tcW w:w="1274" w:type="dxa"/>
          </w:tcPr>
          <w:p w14:paraId="39454765" w14:textId="77777777" w:rsidR="002D214A" w:rsidRDefault="002D214A" w:rsidP="00A60070">
            <w:r>
              <w:t>176</w:t>
            </w:r>
          </w:p>
        </w:tc>
        <w:tc>
          <w:tcPr>
            <w:tcW w:w="1261" w:type="dxa"/>
          </w:tcPr>
          <w:p w14:paraId="31D0C8BB" w14:textId="77777777" w:rsidR="002D214A" w:rsidRDefault="002D214A" w:rsidP="00A60070">
            <w:r>
              <w:t>24.55</w:t>
            </w:r>
          </w:p>
        </w:tc>
        <w:tc>
          <w:tcPr>
            <w:tcW w:w="1261" w:type="dxa"/>
          </w:tcPr>
          <w:p w14:paraId="31B17C03" w14:textId="77777777" w:rsidR="002D214A" w:rsidRDefault="002D214A" w:rsidP="00A60070">
            <w:r>
              <w:t>2</w:t>
            </w:r>
          </w:p>
        </w:tc>
      </w:tr>
      <w:tr w:rsidR="002D214A" w14:paraId="45FDED26" w14:textId="77777777" w:rsidTr="00A60070">
        <w:tc>
          <w:tcPr>
            <w:tcW w:w="2376" w:type="dxa"/>
          </w:tcPr>
          <w:p w14:paraId="7500647F" w14:textId="77777777" w:rsidR="002D214A" w:rsidRDefault="002D214A" w:rsidP="00A60070"/>
        </w:tc>
        <w:tc>
          <w:tcPr>
            <w:tcW w:w="2684" w:type="dxa"/>
          </w:tcPr>
          <w:p w14:paraId="2B1C62A3" w14:textId="77777777" w:rsidR="002D214A" w:rsidRDefault="002D214A" w:rsidP="00A60070">
            <w:r>
              <w:t>mediocre</w:t>
            </w:r>
          </w:p>
        </w:tc>
        <w:tc>
          <w:tcPr>
            <w:tcW w:w="1274" w:type="dxa"/>
          </w:tcPr>
          <w:p w14:paraId="7B00C806" w14:textId="77777777" w:rsidR="002D214A" w:rsidRDefault="002D214A" w:rsidP="00A60070">
            <w:r>
              <w:t>309</w:t>
            </w:r>
          </w:p>
        </w:tc>
        <w:tc>
          <w:tcPr>
            <w:tcW w:w="1261" w:type="dxa"/>
          </w:tcPr>
          <w:p w14:paraId="680692F3" w14:textId="77777777" w:rsidR="002D214A" w:rsidRDefault="002D214A" w:rsidP="00A60070">
            <w:r>
              <w:t>43.1</w:t>
            </w:r>
          </w:p>
        </w:tc>
        <w:tc>
          <w:tcPr>
            <w:tcW w:w="1261" w:type="dxa"/>
          </w:tcPr>
          <w:p w14:paraId="5F406F62" w14:textId="77777777" w:rsidR="002D214A" w:rsidRDefault="002D214A" w:rsidP="00A60070">
            <w:r>
              <w:t>3</w:t>
            </w:r>
          </w:p>
        </w:tc>
      </w:tr>
      <w:tr w:rsidR="002D214A" w14:paraId="7CC82B9D" w14:textId="77777777" w:rsidTr="00A60070">
        <w:tc>
          <w:tcPr>
            <w:tcW w:w="2376" w:type="dxa"/>
          </w:tcPr>
          <w:p w14:paraId="397FAFE2" w14:textId="77777777" w:rsidR="002D214A" w:rsidRDefault="002D214A" w:rsidP="00A60070"/>
        </w:tc>
        <w:tc>
          <w:tcPr>
            <w:tcW w:w="2684" w:type="dxa"/>
          </w:tcPr>
          <w:p w14:paraId="728B4C36" w14:textId="77777777" w:rsidR="002D214A" w:rsidRDefault="002D214A" w:rsidP="00A60070">
            <w:r>
              <w:t>small amount</w:t>
            </w:r>
          </w:p>
        </w:tc>
        <w:tc>
          <w:tcPr>
            <w:tcW w:w="1274" w:type="dxa"/>
          </w:tcPr>
          <w:p w14:paraId="64F7AF06" w14:textId="77777777" w:rsidR="002D214A" w:rsidRDefault="002D214A" w:rsidP="00A60070">
            <w:r>
              <w:t>130</w:t>
            </w:r>
          </w:p>
        </w:tc>
        <w:tc>
          <w:tcPr>
            <w:tcW w:w="1261" w:type="dxa"/>
          </w:tcPr>
          <w:p w14:paraId="0D025951" w14:textId="77777777" w:rsidR="002D214A" w:rsidRDefault="002D214A" w:rsidP="00A60070">
            <w:r>
              <w:t>18.13</w:t>
            </w:r>
          </w:p>
        </w:tc>
        <w:tc>
          <w:tcPr>
            <w:tcW w:w="1261" w:type="dxa"/>
          </w:tcPr>
          <w:p w14:paraId="2E292DA0" w14:textId="77777777" w:rsidR="002D214A" w:rsidRDefault="002D214A" w:rsidP="00A60070">
            <w:r>
              <w:t>4</w:t>
            </w:r>
          </w:p>
        </w:tc>
      </w:tr>
      <w:tr w:rsidR="002D214A" w14:paraId="08C59997" w14:textId="77777777" w:rsidTr="00A60070">
        <w:tc>
          <w:tcPr>
            <w:tcW w:w="2376" w:type="dxa"/>
          </w:tcPr>
          <w:p w14:paraId="263E13BB" w14:textId="77777777" w:rsidR="002D214A" w:rsidRDefault="002D214A" w:rsidP="00A60070"/>
        </w:tc>
        <w:tc>
          <w:tcPr>
            <w:tcW w:w="2684" w:type="dxa"/>
          </w:tcPr>
          <w:p w14:paraId="3687C3C7" w14:textId="77777777" w:rsidR="002D214A" w:rsidRDefault="002D214A" w:rsidP="00A60070">
            <w:r>
              <w:t>very low</w:t>
            </w:r>
          </w:p>
        </w:tc>
        <w:tc>
          <w:tcPr>
            <w:tcW w:w="1274" w:type="dxa"/>
          </w:tcPr>
          <w:p w14:paraId="116E70C7" w14:textId="77777777" w:rsidR="002D214A" w:rsidRDefault="002D214A" w:rsidP="00A60070">
            <w:r>
              <w:t>56</w:t>
            </w:r>
          </w:p>
        </w:tc>
        <w:tc>
          <w:tcPr>
            <w:tcW w:w="1261" w:type="dxa"/>
          </w:tcPr>
          <w:p w14:paraId="54E940B5" w14:textId="77777777" w:rsidR="002D214A" w:rsidRDefault="002D214A" w:rsidP="00A60070">
            <w:r>
              <w:t>7.81</w:t>
            </w:r>
          </w:p>
        </w:tc>
        <w:tc>
          <w:tcPr>
            <w:tcW w:w="1261" w:type="dxa"/>
          </w:tcPr>
          <w:p w14:paraId="1364455C" w14:textId="77777777" w:rsidR="002D214A" w:rsidRDefault="002D214A" w:rsidP="00A60070">
            <w:r>
              <w:t>5</w:t>
            </w:r>
          </w:p>
        </w:tc>
      </w:tr>
      <w:tr w:rsidR="002D214A" w14:paraId="0B8BDBCE" w14:textId="77777777" w:rsidTr="00A60070">
        <w:tc>
          <w:tcPr>
            <w:tcW w:w="2376" w:type="dxa"/>
          </w:tcPr>
          <w:p w14:paraId="1FA1EE0E" w14:textId="77777777" w:rsidR="002D214A" w:rsidRDefault="002D214A" w:rsidP="00A60070"/>
        </w:tc>
        <w:tc>
          <w:tcPr>
            <w:tcW w:w="2684" w:type="dxa"/>
          </w:tcPr>
          <w:p w14:paraId="22364B68" w14:textId="77777777" w:rsidR="002D214A" w:rsidRDefault="002D214A" w:rsidP="00A60070"/>
        </w:tc>
        <w:tc>
          <w:tcPr>
            <w:tcW w:w="1274" w:type="dxa"/>
          </w:tcPr>
          <w:p w14:paraId="17F790BA" w14:textId="77777777" w:rsidR="002D214A" w:rsidRDefault="002D214A" w:rsidP="00A60070"/>
        </w:tc>
        <w:tc>
          <w:tcPr>
            <w:tcW w:w="1261" w:type="dxa"/>
          </w:tcPr>
          <w:p w14:paraId="0F77EF0A" w14:textId="77777777" w:rsidR="002D214A" w:rsidRDefault="002D214A" w:rsidP="00A60070"/>
        </w:tc>
        <w:tc>
          <w:tcPr>
            <w:tcW w:w="1261" w:type="dxa"/>
          </w:tcPr>
          <w:p w14:paraId="071A0058" w14:textId="77777777" w:rsidR="002D214A" w:rsidRDefault="002D214A" w:rsidP="00A60070"/>
        </w:tc>
      </w:tr>
      <w:tr w:rsidR="002D214A" w14:paraId="6D3E4E9F" w14:textId="77777777" w:rsidTr="00A60070">
        <w:tc>
          <w:tcPr>
            <w:tcW w:w="2376" w:type="dxa"/>
          </w:tcPr>
          <w:p w14:paraId="0F7C2B48" w14:textId="77777777" w:rsidR="002D214A" w:rsidRDefault="002D214A" w:rsidP="00A60070"/>
        </w:tc>
        <w:tc>
          <w:tcPr>
            <w:tcW w:w="2684" w:type="dxa"/>
          </w:tcPr>
          <w:p w14:paraId="29951A89" w14:textId="77777777" w:rsidR="002D214A" w:rsidRDefault="002D214A" w:rsidP="00A60070">
            <w:r>
              <w:t>Average</w:t>
            </w:r>
          </w:p>
        </w:tc>
        <w:tc>
          <w:tcPr>
            <w:tcW w:w="1274" w:type="dxa"/>
          </w:tcPr>
          <w:p w14:paraId="5827C825" w14:textId="77777777" w:rsidR="002D214A" w:rsidRDefault="002D214A" w:rsidP="00A60070"/>
        </w:tc>
        <w:tc>
          <w:tcPr>
            <w:tcW w:w="1261" w:type="dxa"/>
          </w:tcPr>
          <w:p w14:paraId="09360D22" w14:textId="77777777" w:rsidR="002D214A" w:rsidRDefault="002D214A" w:rsidP="00A60070"/>
        </w:tc>
        <w:tc>
          <w:tcPr>
            <w:tcW w:w="1261" w:type="dxa"/>
          </w:tcPr>
          <w:p w14:paraId="79A29515" w14:textId="77777777" w:rsidR="002D214A" w:rsidRDefault="002D214A" w:rsidP="00A60070">
            <w:r>
              <w:t>2.96</w:t>
            </w:r>
          </w:p>
        </w:tc>
      </w:tr>
      <w:tr w:rsidR="002D214A" w14:paraId="48932D63" w14:textId="77777777" w:rsidTr="00A60070">
        <w:tc>
          <w:tcPr>
            <w:tcW w:w="2376" w:type="dxa"/>
          </w:tcPr>
          <w:p w14:paraId="0A5B1DAE" w14:textId="77777777" w:rsidR="002D214A" w:rsidRDefault="002D214A" w:rsidP="00A60070"/>
        </w:tc>
        <w:tc>
          <w:tcPr>
            <w:tcW w:w="2684" w:type="dxa"/>
          </w:tcPr>
          <w:p w14:paraId="648E4FAF" w14:textId="77777777" w:rsidR="002D214A" w:rsidRDefault="002D214A" w:rsidP="00A60070">
            <w:r>
              <w:t>Standard Deviation</w:t>
            </w:r>
          </w:p>
        </w:tc>
        <w:tc>
          <w:tcPr>
            <w:tcW w:w="1274" w:type="dxa"/>
          </w:tcPr>
          <w:p w14:paraId="4293E49C" w14:textId="77777777" w:rsidR="002D214A" w:rsidRDefault="002D214A" w:rsidP="00A60070"/>
        </w:tc>
        <w:tc>
          <w:tcPr>
            <w:tcW w:w="1261" w:type="dxa"/>
          </w:tcPr>
          <w:p w14:paraId="3EB60E10" w14:textId="77777777" w:rsidR="002D214A" w:rsidRDefault="002D214A" w:rsidP="00A60070"/>
        </w:tc>
        <w:tc>
          <w:tcPr>
            <w:tcW w:w="1261" w:type="dxa"/>
          </w:tcPr>
          <w:p w14:paraId="69464A09" w14:textId="77777777" w:rsidR="002D214A" w:rsidRDefault="002D214A" w:rsidP="00A60070">
            <w:r>
              <w:t>1</w:t>
            </w:r>
          </w:p>
        </w:tc>
      </w:tr>
      <w:tr w:rsidR="002D214A" w14:paraId="51260A06" w14:textId="77777777" w:rsidTr="00A60070">
        <w:tc>
          <w:tcPr>
            <w:tcW w:w="2376" w:type="dxa"/>
          </w:tcPr>
          <w:p w14:paraId="5140FAF1" w14:textId="77777777" w:rsidR="002D214A" w:rsidRDefault="002D214A" w:rsidP="00A60070"/>
        </w:tc>
        <w:tc>
          <w:tcPr>
            <w:tcW w:w="2684" w:type="dxa"/>
          </w:tcPr>
          <w:p w14:paraId="44E7D06F" w14:textId="77777777" w:rsidR="002D214A" w:rsidRDefault="002D214A" w:rsidP="00A60070"/>
        </w:tc>
        <w:tc>
          <w:tcPr>
            <w:tcW w:w="1274" w:type="dxa"/>
          </w:tcPr>
          <w:p w14:paraId="0C3406D9" w14:textId="77777777" w:rsidR="002D214A" w:rsidRDefault="002D214A" w:rsidP="00A60070"/>
        </w:tc>
        <w:tc>
          <w:tcPr>
            <w:tcW w:w="1261" w:type="dxa"/>
          </w:tcPr>
          <w:p w14:paraId="42F7621D" w14:textId="77777777" w:rsidR="002D214A" w:rsidRDefault="002D214A" w:rsidP="00A60070"/>
        </w:tc>
        <w:tc>
          <w:tcPr>
            <w:tcW w:w="1261" w:type="dxa"/>
          </w:tcPr>
          <w:p w14:paraId="277BBD9D" w14:textId="77777777" w:rsidR="002D214A" w:rsidRDefault="002D214A" w:rsidP="00A60070"/>
        </w:tc>
      </w:tr>
      <w:tr w:rsidR="002D214A" w14:paraId="18197F6F" w14:textId="77777777" w:rsidTr="00A60070">
        <w:tc>
          <w:tcPr>
            <w:tcW w:w="2376" w:type="dxa"/>
          </w:tcPr>
          <w:p w14:paraId="3B5B67CA" w14:textId="77777777" w:rsidR="002D214A" w:rsidRDefault="002D214A" w:rsidP="00A60070">
            <w:r>
              <w:t>Radiotherapy is particularly important for physicians in their role as… (multiple choices possible) (n = 710)</w:t>
            </w:r>
          </w:p>
        </w:tc>
        <w:tc>
          <w:tcPr>
            <w:tcW w:w="2684" w:type="dxa"/>
          </w:tcPr>
          <w:p w14:paraId="3CA98188" w14:textId="77777777" w:rsidR="002D214A" w:rsidRDefault="002D214A" w:rsidP="00A60070">
            <w:r>
              <w:t>Answer</w:t>
            </w:r>
          </w:p>
        </w:tc>
        <w:tc>
          <w:tcPr>
            <w:tcW w:w="1274" w:type="dxa"/>
          </w:tcPr>
          <w:p w14:paraId="4DDB0D61" w14:textId="77777777" w:rsidR="002D214A" w:rsidRDefault="002D214A" w:rsidP="00A60070">
            <w:r>
              <w:t>Count</w:t>
            </w:r>
          </w:p>
        </w:tc>
        <w:tc>
          <w:tcPr>
            <w:tcW w:w="1261" w:type="dxa"/>
          </w:tcPr>
          <w:p w14:paraId="679D2D4F" w14:textId="77777777" w:rsidR="002D214A" w:rsidRDefault="002D214A" w:rsidP="00A60070">
            <w:r>
              <w:t>%</w:t>
            </w:r>
          </w:p>
        </w:tc>
        <w:tc>
          <w:tcPr>
            <w:tcW w:w="1261" w:type="dxa"/>
          </w:tcPr>
          <w:p w14:paraId="13E01F32" w14:textId="77777777" w:rsidR="002D214A" w:rsidRDefault="002D214A" w:rsidP="00A60070"/>
        </w:tc>
      </w:tr>
      <w:tr w:rsidR="002D214A" w14:paraId="39F4C281" w14:textId="77777777" w:rsidTr="00A60070">
        <w:tc>
          <w:tcPr>
            <w:tcW w:w="2376" w:type="dxa"/>
          </w:tcPr>
          <w:p w14:paraId="253A76A1" w14:textId="77777777" w:rsidR="002D214A" w:rsidRDefault="002D214A" w:rsidP="00A60070"/>
        </w:tc>
        <w:tc>
          <w:tcPr>
            <w:tcW w:w="2684" w:type="dxa"/>
          </w:tcPr>
          <w:p w14:paraId="4EE5C5E5" w14:textId="77777777" w:rsidR="002D214A" w:rsidRDefault="002D214A" w:rsidP="00A60070">
            <w:r>
              <w:t>Medical expert</w:t>
            </w:r>
          </w:p>
        </w:tc>
        <w:tc>
          <w:tcPr>
            <w:tcW w:w="1274" w:type="dxa"/>
          </w:tcPr>
          <w:p w14:paraId="5FE5C000" w14:textId="77777777" w:rsidR="002D214A" w:rsidRDefault="002D214A" w:rsidP="00A60070">
            <w:r>
              <w:t>576</w:t>
            </w:r>
          </w:p>
        </w:tc>
        <w:tc>
          <w:tcPr>
            <w:tcW w:w="1261" w:type="dxa"/>
          </w:tcPr>
          <w:p w14:paraId="0C03A9BA" w14:textId="77777777" w:rsidR="002D214A" w:rsidRDefault="002D214A" w:rsidP="00A60070">
            <w:r>
              <w:t>81.13</w:t>
            </w:r>
          </w:p>
        </w:tc>
        <w:tc>
          <w:tcPr>
            <w:tcW w:w="1261" w:type="dxa"/>
          </w:tcPr>
          <w:p w14:paraId="0393035D" w14:textId="77777777" w:rsidR="002D214A" w:rsidRDefault="002D214A" w:rsidP="00A60070"/>
        </w:tc>
      </w:tr>
      <w:tr w:rsidR="002D214A" w14:paraId="3B158A0F" w14:textId="77777777" w:rsidTr="00A60070">
        <w:tc>
          <w:tcPr>
            <w:tcW w:w="2376" w:type="dxa"/>
          </w:tcPr>
          <w:p w14:paraId="7DD69FC8" w14:textId="77777777" w:rsidR="002D214A" w:rsidRDefault="002D214A" w:rsidP="00A60070"/>
        </w:tc>
        <w:tc>
          <w:tcPr>
            <w:tcW w:w="2684" w:type="dxa"/>
          </w:tcPr>
          <w:p w14:paraId="2DBCC274" w14:textId="77777777" w:rsidR="002D214A" w:rsidRDefault="002D214A" w:rsidP="00A60070">
            <w:r>
              <w:t>scholar</w:t>
            </w:r>
            <w:r>
              <w:br/>
            </w:r>
          </w:p>
        </w:tc>
        <w:tc>
          <w:tcPr>
            <w:tcW w:w="1274" w:type="dxa"/>
          </w:tcPr>
          <w:p w14:paraId="3D7CAD4A" w14:textId="77777777" w:rsidR="002D214A" w:rsidRDefault="002D214A" w:rsidP="00A60070">
            <w:r>
              <w:t>138</w:t>
            </w:r>
          </w:p>
        </w:tc>
        <w:tc>
          <w:tcPr>
            <w:tcW w:w="1261" w:type="dxa"/>
          </w:tcPr>
          <w:p w14:paraId="7310BEDB" w14:textId="77777777" w:rsidR="002D214A" w:rsidRDefault="002D214A" w:rsidP="00A60070">
            <w:r>
              <w:t>19.44</w:t>
            </w:r>
          </w:p>
        </w:tc>
        <w:tc>
          <w:tcPr>
            <w:tcW w:w="1261" w:type="dxa"/>
          </w:tcPr>
          <w:p w14:paraId="6476C2A1" w14:textId="77777777" w:rsidR="002D214A" w:rsidRDefault="002D214A" w:rsidP="00A60070"/>
        </w:tc>
      </w:tr>
      <w:tr w:rsidR="002D214A" w14:paraId="09222507" w14:textId="77777777" w:rsidTr="00A60070">
        <w:tc>
          <w:tcPr>
            <w:tcW w:w="2376" w:type="dxa"/>
          </w:tcPr>
          <w:p w14:paraId="445E26AF" w14:textId="77777777" w:rsidR="002D214A" w:rsidRDefault="002D214A" w:rsidP="00A60070"/>
        </w:tc>
        <w:tc>
          <w:tcPr>
            <w:tcW w:w="2684" w:type="dxa"/>
          </w:tcPr>
          <w:p w14:paraId="6AFEDB1E" w14:textId="77777777" w:rsidR="002D214A" w:rsidRDefault="002D214A" w:rsidP="00A60070">
            <w:r>
              <w:t>Communicator</w:t>
            </w:r>
          </w:p>
        </w:tc>
        <w:tc>
          <w:tcPr>
            <w:tcW w:w="1274" w:type="dxa"/>
          </w:tcPr>
          <w:p w14:paraId="4E28FC0B" w14:textId="77777777" w:rsidR="002D214A" w:rsidRDefault="002D214A" w:rsidP="00A60070">
            <w:r>
              <w:t>269</w:t>
            </w:r>
          </w:p>
        </w:tc>
        <w:tc>
          <w:tcPr>
            <w:tcW w:w="1261" w:type="dxa"/>
          </w:tcPr>
          <w:p w14:paraId="155A0C70" w14:textId="77777777" w:rsidR="002D214A" w:rsidRDefault="002D214A" w:rsidP="00A60070">
            <w:r>
              <w:t>37.89</w:t>
            </w:r>
          </w:p>
        </w:tc>
        <w:tc>
          <w:tcPr>
            <w:tcW w:w="1261" w:type="dxa"/>
          </w:tcPr>
          <w:p w14:paraId="3A9BE161" w14:textId="77777777" w:rsidR="002D214A" w:rsidRDefault="002D214A" w:rsidP="00A60070"/>
        </w:tc>
      </w:tr>
      <w:tr w:rsidR="002D214A" w14:paraId="1188AEA4" w14:textId="77777777" w:rsidTr="00A60070">
        <w:tc>
          <w:tcPr>
            <w:tcW w:w="2376" w:type="dxa"/>
          </w:tcPr>
          <w:p w14:paraId="7DF32866" w14:textId="77777777" w:rsidR="002D214A" w:rsidRDefault="002D214A" w:rsidP="00A60070"/>
        </w:tc>
        <w:tc>
          <w:tcPr>
            <w:tcW w:w="2684" w:type="dxa"/>
          </w:tcPr>
          <w:p w14:paraId="7461CD5C" w14:textId="77777777" w:rsidR="002D214A" w:rsidRDefault="002D214A" w:rsidP="00A60070">
            <w:r>
              <w:t>member of a team</w:t>
            </w:r>
            <w:r>
              <w:br/>
            </w:r>
          </w:p>
        </w:tc>
        <w:tc>
          <w:tcPr>
            <w:tcW w:w="1274" w:type="dxa"/>
          </w:tcPr>
          <w:p w14:paraId="67102972" w14:textId="77777777" w:rsidR="002D214A" w:rsidRDefault="002D214A" w:rsidP="00A60070">
            <w:r>
              <w:t>479</w:t>
            </w:r>
          </w:p>
        </w:tc>
        <w:tc>
          <w:tcPr>
            <w:tcW w:w="1261" w:type="dxa"/>
          </w:tcPr>
          <w:p w14:paraId="7212F153" w14:textId="77777777" w:rsidR="002D214A" w:rsidRDefault="002D214A" w:rsidP="00A60070">
            <w:r>
              <w:t>67.46</w:t>
            </w:r>
          </w:p>
        </w:tc>
        <w:tc>
          <w:tcPr>
            <w:tcW w:w="1261" w:type="dxa"/>
          </w:tcPr>
          <w:p w14:paraId="5BC0E11B" w14:textId="77777777" w:rsidR="002D214A" w:rsidRDefault="002D214A" w:rsidP="00A60070"/>
        </w:tc>
      </w:tr>
      <w:tr w:rsidR="002D214A" w14:paraId="1B87E32C" w14:textId="77777777" w:rsidTr="00A60070">
        <w:tc>
          <w:tcPr>
            <w:tcW w:w="2376" w:type="dxa"/>
          </w:tcPr>
          <w:p w14:paraId="43A07749" w14:textId="77777777" w:rsidR="002D214A" w:rsidRDefault="002D214A" w:rsidP="00A60070"/>
        </w:tc>
        <w:tc>
          <w:tcPr>
            <w:tcW w:w="2684" w:type="dxa"/>
          </w:tcPr>
          <w:p w14:paraId="7E0CFDB6" w14:textId="77777777" w:rsidR="002D214A" w:rsidRDefault="002D214A" w:rsidP="00A60070">
            <w:r>
              <w:t>Health Advisor &amp; Advocate</w:t>
            </w:r>
          </w:p>
        </w:tc>
        <w:tc>
          <w:tcPr>
            <w:tcW w:w="1274" w:type="dxa"/>
          </w:tcPr>
          <w:p w14:paraId="536E3949" w14:textId="77777777" w:rsidR="002D214A" w:rsidRDefault="002D214A" w:rsidP="00A60070">
            <w:r>
              <w:t>278</w:t>
            </w:r>
          </w:p>
        </w:tc>
        <w:tc>
          <w:tcPr>
            <w:tcW w:w="1261" w:type="dxa"/>
          </w:tcPr>
          <w:p w14:paraId="46987D43" w14:textId="77777777" w:rsidR="002D214A" w:rsidRDefault="002D214A" w:rsidP="00A60070">
            <w:r>
              <w:t>39.15</w:t>
            </w:r>
          </w:p>
        </w:tc>
        <w:tc>
          <w:tcPr>
            <w:tcW w:w="1261" w:type="dxa"/>
          </w:tcPr>
          <w:p w14:paraId="630A41B7" w14:textId="77777777" w:rsidR="002D214A" w:rsidRDefault="002D214A" w:rsidP="00A60070"/>
        </w:tc>
      </w:tr>
      <w:tr w:rsidR="002D214A" w14:paraId="403B5AF2" w14:textId="77777777" w:rsidTr="00A60070">
        <w:tc>
          <w:tcPr>
            <w:tcW w:w="2376" w:type="dxa"/>
          </w:tcPr>
          <w:p w14:paraId="4722D2B8" w14:textId="77777777" w:rsidR="002D214A" w:rsidRDefault="002D214A" w:rsidP="00A60070"/>
        </w:tc>
        <w:tc>
          <w:tcPr>
            <w:tcW w:w="2684" w:type="dxa"/>
          </w:tcPr>
          <w:p w14:paraId="1DFABE7A" w14:textId="77777777" w:rsidR="002D214A" w:rsidRDefault="002D214A" w:rsidP="00A60070">
            <w:r>
              <w:t>Responsible person &amp; manager</w:t>
            </w:r>
          </w:p>
        </w:tc>
        <w:tc>
          <w:tcPr>
            <w:tcW w:w="1274" w:type="dxa"/>
          </w:tcPr>
          <w:p w14:paraId="376A1BCC" w14:textId="77777777" w:rsidR="002D214A" w:rsidRDefault="002D214A" w:rsidP="00A60070">
            <w:r>
              <w:t>232</w:t>
            </w:r>
          </w:p>
        </w:tc>
        <w:tc>
          <w:tcPr>
            <w:tcW w:w="1261" w:type="dxa"/>
          </w:tcPr>
          <w:p w14:paraId="7CB933E7" w14:textId="77777777" w:rsidR="002D214A" w:rsidRDefault="002D214A" w:rsidP="00A60070">
            <w:r>
              <w:t>32.68</w:t>
            </w:r>
          </w:p>
        </w:tc>
        <w:tc>
          <w:tcPr>
            <w:tcW w:w="1261" w:type="dxa"/>
          </w:tcPr>
          <w:p w14:paraId="68091A1B" w14:textId="77777777" w:rsidR="002D214A" w:rsidRDefault="002D214A" w:rsidP="00A60070"/>
        </w:tc>
      </w:tr>
      <w:tr w:rsidR="002D214A" w14:paraId="21A47E68" w14:textId="77777777" w:rsidTr="00A60070">
        <w:tc>
          <w:tcPr>
            <w:tcW w:w="2376" w:type="dxa"/>
          </w:tcPr>
          <w:p w14:paraId="401CC749" w14:textId="77777777" w:rsidR="002D214A" w:rsidRDefault="002D214A" w:rsidP="00A60070"/>
        </w:tc>
        <w:tc>
          <w:tcPr>
            <w:tcW w:w="2684" w:type="dxa"/>
          </w:tcPr>
          <w:p w14:paraId="2B161F67" w14:textId="77777777" w:rsidR="002D214A" w:rsidRDefault="002D214A" w:rsidP="00A60070">
            <w:r>
              <w:t>Professionally acting person</w:t>
            </w:r>
          </w:p>
        </w:tc>
        <w:tc>
          <w:tcPr>
            <w:tcW w:w="1274" w:type="dxa"/>
          </w:tcPr>
          <w:p w14:paraId="0ABF6AC5" w14:textId="77777777" w:rsidR="002D214A" w:rsidRDefault="002D214A" w:rsidP="00A60070">
            <w:r>
              <w:t>355</w:t>
            </w:r>
          </w:p>
        </w:tc>
        <w:tc>
          <w:tcPr>
            <w:tcW w:w="1261" w:type="dxa"/>
          </w:tcPr>
          <w:p w14:paraId="6C6FAB74" w14:textId="77777777" w:rsidR="002D214A" w:rsidRDefault="002D214A" w:rsidP="00A60070">
            <w:r>
              <w:t>50</w:t>
            </w:r>
          </w:p>
        </w:tc>
        <w:tc>
          <w:tcPr>
            <w:tcW w:w="1261" w:type="dxa"/>
          </w:tcPr>
          <w:p w14:paraId="13118192" w14:textId="77777777" w:rsidR="002D214A" w:rsidRDefault="002D214A" w:rsidP="00A60070"/>
        </w:tc>
      </w:tr>
      <w:tr w:rsidR="002D214A" w14:paraId="6CA55892" w14:textId="77777777" w:rsidTr="00A60070">
        <w:tc>
          <w:tcPr>
            <w:tcW w:w="2376" w:type="dxa"/>
          </w:tcPr>
          <w:p w14:paraId="3E921062" w14:textId="77777777" w:rsidR="002D214A" w:rsidRDefault="002D214A" w:rsidP="00A60070"/>
        </w:tc>
        <w:tc>
          <w:tcPr>
            <w:tcW w:w="2684" w:type="dxa"/>
          </w:tcPr>
          <w:p w14:paraId="048B46B6" w14:textId="77777777" w:rsidR="002D214A" w:rsidRDefault="002D214A" w:rsidP="00A60070"/>
        </w:tc>
        <w:tc>
          <w:tcPr>
            <w:tcW w:w="1274" w:type="dxa"/>
          </w:tcPr>
          <w:p w14:paraId="6E24760D" w14:textId="77777777" w:rsidR="002D214A" w:rsidRDefault="002D214A" w:rsidP="00A60070"/>
        </w:tc>
        <w:tc>
          <w:tcPr>
            <w:tcW w:w="1261" w:type="dxa"/>
          </w:tcPr>
          <w:p w14:paraId="07D1CAEF" w14:textId="77777777" w:rsidR="002D214A" w:rsidRDefault="002D214A" w:rsidP="00A60070"/>
        </w:tc>
        <w:tc>
          <w:tcPr>
            <w:tcW w:w="1261" w:type="dxa"/>
          </w:tcPr>
          <w:p w14:paraId="1662F031" w14:textId="77777777" w:rsidR="002D214A" w:rsidRDefault="002D214A" w:rsidP="00A60070"/>
        </w:tc>
      </w:tr>
      <w:tr w:rsidR="002D214A" w14:paraId="6B54D5F0" w14:textId="77777777" w:rsidTr="00A60070">
        <w:tc>
          <w:tcPr>
            <w:tcW w:w="2376" w:type="dxa"/>
          </w:tcPr>
          <w:p w14:paraId="1E43D1E7" w14:textId="77777777" w:rsidR="002D214A" w:rsidRDefault="002D214A" w:rsidP="00A60070">
            <w:r>
              <w:t>Radiation therapy is a field I could fundamentally imagine working in. (n = 715)</w:t>
            </w:r>
          </w:p>
        </w:tc>
        <w:tc>
          <w:tcPr>
            <w:tcW w:w="2684" w:type="dxa"/>
          </w:tcPr>
          <w:p w14:paraId="2AD83DF2" w14:textId="77777777" w:rsidR="002D214A" w:rsidRDefault="002D214A" w:rsidP="00A60070">
            <w:r>
              <w:t>Answer</w:t>
            </w:r>
          </w:p>
        </w:tc>
        <w:tc>
          <w:tcPr>
            <w:tcW w:w="1274" w:type="dxa"/>
          </w:tcPr>
          <w:p w14:paraId="44CD3B24" w14:textId="77777777" w:rsidR="002D214A" w:rsidRDefault="002D214A" w:rsidP="00A60070">
            <w:r>
              <w:t>Count</w:t>
            </w:r>
          </w:p>
        </w:tc>
        <w:tc>
          <w:tcPr>
            <w:tcW w:w="1261" w:type="dxa"/>
          </w:tcPr>
          <w:p w14:paraId="10629FD5" w14:textId="77777777" w:rsidR="002D214A" w:rsidRDefault="002D214A" w:rsidP="00A60070">
            <w:r>
              <w:t>%</w:t>
            </w:r>
          </w:p>
        </w:tc>
        <w:tc>
          <w:tcPr>
            <w:tcW w:w="1261" w:type="dxa"/>
          </w:tcPr>
          <w:p w14:paraId="329A7A5B" w14:textId="77777777" w:rsidR="002D214A" w:rsidRDefault="002D214A" w:rsidP="00A60070">
            <w:r>
              <w:t>Value</w:t>
            </w:r>
          </w:p>
        </w:tc>
      </w:tr>
      <w:tr w:rsidR="002D214A" w14:paraId="0652AB3B" w14:textId="77777777" w:rsidTr="00A60070">
        <w:tc>
          <w:tcPr>
            <w:tcW w:w="2376" w:type="dxa"/>
          </w:tcPr>
          <w:p w14:paraId="30A05312" w14:textId="77777777" w:rsidR="002D214A" w:rsidRDefault="002D214A" w:rsidP="00A60070"/>
        </w:tc>
        <w:tc>
          <w:tcPr>
            <w:tcW w:w="2684" w:type="dxa"/>
          </w:tcPr>
          <w:p w14:paraId="119FAF2F" w14:textId="77777777" w:rsidR="002D214A" w:rsidRDefault="002D214A" w:rsidP="00A60070">
            <w:r>
              <w:t>I totally agree</w:t>
            </w:r>
          </w:p>
        </w:tc>
        <w:tc>
          <w:tcPr>
            <w:tcW w:w="1274" w:type="dxa"/>
          </w:tcPr>
          <w:p w14:paraId="36106927" w14:textId="77777777" w:rsidR="002D214A" w:rsidRDefault="002D214A" w:rsidP="00A60070">
            <w:r>
              <w:t>60</w:t>
            </w:r>
          </w:p>
        </w:tc>
        <w:tc>
          <w:tcPr>
            <w:tcW w:w="1261" w:type="dxa"/>
          </w:tcPr>
          <w:p w14:paraId="2E9ED729" w14:textId="77777777" w:rsidR="002D214A" w:rsidRDefault="002D214A" w:rsidP="00A60070">
            <w:r>
              <w:t>8.39</w:t>
            </w:r>
          </w:p>
        </w:tc>
        <w:tc>
          <w:tcPr>
            <w:tcW w:w="1261" w:type="dxa"/>
          </w:tcPr>
          <w:p w14:paraId="1EB0F924" w14:textId="77777777" w:rsidR="002D214A" w:rsidRDefault="002D214A" w:rsidP="00A60070">
            <w:r>
              <w:t>1</w:t>
            </w:r>
          </w:p>
        </w:tc>
      </w:tr>
      <w:tr w:rsidR="002D214A" w14:paraId="73C57846" w14:textId="77777777" w:rsidTr="00A60070">
        <w:tc>
          <w:tcPr>
            <w:tcW w:w="2376" w:type="dxa"/>
          </w:tcPr>
          <w:p w14:paraId="2C7F9F0C" w14:textId="77777777" w:rsidR="002D214A" w:rsidRDefault="002D214A" w:rsidP="00A60070"/>
        </w:tc>
        <w:tc>
          <w:tcPr>
            <w:tcW w:w="2684" w:type="dxa"/>
          </w:tcPr>
          <w:p w14:paraId="37055412" w14:textId="77777777" w:rsidR="002D214A" w:rsidRDefault="002D214A" w:rsidP="00A60070">
            <w:r>
              <w:t>tend to agree</w:t>
            </w:r>
          </w:p>
        </w:tc>
        <w:tc>
          <w:tcPr>
            <w:tcW w:w="1274" w:type="dxa"/>
          </w:tcPr>
          <w:p w14:paraId="6276FFAB" w14:textId="77777777" w:rsidR="002D214A" w:rsidRDefault="002D214A" w:rsidP="00A60070">
            <w:r>
              <w:t>107</w:t>
            </w:r>
          </w:p>
        </w:tc>
        <w:tc>
          <w:tcPr>
            <w:tcW w:w="1261" w:type="dxa"/>
          </w:tcPr>
          <w:p w14:paraId="0A3B27C1" w14:textId="77777777" w:rsidR="002D214A" w:rsidRDefault="002D214A" w:rsidP="00A60070">
            <w:r>
              <w:t>14.97</w:t>
            </w:r>
          </w:p>
        </w:tc>
        <w:tc>
          <w:tcPr>
            <w:tcW w:w="1261" w:type="dxa"/>
          </w:tcPr>
          <w:p w14:paraId="1A70C86B" w14:textId="77777777" w:rsidR="002D214A" w:rsidRDefault="002D214A" w:rsidP="00A60070">
            <w:r>
              <w:t>2</w:t>
            </w:r>
          </w:p>
        </w:tc>
      </w:tr>
      <w:tr w:rsidR="002D214A" w14:paraId="50BB1E3A" w14:textId="77777777" w:rsidTr="00A60070">
        <w:tc>
          <w:tcPr>
            <w:tcW w:w="2376" w:type="dxa"/>
          </w:tcPr>
          <w:p w14:paraId="79A4199A" w14:textId="77777777" w:rsidR="002D214A" w:rsidRDefault="002D214A" w:rsidP="00A60070"/>
        </w:tc>
        <w:tc>
          <w:tcPr>
            <w:tcW w:w="2684" w:type="dxa"/>
          </w:tcPr>
          <w:p w14:paraId="277712AC" w14:textId="77777777" w:rsidR="002D214A" w:rsidRDefault="002D214A" w:rsidP="00A60070">
            <w:r>
              <w:t>partly/partly</w:t>
            </w:r>
          </w:p>
        </w:tc>
        <w:tc>
          <w:tcPr>
            <w:tcW w:w="1274" w:type="dxa"/>
          </w:tcPr>
          <w:p w14:paraId="1E140F5A" w14:textId="77777777" w:rsidR="002D214A" w:rsidRDefault="002D214A" w:rsidP="00A60070">
            <w:r>
              <w:t>175</w:t>
            </w:r>
          </w:p>
        </w:tc>
        <w:tc>
          <w:tcPr>
            <w:tcW w:w="1261" w:type="dxa"/>
          </w:tcPr>
          <w:p w14:paraId="029DB263" w14:textId="77777777" w:rsidR="002D214A" w:rsidRDefault="002D214A" w:rsidP="00A60070">
            <w:r>
              <w:t>24.48</w:t>
            </w:r>
          </w:p>
        </w:tc>
        <w:tc>
          <w:tcPr>
            <w:tcW w:w="1261" w:type="dxa"/>
          </w:tcPr>
          <w:p w14:paraId="76D12666" w14:textId="77777777" w:rsidR="002D214A" w:rsidRDefault="002D214A" w:rsidP="00A60070">
            <w:r>
              <w:t>3</w:t>
            </w:r>
          </w:p>
        </w:tc>
      </w:tr>
      <w:tr w:rsidR="002D214A" w14:paraId="0FDA3B3E" w14:textId="77777777" w:rsidTr="00A60070">
        <w:tc>
          <w:tcPr>
            <w:tcW w:w="2376" w:type="dxa"/>
          </w:tcPr>
          <w:p w14:paraId="35837BB3" w14:textId="77777777" w:rsidR="002D214A" w:rsidRDefault="002D214A" w:rsidP="00A60070"/>
        </w:tc>
        <w:tc>
          <w:tcPr>
            <w:tcW w:w="2684" w:type="dxa"/>
          </w:tcPr>
          <w:p w14:paraId="102D59B2" w14:textId="77777777" w:rsidR="002D214A" w:rsidRDefault="002D214A" w:rsidP="00A60070">
            <w:r>
              <w:t>rather disagree</w:t>
            </w:r>
          </w:p>
        </w:tc>
        <w:tc>
          <w:tcPr>
            <w:tcW w:w="1274" w:type="dxa"/>
          </w:tcPr>
          <w:p w14:paraId="36D6C912" w14:textId="77777777" w:rsidR="002D214A" w:rsidRDefault="002D214A" w:rsidP="00A60070">
            <w:r>
              <w:t>246</w:t>
            </w:r>
          </w:p>
        </w:tc>
        <w:tc>
          <w:tcPr>
            <w:tcW w:w="1261" w:type="dxa"/>
          </w:tcPr>
          <w:p w14:paraId="68EC9559" w14:textId="77777777" w:rsidR="002D214A" w:rsidRDefault="002D214A" w:rsidP="00A60070">
            <w:r>
              <w:t>34.41</w:t>
            </w:r>
          </w:p>
        </w:tc>
        <w:tc>
          <w:tcPr>
            <w:tcW w:w="1261" w:type="dxa"/>
          </w:tcPr>
          <w:p w14:paraId="572A610E" w14:textId="77777777" w:rsidR="002D214A" w:rsidRDefault="002D214A" w:rsidP="00A60070">
            <w:r>
              <w:t>4</w:t>
            </w:r>
          </w:p>
        </w:tc>
      </w:tr>
      <w:tr w:rsidR="002D214A" w14:paraId="5A709DC9" w14:textId="77777777" w:rsidTr="00A60070">
        <w:tc>
          <w:tcPr>
            <w:tcW w:w="2376" w:type="dxa"/>
          </w:tcPr>
          <w:p w14:paraId="421F753E" w14:textId="77777777" w:rsidR="002D214A" w:rsidRDefault="002D214A" w:rsidP="00A60070"/>
        </w:tc>
        <w:tc>
          <w:tcPr>
            <w:tcW w:w="2684" w:type="dxa"/>
          </w:tcPr>
          <w:p w14:paraId="4BE19C72" w14:textId="77777777" w:rsidR="002D214A" w:rsidRDefault="002D214A" w:rsidP="00A60070">
            <w:r>
              <w:t>strongly disagree</w:t>
            </w:r>
          </w:p>
        </w:tc>
        <w:tc>
          <w:tcPr>
            <w:tcW w:w="1274" w:type="dxa"/>
          </w:tcPr>
          <w:p w14:paraId="293BA1D9" w14:textId="77777777" w:rsidR="002D214A" w:rsidRDefault="002D214A" w:rsidP="00A60070">
            <w:r>
              <w:t>127</w:t>
            </w:r>
          </w:p>
        </w:tc>
        <w:tc>
          <w:tcPr>
            <w:tcW w:w="1261" w:type="dxa"/>
          </w:tcPr>
          <w:p w14:paraId="6FBCD2E7" w14:textId="77777777" w:rsidR="002D214A" w:rsidRDefault="002D214A" w:rsidP="00A60070">
            <w:r>
              <w:t>17.76</w:t>
            </w:r>
          </w:p>
        </w:tc>
        <w:tc>
          <w:tcPr>
            <w:tcW w:w="1261" w:type="dxa"/>
          </w:tcPr>
          <w:p w14:paraId="39F3D64A" w14:textId="77777777" w:rsidR="002D214A" w:rsidRDefault="002D214A" w:rsidP="00A60070">
            <w:r>
              <w:t>5</w:t>
            </w:r>
          </w:p>
        </w:tc>
      </w:tr>
      <w:tr w:rsidR="002D214A" w14:paraId="1895C568" w14:textId="77777777" w:rsidTr="00A60070">
        <w:tc>
          <w:tcPr>
            <w:tcW w:w="2376" w:type="dxa"/>
          </w:tcPr>
          <w:p w14:paraId="2D621E1C" w14:textId="77777777" w:rsidR="002D214A" w:rsidRDefault="002D214A" w:rsidP="00A60070"/>
        </w:tc>
        <w:tc>
          <w:tcPr>
            <w:tcW w:w="2684" w:type="dxa"/>
          </w:tcPr>
          <w:p w14:paraId="2829D5D7" w14:textId="77777777" w:rsidR="002D214A" w:rsidRDefault="002D214A" w:rsidP="00A60070"/>
        </w:tc>
        <w:tc>
          <w:tcPr>
            <w:tcW w:w="1274" w:type="dxa"/>
          </w:tcPr>
          <w:p w14:paraId="67FD5F63" w14:textId="77777777" w:rsidR="002D214A" w:rsidRDefault="002D214A" w:rsidP="00A60070"/>
        </w:tc>
        <w:tc>
          <w:tcPr>
            <w:tcW w:w="1261" w:type="dxa"/>
          </w:tcPr>
          <w:p w14:paraId="7E414156" w14:textId="77777777" w:rsidR="002D214A" w:rsidRDefault="002D214A" w:rsidP="00A60070"/>
        </w:tc>
        <w:tc>
          <w:tcPr>
            <w:tcW w:w="1261" w:type="dxa"/>
          </w:tcPr>
          <w:p w14:paraId="2874816C" w14:textId="77777777" w:rsidR="002D214A" w:rsidRDefault="002D214A" w:rsidP="00A60070"/>
        </w:tc>
      </w:tr>
      <w:tr w:rsidR="002D214A" w14:paraId="69EDACC1" w14:textId="77777777" w:rsidTr="00A60070">
        <w:tc>
          <w:tcPr>
            <w:tcW w:w="2376" w:type="dxa"/>
          </w:tcPr>
          <w:p w14:paraId="44C2F0F6" w14:textId="77777777" w:rsidR="002D214A" w:rsidRDefault="002D214A" w:rsidP="00A60070"/>
        </w:tc>
        <w:tc>
          <w:tcPr>
            <w:tcW w:w="2684" w:type="dxa"/>
          </w:tcPr>
          <w:p w14:paraId="05A2E077" w14:textId="77777777" w:rsidR="002D214A" w:rsidRDefault="002D214A" w:rsidP="00A60070">
            <w:r>
              <w:t>Average</w:t>
            </w:r>
          </w:p>
        </w:tc>
        <w:tc>
          <w:tcPr>
            <w:tcW w:w="1274" w:type="dxa"/>
          </w:tcPr>
          <w:p w14:paraId="5489F990" w14:textId="77777777" w:rsidR="002D214A" w:rsidRDefault="002D214A" w:rsidP="00A60070"/>
        </w:tc>
        <w:tc>
          <w:tcPr>
            <w:tcW w:w="1261" w:type="dxa"/>
          </w:tcPr>
          <w:p w14:paraId="4C37FC54" w14:textId="77777777" w:rsidR="002D214A" w:rsidRDefault="002D214A" w:rsidP="00A60070"/>
        </w:tc>
        <w:tc>
          <w:tcPr>
            <w:tcW w:w="1261" w:type="dxa"/>
          </w:tcPr>
          <w:p w14:paraId="1AD7F564" w14:textId="77777777" w:rsidR="002D214A" w:rsidRDefault="002D214A" w:rsidP="00A60070">
            <w:r>
              <w:t>3.38</w:t>
            </w:r>
          </w:p>
        </w:tc>
      </w:tr>
      <w:tr w:rsidR="002D214A" w14:paraId="30562406" w14:textId="77777777" w:rsidTr="00A60070">
        <w:tc>
          <w:tcPr>
            <w:tcW w:w="2376" w:type="dxa"/>
          </w:tcPr>
          <w:p w14:paraId="5E09677D" w14:textId="77777777" w:rsidR="002D214A" w:rsidRDefault="002D214A" w:rsidP="00A60070"/>
        </w:tc>
        <w:tc>
          <w:tcPr>
            <w:tcW w:w="2684" w:type="dxa"/>
          </w:tcPr>
          <w:p w14:paraId="29D41E86" w14:textId="77777777" w:rsidR="002D214A" w:rsidRDefault="002D214A" w:rsidP="00A60070">
            <w:r>
              <w:t>Standard Deviation</w:t>
            </w:r>
          </w:p>
        </w:tc>
        <w:tc>
          <w:tcPr>
            <w:tcW w:w="1274" w:type="dxa"/>
          </w:tcPr>
          <w:p w14:paraId="49A3B4AD" w14:textId="77777777" w:rsidR="002D214A" w:rsidRDefault="002D214A" w:rsidP="00A60070"/>
        </w:tc>
        <w:tc>
          <w:tcPr>
            <w:tcW w:w="1261" w:type="dxa"/>
          </w:tcPr>
          <w:p w14:paraId="28571AF4" w14:textId="77777777" w:rsidR="002D214A" w:rsidRDefault="002D214A" w:rsidP="00A60070"/>
        </w:tc>
        <w:tc>
          <w:tcPr>
            <w:tcW w:w="1261" w:type="dxa"/>
          </w:tcPr>
          <w:p w14:paraId="30B1CEC5" w14:textId="77777777" w:rsidR="002D214A" w:rsidRDefault="002D214A" w:rsidP="00A60070">
            <w:r>
              <w:t>1.18</w:t>
            </w:r>
          </w:p>
        </w:tc>
      </w:tr>
      <w:tr w:rsidR="002D214A" w14:paraId="0728EBC6" w14:textId="77777777" w:rsidTr="00A60070">
        <w:tc>
          <w:tcPr>
            <w:tcW w:w="2376" w:type="dxa"/>
          </w:tcPr>
          <w:p w14:paraId="73B0C674" w14:textId="77777777" w:rsidR="002D214A" w:rsidRDefault="002D214A" w:rsidP="00A60070"/>
        </w:tc>
        <w:tc>
          <w:tcPr>
            <w:tcW w:w="2684" w:type="dxa"/>
          </w:tcPr>
          <w:p w14:paraId="5FBA4CE5" w14:textId="77777777" w:rsidR="002D214A" w:rsidRDefault="002D214A" w:rsidP="00A60070"/>
        </w:tc>
        <w:tc>
          <w:tcPr>
            <w:tcW w:w="1274" w:type="dxa"/>
          </w:tcPr>
          <w:p w14:paraId="0924D7AB" w14:textId="77777777" w:rsidR="002D214A" w:rsidRDefault="002D214A" w:rsidP="00A60070"/>
        </w:tc>
        <w:tc>
          <w:tcPr>
            <w:tcW w:w="1261" w:type="dxa"/>
          </w:tcPr>
          <w:p w14:paraId="657272DE" w14:textId="77777777" w:rsidR="002D214A" w:rsidRDefault="002D214A" w:rsidP="00A60070"/>
        </w:tc>
        <w:tc>
          <w:tcPr>
            <w:tcW w:w="1261" w:type="dxa"/>
          </w:tcPr>
          <w:p w14:paraId="72AD8DE1" w14:textId="77777777" w:rsidR="002D214A" w:rsidRDefault="002D214A" w:rsidP="00A60070"/>
        </w:tc>
      </w:tr>
      <w:tr w:rsidR="002D214A" w14:paraId="2E4684D4" w14:textId="77777777" w:rsidTr="00A60070">
        <w:tc>
          <w:tcPr>
            <w:tcW w:w="2376" w:type="dxa"/>
          </w:tcPr>
          <w:p w14:paraId="47E9C84C" w14:textId="77777777" w:rsidR="002D214A" w:rsidRDefault="002D214A" w:rsidP="00A60070">
            <w:r>
              <w:t>What could help increase my interest in radiation therapy? (n = 667)</w:t>
            </w:r>
          </w:p>
        </w:tc>
        <w:tc>
          <w:tcPr>
            <w:tcW w:w="2684" w:type="dxa"/>
          </w:tcPr>
          <w:p w14:paraId="6EB5DC61" w14:textId="77777777" w:rsidR="002D214A" w:rsidRDefault="002D214A" w:rsidP="00A60070">
            <w:r>
              <w:t>Answer</w:t>
            </w:r>
          </w:p>
        </w:tc>
        <w:tc>
          <w:tcPr>
            <w:tcW w:w="1274" w:type="dxa"/>
          </w:tcPr>
          <w:p w14:paraId="51D46E19" w14:textId="77777777" w:rsidR="002D214A" w:rsidRDefault="002D214A" w:rsidP="00A60070">
            <w:r>
              <w:t>Count</w:t>
            </w:r>
          </w:p>
        </w:tc>
        <w:tc>
          <w:tcPr>
            <w:tcW w:w="1261" w:type="dxa"/>
          </w:tcPr>
          <w:p w14:paraId="5D908E78" w14:textId="77777777" w:rsidR="002D214A" w:rsidRDefault="002D214A" w:rsidP="00A60070">
            <w:r>
              <w:t>%</w:t>
            </w:r>
          </w:p>
        </w:tc>
        <w:tc>
          <w:tcPr>
            <w:tcW w:w="1261" w:type="dxa"/>
          </w:tcPr>
          <w:p w14:paraId="0DB68630" w14:textId="77777777" w:rsidR="002D214A" w:rsidRDefault="002D214A" w:rsidP="00A60070"/>
        </w:tc>
      </w:tr>
      <w:tr w:rsidR="002D214A" w14:paraId="706A7B0F" w14:textId="77777777" w:rsidTr="00A60070">
        <w:tc>
          <w:tcPr>
            <w:tcW w:w="2376" w:type="dxa"/>
          </w:tcPr>
          <w:p w14:paraId="626284FE" w14:textId="77777777" w:rsidR="002D214A" w:rsidRDefault="002D214A" w:rsidP="00A60070"/>
        </w:tc>
        <w:tc>
          <w:tcPr>
            <w:tcW w:w="2684" w:type="dxa"/>
          </w:tcPr>
          <w:p w14:paraId="7894E527" w14:textId="77777777" w:rsidR="002D214A" w:rsidRDefault="002D214A" w:rsidP="00A60070">
            <w:r>
              <w:t>I can't think of anything</w:t>
            </w:r>
          </w:p>
        </w:tc>
        <w:tc>
          <w:tcPr>
            <w:tcW w:w="1274" w:type="dxa"/>
          </w:tcPr>
          <w:p w14:paraId="0328040E" w14:textId="77777777" w:rsidR="002D214A" w:rsidRDefault="002D214A" w:rsidP="00A60070">
            <w:r>
              <w:t>487</w:t>
            </w:r>
          </w:p>
        </w:tc>
        <w:tc>
          <w:tcPr>
            <w:tcW w:w="1261" w:type="dxa"/>
          </w:tcPr>
          <w:p w14:paraId="31303C5E" w14:textId="77777777" w:rsidR="002D214A" w:rsidRDefault="002D214A" w:rsidP="00A60070">
            <w:r>
              <w:t>73.01</w:t>
            </w:r>
          </w:p>
        </w:tc>
        <w:tc>
          <w:tcPr>
            <w:tcW w:w="1261" w:type="dxa"/>
          </w:tcPr>
          <w:p w14:paraId="2288AD3B" w14:textId="77777777" w:rsidR="002D214A" w:rsidRDefault="002D214A" w:rsidP="00A60070"/>
        </w:tc>
      </w:tr>
      <w:tr w:rsidR="002D214A" w14:paraId="421DE119" w14:textId="77777777" w:rsidTr="00A60070">
        <w:tc>
          <w:tcPr>
            <w:tcW w:w="2376" w:type="dxa"/>
          </w:tcPr>
          <w:p w14:paraId="3FFFEB5B" w14:textId="77777777" w:rsidR="002D214A" w:rsidRDefault="002D214A" w:rsidP="00A60070"/>
        </w:tc>
        <w:tc>
          <w:tcPr>
            <w:tcW w:w="2684" w:type="dxa"/>
          </w:tcPr>
          <w:p w14:paraId="57F4D41B" w14:textId="77777777" w:rsidR="002D214A" w:rsidRDefault="002D214A" w:rsidP="00A60070">
            <w:r>
              <w:t>Free text input</w:t>
            </w:r>
          </w:p>
        </w:tc>
        <w:tc>
          <w:tcPr>
            <w:tcW w:w="1274" w:type="dxa"/>
          </w:tcPr>
          <w:p w14:paraId="6679E5AD" w14:textId="77777777" w:rsidR="002D214A" w:rsidRDefault="002D214A" w:rsidP="00A60070">
            <w:r>
              <w:t>180</w:t>
            </w:r>
          </w:p>
        </w:tc>
        <w:tc>
          <w:tcPr>
            <w:tcW w:w="1261" w:type="dxa"/>
          </w:tcPr>
          <w:p w14:paraId="6D6CFDD4" w14:textId="77777777" w:rsidR="002D214A" w:rsidRDefault="002D214A" w:rsidP="00A60070">
            <w:r>
              <w:t>26.99</w:t>
            </w:r>
          </w:p>
        </w:tc>
        <w:tc>
          <w:tcPr>
            <w:tcW w:w="1261" w:type="dxa"/>
          </w:tcPr>
          <w:p w14:paraId="0952A202" w14:textId="77777777" w:rsidR="002D214A" w:rsidRDefault="002D214A" w:rsidP="00A60070"/>
        </w:tc>
      </w:tr>
      <w:tr w:rsidR="002D214A" w14:paraId="6A838567" w14:textId="77777777" w:rsidTr="00A60070">
        <w:tc>
          <w:tcPr>
            <w:tcW w:w="2376" w:type="dxa"/>
          </w:tcPr>
          <w:p w14:paraId="0F5142AB" w14:textId="77777777" w:rsidR="002D214A" w:rsidRDefault="002D214A" w:rsidP="00A60070"/>
        </w:tc>
        <w:tc>
          <w:tcPr>
            <w:tcW w:w="2684" w:type="dxa"/>
          </w:tcPr>
          <w:p w14:paraId="3B7751A5" w14:textId="77777777" w:rsidR="002D214A" w:rsidRDefault="002D214A" w:rsidP="00A60070"/>
        </w:tc>
        <w:tc>
          <w:tcPr>
            <w:tcW w:w="1274" w:type="dxa"/>
          </w:tcPr>
          <w:p w14:paraId="6B83F145" w14:textId="77777777" w:rsidR="002D214A" w:rsidRDefault="002D214A" w:rsidP="00A60070"/>
        </w:tc>
        <w:tc>
          <w:tcPr>
            <w:tcW w:w="1261" w:type="dxa"/>
          </w:tcPr>
          <w:p w14:paraId="3FCBC519" w14:textId="77777777" w:rsidR="002D214A" w:rsidRDefault="002D214A" w:rsidP="00A60070"/>
        </w:tc>
        <w:tc>
          <w:tcPr>
            <w:tcW w:w="1261" w:type="dxa"/>
          </w:tcPr>
          <w:p w14:paraId="0755329E" w14:textId="77777777" w:rsidR="002D214A" w:rsidRDefault="002D214A" w:rsidP="00A60070"/>
        </w:tc>
      </w:tr>
      <w:tr w:rsidR="002D214A" w14:paraId="00F6CCD9" w14:textId="77777777" w:rsidTr="00A60070">
        <w:tc>
          <w:tcPr>
            <w:tcW w:w="2376" w:type="dxa"/>
          </w:tcPr>
          <w:p w14:paraId="52A1AE7D" w14:textId="77777777" w:rsidR="002D214A" w:rsidRDefault="002D214A" w:rsidP="00A60070">
            <w:r>
              <w:t>I currently assess my knowledge and skills in radiotherapy as follows: (n = 715)</w:t>
            </w:r>
          </w:p>
        </w:tc>
        <w:tc>
          <w:tcPr>
            <w:tcW w:w="2684" w:type="dxa"/>
          </w:tcPr>
          <w:p w14:paraId="1FAFC4BC" w14:textId="77777777" w:rsidR="002D214A" w:rsidRDefault="002D214A" w:rsidP="00A60070">
            <w:r>
              <w:t>Answer</w:t>
            </w:r>
          </w:p>
        </w:tc>
        <w:tc>
          <w:tcPr>
            <w:tcW w:w="1274" w:type="dxa"/>
          </w:tcPr>
          <w:p w14:paraId="351B132D" w14:textId="77777777" w:rsidR="002D214A" w:rsidRDefault="002D214A" w:rsidP="00A60070">
            <w:r>
              <w:t>Count</w:t>
            </w:r>
          </w:p>
        </w:tc>
        <w:tc>
          <w:tcPr>
            <w:tcW w:w="1261" w:type="dxa"/>
          </w:tcPr>
          <w:p w14:paraId="6ABB65A2" w14:textId="77777777" w:rsidR="002D214A" w:rsidRDefault="002D214A" w:rsidP="00A60070">
            <w:r>
              <w:t>%</w:t>
            </w:r>
          </w:p>
        </w:tc>
        <w:tc>
          <w:tcPr>
            <w:tcW w:w="1261" w:type="dxa"/>
          </w:tcPr>
          <w:p w14:paraId="3236F236" w14:textId="77777777" w:rsidR="002D214A" w:rsidRDefault="002D214A" w:rsidP="00A60070">
            <w:r>
              <w:t>Value</w:t>
            </w:r>
          </w:p>
        </w:tc>
      </w:tr>
      <w:tr w:rsidR="002D214A" w14:paraId="469D749F" w14:textId="77777777" w:rsidTr="00A60070">
        <w:tc>
          <w:tcPr>
            <w:tcW w:w="2376" w:type="dxa"/>
          </w:tcPr>
          <w:p w14:paraId="171D6266" w14:textId="77777777" w:rsidR="002D214A" w:rsidRDefault="002D214A" w:rsidP="00A60070"/>
        </w:tc>
        <w:tc>
          <w:tcPr>
            <w:tcW w:w="2684" w:type="dxa"/>
          </w:tcPr>
          <w:p w14:paraId="5D54940F" w14:textId="77777777" w:rsidR="002D214A" w:rsidRDefault="002D214A" w:rsidP="00A60070">
            <w:r>
              <w:t>very large</w:t>
            </w:r>
          </w:p>
        </w:tc>
        <w:tc>
          <w:tcPr>
            <w:tcW w:w="1274" w:type="dxa"/>
          </w:tcPr>
          <w:p w14:paraId="10C0E0DA" w14:textId="77777777" w:rsidR="002D214A" w:rsidRDefault="002D214A" w:rsidP="00A60070">
            <w:r>
              <w:t>9</w:t>
            </w:r>
          </w:p>
        </w:tc>
        <w:tc>
          <w:tcPr>
            <w:tcW w:w="1261" w:type="dxa"/>
          </w:tcPr>
          <w:p w14:paraId="527EBB73" w14:textId="77777777" w:rsidR="002D214A" w:rsidRDefault="002D214A" w:rsidP="00A60070">
            <w:r>
              <w:t>1.26</w:t>
            </w:r>
          </w:p>
        </w:tc>
        <w:tc>
          <w:tcPr>
            <w:tcW w:w="1261" w:type="dxa"/>
          </w:tcPr>
          <w:p w14:paraId="62EA03B7" w14:textId="77777777" w:rsidR="002D214A" w:rsidRDefault="002D214A" w:rsidP="00A60070">
            <w:r>
              <w:t>1</w:t>
            </w:r>
          </w:p>
        </w:tc>
      </w:tr>
      <w:tr w:rsidR="002D214A" w14:paraId="46D8F508" w14:textId="77777777" w:rsidTr="00A60070">
        <w:tc>
          <w:tcPr>
            <w:tcW w:w="2376" w:type="dxa"/>
          </w:tcPr>
          <w:p w14:paraId="218FDC3E" w14:textId="77777777" w:rsidR="002D214A" w:rsidRDefault="002D214A" w:rsidP="00A60070"/>
        </w:tc>
        <w:tc>
          <w:tcPr>
            <w:tcW w:w="2684" w:type="dxa"/>
          </w:tcPr>
          <w:p w14:paraId="27010041" w14:textId="77777777" w:rsidR="002D214A" w:rsidRDefault="002D214A" w:rsidP="00A60070">
            <w:r>
              <w:t>large</w:t>
            </w:r>
          </w:p>
        </w:tc>
        <w:tc>
          <w:tcPr>
            <w:tcW w:w="1274" w:type="dxa"/>
          </w:tcPr>
          <w:p w14:paraId="6C738D42" w14:textId="77777777" w:rsidR="002D214A" w:rsidRDefault="002D214A" w:rsidP="00A60070">
            <w:r>
              <w:t>83</w:t>
            </w:r>
          </w:p>
        </w:tc>
        <w:tc>
          <w:tcPr>
            <w:tcW w:w="1261" w:type="dxa"/>
          </w:tcPr>
          <w:p w14:paraId="27FF2067" w14:textId="77777777" w:rsidR="002D214A" w:rsidRDefault="002D214A" w:rsidP="00A60070">
            <w:r>
              <w:t>11.61</w:t>
            </w:r>
          </w:p>
        </w:tc>
        <w:tc>
          <w:tcPr>
            <w:tcW w:w="1261" w:type="dxa"/>
          </w:tcPr>
          <w:p w14:paraId="018AD9FA" w14:textId="77777777" w:rsidR="002D214A" w:rsidRDefault="002D214A" w:rsidP="00A60070">
            <w:r>
              <w:t>2</w:t>
            </w:r>
          </w:p>
        </w:tc>
      </w:tr>
      <w:tr w:rsidR="002D214A" w14:paraId="30F678D6" w14:textId="77777777" w:rsidTr="00A60070">
        <w:tc>
          <w:tcPr>
            <w:tcW w:w="2376" w:type="dxa"/>
          </w:tcPr>
          <w:p w14:paraId="0C3D0A01" w14:textId="77777777" w:rsidR="002D214A" w:rsidRDefault="002D214A" w:rsidP="00A60070"/>
        </w:tc>
        <w:tc>
          <w:tcPr>
            <w:tcW w:w="2684" w:type="dxa"/>
          </w:tcPr>
          <w:p w14:paraId="1CB57BFE" w14:textId="77777777" w:rsidR="002D214A" w:rsidRDefault="002D214A" w:rsidP="00A60070">
            <w:r>
              <w:t>mediocre</w:t>
            </w:r>
          </w:p>
        </w:tc>
        <w:tc>
          <w:tcPr>
            <w:tcW w:w="1274" w:type="dxa"/>
          </w:tcPr>
          <w:p w14:paraId="79627884" w14:textId="77777777" w:rsidR="002D214A" w:rsidRDefault="002D214A" w:rsidP="00A60070">
            <w:r>
              <w:t>435</w:t>
            </w:r>
          </w:p>
        </w:tc>
        <w:tc>
          <w:tcPr>
            <w:tcW w:w="1261" w:type="dxa"/>
          </w:tcPr>
          <w:p w14:paraId="51B65777" w14:textId="77777777" w:rsidR="002D214A" w:rsidRDefault="002D214A" w:rsidP="00A60070">
            <w:r>
              <w:t>60.84</w:t>
            </w:r>
          </w:p>
        </w:tc>
        <w:tc>
          <w:tcPr>
            <w:tcW w:w="1261" w:type="dxa"/>
          </w:tcPr>
          <w:p w14:paraId="5B463F47" w14:textId="77777777" w:rsidR="002D214A" w:rsidRDefault="002D214A" w:rsidP="00A60070">
            <w:r>
              <w:t>3</w:t>
            </w:r>
          </w:p>
        </w:tc>
      </w:tr>
      <w:tr w:rsidR="002D214A" w14:paraId="39BE89F5" w14:textId="77777777" w:rsidTr="00A60070">
        <w:tc>
          <w:tcPr>
            <w:tcW w:w="2376" w:type="dxa"/>
          </w:tcPr>
          <w:p w14:paraId="7A866EBF" w14:textId="77777777" w:rsidR="002D214A" w:rsidRDefault="002D214A" w:rsidP="00A60070"/>
        </w:tc>
        <w:tc>
          <w:tcPr>
            <w:tcW w:w="2684" w:type="dxa"/>
          </w:tcPr>
          <w:p w14:paraId="1253A0C2" w14:textId="77777777" w:rsidR="002D214A" w:rsidRDefault="002D214A" w:rsidP="00A60070">
            <w:r>
              <w:t>small amount</w:t>
            </w:r>
          </w:p>
        </w:tc>
        <w:tc>
          <w:tcPr>
            <w:tcW w:w="1274" w:type="dxa"/>
          </w:tcPr>
          <w:p w14:paraId="2D4AE042" w14:textId="77777777" w:rsidR="002D214A" w:rsidRDefault="002D214A" w:rsidP="00A60070">
            <w:r>
              <w:t>145</w:t>
            </w:r>
          </w:p>
        </w:tc>
        <w:tc>
          <w:tcPr>
            <w:tcW w:w="1261" w:type="dxa"/>
          </w:tcPr>
          <w:p w14:paraId="2C8A1D25" w14:textId="77777777" w:rsidR="002D214A" w:rsidRDefault="002D214A" w:rsidP="00A60070">
            <w:r>
              <w:t>20.28</w:t>
            </w:r>
          </w:p>
        </w:tc>
        <w:tc>
          <w:tcPr>
            <w:tcW w:w="1261" w:type="dxa"/>
          </w:tcPr>
          <w:p w14:paraId="498CCDC3" w14:textId="77777777" w:rsidR="002D214A" w:rsidRDefault="002D214A" w:rsidP="00A60070">
            <w:r>
              <w:t>4</w:t>
            </w:r>
          </w:p>
        </w:tc>
      </w:tr>
      <w:tr w:rsidR="002D214A" w14:paraId="4B74C8C3" w14:textId="77777777" w:rsidTr="00A60070">
        <w:tc>
          <w:tcPr>
            <w:tcW w:w="2376" w:type="dxa"/>
          </w:tcPr>
          <w:p w14:paraId="5DBF46DB" w14:textId="77777777" w:rsidR="002D214A" w:rsidRDefault="002D214A" w:rsidP="00A60070"/>
        </w:tc>
        <w:tc>
          <w:tcPr>
            <w:tcW w:w="2684" w:type="dxa"/>
          </w:tcPr>
          <w:p w14:paraId="0E0E2B02" w14:textId="77777777" w:rsidR="002D214A" w:rsidRDefault="002D214A" w:rsidP="00A60070">
            <w:r>
              <w:t>very low</w:t>
            </w:r>
          </w:p>
        </w:tc>
        <w:tc>
          <w:tcPr>
            <w:tcW w:w="1274" w:type="dxa"/>
          </w:tcPr>
          <w:p w14:paraId="5094B156" w14:textId="77777777" w:rsidR="002D214A" w:rsidRDefault="002D214A" w:rsidP="00A60070">
            <w:r>
              <w:t>43</w:t>
            </w:r>
          </w:p>
        </w:tc>
        <w:tc>
          <w:tcPr>
            <w:tcW w:w="1261" w:type="dxa"/>
          </w:tcPr>
          <w:p w14:paraId="73640043" w14:textId="77777777" w:rsidR="002D214A" w:rsidRDefault="002D214A" w:rsidP="00A60070">
            <w:r>
              <w:t>6.01</w:t>
            </w:r>
          </w:p>
        </w:tc>
        <w:tc>
          <w:tcPr>
            <w:tcW w:w="1261" w:type="dxa"/>
          </w:tcPr>
          <w:p w14:paraId="5E6B0A3E" w14:textId="77777777" w:rsidR="002D214A" w:rsidRDefault="002D214A" w:rsidP="00A60070">
            <w:r>
              <w:t>5</w:t>
            </w:r>
          </w:p>
        </w:tc>
      </w:tr>
      <w:tr w:rsidR="002D214A" w14:paraId="784EFC44" w14:textId="77777777" w:rsidTr="00A60070">
        <w:tc>
          <w:tcPr>
            <w:tcW w:w="2376" w:type="dxa"/>
          </w:tcPr>
          <w:p w14:paraId="5A46AB51" w14:textId="77777777" w:rsidR="002D214A" w:rsidRDefault="002D214A" w:rsidP="00A60070"/>
        </w:tc>
        <w:tc>
          <w:tcPr>
            <w:tcW w:w="2684" w:type="dxa"/>
          </w:tcPr>
          <w:p w14:paraId="64273165" w14:textId="77777777" w:rsidR="002D214A" w:rsidRDefault="002D214A" w:rsidP="00A60070"/>
        </w:tc>
        <w:tc>
          <w:tcPr>
            <w:tcW w:w="1274" w:type="dxa"/>
          </w:tcPr>
          <w:p w14:paraId="4E9EC9E8" w14:textId="77777777" w:rsidR="002D214A" w:rsidRDefault="002D214A" w:rsidP="00A60070"/>
        </w:tc>
        <w:tc>
          <w:tcPr>
            <w:tcW w:w="1261" w:type="dxa"/>
          </w:tcPr>
          <w:p w14:paraId="3CB4976F" w14:textId="77777777" w:rsidR="002D214A" w:rsidRDefault="002D214A" w:rsidP="00A60070"/>
        </w:tc>
        <w:tc>
          <w:tcPr>
            <w:tcW w:w="1261" w:type="dxa"/>
          </w:tcPr>
          <w:p w14:paraId="7722421B" w14:textId="77777777" w:rsidR="002D214A" w:rsidRDefault="002D214A" w:rsidP="00A60070"/>
        </w:tc>
      </w:tr>
      <w:tr w:rsidR="002D214A" w14:paraId="727994BB" w14:textId="77777777" w:rsidTr="00A60070">
        <w:tc>
          <w:tcPr>
            <w:tcW w:w="2376" w:type="dxa"/>
          </w:tcPr>
          <w:p w14:paraId="0930C3A7" w14:textId="77777777" w:rsidR="002D214A" w:rsidRDefault="002D214A" w:rsidP="00A60070"/>
        </w:tc>
        <w:tc>
          <w:tcPr>
            <w:tcW w:w="2684" w:type="dxa"/>
          </w:tcPr>
          <w:p w14:paraId="2ECE9664" w14:textId="77777777" w:rsidR="002D214A" w:rsidRDefault="002D214A" w:rsidP="00A60070">
            <w:r>
              <w:t>Average</w:t>
            </w:r>
          </w:p>
        </w:tc>
        <w:tc>
          <w:tcPr>
            <w:tcW w:w="1274" w:type="dxa"/>
          </w:tcPr>
          <w:p w14:paraId="466C410F" w14:textId="77777777" w:rsidR="002D214A" w:rsidRDefault="002D214A" w:rsidP="00A60070"/>
        </w:tc>
        <w:tc>
          <w:tcPr>
            <w:tcW w:w="1261" w:type="dxa"/>
          </w:tcPr>
          <w:p w14:paraId="4208C845" w14:textId="77777777" w:rsidR="002D214A" w:rsidRDefault="002D214A" w:rsidP="00A60070"/>
        </w:tc>
        <w:tc>
          <w:tcPr>
            <w:tcW w:w="1261" w:type="dxa"/>
          </w:tcPr>
          <w:p w14:paraId="65F7E784" w14:textId="77777777" w:rsidR="002D214A" w:rsidRDefault="002D214A" w:rsidP="00A60070">
            <w:r>
              <w:t>3.18</w:t>
            </w:r>
          </w:p>
        </w:tc>
      </w:tr>
      <w:tr w:rsidR="002D214A" w14:paraId="7C28284F" w14:textId="77777777" w:rsidTr="00A60070">
        <w:tc>
          <w:tcPr>
            <w:tcW w:w="2376" w:type="dxa"/>
          </w:tcPr>
          <w:p w14:paraId="3D4BCBB6" w14:textId="77777777" w:rsidR="002D214A" w:rsidRDefault="002D214A" w:rsidP="00A60070"/>
        </w:tc>
        <w:tc>
          <w:tcPr>
            <w:tcW w:w="2684" w:type="dxa"/>
          </w:tcPr>
          <w:p w14:paraId="1FD2CFAC" w14:textId="77777777" w:rsidR="002D214A" w:rsidRDefault="002D214A" w:rsidP="00A60070">
            <w:r>
              <w:t>Standard Deviation</w:t>
            </w:r>
          </w:p>
        </w:tc>
        <w:tc>
          <w:tcPr>
            <w:tcW w:w="1274" w:type="dxa"/>
          </w:tcPr>
          <w:p w14:paraId="7575C90E" w14:textId="77777777" w:rsidR="002D214A" w:rsidRDefault="002D214A" w:rsidP="00A60070"/>
        </w:tc>
        <w:tc>
          <w:tcPr>
            <w:tcW w:w="1261" w:type="dxa"/>
          </w:tcPr>
          <w:p w14:paraId="42AF1A8B" w14:textId="77777777" w:rsidR="002D214A" w:rsidRDefault="002D214A" w:rsidP="00A60070"/>
        </w:tc>
        <w:tc>
          <w:tcPr>
            <w:tcW w:w="1261" w:type="dxa"/>
          </w:tcPr>
          <w:p w14:paraId="529A1518" w14:textId="77777777" w:rsidR="002D214A" w:rsidRDefault="002D214A" w:rsidP="00A60070">
            <w:r>
              <w:t>0.76</w:t>
            </w:r>
          </w:p>
        </w:tc>
      </w:tr>
    </w:tbl>
    <w:p w14:paraId="4B5ADB9D" w14:textId="31E7D5C5" w:rsidR="002D214A" w:rsidRPr="002D214A" w:rsidRDefault="002D214A">
      <w:pPr>
        <w:rPr>
          <w:i/>
          <w:iCs/>
        </w:rPr>
      </w:pPr>
      <w:r w:rsidRPr="002D214A">
        <w:rPr>
          <w:i/>
          <w:iCs/>
        </w:rPr>
        <w:t>Table a</w:t>
      </w:r>
      <w:r w:rsidRPr="002D214A">
        <w:rPr>
          <w:i/>
          <w:iCs/>
        </w:rPr>
        <w:t>utomatically translated from German via Google Translator</w:t>
      </w:r>
    </w:p>
    <w:p w14:paraId="16CCEEA5" w14:textId="77777777" w:rsidR="002D214A" w:rsidRDefault="002D214A"/>
    <w:sectPr w:rsidR="002D214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1AA3" w14:textId="77777777" w:rsidR="00D42C50" w:rsidRDefault="00D42C50" w:rsidP="0039038A">
      <w:pPr>
        <w:spacing w:after="0" w:line="240" w:lineRule="auto"/>
      </w:pPr>
      <w:r>
        <w:separator/>
      </w:r>
    </w:p>
  </w:endnote>
  <w:endnote w:type="continuationSeparator" w:id="0">
    <w:p w14:paraId="0F48C48C" w14:textId="77777777" w:rsidR="00D42C50" w:rsidRDefault="00D42C50" w:rsidP="0039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FB37" w14:textId="77777777" w:rsidR="0039038A" w:rsidRDefault="003903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764961"/>
      <w:docPartObj>
        <w:docPartGallery w:val="Page Numbers (Bottom of Page)"/>
        <w:docPartUnique/>
      </w:docPartObj>
    </w:sdtPr>
    <w:sdtContent>
      <w:p w14:paraId="40F5E1A3" w14:textId="0BF8BEA3" w:rsidR="0039038A" w:rsidRDefault="0039038A">
        <w:pPr>
          <w:pStyle w:val="Fuzeile"/>
          <w:jc w:val="center"/>
        </w:pPr>
        <w:r>
          <w:fldChar w:fldCharType="begin"/>
        </w:r>
        <w:r>
          <w:instrText>PAGE   \* MERGEFORMAT</w:instrText>
        </w:r>
        <w:r>
          <w:fldChar w:fldCharType="separate"/>
        </w:r>
        <w:r>
          <w:rPr>
            <w:lang w:val="de-DE"/>
          </w:rPr>
          <w:t>2</w:t>
        </w:r>
        <w:r>
          <w:fldChar w:fldCharType="end"/>
        </w:r>
      </w:p>
    </w:sdtContent>
  </w:sdt>
  <w:p w14:paraId="658DA116" w14:textId="77777777" w:rsidR="0039038A" w:rsidRDefault="0039038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A12C" w14:textId="77777777" w:rsidR="0039038A" w:rsidRDefault="003903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4EE68" w14:textId="77777777" w:rsidR="00D42C50" w:rsidRDefault="00D42C50" w:rsidP="0039038A">
      <w:pPr>
        <w:spacing w:after="0" w:line="240" w:lineRule="auto"/>
      </w:pPr>
      <w:r>
        <w:separator/>
      </w:r>
    </w:p>
  </w:footnote>
  <w:footnote w:type="continuationSeparator" w:id="0">
    <w:p w14:paraId="2AEFF9AB" w14:textId="77777777" w:rsidR="00D42C50" w:rsidRDefault="00D42C50" w:rsidP="00390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E103" w14:textId="77777777" w:rsidR="0039038A" w:rsidRDefault="003903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48D6" w14:textId="77777777" w:rsidR="0039038A" w:rsidRDefault="003903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0D39" w14:textId="77777777" w:rsidR="0039038A" w:rsidRDefault="003903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D065234"/>
    <w:multiLevelType w:val="multilevel"/>
    <w:tmpl w:val="ADDA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2237E0"/>
    <w:multiLevelType w:val="multilevel"/>
    <w:tmpl w:val="84A8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1351071">
    <w:abstractNumId w:val="9"/>
  </w:num>
  <w:num w:numId="2" w16cid:durableId="532378000">
    <w:abstractNumId w:val="10"/>
  </w:num>
  <w:num w:numId="3" w16cid:durableId="72967908">
    <w:abstractNumId w:val="8"/>
  </w:num>
  <w:num w:numId="4" w16cid:durableId="412513593">
    <w:abstractNumId w:val="6"/>
  </w:num>
  <w:num w:numId="5" w16cid:durableId="1409962209">
    <w:abstractNumId w:val="5"/>
  </w:num>
  <w:num w:numId="6" w16cid:durableId="264582254">
    <w:abstractNumId w:val="4"/>
  </w:num>
  <w:num w:numId="7" w16cid:durableId="1364987442">
    <w:abstractNumId w:val="7"/>
  </w:num>
  <w:num w:numId="8" w16cid:durableId="1304769060">
    <w:abstractNumId w:val="3"/>
  </w:num>
  <w:num w:numId="9" w16cid:durableId="195238377">
    <w:abstractNumId w:val="2"/>
  </w:num>
  <w:num w:numId="10" w16cid:durableId="1996102995">
    <w:abstractNumId w:val="1"/>
  </w:num>
  <w:num w:numId="11" w16cid:durableId="12225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C0"/>
    <w:rsid w:val="000149B4"/>
    <w:rsid w:val="0009031D"/>
    <w:rsid w:val="00114CEA"/>
    <w:rsid w:val="0011732E"/>
    <w:rsid w:val="001534CC"/>
    <w:rsid w:val="002D214A"/>
    <w:rsid w:val="0039038A"/>
    <w:rsid w:val="00571B77"/>
    <w:rsid w:val="007B1B54"/>
    <w:rsid w:val="00842B3E"/>
    <w:rsid w:val="008D6BFB"/>
    <w:rsid w:val="009C19D3"/>
    <w:rsid w:val="00A00D0A"/>
    <w:rsid w:val="00A258DB"/>
    <w:rsid w:val="00A87F8C"/>
    <w:rsid w:val="00BC2F5D"/>
    <w:rsid w:val="00C903C0"/>
    <w:rsid w:val="00D42C50"/>
    <w:rsid w:val="00D61F49"/>
    <w:rsid w:val="00E42F60"/>
    <w:rsid w:val="00E931A9"/>
    <w:rsid w:val="00F54CD0"/>
    <w:rsid w:val="00FE6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AA19"/>
  <w15:chartTrackingRefBased/>
  <w15:docId w15:val="{AFA84746-B550-4F2B-AD02-E4ADAD2D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34CC"/>
    <w:rPr>
      <w:lang w:val="en-US"/>
    </w:rPr>
  </w:style>
  <w:style w:type="paragraph" w:styleId="berschrift1">
    <w:name w:val="heading 1"/>
    <w:basedOn w:val="Standard"/>
    <w:next w:val="Standard"/>
    <w:link w:val="berschrift1Zchn"/>
    <w:uiPriority w:val="9"/>
    <w:qFormat/>
    <w:rsid w:val="00C90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90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903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903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903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903C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903C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903C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903C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03C0"/>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rsid w:val="00C903C0"/>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rsid w:val="00C903C0"/>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C903C0"/>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C903C0"/>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C903C0"/>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C903C0"/>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C903C0"/>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C903C0"/>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C90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03C0"/>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C903C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903C0"/>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C903C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903C0"/>
    <w:rPr>
      <w:i/>
      <w:iCs/>
      <w:color w:val="404040" w:themeColor="text1" w:themeTint="BF"/>
      <w:lang w:val="en-US"/>
    </w:rPr>
  </w:style>
  <w:style w:type="paragraph" w:styleId="Listenabsatz">
    <w:name w:val="List Paragraph"/>
    <w:basedOn w:val="Standard"/>
    <w:uiPriority w:val="34"/>
    <w:qFormat/>
    <w:rsid w:val="00C903C0"/>
    <w:pPr>
      <w:ind w:left="720"/>
      <w:contextualSpacing/>
    </w:pPr>
  </w:style>
  <w:style w:type="character" w:styleId="IntensiveHervorhebung">
    <w:name w:val="Intense Emphasis"/>
    <w:basedOn w:val="Absatz-Standardschriftart"/>
    <w:uiPriority w:val="21"/>
    <w:qFormat/>
    <w:rsid w:val="00C903C0"/>
    <w:rPr>
      <w:i/>
      <w:iCs/>
      <w:color w:val="0F4761" w:themeColor="accent1" w:themeShade="BF"/>
    </w:rPr>
  </w:style>
  <w:style w:type="paragraph" w:styleId="IntensivesZitat">
    <w:name w:val="Intense Quote"/>
    <w:basedOn w:val="Standard"/>
    <w:next w:val="Standard"/>
    <w:link w:val="IntensivesZitatZchn"/>
    <w:uiPriority w:val="30"/>
    <w:qFormat/>
    <w:rsid w:val="00C90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903C0"/>
    <w:rPr>
      <w:i/>
      <w:iCs/>
      <w:color w:val="0F4761" w:themeColor="accent1" w:themeShade="BF"/>
      <w:lang w:val="en-US"/>
    </w:rPr>
  </w:style>
  <w:style w:type="character" w:styleId="IntensiverVerweis">
    <w:name w:val="Intense Reference"/>
    <w:basedOn w:val="Absatz-Standardschriftart"/>
    <w:uiPriority w:val="32"/>
    <w:qFormat/>
    <w:rsid w:val="00C903C0"/>
    <w:rPr>
      <w:b/>
      <w:bCs/>
      <w:smallCaps/>
      <w:color w:val="0F4761" w:themeColor="accent1" w:themeShade="BF"/>
      <w:spacing w:val="5"/>
    </w:rPr>
  </w:style>
  <w:style w:type="character" w:styleId="Hyperlink">
    <w:name w:val="Hyperlink"/>
    <w:basedOn w:val="Absatz-Standardschriftart"/>
    <w:uiPriority w:val="99"/>
    <w:unhideWhenUsed/>
    <w:rsid w:val="001534CC"/>
    <w:rPr>
      <w:color w:val="467886" w:themeColor="hyperlink"/>
      <w:u w:val="single"/>
    </w:rPr>
  </w:style>
  <w:style w:type="character" w:styleId="Kommentarzeichen">
    <w:name w:val="annotation reference"/>
    <w:basedOn w:val="Absatz-Standardschriftart"/>
    <w:uiPriority w:val="99"/>
    <w:semiHidden/>
    <w:unhideWhenUsed/>
    <w:rsid w:val="001534CC"/>
    <w:rPr>
      <w:sz w:val="16"/>
      <w:szCs w:val="16"/>
    </w:rPr>
  </w:style>
  <w:style w:type="paragraph" w:styleId="Kommentartext">
    <w:name w:val="annotation text"/>
    <w:basedOn w:val="Standard"/>
    <w:link w:val="KommentartextZchn"/>
    <w:uiPriority w:val="99"/>
    <w:unhideWhenUsed/>
    <w:rsid w:val="001534CC"/>
    <w:pPr>
      <w:spacing w:line="240" w:lineRule="auto"/>
    </w:pPr>
    <w:rPr>
      <w:sz w:val="20"/>
      <w:szCs w:val="20"/>
    </w:rPr>
  </w:style>
  <w:style w:type="character" w:customStyle="1" w:styleId="KommentartextZchn">
    <w:name w:val="Kommentartext Zchn"/>
    <w:basedOn w:val="Absatz-Standardschriftart"/>
    <w:link w:val="Kommentartext"/>
    <w:uiPriority w:val="99"/>
    <w:rsid w:val="001534CC"/>
    <w:rPr>
      <w:sz w:val="20"/>
      <w:szCs w:val="20"/>
      <w:lang w:val="en-US"/>
    </w:rPr>
  </w:style>
  <w:style w:type="paragraph" w:styleId="Kopfzeile">
    <w:name w:val="header"/>
    <w:basedOn w:val="Standard"/>
    <w:link w:val="KopfzeileZchn"/>
    <w:uiPriority w:val="99"/>
    <w:unhideWhenUsed/>
    <w:rsid w:val="002D214A"/>
    <w:pPr>
      <w:tabs>
        <w:tab w:val="center" w:pos="4680"/>
        <w:tab w:val="right" w:pos="9360"/>
      </w:tabs>
      <w:spacing w:after="0" w:line="240" w:lineRule="auto"/>
    </w:pPr>
    <w:rPr>
      <w:rFonts w:eastAsiaTheme="minorEastAsia"/>
      <w:kern w:val="0"/>
      <w:lang w:val="en"/>
      <w14:ligatures w14:val="none"/>
    </w:rPr>
  </w:style>
  <w:style w:type="character" w:customStyle="1" w:styleId="KopfzeileZchn">
    <w:name w:val="Kopfzeile Zchn"/>
    <w:basedOn w:val="Absatz-Standardschriftart"/>
    <w:link w:val="Kopfzeile"/>
    <w:uiPriority w:val="99"/>
    <w:rsid w:val="002D214A"/>
    <w:rPr>
      <w:rFonts w:eastAsiaTheme="minorEastAsia"/>
      <w:kern w:val="0"/>
      <w:lang w:val="en"/>
      <w14:ligatures w14:val="none"/>
    </w:rPr>
  </w:style>
  <w:style w:type="paragraph" w:styleId="Fuzeile">
    <w:name w:val="footer"/>
    <w:basedOn w:val="Standard"/>
    <w:link w:val="FuzeileZchn"/>
    <w:uiPriority w:val="99"/>
    <w:unhideWhenUsed/>
    <w:rsid w:val="002D214A"/>
    <w:pPr>
      <w:tabs>
        <w:tab w:val="center" w:pos="4680"/>
        <w:tab w:val="right" w:pos="9360"/>
      </w:tabs>
      <w:spacing w:after="0" w:line="240" w:lineRule="auto"/>
    </w:pPr>
    <w:rPr>
      <w:rFonts w:eastAsiaTheme="minorEastAsia"/>
      <w:kern w:val="0"/>
      <w:lang w:val="en"/>
      <w14:ligatures w14:val="none"/>
    </w:rPr>
  </w:style>
  <w:style w:type="character" w:customStyle="1" w:styleId="FuzeileZchn">
    <w:name w:val="Fußzeile Zchn"/>
    <w:basedOn w:val="Absatz-Standardschriftart"/>
    <w:link w:val="Fuzeile"/>
    <w:uiPriority w:val="99"/>
    <w:rsid w:val="002D214A"/>
    <w:rPr>
      <w:rFonts w:eastAsiaTheme="minorEastAsia"/>
      <w:kern w:val="0"/>
      <w:lang w:val="en"/>
      <w14:ligatures w14:val="none"/>
    </w:rPr>
  </w:style>
  <w:style w:type="paragraph" w:styleId="KeinLeerraum">
    <w:name w:val="No Spacing"/>
    <w:uiPriority w:val="1"/>
    <w:qFormat/>
    <w:rsid w:val="002D214A"/>
    <w:pPr>
      <w:spacing w:after="0" w:line="240" w:lineRule="auto"/>
    </w:pPr>
    <w:rPr>
      <w:rFonts w:eastAsiaTheme="minorEastAsia"/>
      <w:kern w:val="0"/>
      <w:lang w:val="en"/>
      <w14:ligatures w14:val="none"/>
    </w:rPr>
  </w:style>
  <w:style w:type="paragraph" w:styleId="Textkrper">
    <w:name w:val="Body Text"/>
    <w:basedOn w:val="Standard"/>
    <w:link w:val="TextkrperZchn"/>
    <w:uiPriority w:val="99"/>
    <w:unhideWhenUsed/>
    <w:rsid w:val="002D214A"/>
    <w:pPr>
      <w:spacing w:after="120" w:line="276" w:lineRule="auto"/>
    </w:pPr>
    <w:rPr>
      <w:rFonts w:eastAsiaTheme="minorEastAsia"/>
      <w:kern w:val="0"/>
      <w:lang w:val="en"/>
      <w14:ligatures w14:val="none"/>
    </w:rPr>
  </w:style>
  <w:style w:type="character" w:customStyle="1" w:styleId="TextkrperZchn">
    <w:name w:val="Textkörper Zchn"/>
    <w:basedOn w:val="Absatz-Standardschriftart"/>
    <w:link w:val="Textkrper"/>
    <w:uiPriority w:val="99"/>
    <w:rsid w:val="002D214A"/>
    <w:rPr>
      <w:rFonts w:eastAsiaTheme="minorEastAsia"/>
      <w:kern w:val="0"/>
      <w:lang w:val="en"/>
      <w14:ligatures w14:val="none"/>
    </w:rPr>
  </w:style>
  <w:style w:type="paragraph" w:styleId="Textkrper2">
    <w:name w:val="Body Text 2"/>
    <w:basedOn w:val="Standard"/>
    <w:link w:val="Textkrper2Zchn"/>
    <w:uiPriority w:val="99"/>
    <w:unhideWhenUsed/>
    <w:rsid w:val="002D214A"/>
    <w:pPr>
      <w:spacing w:after="120" w:line="480" w:lineRule="auto"/>
    </w:pPr>
    <w:rPr>
      <w:rFonts w:eastAsiaTheme="minorEastAsia"/>
      <w:kern w:val="0"/>
      <w:lang w:val="en"/>
      <w14:ligatures w14:val="none"/>
    </w:rPr>
  </w:style>
  <w:style w:type="character" w:customStyle="1" w:styleId="Textkrper2Zchn">
    <w:name w:val="Textkörper 2 Zchn"/>
    <w:basedOn w:val="Absatz-Standardschriftart"/>
    <w:link w:val="Textkrper2"/>
    <w:uiPriority w:val="99"/>
    <w:rsid w:val="002D214A"/>
    <w:rPr>
      <w:rFonts w:eastAsiaTheme="minorEastAsia"/>
      <w:kern w:val="0"/>
      <w:lang w:val="en"/>
      <w14:ligatures w14:val="none"/>
    </w:rPr>
  </w:style>
  <w:style w:type="paragraph" w:styleId="Textkrper3">
    <w:name w:val="Body Text 3"/>
    <w:basedOn w:val="Standard"/>
    <w:link w:val="Textkrper3Zchn"/>
    <w:uiPriority w:val="99"/>
    <w:unhideWhenUsed/>
    <w:rsid w:val="002D214A"/>
    <w:pPr>
      <w:spacing w:after="120" w:line="276" w:lineRule="auto"/>
    </w:pPr>
    <w:rPr>
      <w:rFonts w:eastAsiaTheme="minorEastAsia"/>
      <w:kern w:val="0"/>
      <w:sz w:val="16"/>
      <w:szCs w:val="16"/>
      <w:lang w:val="en"/>
      <w14:ligatures w14:val="none"/>
    </w:rPr>
  </w:style>
  <w:style w:type="character" w:customStyle="1" w:styleId="Textkrper3Zchn">
    <w:name w:val="Textkörper 3 Zchn"/>
    <w:basedOn w:val="Absatz-Standardschriftart"/>
    <w:link w:val="Textkrper3"/>
    <w:uiPriority w:val="99"/>
    <w:rsid w:val="002D214A"/>
    <w:rPr>
      <w:rFonts w:eastAsiaTheme="minorEastAsia"/>
      <w:kern w:val="0"/>
      <w:sz w:val="16"/>
      <w:szCs w:val="16"/>
      <w:lang w:val="en"/>
      <w14:ligatures w14:val="none"/>
    </w:rPr>
  </w:style>
  <w:style w:type="paragraph" w:styleId="Liste">
    <w:name w:val="List"/>
    <w:basedOn w:val="Standard"/>
    <w:uiPriority w:val="99"/>
    <w:unhideWhenUsed/>
    <w:rsid w:val="002D214A"/>
    <w:pPr>
      <w:spacing w:after="200" w:line="276" w:lineRule="auto"/>
      <w:ind w:left="360" w:hanging="360"/>
      <w:contextualSpacing/>
    </w:pPr>
    <w:rPr>
      <w:rFonts w:eastAsiaTheme="minorEastAsia"/>
      <w:kern w:val="0"/>
      <w:lang w:val="en"/>
      <w14:ligatures w14:val="none"/>
    </w:rPr>
  </w:style>
  <w:style w:type="paragraph" w:styleId="Liste2">
    <w:name w:val="List 2"/>
    <w:basedOn w:val="Standard"/>
    <w:uiPriority w:val="99"/>
    <w:unhideWhenUsed/>
    <w:rsid w:val="002D214A"/>
    <w:pPr>
      <w:spacing w:after="200" w:line="276" w:lineRule="auto"/>
      <w:ind w:left="720" w:hanging="360"/>
      <w:contextualSpacing/>
    </w:pPr>
    <w:rPr>
      <w:rFonts w:eastAsiaTheme="minorEastAsia"/>
      <w:kern w:val="0"/>
      <w:lang w:val="en"/>
      <w14:ligatures w14:val="none"/>
    </w:rPr>
  </w:style>
  <w:style w:type="paragraph" w:styleId="Liste3">
    <w:name w:val="List 3"/>
    <w:basedOn w:val="Standard"/>
    <w:uiPriority w:val="99"/>
    <w:unhideWhenUsed/>
    <w:rsid w:val="002D214A"/>
    <w:pPr>
      <w:spacing w:after="200" w:line="276" w:lineRule="auto"/>
      <w:ind w:left="1080" w:hanging="360"/>
      <w:contextualSpacing/>
    </w:pPr>
    <w:rPr>
      <w:rFonts w:eastAsiaTheme="minorEastAsia"/>
      <w:kern w:val="0"/>
      <w:lang w:val="en"/>
      <w14:ligatures w14:val="none"/>
    </w:rPr>
  </w:style>
  <w:style w:type="paragraph" w:styleId="Aufzhlungszeichen">
    <w:name w:val="List Bullet"/>
    <w:basedOn w:val="Standard"/>
    <w:uiPriority w:val="99"/>
    <w:unhideWhenUsed/>
    <w:rsid w:val="002D214A"/>
    <w:pPr>
      <w:numPr>
        <w:numId w:val="3"/>
      </w:numPr>
      <w:spacing w:after="200" w:line="276" w:lineRule="auto"/>
      <w:contextualSpacing/>
    </w:pPr>
    <w:rPr>
      <w:rFonts w:eastAsiaTheme="minorEastAsia"/>
      <w:kern w:val="0"/>
      <w:lang w:val="en"/>
      <w14:ligatures w14:val="none"/>
    </w:rPr>
  </w:style>
  <w:style w:type="paragraph" w:styleId="Aufzhlungszeichen2">
    <w:name w:val="List Bullet 2"/>
    <w:basedOn w:val="Standard"/>
    <w:uiPriority w:val="99"/>
    <w:unhideWhenUsed/>
    <w:rsid w:val="002D214A"/>
    <w:pPr>
      <w:numPr>
        <w:numId w:val="4"/>
      </w:numPr>
      <w:spacing w:after="200" w:line="276" w:lineRule="auto"/>
      <w:contextualSpacing/>
    </w:pPr>
    <w:rPr>
      <w:rFonts w:eastAsiaTheme="minorEastAsia"/>
      <w:kern w:val="0"/>
      <w:lang w:val="en"/>
      <w14:ligatures w14:val="none"/>
    </w:rPr>
  </w:style>
  <w:style w:type="paragraph" w:styleId="Aufzhlungszeichen3">
    <w:name w:val="List Bullet 3"/>
    <w:basedOn w:val="Standard"/>
    <w:uiPriority w:val="99"/>
    <w:unhideWhenUsed/>
    <w:rsid w:val="002D214A"/>
    <w:pPr>
      <w:numPr>
        <w:numId w:val="5"/>
      </w:numPr>
      <w:spacing w:after="200" w:line="276" w:lineRule="auto"/>
      <w:contextualSpacing/>
    </w:pPr>
    <w:rPr>
      <w:rFonts w:eastAsiaTheme="minorEastAsia"/>
      <w:kern w:val="0"/>
      <w:lang w:val="en"/>
      <w14:ligatures w14:val="none"/>
    </w:rPr>
  </w:style>
  <w:style w:type="paragraph" w:styleId="Listennummer">
    <w:name w:val="List Number"/>
    <w:basedOn w:val="Standard"/>
    <w:uiPriority w:val="99"/>
    <w:unhideWhenUsed/>
    <w:rsid w:val="002D214A"/>
    <w:pPr>
      <w:numPr>
        <w:numId w:val="7"/>
      </w:numPr>
      <w:spacing w:after="200" w:line="276" w:lineRule="auto"/>
      <w:contextualSpacing/>
    </w:pPr>
    <w:rPr>
      <w:rFonts w:eastAsiaTheme="minorEastAsia"/>
      <w:kern w:val="0"/>
      <w:lang w:val="en"/>
      <w14:ligatures w14:val="none"/>
    </w:rPr>
  </w:style>
  <w:style w:type="paragraph" w:styleId="Listennummer2">
    <w:name w:val="List Number 2"/>
    <w:basedOn w:val="Standard"/>
    <w:uiPriority w:val="99"/>
    <w:unhideWhenUsed/>
    <w:rsid w:val="002D214A"/>
    <w:pPr>
      <w:numPr>
        <w:numId w:val="8"/>
      </w:numPr>
      <w:spacing w:after="200" w:line="276" w:lineRule="auto"/>
      <w:contextualSpacing/>
    </w:pPr>
    <w:rPr>
      <w:rFonts w:eastAsiaTheme="minorEastAsia"/>
      <w:kern w:val="0"/>
      <w:lang w:val="en"/>
      <w14:ligatures w14:val="none"/>
    </w:rPr>
  </w:style>
  <w:style w:type="paragraph" w:styleId="Listennummer3">
    <w:name w:val="List Number 3"/>
    <w:basedOn w:val="Standard"/>
    <w:uiPriority w:val="99"/>
    <w:unhideWhenUsed/>
    <w:rsid w:val="002D214A"/>
    <w:pPr>
      <w:numPr>
        <w:numId w:val="9"/>
      </w:numPr>
      <w:spacing w:after="200" w:line="276" w:lineRule="auto"/>
      <w:contextualSpacing/>
    </w:pPr>
    <w:rPr>
      <w:rFonts w:eastAsiaTheme="minorEastAsia"/>
      <w:kern w:val="0"/>
      <w:lang w:val="en"/>
      <w14:ligatures w14:val="none"/>
    </w:rPr>
  </w:style>
  <w:style w:type="paragraph" w:styleId="Listenfortsetzung">
    <w:name w:val="List Continue"/>
    <w:basedOn w:val="Standard"/>
    <w:uiPriority w:val="99"/>
    <w:unhideWhenUsed/>
    <w:rsid w:val="002D214A"/>
    <w:pPr>
      <w:spacing w:after="120" w:line="276" w:lineRule="auto"/>
      <w:ind w:left="360"/>
      <w:contextualSpacing/>
    </w:pPr>
    <w:rPr>
      <w:rFonts w:eastAsiaTheme="minorEastAsia"/>
      <w:kern w:val="0"/>
      <w:lang w:val="en"/>
      <w14:ligatures w14:val="none"/>
    </w:rPr>
  </w:style>
  <w:style w:type="paragraph" w:styleId="Listenfortsetzung2">
    <w:name w:val="List Continue 2"/>
    <w:basedOn w:val="Standard"/>
    <w:uiPriority w:val="99"/>
    <w:unhideWhenUsed/>
    <w:rsid w:val="002D214A"/>
    <w:pPr>
      <w:spacing w:after="120" w:line="276" w:lineRule="auto"/>
      <w:ind w:left="720"/>
      <w:contextualSpacing/>
    </w:pPr>
    <w:rPr>
      <w:rFonts w:eastAsiaTheme="minorEastAsia"/>
      <w:kern w:val="0"/>
      <w:lang w:val="en"/>
      <w14:ligatures w14:val="none"/>
    </w:rPr>
  </w:style>
  <w:style w:type="paragraph" w:styleId="Listenfortsetzung3">
    <w:name w:val="List Continue 3"/>
    <w:basedOn w:val="Standard"/>
    <w:uiPriority w:val="99"/>
    <w:unhideWhenUsed/>
    <w:rsid w:val="002D214A"/>
    <w:pPr>
      <w:spacing w:after="120" w:line="276" w:lineRule="auto"/>
      <w:ind w:left="1080"/>
      <w:contextualSpacing/>
    </w:pPr>
    <w:rPr>
      <w:rFonts w:eastAsiaTheme="minorEastAsia"/>
      <w:kern w:val="0"/>
      <w:lang w:val="en"/>
      <w14:ligatures w14:val="none"/>
    </w:rPr>
  </w:style>
  <w:style w:type="paragraph" w:styleId="Makrotext">
    <w:name w:val="macro"/>
    <w:link w:val="MakrotextZchn"/>
    <w:uiPriority w:val="99"/>
    <w:unhideWhenUsed/>
    <w:rsid w:val="002D214A"/>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
      <w14:ligatures w14:val="none"/>
    </w:rPr>
  </w:style>
  <w:style w:type="character" w:customStyle="1" w:styleId="MakrotextZchn">
    <w:name w:val="Makrotext Zchn"/>
    <w:basedOn w:val="Absatz-Standardschriftart"/>
    <w:link w:val="Makrotext"/>
    <w:uiPriority w:val="99"/>
    <w:rsid w:val="002D214A"/>
    <w:rPr>
      <w:rFonts w:ascii="Courier" w:eastAsiaTheme="minorEastAsia" w:hAnsi="Courier"/>
      <w:kern w:val="0"/>
      <w:sz w:val="20"/>
      <w:szCs w:val="20"/>
      <w:lang w:val="en"/>
      <w14:ligatures w14:val="none"/>
    </w:rPr>
  </w:style>
  <w:style w:type="paragraph" w:styleId="Beschriftung">
    <w:name w:val="caption"/>
    <w:basedOn w:val="Standard"/>
    <w:next w:val="Standard"/>
    <w:uiPriority w:val="35"/>
    <w:semiHidden/>
    <w:unhideWhenUsed/>
    <w:qFormat/>
    <w:rsid w:val="002D214A"/>
    <w:pPr>
      <w:spacing w:after="200" w:line="240" w:lineRule="auto"/>
    </w:pPr>
    <w:rPr>
      <w:rFonts w:eastAsiaTheme="minorEastAsia"/>
      <w:b/>
      <w:bCs/>
      <w:color w:val="156082" w:themeColor="accent1"/>
      <w:kern w:val="0"/>
      <w:sz w:val="18"/>
      <w:szCs w:val="18"/>
      <w:lang w:val="en"/>
      <w14:ligatures w14:val="none"/>
    </w:rPr>
  </w:style>
  <w:style w:type="character" w:styleId="Fett">
    <w:name w:val="Strong"/>
    <w:basedOn w:val="Absatz-Standardschriftart"/>
    <w:uiPriority w:val="22"/>
    <w:qFormat/>
    <w:rsid w:val="002D214A"/>
    <w:rPr>
      <w:b/>
      <w:bCs/>
    </w:rPr>
  </w:style>
  <w:style w:type="character" w:styleId="Hervorhebung">
    <w:name w:val="Emphasis"/>
    <w:basedOn w:val="Absatz-Standardschriftart"/>
    <w:uiPriority w:val="20"/>
    <w:qFormat/>
    <w:rsid w:val="002D214A"/>
    <w:rPr>
      <w:i/>
      <w:iCs/>
    </w:rPr>
  </w:style>
  <w:style w:type="character" w:styleId="SchwacheHervorhebung">
    <w:name w:val="Subtle Emphasis"/>
    <w:basedOn w:val="Absatz-Standardschriftart"/>
    <w:uiPriority w:val="19"/>
    <w:qFormat/>
    <w:rsid w:val="002D214A"/>
    <w:rPr>
      <w:i/>
      <w:iCs/>
      <w:color w:val="808080" w:themeColor="text1" w:themeTint="7F"/>
    </w:rPr>
  </w:style>
  <w:style w:type="character" w:styleId="SchwacherVerweis">
    <w:name w:val="Subtle Reference"/>
    <w:basedOn w:val="Absatz-Standardschriftart"/>
    <w:uiPriority w:val="31"/>
    <w:qFormat/>
    <w:rsid w:val="002D214A"/>
    <w:rPr>
      <w:smallCaps/>
      <w:color w:val="E97132" w:themeColor="accent2"/>
      <w:u w:val="single"/>
    </w:rPr>
  </w:style>
  <w:style w:type="character" w:styleId="Buchtitel">
    <w:name w:val="Book Title"/>
    <w:basedOn w:val="Absatz-Standardschriftart"/>
    <w:uiPriority w:val="33"/>
    <w:qFormat/>
    <w:rsid w:val="002D214A"/>
    <w:rPr>
      <w:b/>
      <w:bCs/>
      <w:smallCaps/>
      <w:spacing w:val="5"/>
    </w:rPr>
  </w:style>
  <w:style w:type="paragraph" w:styleId="Inhaltsverzeichnisberschrift">
    <w:name w:val="TOC Heading"/>
    <w:basedOn w:val="berschrift1"/>
    <w:next w:val="Standard"/>
    <w:uiPriority w:val="39"/>
    <w:semiHidden/>
    <w:unhideWhenUsed/>
    <w:qFormat/>
    <w:rsid w:val="002D214A"/>
    <w:pPr>
      <w:spacing w:before="480" w:after="0" w:line="276" w:lineRule="auto"/>
      <w:outlineLvl w:val="9"/>
    </w:pPr>
    <w:rPr>
      <w:b/>
      <w:bCs/>
      <w:kern w:val="0"/>
      <w:sz w:val="28"/>
      <w:szCs w:val="28"/>
      <w:lang w:val="en"/>
      <w14:ligatures w14:val="none"/>
    </w:rPr>
  </w:style>
  <w:style w:type="table" w:styleId="Tabellenraster">
    <w:name w:val="Table Grid"/>
    <w:basedOn w:val="NormaleTabelle"/>
    <w:uiPriority w:val="59"/>
    <w:rsid w:val="002D214A"/>
    <w:pPr>
      <w:spacing w:after="0" w:line="240" w:lineRule="auto"/>
    </w:pPr>
    <w:rPr>
      <w:rFonts w:eastAsiaTheme="minorEastAsia"/>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2D214A"/>
    <w:pPr>
      <w:spacing w:after="0" w:line="240" w:lineRule="auto"/>
    </w:pPr>
    <w:rPr>
      <w:rFonts w:eastAsiaTheme="minorEastAsia"/>
      <w:color w:val="000000" w:themeColor="text1" w:themeShade="BF"/>
      <w:kern w:val="0"/>
      <w:lang w:val="e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2D214A"/>
    <w:pPr>
      <w:spacing w:after="0" w:line="240" w:lineRule="auto"/>
    </w:pPr>
    <w:rPr>
      <w:rFonts w:eastAsiaTheme="minorEastAsia"/>
      <w:color w:val="0F4761" w:themeColor="accent1" w:themeShade="BF"/>
      <w:kern w:val="0"/>
      <w:lang w:val="en"/>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rsid w:val="002D214A"/>
    <w:pPr>
      <w:spacing w:after="0" w:line="240" w:lineRule="auto"/>
    </w:pPr>
    <w:rPr>
      <w:rFonts w:eastAsiaTheme="minorEastAsia"/>
      <w:color w:val="BF4E14" w:themeColor="accent2" w:themeShade="BF"/>
      <w:kern w:val="0"/>
      <w:lang w:val="en"/>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rsid w:val="002D214A"/>
    <w:pPr>
      <w:spacing w:after="0" w:line="240" w:lineRule="auto"/>
    </w:pPr>
    <w:rPr>
      <w:rFonts w:eastAsiaTheme="minorEastAsia"/>
      <w:color w:val="124F1A" w:themeColor="accent3" w:themeShade="BF"/>
      <w:kern w:val="0"/>
      <w:lang w:val="en"/>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rsid w:val="002D214A"/>
    <w:pPr>
      <w:spacing w:after="0" w:line="240" w:lineRule="auto"/>
    </w:pPr>
    <w:rPr>
      <w:rFonts w:eastAsiaTheme="minorEastAsia"/>
      <w:color w:val="0B769F" w:themeColor="accent4" w:themeShade="BF"/>
      <w:kern w:val="0"/>
      <w:lang w:val="en"/>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rsid w:val="002D214A"/>
    <w:pPr>
      <w:spacing w:after="0" w:line="240" w:lineRule="auto"/>
    </w:pPr>
    <w:rPr>
      <w:rFonts w:eastAsiaTheme="minorEastAsia"/>
      <w:color w:val="77206D" w:themeColor="accent5" w:themeShade="BF"/>
      <w:kern w:val="0"/>
      <w:lang w:val="en"/>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rsid w:val="002D214A"/>
    <w:pPr>
      <w:spacing w:after="0" w:line="240" w:lineRule="auto"/>
    </w:pPr>
    <w:rPr>
      <w:rFonts w:eastAsiaTheme="minorEastAsia"/>
      <w:color w:val="3A7C22" w:themeColor="accent6" w:themeShade="BF"/>
      <w:kern w:val="0"/>
      <w:lang w:val="en"/>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HelleListe">
    <w:name w:val="Light List"/>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rsid w:val="002D214A"/>
    <w:pPr>
      <w:spacing w:after="0" w:line="240" w:lineRule="auto"/>
    </w:pPr>
    <w:rPr>
      <w:rFonts w:eastAsiaTheme="minorEastAsia"/>
      <w:kern w:val="0"/>
      <w:lang w:val="e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Raster">
    <w:name w:val="Light Grid"/>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rsid w:val="002D214A"/>
    <w:pPr>
      <w:spacing w:after="0" w:line="240" w:lineRule="auto"/>
    </w:pPr>
    <w:rPr>
      <w:rFonts w:eastAsiaTheme="minorEastAsia"/>
      <w:kern w:val="0"/>
      <w:lang w:val="e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ittlereSchattierung1">
    <w:name w:val="Medium Shading 1"/>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2D214A"/>
    <w:pPr>
      <w:spacing w:after="0" w:line="240" w:lineRule="auto"/>
    </w:pPr>
    <w:rPr>
      <w:rFonts w:eastAsiaTheme="minorEastAsia"/>
      <w:kern w:val="0"/>
      <w:lang w:val="en"/>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2D214A"/>
    <w:pPr>
      <w:spacing w:after="0" w:line="240" w:lineRule="auto"/>
    </w:pPr>
    <w:rPr>
      <w:rFonts w:eastAsiaTheme="minorEastAsia"/>
      <w:kern w:val="0"/>
      <w:lang w:val="e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rsid w:val="002D214A"/>
    <w:pPr>
      <w:spacing w:after="0" w:line="240" w:lineRule="auto"/>
    </w:pPr>
    <w:rPr>
      <w:rFonts w:eastAsiaTheme="minorEastAsia"/>
      <w:kern w:val="0"/>
      <w:lang w:val="en"/>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2D214A"/>
    <w:pPr>
      <w:spacing w:after="0" w:line="240" w:lineRule="auto"/>
    </w:pPr>
    <w:rPr>
      <w:rFonts w:asciiTheme="majorHAnsi" w:eastAsiaTheme="majorEastAsia" w:hAnsiTheme="majorHAnsi" w:cstheme="majorBidi"/>
      <w:color w:val="000000" w:themeColor="text1"/>
      <w:kern w:val="0"/>
      <w:lang w:val="e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rsid w:val="002D214A"/>
    <w:pPr>
      <w:spacing w:after="0" w:line="240" w:lineRule="auto"/>
    </w:pPr>
    <w:rPr>
      <w:rFonts w:eastAsiaTheme="minorEastAsia"/>
      <w:kern w:val="0"/>
      <w:lang w:val="e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unkleListe">
    <w:name w:val="Dark List"/>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rsid w:val="002D214A"/>
    <w:pPr>
      <w:spacing w:after="0" w:line="240" w:lineRule="auto"/>
    </w:pPr>
    <w:rPr>
      <w:rFonts w:eastAsiaTheme="minorEastAsia"/>
      <w:color w:val="FFFFFF" w:themeColor="background1"/>
      <w:kern w:val="0"/>
      <w:lang w:val="en"/>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FarbigeSchattierung">
    <w:name w:val="Colorful Shading"/>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2D214A"/>
    <w:pPr>
      <w:spacing w:after="0" w:line="240" w:lineRule="auto"/>
    </w:pPr>
    <w:rPr>
      <w:rFonts w:eastAsiaTheme="minorEastAsia"/>
      <w:color w:val="000000" w:themeColor="text1"/>
      <w:kern w:val="0"/>
      <w:lang w:val="en"/>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rsid w:val="002D214A"/>
    <w:pPr>
      <w:spacing w:after="0" w:line="240" w:lineRule="auto"/>
    </w:pPr>
    <w:rPr>
      <w:rFonts w:eastAsiaTheme="minorEastAsia"/>
      <w:color w:val="000000" w:themeColor="text1"/>
      <w:kern w:val="0"/>
      <w:lang w:val="en"/>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Raster">
    <w:name w:val="Colorful Grid"/>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rsid w:val="002D214A"/>
    <w:pPr>
      <w:spacing w:after="0" w:line="240" w:lineRule="auto"/>
    </w:pPr>
    <w:rPr>
      <w:rFonts w:eastAsiaTheme="minorEastAsia"/>
      <w:color w:val="000000" w:themeColor="text1"/>
      <w:kern w:val="0"/>
      <w:lang w:val="en"/>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umfrageonlin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3489</Words>
  <Characters>21987</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Dapper</dc:creator>
  <cp:keywords/>
  <dc:description/>
  <cp:lastModifiedBy>Hendrik Dapper</cp:lastModifiedBy>
  <cp:revision>7</cp:revision>
  <dcterms:created xsi:type="dcterms:W3CDTF">2025-06-11T12:01:00Z</dcterms:created>
  <dcterms:modified xsi:type="dcterms:W3CDTF">2025-07-04T16:12:00Z</dcterms:modified>
</cp:coreProperties>
</file>