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4EE6" w14:textId="77777777" w:rsidR="00BD39C3" w:rsidRDefault="004A5A27">
      <w:pPr>
        <w:pStyle w:val="Title"/>
      </w:pPr>
      <w:r>
        <w:t>Supplementary materials</w:t>
      </w:r>
    </w:p>
    <w:p w14:paraId="5754A765" w14:textId="77777777" w:rsidR="000E0C3E" w:rsidRDefault="004A5A27">
      <w:r w:rsidRPr="005C16EC">
        <w:t>Analytic sample derivation. The source analytic dataset contained 699 participants. After excluding 42 participants aged under 65 years and one with missing age, 656 remained; seven had neither valid bone measurements nor hip structural analysis, leaving 649 participants in the main analytic cohort. Valid osteoporosis classification was available for 646 participants and hip structural analysis for 647 participants.</w:t>
      </w:r>
    </w:p>
    <w:p w14:paraId="65A69F5C" w14:textId="77777777" w:rsidR="00BD39C3" w:rsidRDefault="004A5A27">
      <w:r>
        <w:t>Supplementary analyses for: Osteosarcopenia: More Than the Sum of Its Parts? A Community-Based Study Across Sarcopenia Definitions.</w:t>
      </w:r>
    </w:p>
    <w:p w14:paraId="443C8C2D" w14:textId="77777777" w:rsidR="00BD39C3" w:rsidRDefault="004A5A27">
      <w:r>
        <w:t>All supplementary tables were generated from the single de-identified analytic dataset used in the main analysis bundle.</w:t>
      </w:r>
    </w:p>
    <w:p w14:paraId="61DA6892" w14:textId="77777777" w:rsidR="00BD39C3" w:rsidRDefault="004A5A27">
      <w:pPr>
        <w:pStyle w:val="Heading2"/>
      </w:pPr>
      <w:r>
        <w:t>Supplementary Table S1a. Missing data for participant and muscle variables</w:t>
      </w:r>
    </w:p>
    <w:tbl>
      <w:tblPr>
        <w:tblStyle w:val="TableGrid"/>
        <w:tblW w:w="0" w:type="auto"/>
        <w:tblLook w:val="04A0" w:firstRow="1" w:lastRow="0" w:firstColumn="1" w:lastColumn="0" w:noHBand="0" w:noVBand="1"/>
      </w:tblPr>
      <w:tblGrid>
        <w:gridCol w:w="1427"/>
        <w:gridCol w:w="1365"/>
        <w:gridCol w:w="1333"/>
        <w:gridCol w:w="1333"/>
        <w:gridCol w:w="1333"/>
        <w:gridCol w:w="1333"/>
        <w:gridCol w:w="1333"/>
        <w:gridCol w:w="1333"/>
      </w:tblGrid>
      <w:tr w:rsidR="00BD39C3" w14:paraId="0531BEDD" w14:textId="77777777">
        <w:trPr>
          <w:tblHeader/>
        </w:trPr>
        <w:tc>
          <w:tcPr>
            <w:tcW w:w="1818" w:type="dxa"/>
          </w:tcPr>
          <w:p w14:paraId="12EA9B28" w14:textId="77777777" w:rsidR="00BD39C3" w:rsidRDefault="004A5A27">
            <w:r>
              <w:rPr>
                <w:b/>
                <w:sz w:val="12"/>
              </w:rPr>
              <w:t>Variable</w:t>
            </w:r>
          </w:p>
        </w:tc>
        <w:tc>
          <w:tcPr>
            <w:tcW w:w="1818" w:type="dxa"/>
          </w:tcPr>
          <w:p w14:paraId="4D4F1982" w14:textId="77777777" w:rsidR="00BD39C3" w:rsidRDefault="004A5A27">
            <w:r>
              <w:rPr>
                <w:b/>
                <w:sz w:val="12"/>
              </w:rPr>
              <w:t>Available</w:t>
            </w:r>
          </w:p>
        </w:tc>
        <w:tc>
          <w:tcPr>
            <w:tcW w:w="1818" w:type="dxa"/>
          </w:tcPr>
          <w:p w14:paraId="6E92711B" w14:textId="77777777" w:rsidR="00BD39C3" w:rsidRDefault="004A5A27">
            <w:r>
              <w:rPr>
                <w:b/>
                <w:sz w:val="12"/>
              </w:rPr>
              <w:t>Missing</w:t>
            </w:r>
          </w:p>
        </w:tc>
        <w:tc>
          <w:tcPr>
            <w:tcW w:w="1818" w:type="dxa"/>
          </w:tcPr>
          <w:p w14:paraId="030A13B2" w14:textId="77777777" w:rsidR="00BD39C3" w:rsidRDefault="004A5A27">
            <w:r>
              <w:rPr>
                <w:b/>
                <w:sz w:val="12"/>
              </w:rPr>
              <w:t>Missing %</w:t>
            </w:r>
          </w:p>
        </w:tc>
        <w:tc>
          <w:tcPr>
            <w:tcW w:w="1818" w:type="dxa"/>
          </w:tcPr>
          <w:p w14:paraId="34A242F2" w14:textId="77777777" w:rsidR="00BD39C3" w:rsidRDefault="004A5A27">
            <w:r>
              <w:rPr>
                <w:b/>
                <w:sz w:val="12"/>
              </w:rPr>
              <w:t>Missing women</w:t>
            </w:r>
          </w:p>
        </w:tc>
        <w:tc>
          <w:tcPr>
            <w:tcW w:w="1818" w:type="dxa"/>
          </w:tcPr>
          <w:p w14:paraId="4FEF08FE" w14:textId="77777777" w:rsidR="00BD39C3" w:rsidRDefault="004A5A27">
            <w:r>
              <w:rPr>
                <w:b/>
                <w:sz w:val="12"/>
              </w:rPr>
              <w:t>Missing men</w:t>
            </w:r>
          </w:p>
        </w:tc>
        <w:tc>
          <w:tcPr>
            <w:tcW w:w="1818" w:type="dxa"/>
          </w:tcPr>
          <w:p w14:paraId="2038E944" w14:textId="77777777" w:rsidR="00BD39C3" w:rsidRDefault="004A5A27">
            <w:r>
              <w:rPr>
                <w:b/>
                <w:sz w:val="12"/>
              </w:rPr>
              <w:t>Missing OP+</w:t>
            </w:r>
          </w:p>
        </w:tc>
        <w:tc>
          <w:tcPr>
            <w:tcW w:w="1818" w:type="dxa"/>
          </w:tcPr>
          <w:p w14:paraId="4259AC3F" w14:textId="77777777" w:rsidR="00BD39C3" w:rsidRDefault="004A5A27">
            <w:r>
              <w:rPr>
                <w:b/>
                <w:sz w:val="12"/>
              </w:rPr>
              <w:t>Missing OP-</w:t>
            </w:r>
          </w:p>
        </w:tc>
      </w:tr>
      <w:tr w:rsidR="00BD39C3" w14:paraId="1D039E52" w14:textId="77777777">
        <w:tc>
          <w:tcPr>
            <w:tcW w:w="1818" w:type="dxa"/>
          </w:tcPr>
          <w:p w14:paraId="6073CCD2" w14:textId="77777777" w:rsidR="00BD39C3" w:rsidRDefault="004A5A27">
            <w:r>
              <w:rPr>
                <w:sz w:val="12"/>
              </w:rPr>
              <w:t>Age</w:t>
            </w:r>
          </w:p>
        </w:tc>
        <w:tc>
          <w:tcPr>
            <w:tcW w:w="1818" w:type="dxa"/>
          </w:tcPr>
          <w:p w14:paraId="55857864" w14:textId="77777777" w:rsidR="00BD39C3" w:rsidRDefault="004A5A27">
            <w:r>
              <w:rPr>
                <w:sz w:val="12"/>
              </w:rPr>
              <w:t>656</w:t>
            </w:r>
          </w:p>
        </w:tc>
        <w:tc>
          <w:tcPr>
            <w:tcW w:w="1818" w:type="dxa"/>
          </w:tcPr>
          <w:p w14:paraId="7C6887F0" w14:textId="77777777" w:rsidR="00BD39C3" w:rsidRDefault="004A5A27">
            <w:r>
              <w:rPr>
                <w:sz w:val="12"/>
              </w:rPr>
              <w:t>0</w:t>
            </w:r>
          </w:p>
        </w:tc>
        <w:tc>
          <w:tcPr>
            <w:tcW w:w="1818" w:type="dxa"/>
          </w:tcPr>
          <w:p w14:paraId="51340CCE" w14:textId="77777777" w:rsidR="00BD39C3" w:rsidRDefault="004A5A27">
            <w:r>
              <w:rPr>
                <w:sz w:val="12"/>
              </w:rPr>
              <w:t>0.0</w:t>
            </w:r>
          </w:p>
        </w:tc>
        <w:tc>
          <w:tcPr>
            <w:tcW w:w="1818" w:type="dxa"/>
          </w:tcPr>
          <w:p w14:paraId="54DC162C" w14:textId="77777777" w:rsidR="00BD39C3" w:rsidRDefault="004A5A27">
            <w:r>
              <w:rPr>
                <w:sz w:val="12"/>
              </w:rPr>
              <w:t>0</w:t>
            </w:r>
          </w:p>
        </w:tc>
        <w:tc>
          <w:tcPr>
            <w:tcW w:w="1818" w:type="dxa"/>
          </w:tcPr>
          <w:p w14:paraId="1A4B7FF0" w14:textId="77777777" w:rsidR="00BD39C3" w:rsidRDefault="004A5A27">
            <w:r>
              <w:rPr>
                <w:sz w:val="12"/>
              </w:rPr>
              <w:t>0</w:t>
            </w:r>
          </w:p>
        </w:tc>
        <w:tc>
          <w:tcPr>
            <w:tcW w:w="1818" w:type="dxa"/>
          </w:tcPr>
          <w:p w14:paraId="5D77C785" w14:textId="77777777" w:rsidR="00BD39C3" w:rsidRDefault="004A5A27">
            <w:r>
              <w:rPr>
                <w:sz w:val="12"/>
              </w:rPr>
              <w:t>0</w:t>
            </w:r>
          </w:p>
        </w:tc>
        <w:tc>
          <w:tcPr>
            <w:tcW w:w="1818" w:type="dxa"/>
          </w:tcPr>
          <w:p w14:paraId="572E0F09" w14:textId="77777777" w:rsidR="00BD39C3" w:rsidRDefault="004A5A27">
            <w:r>
              <w:rPr>
                <w:sz w:val="12"/>
              </w:rPr>
              <w:t>0</w:t>
            </w:r>
          </w:p>
        </w:tc>
      </w:tr>
      <w:tr w:rsidR="00BD39C3" w14:paraId="68293B17" w14:textId="77777777">
        <w:tc>
          <w:tcPr>
            <w:tcW w:w="1818" w:type="dxa"/>
          </w:tcPr>
          <w:p w14:paraId="2EDD5F4C" w14:textId="77777777" w:rsidR="00BD39C3" w:rsidRDefault="004A5A27">
            <w:r>
              <w:rPr>
                <w:sz w:val="12"/>
              </w:rPr>
              <w:t>Sex</w:t>
            </w:r>
          </w:p>
        </w:tc>
        <w:tc>
          <w:tcPr>
            <w:tcW w:w="1818" w:type="dxa"/>
          </w:tcPr>
          <w:p w14:paraId="7D9DA03A" w14:textId="77777777" w:rsidR="00BD39C3" w:rsidRDefault="004A5A27">
            <w:r>
              <w:rPr>
                <w:sz w:val="12"/>
              </w:rPr>
              <w:t>656</w:t>
            </w:r>
          </w:p>
        </w:tc>
        <w:tc>
          <w:tcPr>
            <w:tcW w:w="1818" w:type="dxa"/>
          </w:tcPr>
          <w:p w14:paraId="2318C510" w14:textId="77777777" w:rsidR="00BD39C3" w:rsidRDefault="004A5A27">
            <w:r>
              <w:rPr>
                <w:sz w:val="12"/>
              </w:rPr>
              <w:t>0</w:t>
            </w:r>
          </w:p>
        </w:tc>
        <w:tc>
          <w:tcPr>
            <w:tcW w:w="1818" w:type="dxa"/>
          </w:tcPr>
          <w:p w14:paraId="084CB12F" w14:textId="77777777" w:rsidR="00BD39C3" w:rsidRDefault="004A5A27">
            <w:r>
              <w:rPr>
                <w:sz w:val="12"/>
              </w:rPr>
              <w:t>0.0</w:t>
            </w:r>
          </w:p>
        </w:tc>
        <w:tc>
          <w:tcPr>
            <w:tcW w:w="1818" w:type="dxa"/>
          </w:tcPr>
          <w:p w14:paraId="01361EA9" w14:textId="77777777" w:rsidR="00BD39C3" w:rsidRDefault="004A5A27">
            <w:r>
              <w:rPr>
                <w:sz w:val="12"/>
              </w:rPr>
              <w:t>0</w:t>
            </w:r>
          </w:p>
        </w:tc>
        <w:tc>
          <w:tcPr>
            <w:tcW w:w="1818" w:type="dxa"/>
          </w:tcPr>
          <w:p w14:paraId="1442F0EB" w14:textId="77777777" w:rsidR="00BD39C3" w:rsidRDefault="004A5A27">
            <w:r>
              <w:rPr>
                <w:sz w:val="12"/>
              </w:rPr>
              <w:t>0</w:t>
            </w:r>
          </w:p>
        </w:tc>
        <w:tc>
          <w:tcPr>
            <w:tcW w:w="1818" w:type="dxa"/>
          </w:tcPr>
          <w:p w14:paraId="672131B3" w14:textId="77777777" w:rsidR="00BD39C3" w:rsidRDefault="004A5A27">
            <w:r>
              <w:rPr>
                <w:sz w:val="12"/>
              </w:rPr>
              <w:t>0</w:t>
            </w:r>
          </w:p>
        </w:tc>
        <w:tc>
          <w:tcPr>
            <w:tcW w:w="1818" w:type="dxa"/>
          </w:tcPr>
          <w:p w14:paraId="7F7C8C8F" w14:textId="77777777" w:rsidR="00BD39C3" w:rsidRDefault="004A5A27">
            <w:r>
              <w:rPr>
                <w:sz w:val="12"/>
              </w:rPr>
              <w:t>0</w:t>
            </w:r>
          </w:p>
        </w:tc>
      </w:tr>
      <w:tr w:rsidR="00BD39C3" w14:paraId="1364D1B5" w14:textId="77777777">
        <w:tc>
          <w:tcPr>
            <w:tcW w:w="1818" w:type="dxa"/>
          </w:tcPr>
          <w:p w14:paraId="10CCC5FD" w14:textId="77777777" w:rsidR="00BD39C3" w:rsidRDefault="004A5A27">
            <w:r>
              <w:rPr>
                <w:sz w:val="12"/>
              </w:rPr>
              <w:t>BMI</w:t>
            </w:r>
          </w:p>
        </w:tc>
        <w:tc>
          <w:tcPr>
            <w:tcW w:w="1818" w:type="dxa"/>
          </w:tcPr>
          <w:p w14:paraId="1AD42C37" w14:textId="77777777" w:rsidR="00BD39C3" w:rsidRDefault="004A5A27">
            <w:r>
              <w:rPr>
                <w:sz w:val="12"/>
              </w:rPr>
              <w:t>655</w:t>
            </w:r>
          </w:p>
        </w:tc>
        <w:tc>
          <w:tcPr>
            <w:tcW w:w="1818" w:type="dxa"/>
          </w:tcPr>
          <w:p w14:paraId="58B10163" w14:textId="77777777" w:rsidR="00BD39C3" w:rsidRDefault="004A5A27">
            <w:r>
              <w:rPr>
                <w:sz w:val="12"/>
              </w:rPr>
              <w:t>1</w:t>
            </w:r>
          </w:p>
        </w:tc>
        <w:tc>
          <w:tcPr>
            <w:tcW w:w="1818" w:type="dxa"/>
          </w:tcPr>
          <w:p w14:paraId="198F10C7" w14:textId="77777777" w:rsidR="00BD39C3" w:rsidRDefault="004A5A27">
            <w:r>
              <w:rPr>
                <w:sz w:val="12"/>
              </w:rPr>
              <w:t>0.2</w:t>
            </w:r>
          </w:p>
        </w:tc>
        <w:tc>
          <w:tcPr>
            <w:tcW w:w="1818" w:type="dxa"/>
          </w:tcPr>
          <w:p w14:paraId="208365A8" w14:textId="77777777" w:rsidR="00BD39C3" w:rsidRDefault="004A5A27">
            <w:r>
              <w:rPr>
                <w:sz w:val="12"/>
              </w:rPr>
              <w:t>1</w:t>
            </w:r>
          </w:p>
        </w:tc>
        <w:tc>
          <w:tcPr>
            <w:tcW w:w="1818" w:type="dxa"/>
          </w:tcPr>
          <w:p w14:paraId="6BDF9CD2" w14:textId="77777777" w:rsidR="00BD39C3" w:rsidRDefault="004A5A27">
            <w:r>
              <w:rPr>
                <w:sz w:val="12"/>
              </w:rPr>
              <w:t>0</w:t>
            </w:r>
          </w:p>
        </w:tc>
        <w:tc>
          <w:tcPr>
            <w:tcW w:w="1818" w:type="dxa"/>
          </w:tcPr>
          <w:p w14:paraId="7C90065E" w14:textId="77777777" w:rsidR="00BD39C3" w:rsidRDefault="004A5A27">
            <w:r>
              <w:rPr>
                <w:sz w:val="12"/>
              </w:rPr>
              <w:t>0</w:t>
            </w:r>
          </w:p>
        </w:tc>
        <w:tc>
          <w:tcPr>
            <w:tcW w:w="1818" w:type="dxa"/>
          </w:tcPr>
          <w:p w14:paraId="3C513B82" w14:textId="77777777" w:rsidR="00BD39C3" w:rsidRDefault="004A5A27">
            <w:r>
              <w:rPr>
                <w:sz w:val="12"/>
              </w:rPr>
              <w:t>0</w:t>
            </w:r>
          </w:p>
        </w:tc>
      </w:tr>
      <w:tr w:rsidR="00BD39C3" w14:paraId="4C470D50" w14:textId="77777777">
        <w:tc>
          <w:tcPr>
            <w:tcW w:w="1818" w:type="dxa"/>
          </w:tcPr>
          <w:p w14:paraId="1DCDBA50" w14:textId="77777777" w:rsidR="00BD39C3" w:rsidRDefault="004A5A27">
            <w:r>
              <w:rPr>
                <w:sz w:val="12"/>
              </w:rPr>
              <w:t>Height</w:t>
            </w:r>
          </w:p>
        </w:tc>
        <w:tc>
          <w:tcPr>
            <w:tcW w:w="1818" w:type="dxa"/>
          </w:tcPr>
          <w:p w14:paraId="78715352" w14:textId="77777777" w:rsidR="00BD39C3" w:rsidRDefault="004A5A27">
            <w:r>
              <w:rPr>
                <w:sz w:val="12"/>
              </w:rPr>
              <w:t>655</w:t>
            </w:r>
          </w:p>
        </w:tc>
        <w:tc>
          <w:tcPr>
            <w:tcW w:w="1818" w:type="dxa"/>
          </w:tcPr>
          <w:p w14:paraId="2E965CD6" w14:textId="77777777" w:rsidR="00BD39C3" w:rsidRDefault="004A5A27">
            <w:r>
              <w:rPr>
                <w:sz w:val="12"/>
              </w:rPr>
              <w:t>1</w:t>
            </w:r>
          </w:p>
        </w:tc>
        <w:tc>
          <w:tcPr>
            <w:tcW w:w="1818" w:type="dxa"/>
          </w:tcPr>
          <w:p w14:paraId="597454E2" w14:textId="77777777" w:rsidR="00BD39C3" w:rsidRDefault="004A5A27">
            <w:r>
              <w:rPr>
                <w:sz w:val="12"/>
              </w:rPr>
              <w:t>0.2</w:t>
            </w:r>
          </w:p>
        </w:tc>
        <w:tc>
          <w:tcPr>
            <w:tcW w:w="1818" w:type="dxa"/>
          </w:tcPr>
          <w:p w14:paraId="5EE94574" w14:textId="77777777" w:rsidR="00BD39C3" w:rsidRDefault="004A5A27">
            <w:r>
              <w:rPr>
                <w:sz w:val="12"/>
              </w:rPr>
              <w:t>1</w:t>
            </w:r>
          </w:p>
        </w:tc>
        <w:tc>
          <w:tcPr>
            <w:tcW w:w="1818" w:type="dxa"/>
          </w:tcPr>
          <w:p w14:paraId="361A6DCD" w14:textId="77777777" w:rsidR="00BD39C3" w:rsidRDefault="004A5A27">
            <w:r>
              <w:rPr>
                <w:sz w:val="12"/>
              </w:rPr>
              <w:t>0</w:t>
            </w:r>
          </w:p>
        </w:tc>
        <w:tc>
          <w:tcPr>
            <w:tcW w:w="1818" w:type="dxa"/>
          </w:tcPr>
          <w:p w14:paraId="2EF31236" w14:textId="77777777" w:rsidR="00BD39C3" w:rsidRDefault="004A5A27">
            <w:r>
              <w:rPr>
                <w:sz w:val="12"/>
              </w:rPr>
              <w:t>0</w:t>
            </w:r>
          </w:p>
        </w:tc>
        <w:tc>
          <w:tcPr>
            <w:tcW w:w="1818" w:type="dxa"/>
          </w:tcPr>
          <w:p w14:paraId="3E0E790F" w14:textId="77777777" w:rsidR="00BD39C3" w:rsidRDefault="004A5A27">
            <w:r>
              <w:rPr>
                <w:sz w:val="12"/>
              </w:rPr>
              <w:t>0</w:t>
            </w:r>
          </w:p>
        </w:tc>
      </w:tr>
      <w:tr w:rsidR="00BD39C3" w14:paraId="03A23F06" w14:textId="77777777">
        <w:tc>
          <w:tcPr>
            <w:tcW w:w="1818" w:type="dxa"/>
          </w:tcPr>
          <w:p w14:paraId="5CD6A03C" w14:textId="77777777" w:rsidR="00BD39C3" w:rsidRDefault="004A5A27">
            <w:r>
              <w:rPr>
                <w:sz w:val="12"/>
              </w:rPr>
              <w:t>Weight</w:t>
            </w:r>
          </w:p>
        </w:tc>
        <w:tc>
          <w:tcPr>
            <w:tcW w:w="1818" w:type="dxa"/>
          </w:tcPr>
          <w:p w14:paraId="30CE0666" w14:textId="77777777" w:rsidR="00BD39C3" w:rsidRDefault="004A5A27">
            <w:r>
              <w:rPr>
                <w:sz w:val="12"/>
              </w:rPr>
              <w:t>655</w:t>
            </w:r>
          </w:p>
        </w:tc>
        <w:tc>
          <w:tcPr>
            <w:tcW w:w="1818" w:type="dxa"/>
          </w:tcPr>
          <w:p w14:paraId="6AD84068" w14:textId="77777777" w:rsidR="00BD39C3" w:rsidRDefault="004A5A27">
            <w:r>
              <w:rPr>
                <w:sz w:val="12"/>
              </w:rPr>
              <w:t>1</w:t>
            </w:r>
          </w:p>
        </w:tc>
        <w:tc>
          <w:tcPr>
            <w:tcW w:w="1818" w:type="dxa"/>
          </w:tcPr>
          <w:p w14:paraId="052BCF52" w14:textId="77777777" w:rsidR="00BD39C3" w:rsidRDefault="004A5A27">
            <w:r>
              <w:rPr>
                <w:sz w:val="12"/>
              </w:rPr>
              <w:t>0.2</w:t>
            </w:r>
          </w:p>
        </w:tc>
        <w:tc>
          <w:tcPr>
            <w:tcW w:w="1818" w:type="dxa"/>
          </w:tcPr>
          <w:p w14:paraId="7CBD21E0" w14:textId="77777777" w:rsidR="00BD39C3" w:rsidRDefault="004A5A27">
            <w:r>
              <w:rPr>
                <w:sz w:val="12"/>
              </w:rPr>
              <w:t>1</w:t>
            </w:r>
          </w:p>
        </w:tc>
        <w:tc>
          <w:tcPr>
            <w:tcW w:w="1818" w:type="dxa"/>
          </w:tcPr>
          <w:p w14:paraId="7EC98B34" w14:textId="77777777" w:rsidR="00BD39C3" w:rsidRDefault="004A5A27">
            <w:r>
              <w:rPr>
                <w:sz w:val="12"/>
              </w:rPr>
              <w:t>0</w:t>
            </w:r>
          </w:p>
        </w:tc>
        <w:tc>
          <w:tcPr>
            <w:tcW w:w="1818" w:type="dxa"/>
          </w:tcPr>
          <w:p w14:paraId="14EE3B69" w14:textId="77777777" w:rsidR="00BD39C3" w:rsidRDefault="004A5A27">
            <w:r>
              <w:rPr>
                <w:sz w:val="12"/>
              </w:rPr>
              <w:t>0</w:t>
            </w:r>
          </w:p>
        </w:tc>
        <w:tc>
          <w:tcPr>
            <w:tcW w:w="1818" w:type="dxa"/>
          </w:tcPr>
          <w:p w14:paraId="1269E5D1" w14:textId="77777777" w:rsidR="00BD39C3" w:rsidRDefault="004A5A27">
            <w:r>
              <w:rPr>
                <w:sz w:val="12"/>
              </w:rPr>
              <w:t>0</w:t>
            </w:r>
          </w:p>
        </w:tc>
      </w:tr>
      <w:tr w:rsidR="00BD39C3" w14:paraId="45AC23EB" w14:textId="77777777">
        <w:tc>
          <w:tcPr>
            <w:tcW w:w="1818" w:type="dxa"/>
          </w:tcPr>
          <w:p w14:paraId="02587039" w14:textId="77777777" w:rsidR="00BD39C3" w:rsidRDefault="004A5A27">
            <w:r>
              <w:rPr>
                <w:sz w:val="12"/>
              </w:rPr>
              <w:t>ALM</w:t>
            </w:r>
          </w:p>
        </w:tc>
        <w:tc>
          <w:tcPr>
            <w:tcW w:w="1818" w:type="dxa"/>
          </w:tcPr>
          <w:p w14:paraId="15D5E02D" w14:textId="77777777" w:rsidR="00BD39C3" w:rsidRDefault="004A5A27">
            <w:r>
              <w:rPr>
                <w:sz w:val="12"/>
              </w:rPr>
              <w:t>655</w:t>
            </w:r>
          </w:p>
        </w:tc>
        <w:tc>
          <w:tcPr>
            <w:tcW w:w="1818" w:type="dxa"/>
          </w:tcPr>
          <w:p w14:paraId="4905CAEF" w14:textId="77777777" w:rsidR="00BD39C3" w:rsidRDefault="004A5A27">
            <w:r>
              <w:rPr>
                <w:sz w:val="12"/>
              </w:rPr>
              <w:t>1</w:t>
            </w:r>
          </w:p>
        </w:tc>
        <w:tc>
          <w:tcPr>
            <w:tcW w:w="1818" w:type="dxa"/>
          </w:tcPr>
          <w:p w14:paraId="7E470039" w14:textId="77777777" w:rsidR="00BD39C3" w:rsidRDefault="004A5A27">
            <w:r>
              <w:rPr>
                <w:sz w:val="12"/>
              </w:rPr>
              <w:t>0.2</w:t>
            </w:r>
          </w:p>
        </w:tc>
        <w:tc>
          <w:tcPr>
            <w:tcW w:w="1818" w:type="dxa"/>
          </w:tcPr>
          <w:p w14:paraId="04E07CE7" w14:textId="77777777" w:rsidR="00BD39C3" w:rsidRDefault="004A5A27">
            <w:r>
              <w:rPr>
                <w:sz w:val="12"/>
              </w:rPr>
              <w:t>1</w:t>
            </w:r>
          </w:p>
        </w:tc>
        <w:tc>
          <w:tcPr>
            <w:tcW w:w="1818" w:type="dxa"/>
          </w:tcPr>
          <w:p w14:paraId="33245680" w14:textId="77777777" w:rsidR="00BD39C3" w:rsidRDefault="004A5A27">
            <w:r>
              <w:rPr>
                <w:sz w:val="12"/>
              </w:rPr>
              <w:t>0</w:t>
            </w:r>
          </w:p>
        </w:tc>
        <w:tc>
          <w:tcPr>
            <w:tcW w:w="1818" w:type="dxa"/>
          </w:tcPr>
          <w:p w14:paraId="14174944" w14:textId="77777777" w:rsidR="00BD39C3" w:rsidRDefault="004A5A27">
            <w:r>
              <w:rPr>
                <w:sz w:val="12"/>
              </w:rPr>
              <w:t>0</w:t>
            </w:r>
          </w:p>
        </w:tc>
        <w:tc>
          <w:tcPr>
            <w:tcW w:w="1818" w:type="dxa"/>
          </w:tcPr>
          <w:p w14:paraId="5C62643B" w14:textId="77777777" w:rsidR="00BD39C3" w:rsidRDefault="004A5A27">
            <w:r>
              <w:rPr>
                <w:sz w:val="12"/>
              </w:rPr>
              <w:t>0</w:t>
            </w:r>
          </w:p>
        </w:tc>
      </w:tr>
      <w:tr w:rsidR="00BD39C3" w14:paraId="68583537" w14:textId="77777777">
        <w:tc>
          <w:tcPr>
            <w:tcW w:w="1818" w:type="dxa"/>
          </w:tcPr>
          <w:p w14:paraId="77EACB34" w14:textId="77777777" w:rsidR="00BD39C3" w:rsidRDefault="004A5A27">
            <w:r>
              <w:rPr>
                <w:sz w:val="12"/>
              </w:rPr>
              <w:t>ALM/height2</w:t>
            </w:r>
          </w:p>
        </w:tc>
        <w:tc>
          <w:tcPr>
            <w:tcW w:w="1818" w:type="dxa"/>
          </w:tcPr>
          <w:p w14:paraId="05828C1F" w14:textId="77777777" w:rsidR="00BD39C3" w:rsidRDefault="004A5A27">
            <w:r>
              <w:rPr>
                <w:sz w:val="12"/>
              </w:rPr>
              <w:t>655</w:t>
            </w:r>
          </w:p>
        </w:tc>
        <w:tc>
          <w:tcPr>
            <w:tcW w:w="1818" w:type="dxa"/>
          </w:tcPr>
          <w:p w14:paraId="7C46290C" w14:textId="77777777" w:rsidR="00BD39C3" w:rsidRDefault="004A5A27">
            <w:r>
              <w:rPr>
                <w:sz w:val="12"/>
              </w:rPr>
              <w:t>1</w:t>
            </w:r>
          </w:p>
        </w:tc>
        <w:tc>
          <w:tcPr>
            <w:tcW w:w="1818" w:type="dxa"/>
          </w:tcPr>
          <w:p w14:paraId="2AA19C82" w14:textId="77777777" w:rsidR="00BD39C3" w:rsidRDefault="004A5A27">
            <w:r>
              <w:rPr>
                <w:sz w:val="12"/>
              </w:rPr>
              <w:t>0.2</w:t>
            </w:r>
          </w:p>
        </w:tc>
        <w:tc>
          <w:tcPr>
            <w:tcW w:w="1818" w:type="dxa"/>
          </w:tcPr>
          <w:p w14:paraId="14FDF77A" w14:textId="77777777" w:rsidR="00BD39C3" w:rsidRDefault="004A5A27">
            <w:r>
              <w:rPr>
                <w:sz w:val="12"/>
              </w:rPr>
              <w:t>1</w:t>
            </w:r>
          </w:p>
        </w:tc>
        <w:tc>
          <w:tcPr>
            <w:tcW w:w="1818" w:type="dxa"/>
          </w:tcPr>
          <w:p w14:paraId="6E0BCB66" w14:textId="77777777" w:rsidR="00BD39C3" w:rsidRDefault="004A5A27">
            <w:r>
              <w:rPr>
                <w:sz w:val="12"/>
              </w:rPr>
              <w:t>0</w:t>
            </w:r>
          </w:p>
        </w:tc>
        <w:tc>
          <w:tcPr>
            <w:tcW w:w="1818" w:type="dxa"/>
          </w:tcPr>
          <w:p w14:paraId="5586FE37" w14:textId="77777777" w:rsidR="00BD39C3" w:rsidRDefault="004A5A27">
            <w:r>
              <w:rPr>
                <w:sz w:val="12"/>
              </w:rPr>
              <w:t>0</w:t>
            </w:r>
          </w:p>
        </w:tc>
        <w:tc>
          <w:tcPr>
            <w:tcW w:w="1818" w:type="dxa"/>
          </w:tcPr>
          <w:p w14:paraId="36D36F0E" w14:textId="77777777" w:rsidR="00BD39C3" w:rsidRDefault="004A5A27">
            <w:r>
              <w:rPr>
                <w:sz w:val="12"/>
              </w:rPr>
              <w:t>0</w:t>
            </w:r>
          </w:p>
        </w:tc>
      </w:tr>
      <w:tr w:rsidR="00BD39C3" w14:paraId="77C7CD79" w14:textId="77777777">
        <w:tc>
          <w:tcPr>
            <w:tcW w:w="1818" w:type="dxa"/>
          </w:tcPr>
          <w:p w14:paraId="1AFE639D" w14:textId="77777777" w:rsidR="00BD39C3" w:rsidRDefault="004A5A27">
            <w:r>
              <w:rPr>
                <w:sz w:val="12"/>
              </w:rPr>
              <w:t>ALM/BMI</w:t>
            </w:r>
          </w:p>
        </w:tc>
        <w:tc>
          <w:tcPr>
            <w:tcW w:w="1818" w:type="dxa"/>
          </w:tcPr>
          <w:p w14:paraId="2C402F57" w14:textId="77777777" w:rsidR="00BD39C3" w:rsidRDefault="004A5A27">
            <w:r>
              <w:rPr>
                <w:sz w:val="12"/>
              </w:rPr>
              <w:t>655</w:t>
            </w:r>
          </w:p>
        </w:tc>
        <w:tc>
          <w:tcPr>
            <w:tcW w:w="1818" w:type="dxa"/>
          </w:tcPr>
          <w:p w14:paraId="3564E403" w14:textId="77777777" w:rsidR="00BD39C3" w:rsidRDefault="004A5A27">
            <w:r>
              <w:rPr>
                <w:sz w:val="12"/>
              </w:rPr>
              <w:t>1</w:t>
            </w:r>
          </w:p>
        </w:tc>
        <w:tc>
          <w:tcPr>
            <w:tcW w:w="1818" w:type="dxa"/>
          </w:tcPr>
          <w:p w14:paraId="7A8C24E6" w14:textId="77777777" w:rsidR="00BD39C3" w:rsidRDefault="004A5A27">
            <w:r>
              <w:rPr>
                <w:sz w:val="12"/>
              </w:rPr>
              <w:t>0.2</w:t>
            </w:r>
          </w:p>
        </w:tc>
        <w:tc>
          <w:tcPr>
            <w:tcW w:w="1818" w:type="dxa"/>
          </w:tcPr>
          <w:p w14:paraId="6D707547" w14:textId="77777777" w:rsidR="00BD39C3" w:rsidRDefault="004A5A27">
            <w:r>
              <w:rPr>
                <w:sz w:val="12"/>
              </w:rPr>
              <w:t>1</w:t>
            </w:r>
          </w:p>
        </w:tc>
        <w:tc>
          <w:tcPr>
            <w:tcW w:w="1818" w:type="dxa"/>
          </w:tcPr>
          <w:p w14:paraId="0E500A06" w14:textId="77777777" w:rsidR="00BD39C3" w:rsidRDefault="004A5A27">
            <w:r>
              <w:rPr>
                <w:sz w:val="12"/>
              </w:rPr>
              <w:t>0</w:t>
            </w:r>
          </w:p>
        </w:tc>
        <w:tc>
          <w:tcPr>
            <w:tcW w:w="1818" w:type="dxa"/>
          </w:tcPr>
          <w:p w14:paraId="2F9D4AF1" w14:textId="77777777" w:rsidR="00BD39C3" w:rsidRDefault="004A5A27">
            <w:r>
              <w:rPr>
                <w:sz w:val="12"/>
              </w:rPr>
              <w:t>0</w:t>
            </w:r>
          </w:p>
        </w:tc>
        <w:tc>
          <w:tcPr>
            <w:tcW w:w="1818" w:type="dxa"/>
          </w:tcPr>
          <w:p w14:paraId="4050D352" w14:textId="77777777" w:rsidR="00BD39C3" w:rsidRDefault="004A5A27">
            <w:r>
              <w:rPr>
                <w:sz w:val="12"/>
              </w:rPr>
              <w:t>0</w:t>
            </w:r>
          </w:p>
        </w:tc>
      </w:tr>
      <w:tr w:rsidR="00BD39C3" w14:paraId="2447375B" w14:textId="77777777">
        <w:tc>
          <w:tcPr>
            <w:tcW w:w="1818" w:type="dxa"/>
          </w:tcPr>
          <w:p w14:paraId="47228F3F" w14:textId="77777777" w:rsidR="00BD39C3" w:rsidRDefault="004A5A27">
            <w:r>
              <w:rPr>
                <w:sz w:val="12"/>
              </w:rPr>
              <w:t>Grip</w:t>
            </w:r>
          </w:p>
        </w:tc>
        <w:tc>
          <w:tcPr>
            <w:tcW w:w="1818" w:type="dxa"/>
          </w:tcPr>
          <w:p w14:paraId="13DE3A22" w14:textId="77777777" w:rsidR="00BD39C3" w:rsidRDefault="004A5A27">
            <w:r>
              <w:rPr>
                <w:sz w:val="12"/>
              </w:rPr>
              <w:t>637</w:t>
            </w:r>
          </w:p>
        </w:tc>
        <w:tc>
          <w:tcPr>
            <w:tcW w:w="1818" w:type="dxa"/>
          </w:tcPr>
          <w:p w14:paraId="4F68E073" w14:textId="77777777" w:rsidR="00BD39C3" w:rsidRDefault="004A5A27">
            <w:r>
              <w:rPr>
                <w:sz w:val="12"/>
              </w:rPr>
              <w:t>19</w:t>
            </w:r>
          </w:p>
        </w:tc>
        <w:tc>
          <w:tcPr>
            <w:tcW w:w="1818" w:type="dxa"/>
          </w:tcPr>
          <w:p w14:paraId="05777B2A" w14:textId="77777777" w:rsidR="00BD39C3" w:rsidRDefault="004A5A27">
            <w:r>
              <w:rPr>
                <w:sz w:val="12"/>
              </w:rPr>
              <w:t>2.9</w:t>
            </w:r>
          </w:p>
        </w:tc>
        <w:tc>
          <w:tcPr>
            <w:tcW w:w="1818" w:type="dxa"/>
          </w:tcPr>
          <w:p w14:paraId="53BCB680" w14:textId="77777777" w:rsidR="00BD39C3" w:rsidRDefault="004A5A27">
            <w:r>
              <w:rPr>
                <w:sz w:val="12"/>
              </w:rPr>
              <w:t>16</w:t>
            </w:r>
          </w:p>
        </w:tc>
        <w:tc>
          <w:tcPr>
            <w:tcW w:w="1818" w:type="dxa"/>
          </w:tcPr>
          <w:p w14:paraId="09B227D7" w14:textId="77777777" w:rsidR="00BD39C3" w:rsidRDefault="004A5A27">
            <w:r>
              <w:rPr>
                <w:sz w:val="12"/>
              </w:rPr>
              <w:t>3</w:t>
            </w:r>
          </w:p>
        </w:tc>
        <w:tc>
          <w:tcPr>
            <w:tcW w:w="1818" w:type="dxa"/>
          </w:tcPr>
          <w:p w14:paraId="12AF26B2" w14:textId="77777777" w:rsidR="00BD39C3" w:rsidRDefault="004A5A27">
            <w:r>
              <w:rPr>
                <w:sz w:val="12"/>
              </w:rPr>
              <w:t>3</w:t>
            </w:r>
          </w:p>
        </w:tc>
        <w:tc>
          <w:tcPr>
            <w:tcW w:w="1818" w:type="dxa"/>
          </w:tcPr>
          <w:p w14:paraId="646C27FE" w14:textId="77777777" w:rsidR="00BD39C3" w:rsidRDefault="004A5A27">
            <w:r>
              <w:rPr>
                <w:sz w:val="12"/>
              </w:rPr>
              <w:t>16</w:t>
            </w:r>
          </w:p>
        </w:tc>
      </w:tr>
      <w:tr w:rsidR="00BD39C3" w14:paraId="18222415" w14:textId="77777777">
        <w:tc>
          <w:tcPr>
            <w:tcW w:w="1818" w:type="dxa"/>
          </w:tcPr>
          <w:p w14:paraId="5B23701B" w14:textId="77777777" w:rsidR="00BD39C3" w:rsidRDefault="004A5A27">
            <w:r>
              <w:rPr>
                <w:sz w:val="12"/>
              </w:rPr>
              <w:t>Low grip</w:t>
            </w:r>
          </w:p>
        </w:tc>
        <w:tc>
          <w:tcPr>
            <w:tcW w:w="1818" w:type="dxa"/>
          </w:tcPr>
          <w:p w14:paraId="799091AC" w14:textId="77777777" w:rsidR="00BD39C3" w:rsidRDefault="004A5A27">
            <w:r>
              <w:rPr>
                <w:sz w:val="12"/>
              </w:rPr>
              <w:t>637</w:t>
            </w:r>
          </w:p>
        </w:tc>
        <w:tc>
          <w:tcPr>
            <w:tcW w:w="1818" w:type="dxa"/>
          </w:tcPr>
          <w:p w14:paraId="3A3179D5" w14:textId="77777777" w:rsidR="00BD39C3" w:rsidRDefault="004A5A27">
            <w:r>
              <w:rPr>
                <w:sz w:val="12"/>
              </w:rPr>
              <w:t>19</w:t>
            </w:r>
          </w:p>
        </w:tc>
        <w:tc>
          <w:tcPr>
            <w:tcW w:w="1818" w:type="dxa"/>
          </w:tcPr>
          <w:p w14:paraId="171BAE15" w14:textId="77777777" w:rsidR="00BD39C3" w:rsidRDefault="004A5A27">
            <w:r>
              <w:rPr>
                <w:sz w:val="12"/>
              </w:rPr>
              <w:t>2.9</w:t>
            </w:r>
          </w:p>
        </w:tc>
        <w:tc>
          <w:tcPr>
            <w:tcW w:w="1818" w:type="dxa"/>
          </w:tcPr>
          <w:p w14:paraId="1BF21CF8" w14:textId="77777777" w:rsidR="00BD39C3" w:rsidRDefault="004A5A27">
            <w:r>
              <w:rPr>
                <w:sz w:val="12"/>
              </w:rPr>
              <w:t>16</w:t>
            </w:r>
          </w:p>
        </w:tc>
        <w:tc>
          <w:tcPr>
            <w:tcW w:w="1818" w:type="dxa"/>
          </w:tcPr>
          <w:p w14:paraId="324E188E" w14:textId="77777777" w:rsidR="00BD39C3" w:rsidRDefault="004A5A27">
            <w:r>
              <w:rPr>
                <w:sz w:val="12"/>
              </w:rPr>
              <w:t>3</w:t>
            </w:r>
          </w:p>
        </w:tc>
        <w:tc>
          <w:tcPr>
            <w:tcW w:w="1818" w:type="dxa"/>
          </w:tcPr>
          <w:p w14:paraId="7910DDD8" w14:textId="77777777" w:rsidR="00BD39C3" w:rsidRDefault="004A5A27">
            <w:r>
              <w:rPr>
                <w:sz w:val="12"/>
              </w:rPr>
              <w:t>3</w:t>
            </w:r>
          </w:p>
        </w:tc>
        <w:tc>
          <w:tcPr>
            <w:tcW w:w="1818" w:type="dxa"/>
          </w:tcPr>
          <w:p w14:paraId="171B94A4" w14:textId="77777777" w:rsidR="00BD39C3" w:rsidRDefault="004A5A27">
            <w:r>
              <w:rPr>
                <w:sz w:val="12"/>
              </w:rPr>
              <w:t>16</w:t>
            </w:r>
          </w:p>
        </w:tc>
      </w:tr>
      <w:tr w:rsidR="00BD39C3" w14:paraId="60834031" w14:textId="77777777">
        <w:tc>
          <w:tcPr>
            <w:tcW w:w="1818" w:type="dxa"/>
          </w:tcPr>
          <w:p w14:paraId="70CEFE8F" w14:textId="77777777" w:rsidR="00BD39C3" w:rsidRDefault="004A5A27">
            <w:r>
              <w:rPr>
                <w:sz w:val="12"/>
              </w:rPr>
              <w:t>SPPB</w:t>
            </w:r>
          </w:p>
        </w:tc>
        <w:tc>
          <w:tcPr>
            <w:tcW w:w="1818" w:type="dxa"/>
          </w:tcPr>
          <w:p w14:paraId="5008B859" w14:textId="77777777" w:rsidR="00BD39C3" w:rsidRDefault="004A5A27">
            <w:r>
              <w:rPr>
                <w:sz w:val="12"/>
              </w:rPr>
              <w:t>584</w:t>
            </w:r>
          </w:p>
        </w:tc>
        <w:tc>
          <w:tcPr>
            <w:tcW w:w="1818" w:type="dxa"/>
          </w:tcPr>
          <w:p w14:paraId="799506AB" w14:textId="77777777" w:rsidR="00BD39C3" w:rsidRDefault="004A5A27">
            <w:r>
              <w:rPr>
                <w:sz w:val="12"/>
              </w:rPr>
              <w:t>72</w:t>
            </w:r>
          </w:p>
        </w:tc>
        <w:tc>
          <w:tcPr>
            <w:tcW w:w="1818" w:type="dxa"/>
          </w:tcPr>
          <w:p w14:paraId="652DD43E" w14:textId="77777777" w:rsidR="00BD39C3" w:rsidRDefault="004A5A27">
            <w:r>
              <w:rPr>
                <w:sz w:val="12"/>
              </w:rPr>
              <w:t>11.0</w:t>
            </w:r>
          </w:p>
        </w:tc>
        <w:tc>
          <w:tcPr>
            <w:tcW w:w="1818" w:type="dxa"/>
          </w:tcPr>
          <w:p w14:paraId="2A342DC2" w14:textId="77777777" w:rsidR="00BD39C3" w:rsidRDefault="004A5A27">
            <w:r>
              <w:rPr>
                <w:sz w:val="12"/>
              </w:rPr>
              <w:t>55</w:t>
            </w:r>
          </w:p>
        </w:tc>
        <w:tc>
          <w:tcPr>
            <w:tcW w:w="1818" w:type="dxa"/>
          </w:tcPr>
          <w:p w14:paraId="2ECC4026" w14:textId="77777777" w:rsidR="00BD39C3" w:rsidRDefault="004A5A27">
            <w:r>
              <w:rPr>
                <w:sz w:val="12"/>
              </w:rPr>
              <w:t>17</w:t>
            </w:r>
          </w:p>
        </w:tc>
        <w:tc>
          <w:tcPr>
            <w:tcW w:w="1818" w:type="dxa"/>
          </w:tcPr>
          <w:p w14:paraId="6CC5AF05" w14:textId="77777777" w:rsidR="00BD39C3" w:rsidRDefault="004A5A27">
            <w:r>
              <w:rPr>
                <w:sz w:val="12"/>
              </w:rPr>
              <w:t>13</w:t>
            </w:r>
          </w:p>
        </w:tc>
        <w:tc>
          <w:tcPr>
            <w:tcW w:w="1818" w:type="dxa"/>
          </w:tcPr>
          <w:p w14:paraId="76D83C03" w14:textId="77777777" w:rsidR="00BD39C3" w:rsidRDefault="004A5A27">
            <w:r>
              <w:rPr>
                <w:sz w:val="12"/>
              </w:rPr>
              <w:t>52</w:t>
            </w:r>
          </w:p>
        </w:tc>
      </w:tr>
    </w:tbl>
    <w:p w14:paraId="26427071" w14:textId="77777777" w:rsidR="00BD39C3" w:rsidRDefault="004A5A27">
      <w:r>
        <w:rPr>
          <w:i/>
        </w:rPr>
        <w:t>OP, osteoporosis.</w:t>
      </w:r>
    </w:p>
    <w:p w14:paraId="5DE07451" w14:textId="77777777" w:rsidR="00BD39C3" w:rsidRDefault="00BD39C3"/>
    <w:p w14:paraId="06DB3C65" w14:textId="77777777" w:rsidR="00BD39C3" w:rsidRDefault="004A5A27">
      <w:pPr>
        <w:pStyle w:val="Heading2"/>
      </w:pPr>
      <w:r>
        <w:t>Supplementary Table S1b. Missing data for bone, laboratory and classification variables</w:t>
      </w:r>
    </w:p>
    <w:tbl>
      <w:tblPr>
        <w:tblStyle w:val="TableGrid"/>
        <w:tblW w:w="0" w:type="auto"/>
        <w:tblLook w:val="04A0" w:firstRow="1" w:lastRow="0" w:firstColumn="1" w:lastColumn="0" w:noHBand="0" w:noVBand="1"/>
      </w:tblPr>
      <w:tblGrid>
        <w:gridCol w:w="1397"/>
        <w:gridCol w:w="1371"/>
        <w:gridCol w:w="1337"/>
        <w:gridCol w:w="1337"/>
        <w:gridCol w:w="1337"/>
        <w:gridCol w:w="1337"/>
        <w:gridCol w:w="1337"/>
        <w:gridCol w:w="1337"/>
      </w:tblGrid>
      <w:tr w:rsidR="00BD39C3" w14:paraId="66863E8C" w14:textId="77777777">
        <w:trPr>
          <w:tblHeader/>
        </w:trPr>
        <w:tc>
          <w:tcPr>
            <w:tcW w:w="1818" w:type="dxa"/>
          </w:tcPr>
          <w:p w14:paraId="23A89090" w14:textId="77777777" w:rsidR="00BD39C3" w:rsidRDefault="004A5A27">
            <w:r>
              <w:rPr>
                <w:b/>
                <w:sz w:val="12"/>
              </w:rPr>
              <w:t>Variable</w:t>
            </w:r>
          </w:p>
        </w:tc>
        <w:tc>
          <w:tcPr>
            <w:tcW w:w="1818" w:type="dxa"/>
          </w:tcPr>
          <w:p w14:paraId="14BE9BB0" w14:textId="77777777" w:rsidR="00BD39C3" w:rsidRDefault="004A5A27">
            <w:r>
              <w:rPr>
                <w:b/>
                <w:sz w:val="12"/>
              </w:rPr>
              <w:t>Available</w:t>
            </w:r>
          </w:p>
        </w:tc>
        <w:tc>
          <w:tcPr>
            <w:tcW w:w="1818" w:type="dxa"/>
          </w:tcPr>
          <w:p w14:paraId="6F676B54" w14:textId="77777777" w:rsidR="00BD39C3" w:rsidRDefault="004A5A27">
            <w:r>
              <w:rPr>
                <w:b/>
                <w:sz w:val="12"/>
              </w:rPr>
              <w:t>Missing</w:t>
            </w:r>
          </w:p>
        </w:tc>
        <w:tc>
          <w:tcPr>
            <w:tcW w:w="1818" w:type="dxa"/>
          </w:tcPr>
          <w:p w14:paraId="6D8D5ECA" w14:textId="77777777" w:rsidR="00BD39C3" w:rsidRDefault="004A5A27">
            <w:r>
              <w:rPr>
                <w:b/>
                <w:sz w:val="12"/>
              </w:rPr>
              <w:t>Missing %</w:t>
            </w:r>
          </w:p>
        </w:tc>
        <w:tc>
          <w:tcPr>
            <w:tcW w:w="1818" w:type="dxa"/>
          </w:tcPr>
          <w:p w14:paraId="637A4D2A" w14:textId="77777777" w:rsidR="00BD39C3" w:rsidRDefault="004A5A27">
            <w:r>
              <w:rPr>
                <w:b/>
                <w:sz w:val="12"/>
              </w:rPr>
              <w:t>Missing women</w:t>
            </w:r>
          </w:p>
        </w:tc>
        <w:tc>
          <w:tcPr>
            <w:tcW w:w="1818" w:type="dxa"/>
          </w:tcPr>
          <w:p w14:paraId="65EF1FBE" w14:textId="77777777" w:rsidR="00BD39C3" w:rsidRDefault="004A5A27">
            <w:r>
              <w:rPr>
                <w:b/>
                <w:sz w:val="12"/>
              </w:rPr>
              <w:t>Missing men</w:t>
            </w:r>
          </w:p>
        </w:tc>
        <w:tc>
          <w:tcPr>
            <w:tcW w:w="1818" w:type="dxa"/>
          </w:tcPr>
          <w:p w14:paraId="21A1B3E9" w14:textId="77777777" w:rsidR="00BD39C3" w:rsidRDefault="004A5A27">
            <w:r>
              <w:rPr>
                <w:b/>
                <w:sz w:val="12"/>
              </w:rPr>
              <w:t>Missing OP+</w:t>
            </w:r>
          </w:p>
        </w:tc>
        <w:tc>
          <w:tcPr>
            <w:tcW w:w="1818" w:type="dxa"/>
          </w:tcPr>
          <w:p w14:paraId="537FBD19" w14:textId="77777777" w:rsidR="00BD39C3" w:rsidRDefault="004A5A27">
            <w:r>
              <w:rPr>
                <w:b/>
                <w:sz w:val="12"/>
              </w:rPr>
              <w:t>Missing OP-</w:t>
            </w:r>
          </w:p>
        </w:tc>
      </w:tr>
      <w:tr w:rsidR="00BD39C3" w14:paraId="37C86FB1" w14:textId="77777777">
        <w:tc>
          <w:tcPr>
            <w:tcW w:w="1818" w:type="dxa"/>
          </w:tcPr>
          <w:p w14:paraId="471A723A" w14:textId="77777777" w:rsidR="00BD39C3" w:rsidRDefault="004A5A27">
            <w:r>
              <w:rPr>
                <w:sz w:val="12"/>
              </w:rPr>
              <w:t>Lowest T-score</w:t>
            </w:r>
          </w:p>
        </w:tc>
        <w:tc>
          <w:tcPr>
            <w:tcW w:w="1818" w:type="dxa"/>
          </w:tcPr>
          <w:p w14:paraId="5C9CEE17" w14:textId="77777777" w:rsidR="00BD39C3" w:rsidRDefault="004A5A27">
            <w:r>
              <w:rPr>
                <w:sz w:val="12"/>
              </w:rPr>
              <w:t>646</w:t>
            </w:r>
          </w:p>
        </w:tc>
        <w:tc>
          <w:tcPr>
            <w:tcW w:w="1818" w:type="dxa"/>
          </w:tcPr>
          <w:p w14:paraId="0B66CC17" w14:textId="77777777" w:rsidR="00BD39C3" w:rsidRDefault="004A5A27">
            <w:r>
              <w:rPr>
                <w:sz w:val="12"/>
              </w:rPr>
              <w:t>10</w:t>
            </w:r>
          </w:p>
        </w:tc>
        <w:tc>
          <w:tcPr>
            <w:tcW w:w="1818" w:type="dxa"/>
          </w:tcPr>
          <w:p w14:paraId="01B038C5" w14:textId="77777777" w:rsidR="00BD39C3" w:rsidRDefault="004A5A27">
            <w:r>
              <w:rPr>
                <w:sz w:val="12"/>
              </w:rPr>
              <w:t>1.5</w:t>
            </w:r>
          </w:p>
        </w:tc>
        <w:tc>
          <w:tcPr>
            <w:tcW w:w="1818" w:type="dxa"/>
          </w:tcPr>
          <w:p w14:paraId="607E89B3" w14:textId="77777777" w:rsidR="00BD39C3" w:rsidRDefault="004A5A27">
            <w:r>
              <w:rPr>
                <w:sz w:val="12"/>
              </w:rPr>
              <w:t>9</w:t>
            </w:r>
          </w:p>
        </w:tc>
        <w:tc>
          <w:tcPr>
            <w:tcW w:w="1818" w:type="dxa"/>
          </w:tcPr>
          <w:p w14:paraId="71757157" w14:textId="77777777" w:rsidR="00BD39C3" w:rsidRDefault="004A5A27">
            <w:r>
              <w:rPr>
                <w:sz w:val="12"/>
              </w:rPr>
              <w:t>1</w:t>
            </w:r>
          </w:p>
        </w:tc>
        <w:tc>
          <w:tcPr>
            <w:tcW w:w="1818" w:type="dxa"/>
          </w:tcPr>
          <w:p w14:paraId="418A1B3B" w14:textId="77777777" w:rsidR="00BD39C3" w:rsidRDefault="004A5A27">
            <w:r>
              <w:rPr>
                <w:sz w:val="12"/>
              </w:rPr>
              <w:t>0</w:t>
            </w:r>
          </w:p>
        </w:tc>
        <w:tc>
          <w:tcPr>
            <w:tcW w:w="1818" w:type="dxa"/>
          </w:tcPr>
          <w:p w14:paraId="6A436D63" w14:textId="77777777" w:rsidR="00BD39C3" w:rsidRDefault="004A5A27">
            <w:r>
              <w:rPr>
                <w:sz w:val="12"/>
              </w:rPr>
              <w:t>0</w:t>
            </w:r>
          </w:p>
        </w:tc>
      </w:tr>
      <w:tr w:rsidR="00BD39C3" w14:paraId="4153AA27" w14:textId="77777777">
        <w:tc>
          <w:tcPr>
            <w:tcW w:w="1818" w:type="dxa"/>
          </w:tcPr>
          <w:p w14:paraId="1F71B564" w14:textId="77777777" w:rsidR="00BD39C3" w:rsidRDefault="004A5A27">
            <w:r>
              <w:rPr>
                <w:sz w:val="12"/>
              </w:rPr>
              <w:t>Any-site OP</w:t>
            </w:r>
          </w:p>
        </w:tc>
        <w:tc>
          <w:tcPr>
            <w:tcW w:w="1818" w:type="dxa"/>
          </w:tcPr>
          <w:p w14:paraId="684879DE" w14:textId="77777777" w:rsidR="00BD39C3" w:rsidRDefault="004A5A27">
            <w:r>
              <w:rPr>
                <w:sz w:val="12"/>
              </w:rPr>
              <w:t>646</w:t>
            </w:r>
          </w:p>
        </w:tc>
        <w:tc>
          <w:tcPr>
            <w:tcW w:w="1818" w:type="dxa"/>
          </w:tcPr>
          <w:p w14:paraId="3F7830DC" w14:textId="77777777" w:rsidR="00BD39C3" w:rsidRDefault="004A5A27">
            <w:r>
              <w:rPr>
                <w:sz w:val="12"/>
              </w:rPr>
              <w:t>10</w:t>
            </w:r>
          </w:p>
        </w:tc>
        <w:tc>
          <w:tcPr>
            <w:tcW w:w="1818" w:type="dxa"/>
          </w:tcPr>
          <w:p w14:paraId="00F74164" w14:textId="77777777" w:rsidR="00BD39C3" w:rsidRDefault="004A5A27">
            <w:r>
              <w:rPr>
                <w:sz w:val="12"/>
              </w:rPr>
              <w:t>1.5</w:t>
            </w:r>
          </w:p>
        </w:tc>
        <w:tc>
          <w:tcPr>
            <w:tcW w:w="1818" w:type="dxa"/>
          </w:tcPr>
          <w:p w14:paraId="28944829" w14:textId="77777777" w:rsidR="00BD39C3" w:rsidRDefault="004A5A27">
            <w:r>
              <w:rPr>
                <w:sz w:val="12"/>
              </w:rPr>
              <w:t>9</w:t>
            </w:r>
          </w:p>
        </w:tc>
        <w:tc>
          <w:tcPr>
            <w:tcW w:w="1818" w:type="dxa"/>
          </w:tcPr>
          <w:p w14:paraId="5BA11487" w14:textId="77777777" w:rsidR="00BD39C3" w:rsidRDefault="004A5A27">
            <w:r>
              <w:rPr>
                <w:sz w:val="12"/>
              </w:rPr>
              <w:t>1</w:t>
            </w:r>
          </w:p>
        </w:tc>
        <w:tc>
          <w:tcPr>
            <w:tcW w:w="1818" w:type="dxa"/>
          </w:tcPr>
          <w:p w14:paraId="4D9D56E5" w14:textId="77777777" w:rsidR="00BD39C3" w:rsidRDefault="004A5A27">
            <w:r>
              <w:rPr>
                <w:sz w:val="12"/>
              </w:rPr>
              <w:t>0</w:t>
            </w:r>
          </w:p>
        </w:tc>
        <w:tc>
          <w:tcPr>
            <w:tcW w:w="1818" w:type="dxa"/>
          </w:tcPr>
          <w:p w14:paraId="281B7B3D" w14:textId="77777777" w:rsidR="00BD39C3" w:rsidRDefault="004A5A27">
            <w:r>
              <w:rPr>
                <w:sz w:val="12"/>
              </w:rPr>
              <w:t>0</w:t>
            </w:r>
          </w:p>
        </w:tc>
      </w:tr>
      <w:tr w:rsidR="00BD39C3" w14:paraId="1F11739D" w14:textId="77777777">
        <w:tc>
          <w:tcPr>
            <w:tcW w:w="1818" w:type="dxa"/>
          </w:tcPr>
          <w:p w14:paraId="41B36F96" w14:textId="77777777" w:rsidR="00BD39C3" w:rsidRDefault="004A5A27">
            <w:r>
              <w:rPr>
                <w:sz w:val="12"/>
              </w:rPr>
              <w:t>Neck T-score</w:t>
            </w:r>
          </w:p>
        </w:tc>
        <w:tc>
          <w:tcPr>
            <w:tcW w:w="1818" w:type="dxa"/>
          </w:tcPr>
          <w:p w14:paraId="1BCCAA08" w14:textId="77777777" w:rsidR="00BD39C3" w:rsidRDefault="004A5A27">
            <w:r>
              <w:rPr>
                <w:sz w:val="12"/>
              </w:rPr>
              <w:t>529</w:t>
            </w:r>
          </w:p>
        </w:tc>
        <w:tc>
          <w:tcPr>
            <w:tcW w:w="1818" w:type="dxa"/>
          </w:tcPr>
          <w:p w14:paraId="15A3B4E6" w14:textId="77777777" w:rsidR="00BD39C3" w:rsidRDefault="004A5A27">
            <w:r>
              <w:rPr>
                <w:sz w:val="12"/>
              </w:rPr>
              <w:t>127</w:t>
            </w:r>
          </w:p>
        </w:tc>
        <w:tc>
          <w:tcPr>
            <w:tcW w:w="1818" w:type="dxa"/>
          </w:tcPr>
          <w:p w14:paraId="445F93AD" w14:textId="77777777" w:rsidR="00BD39C3" w:rsidRDefault="004A5A27">
            <w:r>
              <w:rPr>
                <w:sz w:val="12"/>
              </w:rPr>
              <w:t>19.4</w:t>
            </w:r>
          </w:p>
        </w:tc>
        <w:tc>
          <w:tcPr>
            <w:tcW w:w="1818" w:type="dxa"/>
          </w:tcPr>
          <w:p w14:paraId="21B12F90" w14:textId="77777777" w:rsidR="00BD39C3" w:rsidRDefault="004A5A27">
            <w:r>
              <w:rPr>
                <w:sz w:val="12"/>
              </w:rPr>
              <w:t>97</w:t>
            </w:r>
          </w:p>
        </w:tc>
        <w:tc>
          <w:tcPr>
            <w:tcW w:w="1818" w:type="dxa"/>
          </w:tcPr>
          <w:p w14:paraId="257A6761" w14:textId="77777777" w:rsidR="00BD39C3" w:rsidRDefault="004A5A27">
            <w:r>
              <w:rPr>
                <w:sz w:val="12"/>
              </w:rPr>
              <w:t>30</w:t>
            </w:r>
          </w:p>
        </w:tc>
        <w:tc>
          <w:tcPr>
            <w:tcW w:w="1818" w:type="dxa"/>
          </w:tcPr>
          <w:p w14:paraId="63DCB353" w14:textId="77777777" w:rsidR="00BD39C3" w:rsidRDefault="004A5A27">
            <w:r>
              <w:rPr>
                <w:sz w:val="12"/>
              </w:rPr>
              <w:t>16</w:t>
            </w:r>
          </w:p>
        </w:tc>
        <w:tc>
          <w:tcPr>
            <w:tcW w:w="1818" w:type="dxa"/>
          </w:tcPr>
          <w:p w14:paraId="24D8751C" w14:textId="77777777" w:rsidR="00BD39C3" w:rsidRDefault="004A5A27">
            <w:r>
              <w:rPr>
                <w:sz w:val="12"/>
              </w:rPr>
              <w:t>101</w:t>
            </w:r>
          </w:p>
        </w:tc>
      </w:tr>
      <w:tr w:rsidR="00BD39C3" w14:paraId="044AF545" w14:textId="77777777">
        <w:tc>
          <w:tcPr>
            <w:tcW w:w="1818" w:type="dxa"/>
          </w:tcPr>
          <w:p w14:paraId="7B8D099A" w14:textId="77777777" w:rsidR="00BD39C3" w:rsidRDefault="004A5A27">
            <w:r>
              <w:rPr>
                <w:sz w:val="12"/>
              </w:rPr>
              <w:t>Total hip T-score</w:t>
            </w:r>
          </w:p>
        </w:tc>
        <w:tc>
          <w:tcPr>
            <w:tcW w:w="1818" w:type="dxa"/>
          </w:tcPr>
          <w:p w14:paraId="6CB6424B" w14:textId="77777777" w:rsidR="00BD39C3" w:rsidRDefault="004A5A27">
            <w:r>
              <w:rPr>
                <w:sz w:val="12"/>
              </w:rPr>
              <w:t>529</w:t>
            </w:r>
          </w:p>
        </w:tc>
        <w:tc>
          <w:tcPr>
            <w:tcW w:w="1818" w:type="dxa"/>
          </w:tcPr>
          <w:p w14:paraId="271A2013" w14:textId="77777777" w:rsidR="00BD39C3" w:rsidRDefault="004A5A27">
            <w:r>
              <w:rPr>
                <w:sz w:val="12"/>
              </w:rPr>
              <w:t>127</w:t>
            </w:r>
          </w:p>
        </w:tc>
        <w:tc>
          <w:tcPr>
            <w:tcW w:w="1818" w:type="dxa"/>
          </w:tcPr>
          <w:p w14:paraId="304D30E0" w14:textId="77777777" w:rsidR="00BD39C3" w:rsidRDefault="004A5A27">
            <w:r>
              <w:rPr>
                <w:sz w:val="12"/>
              </w:rPr>
              <w:t>19.4</w:t>
            </w:r>
          </w:p>
        </w:tc>
        <w:tc>
          <w:tcPr>
            <w:tcW w:w="1818" w:type="dxa"/>
          </w:tcPr>
          <w:p w14:paraId="1C58CF27" w14:textId="77777777" w:rsidR="00BD39C3" w:rsidRDefault="004A5A27">
            <w:r>
              <w:rPr>
                <w:sz w:val="12"/>
              </w:rPr>
              <w:t>97</w:t>
            </w:r>
          </w:p>
        </w:tc>
        <w:tc>
          <w:tcPr>
            <w:tcW w:w="1818" w:type="dxa"/>
          </w:tcPr>
          <w:p w14:paraId="160FD37A" w14:textId="77777777" w:rsidR="00BD39C3" w:rsidRDefault="004A5A27">
            <w:r>
              <w:rPr>
                <w:sz w:val="12"/>
              </w:rPr>
              <w:t>30</w:t>
            </w:r>
          </w:p>
        </w:tc>
        <w:tc>
          <w:tcPr>
            <w:tcW w:w="1818" w:type="dxa"/>
          </w:tcPr>
          <w:p w14:paraId="7830ADA8" w14:textId="77777777" w:rsidR="00BD39C3" w:rsidRDefault="004A5A27">
            <w:r>
              <w:rPr>
                <w:sz w:val="12"/>
              </w:rPr>
              <w:t>16</w:t>
            </w:r>
          </w:p>
        </w:tc>
        <w:tc>
          <w:tcPr>
            <w:tcW w:w="1818" w:type="dxa"/>
          </w:tcPr>
          <w:p w14:paraId="7E830B07" w14:textId="77777777" w:rsidR="00BD39C3" w:rsidRDefault="004A5A27">
            <w:r>
              <w:rPr>
                <w:sz w:val="12"/>
              </w:rPr>
              <w:t>101</w:t>
            </w:r>
          </w:p>
        </w:tc>
      </w:tr>
      <w:tr w:rsidR="00BD39C3" w14:paraId="3FFD9FFC" w14:textId="77777777">
        <w:tc>
          <w:tcPr>
            <w:tcW w:w="1818" w:type="dxa"/>
          </w:tcPr>
          <w:p w14:paraId="4AB016EE" w14:textId="77777777" w:rsidR="00BD39C3" w:rsidRDefault="004A5A27">
            <w:r>
              <w:rPr>
                <w:sz w:val="12"/>
              </w:rPr>
              <w:t>L1-L4 T-score</w:t>
            </w:r>
          </w:p>
        </w:tc>
        <w:tc>
          <w:tcPr>
            <w:tcW w:w="1818" w:type="dxa"/>
          </w:tcPr>
          <w:p w14:paraId="606C9182" w14:textId="77777777" w:rsidR="00BD39C3" w:rsidRDefault="004A5A27">
            <w:r>
              <w:rPr>
                <w:sz w:val="12"/>
              </w:rPr>
              <w:t>599</w:t>
            </w:r>
          </w:p>
        </w:tc>
        <w:tc>
          <w:tcPr>
            <w:tcW w:w="1818" w:type="dxa"/>
          </w:tcPr>
          <w:p w14:paraId="40171B64" w14:textId="77777777" w:rsidR="00BD39C3" w:rsidRDefault="004A5A27">
            <w:r>
              <w:rPr>
                <w:sz w:val="12"/>
              </w:rPr>
              <w:t>57</w:t>
            </w:r>
          </w:p>
        </w:tc>
        <w:tc>
          <w:tcPr>
            <w:tcW w:w="1818" w:type="dxa"/>
          </w:tcPr>
          <w:p w14:paraId="5182AC22" w14:textId="77777777" w:rsidR="00BD39C3" w:rsidRDefault="004A5A27">
            <w:r>
              <w:rPr>
                <w:sz w:val="12"/>
              </w:rPr>
              <w:t>8.7</w:t>
            </w:r>
          </w:p>
        </w:tc>
        <w:tc>
          <w:tcPr>
            <w:tcW w:w="1818" w:type="dxa"/>
          </w:tcPr>
          <w:p w14:paraId="1D128845" w14:textId="77777777" w:rsidR="00BD39C3" w:rsidRDefault="004A5A27">
            <w:r>
              <w:rPr>
                <w:sz w:val="12"/>
              </w:rPr>
              <w:t>45</w:t>
            </w:r>
          </w:p>
        </w:tc>
        <w:tc>
          <w:tcPr>
            <w:tcW w:w="1818" w:type="dxa"/>
          </w:tcPr>
          <w:p w14:paraId="6B027277" w14:textId="77777777" w:rsidR="00BD39C3" w:rsidRDefault="004A5A27">
            <w:r>
              <w:rPr>
                <w:sz w:val="12"/>
              </w:rPr>
              <w:t>12</w:t>
            </w:r>
          </w:p>
        </w:tc>
        <w:tc>
          <w:tcPr>
            <w:tcW w:w="1818" w:type="dxa"/>
          </w:tcPr>
          <w:p w14:paraId="57EE304C" w14:textId="77777777" w:rsidR="00BD39C3" w:rsidRDefault="004A5A27">
            <w:r>
              <w:rPr>
                <w:sz w:val="12"/>
              </w:rPr>
              <w:t>10</w:t>
            </w:r>
          </w:p>
        </w:tc>
        <w:tc>
          <w:tcPr>
            <w:tcW w:w="1818" w:type="dxa"/>
          </w:tcPr>
          <w:p w14:paraId="67BFB131" w14:textId="77777777" w:rsidR="00BD39C3" w:rsidRDefault="004A5A27">
            <w:r>
              <w:rPr>
                <w:sz w:val="12"/>
              </w:rPr>
              <w:t>37</w:t>
            </w:r>
          </w:p>
        </w:tc>
      </w:tr>
      <w:tr w:rsidR="00BD39C3" w14:paraId="38A0295C" w14:textId="77777777">
        <w:tc>
          <w:tcPr>
            <w:tcW w:w="1818" w:type="dxa"/>
          </w:tcPr>
          <w:p w14:paraId="7FEF51B2" w14:textId="77777777" w:rsidR="00BD39C3" w:rsidRDefault="004A5A27">
            <w:r>
              <w:rPr>
                <w:sz w:val="12"/>
              </w:rPr>
              <w:t>Neck BMD</w:t>
            </w:r>
          </w:p>
        </w:tc>
        <w:tc>
          <w:tcPr>
            <w:tcW w:w="1818" w:type="dxa"/>
          </w:tcPr>
          <w:p w14:paraId="1B1E20FD" w14:textId="77777777" w:rsidR="00BD39C3" w:rsidRDefault="004A5A27">
            <w:r>
              <w:rPr>
                <w:sz w:val="12"/>
              </w:rPr>
              <w:t>529</w:t>
            </w:r>
          </w:p>
        </w:tc>
        <w:tc>
          <w:tcPr>
            <w:tcW w:w="1818" w:type="dxa"/>
          </w:tcPr>
          <w:p w14:paraId="6DE43F2F" w14:textId="77777777" w:rsidR="00BD39C3" w:rsidRDefault="004A5A27">
            <w:r>
              <w:rPr>
                <w:sz w:val="12"/>
              </w:rPr>
              <w:t>127</w:t>
            </w:r>
          </w:p>
        </w:tc>
        <w:tc>
          <w:tcPr>
            <w:tcW w:w="1818" w:type="dxa"/>
          </w:tcPr>
          <w:p w14:paraId="6858CD88" w14:textId="77777777" w:rsidR="00BD39C3" w:rsidRDefault="004A5A27">
            <w:r>
              <w:rPr>
                <w:sz w:val="12"/>
              </w:rPr>
              <w:t>19.4</w:t>
            </w:r>
          </w:p>
        </w:tc>
        <w:tc>
          <w:tcPr>
            <w:tcW w:w="1818" w:type="dxa"/>
          </w:tcPr>
          <w:p w14:paraId="31D1C422" w14:textId="77777777" w:rsidR="00BD39C3" w:rsidRDefault="004A5A27">
            <w:r>
              <w:rPr>
                <w:sz w:val="12"/>
              </w:rPr>
              <w:t>97</w:t>
            </w:r>
          </w:p>
        </w:tc>
        <w:tc>
          <w:tcPr>
            <w:tcW w:w="1818" w:type="dxa"/>
          </w:tcPr>
          <w:p w14:paraId="575E0B24" w14:textId="77777777" w:rsidR="00BD39C3" w:rsidRDefault="004A5A27">
            <w:r>
              <w:rPr>
                <w:sz w:val="12"/>
              </w:rPr>
              <w:t>30</w:t>
            </w:r>
          </w:p>
        </w:tc>
        <w:tc>
          <w:tcPr>
            <w:tcW w:w="1818" w:type="dxa"/>
          </w:tcPr>
          <w:p w14:paraId="4DDE4629" w14:textId="77777777" w:rsidR="00BD39C3" w:rsidRDefault="004A5A27">
            <w:r>
              <w:rPr>
                <w:sz w:val="12"/>
              </w:rPr>
              <w:t>16</w:t>
            </w:r>
          </w:p>
        </w:tc>
        <w:tc>
          <w:tcPr>
            <w:tcW w:w="1818" w:type="dxa"/>
          </w:tcPr>
          <w:p w14:paraId="633663D1" w14:textId="77777777" w:rsidR="00BD39C3" w:rsidRDefault="004A5A27">
            <w:r>
              <w:rPr>
                <w:sz w:val="12"/>
              </w:rPr>
              <w:t>101</w:t>
            </w:r>
          </w:p>
        </w:tc>
      </w:tr>
      <w:tr w:rsidR="00BD39C3" w14:paraId="6D02B85E" w14:textId="77777777">
        <w:tc>
          <w:tcPr>
            <w:tcW w:w="1818" w:type="dxa"/>
          </w:tcPr>
          <w:p w14:paraId="735F7F7E" w14:textId="77777777" w:rsidR="00BD39C3" w:rsidRDefault="004A5A27">
            <w:r>
              <w:rPr>
                <w:sz w:val="12"/>
              </w:rPr>
              <w:t>L1-L4 BMD</w:t>
            </w:r>
          </w:p>
        </w:tc>
        <w:tc>
          <w:tcPr>
            <w:tcW w:w="1818" w:type="dxa"/>
          </w:tcPr>
          <w:p w14:paraId="31AAF325" w14:textId="77777777" w:rsidR="00BD39C3" w:rsidRDefault="004A5A27">
            <w:r>
              <w:rPr>
                <w:sz w:val="12"/>
              </w:rPr>
              <w:t>599</w:t>
            </w:r>
          </w:p>
        </w:tc>
        <w:tc>
          <w:tcPr>
            <w:tcW w:w="1818" w:type="dxa"/>
          </w:tcPr>
          <w:p w14:paraId="063E9B5A" w14:textId="77777777" w:rsidR="00BD39C3" w:rsidRDefault="004A5A27">
            <w:r>
              <w:rPr>
                <w:sz w:val="12"/>
              </w:rPr>
              <w:t>57</w:t>
            </w:r>
          </w:p>
        </w:tc>
        <w:tc>
          <w:tcPr>
            <w:tcW w:w="1818" w:type="dxa"/>
          </w:tcPr>
          <w:p w14:paraId="2ADA750F" w14:textId="77777777" w:rsidR="00BD39C3" w:rsidRDefault="004A5A27">
            <w:r>
              <w:rPr>
                <w:sz w:val="12"/>
              </w:rPr>
              <w:t>8.7</w:t>
            </w:r>
          </w:p>
        </w:tc>
        <w:tc>
          <w:tcPr>
            <w:tcW w:w="1818" w:type="dxa"/>
          </w:tcPr>
          <w:p w14:paraId="19C97E1E" w14:textId="77777777" w:rsidR="00BD39C3" w:rsidRDefault="004A5A27">
            <w:r>
              <w:rPr>
                <w:sz w:val="12"/>
              </w:rPr>
              <w:t>45</w:t>
            </w:r>
          </w:p>
        </w:tc>
        <w:tc>
          <w:tcPr>
            <w:tcW w:w="1818" w:type="dxa"/>
          </w:tcPr>
          <w:p w14:paraId="61F80B2E" w14:textId="77777777" w:rsidR="00BD39C3" w:rsidRDefault="004A5A27">
            <w:r>
              <w:rPr>
                <w:sz w:val="12"/>
              </w:rPr>
              <w:t>12</w:t>
            </w:r>
          </w:p>
        </w:tc>
        <w:tc>
          <w:tcPr>
            <w:tcW w:w="1818" w:type="dxa"/>
          </w:tcPr>
          <w:p w14:paraId="03D1CC17" w14:textId="77777777" w:rsidR="00BD39C3" w:rsidRDefault="004A5A27">
            <w:r>
              <w:rPr>
                <w:sz w:val="12"/>
              </w:rPr>
              <w:t>10</w:t>
            </w:r>
          </w:p>
        </w:tc>
        <w:tc>
          <w:tcPr>
            <w:tcW w:w="1818" w:type="dxa"/>
          </w:tcPr>
          <w:p w14:paraId="228F42CF" w14:textId="77777777" w:rsidR="00BD39C3" w:rsidRDefault="004A5A27">
            <w:r>
              <w:rPr>
                <w:sz w:val="12"/>
              </w:rPr>
              <w:t>37</w:t>
            </w:r>
          </w:p>
        </w:tc>
      </w:tr>
      <w:tr w:rsidR="00BD39C3" w14:paraId="7C0280C5" w14:textId="77777777">
        <w:tc>
          <w:tcPr>
            <w:tcW w:w="1818" w:type="dxa"/>
          </w:tcPr>
          <w:p w14:paraId="1C67DEB1" w14:textId="77777777" w:rsidR="00BD39C3" w:rsidRDefault="004A5A27">
            <w:r>
              <w:rPr>
                <w:sz w:val="12"/>
              </w:rPr>
              <w:t>Section modulus</w:t>
            </w:r>
          </w:p>
        </w:tc>
        <w:tc>
          <w:tcPr>
            <w:tcW w:w="1818" w:type="dxa"/>
          </w:tcPr>
          <w:p w14:paraId="57D6FF8C" w14:textId="77777777" w:rsidR="00BD39C3" w:rsidRDefault="004A5A27">
            <w:r>
              <w:rPr>
                <w:sz w:val="12"/>
              </w:rPr>
              <w:t>647</w:t>
            </w:r>
          </w:p>
        </w:tc>
        <w:tc>
          <w:tcPr>
            <w:tcW w:w="1818" w:type="dxa"/>
          </w:tcPr>
          <w:p w14:paraId="6E167021" w14:textId="77777777" w:rsidR="00BD39C3" w:rsidRDefault="004A5A27">
            <w:r>
              <w:rPr>
                <w:sz w:val="12"/>
              </w:rPr>
              <w:t>9</w:t>
            </w:r>
          </w:p>
        </w:tc>
        <w:tc>
          <w:tcPr>
            <w:tcW w:w="1818" w:type="dxa"/>
          </w:tcPr>
          <w:p w14:paraId="6DD88CC2" w14:textId="77777777" w:rsidR="00BD39C3" w:rsidRDefault="004A5A27">
            <w:r>
              <w:rPr>
                <w:sz w:val="12"/>
              </w:rPr>
              <w:t>1.4</w:t>
            </w:r>
          </w:p>
        </w:tc>
        <w:tc>
          <w:tcPr>
            <w:tcW w:w="1818" w:type="dxa"/>
          </w:tcPr>
          <w:p w14:paraId="279CE889" w14:textId="77777777" w:rsidR="00BD39C3" w:rsidRDefault="004A5A27">
            <w:r>
              <w:rPr>
                <w:sz w:val="12"/>
              </w:rPr>
              <w:t>8</w:t>
            </w:r>
          </w:p>
        </w:tc>
        <w:tc>
          <w:tcPr>
            <w:tcW w:w="1818" w:type="dxa"/>
          </w:tcPr>
          <w:p w14:paraId="4991A590" w14:textId="77777777" w:rsidR="00BD39C3" w:rsidRDefault="004A5A27">
            <w:r>
              <w:rPr>
                <w:sz w:val="12"/>
              </w:rPr>
              <w:t>1</w:t>
            </w:r>
          </w:p>
        </w:tc>
        <w:tc>
          <w:tcPr>
            <w:tcW w:w="1818" w:type="dxa"/>
          </w:tcPr>
          <w:p w14:paraId="73895E53" w14:textId="77777777" w:rsidR="00BD39C3" w:rsidRDefault="004A5A27">
            <w:r>
              <w:rPr>
                <w:sz w:val="12"/>
              </w:rPr>
              <w:t>0</w:t>
            </w:r>
          </w:p>
        </w:tc>
        <w:tc>
          <w:tcPr>
            <w:tcW w:w="1818" w:type="dxa"/>
          </w:tcPr>
          <w:p w14:paraId="77F48E42" w14:textId="77777777" w:rsidR="00BD39C3" w:rsidRDefault="004A5A27">
            <w:r>
              <w:rPr>
                <w:sz w:val="12"/>
              </w:rPr>
              <w:t>2</w:t>
            </w:r>
          </w:p>
        </w:tc>
      </w:tr>
      <w:tr w:rsidR="00BD39C3" w14:paraId="1C20AF82" w14:textId="77777777">
        <w:tc>
          <w:tcPr>
            <w:tcW w:w="1818" w:type="dxa"/>
          </w:tcPr>
          <w:p w14:paraId="0712FD15" w14:textId="77777777" w:rsidR="00BD39C3" w:rsidRDefault="004A5A27">
            <w:r>
              <w:rPr>
                <w:sz w:val="12"/>
              </w:rPr>
              <w:t>CSA</w:t>
            </w:r>
          </w:p>
        </w:tc>
        <w:tc>
          <w:tcPr>
            <w:tcW w:w="1818" w:type="dxa"/>
          </w:tcPr>
          <w:p w14:paraId="7E83B750" w14:textId="77777777" w:rsidR="00BD39C3" w:rsidRDefault="004A5A27">
            <w:r>
              <w:rPr>
                <w:sz w:val="12"/>
              </w:rPr>
              <w:t>647</w:t>
            </w:r>
          </w:p>
        </w:tc>
        <w:tc>
          <w:tcPr>
            <w:tcW w:w="1818" w:type="dxa"/>
          </w:tcPr>
          <w:p w14:paraId="1E1C6A1B" w14:textId="77777777" w:rsidR="00BD39C3" w:rsidRDefault="004A5A27">
            <w:r>
              <w:rPr>
                <w:sz w:val="12"/>
              </w:rPr>
              <w:t>9</w:t>
            </w:r>
          </w:p>
        </w:tc>
        <w:tc>
          <w:tcPr>
            <w:tcW w:w="1818" w:type="dxa"/>
          </w:tcPr>
          <w:p w14:paraId="431F52F8" w14:textId="77777777" w:rsidR="00BD39C3" w:rsidRDefault="004A5A27">
            <w:r>
              <w:rPr>
                <w:sz w:val="12"/>
              </w:rPr>
              <w:t>1.4</w:t>
            </w:r>
          </w:p>
        </w:tc>
        <w:tc>
          <w:tcPr>
            <w:tcW w:w="1818" w:type="dxa"/>
          </w:tcPr>
          <w:p w14:paraId="23BEC0AC" w14:textId="77777777" w:rsidR="00BD39C3" w:rsidRDefault="004A5A27">
            <w:r>
              <w:rPr>
                <w:sz w:val="12"/>
              </w:rPr>
              <w:t>8</w:t>
            </w:r>
          </w:p>
        </w:tc>
        <w:tc>
          <w:tcPr>
            <w:tcW w:w="1818" w:type="dxa"/>
          </w:tcPr>
          <w:p w14:paraId="67F25262" w14:textId="77777777" w:rsidR="00BD39C3" w:rsidRDefault="004A5A27">
            <w:r>
              <w:rPr>
                <w:sz w:val="12"/>
              </w:rPr>
              <w:t>1</w:t>
            </w:r>
          </w:p>
        </w:tc>
        <w:tc>
          <w:tcPr>
            <w:tcW w:w="1818" w:type="dxa"/>
          </w:tcPr>
          <w:p w14:paraId="564F79E1" w14:textId="77777777" w:rsidR="00BD39C3" w:rsidRDefault="004A5A27">
            <w:r>
              <w:rPr>
                <w:sz w:val="12"/>
              </w:rPr>
              <w:t>0</w:t>
            </w:r>
          </w:p>
        </w:tc>
        <w:tc>
          <w:tcPr>
            <w:tcW w:w="1818" w:type="dxa"/>
          </w:tcPr>
          <w:p w14:paraId="42038561" w14:textId="77777777" w:rsidR="00BD39C3" w:rsidRDefault="004A5A27">
            <w:r>
              <w:rPr>
                <w:sz w:val="12"/>
              </w:rPr>
              <w:t>2</w:t>
            </w:r>
          </w:p>
        </w:tc>
      </w:tr>
      <w:tr w:rsidR="00BD39C3" w14:paraId="7E0297B0" w14:textId="77777777">
        <w:tc>
          <w:tcPr>
            <w:tcW w:w="1818" w:type="dxa"/>
          </w:tcPr>
          <w:p w14:paraId="2CF9DCD4" w14:textId="77777777" w:rsidR="00BD39C3" w:rsidRDefault="004A5A27">
            <w:r>
              <w:rPr>
                <w:sz w:val="12"/>
              </w:rPr>
              <w:t>25(OH)D</w:t>
            </w:r>
          </w:p>
        </w:tc>
        <w:tc>
          <w:tcPr>
            <w:tcW w:w="1818" w:type="dxa"/>
          </w:tcPr>
          <w:p w14:paraId="08997940" w14:textId="77777777" w:rsidR="00BD39C3" w:rsidRDefault="004A5A27">
            <w:r>
              <w:rPr>
                <w:sz w:val="12"/>
              </w:rPr>
              <w:t>467</w:t>
            </w:r>
          </w:p>
        </w:tc>
        <w:tc>
          <w:tcPr>
            <w:tcW w:w="1818" w:type="dxa"/>
          </w:tcPr>
          <w:p w14:paraId="02CD43A0" w14:textId="77777777" w:rsidR="00BD39C3" w:rsidRDefault="004A5A27">
            <w:r>
              <w:rPr>
                <w:sz w:val="12"/>
              </w:rPr>
              <w:t>189</w:t>
            </w:r>
          </w:p>
        </w:tc>
        <w:tc>
          <w:tcPr>
            <w:tcW w:w="1818" w:type="dxa"/>
          </w:tcPr>
          <w:p w14:paraId="17A80D85" w14:textId="77777777" w:rsidR="00BD39C3" w:rsidRDefault="004A5A27">
            <w:r>
              <w:rPr>
                <w:sz w:val="12"/>
              </w:rPr>
              <w:t>28.8</w:t>
            </w:r>
          </w:p>
        </w:tc>
        <w:tc>
          <w:tcPr>
            <w:tcW w:w="1818" w:type="dxa"/>
          </w:tcPr>
          <w:p w14:paraId="251B6A3B" w14:textId="77777777" w:rsidR="00BD39C3" w:rsidRDefault="004A5A27">
            <w:r>
              <w:rPr>
                <w:sz w:val="12"/>
              </w:rPr>
              <w:t>137</w:t>
            </w:r>
          </w:p>
        </w:tc>
        <w:tc>
          <w:tcPr>
            <w:tcW w:w="1818" w:type="dxa"/>
          </w:tcPr>
          <w:p w14:paraId="27C72BC8" w14:textId="77777777" w:rsidR="00BD39C3" w:rsidRDefault="004A5A27">
            <w:r>
              <w:rPr>
                <w:sz w:val="12"/>
              </w:rPr>
              <w:t>52</w:t>
            </w:r>
          </w:p>
        </w:tc>
        <w:tc>
          <w:tcPr>
            <w:tcW w:w="1818" w:type="dxa"/>
          </w:tcPr>
          <w:p w14:paraId="1EE76309" w14:textId="77777777" w:rsidR="00BD39C3" w:rsidRDefault="004A5A27">
            <w:r>
              <w:rPr>
                <w:sz w:val="12"/>
              </w:rPr>
              <w:t>32</w:t>
            </w:r>
          </w:p>
        </w:tc>
        <w:tc>
          <w:tcPr>
            <w:tcW w:w="1818" w:type="dxa"/>
          </w:tcPr>
          <w:p w14:paraId="2DCF1FC5" w14:textId="77777777" w:rsidR="00BD39C3" w:rsidRDefault="004A5A27">
            <w:r>
              <w:rPr>
                <w:sz w:val="12"/>
              </w:rPr>
              <w:t>151</w:t>
            </w:r>
          </w:p>
        </w:tc>
      </w:tr>
      <w:tr w:rsidR="00BD39C3" w14:paraId="7995D665" w14:textId="77777777">
        <w:tc>
          <w:tcPr>
            <w:tcW w:w="1818" w:type="dxa"/>
          </w:tcPr>
          <w:p w14:paraId="448233F2" w14:textId="77777777" w:rsidR="00BD39C3" w:rsidRDefault="004A5A27">
            <w:r>
              <w:rPr>
                <w:sz w:val="12"/>
              </w:rPr>
              <w:t>PTH</w:t>
            </w:r>
          </w:p>
        </w:tc>
        <w:tc>
          <w:tcPr>
            <w:tcW w:w="1818" w:type="dxa"/>
          </w:tcPr>
          <w:p w14:paraId="520FB23D" w14:textId="77777777" w:rsidR="00BD39C3" w:rsidRDefault="004A5A27">
            <w:r>
              <w:rPr>
                <w:sz w:val="12"/>
              </w:rPr>
              <w:t>359</w:t>
            </w:r>
          </w:p>
        </w:tc>
        <w:tc>
          <w:tcPr>
            <w:tcW w:w="1818" w:type="dxa"/>
          </w:tcPr>
          <w:p w14:paraId="3F35BA82" w14:textId="77777777" w:rsidR="00BD39C3" w:rsidRDefault="004A5A27">
            <w:r>
              <w:rPr>
                <w:sz w:val="12"/>
              </w:rPr>
              <w:t>297</w:t>
            </w:r>
          </w:p>
        </w:tc>
        <w:tc>
          <w:tcPr>
            <w:tcW w:w="1818" w:type="dxa"/>
          </w:tcPr>
          <w:p w14:paraId="0B40D9BB" w14:textId="77777777" w:rsidR="00BD39C3" w:rsidRDefault="004A5A27">
            <w:r>
              <w:rPr>
                <w:sz w:val="12"/>
              </w:rPr>
              <w:t>45.3</w:t>
            </w:r>
          </w:p>
        </w:tc>
        <w:tc>
          <w:tcPr>
            <w:tcW w:w="1818" w:type="dxa"/>
          </w:tcPr>
          <w:p w14:paraId="51ED9FDE" w14:textId="77777777" w:rsidR="00BD39C3" w:rsidRDefault="004A5A27">
            <w:r>
              <w:rPr>
                <w:sz w:val="12"/>
              </w:rPr>
              <w:t>212</w:t>
            </w:r>
          </w:p>
        </w:tc>
        <w:tc>
          <w:tcPr>
            <w:tcW w:w="1818" w:type="dxa"/>
          </w:tcPr>
          <w:p w14:paraId="241AE5AF" w14:textId="77777777" w:rsidR="00BD39C3" w:rsidRDefault="004A5A27">
            <w:r>
              <w:rPr>
                <w:sz w:val="12"/>
              </w:rPr>
              <w:t>85</w:t>
            </w:r>
          </w:p>
        </w:tc>
        <w:tc>
          <w:tcPr>
            <w:tcW w:w="1818" w:type="dxa"/>
          </w:tcPr>
          <w:p w14:paraId="36EA42D7" w14:textId="77777777" w:rsidR="00BD39C3" w:rsidRDefault="004A5A27">
            <w:r>
              <w:rPr>
                <w:sz w:val="12"/>
              </w:rPr>
              <w:t>50</w:t>
            </w:r>
          </w:p>
        </w:tc>
        <w:tc>
          <w:tcPr>
            <w:tcW w:w="1818" w:type="dxa"/>
          </w:tcPr>
          <w:p w14:paraId="54130AE5" w14:textId="77777777" w:rsidR="00BD39C3" w:rsidRDefault="004A5A27">
            <w:r>
              <w:rPr>
                <w:sz w:val="12"/>
              </w:rPr>
              <w:t>241</w:t>
            </w:r>
          </w:p>
        </w:tc>
      </w:tr>
      <w:tr w:rsidR="00BD39C3" w14:paraId="28BAB5EF" w14:textId="77777777">
        <w:tc>
          <w:tcPr>
            <w:tcW w:w="1818" w:type="dxa"/>
          </w:tcPr>
          <w:p w14:paraId="044ECD6B" w14:textId="77777777" w:rsidR="00BD39C3" w:rsidRDefault="004A5A27">
            <w:r>
              <w:rPr>
                <w:sz w:val="12"/>
              </w:rPr>
              <w:t>Low mass ALM/ht2</w:t>
            </w:r>
          </w:p>
        </w:tc>
        <w:tc>
          <w:tcPr>
            <w:tcW w:w="1818" w:type="dxa"/>
          </w:tcPr>
          <w:p w14:paraId="5E2B2490" w14:textId="77777777" w:rsidR="00BD39C3" w:rsidRDefault="004A5A27">
            <w:r>
              <w:rPr>
                <w:sz w:val="12"/>
              </w:rPr>
              <w:t>655</w:t>
            </w:r>
          </w:p>
        </w:tc>
        <w:tc>
          <w:tcPr>
            <w:tcW w:w="1818" w:type="dxa"/>
          </w:tcPr>
          <w:p w14:paraId="382685F9" w14:textId="77777777" w:rsidR="00BD39C3" w:rsidRDefault="004A5A27">
            <w:r>
              <w:rPr>
                <w:sz w:val="12"/>
              </w:rPr>
              <w:t>1</w:t>
            </w:r>
          </w:p>
        </w:tc>
        <w:tc>
          <w:tcPr>
            <w:tcW w:w="1818" w:type="dxa"/>
          </w:tcPr>
          <w:p w14:paraId="38EE7D3F" w14:textId="77777777" w:rsidR="00BD39C3" w:rsidRDefault="004A5A27">
            <w:r>
              <w:rPr>
                <w:sz w:val="12"/>
              </w:rPr>
              <w:t>0.2</w:t>
            </w:r>
          </w:p>
        </w:tc>
        <w:tc>
          <w:tcPr>
            <w:tcW w:w="1818" w:type="dxa"/>
          </w:tcPr>
          <w:p w14:paraId="3047A0EC" w14:textId="77777777" w:rsidR="00BD39C3" w:rsidRDefault="004A5A27">
            <w:r>
              <w:rPr>
                <w:sz w:val="12"/>
              </w:rPr>
              <w:t>1</w:t>
            </w:r>
          </w:p>
        </w:tc>
        <w:tc>
          <w:tcPr>
            <w:tcW w:w="1818" w:type="dxa"/>
          </w:tcPr>
          <w:p w14:paraId="46F538B4" w14:textId="77777777" w:rsidR="00BD39C3" w:rsidRDefault="004A5A27">
            <w:r>
              <w:rPr>
                <w:sz w:val="12"/>
              </w:rPr>
              <w:t>0</w:t>
            </w:r>
          </w:p>
        </w:tc>
        <w:tc>
          <w:tcPr>
            <w:tcW w:w="1818" w:type="dxa"/>
          </w:tcPr>
          <w:p w14:paraId="488D295B" w14:textId="77777777" w:rsidR="00BD39C3" w:rsidRDefault="004A5A27">
            <w:r>
              <w:rPr>
                <w:sz w:val="12"/>
              </w:rPr>
              <w:t>0</w:t>
            </w:r>
          </w:p>
        </w:tc>
        <w:tc>
          <w:tcPr>
            <w:tcW w:w="1818" w:type="dxa"/>
          </w:tcPr>
          <w:p w14:paraId="6A786B56" w14:textId="77777777" w:rsidR="00BD39C3" w:rsidRDefault="004A5A27">
            <w:r>
              <w:rPr>
                <w:sz w:val="12"/>
              </w:rPr>
              <w:t>0</w:t>
            </w:r>
          </w:p>
        </w:tc>
      </w:tr>
      <w:tr w:rsidR="00BD39C3" w14:paraId="22C972D2" w14:textId="77777777">
        <w:tc>
          <w:tcPr>
            <w:tcW w:w="1818" w:type="dxa"/>
          </w:tcPr>
          <w:p w14:paraId="1DE256B0" w14:textId="77777777" w:rsidR="00BD39C3" w:rsidRDefault="004A5A27">
            <w:r>
              <w:rPr>
                <w:sz w:val="12"/>
              </w:rPr>
              <w:t>Low mass abs ALM</w:t>
            </w:r>
          </w:p>
        </w:tc>
        <w:tc>
          <w:tcPr>
            <w:tcW w:w="1818" w:type="dxa"/>
          </w:tcPr>
          <w:p w14:paraId="0F244EA5" w14:textId="77777777" w:rsidR="00BD39C3" w:rsidRDefault="004A5A27">
            <w:r>
              <w:rPr>
                <w:sz w:val="12"/>
              </w:rPr>
              <w:t>655</w:t>
            </w:r>
          </w:p>
        </w:tc>
        <w:tc>
          <w:tcPr>
            <w:tcW w:w="1818" w:type="dxa"/>
          </w:tcPr>
          <w:p w14:paraId="7EE9C5F6" w14:textId="77777777" w:rsidR="00BD39C3" w:rsidRDefault="004A5A27">
            <w:r>
              <w:rPr>
                <w:sz w:val="12"/>
              </w:rPr>
              <w:t>1</w:t>
            </w:r>
          </w:p>
        </w:tc>
        <w:tc>
          <w:tcPr>
            <w:tcW w:w="1818" w:type="dxa"/>
          </w:tcPr>
          <w:p w14:paraId="695C6D25" w14:textId="77777777" w:rsidR="00BD39C3" w:rsidRDefault="004A5A27">
            <w:r>
              <w:rPr>
                <w:sz w:val="12"/>
              </w:rPr>
              <w:t>0.2</w:t>
            </w:r>
          </w:p>
        </w:tc>
        <w:tc>
          <w:tcPr>
            <w:tcW w:w="1818" w:type="dxa"/>
          </w:tcPr>
          <w:p w14:paraId="19D40B2C" w14:textId="77777777" w:rsidR="00BD39C3" w:rsidRDefault="004A5A27">
            <w:r>
              <w:rPr>
                <w:sz w:val="12"/>
              </w:rPr>
              <w:t>1</w:t>
            </w:r>
          </w:p>
        </w:tc>
        <w:tc>
          <w:tcPr>
            <w:tcW w:w="1818" w:type="dxa"/>
          </w:tcPr>
          <w:p w14:paraId="76BD4B95" w14:textId="77777777" w:rsidR="00BD39C3" w:rsidRDefault="004A5A27">
            <w:r>
              <w:rPr>
                <w:sz w:val="12"/>
              </w:rPr>
              <w:t>0</w:t>
            </w:r>
          </w:p>
        </w:tc>
        <w:tc>
          <w:tcPr>
            <w:tcW w:w="1818" w:type="dxa"/>
          </w:tcPr>
          <w:p w14:paraId="57098099" w14:textId="77777777" w:rsidR="00BD39C3" w:rsidRDefault="004A5A27">
            <w:r>
              <w:rPr>
                <w:sz w:val="12"/>
              </w:rPr>
              <w:t>0</w:t>
            </w:r>
          </w:p>
        </w:tc>
        <w:tc>
          <w:tcPr>
            <w:tcW w:w="1818" w:type="dxa"/>
          </w:tcPr>
          <w:p w14:paraId="229755F6" w14:textId="77777777" w:rsidR="00BD39C3" w:rsidRDefault="004A5A27">
            <w:r>
              <w:rPr>
                <w:sz w:val="12"/>
              </w:rPr>
              <w:t>0</w:t>
            </w:r>
          </w:p>
        </w:tc>
      </w:tr>
      <w:tr w:rsidR="00BD39C3" w14:paraId="76848D52" w14:textId="77777777">
        <w:tc>
          <w:tcPr>
            <w:tcW w:w="1818" w:type="dxa"/>
          </w:tcPr>
          <w:p w14:paraId="25469B76" w14:textId="77777777" w:rsidR="00BD39C3" w:rsidRDefault="004A5A27">
            <w:r>
              <w:rPr>
                <w:sz w:val="12"/>
              </w:rPr>
              <w:t>Low mass FNIH</w:t>
            </w:r>
          </w:p>
        </w:tc>
        <w:tc>
          <w:tcPr>
            <w:tcW w:w="1818" w:type="dxa"/>
          </w:tcPr>
          <w:p w14:paraId="20C6C80C" w14:textId="77777777" w:rsidR="00BD39C3" w:rsidRDefault="004A5A27">
            <w:r>
              <w:rPr>
                <w:sz w:val="12"/>
              </w:rPr>
              <w:t>655</w:t>
            </w:r>
          </w:p>
        </w:tc>
        <w:tc>
          <w:tcPr>
            <w:tcW w:w="1818" w:type="dxa"/>
          </w:tcPr>
          <w:p w14:paraId="04F54775" w14:textId="77777777" w:rsidR="00BD39C3" w:rsidRDefault="004A5A27">
            <w:r>
              <w:rPr>
                <w:sz w:val="12"/>
              </w:rPr>
              <w:t>1</w:t>
            </w:r>
          </w:p>
        </w:tc>
        <w:tc>
          <w:tcPr>
            <w:tcW w:w="1818" w:type="dxa"/>
          </w:tcPr>
          <w:p w14:paraId="50C317D6" w14:textId="77777777" w:rsidR="00BD39C3" w:rsidRDefault="004A5A27">
            <w:r>
              <w:rPr>
                <w:sz w:val="12"/>
              </w:rPr>
              <w:t>0.2</w:t>
            </w:r>
          </w:p>
        </w:tc>
        <w:tc>
          <w:tcPr>
            <w:tcW w:w="1818" w:type="dxa"/>
          </w:tcPr>
          <w:p w14:paraId="67765FC1" w14:textId="77777777" w:rsidR="00BD39C3" w:rsidRDefault="004A5A27">
            <w:r>
              <w:rPr>
                <w:sz w:val="12"/>
              </w:rPr>
              <w:t>1</w:t>
            </w:r>
          </w:p>
        </w:tc>
        <w:tc>
          <w:tcPr>
            <w:tcW w:w="1818" w:type="dxa"/>
          </w:tcPr>
          <w:p w14:paraId="43446859" w14:textId="77777777" w:rsidR="00BD39C3" w:rsidRDefault="004A5A27">
            <w:r>
              <w:rPr>
                <w:sz w:val="12"/>
              </w:rPr>
              <w:t>0</w:t>
            </w:r>
          </w:p>
        </w:tc>
        <w:tc>
          <w:tcPr>
            <w:tcW w:w="1818" w:type="dxa"/>
          </w:tcPr>
          <w:p w14:paraId="3263F420" w14:textId="77777777" w:rsidR="00BD39C3" w:rsidRDefault="004A5A27">
            <w:r>
              <w:rPr>
                <w:sz w:val="12"/>
              </w:rPr>
              <w:t>0</w:t>
            </w:r>
          </w:p>
        </w:tc>
        <w:tc>
          <w:tcPr>
            <w:tcW w:w="1818" w:type="dxa"/>
          </w:tcPr>
          <w:p w14:paraId="3F9948A4" w14:textId="77777777" w:rsidR="00BD39C3" w:rsidRDefault="004A5A27">
            <w:r>
              <w:rPr>
                <w:sz w:val="12"/>
              </w:rPr>
              <w:t>0</w:t>
            </w:r>
          </w:p>
        </w:tc>
      </w:tr>
      <w:tr w:rsidR="00BD39C3" w14:paraId="7E57F68A" w14:textId="77777777">
        <w:tc>
          <w:tcPr>
            <w:tcW w:w="1818" w:type="dxa"/>
          </w:tcPr>
          <w:p w14:paraId="562E8982" w14:textId="77777777" w:rsidR="00BD39C3" w:rsidRDefault="004A5A27">
            <w:r>
              <w:rPr>
                <w:sz w:val="12"/>
              </w:rPr>
              <w:t>Probable sarcopenia</w:t>
            </w:r>
          </w:p>
        </w:tc>
        <w:tc>
          <w:tcPr>
            <w:tcW w:w="1818" w:type="dxa"/>
          </w:tcPr>
          <w:p w14:paraId="525E30D8" w14:textId="77777777" w:rsidR="00BD39C3" w:rsidRDefault="004A5A27">
            <w:r>
              <w:rPr>
                <w:sz w:val="12"/>
              </w:rPr>
              <w:t>637</w:t>
            </w:r>
          </w:p>
        </w:tc>
        <w:tc>
          <w:tcPr>
            <w:tcW w:w="1818" w:type="dxa"/>
          </w:tcPr>
          <w:p w14:paraId="0284A889" w14:textId="77777777" w:rsidR="00BD39C3" w:rsidRDefault="004A5A27">
            <w:r>
              <w:rPr>
                <w:sz w:val="12"/>
              </w:rPr>
              <w:t>19</w:t>
            </w:r>
          </w:p>
        </w:tc>
        <w:tc>
          <w:tcPr>
            <w:tcW w:w="1818" w:type="dxa"/>
          </w:tcPr>
          <w:p w14:paraId="36424FFC" w14:textId="77777777" w:rsidR="00BD39C3" w:rsidRDefault="004A5A27">
            <w:r>
              <w:rPr>
                <w:sz w:val="12"/>
              </w:rPr>
              <w:t>2.9</w:t>
            </w:r>
          </w:p>
        </w:tc>
        <w:tc>
          <w:tcPr>
            <w:tcW w:w="1818" w:type="dxa"/>
          </w:tcPr>
          <w:p w14:paraId="29034394" w14:textId="77777777" w:rsidR="00BD39C3" w:rsidRDefault="004A5A27">
            <w:r>
              <w:rPr>
                <w:sz w:val="12"/>
              </w:rPr>
              <w:t>16</w:t>
            </w:r>
          </w:p>
        </w:tc>
        <w:tc>
          <w:tcPr>
            <w:tcW w:w="1818" w:type="dxa"/>
          </w:tcPr>
          <w:p w14:paraId="7D4444C0" w14:textId="77777777" w:rsidR="00BD39C3" w:rsidRDefault="004A5A27">
            <w:r>
              <w:rPr>
                <w:sz w:val="12"/>
              </w:rPr>
              <w:t>3</w:t>
            </w:r>
          </w:p>
        </w:tc>
        <w:tc>
          <w:tcPr>
            <w:tcW w:w="1818" w:type="dxa"/>
          </w:tcPr>
          <w:p w14:paraId="3F0E7E99" w14:textId="77777777" w:rsidR="00BD39C3" w:rsidRDefault="004A5A27">
            <w:r>
              <w:rPr>
                <w:sz w:val="12"/>
              </w:rPr>
              <w:t>3</w:t>
            </w:r>
          </w:p>
        </w:tc>
        <w:tc>
          <w:tcPr>
            <w:tcW w:w="1818" w:type="dxa"/>
          </w:tcPr>
          <w:p w14:paraId="2A1B8F5F" w14:textId="77777777" w:rsidR="00BD39C3" w:rsidRDefault="004A5A27">
            <w:r>
              <w:rPr>
                <w:sz w:val="12"/>
              </w:rPr>
              <w:t>16</w:t>
            </w:r>
          </w:p>
        </w:tc>
      </w:tr>
      <w:tr w:rsidR="00BD39C3" w14:paraId="3B9A46F5" w14:textId="77777777">
        <w:tc>
          <w:tcPr>
            <w:tcW w:w="1818" w:type="dxa"/>
          </w:tcPr>
          <w:p w14:paraId="0F9A13D5" w14:textId="77777777" w:rsidR="00BD39C3" w:rsidRDefault="004A5A27">
            <w:r>
              <w:rPr>
                <w:sz w:val="12"/>
              </w:rPr>
              <w:t>Confirmed ALM/ht2</w:t>
            </w:r>
          </w:p>
        </w:tc>
        <w:tc>
          <w:tcPr>
            <w:tcW w:w="1818" w:type="dxa"/>
          </w:tcPr>
          <w:p w14:paraId="24F7840F" w14:textId="77777777" w:rsidR="00BD39C3" w:rsidRDefault="004A5A27">
            <w:r>
              <w:rPr>
                <w:sz w:val="12"/>
              </w:rPr>
              <w:t>636</w:t>
            </w:r>
          </w:p>
        </w:tc>
        <w:tc>
          <w:tcPr>
            <w:tcW w:w="1818" w:type="dxa"/>
          </w:tcPr>
          <w:p w14:paraId="4691F756" w14:textId="77777777" w:rsidR="00BD39C3" w:rsidRDefault="004A5A27">
            <w:r>
              <w:rPr>
                <w:sz w:val="12"/>
              </w:rPr>
              <w:t>20</w:t>
            </w:r>
          </w:p>
        </w:tc>
        <w:tc>
          <w:tcPr>
            <w:tcW w:w="1818" w:type="dxa"/>
          </w:tcPr>
          <w:p w14:paraId="68CA6772" w14:textId="77777777" w:rsidR="00BD39C3" w:rsidRDefault="004A5A27">
            <w:r>
              <w:rPr>
                <w:sz w:val="12"/>
              </w:rPr>
              <w:t>3.0</w:t>
            </w:r>
          </w:p>
        </w:tc>
        <w:tc>
          <w:tcPr>
            <w:tcW w:w="1818" w:type="dxa"/>
          </w:tcPr>
          <w:p w14:paraId="37EF6C03" w14:textId="77777777" w:rsidR="00BD39C3" w:rsidRDefault="004A5A27">
            <w:r>
              <w:rPr>
                <w:sz w:val="12"/>
              </w:rPr>
              <w:t>17</w:t>
            </w:r>
          </w:p>
        </w:tc>
        <w:tc>
          <w:tcPr>
            <w:tcW w:w="1818" w:type="dxa"/>
          </w:tcPr>
          <w:p w14:paraId="770F82A2" w14:textId="77777777" w:rsidR="00BD39C3" w:rsidRDefault="004A5A27">
            <w:r>
              <w:rPr>
                <w:sz w:val="12"/>
              </w:rPr>
              <w:t>3</w:t>
            </w:r>
          </w:p>
        </w:tc>
        <w:tc>
          <w:tcPr>
            <w:tcW w:w="1818" w:type="dxa"/>
          </w:tcPr>
          <w:p w14:paraId="29136EFF" w14:textId="77777777" w:rsidR="00BD39C3" w:rsidRDefault="004A5A27">
            <w:r>
              <w:rPr>
                <w:sz w:val="12"/>
              </w:rPr>
              <w:t>3</w:t>
            </w:r>
          </w:p>
        </w:tc>
        <w:tc>
          <w:tcPr>
            <w:tcW w:w="1818" w:type="dxa"/>
          </w:tcPr>
          <w:p w14:paraId="69960713" w14:textId="77777777" w:rsidR="00BD39C3" w:rsidRDefault="004A5A27">
            <w:r>
              <w:rPr>
                <w:sz w:val="12"/>
              </w:rPr>
              <w:t>16</w:t>
            </w:r>
          </w:p>
        </w:tc>
      </w:tr>
      <w:tr w:rsidR="00BD39C3" w14:paraId="5EA8D920" w14:textId="77777777">
        <w:tc>
          <w:tcPr>
            <w:tcW w:w="1818" w:type="dxa"/>
          </w:tcPr>
          <w:p w14:paraId="28A103CA" w14:textId="77777777" w:rsidR="00BD39C3" w:rsidRDefault="004A5A27">
            <w:r>
              <w:rPr>
                <w:sz w:val="12"/>
              </w:rPr>
              <w:t>Confirmed abs ALM</w:t>
            </w:r>
          </w:p>
        </w:tc>
        <w:tc>
          <w:tcPr>
            <w:tcW w:w="1818" w:type="dxa"/>
          </w:tcPr>
          <w:p w14:paraId="441B2D9B" w14:textId="77777777" w:rsidR="00BD39C3" w:rsidRDefault="004A5A27">
            <w:r>
              <w:rPr>
                <w:sz w:val="12"/>
              </w:rPr>
              <w:t>636</w:t>
            </w:r>
          </w:p>
        </w:tc>
        <w:tc>
          <w:tcPr>
            <w:tcW w:w="1818" w:type="dxa"/>
          </w:tcPr>
          <w:p w14:paraId="61B16940" w14:textId="77777777" w:rsidR="00BD39C3" w:rsidRDefault="004A5A27">
            <w:r>
              <w:rPr>
                <w:sz w:val="12"/>
              </w:rPr>
              <w:t>20</w:t>
            </w:r>
          </w:p>
        </w:tc>
        <w:tc>
          <w:tcPr>
            <w:tcW w:w="1818" w:type="dxa"/>
          </w:tcPr>
          <w:p w14:paraId="6E1FA333" w14:textId="77777777" w:rsidR="00BD39C3" w:rsidRDefault="004A5A27">
            <w:r>
              <w:rPr>
                <w:sz w:val="12"/>
              </w:rPr>
              <w:t>3.0</w:t>
            </w:r>
          </w:p>
        </w:tc>
        <w:tc>
          <w:tcPr>
            <w:tcW w:w="1818" w:type="dxa"/>
          </w:tcPr>
          <w:p w14:paraId="4EC4CB65" w14:textId="77777777" w:rsidR="00BD39C3" w:rsidRDefault="004A5A27">
            <w:r>
              <w:rPr>
                <w:sz w:val="12"/>
              </w:rPr>
              <w:t>17</w:t>
            </w:r>
          </w:p>
        </w:tc>
        <w:tc>
          <w:tcPr>
            <w:tcW w:w="1818" w:type="dxa"/>
          </w:tcPr>
          <w:p w14:paraId="6EBBC2DF" w14:textId="77777777" w:rsidR="00BD39C3" w:rsidRDefault="004A5A27">
            <w:r>
              <w:rPr>
                <w:sz w:val="12"/>
              </w:rPr>
              <w:t>3</w:t>
            </w:r>
          </w:p>
        </w:tc>
        <w:tc>
          <w:tcPr>
            <w:tcW w:w="1818" w:type="dxa"/>
          </w:tcPr>
          <w:p w14:paraId="342FD568" w14:textId="77777777" w:rsidR="00BD39C3" w:rsidRDefault="004A5A27">
            <w:r>
              <w:rPr>
                <w:sz w:val="12"/>
              </w:rPr>
              <w:t>3</w:t>
            </w:r>
          </w:p>
        </w:tc>
        <w:tc>
          <w:tcPr>
            <w:tcW w:w="1818" w:type="dxa"/>
          </w:tcPr>
          <w:p w14:paraId="2A1ABBF1" w14:textId="77777777" w:rsidR="00BD39C3" w:rsidRDefault="004A5A27">
            <w:r>
              <w:rPr>
                <w:sz w:val="12"/>
              </w:rPr>
              <w:t>16</w:t>
            </w:r>
          </w:p>
        </w:tc>
      </w:tr>
      <w:tr w:rsidR="00BD39C3" w14:paraId="0549C191" w14:textId="77777777">
        <w:tc>
          <w:tcPr>
            <w:tcW w:w="1818" w:type="dxa"/>
          </w:tcPr>
          <w:p w14:paraId="0E9E92E5" w14:textId="77777777" w:rsidR="00BD39C3" w:rsidRDefault="004A5A27">
            <w:r>
              <w:rPr>
                <w:sz w:val="12"/>
              </w:rPr>
              <w:t>Confirmed FNIH</w:t>
            </w:r>
          </w:p>
        </w:tc>
        <w:tc>
          <w:tcPr>
            <w:tcW w:w="1818" w:type="dxa"/>
          </w:tcPr>
          <w:p w14:paraId="74760EBD" w14:textId="77777777" w:rsidR="00BD39C3" w:rsidRDefault="004A5A27">
            <w:r>
              <w:rPr>
                <w:sz w:val="12"/>
              </w:rPr>
              <w:t>636</w:t>
            </w:r>
          </w:p>
        </w:tc>
        <w:tc>
          <w:tcPr>
            <w:tcW w:w="1818" w:type="dxa"/>
          </w:tcPr>
          <w:p w14:paraId="702067A9" w14:textId="77777777" w:rsidR="00BD39C3" w:rsidRDefault="004A5A27">
            <w:r>
              <w:rPr>
                <w:sz w:val="12"/>
              </w:rPr>
              <w:t>20</w:t>
            </w:r>
          </w:p>
        </w:tc>
        <w:tc>
          <w:tcPr>
            <w:tcW w:w="1818" w:type="dxa"/>
          </w:tcPr>
          <w:p w14:paraId="2635BA1A" w14:textId="77777777" w:rsidR="00BD39C3" w:rsidRDefault="004A5A27">
            <w:r>
              <w:rPr>
                <w:sz w:val="12"/>
              </w:rPr>
              <w:t>3.0</w:t>
            </w:r>
          </w:p>
        </w:tc>
        <w:tc>
          <w:tcPr>
            <w:tcW w:w="1818" w:type="dxa"/>
          </w:tcPr>
          <w:p w14:paraId="76314D16" w14:textId="77777777" w:rsidR="00BD39C3" w:rsidRDefault="004A5A27">
            <w:r>
              <w:rPr>
                <w:sz w:val="12"/>
              </w:rPr>
              <w:t>17</w:t>
            </w:r>
          </w:p>
        </w:tc>
        <w:tc>
          <w:tcPr>
            <w:tcW w:w="1818" w:type="dxa"/>
          </w:tcPr>
          <w:p w14:paraId="5C67366F" w14:textId="77777777" w:rsidR="00BD39C3" w:rsidRDefault="004A5A27">
            <w:r>
              <w:rPr>
                <w:sz w:val="12"/>
              </w:rPr>
              <w:t>3</w:t>
            </w:r>
          </w:p>
        </w:tc>
        <w:tc>
          <w:tcPr>
            <w:tcW w:w="1818" w:type="dxa"/>
          </w:tcPr>
          <w:p w14:paraId="7EA01A76" w14:textId="77777777" w:rsidR="00BD39C3" w:rsidRDefault="004A5A27">
            <w:r>
              <w:rPr>
                <w:sz w:val="12"/>
              </w:rPr>
              <w:t>3</w:t>
            </w:r>
          </w:p>
        </w:tc>
        <w:tc>
          <w:tcPr>
            <w:tcW w:w="1818" w:type="dxa"/>
          </w:tcPr>
          <w:p w14:paraId="5F240E69" w14:textId="77777777" w:rsidR="00BD39C3" w:rsidRDefault="004A5A27">
            <w:r>
              <w:rPr>
                <w:sz w:val="12"/>
              </w:rPr>
              <w:t>16</w:t>
            </w:r>
          </w:p>
        </w:tc>
      </w:tr>
    </w:tbl>
    <w:p w14:paraId="79938EF8" w14:textId="77777777" w:rsidR="00BD39C3" w:rsidRDefault="004A5A27">
      <w:r>
        <w:rPr>
          <w:i/>
        </w:rPr>
        <w:t>OP, osteoporosis.</w:t>
      </w:r>
    </w:p>
    <w:p w14:paraId="2CE0C23F" w14:textId="77777777" w:rsidR="00BD39C3" w:rsidRDefault="00BD39C3"/>
    <w:p w14:paraId="4588B1FE" w14:textId="77777777" w:rsidR="00BD39C3" w:rsidRDefault="004A5A27">
      <w:pPr>
        <w:pStyle w:val="Heading2"/>
      </w:pPr>
      <w:r>
        <w:t>Supplementary Table S2. Sex-stratified co-occurrence of osteoporosis and sarcopenia</w:t>
      </w:r>
    </w:p>
    <w:tbl>
      <w:tblPr>
        <w:tblStyle w:val="TableGrid"/>
        <w:tblW w:w="0" w:type="auto"/>
        <w:tblLook w:val="04A0" w:firstRow="1" w:lastRow="0" w:firstColumn="1" w:lastColumn="0" w:noHBand="0" w:noVBand="1"/>
      </w:tblPr>
      <w:tblGrid>
        <w:gridCol w:w="1153"/>
        <w:gridCol w:w="1109"/>
        <w:gridCol w:w="1097"/>
        <w:gridCol w:w="1084"/>
        <w:gridCol w:w="1004"/>
        <w:gridCol w:w="1004"/>
        <w:gridCol w:w="998"/>
        <w:gridCol w:w="1153"/>
        <w:gridCol w:w="1144"/>
        <w:gridCol w:w="1044"/>
      </w:tblGrid>
      <w:tr w:rsidR="00BD39C3" w14:paraId="5B8186EA" w14:textId="77777777">
        <w:trPr>
          <w:tblHeader/>
        </w:trPr>
        <w:tc>
          <w:tcPr>
            <w:tcW w:w="1454" w:type="dxa"/>
          </w:tcPr>
          <w:p w14:paraId="28214593" w14:textId="77777777" w:rsidR="00BD39C3" w:rsidRDefault="004A5A27">
            <w:r>
              <w:rPr>
                <w:b/>
                <w:sz w:val="12"/>
              </w:rPr>
              <w:t>Definition</w:t>
            </w:r>
          </w:p>
        </w:tc>
        <w:tc>
          <w:tcPr>
            <w:tcW w:w="1454" w:type="dxa"/>
          </w:tcPr>
          <w:p w14:paraId="1F76EC40" w14:textId="77777777" w:rsidR="00BD39C3" w:rsidRDefault="004A5A27">
            <w:r>
              <w:rPr>
                <w:b/>
                <w:sz w:val="12"/>
              </w:rPr>
              <w:t>Stratum</w:t>
            </w:r>
          </w:p>
        </w:tc>
        <w:tc>
          <w:tcPr>
            <w:tcW w:w="1454" w:type="dxa"/>
          </w:tcPr>
          <w:p w14:paraId="3052108B" w14:textId="77777777" w:rsidR="00BD39C3" w:rsidRDefault="004A5A27">
            <w:r>
              <w:rPr>
                <w:b/>
                <w:sz w:val="12"/>
              </w:rPr>
              <w:t>OP+/S+</w:t>
            </w:r>
          </w:p>
        </w:tc>
        <w:tc>
          <w:tcPr>
            <w:tcW w:w="1454" w:type="dxa"/>
          </w:tcPr>
          <w:p w14:paraId="57516E4D" w14:textId="77777777" w:rsidR="00BD39C3" w:rsidRDefault="004A5A27">
            <w:r>
              <w:rPr>
                <w:b/>
                <w:sz w:val="12"/>
              </w:rPr>
              <w:t>OP+/S-</w:t>
            </w:r>
          </w:p>
        </w:tc>
        <w:tc>
          <w:tcPr>
            <w:tcW w:w="1454" w:type="dxa"/>
          </w:tcPr>
          <w:p w14:paraId="6A015696" w14:textId="77777777" w:rsidR="00BD39C3" w:rsidRDefault="004A5A27">
            <w:r>
              <w:rPr>
                <w:b/>
                <w:sz w:val="12"/>
              </w:rPr>
              <w:t>OP-/S+</w:t>
            </w:r>
          </w:p>
        </w:tc>
        <w:tc>
          <w:tcPr>
            <w:tcW w:w="1454" w:type="dxa"/>
          </w:tcPr>
          <w:p w14:paraId="5063B7CB" w14:textId="77777777" w:rsidR="00BD39C3" w:rsidRDefault="004A5A27">
            <w:r>
              <w:rPr>
                <w:b/>
                <w:sz w:val="12"/>
              </w:rPr>
              <w:t>OP-/S-</w:t>
            </w:r>
          </w:p>
        </w:tc>
        <w:tc>
          <w:tcPr>
            <w:tcW w:w="1454" w:type="dxa"/>
          </w:tcPr>
          <w:p w14:paraId="1C8ED7E4" w14:textId="77777777" w:rsidR="00BD39C3" w:rsidRDefault="004A5A27">
            <w:r>
              <w:rPr>
                <w:b/>
                <w:sz w:val="12"/>
              </w:rPr>
              <w:t>N</w:t>
            </w:r>
          </w:p>
        </w:tc>
        <w:tc>
          <w:tcPr>
            <w:tcW w:w="1454" w:type="dxa"/>
          </w:tcPr>
          <w:p w14:paraId="2EFD03F2" w14:textId="77777777" w:rsidR="00BD39C3" w:rsidRDefault="004A5A27">
            <w:r>
              <w:rPr>
                <w:b/>
                <w:sz w:val="12"/>
              </w:rPr>
              <w:t>Observed %</w:t>
            </w:r>
          </w:p>
        </w:tc>
        <w:tc>
          <w:tcPr>
            <w:tcW w:w="1454" w:type="dxa"/>
          </w:tcPr>
          <w:p w14:paraId="3B8D24A5" w14:textId="77777777" w:rsidR="00BD39C3" w:rsidRDefault="004A5A27">
            <w:r>
              <w:rPr>
                <w:b/>
                <w:sz w:val="12"/>
              </w:rPr>
              <w:t>Expected %</w:t>
            </w:r>
          </w:p>
        </w:tc>
        <w:tc>
          <w:tcPr>
            <w:tcW w:w="1454" w:type="dxa"/>
          </w:tcPr>
          <w:p w14:paraId="30C39D97" w14:textId="77777777" w:rsidR="00BD39C3" w:rsidRDefault="004A5A27">
            <w:r>
              <w:rPr>
                <w:b/>
                <w:sz w:val="12"/>
              </w:rPr>
              <w:t>Odds ratio</w:t>
            </w:r>
          </w:p>
        </w:tc>
      </w:tr>
      <w:tr w:rsidR="00BD39C3" w14:paraId="54B95AB8" w14:textId="77777777">
        <w:tc>
          <w:tcPr>
            <w:tcW w:w="1454" w:type="dxa"/>
          </w:tcPr>
          <w:p w14:paraId="1321AFC7" w14:textId="77777777" w:rsidR="00BD39C3" w:rsidRDefault="004A5A27">
            <w:r>
              <w:rPr>
                <w:sz w:val="12"/>
              </w:rPr>
              <w:t>Confirmed ALM/ht2</w:t>
            </w:r>
          </w:p>
        </w:tc>
        <w:tc>
          <w:tcPr>
            <w:tcW w:w="1454" w:type="dxa"/>
          </w:tcPr>
          <w:p w14:paraId="0E6126EF" w14:textId="77777777" w:rsidR="00BD39C3" w:rsidRDefault="004A5A27">
            <w:r>
              <w:rPr>
                <w:sz w:val="12"/>
              </w:rPr>
              <w:t>All</w:t>
            </w:r>
          </w:p>
        </w:tc>
        <w:tc>
          <w:tcPr>
            <w:tcW w:w="1454" w:type="dxa"/>
          </w:tcPr>
          <w:p w14:paraId="401F56CC" w14:textId="77777777" w:rsidR="00BD39C3" w:rsidRDefault="004A5A27">
            <w:r>
              <w:rPr>
                <w:sz w:val="12"/>
              </w:rPr>
              <w:t>1</w:t>
            </w:r>
          </w:p>
        </w:tc>
        <w:tc>
          <w:tcPr>
            <w:tcW w:w="1454" w:type="dxa"/>
          </w:tcPr>
          <w:p w14:paraId="0D519DE3" w14:textId="77777777" w:rsidR="00BD39C3" w:rsidRDefault="004A5A27">
            <w:r>
              <w:rPr>
                <w:sz w:val="12"/>
              </w:rPr>
              <w:t>110</w:t>
            </w:r>
          </w:p>
        </w:tc>
        <w:tc>
          <w:tcPr>
            <w:tcW w:w="1454" w:type="dxa"/>
          </w:tcPr>
          <w:p w14:paraId="0F22D5C6" w14:textId="77777777" w:rsidR="00BD39C3" w:rsidRDefault="004A5A27">
            <w:r>
              <w:rPr>
                <w:sz w:val="12"/>
              </w:rPr>
              <w:t>7</w:t>
            </w:r>
          </w:p>
        </w:tc>
        <w:tc>
          <w:tcPr>
            <w:tcW w:w="1454" w:type="dxa"/>
          </w:tcPr>
          <w:p w14:paraId="466FCB45" w14:textId="77777777" w:rsidR="00BD39C3" w:rsidRDefault="004A5A27">
            <w:r>
              <w:rPr>
                <w:sz w:val="12"/>
              </w:rPr>
              <w:t>509</w:t>
            </w:r>
          </w:p>
        </w:tc>
        <w:tc>
          <w:tcPr>
            <w:tcW w:w="1454" w:type="dxa"/>
          </w:tcPr>
          <w:p w14:paraId="49D5F4B3" w14:textId="77777777" w:rsidR="00BD39C3" w:rsidRDefault="004A5A27">
            <w:r>
              <w:rPr>
                <w:sz w:val="12"/>
              </w:rPr>
              <w:t>627</w:t>
            </w:r>
          </w:p>
        </w:tc>
        <w:tc>
          <w:tcPr>
            <w:tcW w:w="1454" w:type="dxa"/>
          </w:tcPr>
          <w:p w14:paraId="301960AD" w14:textId="77777777" w:rsidR="00BD39C3" w:rsidRDefault="004A5A27">
            <w:r>
              <w:rPr>
                <w:sz w:val="12"/>
              </w:rPr>
              <w:t>0.16</w:t>
            </w:r>
          </w:p>
        </w:tc>
        <w:tc>
          <w:tcPr>
            <w:tcW w:w="1454" w:type="dxa"/>
          </w:tcPr>
          <w:p w14:paraId="589EAB08" w14:textId="77777777" w:rsidR="00BD39C3" w:rsidRDefault="004A5A27">
            <w:r>
              <w:rPr>
                <w:sz w:val="12"/>
              </w:rPr>
              <w:t>0.23</w:t>
            </w:r>
          </w:p>
        </w:tc>
        <w:tc>
          <w:tcPr>
            <w:tcW w:w="1454" w:type="dxa"/>
          </w:tcPr>
          <w:p w14:paraId="5A14381B" w14:textId="77777777" w:rsidR="00BD39C3" w:rsidRDefault="004A5A27">
            <w:r>
              <w:rPr>
                <w:sz w:val="12"/>
              </w:rPr>
              <w:t>0.66</w:t>
            </w:r>
          </w:p>
        </w:tc>
      </w:tr>
      <w:tr w:rsidR="00BD39C3" w14:paraId="3C027342" w14:textId="77777777">
        <w:tc>
          <w:tcPr>
            <w:tcW w:w="1454" w:type="dxa"/>
          </w:tcPr>
          <w:p w14:paraId="65DA28CC" w14:textId="77777777" w:rsidR="00BD39C3" w:rsidRDefault="004A5A27">
            <w:r>
              <w:rPr>
                <w:sz w:val="12"/>
              </w:rPr>
              <w:t>Confirmed ALM/ht2</w:t>
            </w:r>
          </w:p>
        </w:tc>
        <w:tc>
          <w:tcPr>
            <w:tcW w:w="1454" w:type="dxa"/>
          </w:tcPr>
          <w:p w14:paraId="7D5BFFC9" w14:textId="77777777" w:rsidR="00BD39C3" w:rsidRDefault="004A5A27">
            <w:r>
              <w:rPr>
                <w:sz w:val="12"/>
              </w:rPr>
              <w:t>Women</w:t>
            </w:r>
          </w:p>
        </w:tc>
        <w:tc>
          <w:tcPr>
            <w:tcW w:w="1454" w:type="dxa"/>
          </w:tcPr>
          <w:p w14:paraId="4D70AE84" w14:textId="77777777" w:rsidR="00BD39C3" w:rsidRDefault="004A5A27">
            <w:r>
              <w:rPr>
                <w:sz w:val="12"/>
              </w:rPr>
              <w:t>0</w:t>
            </w:r>
          </w:p>
        </w:tc>
        <w:tc>
          <w:tcPr>
            <w:tcW w:w="1454" w:type="dxa"/>
          </w:tcPr>
          <w:p w14:paraId="76E3D863" w14:textId="77777777" w:rsidR="00BD39C3" w:rsidRDefault="004A5A27">
            <w:r>
              <w:rPr>
                <w:sz w:val="12"/>
              </w:rPr>
              <w:t>92</w:t>
            </w:r>
          </w:p>
        </w:tc>
        <w:tc>
          <w:tcPr>
            <w:tcW w:w="1454" w:type="dxa"/>
          </w:tcPr>
          <w:p w14:paraId="1DF15763" w14:textId="77777777" w:rsidR="00BD39C3" w:rsidRDefault="004A5A27">
            <w:r>
              <w:rPr>
                <w:sz w:val="12"/>
              </w:rPr>
              <w:t>2</w:t>
            </w:r>
          </w:p>
        </w:tc>
        <w:tc>
          <w:tcPr>
            <w:tcW w:w="1454" w:type="dxa"/>
          </w:tcPr>
          <w:p w14:paraId="4EB22989" w14:textId="77777777" w:rsidR="00BD39C3" w:rsidRDefault="004A5A27">
            <w:r>
              <w:rPr>
                <w:sz w:val="12"/>
              </w:rPr>
              <w:t>353</w:t>
            </w:r>
          </w:p>
        </w:tc>
        <w:tc>
          <w:tcPr>
            <w:tcW w:w="1454" w:type="dxa"/>
          </w:tcPr>
          <w:p w14:paraId="23F04BEE" w14:textId="77777777" w:rsidR="00BD39C3" w:rsidRDefault="004A5A27">
            <w:r>
              <w:rPr>
                <w:sz w:val="12"/>
              </w:rPr>
              <w:t>447</w:t>
            </w:r>
          </w:p>
        </w:tc>
        <w:tc>
          <w:tcPr>
            <w:tcW w:w="1454" w:type="dxa"/>
          </w:tcPr>
          <w:p w14:paraId="549DB729" w14:textId="77777777" w:rsidR="00BD39C3" w:rsidRDefault="004A5A27">
            <w:r>
              <w:rPr>
                <w:sz w:val="12"/>
              </w:rPr>
              <w:t>0.00</w:t>
            </w:r>
          </w:p>
        </w:tc>
        <w:tc>
          <w:tcPr>
            <w:tcW w:w="1454" w:type="dxa"/>
          </w:tcPr>
          <w:p w14:paraId="41888798" w14:textId="77777777" w:rsidR="00BD39C3" w:rsidRDefault="004A5A27">
            <w:r>
              <w:rPr>
                <w:sz w:val="12"/>
              </w:rPr>
              <w:t>0.09</w:t>
            </w:r>
          </w:p>
        </w:tc>
        <w:tc>
          <w:tcPr>
            <w:tcW w:w="1454" w:type="dxa"/>
          </w:tcPr>
          <w:p w14:paraId="2DC6BB0B" w14:textId="77777777" w:rsidR="00BD39C3" w:rsidRDefault="00BD39C3"/>
        </w:tc>
      </w:tr>
      <w:tr w:rsidR="00BD39C3" w14:paraId="37641AE8" w14:textId="77777777">
        <w:tc>
          <w:tcPr>
            <w:tcW w:w="1454" w:type="dxa"/>
          </w:tcPr>
          <w:p w14:paraId="450C71C9" w14:textId="77777777" w:rsidR="00BD39C3" w:rsidRDefault="004A5A27">
            <w:r>
              <w:rPr>
                <w:sz w:val="12"/>
              </w:rPr>
              <w:t>Confirmed ALM/ht2</w:t>
            </w:r>
          </w:p>
        </w:tc>
        <w:tc>
          <w:tcPr>
            <w:tcW w:w="1454" w:type="dxa"/>
          </w:tcPr>
          <w:p w14:paraId="0975F873" w14:textId="77777777" w:rsidR="00BD39C3" w:rsidRDefault="004A5A27">
            <w:r>
              <w:rPr>
                <w:sz w:val="12"/>
              </w:rPr>
              <w:t>Men</w:t>
            </w:r>
          </w:p>
        </w:tc>
        <w:tc>
          <w:tcPr>
            <w:tcW w:w="1454" w:type="dxa"/>
          </w:tcPr>
          <w:p w14:paraId="0DC911BF" w14:textId="77777777" w:rsidR="00BD39C3" w:rsidRDefault="004A5A27">
            <w:r>
              <w:rPr>
                <w:sz w:val="12"/>
              </w:rPr>
              <w:t>1</w:t>
            </w:r>
          </w:p>
        </w:tc>
        <w:tc>
          <w:tcPr>
            <w:tcW w:w="1454" w:type="dxa"/>
          </w:tcPr>
          <w:p w14:paraId="75BA882D" w14:textId="77777777" w:rsidR="00BD39C3" w:rsidRDefault="004A5A27">
            <w:r>
              <w:rPr>
                <w:sz w:val="12"/>
              </w:rPr>
              <w:t>18</w:t>
            </w:r>
          </w:p>
        </w:tc>
        <w:tc>
          <w:tcPr>
            <w:tcW w:w="1454" w:type="dxa"/>
          </w:tcPr>
          <w:p w14:paraId="1007249B" w14:textId="77777777" w:rsidR="00BD39C3" w:rsidRDefault="004A5A27">
            <w:r>
              <w:rPr>
                <w:sz w:val="12"/>
              </w:rPr>
              <w:t>5</w:t>
            </w:r>
          </w:p>
        </w:tc>
        <w:tc>
          <w:tcPr>
            <w:tcW w:w="1454" w:type="dxa"/>
          </w:tcPr>
          <w:p w14:paraId="7D140454" w14:textId="77777777" w:rsidR="00BD39C3" w:rsidRDefault="004A5A27">
            <w:r>
              <w:rPr>
                <w:sz w:val="12"/>
              </w:rPr>
              <w:t>156</w:t>
            </w:r>
          </w:p>
        </w:tc>
        <w:tc>
          <w:tcPr>
            <w:tcW w:w="1454" w:type="dxa"/>
          </w:tcPr>
          <w:p w14:paraId="03F7094C" w14:textId="77777777" w:rsidR="00BD39C3" w:rsidRDefault="004A5A27">
            <w:r>
              <w:rPr>
                <w:sz w:val="12"/>
              </w:rPr>
              <w:t>180</w:t>
            </w:r>
          </w:p>
        </w:tc>
        <w:tc>
          <w:tcPr>
            <w:tcW w:w="1454" w:type="dxa"/>
          </w:tcPr>
          <w:p w14:paraId="372C68F9" w14:textId="77777777" w:rsidR="00BD39C3" w:rsidRDefault="004A5A27">
            <w:r>
              <w:rPr>
                <w:sz w:val="12"/>
              </w:rPr>
              <w:t>0.56</w:t>
            </w:r>
          </w:p>
        </w:tc>
        <w:tc>
          <w:tcPr>
            <w:tcW w:w="1454" w:type="dxa"/>
          </w:tcPr>
          <w:p w14:paraId="3DC3F36C" w14:textId="77777777" w:rsidR="00BD39C3" w:rsidRDefault="004A5A27">
            <w:r>
              <w:rPr>
                <w:sz w:val="12"/>
              </w:rPr>
              <w:t>0.35</w:t>
            </w:r>
          </w:p>
        </w:tc>
        <w:tc>
          <w:tcPr>
            <w:tcW w:w="1454" w:type="dxa"/>
          </w:tcPr>
          <w:p w14:paraId="215E3D58" w14:textId="77777777" w:rsidR="00BD39C3" w:rsidRDefault="004A5A27">
            <w:r>
              <w:rPr>
                <w:sz w:val="12"/>
              </w:rPr>
              <w:t>1.73</w:t>
            </w:r>
          </w:p>
        </w:tc>
      </w:tr>
      <w:tr w:rsidR="00BD39C3" w14:paraId="46B0D443" w14:textId="77777777">
        <w:tc>
          <w:tcPr>
            <w:tcW w:w="1454" w:type="dxa"/>
          </w:tcPr>
          <w:p w14:paraId="16690A21" w14:textId="77777777" w:rsidR="00BD39C3" w:rsidRDefault="004A5A27">
            <w:r>
              <w:rPr>
                <w:sz w:val="12"/>
              </w:rPr>
              <w:t>Confirmed abs ALM</w:t>
            </w:r>
          </w:p>
        </w:tc>
        <w:tc>
          <w:tcPr>
            <w:tcW w:w="1454" w:type="dxa"/>
          </w:tcPr>
          <w:p w14:paraId="56B65147" w14:textId="77777777" w:rsidR="00BD39C3" w:rsidRDefault="004A5A27">
            <w:r>
              <w:rPr>
                <w:sz w:val="12"/>
              </w:rPr>
              <w:t>All</w:t>
            </w:r>
          </w:p>
        </w:tc>
        <w:tc>
          <w:tcPr>
            <w:tcW w:w="1454" w:type="dxa"/>
          </w:tcPr>
          <w:p w14:paraId="2B5900F6" w14:textId="77777777" w:rsidR="00BD39C3" w:rsidRDefault="004A5A27">
            <w:r>
              <w:rPr>
                <w:sz w:val="12"/>
              </w:rPr>
              <w:t>4</w:t>
            </w:r>
          </w:p>
        </w:tc>
        <w:tc>
          <w:tcPr>
            <w:tcW w:w="1454" w:type="dxa"/>
          </w:tcPr>
          <w:p w14:paraId="1086B3FD" w14:textId="77777777" w:rsidR="00BD39C3" w:rsidRDefault="004A5A27">
            <w:r>
              <w:rPr>
                <w:sz w:val="12"/>
              </w:rPr>
              <w:t>107</w:t>
            </w:r>
          </w:p>
        </w:tc>
        <w:tc>
          <w:tcPr>
            <w:tcW w:w="1454" w:type="dxa"/>
          </w:tcPr>
          <w:p w14:paraId="1AB3A37D" w14:textId="77777777" w:rsidR="00BD39C3" w:rsidRDefault="004A5A27">
            <w:r>
              <w:rPr>
                <w:sz w:val="12"/>
              </w:rPr>
              <w:t>12</w:t>
            </w:r>
          </w:p>
        </w:tc>
        <w:tc>
          <w:tcPr>
            <w:tcW w:w="1454" w:type="dxa"/>
          </w:tcPr>
          <w:p w14:paraId="7893BD2F" w14:textId="77777777" w:rsidR="00BD39C3" w:rsidRDefault="004A5A27">
            <w:r>
              <w:rPr>
                <w:sz w:val="12"/>
              </w:rPr>
              <w:t>504</w:t>
            </w:r>
          </w:p>
        </w:tc>
        <w:tc>
          <w:tcPr>
            <w:tcW w:w="1454" w:type="dxa"/>
          </w:tcPr>
          <w:p w14:paraId="56CDBEEA" w14:textId="77777777" w:rsidR="00BD39C3" w:rsidRDefault="004A5A27">
            <w:r>
              <w:rPr>
                <w:sz w:val="12"/>
              </w:rPr>
              <w:t>627</w:t>
            </w:r>
          </w:p>
        </w:tc>
        <w:tc>
          <w:tcPr>
            <w:tcW w:w="1454" w:type="dxa"/>
          </w:tcPr>
          <w:p w14:paraId="2E22072D" w14:textId="77777777" w:rsidR="00BD39C3" w:rsidRDefault="004A5A27">
            <w:r>
              <w:rPr>
                <w:sz w:val="12"/>
              </w:rPr>
              <w:t>0.64</w:t>
            </w:r>
          </w:p>
        </w:tc>
        <w:tc>
          <w:tcPr>
            <w:tcW w:w="1454" w:type="dxa"/>
          </w:tcPr>
          <w:p w14:paraId="6A7A1FF6" w14:textId="77777777" w:rsidR="00BD39C3" w:rsidRDefault="004A5A27">
            <w:r>
              <w:rPr>
                <w:sz w:val="12"/>
              </w:rPr>
              <w:t>0.45</w:t>
            </w:r>
          </w:p>
        </w:tc>
        <w:tc>
          <w:tcPr>
            <w:tcW w:w="1454" w:type="dxa"/>
          </w:tcPr>
          <w:p w14:paraId="6A291FAB" w14:textId="77777777" w:rsidR="00BD39C3" w:rsidRDefault="004A5A27">
            <w:r>
              <w:rPr>
                <w:sz w:val="12"/>
              </w:rPr>
              <w:t>1.57</w:t>
            </w:r>
          </w:p>
        </w:tc>
      </w:tr>
      <w:tr w:rsidR="00BD39C3" w14:paraId="01748E94" w14:textId="77777777">
        <w:tc>
          <w:tcPr>
            <w:tcW w:w="1454" w:type="dxa"/>
          </w:tcPr>
          <w:p w14:paraId="08CBF2D3" w14:textId="77777777" w:rsidR="00BD39C3" w:rsidRDefault="004A5A27">
            <w:r>
              <w:rPr>
                <w:sz w:val="12"/>
              </w:rPr>
              <w:t>Confirmed abs ALM</w:t>
            </w:r>
          </w:p>
        </w:tc>
        <w:tc>
          <w:tcPr>
            <w:tcW w:w="1454" w:type="dxa"/>
          </w:tcPr>
          <w:p w14:paraId="132F2C06" w14:textId="77777777" w:rsidR="00BD39C3" w:rsidRDefault="004A5A27">
            <w:r>
              <w:rPr>
                <w:sz w:val="12"/>
              </w:rPr>
              <w:t>Women</w:t>
            </w:r>
          </w:p>
        </w:tc>
        <w:tc>
          <w:tcPr>
            <w:tcW w:w="1454" w:type="dxa"/>
          </w:tcPr>
          <w:p w14:paraId="13B88B78" w14:textId="77777777" w:rsidR="00BD39C3" w:rsidRDefault="004A5A27">
            <w:r>
              <w:rPr>
                <w:sz w:val="12"/>
              </w:rPr>
              <w:t>3</w:t>
            </w:r>
          </w:p>
        </w:tc>
        <w:tc>
          <w:tcPr>
            <w:tcW w:w="1454" w:type="dxa"/>
          </w:tcPr>
          <w:p w14:paraId="29CB314B" w14:textId="77777777" w:rsidR="00BD39C3" w:rsidRDefault="004A5A27">
            <w:r>
              <w:rPr>
                <w:sz w:val="12"/>
              </w:rPr>
              <w:t>89</w:t>
            </w:r>
          </w:p>
        </w:tc>
        <w:tc>
          <w:tcPr>
            <w:tcW w:w="1454" w:type="dxa"/>
          </w:tcPr>
          <w:p w14:paraId="732ED4A6" w14:textId="77777777" w:rsidR="00BD39C3" w:rsidRDefault="004A5A27">
            <w:r>
              <w:rPr>
                <w:sz w:val="12"/>
              </w:rPr>
              <w:t>6</w:t>
            </w:r>
          </w:p>
        </w:tc>
        <w:tc>
          <w:tcPr>
            <w:tcW w:w="1454" w:type="dxa"/>
          </w:tcPr>
          <w:p w14:paraId="66A0CC4E" w14:textId="77777777" w:rsidR="00BD39C3" w:rsidRDefault="004A5A27">
            <w:r>
              <w:rPr>
                <w:sz w:val="12"/>
              </w:rPr>
              <w:t>349</w:t>
            </w:r>
          </w:p>
        </w:tc>
        <w:tc>
          <w:tcPr>
            <w:tcW w:w="1454" w:type="dxa"/>
          </w:tcPr>
          <w:p w14:paraId="41CAAAAC" w14:textId="77777777" w:rsidR="00BD39C3" w:rsidRDefault="004A5A27">
            <w:r>
              <w:rPr>
                <w:sz w:val="12"/>
              </w:rPr>
              <w:t>447</w:t>
            </w:r>
          </w:p>
        </w:tc>
        <w:tc>
          <w:tcPr>
            <w:tcW w:w="1454" w:type="dxa"/>
          </w:tcPr>
          <w:p w14:paraId="17025643" w14:textId="77777777" w:rsidR="00BD39C3" w:rsidRDefault="004A5A27">
            <w:r>
              <w:rPr>
                <w:sz w:val="12"/>
              </w:rPr>
              <w:t>0.67</w:t>
            </w:r>
          </w:p>
        </w:tc>
        <w:tc>
          <w:tcPr>
            <w:tcW w:w="1454" w:type="dxa"/>
          </w:tcPr>
          <w:p w14:paraId="4FB410A5" w14:textId="77777777" w:rsidR="00BD39C3" w:rsidRDefault="004A5A27">
            <w:r>
              <w:rPr>
                <w:sz w:val="12"/>
              </w:rPr>
              <w:t>0.41</w:t>
            </w:r>
          </w:p>
        </w:tc>
        <w:tc>
          <w:tcPr>
            <w:tcW w:w="1454" w:type="dxa"/>
          </w:tcPr>
          <w:p w14:paraId="49EF6EA5" w14:textId="77777777" w:rsidR="00BD39C3" w:rsidRDefault="004A5A27">
            <w:r>
              <w:rPr>
                <w:sz w:val="12"/>
              </w:rPr>
              <w:t>1.96</w:t>
            </w:r>
          </w:p>
        </w:tc>
      </w:tr>
      <w:tr w:rsidR="00BD39C3" w14:paraId="07A38C3B" w14:textId="77777777">
        <w:tc>
          <w:tcPr>
            <w:tcW w:w="1454" w:type="dxa"/>
          </w:tcPr>
          <w:p w14:paraId="6F8E870C" w14:textId="77777777" w:rsidR="00BD39C3" w:rsidRDefault="004A5A27">
            <w:r>
              <w:rPr>
                <w:sz w:val="12"/>
              </w:rPr>
              <w:t>Confirmed abs ALM</w:t>
            </w:r>
          </w:p>
        </w:tc>
        <w:tc>
          <w:tcPr>
            <w:tcW w:w="1454" w:type="dxa"/>
          </w:tcPr>
          <w:p w14:paraId="49DFDBE9" w14:textId="77777777" w:rsidR="00BD39C3" w:rsidRDefault="004A5A27">
            <w:r>
              <w:rPr>
                <w:sz w:val="12"/>
              </w:rPr>
              <w:t>Men</w:t>
            </w:r>
          </w:p>
        </w:tc>
        <w:tc>
          <w:tcPr>
            <w:tcW w:w="1454" w:type="dxa"/>
          </w:tcPr>
          <w:p w14:paraId="2C044519" w14:textId="77777777" w:rsidR="00BD39C3" w:rsidRDefault="004A5A27">
            <w:r>
              <w:rPr>
                <w:sz w:val="12"/>
              </w:rPr>
              <w:t>1</w:t>
            </w:r>
          </w:p>
        </w:tc>
        <w:tc>
          <w:tcPr>
            <w:tcW w:w="1454" w:type="dxa"/>
          </w:tcPr>
          <w:p w14:paraId="3ADBA68D" w14:textId="77777777" w:rsidR="00BD39C3" w:rsidRDefault="004A5A27">
            <w:r>
              <w:rPr>
                <w:sz w:val="12"/>
              </w:rPr>
              <w:t>18</w:t>
            </w:r>
          </w:p>
        </w:tc>
        <w:tc>
          <w:tcPr>
            <w:tcW w:w="1454" w:type="dxa"/>
          </w:tcPr>
          <w:p w14:paraId="17913A3B" w14:textId="77777777" w:rsidR="00BD39C3" w:rsidRDefault="004A5A27">
            <w:r>
              <w:rPr>
                <w:sz w:val="12"/>
              </w:rPr>
              <w:t>6</w:t>
            </w:r>
          </w:p>
        </w:tc>
        <w:tc>
          <w:tcPr>
            <w:tcW w:w="1454" w:type="dxa"/>
          </w:tcPr>
          <w:p w14:paraId="39739617" w14:textId="77777777" w:rsidR="00BD39C3" w:rsidRDefault="004A5A27">
            <w:r>
              <w:rPr>
                <w:sz w:val="12"/>
              </w:rPr>
              <w:t>155</w:t>
            </w:r>
          </w:p>
        </w:tc>
        <w:tc>
          <w:tcPr>
            <w:tcW w:w="1454" w:type="dxa"/>
          </w:tcPr>
          <w:p w14:paraId="2251D416" w14:textId="77777777" w:rsidR="00BD39C3" w:rsidRDefault="004A5A27">
            <w:r>
              <w:rPr>
                <w:sz w:val="12"/>
              </w:rPr>
              <w:t>180</w:t>
            </w:r>
          </w:p>
        </w:tc>
        <w:tc>
          <w:tcPr>
            <w:tcW w:w="1454" w:type="dxa"/>
          </w:tcPr>
          <w:p w14:paraId="384220C4" w14:textId="77777777" w:rsidR="00BD39C3" w:rsidRDefault="004A5A27">
            <w:r>
              <w:rPr>
                <w:sz w:val="12"/>
              </w:rPr>
              <w:t>0.56</w:t>
            </w:r>
          </w:p>
        </w:tc>
        <w:tc>
          <w:tcPr>
            <w:tcW w:w="1454" w:type="dxa"/>
          </w:tcPr>
          <w:p w14:paraId="5BEFD1B3" w14:textId="77777777" w:rsidR="00BD39C3" w:rsidRDefault="004A5A27">
            <w:r>
              <w:rPr>
                <w:sz w:val="12"/>
              </w:rPr>
              <w:t>0.41</w:t>
            </w:r>
          </w:p>
        </w:tc>
        <w:tc>
          <w:tcPr>
            <w:tcW w:w="1454" w:type="dxa"/>
          </w:tcPr>
          <w:p w14:paraId="1A4C9958" w14:textId="77777777" w:rsidR="00BD39C3" w:rsidRDefault="004A5A27">
            <w:r>
              <w:rPr>
                <w:sz w:val="12"/>
              </w:rPr>
              <w:t>1.44</w:t>
            </w:r>
          </w:p>
        </w:tc>
      </w:tr>
      <w:tr w:rsidR="00BD39C3" w14:paraId="0BB3CAC6" w14:textId="77777777">
        <w:tc>
          <w:tcPr>
            <w:tcW w:w="1454" w:type="dxa"/>
          </w:tcPr>
          <w:p w14:paraId="28475CF2" w14:textId="77777777" w:rsidR="00BD39C3" w:rsidRDefault="004A5A27">
            <w:r>
              <w:rPr>
                <w:sz w:val="12"/>
              </w:rPr>
              <w:t>Confirmed FNIH</w:t>
            </w:r>
          </w:p>
        </w:tc>
        <w:tc>
          <w:tcPr>
            <w:tcW w:w="1454" w:type="dxa"/>
          </w:tcPr>
          <w:p w14:paraId="54C57B84" w14:textId="77777777" w:rsidR="00BD39C3" w:rsidRDefault="004A5A27">
            <w:r>
              <w:rPr>
                <w:sz w:val="12"/>
              </w:rPr>
              <w:t>All</w:t>
            </w:r>
          </w:p>
        </w:tc>
        <w:tc>
          <w:tcPr>
            <w:tcW w:w="1454" w:type="dxa"/>
          </w:tcPr>
          <w:p w14:paraId="37205B5C" w14:textId="77777777" w:rsidR="00BD39C3" w:rsidRDefault="004A5A27">
            <w:r>
              <w:rPr>
                <w:sz w:val="12"/>
              </w:rPr>
              <w:t>3</w:t>
            </w:r>
          </w:p>
        </w:tc>
        <w:tc>
          <w:tcPr>
            <w:tcW w:w="1454" w:type="dxa"/>
          </w:tcPr>
          <w:p w14:paraId="6F5D9B2E" w14:textId="77777777" w:rsidR="00BD39C3" w:rsidRDefault="004A5A27">
            <w:r>
              <w:rPr>
                <w:sz w:val="12"/>
              </w:rPr>
              <w:t>108</w:t>
            </w:r>
          </w:p>
        </w:tc>
        <w:tc>
          <w:tcPr>
            <w:tcW w:w="1454" w:type="dxa"/>
          </w:tcPr>
          <w:p w14:paraId="75172DD7" w14:textId="77777777" w:rsidR="00BD39C3" w:rsidRDefault="004A5A27">
            <w:r>
              <w:rPr>
                <w:sz w:val="12"/>
              </w:rPr>
              <w:t>23</w:t>
            </w:r>
          </w:p>
        </w:tc>
        <w:tc>
          <w:tcPr>
            <w:tcW w:w="1454" w:type="dxa"/>
          </w:tcPr>
          <w:p w14:paraId="1546944F" w14:textId="77777777" w:rsidR="00BD39C3" w:rsidRDefault="004A5A27">
            <w:r>
              <w:rPr>
                <w:sz w:val="12"/>
              </w:rPr>
              <w:t>493</w:t>
            </w:r>
          </w:p>
        </w:tc>
        <w:tc>
          <w:tcPr>
            <w:tcW w:w="1454" w:type="dxa"/>
          </w:tcPr>
          <w:p w14:paraId="4FB45046" w14:textId="77777777" w:rsidR="00BD39C3" w:rsidRDefault="004A5A27">
            <w:r>
              <w:rPr>
                <w:sz w:val="12"/>
              </w:rPr>
              <w:t>627</w:t>
            </w:r>
          </w:p>
        </w:tc>
        <w:tc>
          <w:tcPr>
            <w:tcW w:w="1454" w:type="dxa"/>
          </w:tcPr>
          <w:p w14:paraId="53786266" w14:textId="77777777" w:rsidR="00BD39C3" w:rsidRDefault="004A5A27">
            <w:r>
              <w:rPr>
                <w:sz w:val="12"/>
              </w:rPr>
              <w:t>0.48</w:t>
            </w:r>
          </w:p>
        </w:tc>
        <w:tc>
          <w:tcPr>
            <w:tcW w:w="1454" w:type="dxa"/>
          </w:tcPr>
          <w:p w14:paraId="4C63BC25" w14:textId="77777777" w:rsidR="00BD39C3" w:rsidRDefault="004A5A27">
            <w:r>
              <w:rPr>
                <w:sz w:val="12"/>
              </w:rPr>
              <w:t>0.73</w:t>
            </w:r>
          </w:p>
        </w:tc>
        <w:tc>
          <w:tcPr>
            <w:tcW w:w="1454" w:type="dxa"/>
          </w:tcPr>
          <w:p w14:paraId="2935B029" w14:textId="77777777" w:rsidR="00BD39C3" w:rsidRDefault="004A5A27">
            <w:r>
              <w:rPr>
                <w:sz w:val="12"/>
              </w:rPr>
              <w:t>0.60</w:t>
            </w:r>
          </w:p>
        </w:tc>
      </w:tr>
      <w:tr w:rsidR="00BD39C3" w14:paraId="245C960C" w14:textId="77777777">
        <w:tc>
          <w:tcPr>
            <w:tcW w:w="1454" w:type="dxa"/>
          </w:tcPr>
          <w:p w14:paraId="0B76B20C" w14:textId="77777777" w:rsidR="00BD39C3" w:rsidRDefault="004A5A27">
            <w:r>
              <w:rPr>
                <w:sz w:val="12"/>
              </w:rPr>
              <w:t>Confirmed FNIH</w:t>
            </w:r>
          </w:p>
        </w:tc>
        <w:tc>
          <w:tcPr>
            <w:tcW w:w="1454" w:type="dxa"/>
          </w:tcPr>
          <w:p w14:paraId="63993EF7" w14:textId="77777777" w:rsidR="00BD39C3" w:rsidRDefault="004A5A27">
            <w:r>
              <w:rPr>
                <w:sz w:val="12"/>
              </w:rPr>
              <w:t>Women</w:t>
            </w:r>
          </w:p>
        </w:tc>
        <w:tc>
          <w:tcPr>
            <w:tcW w:w="1454" w:type="dxa"/>
          </w:tcPr>
          <w:p w14:paraId="091163F3" w14:textId="77777777" w:rsidR="00BD39C3" w:rsidRDefault="004A5A27">
            <w:r>
              <w:rPr>
                <w:sz w:val="12"/>
              </w:rPr>
              <w:t>2</w:t>
            </w:r>
          </w:p>
        </w:tc>
        <w:tc>
          <w:tcPr>
            <w:tcW w:w="1454" w:type="dxa"/>
          </w:tcPr>
          <w:p w14:paraId="7B340910" w14:textId="77777777" w:rsidR="00BD39C3" w:rsidRDefault="004A5A27">
            <w:r>
              <w:rPr>
                <w:sz w:val="12"/>
              </w:rPr>
              <w:t>90</w:t>
            </w:r>
          </w:p>
        </w:tc>
        <w:tc>
          <w:tcPr>
            <w:tcW w:w="1454" w:type="dxa"/>
          </w:tcPr>
          <w:p w14:paraId="164C95F6" w14:textId="77777777" w:rsidR="00BD39C3" w:rsidRDefault="004A5A27">
            <w:r>
              <w:rPr>
                <w:sz w:val="12"/>
              </w:rPr>
              <w:t>14</w:t>
            </w:r>
          </w:p>
        </w:tc>
        <w:tc>
          <w:tcPr>
            <w:tcW w:w="1454" w:type="dxa"/>
          </w:tcPr>
          <w:p w14:paraId="1321CE9E" w14:textId="77777777" w:rsidR="00BD39C3" w:rsidRDefault="004A5A27">
            <w:r>
              <w:rPr>
                <w:sz w:val="12"/>
              </w:rPr>
              <w:t>341</w:t>
            </w:r>
          </w:p>
        </w:tc>
        <w:tc>
          <w:tcPr>
            <w:tcW w:w="1454" w:type="dxa"/>
          </w:tcPr>
          <w:p w14:paraId="13004B7C" w14:textId="77777777" w:rsidR="00BD39C3" w:rsidRDefault="004A5A27">
            <w:r>
              <w:rPr>
                <w:sz w:val="12"/>
              </w:rPr>
              <w:t>447</w:t>
            </w:r>
          </w:p>
        </w:tc>
        <w:tc>
          <w:tcPr>
            <w:tcW w:w="1454" w:type="dxa"/>
          </w:tcPr>
          <w:p w14:paraId="0D5C7D7C" w14:textId="77777777" w:rsidR="00BD39C3" w:rsidRDefault="004A5A27">
            <w:r>
              <w:rPr>
                <w:sz w:val="12"/>
              </w:rPr>
              <w:t>0.45</w:t>
            </w:r>
          </w:p>
        </w:tc>
        <w:tc>
          <w:tcPr>
            <w:tcW w:w="1454" w:type="dxa"/>
          </w:tcPr>
          <w:p w14:paraId="3046C2AF" w14:textId="77777777" w:rsidR="00BD39C3" w:rsidRDefault="004A5A27">
            <w:r>
              <w:rPr>
                <w:sz w:val="12"/>
              </w:rPr>
              <w:t>0.74</w:t>
            </w:r>
          </w:p>
        </w:tc>
        <w:tc>
          <w:tcPr>
            <w:tcW w:w="1454" w:type="dxa"/>
          </w:tcPr>
          <w:p w14:paraId="25A775BD" w14:textId="77777777" w:rsidR="00BD39C3" w:rsidRDefault="004A5A27">
            <w:r>
              <w:rPr>
                <w:sz w:val="12"/>
              </w:rPr>
              <w:t>0.54</w:t>
            </w:r>
          </w:p>
        </w:tc>
      </w:tr>
      <w:tr w:rsidR="00BD39C3" w14:paraId="043021D9" w14:textId="77777777">
        <w:tc>
          <w:tcPr>
            <w:tcW w:w="1454" w:type="dxa"/>
          </w:tcPr>
          <w:p w14:paraId="0EF521A7" w14:textId="77777777" w:rsidR="00BD39C3" w:rsidRDefault="004A5A27">
            <w:r>
              <w:rPr>
                <w:sz w:val="12"/>
              </w:rPr>
              <w:t>Confirmed FNIH</w:t>
            </w:r>
          </w:p>
        </w:tc>
        <w:tc>
          <w:tcPr>
            <w:tcW w:w="1454" w:type="dxa"/>
          </w:tcPr>
          <w:p w14:paraId="6D18CE98" w14:textId="77777777" w:rsidR="00BD39C3" w:rsidRDefault="004A5A27">
            <w:r>
              <w:rPr>
                <w:sz w:val="12"/>
              </w:rPr>
              <w:t>Men</w:t>
            </w:r>
          </w:p>
        </w:tc>
        <w:tc>
          <w:tcPr>
            <w:tcW w:w="1454" w:type="dxa"/>
          </w:tcPr>
          <w:p w14:paraId="6BBA8FA2" w14:textId="77777777" w:rsidR="00BD39C3" w:rsidRDefault="004A5A27">
            <w:r>
              <w:rPr>
                <w:sz w:val="12"/>
              </w:rPr>
              <w:t>1</w:t>
            </w:r>
          </w:p>
        </w:tc>
        <w:tc>
          <w:tcPr>
            <w:tcW w:w="1454" w:type="dxa"/>
          </w:tcPr>
          <w:p w14:paraId="6F2521C6" w14:textId="77777777" w:rsidR="00BD39C3" w:rsidRDefault="004A5A27">
            <w:r>
              <w:rPr>
                <w:sz w:val="12"/>
              </w:rPr>
              <w:t>18</w:t>
            </w:r>
          </w:p>
        </w:tc>
        <w:tc>
          <w:tcPr>
            <w:tcW w:w="1454" w:type="dxa"/>
          </w:tcPr>
          <w:p w14:paraId="7E8DA6BB" w14:textId="77777777" w:rsidR="00BD39C3" w:rsidRDefault="004A5A27">
            <w:r>
              <w:rPr>
                <w:sz w:val="12"/>
              </w:rPr>
              <w:t>9</w:t>
            </w:r>
          </w:p>
        </w:tc>
        <w:tc>
          <w:tcPr>
            <w:tcW w:w="1454" w:type="dxa"/>
          </w:tcPr>
          <w:p w14:paraId="1B42533D" w14:textId="77777777" w:rsidR="00BD39C3" w:rsidRDefault="004A5A27">
            <w:r>
              <w:rPr>
                <w:sz w:val="12"/>
              </w:rPr>
              <w:t>152</w:t>
            </w:r>
          </w:p>
        </w:tc>
        <w:tc>
          <w:tcPr>
            <w:tcW w:w="1454" w:type="dxa"/>
          </w:tcPr>
          <w:p w14:paraId="5A801603" w14:textId="77777777" w:rsidR="00BD39C3" w:rsidRDefault="004A5A27">
            <w:r>
              <w:rPr>
                <w:sz w:val="12"/>
              </w:rPr>
              <w:t>180</w:t>
            </w:r>
          </w:p>
        </w:tc>
        <w:tc>
          <w:tcPr>
            <w:tcW w:w="1454" w:type="dxa"/>
          </w:tcPr>
          <w:p w14:paraId="7ED95C89" w14:textId="77777777" w:rsidR="00BD39C3" w:rsidRDefault="004A5A27">
            <w:r>
              <w:rPr>
                <w:sz w:val="12"/>
              </w:rPr>
              <w:t>0.56</w:t>
            </w:r>
          </w:p>
        </w:tc>
        <w:tc>
          <w:tcPr>
            <w:tcW w:w="1454" w:type="dxa"/>
          </w:tcPr>
          <w:p w14:paraId="73BFDFBD" w14:textId="77777777" w:rsidR="00BD39C3" w:rsidRDefault="004A5A27">
            <w:r>
              <w:rPr>
                <w:sz w:val="12"/>
              </w:rPr>
              <w:t>0.59</w:t>
            </w:r>
          </w:p>
        </w:tc>
        <w:tc>
          <w:tcPr>
            <w:tcW w:w="1454" w:type="dxa"/>
          </w:tcPr>
          <w:p w14:paraId="22F74C20" w14:textId="77777777" w:rsidR="00BD39C3" w:rsidRDefault="004A5A27">
            <w:r>
              <w:rPr>
                <w:sz w:val="12"/>
              </w:rPr>
              <w:t>0.94</w:t>
            </w:r>
          </w:p>
        </w:tc>
      </w:tr>
      <w:tr w:rsidR="00BD39C3" w14:paraId="04B922AB" w14:textId="77777777">
        <w:tc>
          <w:tcPr>
            <w:tcW w:w="1454" w:type="dxa"/>
          </w:tcPr>
          <w:p w14:paraId="458F3A7A" w14:textId="77777777" w:rsidR="00BD39C3" w:rsidRDefault="004A5A27">
            <w:r>
              <w:rPr>
                <w:sz w:val="12"/>
              </w:rPr>
              <w:t>Probable</w:t>
            </w:r>
          </w:p>
        </w:tc>
        <w:tc>
          <w:tcPr>
            <w:tcW w:w="1454" w:type="dxa"/>
          </w:tcPr>
          <w:p w14:paraId="22C34073" w14:textId="77777777" w:rsidR="00BD39C3" w:rsidRDefault="004A5A27">
            <w:r>
              <w:rPr>
                <w:sz w:val="12"/>
              </w:rPr>
              <w:t>All</w:t>
            </w:r>
          </w:p>
        </w:tc>
        <w:tc>
          <w:tcPr>
            <w:tcW w:w="1454" w:type="dxa"/>
          </w:tcPr>
          <w:p w14:paraId="378C455C" w14:textId="77777777" w:rsidR="00BD39C3" w:rsidRDefault="004A5A27">
            <w:r>
              <w:rPr>
                <w:sz w:val="12"/>
              </w:rPr>
              <w:t>13</w:t>
            </w:r>
          </w:p>
        </w:tc>
        <w:tc>
          <w:tcPr>
            <w:tcW w:w="1454" w:type="dxa"/>
          </w:tcPr>
          <w:p w14:paraId="1B4D9C23" w14:textId="77777777" w:rsidR="00BD39C3" w:rsidRDefault="004A5A27">
            <w:r>
              <w:rPr>
                <w:sz w:val="12"/>
              </w:rPr>
              <w:t>98</w:t>
            </w:r>
          </w:p>
        </w:tc>
        <w:tc>
          <w:tcPr>
            <w:tcW w:w="1454" w:type="dxa"/>
          </w:tcPr>
          <w:p w14:paraId="0B6BA9A8" w14:textId="77777777" w:rsidR="00BD39C3" w:rsidRDefault="004A5A27">
            <w:r>
              <w:rPr>
                <w:sz w:val="12"/>
              </w:rPr>
              <w:t>67</w:t>
            </w:r>
          </w:p>
        </w:tc>
        <w:tc>
          <w:tcPr>
            <w:tcW w:w="1454" w:type="dxa"/>
          </w:tcPr>
          <w:p w14:paraId="3C585BB0" w14:textId="77777777" w:rsidR="00BD39C3" w:rsidRDefault="004A5A27">
            <w:r>
              <w:rPr>
                <w:sz w:val="12"/>
              </w:rPr>
              <w:t>449</w:t>
            </w:r>
          </w:p>
        </w:tc>
        <w:tc>
          <w:tcPr>
            <w:tcW w:w="1454" w:type="dxa"/>
          </w:tcPr>
          <w:p w14:paraId="24C2379F" w14:textId="77777777" w:rsidR="00BD39C3" w:rsidRDefault="004A5A27">
            <w:r>
              <w:rPr>
                <w:sz w:val="12"/>
              </w:rPr>
              <w:t>627</w:t>
            </w:r>
          </w:p>
        </w:tc>
        <w:tc>
          <w:tcPr>
            <w:tcW w:w="1454" w:type="dxa"/>
          </w:tcPr>
          <w:p w14:paraId="49DC8995" w14:textId="77777777" w:rsidR="00BD39C3" w:rsidRDefault="004A5A27">
            <w:r>
              <w:rPr>
                <w:sz w:val="12"/>
              </w:rPr>
              <w:t>2.07</w:t>
            </w:r>
          </w:p>
        </w:tc>
        <w:tc>
          <w:tcPr>
            <w:tcW w:w="1454" w:type="dxa"/>
          </w:tcPr>
          <w:p w14:paraId="2C96E329" w14:textId="77777777" w:rsidR="00BD39C3" w:rsidRDefault="004A5A27">
            <w:r>
              <w:rPr>
                <w:sz w:val="12"/>
              </w:rPr>
              <w:t>2.26</w:t>
            </w:r>
          </w:p>
        </w:tc>
        <w:tc>
          <w:tcPr>
            <w:tcW w:w="1454" w:type="dxa"/>
          </w:tcPr>
          <w:p w14:paraId="3395610E" w14:textId="77777777" w:rsidR="00BD39C3" w:rsidRDefault="004A5A27">
            <w:r>
              <w:rPr>
                <w:sz w:val="12"/>
              </w:rPr>
              <w:t>0.89</w:t>
            </w:r>
          </w:p>
        </w:tc>
      </w:tr>
      <w:tr w:rsidR="00BD39C3" w14:paraId="68D23D7E" w14:textId="77777777">
        <w:tc>
          <w:tcPr>
            <w:tcW w:w="1454" w:type="dxa"/>
          </w:tcPr>
          <w:p w14:paraId="4D739FA9" w14:textId="77777777" w:rsidR="00BD39C3" w:rsidRDefault="004A5A27">
            <w:r>
              <w:rPr>
                <w:sz w:val="12"/>
              </w:rPr>
              <w:t>Probable</w:t>
            </w:r>
          </w:p>
        </w:tc>
        <w:tc>
          <w:tcPr>
            <w:tcW w:w="1454" w:type="dxa"/>
          </w:tcPr>
          <w:p w14:paraId="67C0F04E" w14:textId="77777777" w:rsidR="00BD39C3" w:rsidRDefault="004A5A27">
            <w:r>
              <w:rPr>
                <w:sz w:val="12"/>
              </w:rPr>
              <w:t>Women</w:t>
            </w:r>
          </w:p>
        </w:tc>
        <w:tc>
          <w:tcPr>
            <w:tcW w:w="1454" w:type="dxa"/>
          </w:tcPr>
          <w:p w14:paraId="6FCFDF56" w14:textId="77777777" w:rsidR="00BD39C3" w:rsidRDefault="004A5A27">
            <w:r>
              <w:rPr>
                <w:sz w:val="12"/>
              </w:rPr>
              <w:t>11</w:t>
            </w:r>
          </w:p>
        </w:tc>
        <w:tc>
          <w:tcPr>
            <w:tcW w:w="1454" w:type="dxa"/>
          </w:tcPr>
          <w:p w14:paraId="14B7E1E0" w14:textId="77777777" w:rsidR="00BD39C3" w:rsidRDefault="004A5A27">
            <w:r>
              <w:rPr>
                <w:sz w:val="12"/>
              </w:rPr>
              <w:t>81</w:t>
            </w:r>
          </w:p>
        </w:tc>
        <w:tc>
          <w:tcPr>
            <w:tcW w:w="1454" w:type="dxa"/>
          </w:tcPr>
          <w:p w14:paraId="6D611D1F" w14:textId="77777777" w:rsidR="00BD39C3" w:rsidRDefault="004A5A27">
            <w:r>
              <w:rPr>
                <w:sz w:val="12"/>
              </w:rPr>
              <w:t>49</w:t>
            </w:r>
          </w:p>
        </w:tc>
        <w:tc>
          <w:tcPr>
            <w:tcW w:w="1454" w:type="dxa"/>
          </w:tcPr>
          <w:p w14:paraId="41A72ACB" w14:textId="77777777" w:rsidR="00BD39C3" w:rsidRDefault="004A5A27">
            <w:r>
              <w:rPr>
                <w:sz w:val="12"/>
              </w:rPr>
              <w:t>306</w:t>
            </w:r>
          </w:p>
        </w:tc>
        <w:tc>
          <w:tcPr>
            <w:tcW w:w="1454" w:type="dxa"/>
          </w:tcPr>
          <w:p w14:paraId="45218364" w14:textId="77777777" w:rsidR="00BD39C3" w:rsidRDefault="004A5A27">
            <w:r>
              <w:rPr>
                <w:sz w:val="12"/>
              </w:rPr>
              <w:t>447</w:t>
            </w:r>
          </w:p>
        </w:tc>
        <w:tc>
          <w:tcPr>
            <w:tcW w:w="1454" w:type="dxa"/>
          </w:tcPr>
          <w:p w14:paraId="31BA5E68" w14:textId="77777777" w:rsidR="00BD39C3" w:rsidRDefault="004A5A27">
            <w:r>
              <w:rPr>
                <w:sz w:val="12"/>
              </w:rPr>
              <w:t>2.46</w:t>
            </w:r>
          </w:p>
        </w:tc>
        <w:tc>
          <w:tcPr>
            <w:tcW w:w="1454" w:type="dxa"/>
          </w:tcPr>
          <w:p w14:paraId="55C495C5" w14:textId="77777777" w:rsidR="00BD39C3" w:rsidRDefault="004A5A27">
            <w:r>
              <w:rPr>
                <w:sz w:val="12"/>
              </w:rPr>
              <w:t>2.76</w:t>
            </w:r>
          </w:p>
        </w:tc>
        <w:tc>
          <w:tcPr>
            <w:tcW w:w="1454" w:type="dxa"/>
          </w:tcPr>
          <w:p w14:paraId="71B2862C" w14:textId="77777777" w:rsidR="00BD39C3" w:rsidRDefault="004A5A27">
            <w:r>
              <w:rPr>
                <w:sz w:val="12"/>
              </w:rPr>
              <w:t>0.85</w:t>
            </w:r>
          </w:p>
        </w:tc>
      </w:tr>
      <w:tr w:rsidR="00BD39C3" w14:paraId="2D6D076F" w14:textId="77777777">
        <w:tc>
          <w:tcPr>
            <w:tcW w:w="1454" w:type="dxa"/>
          </w:tcPr>
          <w:p w14:paraId="648E002F" w14:textId="77777777" w:rsidR="00BD39C3" w:rsidRDefault="004A5A27">
            <w:r>
              <w:rPr>
                <w:sz w:val="12"/>
              </w:rPr>
              <w:t>Probable</w:t>
            </w:r>
          </w:p>
        </w:tc>
        <w:tc>
          <w:tcPr>
            <w:tcW w:w="1454" w:type="dxa"/>
          </w:tcPr>
          <w:p w14:paraId="36A9FD1E" w14:textId="77777777" w:rsidR="00BD39C3" w:rsidRDefault="004A5A27">
            <w:r>
              <w:rPr>
                <w:sz w:val="12"/>
              </w:rPr>
              <w:t>Men</w:t>
            </w:r>
          </w:p>
        </w:tc>
        <w:tc>
          <w:tcPr>
            <w:tcW w:w="1454" w:type="dxa"/>
          </w:tcPr>
          <w:p w14:paraId="32602CE9" w14:textId="77777777" w:rsidR="00BD39C3" w:rsidRDefault="004A5A27">
            <w:r>
              <w:rPr>
                <w:sz w:val="12"/>
              </w:rPr>
              <w:t>2</w:t>
            </w:r>
          </w:p>
        </w:tc>
        <w:tc>
          <w:tcPr>
            <w:tcW w:w="1454" w:type="dxa"/>
          </w:tcPr>
          <w:p w14:paraId="2EA7A549" w14:textId="77777777" w:rsidR="00BD39C3" w:rsidRDefault="004A5A27">
            <w:r>
              <w:rPr>
                <w:sz w:val="12"/>
              </w:rPr>
              <w:t>17</w:t>
            </w:r>
          </w:p>
        </w:tc>
        <w:tc>
          <w:tcPr>
            <w:tcW w:w="1454" w:type="dxa"/>
          </w:tcPr>
          <w:p w14:paraId="707CB5A9" w14:textId="77777777" w:rsidR="00BD39C3" w:rsidRDefault="004A5A27">
            <w:r>
              <w:rPr>
                <w:sz w:val="12"/>
              </w:rPr>
              <w:t>18</w:t>
            </w:r>
          </w:p>
        </w:tc>
        <w:tc>
          <w:tcPr>
            <w:tcW w:w="1454" w:type="dxa"/>
          </w:tcPr>
          <w:p w14:paraId="7B5213EB" w14:textId="77777777" w:rsidR="00BD39C3" w:rsidRDefault="004A5A27">
            <w:r>
              <w:rPr>
                <w:sz w:val="12"/>
              </w:rPr>
              <w:t>143</w:t>
            </w:r>
          </w:p>
        </w:tc>
        <w:tc>
          <w:tcPr>
            <w:tcW w:w="1454" w:type="dxa"/>
          </w:tcPr>
          <w:p w14:paraId="16D32492" w14:textId="77777777" w:rsidR="00BD39C3" w:rsidRDefault="004A5A27">
            <w:r>
              <w:rPr>
                <w:sz w:val="12"/>
              </w:rPr>
              <w:t>180</w:t>
            </w:r>
          </w:p>
        </w:tc>
        <w:tc>
          <w:tcPr>
            <w:tcW w:w="1454" w:type="dxa"/>
          </w:tcPr>
          <w:p w14:paraId="3D2EB4CE" w14:textId="77777777" w:rsidR="00BD39C3" w:rsidRDefault="004A5A27">
            <w:r>
              <w:rPr>
                <w:sz w:val="12"/>
              </w:rPr>
              <w:t>1.11</w:t>
            </w:r>
          </w:p>
        </w:tc>
        <w:tc>
          <w:tcPr>
            <w:tcW w:w="1454" w:type="dxa"/>
          </w:tcPr>
          <w:p w14:paraId="43DB0C6A" w14:textId="77777777" w:rsidR="00BD39C3" w:rsidRDefault="004A5A27">
            <w:r>
              <w:rPr>
                <w:sz w:val="12"/>
              </w:rPr>
              <w:t>1.17</w:t>
            </w:r>
          </w:p>
        </w:tc>
        <w:tc>
          <w:tcPr>
            <w:tcW w:w="1454" w:type="dxa"/>
          </w:tcPr>
          <w:p w14:paraId="45782695" w14:textId="77777777" w:rsidR="00BD39C3" w:rsidRDefault="004A5A27">
            <w:r>
              <w:rPr>
                <w:sz w:val="12"/>
              </w:rPr>
              <w:t>0.93</w:t>
            </w:r>
          </w:p>
        </w:tc>
      </w:tr>
    </w:tbl>
    <w:p w14:paraId="4AC2F6FA" w14:textId="77777777" w:rsidR="00BD39C3" w:rsidRDefault="004A5A27">
      <w:r>
        <w:rPr>
          <w:i/>
        </w:rPr>
        <w:t>OP, osteoporosis; S, sarcopenia.</w:t>
      </w:r>
    </w:p>
    <w:p w14:paraId="3489C3DD" w14:textId="77777777" w:rsidR="00BD39C3" w:rsidRDefault="00BD39C3"/>
    <w:p w14:paraId="242BD678" w14:textId="77777777" w:rsidR="00BD39C3" w:rsidRDefault="004A5A27">
      <w:pPr>
        <w:pStyle w:val="Heading2"/>
      </w:pPr>
      <w:r>
        <w:t>Supplementary Table S3. TOST equivalence sensitivity for probable sarcopenia</w:t>
      </w:r>
    </w:p>
    <w:tbl>
      <w:tblPr>
        <w:tblStyle w:val="TableGrid"/>
        <w:tblW w:w="0" w:type="auto"/>
        <w:tblLook w:val="04A0" w:firstRow="1" w:lastRow="0" w:firstColumn="1" w:lastColumn="0" w:noHBand="0" w:noVBand="1"/>
      </w:tblPr>
      <w:tblGrid>
        <w:gridCol w:w="1541"/>
        <w:gridCol w:w="1541"/>
        <w:gridCol w:w="1515"/>
        <w:gridCol w:w="1513"/>
        <w:gridCol w:w="1513"/>
        <w:gridCol w:w="1521"/>
        <w:gridCol w:w="1646"/>
      </w:tblGrid>
      <w:tr w:rsidR="00BD39C3" w14:paraId="674CAE79" w14:textId="77777777">
        <w:trPr>
          <w:tblHeader/>
        </w:trPr>
        <w:tc>
          <w:tcPr>
            <w:tcW w:w="2078" w:type="dxa"/>
          </w:tcPr>
          <w:p w14:paraId="40CF83A0" w14:textId="77777777" w:rsidR="00BD39C3" w:rsidRDefault="004A5A27">
            <w:r>
              <w:rPr>
                <w:b/>
                <w:sz w:val="14"/>
              </w:rPr>
              <w:t>Lower bound</w:t>
            </w:r>
          </w:p>
        </w:tc>
        <w:tc>
          <w:tcPr>
            <w:tcW w:w="2078" w:type="dxa"/>
          </w:tcPr>
          <w:p w14:paraId="73F95648" w14:textId="77777777" w:rsidR="00BD39C3" w:rsidRDefault="004A5A27">
            <w:r>
              <w:rPr>
                <w:b/>
                <w:sz w:val="14"/>
              </w:rPr>
              <w:t>Upper bound</w:t>
            </w:r>
          </w:p>
        </w:tc>
        <w:tc>
          <w:tcPr>
            <w:tcW w:w="2078" w:type="dxa"/>
          </w:tcPr>
          <w:p w14:paraId="3F6FFB19" w14:textId="77777777" w:rsidR="00BD39C3" w:rsidRDefault="004A5A27">
            <w:r>
              <w:rPr>
                <w:b/>
                <w:sz w:val="14"/>
              </w:rPr>
              <w:t>Odds ratio</w:t>
            </w:r>
          </w:p>
        </w:tc>
        <w:tc>
          <w:tcPr>
            <w:tcW w:w="2078" w:type="dxa"/>
          </w:tcPr>
          <w:p w14:paraId="4600BA22" w14:textId="77777777" w:rsidR="00BD39C3" w:rsidRDefault="004A5A27">
            <w:r>
              <w:rPr>
                <w:b/>
                <w:sz w:val="14"/>
              </w:rPr>
              <w:t>90% CI low</w:t>
            </w:r>
          </w:p>
        </w:tc>
        <w:tc>
          <w:tcPr>
            <w:tcW w:w="2078" w:type="dxa"/>
          </w:tcPr>
          <w:p w14:paraId="24F19234" w14:textId="77777777" w:rsidR="00BD39C3" w:rsidRDefault="004A5A27">
            <w:r>
              <w:rPr>
                <w:b/>
                <w:sz w:val="14"/>
              </w:rPr>
              <w:t>90% CI high</w:t>
            </w:r>
          </w:p>
        </w:tc>
        <w:tc>
          <w:tcPr>
            <w:tcW w:w="2078" w:type="dxa"/>
          </w:tcPr>
          <w:p w14:paraId="6282A549" w14:textId="77777777" w:rsidR="00BD39C3" w:rsidRDefault="004A5A27">
            <w:r>
              <w:rPr>
                <w:b/>
                <w:sz w:val="14"/>
              </w:rPr>
              <w:t>TOST p</w:t>
            </w:r>
            <w:r w:rsidR="00DD7276">
              <w:rPr>
                <w:b/>
                <w:sz w:val="14"/>
              </w:rPr>
              <w:t>-value</w:t>
            </w:r>
          </w:p>
        </w:tc>
        <w:tc>
          <w:tcPr>
            <w:tcW w:w="2078" w:type="dxa"/>
          </w:tcPr>
          <w:p w14:paraId="490BDDE6" w14:textId="77777777" w:rsidR="00BD39C3" w:rsidRDefault="004A5A27">
            <w:r>
              <w:rPr>
                <w:b/>
                <w:sz w:val="14"/>
              </w:rPr>
              <w:t>Equivalent</w:t>
            </w:r>
          </w:p>
        </w:tc>
      </w:tr>
      <w:tr w:rsidR="00BD39C3" w14:paraId="70DAA7C2" w14:textId="77777777">
        <w:tc>
          <w:tcPr>
            <w:tcW w:w="2078" w:type="dxa"/>
          </w:tcPr>
          <w:p w14:paraId="03CE43B5" w14:textId="77777777" w:rsidR="00BD39C3" w:rsidRDefault="004A5A27">
            <w:r>
              <w:rPr>
                <w:sz w:val="14"/>
              </w:rPr>
              <w:t>0.500</w:t>
            </w:r>
          </w:p>
        </w:tc>
        <w:tc>
          <w:tcPr>
            <w:tcW w:w="2078" w:type="dxa"/>
          </w:tcPr>
          <w:p w14:paraId="1B0831E0" w14:textId="77777777" w:rsidR="00BD39C3" w:rsidRDefault="004A5A27">
            <w:r>
              <w:rPr>
                <w:sz w:val="14"/>
              </w:rPr>
              <w:t>2.000</w:t>
            </w:r>
          </w:p>
        </w:tc>
        <w:tc>
          <w:tcPr>
            <w:tcW w:w="2078" w:type="dxa"/>
          </w:tcPr>
          <w:p w14:paraId="246E1DEB" w14:textId="77777777" w:rsidR="00BD39C3" w:rsidRDefault="004A5A27">
            <w:r>
              <w:rPr>
                <w:sz w:val="14"/>
              </w:rPr>
              <w:t>0.889</w:t>
            </w:r>
          </w:p>
        </w:tc>
        <w:tc>
          <w:tcPr>
            <w:tcW w:w="2078" w:type="dxa"/>
          </w:tcPr>
          <w:p w14:paraId="2F7E750C" w14:textId="77777777" w:rsidR="00BD39C3" w:rsidRDefault="004A5A27">
            <w:r>
              <w:rPr>
                <w:sz w:val="14"/>
              </w:rPr>
              <w:t>0.523</w:t>
            </w:r>
          </w:p>
        </w:tc>
        <w:tc>
          <w:tcPr>
            <w:tcW w:w="2078" w:type="dxa"/>
          </w:tcPr>
          <w:p w14:paraId="215D1B70" w14:textId="77777777" w:rsidR="00BD39C3" w:rsidRDefault="004A5A27">
            <w:r>
              <w:rPr>
                <w:sz w:val="14"/>
              </w:rPr>
              <w:t>1.512</w:t>
            </w:r>
          </w:p>
        </w:tc>
        <w:tc>
          <w:tcPr>
            <w:tcW w:w="2078" w:type="dxa"/>
          </w:tcPr>
          <w:p w14:paraId="0BF25582" w14:textId="77777777" w:rsidR="00BD39C3" w:rsidRDefault="004A5A27">
            <w:r>
              <w:rPr>
                <w:sz w:val="14"/>
              </w:rPr>
              <w:t>0.037</w:t>
            </w:r>
          </w:p>
        </w:tc>
        <w:tc>
          <w:tcPr>
            <w:tcW w:w="2078" w:type="dxa"/>
          </w:tcPr>
          <w:p w14:paraId="6AC70A15" w14:textId="77777777" w:rsidR="00BD39C3" w:rsidRDefault="004A5A27">
            <w:r>
              <w:rPr>
                <w:sz w:val="14"/>
              </w:rPr>
              <w:t>Yes</w:t>
            </w:r>
          </w:p>
        </w:tc>
      </w:tr>
      <w:tr w:rsidR="00BD39C3" w14:paraId="5291DD49" w14:textId="77777777">
        <w:tc>
          <w:tcPr>
            <w:tcW w:w="2078" w:type="dxa"/>
          </w:tcPr>
          <w:p w14:paraId="0F62BF7B" w14:textId="77777777" w:rsidR="00BD39C3" w:rsidRDefault="004A5A27">
            <w:r>
              <w:rPr>
                <w:sz w:val="14"/>
              </w:rPr>
              <w:lastRenderedPageBreak/>
              <w:t>0.667</w:t>
            </w:r>
          </w:p>
        </w:tc>
        <w:tc>
          <w:tcPr>
            <w:tcW w:w="2078" w:type="dxa"/>
          </w:tcPr>
          <w:p w14:paraId="5A588ADA" w14:textId="77777777" w:rsidR="00BD39C3" w:rsidRDefault="004A5A27">
            <w:r>
              <w:rPr>
                <w:sz w:val="14"/>
              </w:rPr>
              <w:t>1.500</w:t>
            </w:r>
          </w:p>
        </w:tc>
        <w:tc>
          <w:tcPr>
            <w:tcW w:w="2078" w:type="dxa"/>
          </w:tcPr>
          <w:p w14:paraId="11D3BDBE" w14:textId="77777777" w:rsidR="00BD39C3" w:rsidRDefault="004A5A27">
            <w:r>
              <w:rPr>
                <w:sz w:val="14"/>
              </w:rPr>
              <w:t>0.889</w:t>
            </w:r>
          </w:p>
        </w:tc>
        <w:tc>
          <w:tcPr>
            <w:tcW w:w="2078" w:type="dxa"/>
          </w:tcPr>
          <w:p w14:paraId="0322CEC2" w14:textId="77777777" w:rsidR="00BD39C3" w:rsidRDefault="004A5A27">
            <w:r>
              <w:rPr>
                <w:sz w:val="14"/>
              </w:rPr>
              <w:t>0.523</w:t>
            </w:r>
          </w:p>
        </w:tc>
        <w:tc>
          <w:tcPr>
            <w:tcW w:w="2078" w:type="dxa"/>
          </w:tcPr>
          <w:p w14:paraId="6962ACCF" w14:textId="77777777" w:rsidR="00BD39C3" w:rsidRDefault="004A5A27">
            <w:r>
              <w:rPr>
                <w:sz w:val="14"/>
              </w:rPr>
              <w:t>1.512</w:t>
            </w:r>
          </w:p>
        </w:tc>
        <w:tc>
          <w:tcPr>
            <w:tcW w:w="2078" w:type="dxa"/>
          </w:tcPr>
          <w:p w14:paraId="098C7438" w14:textId="77777777" w:rsidR="00BD39C3" w:rsidRDefault="004A5A27">
            <w:r>
              <w:rPr>
                <w:sz w:val="14"/>
              </w:rPr>
              <w:t>0.186</w:t>
            </w:r>
          </w:p>
        </w:tc>
        <w:tc>
          <w:tcPr>
            <w:tcW w:w="2078" w:type="dxa"/>
          </w:tcPr>
          <w:p w14:paraId="6C534BDA" w14:textId="77777777" w:rsidR="00BD39C3" w:rsidRDefault="004A5A27">
            <w:r>
              <w:rPr>
                <w:sz w:val="14"/>
              </w:rPr>
              <w:t>No</w:t>
            </w:r>
          </w:p>
        </w:tc>
      </w:tr>
      <w:tr w:rsidR="00BD39C3" w14:paraId="298A27F4" w14:textId="77777777">
        <w:tc>
          <w:tcPr>
            <w:tcW w:w="2078" w:type="dxa"/>
          </w:tcPr>
          <w:p w14:paraId="40E3135C" w14:textId="77777777" w:rsidR="00BD39C3" w:rsidRDefault="004A5A27">
            <w:r>
              <w:rPr>
                <w:sz w:val="14"/>
              </w:rPr>
              <w:t>0.750</w:t>
            </w:r>
          </w:p>
        </w:tc>
        <w:tc>
          <w:tcPr>
            <w:tcW w:w="2078" w:type="dxa"/>
          </w:tcPr>
          <w:p w14:paraId="626A8218" w14:textId="77777777" w:rsidR="00BD39C3" w:rsidRDefault="004A5A27">
            <w:r>
              <w:rPr>
                <w:sz w:val="14"/>
              </w:rPr>
              <w:t>1.333</w:t>
            </w:r>
          </w:p>
        </w:tc>
        <w:tc>
          <w:tcPr>
            <w:tcW w:w="2078" w:type="dxa"/>
          </w:tcPr>
          <w:p w14:paraId="2B0DAC1C" w14:textId="77777777" w:rsidR="00BD39C3" w:rsidRDefault="004A5A27">
            <w:r>
              <w:rPr>
                <w:sz w:val="14"/>
              </w:rPr>
              <w:t>0.889</w:t>
            </w:r>
          </w:p>
        </w:tc>
        <w:tc>
          <w:tcPr>
            <w:tcW w:w="2078" w:type="dxa"/>
          </w:tcPr>
          <w:p w14:paraId="46907C66" w14:textId="77777777" w:rsidR="00BD39C3" w:rsidRDefault="004A5A27">
            <w:r>
              <w:rPr>
                <w:sz w:val="14"/>
              </w:rPr>
              <w:t>0.523</w:t>
            </w:r>
          </w:p>
        </w:tc>
        <w:tc>
          <w:tcPr>
            <w:tcW w:w="2078" w:type="dxa"/>
          </w:tcPr>
          <w:p w14:paraId="300120CF" w14:textId="77777777" w:rsidR="00BD39C3" w:rsidRDefault="004A5A27">
            <w:r>
              <w:rPr>
                <w:sz w:val="14"/>
              </w:rPr>
              <w:t>1.512</w:t>
            </w:r>
          </w:p>
        </w:tc>
        <w:tc>
          <w:tcPr>
            <w:tcW w:w="2078" w:type="dxa"/>
          </w:tcPr>
          <w:p w14:paraId="3654712D" w14:textId="77777777" w:rsidR="00BD39C3" w:rsidRDefault="004A5A27">
            <w:r>
              <w:rPr>
                <w:sz w:val="14"/>
              </w:rPr>
              <w:t>0.299</w:t>
            </w:r>
          </w:p>
        </w:tc>
        <w:tc>
          <w:tcPr>
            <w:tcW w:w="2078" w:type="dxa"/>
          </w:tcPr>
          <w:p w14:paraId="6086AC3A" w14:textId="77777777" w:rsidR="00BD39C3" w:rsidRDefault="004A5A27">
            <w:r>
              <w:rPr>
                <w:sz w:val="14"/>
              </w:rPr>
              <w:t>No</w:t>
            </w:r>
          </w:p>
        </w:tc>
      </w:tr>
    </w:tbl>
    <w:p w14:paraId="342B9149" w14:textId="77777777" w:rsidR="00BD39C3" w:rsidRDefault="004A5A27">
      <w:r>
        <w:rPr>
          <w:i/>
        </w:rPr>
        <w:t>TOST, two one-sided tests.</w:t>
      </w:r>
    </w:p>
    <w:p w14:paraId="0671689A" w14:textId="77777777" w:rsidR="00BD39C3" w:rsidRDefault="004A5A27">
      <w:pPr>
        <w:pStyle w:val="Heading2"/>
      </w:pPr>
      <w:r>
        <w:t>Supplementary Table S4. Osteoporosis-site sensitivity analyses</w:t>
      </w:r>
    </w:p>
    <w:tbl>
      <w:tblPr>
        <w:tblStyle w:val="TableGrid"/>
        <w:tblW w:w="0" w:type="auto"/>
        <w:tblLook w:val="04A0" w:firstRow="1" w:lastRow="0" w:firstColumn="1" w:lastColumn="0" w:noHBand="0" w:noVBand="1"/>
      </w:tblPr>
      <w:tblGrid>
        <w:gridCol w:w="1130"/>
        <w:gridCol w:w="1178"/>
        <w:gridCol w:w="1085"/>
        <w:gridCol w:w="1075"/>
        <w:gridCol w:w="1011"/>
        <w:gridCol w:w="1011"/>
        <w:gridCol w:w="1006"/>
        <w:gridCol w:w="1129"/>
        <w:gridCol w:w="1122"/>
        <w:gridCol w:w="1043"/>
      </w:tblGrid>
      <w:tr w:rsidR="00BD39C3" w14:paraId="71BE5425" w14:textId="77777777">
        <w:trPr>
          <w:tblHeader/>
        </w:trPr>
        <w:tc>
          <w:tcPr>
            <w:tcW w:w="1454" w:type="dxa"/>
          </w:tcPr>
          <w:p w14:paraId="47C68F92" w14:textId="77777777" w:rsidR="00BD39C3" w:rsidRDefault="004A5A27">
            <w:r>
              <w:rPr>
                <w:b/>
                <w:sz w:val="10"/>
              </w:rPr>
              <w:t>Definition</w:t>
            </w:r>
          </w:p>
        </w:tc>
        <w:tc>
          <w:tcPr>
            <w:tcW w:w="1454" w:type="dxa"/>
          </w:tcPr>
          <w:p w14:paraId="277EB3A6" w14:textId="77777777" w:rsidR="00BD39C3" w:rsidRDefault="004A5A27">
            <w:r>
              <w:rPr>
                <w:b/>
                <w:sz w:val="10"/>
              </w:rPr>
              <w:t>Site/stratum</w:t>
            </w:r>
          </w:p>
        </w:tc>
        <w:tc>
          <w:tcPr>
            <w:tcW w:w="1454" w:type="dxa"/>
          </w:tcPr>
          <w:p w14:paraId="42BEB874" w14:textId="77777777" w:rsidR="00BD39C3" w:rsidRDefault="004A5A27">
            <w:r>
              <w:rPr>
                <w:b/>
                <w:sz w:val="10"/>
              </w:rPr>
              <w:t>OP+/S+</w:t>
            </w:r>
          </w:p>
        </w:tc>
        <w:tc>
          <w:tcPr>
            <w:tcW w:w="1454" w:type="dxa"/>
          </w:tcPr>
          <w:p w14:paraId="29B7091E" w14:textId="77777777" w:rsidR="00BD39C3" w:rsidRDefault="004A5A27">
            <w:r>
              <w:rPr>
                <w:b/>
                <w:sz w:val="10"/>
              </w:rPr>
              <w:t>OP+/S-</w:t>
            </w:r>
          </w:p>
        </w:tc>
        <w:tc>
          <w:tcPr>
            <w:tcW w:w="1454" w:type="dxa"/>
          </w:tcPr>
          <w:p w14:paraId="6DE5889B" w14:textId="77777777" w:rsidR="00BD39C3" w:rsidRDefault="004A5A27">
            <w:r>
              <w:rPr>
                <w:b/>
                <w:sz w:val="10"/>
              </w:rPr>
              <w:t>OP-/S+</w:t>
            </w:r>
          </w:p>
        </w:tc>
        <w:tc>
          <w:tcPr>
            <w:tcW w:w="1454" w:type="dxa"/>
          </w:tcPr>
          <w:p w14:paraId="19B691CE" w14:textId="77777777" w:rsidR="00BD39C3" w:rsidRDefault="004A5A27">
            <w:r>
              <w:rPr>
                <w:b/>
                <w:sz w:val="10"/>
              </w:rPr>
              <w:t>OP-/S-</w:t>
            </w:r>
          </w:p>
        </w:tc>
        <w:tc>
          <w:tcPr>
            <w:tcW w:w="1454" w:type="dxa"/>
          </w:tcPr>
          <w:p w14:paraId="0C044A1B" w14:textId="77777777" w:rsidR="00BD39C3" w:rsidRDefault="004A5A27">
            <w:r>
              <w:rPr>
                <w:b/>
                <w:sz w:val="10"/>
              </w:rPr>
              <w:t>N</w:t>
            </w:r>
          </w:p>
        </w:tc>
        <w:tc>
          <w:tcPr>
            <w:tcW w:w="1454" w:type="dxa"/>
          </w:tcPr>
          <w:p w14:paraId="1B9B9F1D" w14:textId="77777777" w:rsidR="00BD39C3" w:rsidRDefault="004A5A27">
            <w:r>
              <w:rPr>
                <w:b/>
                <w:sz w:val="10"/>
              </w:rPr>
              <w:t>Observed %</w:t>
            </w:r>
          </w:p>
        </w:tc>
        <w:tc>
          <w:tcPr>
            <w:tcW w:w="1454" w:type="dxa"/>
          </w:tcPr>
          <w:p w14:paraId="3C33E2F1" w14:textId="77777777" w:rsidR="00BD39C3" w:rsidRDefault="004A5A27">
            <w:r>
              <w:rPr>
                <w:b/>
                <w:sz w:val="10"/>
              </w:rPr>
              <w:t>Expected %</w:t>
            </w:r>
          </w:p>
        </w:tc>
        <w:tc>
          <w:tcPr>
            <w:tcW w:w="1454" w:type="dxa"/>
          </w:tcPr>
          <w:p w14:paraId="2D96155D" w14:textId="77777777" w:rsidR="00BD39C3" w:rsidRDefault="004A5A27">
            <w:r>
              <w:rPr>
                <w:b/>
                <w:sz w:val="10"/>
              </w:rPr>
              <w:t>Odds ratio</w:t>
            </w:r>
          </w:p>
        </w:tc>
      </w:tr>
      <w:tr w:rsidR="00BD39C3" w14:paraId="70DAB401" w14:textId="77777777">
        <w:tc>
          <w:tcPr>
            <w:tcW w:w="1454" w:type="dxa"/>
          </w:tcPr>
          <w:p w14:paraId="2DAEF499" w14:textId="77777777" w:rsidR="00BD39C3" w:rsidRDefault="004A5A27">
            <w:r>
              <w:rPr>
                <w:sz w:val="10"/>
              </w:rPr>
              <w:t>Confirmed ALM/ht2</w:t>
            </w:r>
          </w:p>
        </w:tc>
        <w:tc>
          <w:tcPr>
            <w:tcW w:w="1454" w:type="dxa"/>
          </w:tcPr>
          <w:p w14:paraId="2BEA4D74" w14:textId="77777777" w:rsidR="00BD39C3" w:rsidRDefault="004A5A27">
            <w:r>
              <w:rPr>
                <w:sz w:val="10"/>
              </w:rPr>
              <w:t>Neck</w:t>
            </w:r>
          </w:p>
        </w:tc>
        <w:tc>
          <w:tcPr>
            <w:tcW w:w="1454" w:type="dxa"/>
          </w:tcPr>
          <w:p w14:paraId="56AA13A3" w14:textId="77777777" w:rsidR="00BD39C3" w:rsidRDefault="004A5A27">
            <w:r>
              <w:rPr>
                <w:sz w:val="10"/>
              </w:rPr>
              <w:t>1</w:t>
            </w:r>
          </w:p>
        </w:tc>
        <w:tc>
          <w:tcPr>
            <w:tcW w:w="1454" w:type="dxa"/>
          </w:tcPr>
          <w:p w14:paraId="55C02C68" w14:textId="77777777" w:rsidR="00BD39C3" w:rsidRDefault="004A5A27">
            <w:r>
              <w:rPr>
                <w:sz w:val="10"/>
              </w:rPr>
              <w:t>59</w:t>
            </w:r>
          </w:p>
        </w:tc>
        <w:tc>
          <w:tcPr>
            <w:tcW w:w="1454" w:type="dxa"/>
          </w:tcPr>
          <w:p w14:paraId="4874639A" w14:textId="77777777" w:rsidR="00BD39C3" w:rsidRDefault="004A5A27">
            <w:r>
              <w:rPr>
                <w:sz w:val="10"/>
              </w:rPr>
              <w:t>4</w:t>
            </w:r>
          </w:p>
        </w:tc>
        <w:tc>
          <w:tcPr>
            <w:tcW w:w="1454" w:type="dxa"/>
          </w:tcPr>
          <w:p w14:paraId="341DF246" w14:textId="77777777" w:rsidR="00BD39C3" w:rsidRDefault="004A5A27">
            <w:r>
              <w:rPr>
                <w:sz w:val="10"/>
              </w:rPr>
              <w:t>449</w:t>
            </w:r>
          </w:p>
        </w:tc>
        <w:tc>
          <w:tcPr>
            <w:tcW w:w="1454" w:type="dxa"/>
          </w:tcPr>
          <w:p w14:paraId="7BE42D69" w14:textId="77777777" w:rsidR="00BD39C3" w:rsidRDefault="004A5A27">
            <w:r>
              <w:rPr>
                <w:sz w:val="10"/>
              </w:rPr>
              <w:t>513</w:t>
            </w:r>
          </w:p>
        </w:tc>
        <w:tc>
          <w:tcPr>
            <w:tcW w:w="1454" w:type="dxa"/>
          </w:tcPr>
          <w:p w14:paraId="7BAF0802" w14:textId="77777777" w:rsidR="00BD39C3" w:rsidRDefault="004A5A27">
            <w:r>
              <w:rPr>
                <w:sz w:val="10"/>
              </w:rPr>
              <w:t>0.19</w:t>
            </w:r>
          </w:p>
        </w:tc>
        <w:tc>
          <w:tcPr>
            <w:tcW w:w="1454" w:type="dxa"/>
          </w:tcPr>
          <w:p w14:paraId="04D3201A" w14:textId="77777777" w:rsidR="00BD39C3" w:rsidRDefault="004A5A27">
            <w:r>
              <w:rPr>
                <w:sz w:val="10"/>
              </w:rPr>
              <w:t>0.11</w:t>
            </w:r>
          </w:p>
        </w:tc>
        <w:tc>
          <w:tcPr>
            <w:tcW w:w="1454" w:type="dxa"/>
          </w:tcPr>
          <w:p w14:paraId="32834429" w14:textId="77777777" w:rsidR="00BD39C3" w:rsidRDefault="004A5A27">
            <w:r>
              <w:rPr>
                <w:sz w:val="10"/>
              </w:rPr>
              <w:t>1.90</w:t>
            </w:r>
          </w:p>
        </w:tc>
      </w:tr>
      <w:tr w:rsidR="00BD39C3" w14:paraId="631D06A1" w14:textId="77777777">
        <w:tc>
          <w:tcPr>
            <w:tcW w:w="1454" w:type="dxa"/>
          </w:tcPr>
          <w:p w14:paraId="113885C6" w14:textId="77777777" w:rsidR="00BD39C3" w:rsidRDefault="004A5A27">
            <w:r>
              <w:rPr>
                <w:sz w:val="10"/>
              </w:rPr>
              <w:t>Confirmed abs ALM</w:t>
            </w:r>
          </w:p>
        </w:tc>
        <w:tc>
          <w:tcPr>
            <w:tcW w:w="1454" w:type="dxa"/>
          </w:tcPr>
          <w:p w14:paraId="4070B6B3" w14:textId="77777777" w:rsidR="00BD39C3" w:rsidRDefault="004A5A27">
            <w:r>
              <w:rPr>
                <w:sz w:val="10"/>
              </w:rPr>
              <w:t>Neck</w:t>
            </w:r>
          </w:p>
        </w:tc>
        <w:tc>
          <w:tcPr>
            <w:tcW w:w="1454" w:type="dxa"/>
          </w:tcPr>
          <w:p w14:paraId="3F1DCC97" w14:textId="77777777" w:rsidR="00BD39C3" w:rsidRDefault="004A5A27">
            <w:r>
              <w:rPr>
                <w:sz w:val="10"/>
              </w:rPr>
              <w:t>3</w:t>
            </w:r>
          </w:p>
        </w:tc>
        <w:tc>
          <w:tcPr>
            <w:tcW w:w="1454" w:type="dxa"/>
          </w:tcPr>
          <w:p w14:paraId="753E9558" w14:textId="77777777" w:rsidR="00BD39C3" w:rsidRDefault="004A5A27">
            <w:r>
              <w:rPr>
                <w:sz w:val="10"/>
              </w:rPr>
              <w:t>57</w:t>
            </w:r>
          </w:p>
        </w:tc>
        <w:tc>
          <w:tcPr>
            <w:tcW w:w="1454" w:type="dxa"/>
          </w:tcPr>
          <w:p w14:paraId="7CF43EA9" w14:textId="77777777" w:rsidR="00BD39C3" w:rsidRDefault="004A5A27">
            <w:r>
              <w:rPr>
                <w:sz w:val="10"/>
              </w:rPr>
              <w:t>9</w:t>
            </w:r>
          </w:p>
        </w:tc>
        <w:tc>
          <w:tcPr>
            <w:tcW w:w="1454" w:type="dxa"/>
          </w:tcPr>
          <w:p w14:paraId="4114D69A" w14:textId="77777777" w:rsidR="00BD39C3" w:rsidRDefault="004A5A27">
            <w:r>
              <w:rPr>
                <w:sz w:val="10"/>
              </w:rPr>
              <w:t>444</w:t>
            </w:r>
          </w:p>
        </w:tc>
        <w:tc>
          <w:tcPr>
            <w:tcW w:w="1454" w:type="dxa"/>
          </w:tcPr>
          <w:p w14:paraId="57799980" w14:textId="77777777" w:rsidR="00BD39C3" w:rsidRDefault="004A5A27">
            <w:r>
              <w:rPr>
                <w:sz w:val="10"/>
              </w:rPr>
              <w:t>513</w:t>
            </w:r>
          </w:p>
        </w:tc>
        <w:tc>
          <w:tcPr>
            <w:tcW w:w="1454" w:type="dxa"/>
          </w:tcPr>
          <w:p w14:paraId="6F02AF3F" w14:textId="77777777" w:rsidR="00BD39C3" w:rsidRDefault="004A5A27">
            <w:r>
              <w:rPr>
                <w:sz w:val="10"/>
              </w:rPr>
              <w:t>0.58</w:t>
            </w:r>
          </w:p>
        </w:tc>
        <w:tc>
          <w:tcPr>
            <w:tcW w:w="1454" w:type="dxa"/>
          </w:tcPr>
          <w:p w14:paraId="5509E55E" w14:textId="77777777" w:rsidR="00BD39C3" w:rsidRDefault="004A5A27">
            <w:r>
              <w:rPr>
                <w:sz w:val="10"/>
              </w:rPr>
              <w:t>0.27</w:t>
            </w:r>
          </w:p>
        </w:tc>
        <w:tc>
          <w:tcPr>
            <w:tcW w:w="1454" w:type="dxa"/>
          </w:tcPr>
          <w:p w14:paraId="77B12D1F" w14:textId="77777777" w:rsidR="00BD39C3" w:rsidRDefault="004A5A27">
            <w:r>
              <w:rPr>
                <w:sz w:val="10"/>
              </w:rPr>
              <w:t>2.60</w:t>
            </w:r>
          </w:p>
        </w:tc>
      </w:tr>
      <w:tr w:rsidR="00BD39C3" w14:paraId="3D75AABA" w14:textId="77777777">
        <w:tc>
          <w:tcPr>
            <w:tcW w:w="1454" w:type="dxa"/>
          </w:tcPr>
          <w:p w14:paraId="6B943ECE" w14:textId="77777777" w:rsidR="00BD39C3" w:rsidRDefault="004A5A27">
            <w:r>
              <w:rPr>
                <w:sz w:val="10"/>
              </w:rPr>
              <w:t>Confirmed FNIH</w:t>
            </w:r>
          </w:p>
        </w:tc>
        <w:tc>
          <w:tcPr>
            <w:tcW w:w="1454" w:type="dxa"/>
          </w:tcPr>
          <w:p w14:paraId="313A4964" w14:textId="77777777" w:rsidR="00BD39C3" w:rsidRDefault="004A5A27">
            <w:r>
              <w:rPr>
                <w:sz w:val="10"/>
              </w:rPr>
              <w:t>Neck</w:t>
            </w:r>
          </w:p>
        </w:tc>
        <w:tc>
          <w:tcPr>
            <w:tcW w:w="1454" w:type="dxa"/>
          </w:tcPr>
          <w:p w14:paraId="241E522E" w14:textId="77777777" w:rsidR="00BD39C3" w:rsidRDefault="004A5A27">
            <w:r>
              <w:rPr>
                <w:sz w:val="10"/>
              </w:rPr>
              <w:t>2</w:t>
            </w:r>
          </w:p>
        </w:tc>
        <w:tc>
          <w:tcPr>
            <w:tcW w:w="1454" w:type="dxa"/>
          </w:tcPr>
          <w:p w14:paraId="3A4361D0" w14:textId="77777777" w:rsidR="00BD39C3" w:rsidRDefault="004A5A27">
            <w:r>
              <w:rPr>
                <w:sz w:val="10"/>
              </w:rPr>
              <w:t>58</w:t>
            </w:r>
          </w:p>
        </w:tc>
        <w:tc>
          <w:tcPr>
            <w:tcW w:w="1454" w:type="dxa"/>
          </w:tcPr>
          <w:p w14:paraId="460C3DC2" w14:textId="77777777" w:rsidR="00BD39C3" w:rsidRDefault="004A5A27">
            <w:r>
              <w:rPr>
                <w:sz w:val="10"/>
              </w:rPr>
              <w:t>18</w:t>
            </w:r>
          </w:p>
        </w:tc>
        <w:tc>
          <w:tcPr>
            <w:tcW w:w="1454" w:type="dxa"/>
          </w:tcPr>
          <w:p w14:paraId="5EAA031B" w14:textId="77777777" w:rsidR="00BD39C3" w:rsidRDefault="004A5A27">
            <w:r>
              <w:rPr>
                <w:sz w:val="10"/>
              </w:rPr>
              <w:t>435</w:t>
            </w:r>
          </w:p>
        </w:tc>
        <w:tc>
          <w:tcPr>
            <w:tcW w:w="1454" w:type="dxa"/>
          </w:tcPr>
          <w:p w14:paraId="3B461586" w14:textId="77777777" w:rsidR="00BD39C3" w:rsidRDefault="004A5A27">
            <w:r>
              <w:rPr>
                <w:sz w:val="10"/>
              </w:rPr>
              <w:t>513</w:t>
            </w:r>
          </w:p>
        </w:tc>
        <w:tc>
          <w:tcPr>
            <w:tcW w:w="1454" w:type="dxa"/>
          </w:tcPr>
          <w:p w14:paraId="0AB4930B" w14:textId="77777777" w:rsidR="00BD39C3" w:rsidRDefault="004A5A27">
            <w:r>
              <w:rPr>
                <w:sz w:val="10"/>
              </w:rPr>
              <w:t>0.39</w:t>
            </w:r>
          </w:p>
        </w:tc>
        <w:tc>
          <w:tcPr>
            <w:tcW w:w="1454" w:type="dxa"/>
          </w:tcPr>
          <w:p w14:paraId="4C79CCE9" w14:textId="77777777" w:rsidR="00BD39C3" w:rsidRDefault="004A5A27">
            <w:r>
              <w:rPr>
                <w:sz w:val="10"/>
              </w:rPr>
              <w:t>0.46</w:t>
            </w:r>
          </w:p>
        </w:tc>
        <w:tc>
          <w:tcPr>
            <w:tcW w:w="1454" w:type="dxa"/>
          </w:tcPr>
          <w:p w14:paraId="77B6DE28" w14:textId="77777777" w:rsidR="00BD39C3" w:rsidRDefault="004A5A27">
            <w:r>
              <w:rPr>
                <w:sz w:val="10"/>
              </w:rPr>
              <w:t>0.83</w:t>
            </w:r>
          </w:p>
        </w:tc>
      </w:tr>
      <w:tr w:rsidR="00BD39C3" w14:paraId="1C3B343D" w14:textId="77777777">
        <w:tc>
          <w:tcPr>
            <w:tcW w:w="1454" w:type="dxa"/>
          </w:tcPr>
          <w:p w14:paraId="662387B2" w14:textId="77777777" w:rsidR="00BD39C3" w:rsidRDefault="004A5A27">
            <w:r>
              <w:rPr>
                <w:sz w:val="10"/>
              </w:rPr>
              <w:t>Probable</w:t>
            </w:r>
          </w:p>
        </w:tc>
        <w:tc>
          <w:tcPr>
            <w:tcW w:w="1454" w:type="dxa"/>
          </w:tcPr>
          <w:p w14:paraId="7C19A79B" w14:textId="77777777" w:rsidR="00BD39C3" w:rsidRDefault="004A5A27">
            <w:r>
              <w:rPr>
                <w:sz w:val="10"/>
              </w:rPr>
              <w:t>Neck</w:t>
            </w:r>
          </w:p>
        </w:tc>
        <w:tc>
          <w:tcPr>
            <w:tcW w:w="1454" w:type="dxa"/>
          </w:tcPr>
          <w:p w14:paraId="7F3FCD61" w14:textId="77777777" w:rsidR="00BD39C3" w:rsidRDefault="004A5A27">
            <w:r>
              <w:rPr>
                <w:sz w:val="10"/>
              </w:rPr>
              <w:t>6</w:t>
            </w:r>
          </w:p>
        </w:tc>
        <w:tc>
          <w:tcPr>
            <w:tcW w:w="1454" w:type="dxa"/>
          </w:tcPr>
          <w:p w14:paraId="4DB70DFB" w14:textId="77777777" w:rsidR="00BD39C3" w:rsidRDefault="004A5A27">
            <w:r>
              <w:rPr>
                <w:sz w:val="10"/>
              </w:rPr>
              <w:t>54</w:t>
            </w:r>
          </w:p>
        </w:tc>
        <w:tc>
          <w:tcPr>
            <w:tcW w:w="1454" w:type="dxa"/>
          </w:tcPr>
          <w:p w14:paraId="02A026E3" w14:textId="77777777" w:rsidR="00BD39C3" w:rsidRDefault="004A5A27">
            <w:r>
              <w:rPr>
                <w:sz w:val="10"/>
              </w:rPr>
              <w:t>55</w:t>
            </w:r>
          </w:p>
        </w:tc>
        <w:tc>
          <w:tcPr>
            <w:tcW w:w="1454" w:type="dxa"/>
          </w:tcPr>
          <w:p w14:paraId="550077A1" w14:textId="77777777" w:rsidR="00BD39C3" w:rsidRDefault="004A5A27">
            <w:r>
              <w:rPr>
                <w:sz w:val="10"/>
              </w:rPr>
              <w:t>398</w:t>
            </w:r>
          </w:p>
        </w:tc>
        <w:tc>
          <w:tcPr>
            <w:tcW w:w="1454" w:type="dxa"/>
          </w:tcPr>
          <w:p w14:paraId="0DFA38EE" w14:textId="77777777" w:rsidR="00BD39C3" w:rsidRDefault="004A5A27">
            <w:r>
              <w:rPr>
                <w:sz w:val="10"/>
              </w:rPr>
              <w:t>513</w:t>
            </w:r>
          </w:p>
        </w:tc>
        <w:tc>
          <w:tcPr>
            <w:tcW w:w="1454" w:type="dxa"/>
          </w:tcPr>
          <w:p w14:paraId="5366B9FB" w14:textId="77777777" w:rsidR="00BD39C3" w:rsidRDefault="004A5A27">
            <w:r>
              <w:rPr>
                <w:sz w:val="10"/>
              </w:rPr>
              <w:t>1.17</w:t>
            </w:r>
          </w:p>
        </w:tc>
        <w:tc>
          <w:tcPr>
            <w:tcW w:w="1454" w:type="dxa"/>
          </w:tcPr>
          <w:p w14:paraId="26F9C2E1" w14:textId="77777777" w:rsidR="00BD39C3" w:rsidRDefault="004A5A27">
            <w:r>
              <w:rPr>
                <w:sz w:val="10"/>
              </w:rPr>
              <w:t>1.39</w:t>
            </w:r>
          </w:p>
        </w:tc>
        <w:tc>
          <w:tcPr>
            <w:tcW w:w="1454" w:type="dxa"/>
          </w:tcPr>
          <w:p w14:paraId="56B5EC68" w14:textId="77777777" w:rsidR="00BD39C3" w:rsidRDefault="004A5A27">
            <w:r>
              <w:rPr>
                <w:sz w:val="10"/>
              </w:rPr>
              <w:t>0.80</w:t>
            </w:r>
          </w:p>
        </w:tc>
      </w:tr>
      <w:tr w:rsidR="00BD39C3" w14:paraId="74CFA36B" w14:textId="77777777">
        <w:tc>
          <w:tcPr>
            <w:tcW w:w="1454" w:type="dxa"/>
          </w:tcPr>
          <w:p w14:paraId="264FD590" w14:textId="77777777" w:rsidR="00BD39C3" w:rsidRDefault="004A5A27">
            <w:r>
              <w:rPr>
                <w:sz w:val="10"/>
              </w:rPr>
              <w:t>Confirmed ALM/ht2</w:t>
            </w:r>
          </w:p>
        </w:tc>
        <w:tc>
          <w:tcPr>
            <w:tcW w:w="1454" w:type="dxa"/>
          </w:tcPr>
          <w:p w14:paraId="5FC0C123" w14:textId="77777777" w:rsidR="00BD39C3" w:rsidRDefault="004A5A27">
            <w:r>
              <w:rPr>
                <w:sz w:val="10"/>
              </w:rPr>
              <w:t>Total hip</w:t>
            </w:r>
          </w:p>
        </w:tc>
        <w:tc>
          <w:tcPr>
            <w:tcW w:w="1454" w:type="dxa"/>
          </w:tcPr>
          <w:p w14:paraId="00BE5507" w14:textId="77777777" w:rsidR="00BD39C3" w:rsidRDefault="004A5A27">
            <w:r>
              <w:rPr>
                <w:sz w:val="10"/>
              </w:rPr>
              <w:t>0</w:t>
            </w:r>
          </w:p>
        </w:tc>
        <w:tc>
          <w:tcPr>
            <w:tcW w:w="1454" w:type="dxa"/>
          </w:tcPr>
          <w:p w14:paraId="20D0A3F1" w14:textId="77777777" w:rsidR="00BD39C3" w:rsidRDefault="004A5A27">
            <w:r>
              <w:rPr>
                <w:sz w:val="10"/>
              </w:rPr>
              <w:t>30</w:t>
            </w:r>
          </w:p>
        </w:tc>
        <w:tc>
          <w:tcPr>
            <w:tcW w:w="1454" w:type="dxa"/>
          </w:tcPr>
          <w:p w14:paraId="7F2E2971" w14:textId="77777777" w:rsidR="00BD39C3" w:rsidRDefault="004A5A27">
            <w:r>
              <w:rPr>
                <w:sz w:val="10"/>
              </w:rPr>
              <w:t>5</w:t>
            </w:r>
          </w:p>
        </w:tc>
        <w:tc>
          <w:tcPr>
            <w:tcW w:w="1454" w:type="dxa"/>
          </w:tcPr>
          <w:p w14:paraId="28F8D80A" w14:textId="77777777" w:rsidR="00BD39C3" w:rsidRDefault="004A5A27">
            <w:r>
              <w:rPr>
                <w:sz w:val="10"/>
              </w:rPr>
              <w:t>478</w:t>
            </w:r>
          </w:p>
        </w:tc>
        <w:tc>
          <w:tcPr>
            <w:tcW w:w="1454" w:type="dxa"/>
          </w:tcPr>
          <w:p w14:paraId="6D84BCCA" w14:textId="77777777" w:rsidR="00BD39C3" w:rsidRDefault="004A5A27">
            <w:r>
              <w:rPr>
                <w:sz w:val="10"/>
              </w:rPr>
              <w:t>513</w:t>
            </w:r>
          </w:p>
        </w:tc>
        <w:tc>
          <w:tcPr>
            <w:tcW w:w="1454" w:type="dxa"/>
          </w:tcPr>
          <w:p w14:paraId="184B8453" w14:textId="77777777" w:rsidR="00BD39C3" w:rsidRDefault="004A5A27">
            <w:r>
              <w:rPr>
                <w:sz w:val="10"/>
              </w:rPr>
              <w:t>0.00</w:t>
            </w:r>
          </w:p>
        </w:tc>
        <w:tc>
          <w:tcPr>
            <w:tcW w:w="1454" w:type="dxa"/>
          </w:tcPr>
          <w:p w14:paraId="24203035" w14:textId="77777777" w:rsidR="00BD39C3" w:rsidRDefault="004A5A27">
            <w:r>
              <w:rPr>
                <w:sz w:val="10"/>
              </w:rPr>
              <w:t>0.06</w:t>
            </w:r>
          </w:p>
        </w:tc>
        <w:tc>
          <w:tcPr>
            <w:tcW w:w="1454" w:type="dxa"/>
          </w:tcPr>
          <w:p w14:paraId="01E622BF" w14:textId="77777777" w:rsidR="00BD39C3" w:rsidRDefault="00BD39C3"/>
        </w:tc>
      </w:tr>
      <w:tr w:rsidR="00BD39C3" w14:paraId="09A7326A" w14:textId="77777777">
        <w:tc>
          <w:tcPr>
            <w:tcW w:w="1454" w:type="dxa"/>
          </w:tcPr>
          <w:p w14:paraId="5CBD3C41" w14:textId="77777777" w:rsidR="00BD39C3" w:rsidRDefault="004A5A27">
            <w:r>
              <w:rPr>
                <w:sz w:val="10"/>
              </w:rPr>
              <w:t>Confirmed abs ALM</w:t>
            </w:r>
          </w:p>
        </w:tc>
        <w:tc>
          <w:tcPr>
            <w:tcW w:w="1454" w:type="dxa"/>
          </w:tcPr>
          <w:p w14:paraId="62BD683F" w14:textId="77777777" w:rsidR="00BD39C3" w:rsidRDefault="004A5A27">
            <w:r>
              <w:rPr>
                <w:sz w:val="10"/>
              </w:rPr>
              <w:t>Total hip</w:t>
            </w:r>
          </w:p>
        </w:tc>
        <w:tc>
          <w:tcPr>
            <w:tcW w:w="1454" w:type="dxa"/>
          </w:tcPr>
          <w:p w14:paraId="1755228A" w14:textId="77777777" w:rsidR="00BD39C3" w:rsidRDefault="004A5A27">
            <w:r>
              <w:rPr>
                <w:sz w:val="10"/>
              </w:rPr>
              <w:t>2</w:t>
            </w:r>
          </w:p>
        </w:tc>
        <w:tc>
          <w:tcPr>
            <w:tcW w:w="1454" w:type="dxa"/>
          </w:tcPr>
          <w:p w14:paraId="381ABFF5" w14:textId="77777777" w:rsidR="00BD39C3" w:rsidRDefault="004A5A27">
            <w:r>
              <w:rPr>
                <w:sz w:val="10"/>
              </w:rPr>
              <w:t>28</w:t>
            </w:r>
          </w:p>
        </w:tc>
        <w:tc>
          <w:tcPr>
            <w:tcW w:w="1454" w:type="dxa"/>
          </w:tcPr>
          <w:p w14:paraId="7542D9D7" w14:textId="77777777" w:rsidR="00BD39C3" w:rsidRDefault="004A5A27">
            <w:r>
              <w:rPr>
                <w:sz w:val="10"/>
              </w:rPr>
              <w:t>10</w:t>
            </w:r>
          </w:p>
        </w:tc>
        <w:tc>
          <w:tcPr>
            <w:tcW w:w="1454" w:type="dxa"/>
          </w:tcPr>
          <w:p w14:paraId="20AC0405" w14:textId="77777777" w:rsidR="00BD39C3" w:rsidRDefault="004A5A27">
            <w:r>
              <w:rPr>
                <w:sz w:val="10"/>
              </w:rPr>
              <w:t>473</w:t>
            </w:r>
          </w:p>
        </w:tc>
        <w:tc>
          <w:tcPr>
            <w:tcW w:w="1454" w:type="dxa"/>
          </w:tcPr>
          <w:p w14:paraId="0222F17D" w14:textId="77777777" w:rsidR="00BD39C3" w:rsidRDefault="004A5A27">
            <w:r>
              <w:rPr>
                <w:sz w:val="10"/>
              </w:rPr>
              <w:t>513</w:t>
            </w:r>
          </w:p>
        </w:tc>
        <w:tc>
          <w:tcPr>
            <w:tcW w:w="1454" w:type="dxa"/>
          </w:tcPr>
          <w:p w14:paraId="1196E855" w14:textId="77777777" w:rsidR="00BD39C3" w:rsidRDefault="004A5A27">
            <w:r>
              <w:rPr>
                <w:sz w:val="10"/>
              </w:rPr>
              <w:t>0.39</w:t>
            </w:r>
          </w:p>
        </w:tc>
        <w:tc>
          <w:tcPr>
            <w:tcW w:w="1454" w:type="dxa"/>
          </w:tcPr>
          <w:p w14:paraId="655BC6E4" w14:textId="77777777" w:rsidR="00BD39C3" w:rsidRDefault="004A5A27">
            <w:r>
              <w:rPr>
                <w:sz w:val="10"/>
              </w:rPr>
              <w:t>0.14</w:t>
            </w:r>
          </w:p>
        </w:tc>
        <w:tc>
          <w:tcPr>
            <w:tcW w:w="1454" w:type="dxa"/>
          </w:tcPr>
          <w:p w14:paraId="0CEA0AA6" w14:textId="77777777" w:rsidR="00BD39C3" w:rsidRDefault="004A5A27">
            <w:r>
              <w:rPr>
                <w:sz w:val="10"/>
              </w:rPr>
              <w:t>3.38</w:t>
            </w:r>
          </w:p>
        </w:tc>
      </w:tr>
      <w:tr w:rsidR="00BD39C3" w14:paraId="3646D579" w14:textId="77777777">
        <w:tc>
          <w:tcPr>
            <w:tcW w:w="1454" w:type="dxa"/>
          </w:tcPr>
          <w:p w14:paraId="6E45B125" w14:textId="77777777" w:rsidR="00BD39C3" w:rsidRDefault="004A5A27">
            <w:r>
              <w:rPr>
                <w:sz w:val="10"/>
              </w:rPr>
              <w:t>Confirmed FNIH</w:t>
            </w:r>
          </w:p>
        </w:tc>
        <w:tc>
          <w:tcPr>
            <w:tcW w:w="1454" w:type="dxa"/>
          </w:tcPr>
          <w:p w14:paraId="02A9D1D4" w14:textId="77777777" w:rsidR="00BD39C3" w:rsidRDefault="004A5A27">
            <w:r>
              <w:rPr>
                <w:sz w:val="10"/>
              </w:rPr>
              <w:t>Total hip</w:t>
            </w:r>
          </w:p>
        </w:tc>
        <w:tc>
          <w:tcPr>
            <w:tcW w:w="1454" w:type="dxa"/>
          </w:tcPr>
          <w:p w14:paraId="47E36F62" w14:textId="77777777" w:rsidR="00BD39C3" w:rsidRDefault="004A5A27">
            <w:r>
              <w:rPr>
                <w:sz w:val="10"/>
              </w:rPr>
              <w:t>1</w:t>
            </w:r>
          </w:p>
        </w:tc>
        <w:tc>
          <w:tcPr>
            <w:tcW w:w="1454" w:type="dxa"/>
          </w:tcPr>
          <w:p w14:paraId="7B34D360" w14:textId="77777777" w:rsidR="00BD39C3" w:rsidRDefault="004A5A27">
            <w:r>
              <w:rPr>
                <w:sz w:val="10"/>
              </w:rPr>
              <w:t>29</w:t>
            </w:r>
          </w:p>
        </w:tc>
        <w:tc>
          <w:tcPr>
            <w:tcW w:w="1454" w:type="dxa"/>
          </w:tcPr>
          <w:p w14:paraId="349DF360" w14:textId="77777777" w:rsidR="00BD39C3" w:rsidRDefault="004A5A27">
            <w:r>
              <w:rPr>
                <w:sz w:val="10"/>
              </w:rPr>
              <w:t>19</w:t>
            </w:r>
          </w:p>
        </w:tc>
        <w:tc>
          <w:tcPr>
            <w:tcW w:w="1454" w:type="dxa"/>
          </w:tcPr>
          <w:p w14:paraId="2A8E7A20" w14:textId="77777777" w:rsidR="00BD39C3" w:rsidRDefault="004A5A27">
            <w:r>
              <w:rPr>
                <w:sz w:val="10"/>
              </w:rPr>
              <w:t>464</w:t>
            </w:r>
          </w:p>
        </w:tc>
        <w:tc>
          <w:tcPr>
            <w:tcW w:w="1454" w:type="dxa"/>
          </w:tcPr>
          <w:p w14:paraId="36EFE5B5" w14:textId="77777777" w:rsidR="00BD39C3" w:rsidRDefault="004A5A27">
            <w:r>
              <w:rPr>
                <w:sz w:val="10"/>
              </w:rPr>
              <w:t>513</w:t>
            </w:r>
          </w:p>
        </w:tc>
        <w:tc>
          <w:tcPr>
            <w:tcW w:w="1454" w:type="dxa"/>
          </w:tcPr>
          <w:p w14:paraId="2C4C208E" w14:textId="77777777" w:rsidR="00BD39C3" w:rsidRDefault="004A5A27">
            <w:r>
              <w:rPr>
                <w:sz w:val="10"/>
              </w:rPr>
              <w:t>0.19</w:t>
            </w:r>
          </w:p>
        </w:tc>
        <w:tc>
          <w:tcPr>
            <w:tcW w:w="1454" w:type="dxa"/>
          </w:tcPr>
          <w:p w14:paraId="7F89AC37" w14:textId="77777777" w:rsidR="00BD39C3" w:rsidRDefault="004A5A27">
            <w:r>
              <w:rPr>
                <w:sz w:val="10"/>
              </w:rPr>
              <w:t>0.23</w:t>
            </w:r>
          </w:p>
        </w:tc>
        <w:tc>
          <w:tcPr>
            <w:tcW w:w="1454" w:type="dxa"/>
          </w:tcPr>
          <w:p w14:paraId="5FA0C8DE" w14:textId="77777777" w:rsidR="00BD39C3" w:rsidRDefault="004A5A27">
            <w:r>
              <w:rPr>
                <w:sz w:val="10"/>
              </w:rPr>
              <w:t>0.84</w:t>
            </w:r>
          </w:p>
        </w:tc>
      </w:tr>
      <w:tr w:rsidR="00BD39C3" w14:paraId="0A1241B1" w14:textId="77777777">
        <w:tc>
          <w:tcPr>
            <w:tcW w:w="1454" w:type="dxa"/>
          </w:tcPr>
          <w:p w14:paraId="56786137" w14:textId="77777777" w:rsidR="00BD39C3" w:rsidRDefault="004A5A27">
            <w:r>
              <w:rPr>
                <w:sz w:val="10"/>
              </w:rPr>
              <w:t>Probable</w:t>
            </w:r>
          </w:p>
        </w:tc>
        <w:tc>
          <w:tcPr>
            <w:tcW w:w="1454" w:type="dxa"/>
          </w:tcPr>
          <w:p w14:paraId="63366826" w14:textId="77777777" w:rsidR="00BD39C3" w:rsidRDefault="004A5A27">
            <w:r>
              <w:rPr>
                <w:sz w:val="10"/>
              </w:rPr>
              <w:t>Total hip</w:t>
            </w:r>
          </w:p>
        </w:tc>
        <w:tc>
          <w:tcPr>
            <w:tcW w:w="1454" w:type="dxa"/>
          </w:tcPr>
          <w:p w14:paraId="39466C98" w14:textId="77777777" w:rsidR="00BD39C3" w:rsidRDefault="004A5A27">
            <w:r>
              <w:rPr>
                <w:sz w:val="10"/>
              </w:rPr>
              <w:t>3</w:t>
            </w:r>
          </w:p>
        </w:tc>
        <w:tc>
          <w:tcPr>
            <w:tcW w:w="1454" w:type="dxa"/>
          </w:tcPr>
          <w:p w14:paraId="5DC0E78C" w14:textId="77777777" w:rsidR="00BD39C3" w:rsidRDefault="004A5A27">
            <w:r>
              <w:rPr>
                <w:sz w:val="10"/>
              </w:rPr>
              <w:t>27</w:t>
            </w:r>
          </w:p>
        </w:tc>
        <w:tc>
          <w:tcPr>
            <w:tcW w:w="1454" w:type="dxa"/>
          </w:tcPr>
          <w:p w14:paraId="4C7FC804" w14:textId="77777777" w:rsidR="00BD39C3" w:rsidRDefault="004A5A27">
            <w:r>
              <w:rPr>
                <w:sz w:val="10"/>
              </w:rPr>
              <w:t>58</w:t>
            </w:r>
          </w:p>
        </w:tc>
        <w:tc>
          <w:tcPr>
            <w:tcW w:w="1454" w:type="dxa"/>
          </w:tcPr>
          <w:p w14:paraId="5D291958" w14:textId="77777777" w:rsidR="00BD39C3" w:rsidRDefault="004A5A27">
            <w:r>
              <w:rPr>
                <w:sz w:val="10"/>
              </w:rPr>
              <w:t>425</w:t>
            </w:r>
          </w:p>
        </w:tc>
        <w:tc>
          <w:tcPr>
            <w:tcW w:w="1454" w:type="dxa"/>
          </w:tcPr>
          <w:p w14:paraId="0CBE2149" w14:textId="77777777" w:rsidR="00BD39C3" w:rsidRDefault="004A5A27">
            <w:r>
              <w:rPr>
                <w:sz w:val="10"/>
              </w:rPr>
              <w:t>513</w:t>
            </w:r>
          </w:p>
        </w:tc>
        <w:tc>
          <w:tcPr>
            <w:tcW w:w="1454" w:type="dxa"/>
          </w:tcPr>
          <w:p w14:paraId="750F989A" w14:textId="77777777" w:rsidR="00BD39C3" w:rsidRDefault="004A5A27">
            <w:r>
              <w:rPr>
                <w:sz w:val="10"/>
              </w:rPr>
              <w:t>0.58</w:t>
            </w:r>
          </w:p>
        </w:tc>
        <w:tc>
          <w:tcPr>
            <w:tcW w:w="1454" w:type="dxa"/>
          </w:tcPr>
          <w:p w14:paraId="725E36CA" w14:textId="77777777" w:rsidR="00BD39C3" w:rsidRDefault="004A5A27">
            <w:r>
              <w:rPr>
                <w:sz w:val="10"/>
              </w:rPr>
              <w:t>0.70</w:t>
            </w:r>
          </w:p>
        </w:tc>
        <w:tc>
          <w:tcPr>
            <w:tcW w:w="1454" w:type="dxa"/>
          </w:tcPr>
          <w:p w14:paraId="2368E47D" w14:textId="77777777" w:rsidR="00BD39C3" w:rsidRDefault="004A5A27">
            <w:r>
              <w:rPr>
                <w:sz w:val="10"/>
              </w:rPr>
              <w:t>0.81</w:t>
            </w:r>
          </w:p>
        </w:tc>
      </w:tr>
      <w:tr w:rsidR="00BD39C3" w14:paraId="5AD3B1F9" w14:textId="77777777">
        <w:tc>
          <w:tcPr>
            <w:tcW w:w="1454" w:type="dxa"/>
          </w:tcPr>
          <w:p w14:paraId="796ED234" w14:textId="77777777" w:rsidR="00BD39C3" w:rsidRDefault="004A5A27">
            <w:r>
              <w:rPr>
                <w:sz w:val="10"/>
              </w:rPr>
              <w:t>Confirmed ALM/ht2</w:t>
            </w:r>
          </w:p>
        </w:tc>
        <w:tc>
          <w:tcPr>
            <w:tcW w:w="1454" w:type="dxa"/>
          </w:tcPr>
          <w:p w14:paraId="2B8309DB" w14:textId="77777777" w:rsidR="00BD39C3" w:rsidRDefault="004A5A27">
            <w:r>
              <w:rPr>
                <w:sz w:val="10"/>
              </w:rPr>
              <w:t>Hip-only</w:t>
            </w:r>
          </w:p>
        </w:tc>
        <w:tc>
          <w:tcPr>
            <w:tcW w:w="1454" w:type="dxa"/>
          </w:tcPr>
          <w:p w14:paraId="5D1DDEDD" w14:textId="77777777" w:rsidR="00BD39C3" w:rsidRDefault="004A5A27">
            <w:r>
              <w:rPr>
                <w:sz w:val="10"/>
              </w:rPr>
              <w:t>1</w:t>
            </w:r>
          </w:p>
        </w:tc>
        <w:tc>
          <w:tcPr>
            <w:tcW w:w="1454" w:type="dxa"/>
          </w:tcPr>
          <w:p w14:paraId="5DFBA8FD" w14:textId="77777777" w:rsidR="00BD39C3" w:rsidRDefault="004A5A27">
            <w:r>
              <w:rPr>
                <w:sz w:val="10"/>
              </w:rPr>
              <w:t>62</w:t>
            </w:r>
          </w:p>
        </w:tc>
        <w:tc>
          <w:tcPr>
            <w:tcW w:w="1454" w:type="dxa"/>
          </w:tcPr>
          <w:p w14:paraId="1A8ED08C" w14:textId="77777777" w:rsidR="00BD39C3" w:rsidRDefault="004A5A27">
            <w:r>
              <w:rPr>
                <w:sz w:val="10"/>
              </w:rPr>
              <w:t>4</w:t>
            </w:r>
          </w:p>
        </w:tc>
        <w:tc>
          <w:tcPr>
            <w:tcW w:w="1454" w:type="dxa"/>
          </w:tcPr>
          <w:p w14:paraId="73E34E24" w14:textId="77777777" w:rsidR="00BD39C3" w:rsidRDefault="004A5A27">
            <w:r>
              <w:rPr>
                <w:sz w:val="10"/>
              </w:rPr>
              <w:t>446</w:t>
            </w:r>
          </w:p>
        </w:tc>
        <w:tc>
          <w:tcPr>
            <w:tcW w:w="1454" w:type="dxa"/>
          </w:tcPr>
          <w:p w14:paraId="7239BFA0" w14:textId="77777777" w:rsidR="00BD39C3" w:rsidRDefault="004A5A27">
            <w:r>
              <w:rPr>
                <w:sz w:val="10"/>
              </w:rPr>
              <w:t>513</w:t>
            </w:r>
          </w:p>
        </w:tc>
        <w:tc>
          <w:tcPr>
            <w:tcW w:w="1454" w:type="dxa"/>
          </w:tcPr>
          <w:p w14:paraId="2C794367" w14:textId="77777777" w:rsidR="00BD39C3" w:rsidRDefault="004A5A27">
            <w:r>
              <w:rPr>
                <w:sz w:val="10"/>
              </w:rPr>
              <w:t>0.19</w:t>
            </w:r>
          </w:p>
        </w:tc>
        <w:tc>
          <w:tcPr>
            <w:tcW w:w="1454" w:type="dxa"/>
          </w:tcPr>
          <w:p w14:paraId="431B9E02" w14:textId="77777777" w:rsidR="00BD39C3" w:rsidRDefault="004A5A27">
            <w:r>
              <w:rPr>
                <w:sz w:val="10"/>
              </w:rPr>
              <w:t>0.12</w:t>
            </w:r>
          </w:p>
        </w:tc>
        <w:tc>
          <w:tcPr>
            <w:tcW w:w="1454" w:type="dxa"/>
          </w:tcPr>
          <w:p w14:paraId="15899988" w14:textId="77777777" w:rsidR="00BD39C3" w:rsidRDefault="004A5A27">
            <w:r>
              <w:rPr>
                <w:sz w:val="10"/>
              </w:rPr>
              <w:t>1.80</w:t>
            </w:r>
          </w:p>
        </w:tc>
      </w:tr>
      <w:tr w:rsidR="00BD39C3" w14:paraId="6EC2156F" w14:textId="77777777">
        <w:tc>
          <w:tcPr>
            <w:tcW w:w="1454" w:type="dxa"/>
          </w:tcPr>
          <w:p w14:paraId="065F86CF" w14:textId="77777777" w:rsidR="00BD39C3" w:rsidRDefault="004A5A27">
            <w:r>
              <w:rPr>
                <w:sz w:val="10"/>
              </w:rPr>
              <w:t>Confirmed abs ALM</w:t>
            </w:r>
          </w:p>
        </w:tc>
        <w:tc>
          <w:tcPr>
            <w:tcW w:w="1454" w:type="dxa"/>
          </w:tcPr>
          <w:p w14:paraId="19C37583" w14:textId="77777777" w:rsidR="00BD39C3" w:rsidRDefault="004A5A27">
            <w:r>
              <w:rPr>
                <w:sz w:val="10"/>
              </w:rPr>
              <w:t>Hip-only</w:t>
            </w:r>
          </w:p>
        </w:tc>
        <w:tc>
          <w:tcPr>
            <w:tcW w:w="1454" w:type="dxa"/>
          </w:tcPr>
          <w:p w14:paraId="7A7FF2E9" w14:textId="77777777" w:rsidR="00BD39C3" w:rsidRDefault="004A5A27">
            <w:r>
              <w:rPr>
                <w:sz w:val="10"/>
              </w:rPr>
              <w:t>3</w:t>
            </w:r>
          </w:p>
        </w:tc>
        <w:tc>
          <w:tcPr>
            <w:tcW w:w="1454" w:type="dxa"/>
          </w:tcPr>
          <w:p w14:paraId="1996CA0F" w14:textId="77777777" w:rsidR="00BD39C3" w:rsidRDefault="004A5A27">
            <w:r>
              <w:rPr>
                <w:sz w:val="10"/>
              </w:rPr>
              <w:t>60</w:t>
            </w:r>
          </w:p>
        </w:tc>
        <w:tc>
          <w:tcPr>
            <w:tcW w:w="1454" w:type="dxa"/>
          </w:tcPr>
          <w:p w14:paraId="48D26D34" w14:textId="77777777" w:rsidR="00BD39C3" w:rsidRDefault="004A5A27">
            <w:r>
              <w:rPr>
                <w:sz w:val="10"/>
              </w:rPr>
              <w:t>9</w:t>
            </w:r>
          </w:p>
        </w:tc>
        <w:tc>
          <w:tcPr>
            <w:tcW w:w="1454" w:type="dxa"/>
          </w:tcPr>
          <w:p w14:paraId="4BB42FDE" w14:textId="77777777" w:rsidR="00BD39C3" w:rsidRDefault="004A5A27">
            <w:r>
              <w:rPr>
                <w:sz w:val="10"/>
              </w:rPr>
              <w:t>441</w:t>
            </w:r>
          </w:p>
        </w:tc>
        <w:tc>
          <w:tcPr>
            <w:tcW w:w="1454" w:type="dxa"/>
          </w:tcPr>
          <w:p w14:paraId="5A9D3888" w14:textId="77777777" w:rsidR="00BD39C3" w:rsidRDefault="004A5A27">
            <w:r>
              <w:rPr>
                <w:sz w:val="10"/>
              </w:rPr>
              <w:t>513</w:t>
            </w:r>
          </w:p>
        </w:tc>
        <w:tc>
          <w:tcPr>
            <w:tcW w:w="1454" w:type="dxa"/>
          </w:tcPr>
          <w:p w14:paraId="5C8E8DED" w14:textId="77777777" w:rsidR="00BD39C3" w:rsidRDefault="004A5A27">
            <w:r>
              <w:rPr>
                <w:sz w:val="10"/>
              </w:rPr>
              <w:t>0.58</w:t>
            </w:r>
          </w:p>
        </w:tc>
        <w:tc>
          <w:tcPr>
            <w:tcW w:w="1454" w:type="dxa"/>
          </w:tcPr>
          <w:p w14:paraId="63E792BD" w14:textId="77777777" w:rsidR="00BD39C3" w:rsidRDefault="004A5A27">
            <w:r>
              <w:rPr>
                <w:sz w:val="10"/>
              </w:rPr>
              <w:t>0.29</w:t>
            </w:r>
          </w:p>
        </w:tc>
        <w:tc>
          <w:tcPr>
            <w:tcW w:w="1454" w:type="dxa"/>
          </w:tcPr>
          <w:p w14:paraId="45F54E1A" w14:textId="77777777" w:rsidR="00BD39C3" w:rsidRDefault="004A5A27">
            <w:r>
              <w:rPr>
                <w:sz w:val="10"/>
              </w:rPr>
              <w:t>2.45</w:t>
            </w:r>
          </w:p>
        </w:tc>
      </w:tr>
      <w:tr w:rsidR="00BD39C3" w14:paraId="3C85E984" w14:textId="77777777">
        <w:tc>
          <w:tcPr>
            <w:tcW w:w="1454" w:type="dxa"/>
          </w:tcPr>
          <w:p w14:paraId="26BD22EF" w14:textId="77777777" w:rsidR="00BD39C3" w:rsidRDefault="004A5A27">
            <w:r>
              <w:rPr>
                <w:sz w:val="10"/>
              </w:rPr>
              <w:t>Confirmed FNIH</w:t>
            </w:r>
          </w:p>
        </w:tc>
        <w:tc>
          <w:tcPr>
            <w:tcW w:w="1454" w:type="dxa"/>
          </w:tcPr>
          <w:p w14:paraId="40F1FBF9" w14:textId="77777777" w:rsidR="00BD39C3" w:rsidRDefault="004A5A27">
            <w:r>
              <w:rPr>
                <w:sz w:val="10"/>
              </w:rPr>
              <w:t>Hip-only</w:t>
            </w:r>
          </w:p>
        </w:tc>
        <w:tc>
          <w:tcPr>
            <w:tcW w:w="1454" w:type="dxa"/>
          </w:tcPr>
          <w:p w14:paraId="1E5C4E6F" w14:textId="77777777" w:rsidR="00BD39C3" w:rsidRDefault="004A5A27">
            <w:r>
              <w:rPr>
                <w:sz w:val="10"/>
              </w:rPr>
              <w:t>2</w:t>
            </w:r>
          </w:p>
        </w:tc>
        <w:tc>
          <w:tcPr>
            <w:tcW w:w="1454" w:type="dxa"/>
          </w:tcPr>
          <w:p w14:paraId="5639BD08" w14:textId="77777777" w:rsidR="00BD39C3" w:rsidRDefault="004A5A27">
            <w:r>
              <w:rPr>
                <w:sz w:val="10"/>
              </w:rPr>
              <w:t>61</w:t>
            </w:r>
          </w:p>
        </w:tc>
        <w:tc>
          <w:tcPr>
            <w:tcW w:w="1454" w:type="dxa"/>
          </w:tcPr>
          <w:p w14:paraId="0015CB67" w14:textId="77777777" w:rsidR="00BD39C3" w:rsidRDefault="004A5A27">
            <w:r>
              <w:rPr>
                <w:sz w:val="10"/>
              </w:rPr>
              <w:t>18</w:t>
            </w:r>
          </w:p>
        </w:tc>
        <w:tc>
          <w:tcPr>
            <w:tcW w:w="1454" w:type="dxa"/>
          </w:tcPr>
          <w:p w14:paraId="5F28ECAF" w14:textId="77777777" w:rsidR="00BD39C3" w:rsidRDefault="004A5A27">
            <w:r>
              <w:rPr>
                <w:sz w:val="10"/>
              </w:rPr>
              <w:t>432</w:t>
            </w:r>
          </w:p>
        </w:tc>
        <w:tc>
          <w:tcPr>
            <w:tcW w:w="1454" w:type="dxa"/>
          </w:tcPr>
          <w:p w14:paraId="400CCD3E" w14:textId="77777777" w:rsidR="00BD39C3" w:rsidRDefault="004A5A27">
            <w:r>
              <w:rPr>
                <w:sz w:val="10"/>
              </w:rPr>
              <w:t>513</w:t>
            </w:r>
          </w:p>
        </w:tc>
        <w:tc>
          <w:tcPr>
            <w:tcW w:w="1454" w:type="dxa"/>
          </w:tcPr>
          <w:p w14:paraId="462A9891" w14:textId="77777777" w:rsidR="00BD39C3" w:rsidRDefault="004A5A27">
            <w:r>
              <w:rPr>
                <w:sz w:val="10"/>
              </w:rPr>
              <w:t>0.39</w:t>
            </w:r>
          </w:p>
        </w:tc>
        <w:tc>
          <w:tcPr>
            <w:tcW w:w="1454" w:type="dxa"/>
          </w:tcPr>
          <w:p w14:paraId="6B2BD2BB" w14:textId="77777777" w:rsidR="00BD39C3" w:rsidRDefault="004A5A27">
            <w:r>
              <w:rPr>
                <w:sz w:val="10"/>
              </w:rPr>
              <w:t>0.48</w:t>
            </w:r>
          </w:p>
        </w:tc>
        <w:tc>
          <w:tcPr>
            <w:tcW w:w="1454" w:type="dxa"/>
          </w:tcPr>
          <w:p w14:paraId="0B404AE5" w14:textId="77777777" w:rsidR="00BD39C3" w:rsidRDefault="004A5A27">
            <w:r>
              <w:rPr>
                <w:sz w:val="10"/>
              </w:rPr>
              <w:t>0.79</w:t>
            </w:r>
          </w:p>
        </w:tc>
      </w:tr>
      <w:tr w:rsidR="00BD39C3" w14:paraId="36AFA2EC" w14:textId="77777777">
        <w:tc>
          <w:tcPr>
            <w:tcW w:w="1454" w:type="dxa"/>
          </w:tcPr>
          <w:p w14:paraId="785C3AE0" w14:textId="77777777" w:rsidR="00BD39C3" w:rsidRDefault="004A5A27">
            <w:r>
              <w:rPr>
                <w:sz w:val="10"/>
              </w:rPr>
              <w:t>Probable</w:t>
            </w:r>
          </w:p>
        </w:tc>
        <w:tc>
          <w:tcPr>
            <w:tcW w:w="1454" w:type="dxa"/>
          </w:tcPr>
          <w:p w14:paraId="054B9FFC" w14:textId="77777777" w:rsidR="00BD39C3" w:rsidRDefault="004A5A27">
            <w:r>
              <w:rPr>
                <w:sz w:val="10"/>
              </w:rPr>
              <w:t>Hip-only</w:t>
            </w:r>
          </w:p>
        </w:tc>
        <w:tc>
          <w:tcPr>
            <w:tcW w:w="1454" w:type="dxa"/>
          </w:tcPr>
          <w:p w14:paraId="41453CB8" w14:textId="77777777" w:rsidR="00BD39C3" w:rsidRDefault="004A5A27">
            <w:r>
              <w:rPr>
                <w:sz w:val="10"/>
              </w:rPr>
              <w:t>6</w:t>
            </w:r>
          </w:p>
        </w:tc>
        <w:tc>
          <w:tcPr>
            <w:tcW w:w="1454" w:type="dxa"/>
          </w:tcPr>
          <w:p w14:paraId="18374533" w14:textId="77777777" w:rsidR="00BD39C3" w:rsidRDefault="004A5A27">
            <w:r>
              <w:rPr>
                <w:sz w:val="10"/>
              </w:rPr>
              <w:t>57</w:t>
            </w:r>
          </w:p>
        </w:tc>
        <w:tc>
          <w:tcPr>
            <w:tcW w:w="1454" w:type="dxa"/>
          </w:tcPr>
          <w:p w14:paraId="1B666DA7" w14:textId="77777777" w:rsidR="00BD39C3" w:rsidRDefault="004A5A27">
            <w:r>
              <w:rPr>
                <w:sz w:val="10"/>
              </w:rPr>
              <w:t>55</w:t>
            </w:r>
          </w:p>
        </w:tc>
        <w:tc>
          <w:tcPr>
            <w:tcW w:w="1454" w:type="dxa"/>
          </w:tcPr>
          <w:p w14:paraId="43895504" w14:textId="77777777" w:rsidR="00BD39C3" w:rsidRDefault="004A5A27">
            <w:r>
              <w:rPr>
                <w:sz w:val="10"/>
              </w:rPr>
              <w:t>395</w:t>
            </w:r>
          </w:p>
        </w:tc>
        <w:tc>
          <w:tcPr>
            <w:tcW w:w="1454" w:type="dxa"/>
          </w:tcPr>
          <w:p w14:paraId="068F60E2" w14:textId="77777777" w:rsidR="00BD39C3" w:rsidRDefault="004A5A27">
            <w:r>
              <w:rPr>
                <w:sz w:val="10"/>
              </w:rPr>
              <w:t>513</w:t>
            </w:r>
          </w:p>
        </w:tc>
        <w:tc>
          <w:tcPr>
            <w:tcW w:w="1454" w:type="dxa"/>
          </w:tcPr>
          <w:p w14:paraId="45847D31" w14:textId="77777777" w:rsidR="00BD39C3" w:rsidRDefault="004A5A27">
            <w:r>
              <w:rPr>
                <w:sz w:val="10"/>
              </w:rPr>
              <w:t>1.17</w:t>
            </w:r>
          </w:p>
        </w:tc>
        <w:tc>
          <w:tcPr>
            <w:tcW w:w="1454" w:type="dxa"/>
          </w:tcPr>
          <w:p w14:paraId="06C39865" w14:textId="77777777" w:rsidR="00BD39C3" w:rsidRDefault="004A5A27">
            <w:r>
              <w:rPr>
                <w:sz w:val="10"/>
              </w:rPr>
              <w:t>1.46</w:t>
            </w:r>
          </w:p>
        </w:tc>
        <w:tc>
          <w:tcPr>
            <w:tcW w:w="1454" w:type="dxa"/>
          </w:tcPr>
          <w:p w14:paraId="18BA1B22" w14:textId="77777777" w:rsidR="00BD39C3" w:rsidRDefault="004A5A27">
            <w:r>
              <w:rPr>
                <w:sz w:val="10"/>
              </w:rPr>
              <w:t>0.76</w:t>
            </w:r>
          </w:p>
        </w:tc>
      </w:tr>
      <w:tr w:rsidR="00BD39C3" w14:paraId="428DFE42" w14:textId="77777777">
        <w:tc>
          <w:tcPr>
            <w:tcW w:w="1454" w:type="dxa"/>
          </w:tcPr>
          <w:p w14:paraId="0B09FAB9" w14:textId="77777777" w:rsidR="00BD39C3" w:rsidRDefault="004A5A27">
            <w:r>
              <w:rPr>
                <w:sz w:val="10"/>
              </w:rPr>
              <w:t>Confirmed ALM/ht2</w:t>
            </w:r>
          </w:p>
        </w:tc>
        <w:tc>
          <w:tcPr>
            <w:tcW w:w="1454" w:type="dxa"/>
          </w:tcPr>
          <w:p w14:paraId="18E44D85" w14:textId="77777777" w:rsidR="00BD39C3" w:rsidRDefault="004A5A27">
            <w:r>
              <w:rPr>
                <w:sz w:val="10"/>
              </w:rPr>
              <w:t>Lumbar spine</w:t>
            </w:r>
          </w:p>
        </w:tc>
        <w:tc>
          <w:tcPr>
            <w:tcW w:w="1454" w:type="dxa"/>
          </w:tcPr>
          <w:p w14:paraId="097EB7A5" w14:textId="77777777" w:rsidR="00BD39C3" w:rsidRDefault="004A5A27">
            <w:r>
              <w:rPr>
                <w:sz w:val="10"/>
              </w:rPr>
              <w:t>0</w:t>
            </w:r>
          </w:p>
        </w:tc>
        <w:tc>
          <w:tcPr>
            <w:tcW w:w="1454" w:type="dxa"/>
          </w:tcPr>
          <w:p w14:paraId="5D57DDA0" w14:textId="77777777" w:rsidR="00BD39C3" w:rsidRDefault="004A5A27">
            <w:r>
              <w:rPr>
                <w:sz w:val="10"/>
              </w:rPr>
              <w:t>61</w:t>
            </w:r>
          </w:p>
        </w:tc>
        <w:tc>
          <w:tcPr>
            <w:tcW w:w="1454" w:type="dxa"/>
          </w:tcPr>
          <w:p w14:paraId="0EDE352B" w14:textId="77777777" w:rsidR="00BD39C3" w:rsidRDefault="004A5A27">
            <w:r>
              <w:rPr>
                <w:sz w:val="10"/>
              </w:rPr>
              <w:t>7</w:t>
            </w:r>
          </w:p>
        </w:tc>
        <w:tc>
          <w:tcPr>
            <w:tcW w:w="1454" w:type="dxa"/>
          </w:tcPr>
          <w:p w14:paraId="7DAA77A0" w14:textId="77777777" w:rsidR="00BD39C3" w:rsidRDefault="004A5A27">
            <w:r>
              <w:rPr>
                <w:sz w:val="10"/>
              </w:rPr>
              <w:t>514</w:t>
            </w:r>
          </w:p>
        </w:tc>
        <w:tc>
          <w:tcPr>
            <w:tcW w:w="1454" w:type="dxa"/>
          </w:tcPr>
          <w:p w14:paraId="0FBC407F" w14:textId="77777777" w:rsidR="00BD39C3" w:rsidRDefault="004A5A27">
            <w:r>
              <w:rPr>
                <w:sz w:val="10"/>
              </w:rPr>
              <w:t>582</w:t>
            </w:r>
          </w:p>
        </w:tc>
        <w:tc>
          <w:tcPr>
            <w:tcW w:w="1454" w:type="dxa"/>
          </w:tcPr>
          <w:p w14:paraId="4402F5EB" w14:textId="77777777" w:rsidR="00BD39C3" w:rsidRDefault="004A5A27">
            <w:r>
              <w:rPr>
                <w:sz w:val="10"/>
              </w:rPr>
              <w:t>0.00</w:t>
            </w:r>
          </w:p>
        </w:tc>
        <w:tc>
          <w:tcPr>
            <w:tcW w:w="1454" w:type="dxa"/>
          </w:tcPr>
          <w:p w14:paraId="40A11189" w14:textId="77777777" w:rsidR="00BD39C3" w:rsidRDefault="004A5A27">
            <w:r>
              <w:rPr>
                <w:sz w:val="10"/>
              </w:rPr>
              <w:t>0.13</w:t>
            </w:r>
          </w:p>
        </w:tc>
        <w:tc>
          <w:tcPr>
            <w:tcW w:w="1454" w:type="dxa"/>
          </w:tcPr>
          <w:p w14:paraId="7E2A9473" w14:textId="77777777" w:rsidR="00BD39C3" w:rsidRDefault="00BD39C3"/>
        </w:tc>
      </w:tr>
      <w:tr w:rsidR="00BD39C3" w14:paraId="7F2CB445" w14:textId="77777777">
        <w:tc>
          <w:tcPr>
            <w:tcW w:w="1454" w:type="dxa"/>
          </w:tcPr>
          <w:p w14:paraId="5C5FF4D4" w14:textId="77777777" w:rsidR="00BD39C3" w:rsidRDefault="004A5A27">
            <w:r>
              <w:rPr>
                <w:sz w:val="10"/>
              </w:rPr>
              <w:t>Confirmed abs ALM</w:t>
            </w:r>
          </w:p>
        </w:tc>
        <w:tc>
          <w:tcPr>
            <w:tcW w:w="1454" w:type="dxa"/>
          </w:tcPr>
          <w:p w14:paraId="68405476" w14:textId="77777777" w:rsidR="00BD39C3" w:rsidRDefault="004A5A27">
            <w:r>
              <w:rPr>
                <w:sz w:val="10"/>
              </w:rPr>
              <w:t>Lumbar spine</w:t>
            </w:r>
          </w:p>
        </w:tc>
        <w:tc>
          <w:tcPr>
            <w:tcW w:w="1454" w:type="dxa"/>
          </w:tcPr>
          <w:p w14:paraId="06F51ED8" w14:textId="77777777" w:rsidR="00BD39C3" w:rsidRDefault="004A5A27">
            <w:r>
              <w:rPr>
                <w:sz w:val="10"/>
              </w:rPr>
              <w:t>1</w:t>
            </w:r>
          </w:p>
        </w:tc>
        <w:tc>
          <w:tcPr>
            <w:tcW w:w="1454" w:type="dxa"/>
          </w:tcPr>
          <w:p w14:paraId="04ACEE22" w14:textId="77777777" w:rsidR="00BD39C3" w:rsidRDefault="004A5A27">
            <w:r>
              <w:rPr>
                <w:sz w:val="10"/>
              </w:rPr>
              <w:t>60</w:t>
            </w:r>
          </w:p>
        </w:tc>
        <w:tc>
          <w:tcPr>
            <w:tcW w:w="1454" w:type="dxa"/>
          </w:tcPr>
          <w:p w14:paraId="79384186" w14:textId="77777777" w:rsidR="00BD39C3" w:rsidRDefault="004A5A27">
            <w:r>
              <w:rPr>
                <w:sz w:val="10"/>
              </w:rPr>
              <w:t>14</w:t>
            </w:r>
          </w:p>
        </w:tc>
        <w:tc>
          <w:tcPr>
            <w:tcW w:w="1454" w:type="dxa"/>
          </w:tcPr>
          <w:p w14:paraId="7E36B434" w14:textId="77777777" w:rsidR="00BD39C3" w:rsidRDefault="004A5A27">
            <w:r>
              <w:rPr>
                <w:sz w:val="10"/>
              </w:rPr>
              <w:t>507</w:t>
            </w:r>
          </w:p>
        </w:tc>
        <w:tc>
          <w:tcPr>
            <w:tcW w:w="1454" w:type="dxa"/>
          </w:tcPr>
          <w:p w14:paraId="13AC18EB" w14:textId="77777777" w:rsidR="00BD39C3" w:rsidRDefault="004A5A27">
            <w:r>
              <w:rPr>
                <w:sz w:val="10"/>
              </w:rPr>
              <w:t>582</w:t>
            </w:r>
          </w:p>
        </w:tc>
        <w:tc>
          <w:tcPr>
            <w:tcW w:w="1454" w:type="dxa"/>
          </w:tcPr>
          <w:p w14:paraId="4C44A3BF" w14:textId="77777777" w:rsidR="00BD39C3" w:rsidRDefault="004A5A27">
            <w:r>
              <w:rPr>
                <w:sz w:val="10"/>
              </w:rPr>
              <w:t>0.17</w:t>
            </w:r>
          </w:p>
        </w:tc>
        <w:tc>
          <w:tcPr>
            <w:tcW w:w="1454" w:type="dxa"/>
          </w:tcPr>
          <w:p w14:paraId="004AAEF5" w14:textId="77777777" w:rsidR="00BD39C3" w:rsidRDefault="004A5A27">
            <w:r>
              <w:rPr>
                <w:sz w:val="10"/>
              </w:rPr>
              <w:t>0.27</w:t>
            </w:r>
          </w:p>
        </w:tc>
        <w:tc>
          <w:tcPr>
            <w:tcW w:w="1454" w:type="dxa"/>
          </w:tcPr>
          <w:p w14:paraId="4C2694F1" w14:textId="77777777" w:rsidR="00BD39C3" w:rsidRDefault="004A5A27">
            <w:r>
              <w:rPr>
                <w:sz w:val="10"/>
              </w:rPr>
              <w:t>0.60</w:t>
            </w:r>
          </w:p>
        </w:tc>
      </w:tr>
      <w:tr w:rsidR="00BD39C3" w14:paraId="37317B10" w14:textId="77777777">
        <w:tc>
          <w:tcPr>
            <w:tcW w:w="1454" w:type="dxa"/>
          </w:tcPr>
          <w:p w14:paraId="710CB7AB" w14:textId="77777777" w:rsidR="00BD39C3" w:rsidRDefault="004A5A27">
            <w:r>
              <w:rPr>
                <w:sz w:val="10"/>
              </w:rPr>
              <w:t>Confirmed FNIH</w:t>
            </w:r>
          </w:p>
        </w:tc>
        <w:tc>
          <w:tcPr>
            <w:tcW w:w="1454" w:type="dxa"/>
          </w:tcPr>
          <w:p w14:paraId="0FEF1E06" w14:textId="77777777" w:rsidR="00BD39C3" w:rsidRDefault="004A5A27">
            <w:r>
              <w:rPr>
                <w:sz w:val="10"/>
              </w:rPr>
              <w:t>Lumbar spine</w:t>
            </w:r>
          </w:p>
        </w:tc>
        <w:tc>
          <w:tcPr>
            <w:tcW w:w="1454" w:type="dxa"/>
          </w:tcPr>
          <w:p w14:paraId="635F8C3E" w14:textId="77777777" w:rsidR="00BD39C3" w:rsidRDefault="004A5A27">
            <w:r>
              <w:rPr>
                <w:sz w:val="10"/>
              </w:rPr>
              <w:t>1</w:t>
            </w:r>
          </w:p>
        </w:tc>
        <w:tc>
          <w:tcPr>
            <w:tcW w:w="1454" w:type="dxa"/>
          </w:tcPr>
          <w:p w14:paraId="63940BF9" w14:textId="77777777" w:rsidR="00BD39C3" w:rsidRDefault="004A5A27">
            <w:r>
              <w:rPr>
                <w:sz w:val="10"/>
              </w:rPr>
              <w:t>60</w:t>
            </w:r>
          </w:p>
        </w:tc>
        <w:tc>
          <w:tcPr>
            <w:tcW w:w="1454" w:type="dxa"/>
          </w:tcPr>
          <w:p w14:paraId="419C4D69" w14:textId="77777777" w:rsidR="00BD39C3" w:rsidRDefault="004A5A27">
            <w:r>
              <w:rPr>
                <w:sz w:val="10"/>
              </w:rPr>
              <w:t>25</w:t>
            </w:r>
          </w:p>
        </w:tc>
        <w:tc>
          <w:tcPr>
            <w:tcW w:w="1454" w:type="dxa"/>
          </w:tcPr>
          <w:p w14:paraId="24529BF3" w14:textId="77777777" w:rsidR="00BD39C3" w:rsidRDefault="004A5A27">
            <w:r>
              <w:rPr>
                <w:sz w:val="10"/>
              </w:rPr>
              <w:t>496</w:t>
            </w:r>
          </w:p>
        </w:tc>
        <w:tc>
          <w:tcPr>
            <w:tcW w:w="1454" w:type="dxa"/>
          </w:tcPr>
          <w:p w14:paraId="103574D9" w14:textId="77777777" w:rsidR="00BD39C3" w:rsidRDefault="004A5A27">
            <w:r>
              <w:rPr>
                <w:sz w:val="10"/>
              </w:rPr>
              <w:t>582</w:t>
            </w:r>
          </w:p>
        </w:tc>
        <w:tc>
          <w:tcPr>
            <w:tcW w:w="1454" w:type="dxa"/>
          </w:tcPr>
          <w:p w14:paraId="6DD06BD1" w14:textId="77777777" w:rsidR="00BD39C3" w:rsidRDefault="004A5A27">
            <w:r>
              <w:rPr>
                <w:sz w:val="10"/>
              </w:rPr>
              <w:t>0.17</w:t>
            </w:r>
          </w:p>
        </w:tc>
        <w:tc>
          <w:tcPr>
            <w:tcW w:w="1454" w:type="dxa"/>
          </w:tcPr>
          <w:p w14:paraId="6FC51999" w14:textId="77777777" w:rsidR="00BD39C3" w:rsidRDefault="004A5A27">
            <w:r>
              <w:rPr>
                <w:sz w:val="10"/>
              </w:rPr>
              <w:t>0.47</w:t>
            </w:r>
          </w:p>
        </w:tc>
        <w:tc>
          <w:tcPr>
            <w:tcW w:w="1454" w:type="dxa"/>
          </w:tcPr>
          <w:p w14:paraId="7773F957" w14:textId="77777777" w:rsidR="00BD39C3" w:rsidRDefault="004A5A27">
            <w:r>
              <w:rPr>
                <w:sz w:val="10"/>
              </w:rPr>
              <w:t>0.33</w:t>
            </w:r>
          </w:p>
        </w:tc>
      </w:tr>
      <w:tr w:rsidR="00BD39C3" w14:paraId="547FE2F3" w14:textId="77777777">
        <w:tc>
          <w:tcPr>
            <w:tcW w:w="1454" w:type="dxa"/>
          </w:tcPr>
          <w:p w14:paraId="004AE36B" w14:textId="77777777" w:rsidR="00BD39C3" w:rsidRDefault="004A5A27">
            <w:r>
              <w:rPr>
                <w:sz w:val="10"/>
              </w:rPr>
              <w:t>Probable</w:t>
            </w:r>
          </w:p>
        </w:tc>
        <w:tc>
          <w:tcPr>
            <w:tcW w:w="1454" w:type="dxa"/>
          </w:tcPr>
          <w:p w14:paraId="540321BD" w14:textId="77777777" w:rsidR="00BD39C3" w:rsidRDefault="004A5A27">
            <w:r>
              <w:rPr>
                <w:sz w:val="10"/>
              </w:rPr>
              <w:t>Lumbar spine</w:t>
            </w:r>
          </w:p>
        </w:tc>
        <w:tc>
          <w:tcPr>
            <w:tcW w:w="1454" w:type="dxa"/>
          </w:tcPr>
          <w:p w14:paraId="17322D66" w14:textId="77777777" w:rsidR="00BD39C3" w:rsidRDefault="004A5A27">
            <w:r>
              <w:rPr>
                <w:sz w:val="10"/>
              </w:rPr>
              <w:t>8</w:t>
            </w:r>
          </w:p>
        </w:tc>
        <w:tc>
          <w:tcPr>
            <w:tcW w:w="1454" w:type="dxa"/>
          </w:tcPr>
          <w:p w14:paraId="7B046CD4" w14:textId="77777777" w:rsidR="00BD39C3" w:rsidRDefault="004A5A27">
            <w:r>
              <w:rPr>
                <w:sz w:val="10"/>
              </w:rPr>
              <w:t>53</w:t>
            </w:r>
          </w:p>
        </w:tc>
        <w:tc>
          <w:tcPr>
            <w:tcW w:w="1454" w:type="dxa"/>
          </w:tcPr>
          <w:p w14:paraId="73D00BDB" w14:textId="77777777" w:rsidR="00BD39C3" w:rsidRDefault="004A5A27">
            <w:r>
              <w:rPr>
                <w:sz w:val="10"/>
              </w:rPr>
              <w:t>67</w:t>
            </w:r>
          </w:p>
        </w:tc>
        <w:tc>
          <w:tcPr>
            <w:tcW w:w="1454" w:type="dxa"/>
          </w:tcPr>
          <w:p w14:paraId="0F63C0BB" w14:textId="77777777" w:rsidR="00BD39C3" w:rsidRDefault="004A5A27">
            <w:r>
              <w:rPr>
                <w:sz w:val="10"/>
              </w:rPr>
              <w:t>454</w:t>
            </w:r>
          </w:p>
        </w:tc>
        <w:tc>
          <w:tcPr>
            <w:tcW w:w="1454" w:type="dxa"/>
          </w:tcPr>
          <w:p w14:paraId="00E57644" w14:textId="77777777" w:rsidR="00BD39C3" w:rsidRDefault="004A5A27">
            <w:r>
              <w:rPr>
                <w:sz w:val="10"/>
              </w:rPr>
              <w:t>582</w:t>
            </w:r>
          </w:p>
        </w:tc>
        <w:tc>
          <w:tcPr>
            <w:tcW w:w="1454" w:type="dxa"/>
          </w:tcPr>
          <w:p w14:paraId="7DF6C83F" w14:textId="77777777" w:rsidR="00BD39C3" w:rsidRDefault="004A5A27">
            <w:r>
              <w:rPr>
                <w:sz w:val="10"/>
              </w:rPr>
              <w:t>1.37</w:t>
            </w:r>
          </w:p>
        </w:tc>
        <w:tc>
          <w:tcPr>
            <w:tcW w:w="1454" w:type="dxa"/>
          </w:tcPr>
          <w:p w14:paraId="7F6D05E8" w14:textId="77777777" w:rsidR="00BD39C3" w:rsidRDefault="004A5A27">
            <w:r>
              <w:rPr>
                <w:sz w:val="10"/>
              </w:rPr>
              <w:t>1.35</w:t>
            </w:r>
          </w:p>
        </w:tc>
        <w:tc>
          <w:tcPr>
            <w:tcW w:w="1454" w:type="dxa"/>
          </w:tcPr>
          <w:p w14:paraId="148885C0" w14:textId="77777777" w:rsidR="00BD39C3" w:rsidRDefault="004A5A27">
            <w:r>
              <w:rPr>
                <w:sz w:val="10"/>
              </w:rPr>
              <w:t>1.02</w:t>
            </w:r>
          </w:p>
        </w:tc>
      </w:tr>
      <w:tr w:rsidR="00BD39C3" w14:paraId="1E57CE97" w14:textId="77777777">
        <w:tc>
          <w:tcPr>
            <w:tcW w:w="1454" w:type="dxa"/>
          </w:tcPr>
          <w:p w14:paraId="49327A10" w14:textId="77777777" w:rsidR="00BD39C3" w:rsidRDefault="004A5A27">
            <w:r>
              <w:rPr>
                <w:sz w:val="10"/>
              </w:rPr>
              <w:t>Confirmed ALM/ht2</w:t>
            </w:r>
          </w:p>
        </w:tc>
        <w:tc>
          <w:tcPr>
            <w:tcW w:w="1454" w:type="dxa"/>
          </w:tcPr>
          <w:p w14:paraId="3081A655" w14:textId="77777777" w:rsidR="00BD39C3" w:rsidRDefault="004A5A27">
            <w:r>
              <w:rPr>
                <w:sz w:val="10"/>
              </w:rPr>
              <w:t>Any site</w:t>
            </w:r>
          </w:p>
        </w:tc>
        <w:tc>
          <w:tcPr>
            <w:tcW w:w="1454" w:type="dxa"/>
          </w:tcPr>
          <w:p w14:paraId="78D6E1A5" w14:textId="77777777" w:rsidR="00BD39C3" w:rsidRDefault="004A5A27">
            <w:r>
              <w:rPr>
                <w:sz w:val="10"/>
              </w:rPr>
              <w:t>1</w:t>
            </w:r>
          </w:p>
        </w:tc>
        <w:tc>
          <w:tcPr>
            <w:tcW w:w="1454" w:type="dxa"/>
          </w:tcPr>
          <w:p w14:paraId="669B5DD1" w14:textId="77777777" w:rsidR="00BD39C3" w:rsidRDefault="004A5A27">
            <w:r>
              <w:rPr>
                <w:sz w:val="10"/>
              </w:rPr>
              <w:t>110</w:t>
            </w:r>
          </w:p>
        </w:tc>
        <w:tc>
          <w:tcPr>
            <w:tcW w:w="1454" w:type="dxa"/>
          </w:tcPr>
          <w:p w14:paraId="716B03E6" w14:textId="77777777" w:rsidR="00BD39C3" w:rsidRDefault="004A5A27">
            <w:r>
              <w:rPr>
                <w:sz w:val="10"/>
              </w:rPr>
              <w:t>7</w:t>
            </w:r>
          </w:p>
        </w:tc>
        <w:tc>
          <w:tcPr>
            <w:tcW w:w="1454" w:type="dxa"/>
          </w:tcPr>
          <w:p w14:paraId="31817AC1" w14:textId="77777777" w:rsidR="00BD39C3" w:rsidRDefault="004A5A27">
            <w:r>
              <w:rPr>
                <w:sz w:val="10"/>
              </w:rPr>
              <w:t>509</w:t>
            </w:r>
          </w:p>
        </w:tc>
        <w:tc>
          <w:tcPr>
            <w:tcW w:w="1454" w:type="dxa"/>
          </w:tcPr>
          <w:p w14:paraId="4F4EFCAE" w14:textId="77777777" w:rsidR="00BD39C3" w:rsidRDefault="004A5A27">
            <w:r>
              <w:rPr>
                <w:sz w:val="10"/>
              </w:rPr>
              <w:t>627</w:t>
            </w:r>
          </w:p>
        </w:tc>
        <w:tc>
          <w:tcPr>
            <w:tcW w:w="1454" w:type="dxa"/>
          </w:tcPr>
          <w:p w14:paraId="24406C64" w14:textId="77777777" w:rsidR="00BD39C3" w:rsidRDefault="004A5A27">
            <w:r>
              <w:rPr>
                <w:sz w:val="10"/>
              </w:rPr>
              <w:t>0.16</w:t>
            </w:r>
          </w:p>
        </w:tc>
        <w:tc>
          <w:tcPr>
            <w:tcW w:w="1454" w:type="dxa"/>
          </w:tcPr>
          <w:p w14:paraId="568AEF40" w14:textId="77777777" w:rsidR="00BD39C3" w:rsidRDefault="004A5A27">
            <w:r>
              <w:rPr>
                <w:sz w:val="10"/>
              </w:rPr>
              <w:t>0.23</w:t>
            </w:r>
          </w:p>
        </w:tc>
        <w:tc>
          <w:tcPr>
            <w:tcW w:w="1454" w:type="dxa"/>
          </w:tcPr>
          <w:p w14:paraId="2B09498F" w14:textId="77777777" w:rsidR="00BD39C3" w:rsidRDefault="004A5A27">
            <w:r>
              <w:rPr>
                <w:sz w:val="10"/>
              </w:rPr>
              <w:t>0.66</w:t>
            </w:r>
          </w:p>
        </w:tc>
      </w:tr>
      <w:tr w:rsidR="00BD39C3" w14:paraId="7ECB6A28" w14:textId="77777777">
        <w:tc>
          <w:tcPr>
            <w:tcW w:w="1454" w:type="dxa"/>
          </w:tcPr>
          <w:p w14:paraId="299D2FF4" w14:textId="77777777" w:rsidR="00BD39C3" w:rsidRDefault="004A5A27">
            <w:r>
              <w:rPr>
                <w:sz w:val="10"/>
              </w:rPr>
              <w:t>Confirmed abs ALM</w:t>
            </w:r>
          </w:p>
        </w:tc>
        <w:tc>
          <w:tcPr>
            <w:tcW w:w="1454" w:type="dxa"/>
          </w:tcPr>
          <w:p w14:paraId="0E4566DB" w14:textId="77777777" w:rsidR="00BD39C3" w:rsidRDefault="004A5A27">
            <w:r>
              <w:rPr>
                <w:sz w:val="10"/>
              </w:rPr>
              <w:t>Any site</w:t>
            </w:r>
          </w:p>
        </w:tc>
        <w:tc>
          <w:tcPr>
            <w:tcW w:w="1454" w:type="dxa"/>
          </w:tcPr>
          <w:p w14:paraId="1787906A" w14:textId="77777777" w:rsidR="00BD39C3" w:rsidRDefault="004A5A27">
            <w:r>
              <w:rPr>
                <w:sz w:val="10"/>
              </w:rPr>
              <w:t>4</w:t>
            </w:r>
          </w:p>
        </w:tc>
        <w:tc>
          <w:tcPr>
            <w:tcW w:w="1454" w:type="dxa"/>
          </w:tcPr>
          <w:p w14:paraId="46BBF678" w14:textId="77777777" w:rsidR="00BD39C3" w:rsidRDefault="004A5A27">
            <w:r>
              <w:rPr>
                <w:sz w:val="10"/>
              </w:rPr>
              <w:t>107</w:t>
            </w:r>
          </w:p>
        </w:tc>
        <w:tc>
          <w:tcPr>
            <w:tcW w:w="1454" w:type="dxa"/>
          </w:tcPr>
          <w:p w14:paraId="33EB29C5" w14:textId="77777777" w:rsidR="00BD39C3" w:rsidRDefault="004A5A27">
            <w:r>
              <w:rPr>
                <w:sz w:val="10"/>
              </w:rPr>
              <w:t>12</w:t>
            </w:r>
          </w:p>
        </w:tc>
        <w:tc>
          <w:tcPr>
            <w:tcW w:w="1454" w:type="dxa"/>
          </w:tcPr>
          <w:p w14:paraId="5FAE2BAD" w14:textId="77777777" w:rsidR="00BD39C3" w:rsidRDefault="004A5A27">
            <w:r>
              <w:rPr>
                <w:sz w:val="10"/>
              </w:rPr>
              <w:t>504</w:t>
            </w:r>
          </w:p>
        </w:tc>
        <w:tc>
          <w:tcPr>
            <w:tcW w:w="1454" w:type="dxa"/>
          </w:tcPr>
          <w:p w14:paraId="37CE8622" w14:textId="77777777" w:rsidR="00BD39C3" w:rsidRDefault="004A5A27">
            <w:r>
              <w:rPr>
                <w:sz w:val="10"/>
              </w:rPr>
              <w:t>627</w:t>
            </w:r>
          </w:p>
        </w:tc>
        <w:tc>
          <w:tcPr>
            <w:tcW w:w="1454" w:type="dxa"/>
          </w:tcPr>
          <w:p w14:paraId="08FC8A9D" w14:textId="77777777" w:rsidR="00BD39C3" w:rsidRDefault="004A5A27">
            <w:r>
              <w:rPr>
                <w:sz w:val="10"/>
              </w:rPr>
              <w:t>0.64</w:t>
            </w:r>
          </w:p>
        </w:tc>
        <w:tc>
          <w:tcPr>
            <w:tcW w:w="1454" w:type="dxa"/>
          </w:tcPr>
          <w:p w14:paraId="5B5E6EB8" w14:textId="77777777" w:rsidR="00BD39C3" w:rsidRDefault="004A5A27">
            <w:r>
              <w:rPr>
                <w:sz w:val="10"/>
              </w:rPr>
              <w:t>0.45</w:t>
            </w:r>
          </w:p>
        </w:tc>
        <w:tc>
          <w:tcPr>
            <w:tcW w:w="1454" w:type="dxa"/>
          </w:tcPr>
          <w:p w14:paraId="50CA5FD6" w14:textId="77777777" w:rsidR="00BD39C3" w:rsidRDefault="004A5A27">
            <w:r>
              <w:rPr>
                <w:sz w:val="10"/>
              </w:rPr>
              <w:t>1.57</w:t>
            </w:r>
          </w:p>
        </w:tc>
      </w:tr>
      <w:tr w:rsidR="00BD39C3" w14:paraId="3A33B403" w14:textId="77777777">
        <w:tc>
          <w:tcPr>
            <w:tcW w:w="1454" w:type="dxa"/>
          </w:tcPr>
          <w:p w14:paraId="5CB4836E" w14:textId="77777777" w:rsidR="00BD39C3" w:rsidRDefault="004A5A27">
            <w:r>
              <w:rPr>
                <w:sz w:val="10"/>
              </w:rPr>
              <w:t>Confirmed FNIH</w:t>
            </w:r>
          </w:p>
        </w:tc>
        <w:tc>
          <w:tcPr>
            <w:tcW w:w="1454" w:type="dxa"/>
          </w:tcPr>
          <w:p w14:paraId="1422F964" w14:textId="77777777" w:rsidR="00BD39C3" w:rsidRDefault="004A5A27">
            <w:r>
              <w:rPr>
                <w:sz w:val="10"/>
              </w:rPr>
              <w:t>Any site</w:t>
            </w:r>
          </w:p>
        </w:tc>
        <w:tc>
          <w:tcPr>
            <w:tcW w:w="1454" w:type="dxa"/>
          </w:tcPr>
          <w:p w14:paraId="1CC6306C" w14:textId="77777777" w:rsidR="00BD39C3" w:rsidRDefault="004A5A27">
            <w:r>
              <w:rPr>
                <w:sz w:val="10"/>
              </w:rPr>
              <w:t>3</w:t>
            </w:r>
          </w:p>
        </w:tc>
        <w:tc>
          <w:tcPr>
            <w:tcW w:w="1454" w:type="dxa"/>
          </w:tcPr>
          <w:p w14:paraId="7A3C5076" w14:textId="77777777" w:rsidR="00BD39C3" w:rsidRDefault="004A5A27">
            <w:r>
              <w:rPr>
                <w:sz w:val="10"/>
              </w:rPr>
              <w:t>108</w:t>
            </w:r>
          </w:p>
        </w:tc>
        <w:tc>
          <w:tcPr>
            <w:tcW w:w="1454" w:type="dxa"/>
          </w:tcPr>
          <w:p w14:paraId="76E7A5AA" w14:textId="77777777" w:rsidR="00BD39C3" w:rsidRDefault="004A5A27">
            <w:r>
              <w:rPr>
                <w:sz w:val="10"/>
              </w:rPr>
              <w:t>23</w:t>
            </w:r>
          </w:p>
        </w:tc>
        <w:tc>
          <w:tcPr>
            <w:tcW w:w="1454" w:type="dxa"/>
          </w:tcPr>
          <w:p w14:paraId="2FCB730E" w14:textId="77777777" w:rsidR="00BD39C3" w:rsidRDefault="004A5A27">
            <w:r>
              <w:rPr>
                <w:sz w:val="10"/>
              </w:rPr>
              <w:t>493</w:t>
            </w:r>
          </w:p>
        </w:tc>
        <w:tc>
          <w:tcPr>
            <w:tcW w:w="1454" w:type="dxa"/>
          </w:tcPr>
          <w:p w14:paraId="2B09A326" w14:textId="77777777" w:rsidR="00BD39C3" w:rsidRDefault="004A5A27">
            <w:r>
              <w:rPr>
                <w:sz w:val="10"/>
              </w:rPr>
              <w:t>627</w:t>
            </w:r>
          </w:p>
        </w:tc>
        <w:tc>
          <w:tcPr>
            <w:tcW w:w="1454" w:type="dxa"/>
          </w:tcPr>
          <w:p w14:paraId="2BC4B216" w14:textId="77777777" w:rsidR="00BD39C3" w:rsidRDefault="004A5A27">
            <w:r>
              <w:rPr>
                <w:sz w:val="10"/>
              </w:rPr>
              <w:t>0.48</w:t>
            </w:r>
          </w:p>
        </w:tc>
        <w:tc>
          <w:tcPr>
            <w:tcW w:w="1454" w:type="dxa"/>
          </w:tcPr>
          <w:p w14:paraId="33F0C232" w14:textId="77777777" w:rsidR="00BD39C3" w:rsidRDefault="004A5A27">
            <w:r>
              <w:rPr>
                <w:sz w:val="10"/>
              </w:rPr>
              <w:t>0.73</w:t>
            </w:r>
          </w:p>
        </w:tc>
        <w:tc>
          <w:tcPr>
            <w:tcW w:w="1454" w:type="dxa"/>
          </w:tcPr>
          <w:p w14:paraId="3656C797" w14:textId="77777777" w:rsidR="00BD39C3" w:rsidRDefault="004A5A27">
            <w:r>
              <w:rPr>
                <w:sz w:val="10"/>
              </w:rPr>
              <w:t>0.60</w:t>
            </w:r>
          </w:p>
        </w:tc>
      </w:tr>
      <w:tr w:rsidR="00BD39C3" w14:paraId="62266AFF" w14:textId="77777777">
        <w:tc>
          <w:tcPr>
            <w:tcW w:w="1454" w:type="dxa"/>
          </w:tcPr>
          <w:p w14:paraId="6C8DADDB" w14:textId="77777777" w:rsidR="00BD39C3" w:rsidRDefault="004A5A27">
            <w:r>
              <w:rPr>
                <w:sz w:val="10"/>
              </w:rPr>
              <w:t>Probable</w:t>
            </w:r>
          </w:p>
        </w:tc>
        <w:tc>
          <w:tcPr>
            <w:tcW w:w="1454" w:type="dxa"/>
          </w:tcPr>
          <w:p w14:paraId="12539170" w14:textId="77777777" w:rsidR="00BD39C3" w:rsidRDefault="004A5A27">
            <w:r>
              <w:rPr>
                <w:sz w:val="10"/>
              </w:rPr>
              <w:t>Any site</w:t>
            </w:r>
          </w:p>
        </w:tc>
        <w:tc>
          <w:tcPr>
            <w:tcW w:w="1454" w:type="dxa"/>
          </w:tcPr>
          <w:p w14:paraId="2AFF384D" w14:textId="77777777" w:rsidR="00BD39C3" w:rsidRDefault="004A5A27">
            <w:r>
              <w:rPr>
                <w:sz w:val="10"/>
              </w:rPr>
              <w:t>13</w:t>
            </w:r>
          </w:p>
        </w:tc>
        <w:tc>
          <w:tcPr>
            <w:tcW w:w="1454" w:type="dxa"/>
          </w:tcPr>
          <w:p w14:paraId="1C1FA7CF" w14:textId="77777777" w:rsidR="00BD39C3" w:rsidRDefault="004A5A27">
            <w:r>
              <w:rPr>
                <w:sz w:val="10"/>
              </w:rPr>
              <w:t>98</w:t>
            </w:r>
          </w:p>
        </w:tc>
        <w:tc>
          <w:tcPr>
            <w:tcW w:w="1454" w:type="dxa"/>
          </w:tcPr>
          <w:p w14:paraId="05756EC5" w14:textId="77777777" w:rsidR="00BD39C3" w:rsidRDefault="004A5A27">
            <w:r>
              <w:rPr>
                <w:sz w:val="10"/>
              </w:rPr>
              <w:t>67</w:t>
            </w:r>
          </w:p>
        </w:tc>
        <w:tc>
          <w:tcPr>
            <w:tcW w:w="1454" w:type="dxa"/>
          </w:tcPr>
          <w:p w14:paraId="05272262" w14:textId="77777777" w:rsidR="00BD39C3" w:rsidRDefault="004A5A27">
            <w:r>
              <w:rPr>
                <w:sz w:val="10"/>
              </w:rPr>
              <w:t>449</w:t>
            </w:r>
          </w:p>
        </w:tc>
        <w:tc>
          <w:tcPr>
            <w:tcW w:w="1454" w:type="dxa"/>
          </w:tcPr>
          <w:p w14:paraId="495EC086" w14:textId="77777777" w:rsidR="00BD39C3" w:rsidRDefault="004A5A27">
            <w:r>
              <w:rPr>
                <w:sz w:val="10"/>
              </w:rPr>
              <w:t>627</w:t>
            </w:r>
          </w:p>
        </w:tc>
        <w:tc>
          <w:tcPr>
            <w:tcW w:w="1454" w:type="dxa"/>
          </w:tcPr>
          <w:p w14:paraId="530CB3FD" w14:textId="77777777" w:rsidR="00BD39C3" w:rsidRDefault="004A5A27">
            <w:r>
              <w:rPr>
                <w:sz w:val="10"/>
              </w:rPr>
              <w:t>2.07</w:t>
            </w:r>
          </w:p>
        </w:tc>
        <w:tc>
          <w:tcPr>
            <w:tcW w:w="1454" w:type="dxa"/>
          </w:tcPr>
          <w:p w14:paraId="2961CC8D" w14:textId="77777777" w:rsidR="00BD39C3" w:rsidRDefault="004A5A27">
            <w:r>
              <w:rPr>
                <w:sz w:val="10"/>
              </w:rPr>
              <w:t>2.26</w:t>
            </w:r>
          </w:p>
        </w:tc>
        <w:tc>
          <w:tcPr>
            <w:tcW w:w="1454" w:type="dxa"/>
          </w:tcPr>
          <w:p w14:paraId="27F0F652" w14:textId="77777777" w:rsidR="00BD39C3" w:rsidRDefault="004A5A27">
            <w:r>
              <w:rPr>
                <w:sz w:val="10"/>
              </w:rPr>
              <w:t>0.89</w:t>
            </w:r>
          </w:p>
        </w:tc>
      </w:tr>
    </w:tbl>
    <w:p w14:paraId="76E3B637" w14:textId="77777777" w:rsidR="00BD39C3" w:rsidRDefault="004A5A27">
      <w:r>
        <w:rPr>
          <w:i/>
        </w:rPr>
        <w:t>OP, osteoporosis; S, sarcopenia. Site/stratum identifies the osteoporosis definition.</w:t>
      </w:r>
    </w:p>
    <w:p w14:paraId="18D2464E" w14:textId="77777777" w:rsidR="00BD39C3" w:rsidRDefault="00BD39C3"/>
    <w:p w14:paraId="55DFEE95" w14:textId="77777777" w:rsidR="00BD39C3" w:rsidRDefault="004A5A27">
      <w:pPr>
        <w:pStyle w:val="Heading2"/>
      </w:pPr>
      <w:r>
        <w:t>Supplementary Table S5. Logistic models for osteoporosis by sarcopenia definition</w:t>
      </w:r>
    </w:p>
    <w:tbl>
      <w:tblPr>
        <w:tblStyle w:val="TableGrid"/>
        <w:tblW w:w="0" w:type="auto"/>
        <w:tblLook w:val="04A0" w:firstRow="1" w:lastRow="0" w:firstColumn="1" w:lastColumn="0" w:noHBand="0" w:noVBand="1"/>
      </w:tblPr>
      <w:tblGrid>
        <w:gridCol w:w="1430"/>
        <w:gridCol w:w="1353"/>
        <w:gridCol w:w="1298"/>
        <w:gridCol w:w="1365"/>
        <w:gridCol w:w="1337"/>
        <w:gridCol w:w="1335"/>
        <w:gridCol w:w="1335"/>
        <w:gridCol w:w="1337"/>
      </w:tblGrid>
      <w:tr w:rsidR="00BD39C3" w14:paraId="73DA24B9" w14:textId="77777777">
        <w:trPr>
          <w:tblHeader/>
        </w:trPr>
        <w:tc>
          <w:tcPr>
            <w:tcW w:w="1818" w:type="dxa"/>
          </w:tcPr>
          <w:p w14:paraId="0AD0B894" w14:textId="77777777" w:rsidR="00BD39C3" w:rsidRDefault="004A5A27">
            <w:r>
              <w:rPr>
                <w:b/>
                <w:sz w:val="12"/>
              </w:rPr>
              <w:t>Definition</w:t>
            </w:r>
          </w:p>
        </w:tc>
        <w:tc>
          <w:tcPr>
            <w:tcW w:w="1818" w:type="dxa"/>
          </w:tcPr>
          <w:p w14:paraId="0445AF34" w14:textId="77777777" w:rsidR="00BD39C3" w:rsidRDefault="004A5A27">
            <w:r>
              <w:rPr>
                <w:b/>
                <w:sz w:val="12"/>
              </w:rPr>
              <w:t>Model</w:t>
            </w:r>
          </w:p>
        </w:tc>
        <w:tc>
          <w:tcPr>
            <w:tcW w:w="1818" w:type="dxa"/>
          </w:tcPr>
          <w:p w14:paraId="005F2287" w14:textId="77777777" w:rsidR="00BD39C3" w:rsidRDefault="004A5A27">
            <w:r>
              <w:rPr>
                <w:b/>
                <w:sz w:val="12"/>
              </w:rPr>
              <w:t>N</w:t>
            </w:r>
          </w:p>
        </w:tc>
        <w:tc>
          <w:tcPr>
            <w:tcW w:w="1818" w:type="dxa"/>
          </w:tcPr>
          <w:p w14:paraId="5CBC5734" w14:textId="77777777" w:rsidR="00BD39C3" w:rsidRDefault="004A5A27">
            <w:r>
              <w:rPr>
                <w:b/>
                <w:sz w:val="12"/>
              </w:rPr>
              <w:t>OP events</w:t>
            </w:r>
          </w:p>
        </w:tc>
        <w:tc>
          <w:tcPr>
            <w:tcW w:w="1818" w:type="dxa"/>
          </w:tcPr>
          <w:p w14:paraId="406A4EA4" w14:textId="77777777" w:rsidR="00BD39C3" w:rsidRDefault="004A5A27">
            <w:r>
              <w:rPr>
                <w:b/>
                <w:sz w:val="12"/>
              </w:rPr>
              <w:t>Odds ratio</w:t>
            </w:r>
          </w:p>
        </w:tc>
        <w:tc>
          <w:tcPr>
            <w:tcW w:w="1818" w:type="dxa"/>
          </w:tcPr>
          <w:p w14:paraId="4957CF41" w14:textId="77777777" w:rsidR="00BD39C3" w:rsidRDefault="004A5A27">
            <w:r>
              <w:rPr>
                <w:b/>
                <w:sz w:val="12"/>
              </w:rPr>
              <w:t>95% CI low</w:t>
            </w:r>
          </w:p>
        </w:tc>
        <w:tc>
          <w:tcPr>
            <w:tcW w:w="1818" w:type="dxa"/>
          </w:tcPr>
          <w:p w14:paraId="48B6DD1C" w14:textId="77777777" w:rsidR="00BD39C3" w:rsidRDefault="004A5A27">
            <w:r>
              <w:rPr>
                <w:b/>
                <w:sz w:val="12"/>
              </w:rPr>
              <w:t>95% CI high</w:t>
            </w:r>
          </w:p>
        </w:tc>
        <w:tc>
          <w:tcPr>
            <w:tcW w:w="1818" w:type="dxa"/>
          </w:tcPr>
          <w:p w14:paraId="2A4D559D" w14:textId="77777777" w:rsidR="00BD39C3" w:rsidRDefault="004A5A27">
            <w:r>
              <w:rPr>
                <w:b/>
                <w:sz w:val="12"/>
              </w:rPr>
              <w:t>p value</w:t>
            </w:r>
          </w:p>
        </w:tc>
      </w:tr>
      <w:tr w:rsidR="00BD39C3" w14:paraId="417F770A" w14:textId="77777777">
        <w:tc>
          <w:tcPr>
            <w:tcW w:w="1818" w:type="dxa"/>
          </w:tcPr>
          <w:p w14:paraId="12BFD25C" w14:textId="77777777" w:rsidR="00BD39C3" w:rsidRDefault="004A5A27">
            <w:r>
              <w:rPr>
                <w:sz w:val="12"/>
              </w:rPr>
              <w:t>Probable</w:t>
            </w:r>
          </w:p>
        </w:tc>
        <w:tc>
          <w:tcPr>
            <w:tcW w:w="1818" w:type="dxa"/>
          </w:tcPr>
          <w:p w14:paraId="63F5BE5B" w14:textId="77777777" w:rsidR="00BD39C3" w:rsidRDefault="004A5A27">
            <w:r>
              <w:rPr>
                <w:sz w:val="12"/>
              </w:rPr>
              <w:t>crude</w:t>
            </w:r>
          </w:p>
        </w:tc>
        <w:tc>
          <w:tcPr>
            <w:tcW w:w="1818" w:type="dxa"/>
          </w:tcPr>
          <w:p w14:paraId="659485F8" w14:textId="77777777" w:rsidR="00BD39C3" w:rsidRDefault="004A5A27">
            <w:r>
              <w:rPr>
                <w:sz w:val="12"/>
              </w:rPr>
              <w:t>627</w:t>
            </w:r>
          </w:p>
        </w:tc>
        <w:tc>
          <w:tcPr>
            <w:tcW w:w="1818" w:type="dxa"/>
          </w:tcPr>
          <w:p w14:paraId="0DE45DED" w14:textId="77777777" w:rsidR="00BD39C3" w:rsidRDefault="004A5A27">
            <w:r>
              <w:rPr>
                <w:sz w:val="12"/>
              </w:rPr>
              <w:t>111</w:t>
            </w:r>
          </w:p>
        </w:tc>
        <w:tc>
          <w:tcPr>
            <w:tcW w:w="1818" w:type="dxa"/>
          </w:tcPr>
          <w:p w14:paraId="0CF416FB" w14:textId="77777777" w:rsidR="00BD39C3" w:rsidRDefault="004A5A27">
            <w:r>
              <w:rPr>
                <w:sz w:val="12"/>
              </w:rPr>
              <w:t>0.889</w:t>
            </w:r>
          </w:p>
        </w:tc>
        <w:tc>
          <w:tcPr>
            <w:tcW w:w="1818" w:type="dxa"/>
          </w:tcPr>
          <w:p w14:paraId="0B225269" w14:textId="77777777" w:rsidR="00BD39C3" w:rsidRDefault="004A5A27">
            <w:r>
              <w:rPr>
                <w:sz w:val="12"/>
              </w:rPr>
              <w:t>0.472</w:t>
            </w:r>
          </w:p>
        </w:tc>
        <w:tc>
          <w:tcPr>
            <w:tcW w:w="1818" w:type="dxa"/>
          </w:tcPr>
          <w:p w14:paraId="3EC0349A" w14:textId="77777777" w:rsidR="00BD39C3" w:rsidRDefault="004A5A27">
            <w:r>
              <w:rPr>
                <w:sz w:val="12"/>
              </w:rPr>
              <w:t>1.674</w:t>
            </w:r>
          </w:p>
        </w:tc>
        <w:tc>
          <w:tcPr>
            <w:tcW w:w="1818" w:type="dxa"/>
          </w:tcPr>
          <w:p w14:paraId="6EAEC319" w14:textId="77777777" w:rsidR="00BD39C3" w:rsidRDefault="004A5A27">
            <w:r>
              <w:rPr>
                <w:sz w:val="12"/>
              </w:rPr>
              <w:t>0.716</w:t>
            </w:r>
          </w:p>
        </w:tc>
      </w:tr>
      <w:tr w:rsidR="00BD39C3" w14:paraId="24AE4718" w14:textId="77777777">
        <w:tc>
          <w:tcPr>
            <w:tcW w:w="1818" w:type="dxa"/>
          </w:tcPr>
          <w:p w14:paraId="52069645" w14:textId="77777777" w:rsidR="00BD39C3" w:rsidRDefault="004A5A27">
            <w:r>
              <w:rPr>
                <w:sz w:val="12"/>
              </w:rPr>
              <w:t>Probable</w:t>
            </w:r>
          </w:p>
        </w:tc>
        <w:tc>
          <w:tcPr>
            <w:tcW w:w="1818" w:type="dxa"/>
          </w:tcPr>
          <w:p w14:paraId="61BFB486" w14:textId="77777777" w:rsidR="00BD39C3" w:rsidRDefault="004A5A27">
            <w:r>
              <w:rPr>
                <w:sz w:val="12"/>
              </w:rPr>
              <w:t>age + sex</w:t>
            </w:r>
          </w:p>
        </w:tc>
        <w:tc>
          <w:tcPr>
            <w:tcW w:w="1818" w:type="dxa"/>
          </w:tcPr>
          <w:p w14:paraId="127D6242" w14:textId="77777777" w:rsidR="00BD39C3" w:rsidRDefault="004A5A27">
            <w:r>
              <w:rPr>
                <w:sz w:val="12"/>
              </w:rPr>
              <w:t>627</w:t>
            </w:r>
          </w:p>
        </w:tc>
        <w:tc>
          <w:tcPr>
            <w:tcW w:w="1818" w:type="dxa"/>
          </w:tcPr>
          <w:p w14:paraId="6F2F2ED4" w14:textId="77777777" w:rsidR="00BD39C3" w:rsidRDefault="004A5A27">
            <w:r>
              <w:rPr>
                <w:sz w:val="12"/>
              </w:rPr>
              <w:t>111</w:t>
            </w:r>
          </w:p>
        </w:tc>
        <w:tc>
          <w:tcPr>
            <w:tcW w:w="1818" w:type="dxa"/>
          </w:tcPr>
          <w:p w14:paraId="00246558" w14:textId="77777777" w:rsidR="00BD39C3" w:rsidRDefault="004A5A27">
            <w:r>
              <w:rPr>
                <w:sz w:val="12"/>
              </w:rPr>
              <w:t>0.645</w:t>
            </w:r>
          </w:p>
        </w:tc>
        <w:tc>
          <w:tcPr>
            <w:tcW w:w="1818" w:type="dxa"/>
          </w:tcPr>
          <w:p w14:paraId="0F508ADB" w14:textId="77777777" w:rsidR="00BD39C3" w:rsidRDefault="004A5A27">
            <w:r>
              <w:rPr>
                <w:sz w:val="12"/>
              </w:rPr>
              <w:t>0.332</w:t>
            </w:r>
          </w:p>
        </w:tc>
        <w:tc>
          <w:tcPr>
            <w:tcW w:w="1818" w:type="dxa"/>
          </w:tcPr>
          <w:p w14:paraId="1FEBBBA5" w14:textId="77777777" w:rsidR="00BD39C3" w:rsidRDefault="004A5A27">
            <w:r>
              <w:rPr>
                <w:sz w:val="12"/>
              </w:rPr>
              <w:t>1.253</w:t>
            </w:r>
          </w:p>
        </w:tc>
        <w:tc>
          <w:tcPr>
            <w:tcW w:w="1818" w:type="dxa"/>
          </w:tcPr>
          <w:p w14:paraId="318A60BF" w14:textId="77777777" w:rsidR="00BD39C3" w:rsidRDefault="004A5A27">
            <w:r>
              <w:rPr>
                <w:sz w:val="12"/>
              </w:rPr>
              <w:t>0.195</w:t>
            </w:r>
          </w:p>
        </w:tc>
      </w:tr>
      <w:tr w:rsidR="00BD39C3" w14:paraId="61710AF2" w14:textId="77777777">
        <w:tc>
          <w:tcPr>
            <w:tcW w:w="1818" w:type="dxa"/>
          </w:tcPr>
          <w:p w14:paraId="4CEA370A" w14:textId="77777777" w:rsidR="00BD39C3" w:rsidRDefault="004A5A27">
            <w:r>
              <w:rPr>
                <w:sz w:val="12"/>
              </w:rPr>
              <w:t>Probable</w:t>
            </w:r>
          </w:p>
        </w:tc>
        <w:tc>
          <w:tcPr>
            <w:tcW w:w="1818" w:type="dxa"/>
          </w:tcPr>
          <w:p w14:paraId="504E53DF" w14:textId="77777777" w:rsidR="00BD39C3" w:rsidRDefault="004A5A27">
            <w:r>
              <w:rPr>
                <w:sz w:val="12"/>
              </w:rPr>
              <w:t>age + sex + BMI</w:t>
            </w:r>
          </w:p>
        </w:tc>
        <w:tc>
          <w:tcPr>
            <w:tcW w:w="1818" w:type="dxa"/>
          </w:tcPr>
          <w:p w14:paraId="67F478A9" w14:textId="77777777" w:rsidR="00BD39C3" w:rsidRDefault="004A5A27">
            <w:r>
              <w:rPr>
                <w:sz w:val="12"/>
              </w:rPr>
              <w:t>627</w:t>
            </w:r>
          </w:p>
        </w:tc>
        <w:tc>
          <w:tcPr>
            <w:tcW w:w="1818" w:type="dxa"/>
          </w:tcPr>
          <w:p w14:paraId="28C5E5C1" w14:textId="77777777" w:rsidR="00BD39C3" w:rsidRDefault="004A5A27">
            <w:r>
              <w:rPr>
                <w:sz w:val="12"/>
              </w:rPr>
              <w:t>111</w:t>
            </w:r>
          </w:p>
        </w:tc>
        <w:tc>
          <w:tcPr>
            <w:tcW w:w="1818" w:type="dxa"/>
          </w:tcPr>
          <w:p w14:paraId="4B0BE857" w14:textId="77777777" w:rsidR="00BD39C3" w:rsidRDefault="004A5A27">
            <w:r>
              <w:rPr>
                <w:sz w:val="12"/>
              </w:rPr>
              <w:t>0.593</w:t>
            </w:r>
          </w:p>
        </w:tc>
        <w:tc>
          <w:tcPr>
            <w:tcW w:w="1818" w:type="dxa"/>
          </w:tcPr>
          <w:p w14:paraId="22DD3988" w14:textId="77777777" w:rsidR="00BD39C3" w:rsidRDefault="004A5A27">
            <w:r>
              <w:rPr>
                <w:sz w:val="12"/>
              </w:rPr>
              <w:t>0.299</w:t>
            </w:r>
          </w:p>
        </w:tc>
        <w:tc>
          <w:tcPr>
            <w:tcW w:w="1818" w:type="dxa"/>
          </w:tcPr>
          <w:p w14:paraId="1BF4EDC6" w14:textId="77777777" w:rsidR="00BD39C3" w:rsidRDefault="004A5A27">
            <w:r>
              <w:rPr>
                <w:sz w:val="12"/>
              </w:rPr>
              <w:t>1.177</w:t>
            </w:r>
          </w:p>
        </w:tc>
        <w:tc>
          <w:tcPr>
            <w:tcW w:w="1818" w:type="dxa"/>
          </w:tcPr>
          <w:p w14:paraId="1E5296D4" w14:textId="77777777" w:rsidR="00BD39C3" w:rsidRDefault="004A5A27">
            <w:r>
              <w:rPr>
                <w:sz w:val="12"/>
              </w:rPr>
              <w:t>0.135</w:t>
            </w:r>
          </w:p>
        </w:tc>
      </w:tr>
      <w:tr w:rsidR="00BD39C3" w14:paraId="15F08DFD" w14:textId="77777777">
        <w:tc>
          <w:tcPr>
            <w:tcW w:w="1818" w:type="dxa"/>
          </w:tcPr>
          <w:p w14:paraId="48BDCE24" w14:textId="77777777" w:rsidR="00BD39C3" w:rsidRDefault="004A5A27">
            <w:r>
              <w:rPr>
                <w:sz w:val="12"/>
              </w:rPr>
              <w:t>Confirmed ALM/ht2</w:t>
            </w:r>
          </w:p>
        </w:tc>
        <w:tc>
          <w:tcPr>
            <w:tcW w:w="1818" w:type="dxa"/>
          </w:tcPr>
          <w:p w14:paraId="349A07F5" w14:textId="77777777" w:rsidR="00BD39C3" w:rsidRDefault="004A5A27">
            <w:r>
              <w:rPr>
                <w:sz w:val="12"/>
              </w:rPr>
              <w:t>crude</w:t>
            </w:r>
          </w:p>
        </w:tc>
        <w:tc>
          <w:tcPr>
            <w:tcW w:w="1818" w:type="dxa"/>
          </w:tcPr>
          <w:p w14:paraId="1430036B" w14:textId="77777777" w:rsidR="00BD39C3" w:rsidRDefault="004A5A27">
            <w:r>
              <w:rPr>
                <w:sz w:val="12"/>
              </w:rPr>
              <w:t>627</w:t>
            </w:r>
          </w:p>
        </w:tc>
        <w:tc>
          <w:tcPr>
            <w:tcW w:w="1818" w:type="dxa"/>
          </w:tcPr>
          <w:p w14:paraId="10FFE94E" w14:textId="77777777" w:rsidR="00BD39C3" w:rsidRDefault="004A5A27">
            <w:r>
              <w:rPr>
                <w:sz w:val="12"/>
              </w:rPr>
              <w:t>111</w:t>
            </w:r>
          </w:p>
        </w:tc>
        <w:tc>
          <w:tcPr>
            <w:tcW w:w="1818" w:type="dxa"/>
          </w:tcPr>
          <w:p w14:paraId="44A6091D" w14:textId="77777777" w:rsidR="00BD39C3" w:rsidRDefault="004A5A27">
            <w:r>
              <w:rPr>
                <w:sz w:val="12"/>
              </w:rPr>
              <w:t>0.661</w:t>
            </w:r>
          </w:p>
        </w:tc>
        <w:tc>
          <w:tcPr>
            <w:tcW w:w="1818" w:type="dxa"/>
          </w:tcPr>
          <w:p w14:paraId="30B864B8" w14:textId="77777777" w:rsidR="00BD39C3" w:rsidRDefault="004A5A27">
            <w:r>
              <w:rPr>
                <w:sz w:val="12"/>
              </w:rPr>
              <w:t>0.081</w:t>
            </w:r>
          </w:p>
        </w:tc>
        <w:tc>
          <w:tcPr>
            <w:tcW w:w="1818" w:type="dxa"/>
          </w:tcPr>
          <w:p w14:paraId="2CFCAFC0" w14:textId="77777777" w:rsidR="00BD39C3" w:rsidRDefault="004A5A27">
            <w:r>
              <w:rPr>
                <w:sz w:val="12"/>
              </w:rPr>
              <w:t>5.427</w:t>
            </w:r>
          </w:p>
        </w:tc>
        <w:tc>
          <w:tcPr>
            <w:tcW w:w="1818" w:type="dxa"/>
          </w:tcPr>
          <w:p w14:paraId="74EF2879" w14:textId="77777777" w:rsidR="00BD39C3" w:rsidRDefault="004A5A27">
            <w:r>
              <w:rPr>
                <w:sz w:val="12"/>
              </w:rPr>
              <w:t>0.700</w:t>
            </w:r>
          </w:p>
        </w:tc>
      </w:tr>
      <w:tr w:rsidR="00BD39C3" w14:paraId="46B8359C" w14:textId="77777777">
        <w:tc>
          <w:tcPr>
            <w:tcW w:w="1818" w:type="dxa"/>
          </w:tcPr>
          <w:p w14:paraId="4883E945" w14:textId="77777777" w:rsidR="00BD39C3" w:rsidRDefault="004A5A27">
            <w:r>
              <w:rPr>
                <w:sz w:val="12"/>
              </w:rPr>
              <w:t>Confirmed ALM/ht2</w:t>
            </w:r>
          </w:p>
        </w:tc>
        <w:tc>
          <w:tcPr>
            <w:tcW w:w="1818" w:type="dxa"/>
          </w:tcPr>
          <w:p w14:paraId="0798C50D" w14:textId="77777777" w:rsidR="00BD39C3" w:rsidRDefault="004A5A27">
            <w:r>
              <w:rPr>
                <w:sz w:val="12"/>
              </w:rPr>
              <w:t>age + sex</w:t>
            </w:r>
          </w:p>
        </w:tc>
        <w:tc>
          <w:tcPr>
            <w:tcW w:w="1818" w:type="dxa"/>
          </w:tcPr>
          <w:p w14:paraId="0ACC340E" w14:textId="77777777" w:rsidR="00BD39C3" w:rsidRDefault="004A5A27">
            <w:r>
              <w:rPr>
                <w:sz w:val="12"/>
              </w:rPr>
              <w:t>627</w:t>
            </w:r>
          </w:p>
        </w:tc>
        <w:tc>
          <w:tcPr>
            <w:tcW w:w="1818" w:type="dxa"/>
          </w:tcPr>
          <w:p w14:paraId="56F5B6A1" w14:textId="77777777" w:rsidR="00BD39C3" w:rsidRDefault="004A5A27">
            <w:r>
              <w:rPr>
                <w:sz w:val="12"/>
              </w:rPr>
              <w:t>111</w:t>
            </w:r>
          </w:p>
        </w:tc>
        <w:tc>
          <w:tcPr>
            <w:tcW w:w="1818" w:type="dxa"/>
          </w:tcPr>
          <w:p w14:paraId="2B6C2B83" w14:textId="77777777" w:rsidR="00BD39C3" w:rsidRDefault="004A5A27">
            <w:r>
              <w:rPr>
                <w:sz w:val="12"/>
              </w:rPr>
              <w:t>0.614</w:t>
            </w:r>
          </w:p>
        </w:tc>
        <w:tc>
          <w:tcPr>
            <w:tcW w:w="1818" w:type="dxa"/>
          </w:tcPr>
          <w:p w14:paraId="6FCDFF14" w14:textId="77777777" w:rsidR="00BD39C3" w:rsidRDefault="004A5A27">
            <w:r>
              <w:rPr>
                <w:sz w:val="12"/>
              </w:rPr>
              <w:t>0.071</w:t>
            </w:r>
          </w:p>
        </w:tc>
        <w:tc>
          <w:tcPr>
            <w:tcW w:w="1818" w:type="dxa"/>
          </w:tcPr>
          <w:p w14:paraId="4CBF8ED6" w14:textId="77777777" w:rsidR="00BD39C3" w:rsidRDefault="004A5A27">
            <w:r>
              <w:rPr>
                <w:sz w:val="12"/>
              </w:rPr>
              <w:t>5.332</w:t>
            </w:r>
          </w:p>
        </w:tc>
        <w:tc>
          <w:tcPr>
            <w:tcW w:w="1818" w:type="dxa"/>
          </w:tcPr>
          <w:p w14:paraId="6BD78939" w14:textId="77777777" w:rsidR="00BD39C3" w:rsidRDefault="004A5A27">
            <w:r>
              <w:rPr>
                <w:sz w:val="12"/>
              </w:rPr>
              <w:t>0.658</w:t>
            </w:r>
          </w:p>
        </w:tc>
      </w:tr>
      <w:tr w:rsidR="00BD39C3" w14:paraId="39F55694" w14:textId="77777777">
        <w:tc>
          <w:tcPr>
            <w:tcW w:w="1818" w:type="dxa"/>
          </w:tcPr>
          <w:p w14:paraId="23ED7CB6" w14:textId="77777777" w:rsidR="00BD39C3" w:rsidRDefault="004A5A27">
            <w:r>
              <w:rPr>
                <w:sz w:val="12"/>
              </w:rPr>
              <w:t>Confirmed ALM/ht2</w:t>
            </w:r>
          </w:p>
        </w:tc>
        <w:tc>
          <w:tcPr>
            <w:tcW w:w="1818" w:type="dxa"/>
          </w:tcPr>
          <w:p w14:paraId="68D62031" w14:textId="77777777" w:rsidR="00BD39C3" w:rsidRDefault="004A5A27">
            <w:r>
              <w:rPr>
                <w:sz w:val="12"/>
              </w:rPr>
              <w:t>age + sex + BMI</w:t>
            </w:r>
          </w:p>
        </w:tc>
        <w:tc>
          <w:tcPr>
            <w:tcW w:w="1818" w:type="dxa"/>
          </w:tcPr>
          <w:p w14:paraId="799DDBFA" w14:textId="77777777" w:rsidR="00BD39C3" w:rsidRDefault="004A5A27">
            <w:r>
              <w:rPr>
                <w:sz w:val="12"/>
              </w:rPr>
              <w:t>627</w:t>
            </w:r>
          </w:p>
        </w:tc>
        <w:tc>
          <w:tcPr>
            <w:tcW w:w="1818" w:type="dxa"/>
          </w:tcPr>
          <w:p w14:paraId="380D0067" w14:textId="77777777" w:rsidR="00BD39C3" w:rsidRDefault="004A5A27">
            <w:r>
              <w:rPr>
                <w:sz w:val="12"/>
              </w:rPr>
              <w:t>111</w:t>
            </w:r>
          </w:p>
        </w:tc>
        <w:tc>
          <w:tcPr>
            <w:tcW w:w="1818" w:type="dxa"/>
          </w:tcPr>
          <w:p w14:paraId="65D54F8D" w14:textId="77777777" w:rsidR="00BD39C3" w:rsidRDefault="004A5A27">
            <w:r>
              <w:rPr>
                <w:sz w:val="12"/>
              </w:rPr>
              <w:t>0.332</w:t>
            </w:r>
          </w:p>
        </w:tc>
        <w:tc>
          <w:tcPr>
            <w:tcW w:w="1818" w:type="dxa"/>
          </w:tcPr>
          <w:p w14:paraId="4359AFC9" w14:textId="77777777" w:rsidR="00BD39C3" w:rsidRDefault="004A5A27">
            <w:r>
              <w:rPr>
                <w:sz w:val="12"/>
              </w:rPr>
              <w:t>0.038</w:t>
            </w:r>
          </w:p>
        </w:tc>
        <w:tc>
          <w:tcPr>
            <w:tcW w:w="1818" w:type="dxa"/>
          </w:tcPr>
          <w:p w14:paraId="62B98A82" w14:textId="77777777" w:rsidR="00BD39C3" w:rsidRDefault="004A5A27">
            <w:r>
              <w:rPr>
                <w:sz w:val="12"/>
              </w:rPr>
              <w:t>2.912</w:t>
            </w:r>
          </w:p>
        </w:tc>
        <w:tc>
          <w:tcPr>
            <w:tcW w:w="1818" w:type="dxa"/>
          </w:tcPr>
          <w:p w14:paraId="03038AED" w14:textId="77777777" w:rsidR="00BD39C3" w:rsidRDefault="004A5A27">
            <w:r>
              <w:rPr>
                <w:sz w:val="12"/>
              </w:rPr>
              <w:t>0.320</w:t>
            </w:r>
          </w:p>
        </w:tc>
      </w:tr>
      <w:tr w:rsidR="00BD39C3" w14:paraId="1C861434" w14:textId="77777777">
        <w:tc>
          <w:tcPr>
            <w:tcW w:w="1818" w:type="dxa"/>
          </w:tcPr>
          <w:p w14:paraId="14073341" w14:textId="77777777" w:rsidR="00BD39C3" w:rsidRDefault="004A5A27">
            <w:r>
              <w:rPr>
                <w:sz w:val="12"/>
              </w:rPr>
              <w:t>Confirmed abs ALM</w:t>
            </w:r>
          </w:p>
        </w:tc>
        <w:tc>
          <w:tcPr>
            <w:tcW w:w="1818" w:type="dxa"/>
          </w:tcPr>
          <w:p w14:paraId="7345F3AA" w14:textId="77777777" w:rsidR="00BD39C3" w:rsidRDefault="004A5A27">
            <w:r>
              <w:rPr>
                <w:sz w:val="12"/>
              </w:rPr>
              <w:t>crude</w:t>
            </w:r>
          </w:p>
        </w:tc>
        <w:tc>
          <w:tcPr>
            <w:tcW w:w="1818" w:type="dxa"/>
          </w:tcPr>
          <w:p w14:paraId="5DA1C3A8" w14:textId="77777777" w:rsidR="00BD39C3" w:rsidRDefault="004A5A27">
            <w:r>
              <w:rPr>
                <w:sz w:val="12"/>
              </w:rPr>
              <w:t>627</w:t>
            </w:r>
          </w:p>
        </w:tc>
        <w:tc>
          <w:tcPr>
            <w:tcW w:w="1818" w:type="dxa"/>
          </w:tcPr>
          <w:p w14:paraId="21DBEA76" w14:textId="77777777" w:rsidR="00BD39C3" w:rsidRDefault="004A5A27">
            <w:r>
              <w:rPr>
                <w:sz w:val="12"/>
              </w:rPr>
              <w:t>111</w:t>
            </w:r>
          </w:p>
        </w:tc>
        <w:tc>
          <w:tcPr>
            <w:tcW w:w="1818" w:type="dxa"/>
          </w:tcPr>
          <w:p w14:paraId="0CBE6FF6" w14:textId="77777777" w:rsidR="00BD39C3" w:rsidRDefault="004A5A27">
            <w:r>
              <w:rPr>
                <w:sz w:val="12"/>
              </w:rPr>
              <w:t>1.570</w:t>
            </w:r>
          </w:p>
        </w:tc>
        <w:tc>
          <w:tcPr>
            <w:tcW w:w="1818" w:type="dxa"/>
          </w:tcPr>
          <w:p w14:paraId="00D9E199" w14:textId="77777777" w:rsidR="00BD39C3" w:rsidRDefault="004A5A27">
            <w:r>
              <w:rPr>
                <w:sz w:val="12"/>
              </w:rPr>
              <w:t>0.497</w:t>
            </w:r>
          </w:p>
        </w:tc>
        <w:tc>
          <w:tcPr>
            <w:tcW w:w="1818" w:type="dxa"/>
          </w:tcPr>
          <w:p w14:paraId="41B06B05" w14:textId="77777777" w:rsidR="00BD39C3" w:rsidRDefault="004A5A27">
            <w:r>
              <w:rPr>
                <w:sz w:val="12"/>
              </w:rPr>
              <w:t>4.962</w:t>
            </w:r>
          </w:p>
        </w:tc>
        <w:tc>
          <w:tcPr>
            <w:tcW w:w="1818" w:type="dxa"/>
          </w:tcPr>
          <w:p w14:paraId="280680C0" w14:textId="77777777" w:rsidR="00BD39C3" w:rsidRDefault="004A5A27">
            <w:r>
              <w:rPr>
                <w:sz w:val="12"/>
              </w:rPr>
              <w:t>0.442</w:t>
            </w:r>
          </w:p>
        </w:tc>
      </w:tr>
      <w:tr w:rsidR="00BD39C3" w14:paraId="1F990139" w14:textId="77777777">
        <w:tc>
          <w:tcPr>
            <w:tcW w:w="1818" w:type="dxa"/>
          </w:tcPr>
          <w:p w14:paraId="5EC1C92F" w14:textId="77777777" w:rsidR="00BD39C3" w:rsidRDefault="004A5A27">
            <w:r>
              <w:rPr>
                <w:sz w:val="12"/>
              </w:rPr>
              <w:t>Confirmed abs ALM</w:t>
            </w:r>
          </w:p>
        </w:tc>
        <w:tc>
          <w:tcPr>
            <w:tcW w:w="1818" w:type="dxa"/>
          </w:tcPr>
          <w:p w14:paraId="4B4FF60D" w14:textId="77777777" w:rsidR="00BD39C3" w:rsidRDefault="004A5A27">
            <w:r>
              <w:rPr>
                <w:sz w:val="12"/>
              </w:rPr>
              <w:t>age + sex</w:t>
            </w:r>
          </w:p>
        </w:tc>
        <w:tc>
          <w:tcPr>
            <w:tcW w:w="1818" w:type="dxa"/>
          </w:tcPr>
          <w:p w14:paraId="559F32BA" w14:textId="77777777" w:rsidR="00BD39C3" w:rsidRDefault="004A5A27">
            <w:r>
              <w:rPr>
                <w:sz w:val="12"/>
              </w:rPr>
              <w:t>627</w:t>
            </w:r>
          </w:p>
        </w:tc>
        <w:tc>
          <w:tcPr>
            <w:tcW w:w="1818" w:type="dxa"/>
          </w:tcPr>
          <w:p w14:paraId="5769F9E3" w14:textId="77777777" w:rsidR="00BD39C3" w:rsidRDefault="004A5A27">
            <w:r>
              <w:rPr>
                <w:sz w:val="12"/>
              </w:rPr>
              <w:t>111</w:t>
            </w:r>
          </w:p>
        </w:tc>
        <w:tc>
          <w:tcPr>
            <w:tcW w:w="1818" w:type="dxa"/>
          </w:tcPr>
          <w:p w14:paraId="17A45E05" w14:textId="77777777" w:rsidR="00BD39C3" w:rsidRDefault="004A5A27">
            <w:r>
              <w:rPr>
                <w:sz w:val="12"/>
              </w:rPr>
              <w:t>1.154</w:t>
            </w:r>
          </w:p>
        </w:tc>
        <w:tc>
          <w:tcPr>
            <w:tcW w:w="1818" w:type="dxa"/>
          </w:tcPr>
          <w:p w14:paraId="17B7B684" w14:textId="77777777" w:rsidR="00BD39C3" w:rsidRDefault="004A5A27">
            <w:r>
              <w:rPr>
                <w:sz w:val="12"/>
              </w:rPr>
              <w:t>0.346</w:t>
            </w:r>
          </w:p>
        </w:tc>
        <w:tc>
          <w:tcPr>
            <w:tcW w:w="1818" w:type="dxa"/>
          </w:tcPr>
          <w:p w14:paraId="7DE1B17A" w14:textId="77777777" w:rsidR="00BD39C3" w:rsidRDefault="004A5A27">
            <w:r>
              <w:rPr>
                <w:sz w:val="12"/>
              </w:rPr>
              <w:t>3.852</w:t>
            </w:r>
          </w:p>
        </w:tc>
        <w:tc>
          <w:tcPr>
            <w:tcW w:w="1818" w:type="dxa"/>
          </w:tcPr>
          <w:p w14:paraId="5662991E" w14:textId="77777777" w:rsidR="00BD39C3" w:rsidRDefault="004A5A27">
            <w:r>
              <w:rPr>
                <w:sz w:val="12"/>
              </w:rPr>
              <w:t>0.815</w:t>
            </w:r>
          </w:p>
        </w:tc>
      </w:tr>
      <w:tr w:rsidR="00BD39C3" w14:paraId="74A5EDF9" w14:textId="77777777">
        <w:tc>
          <w:tcPr>
            <w:tcW w:w="1818" w:type="dxa"/>
          </w:tcPr>
          <w:p w14:paraId="4BD09BB5" w14:textId="77777777" w:rsidR="00BD39C3" w:rsidRDefault="004A5A27">
            <w:r>
              <w:rPr>
                <w:sz w:val="12"/>
              </w:rPr>
              <w:t>Confirmed abs ALM</w:t>
            </w:r>
          </w:p>
        </w:tc>
        <w:tc>
          <w:tcPr>
            <w:tcW w:w="1818" w:type="dxa"/>
          </w:tcPr>
          <w:p w14:paraId="1CF24AD8" w14:textId="77777777" w:rsidR="00BD39C3" w:rsidRDefault="004A5A27">
            <w:r>
              <w:rPr>
                <w:sz w:val="12"/>
              </w:rPr>
              <w:t>age + sex + BMI</w:t>
            </w:r>
          </w:p>
        </w:tc>
        <w:tc>
          <w:tcPr>
            <w:tcW w:w="1818" w:type="dxa"/>
          </w:tcPr>
          <w:p w14:paraId="162DFD04" w14:textId="77777777" w:rsidR="00BD39C3" w:rsidRDefault="004A5A27">
            <w:r>
              <w:rPr>
                <w:sz w:val="12"/>
              </w:rPr>
              <w:t>627</w:t>
            </w:r>
          </w:p>
        </w:tc>
        <w:tc>
          <w:tcPr>
            <w:tcW w:w="1818" w:type="dxa"/>
          </w:tcPr>
          <w:p w14:paraId="7D502CEF" w14:textId="77777777" w:rsidR="00BD39C3" w:rsidRDefault="004A5A27">
            <w:r>
              <w:rPr>
                <w:sz w:val="12"/>
              </w:rPr>
              <w:t>111</w:t>
            </w:r>
          </w:p>
        </w:tc>
        <w:tc>
          <w:tcPr>
            <w:tcW w:w="1818" w:type="dxa"/>
          </w:tcPr>
          <w:p w14:paraId="07D8CCA8" w14:textId="77777777" w:rsidR="00BD39C3" w:rsidRDefault="004A5A27">
            <w:r>
              <w:rPr>
                <w:sz w:val="12"/>
              </w:rPr>
              <w:t>0.730</w:t>
            </w:r>
          </w:p>
        </w:tc>
        <w:tc>
          <w:tcPr>
            <w:tcW w:w="1818" w:type="dxa"/>
          </w:tcPr>
          <w:p w14:paraId="232FF803" w14:textId="77777777" w:rsidR="00BD39C3" w:rsidRDefault="004A5A27">
            <w:r>
              <w:rPr>
                <w:sz w:val="12"/>
              </w:rPr>
              <w:t>0.212</w:t>
            </w:r>
          </w:p>
        </w:tc>
        <w:tc>
          <w:tcPr>
            <w:tcW w:w="1818" w:type="dxa"/>
          </w:tcPr>
          <w:p w14:paraId="024A60A9" w14:textId="77777777" w:rsidR="00BD39C3" w:rsidRDefault="004A5A27">
            <w:r>
              <w:rPr>
                <w:sz w:val="12"/>
              </w:rPr>
              <w:t>2.515</w:t>
            </w:r>
          </w:p>
        </w:tc>
        <w:tc>
          <w:tcPr>
            <w:tcW w:w="1818" w:type="dxa"/>
          </w:tcPr>
          <w:p w14:paraId="7A6AF780" w14:textId="77777777" w:rsidR="00BD39C3" w:rsidRDefault="004A5A27">
            <w:r>
              <w:rPr>
                <w:sz w:val="12"/>
              </w:rPr>
              <w:t>0.618</w:t>
            </w:r>
          </w:p>
        </w:tc>
      </w:tr>
      <w:tr w:rsidR="00BD39C3" w14:paraId="2264FF52" w14:textId="77777777">
        <w:tc>
          <w:tcPr>
            <w:tcW w:w="1818" w:type="dxa"/>
          </w:tcPr>
          <w:p w14:paraId="1CA75FC5" w14:textId="77777777" w:rsidR="00BD39C3" w:rsidRDefault="004A5A27">
            <w:r>
              <w:rPr>
                <w:sz w:val="12"/>
              </w:rPr>
              <w:t>Confirmed FNIH</w:t>
            </w:r>
          </w:p>
        </w:tc>
        <w:tc>
          <w:tcPr>
            <w:tcW w:w="1818" w:type="dxa"/>
          </w:tcPr>
          <w:p w14:paraId="5C11DB36" w14:textId="77777777" w:rsidR="00BD39C3" w:rsidRDefault="004A5A27">
            <w:r>
              <w:rPr>
                <w:sz w:val="12"/>
              </w:rPr>
              <w:t>crude</w:t>
            </w:r>
          </w:p>
        </w:tc>
        <w:tc>
          <w:tcPr>
            <w:tcW w:w="1818" w:type="dxa"/>
          </w:tcPr>
          <w:p w14:paraId="34138DDF" w14:textId="77777777" w:rsidR="00BD39C3" w:rsidRDefault="004A5A27">
            <w:r>
              <w:rPr>
                <w:sz w:val="12"/>
              </w:rPr>
              <w:t>627</w:t>
            </w:r>
          </w:p>
        </w:tc>
        <w:tc>
          <w:tcPr>
            <w:tcW w:w="1818" w:type="dxa"/>
          </w:tcPr>
          <w:p w14:paraId="6D366306" w14:textId="77777777" w:rsidR="00BD39C3" w:rsidRDefault="004A5A27">
            <w:r>
              <w:rPr>
                <w:sz w:val="12"/>
              </w:rPr>
              <w:t>111</w:t>
            </w:r>
          </w:p>
        </w:tc>
        <w:tc>
          <w:tcPr>
            <w:tcW w:w="1818" w:type="dxa"/>
          </w:tcPr>
          <w:p w14:paraId="5A81D42A" w14:textId="77777777" w:rsidR="00BD39C3" w:rsidRDefault="004A5A27">
            <w:r>
              <w:rPr>
                <w:sz w:val="12"/>
              </w:rPr>
              <w:t>0.595</w:t>
            </w:r>
          </w:p>
        </w:tc>
        <w:tc>
          <w:tcPr>
            <w:tcW w:w="1818" w:type="dxa"/>
          </w:tcPr>
          <w:p w14:paraId="41B53A2E" w14:textId="77777777" w:rsidR="00BD39C3" w:rsidRDefault="004A5A27">
            <w:r>
              <w:rPr>
                <w:sz w:val="12"/>
              </w:rPr>
              <w:t>0.176</w:t>
            </w:r>
          </w:p>
        </w:tc>
        <w:tc>
          <w:tcPr>
            <w:tcW w:w="1818" w:type="dxa"/>
          </w:tcPr>
          <w:p w14:paraId="6085D844" w14:textId="77777777" w:rsidR="00BD39C3" w:rsidRDefault="004A5A27">
            <w:r>
              <w:rPr>
                <w:sz w:val="12"/>
              </w:rPr>
              <w:t>2.019</w:t>
            </w:r>
          </w:p>
        </w:tc>
        <w:tc>
          <w:tcPr>
            <w:tcW w:w="1818" w:type="dxa"/>
          </w:tcPr>
          <w:p w14:paraId="09C69594" w14:textId="77777777" w:rsidR="00BD39C3" w:rsidRDefault="004A5A27">
            <w:r>
              <w:rPr>
                <w:sz w:val="12"/>
              </w:rPr>
              <w:t>0.405</w:t>
            </w:r>
          </w:p>
        </w:tc>
      </w:tr>
      <w:tr w:rsidR="00BD39C3" w14:paraId="59D95963" w14:textId="77777777">
        <w:tc>
          <w:tcPr>
            <w:tcW w:w="1818" w:type="dxa"/>
          </w:tcPr>
          <w:p w14:paraId="17A3BB3E" w14:textId="77777777" w:rsidR="00BD39C3" w:rsidRDefault="004A5A27">
            <w:r>
              <w:rPr>
                <w:sz w:val="12"/>
              </w:rPr>
              <w:t>Confirmed FNIH</w:t>
            </w:r>
          </w:p>
        </w:tc>
        <w:tc>
          <w:tcPr>
            <w:tcW w:w="1818" w:type="dxa"/>
          </w:tcPr>
          <w:p w14:paraId="7F52F3D0" w14:textId="77777777" w:rsidR="00BD39C3" w:rsidRDefault="004A5A27">
            <w:r>
              <w:rPr>
                <w:sz w:val="12"/>
              </w:rPr>
              <w:t>age + sex</w:t>
            </w:r>
          </w:p>
        </w:tc>
        <w:tc>
          <w:tcPr>
            <w:tcW w:w="1818" w:type="dxa"/>
          </w:tcPr>
          <w:p w14:paraId="2C607EE8" w14:textId="77777777" w:rsidR="00BD39C3" w:rsidRDefault="004A5A27">
            <w:r>
              <w:rPr>
                <w:sz w:val="12"/>
              </w:rPr>
              <w:t>627</w:t>
            </w:r>
          </w:p>
        </w:tc>
        <w:tc>
          <w:tcPr>
            <w:tcW w:w="1818" w:type="dxa"/>
          </w:tcPr>
          <w:p w14:paraId="0CF14601" w14:textId="77777777" w:rsidR="00BD39C3" w:rsidRDefault="004A5A27">
            <w:r>
              <w:rPr>
                <w:sz w:val="12"/>
              </w:rPr>
              <w:t>111</w:t>
            </w:r>
          </w:p>
        </w:tc>
        <w:tc>
          <w:tcPr>
            <w:tcW w:w="1818" w:type="dxa"/>
          </w:tcPr>
          <w:p w14:paraId="1F173EED" w14:textId="77777777" w:rsidR="00BD39C3" w:rsidRDefault="004A5A27">
            <w:r>
              <w:rPr>
                <w:sz w:val="12"/>
              </w:rPr>
              <w:t>0.510</w:t>
            </w:r>
          </w:p>
        </w:tc>
        <w:tc>
          <w:tcPr>
            <w:tcW w:w="1818" w:type="dxa"/>
          </w:tcPr>
          <w:p w14:paraId="59D5C42A" w14:textId="77777777" w:rsidR="00BD39C3" w:rsidRDefault="004A5A27">
            <w:r>
              <w:rPr>
                <w:sz w:val="12"/>
              </w:rPr>
              <w:t>0.147</w:t>
            </w:r>
          </w:p>
        </w:tc>
        <w:tc>
          <w:tcPr>
            <w:tcW w:w="1818" w:type="dxa"/>
          </w:tcPr>
          <w:p w14:paraId="78D376B1" w14:textId="77777777" w:rsidR="00BD39C3" w:rsidRDefault="004A5A27">
            <w:r>
              <w:rPr>
                <w:sz w:val="12"/>
              </w:rPr>
              <w:t>1.767</w:t>
            </w:r>
          </w:p>
        </w:tc>
        <w:tc>
          <w:tcPr>
            <w:tcW w:w="1818" w:type="dxa"/>
          </w:tcPr>
          <w:p w14:paraId="637D52AB" w14:textId="77777777" w:rsidR="00BD39C3" w:rsidRDefault="004A5A27">
            <w:r>
              <w:rPr>
                <w:sz w:val="12"/>
              </w:rPr>
              <w:t>0.288</w:t>
            </w:r>
          </w:p>
        </w:tc>
      </w:tr>
      <w:tr w:rsidR="00BD39C3" w14:paraId="623D42C2" w14:textId="77777777">
        <w:tc>
          <w:tcPr>
            <w:tcW w:w="1818" w:type="dxa"/>
          </w:tcPr>
          <w:p w14:paraId="0247210E" w14:textId="77777777" w:rsidR="00BD39C3" w:rsidRDefault="004A5A27">
            <w:r>
              <w:rPr>
                <w:sz w:val="12"/>
              </w:rPr>
              <w:t>Confirmed FNIH</w:t>
            </w:r>
          </w:p>
        </w:tc>
        <w:tc>
          <w:tcPr>
            <w:tcW w:w="1818" w:type="dxa"/>
          </w:tcPr>
          <w:p w14:paraId="7DCBD3C0" w14:textId="77777777" w:rsidR="00BD39C3" w:rsidRDefault="004A5A27">
            <w:r>
              <w:rPr>
                <w:sz w:val="12"/>
              </w:rPr>
              <w:t>age + sex + BMI</w:t>
            </w:r>
          </w:p>
        </w:tc>
        <w:tc>
          <w:tcPr>
            <w:tcW w:w="1818" w:type="dxa"/>
          </w:tcPr>
          <w:p w14:paraId="0F875967" w14:textId="77777777" w:rsidR="00BD39C3" w:rsidRDefault="004A5A27">
            <w:r>
              <w:rPr>
                <w:sz w:val="12"/>
              </w:rPr>
              <w:t>627</w:t>
            </w:r>
          </w:p>
        </w:tc>
        <w:tc>
          <w:tcPr>
            <w:tcW w:w="1818" w:type="dxa"/>
          </w:tcPr>
          <w:p w14:paraId="567D7725" w14:textId="77777777" w:rsidR="00BD39C3" w:rsidRDefault="004A5A27">
            <w:r>
              <w:rPr>
                <w:sz w:val="12"/>
              </w:rPr>
              <w:t>111</w:t>
            </w:r>
          </w:p>
        </w:tc>
        <w:tc>
          <w:tcPr>
            <w:tcW w:w="1818" w:type="dxa"/>
          </w:tcPr>
          <w:p w14:paraId="26509F29" w14:textId="77777777" w:rsidR="00BD39C3" w:rsidRDefault="004A5A27">
            <w:r>
              <w:rPr>
                <w:sz w:val="12"/>
              </w:rPr>
              <w:t>0.527</w:t>
            </w:r>
          </w:p>
        </w:tc>
        <w:tc>
          <w:tcPr>
            <w:tcW w:w="1818" w:type="dxa"/>
          </w:tcPr>
          <w:p w14:paraId="7DF69DC4" w14:textId="77777777" w:rsidR="00BD39C3" w:rsidRDefault="004A5A27">
            <w:r>
              <w:rPr>
                <w:sz w:val="12"/>
              </w:rPr>
              <w:t>0.146</w:t>
            </w:r>
          </w:p>
        </w:tc>
        <w:tc>
          <w:tcPr>
            <w:tcW w:w="1818" w:type="dxa"/>
          </w:tcPr>
          <w:p w14:paraId="790F590B" w14:textId="77777777" w:rsidR="00BD39C3" w:rsidRDefault="004A5A27">
            <w:r>
              <w:rPr>
                <w:sz w:val="12"/>
              </w:rPr>
              <w:t>1.905</w:t>
            </w:r>
          </w:p>
        </w:tc>
        <w:tc>
          <w:tcPr>
            <w:tcW w:w="1818" w:type="dxa"/>
          </w:tcPr>
          <w:p w14:paraId="5CD7EA1D" w14:textId="77777777" w:rsidR="00BD39C3" w:rsidRDefault="004A5A27">
            <w:r>
              <w:rPr>
                <w:sz w:val="12"/>
              </w:rPr>
              <w:t>0.329</w:t>
            </w:r>
          </w:p>
        </w:tc>
      </w:tr>
    </w:tbl>
    <w:p w14:paraId="6336FFB7" w14:textId="77777777" w:rsidR="00BD39C3" w:rsidRDefault="004A5A27">
      <w:r>
        <w:rPr>
          <w:i/>
        </w:rPr>
        <w:t>Odds ratios are for the sarcopenia term in each model.</w:t>
      </w:r>
    </w:p>
    <w:p w14:paraId="4FFCF741" w14:textId="77777777" w:rsidR="00BD39C3" w:rsidRDefault="00BD39C3"/>
    <w:p w14:paraId="36A66868" w14:textId="77777777" w:rsidR="00BD39C3" w:rsidRDefault="004A5A27">
      <w:pPr>
        <w:pStyle w:val="Heading2"/>
      </w:pPr>
      <w:r>
        <w:t>Supplementary Table S6. Progressive ALM-bone models: Neck BMD</w:t>
      </w:r>
    </w:p>
    <w:tbl>
      <w:tblPr>
        <w:tblStyle w:val="TableGrid"/>
        <w:tblW w:w="0" w:type="auto"/>
        <w:tblLook w:val="04A0" w:firstRow="1" w:lastRow="0" w:firstColumn="1" w:lastColumn="0" w:noHBand="0" w:noVBand="1"/>
      </w:tblPr>
      <w:tblGrid>
        <w:gridCol w:w="1902"/>
        <w:gridCol w:w="1745"/>
        <w:gridCol w:w="1785"/>
        <w:gridCol w:w="1785"/>
        <w:gridCol w:w="1785"/>
        <w:gridCol w:w="1788"/>
      </w:tblGrid>
      <w:tr w:rsidR="00BD39C3" w14:paraId="5FF7A78A" w14:textId="77777777">
        <w:trPr>
          <w:tblHeader/>
        </w:trPr>
        <w:tc>
          <w:tcPr>
            <w:tcW w:w="2424" w:type="dxa"/>
          </w:tcPr>
          <w:p w14:paraId="290037EC" w14:textId="77777777" w:rsidR="00BD39C3" w:rsidRDefault="004A5A27">
            <w:r>
              <w:rPr>
                <w:b/>
                <w:sz w:val="14"/>
              </w:rPr>
              <w:t>Model</w:t>
            </w:r>
          </w:p>
        </w:tc>
        <w:tc>
          <w:tcPr>
            <w:tcW w:w="2424" w:type="dxa"/>
          </w:tcPr>
          <w:p w14:paraId="086E1FEC" w14:textId="77777777" w:rsidR="00BD39C3" w:rsidRDefault="004A5A27">
            <w:r>
              <w:rPr>
                <w:b/>
                <w:sz w:val="14"/>
              </w:rPr>
              <w:t>N</w:t>
            </w:r>
          </w:p>
        </w:tc>
        <w:tc>
          <w:tcPr>
            <w:tcW w:w="2424" w:type="dxa"/>
          </w:tcPr>
          <w:p w14:paraId="03CB4348" w14:textId="77777777" w:rsidR="00BD39C3" w:rsidRDefault="004A5A27">
            <w:r>
              <w:rPr>
                <w:b/>
                <w:sz w:val="14"/>
              </w:rPr>
              <w:t>Std beta</w:t>
            </w:r>
          </w:p>
        </w:tc>
        <w:tc>
          <w:tcPr>
            <w:tcW w:w="2424" w:type="dxa"/>
          </w:tcPr>
          <w:p w14:paraId="27E0CA85" w14:textId="77777777" w:rsidR="00BD39C3" w:rsidRDefault="004A5A27">
            <w:r>
              <w:rPr>
                <w:b/>
                <w:sz w:val="14"/>
              </w:rPr>
              <w:t>95% CI low</w:t>
            </w:r>
          </w:p>
        </w:tc>
        <w:tc>
          <w:tcPr>
            <w:tcW w:w="2424" w:type="dxa"/>
          </w:tcPr>
          <w:p w14:paraId="75C60DFB" w14:textId="77777777" w:rsidR="00BD39C3" w:rsidRDefault="004A5A27">
            <w:r>
              <w:rPr>
                <w:b/>
                <w:sz w:val="14"/>
              </w:rPr>
              <w:t>95% CI high</w:t>
            </w:r>
          </w:p>
        </w:tc>
        <w:tc>
          <w:tcPr>
            <w:tcW w:w="2424" w:type="dxa"/>
          </w:tcPr>
          <w:p w14:paraId="4A1342D4" w14:textId="77777777" w:rsidR="00BD39C3" w:rsidRDefault="004A5A27">
            <w:r>
              <w:rPr>
                <w:b/>
                <w:sz w:val="14"/>
              </w:rPr>
              <w:t>p value</w:t>
            </w:r>
          </w:p>
        </w:tc>
      </w:tr>
      <w:tr w:rsidR="00BD39C3" w14:paraId="08321B58" w14:textId="77777777">
        <w:tc>
          <w:tcPr>
            <w:tcW w:w="2424" w:type="dxa"/>
          </w:tcPr>
          <w:p w14:paraId="3AE341E2" w14:textId="77777777" w:rsidR="00BD39C3" w:rsidRDefault="004A5A27">
            <w:r>
              <w:rPr>
                <w:sz w:val="14"/>
              </w:rPr>
              <w:t>unadjusted</w:t>
            </w:r>
          </w:p>
        </w:tc>
        <w:tc>
          <w:tcPr>
            <w:tcW w:w="2424" w:type="dxa"/>
          </w:tcPr>
          <w:p w14:paraId="3B635265" w14:textId="77777777" w:rsidR="00BD39C3" w:rsidRDefault="004A5A27">
            <w:r>
              <w:rPr>
                <w:sz w:val="14"/>
              </w:rPr>
              <w:t>529</w:t>
            </w:r>
          </w:p>
        </w:tc>
        <w:tc>
          <w:tcPr>
            <w:tcW w:w="2424" w:type="dxa"/>
          </w:tcPr>
          <w:p w14:paraId="6C5CB79E" w14:textId="77777777" w:rsidR="00BD39C3" w:rsidRDefault="004A5A27">
            <w:r>
              <w:rPr>
                <w:sz w:val="14"/>
              </w:rPr>
              <w:t>0.515</w:t>
            </w:r>
          </w:p>
        </w:tc>
        <w:tc>
          <w:tcPr>
            <w:tcW w:w="2424" w:type="dxa"/>
          </w:tcPr>
          <w:p w14:paraId="3BFD1AD1" w14:textId="77777777" w:rsidR="00BD39C3" w:rsidRDefault="004A5A27">
            <w:r>
              <w:rPr>
                <w:sz w:val="14"/>
              </w:rPr>
              <w:t>0.442</w:t>
            </w:r>
          </w:p>
        </w:tc>
        <w:tc>
          <w:tcPr>
            <w:tcW w:w="2424" w:type="dxa"/>
          </w:tcPr>
          <w:p w14:paraId="77FA857C" w14:textId="77777777" w:rsidR="00BD39C3" w:rsidRDefault="004A5A27">
            <w:r>
              <w:rPr>
                <w:sz w:val="14"/>
              </w:rPr>
              <w:t>0.589</w:t>
            </w:r>
          </w:p>
        </w:tc>
        <w:tc>
          <w:tcPr>
            <w:tcW w:w="2424" w:type="dxa"/>
          </w:tcPr>
          <w:p w14:paraId="60DFE3C6" w14:textId="77777777" w:rsidR="00BD39C3" w:rsidRDefault="004A5A27">
            <w:r>
              <w:rPr>
                <w:sz w:val="14"/>
              </w:rPr>
              <w:t>0.000</w:t>
            </w:r>
          </w:p>
        </w:tc>
      </w:tr>
      <w:tr w:rsidR="00BD39C3" w14:paraId="038C0CF0" w14:textId="77777777">
        <w:tc>
          <w:tcPr>
            <w:tcW w:w="2424" w:type="dxa"/>
          </w:tcPr>
          <w:p w14:paraId="054FAE7A" w14:textId="77777777" w:rsidR="00BD39C3" w:rsidRDefault="004A5A27">
            <w:r>
              <w:rPr>
                <w:sz w:val="14"/>
              </w:rPr>
              <w:t>age + sex</w:t>
            </w:r>
          </w:p>
        </w:tc>
        <w:tc>
          <w:tcPr>
            <w:tcW w:w="2424" w:type="dxa"/>
          </w:tcPr>
          <w:p w14:paraId="5CE537F0" w14:textId="77777777" w:rsidR="00BD39C3" w:rsidRDefault="004A5A27">
            <w:r>
              <w:rPr>
                <w:sz w:val="14"/>
              </w:rPr>
              <w:t>529</w:t>
            </w:r>
          </w:p>
        </w:tc>
        <w:tc>
          <w:tcPr>
            <w:tcW w:w="2424" w:type="dxa"/>
          </w:tcPr>
          <w:p w14:paraId="609FE62D" w14:textId="77777777" w:rsidR="00BD39C3" w:rsidRDefault="004A5A27">
            <w:r>
              <w:rPr>
                <w:sz w:val="14"/>
              </w:rPr>
              <w:t>0.459</w:t>
            </w:r>
          </w:p>
        </w:tc>
        <w:tc>
          <w:tcPr>
            <w:tcW w:w="2424" w:type="dxa"/>
          </w:tcPr>
          <w:p w14:paraId="714E2D14" w14:textId="77777777" w:rsidR="00BD39C3" w:rsidRDefault="004A5A27">
            <w:r>
              <w:rPr>
                <w:sz w:val="14"/>
              </w:rPr>
              <w:t>0.352</w:t>
            </w:r>
          </w:p>
        </w:tc>
        <w:tc>
          <w:tcPr>
            <w:tcW w:w="2424" w:type="dxa"/>
          </w:tcPr>
          <w:p w14:paraId="5F244536" w14:textId="77777777" w:rsidR="00BD39C3" w:rsidRDefault="004A5A27">
            <w:r>
              <w:rPr>
                <w:sz w:val="14"/>
              </w:rPr>
              <w:t>0.567</w:t>
            </w:r>
          </w:p>
        </w:tc>
        <w:tc>
          <w:tcPr>
            <w:tcW w:w="2424" w:type="dxa"/>
          </w:tcPr>
          <w:p w14:paraId="0D8006A8" w14:textId="77777777" w:rsidR="00BD39C3" w:rsidRDefault="004A5A27">
            <w:r>
              <w:rPr>
                <w:sz w:val="14"/>
              </w:rPr>
              <w:t>0.000</w:t>
            </w:r>
          </w:p>
        </w:tc>
      </w:tr>
      <w:tr w:rsidR="00BD39C3" w14:paraId="479E4CAF" w14:textId="77777777">
        <w:tc>
          <w:tcPr>
            <w:tcW w:w="2424" w:type="dxa"/>
          </w:tcPr>
          <w:p w14:paraId="2ED9059E" w14:textId="77777777" w:rsidR="00BD39C3" w:rsidRDefault="004A5A27">
            <w:r>
              <w:rPr>
                <w:sz w:val="14"/>
              </w:rPr>
              <w:t>age + sex + height</w:t>
            </w:r>
          </w:p>
        </w:tc>
        <w:tc>
          <w:tcPr>
            <w:tcW w:w="2424" w:type="dxa"/>
          </w:tcPr>
          <w:p w14:paraId="56B93B3D" w14:textId="77777777" w:rsidR="00BD39C3" w:rsidRDefault="004A5A27">
            <w:r>
              <w:rPr>
                <w:sz w:val="14"/>
              </w:rPr>
              <w:t>529</w:t>
            </w:r>
          </w:p>
        </w:tc>
        <w:tc>
          <w:tcPr>
            <w:tcW w:w="2424" w:type="dxa"/>
          </w:tcPr>
          <w:p w14:paraId="1B227FE2" w14:textId="77777777" w:rsidR="00BD39C3" w:rsidRDefault="004A5A27">
            <w:r>
              <w:rPr>
                <w:sz w:val="14"/>
              </w:rPr>
              <w:t>0.411</w:t>
            </w:r>
          </w:p>
        </w:tc>
        <w:tc>
          <w:tcPr>
            <w:tcW w:w="2424" w:type="dxa"/>
          </w:tcPr>
          <w:p w14:paraId="1590CA16" w14:textId="77777777" w:rsidR="00BD39C3" w:rsidRDefault="004A5A27">
            <w:r>
              <w:rPr>
                <w:sz w:val="14"/>
              </w:rPr>
              <w:t>0.287</w:t>
            </w:r>
          </w:p>
        </w:tc>
        <w:tc>
          <w:tcPr>
            <w:tcW w:w="2424" w:type="dxa"/>
          </w:tcPr>
          <w:p w14:paraId="6EA55E52" w14:textId="77777777" w:rsidR="00BD39C3" w:rsidRDefault="004A5A27">
            <w:r>
              <w:rPr>
                <w:sz w:val="14"/>
              </w:rPr>
              <w:t>0.535</w:t>
            </w:r>
          </w:p>
        </w:tc>
        <w:tc>
          <w:tcPr>
            <w:tcW w:w="2424" w:type="dxa"/>
          </w:tcPr>
          <w:p w14:paraId="59204FB2" w14:textId="77777777" w:rsidR="00BD39C3" w:rsidRDefault="004A5A27">
            <w:r>
              <w:rPr>
                <w:sz w:val="14"/>
              </w:rPr>
              <w:t>0.000</w:t>
            </w:r>
          </w:p>
        </w:tc>
      </w:tr>
      <w:tr w:rsidR="00BD39C3" w14:paraId="06DC600C" w14:textId="77777777">
        <w:tc>
          <w:tcPr>
            <w:tcW w:w="2424" w:type="dxa"/>
          </w:tcPr>
          <w:p w14:paraId="1EF0BA6E" w14:textId="77777777" w:rsidR="00BD39C3" w:rsidRDefault="004A5A27">
            <w:r>
              <w:rPr>
                <w:sz w:val="14"/>
              </w:rPr>
              <w:t>age + sex + height + weight</w:t>
            </w:r>
          </w:p>
        </w:tc>
        <w:tc>
          <w:tcPr>
            <w:tcW w:w="2424" w:type="dxa"/>
          </w:tcPr>
          <w:p w14:paraId="142CD42C" w14:textId="77777777" w:rsidR="00BD39C3" w:rsidRDefault="004A5A27">
            <w:r>
              <w:rPr>
                <w:sz w:val="14"/>
              </w:rPr>
              <w:t>529</w:t>
            </w:r>
          </w:p>
        </w:tc>
        <w:tc>
          <w:tcPr>
            <w:tcW w:w="2424" w:type="dxa"/>
          </w:tcPr>
          <w:p w14:paraId="16D45708" w14:textId="77777777" w:rsidR="00BD39C3" w:rsidRDefault="004A5A27">
            <w:r>
              <w:rPr>
                <w:sz w:val="14"/>
              </w:rPr>
              <w:t>-0.010</w:t>
            </w:r>
          </w:p>
        </w:tc>
        <w:tc>
          <w:tcPr>
            <w:tcW w:w="2424" w:type="dxa"/>
          </w:tcPr>
          <w:p w14:paraId="6B1B867A" w14:textId="77777777" w:rsidR="00BD39C3" w:rsidRDefault="004A5A27">
            <w:r>
              <w:rPr>
                <w:sz w:val="14"/>
              </w:rPr>
              <w:t>-0.225</w:t>
            </w:r>
          </w:p>
        </w:tc>
        <w:tc>
          <w:tcPr>
            <w:tcW w:w="2424" w:type="dxa"/>
          </w:tcPr>
          <w:p w14:paraId="1A02D57B" w14:textId="77777777" w:rsidR="00BD39C3" w:rsidRDefault="004A5A27">
            <w:r>
              <w:rPr>
                <w:sz w:val="14"/>
              </w:rPr>
              <w:t>0.204</w:t>
            </w:r>
          </w:p>
        </w:tc>
        <w:tc>
          <w:tcPr>
            <w:tcW w:w="2424" w:type="dxa"/>
          </w:tcPr>
          <w:p w14:paraId="79C49D88" w14:textId="77777777" w:rsidR="00BD39C3" w:rsidRDefault="004A5A27">
            <w:r>
              <w:rPr>
                <w:sz w:val="14"/>
              </w:rPr>
              <w:t>0.925</w:t>
            </w:r>
          </w:p>
        </w:tc>
      </w:tr>
      <w:tr w:rsidR="00BD39C3" w14:paraId="5772525A" w14:textId="77777777">
        <w:tc>
          <w:tcPr>
            <w:tcW w:w="2424" w:type="dxa"/>
          </w:tcPr>
          <w:p w14:paraId="4F5D66BA" w14:textId="77777777" w:rsidR="00BD39C3" w:rsidRDefault="004A5A27">
            <w:r>
              <w:rPr>
                <w:sz w:val="14"/>
              </w:rPr>
              <w:t>age + sex + BMI + height</w:t>
            </w:r>
          </w:p>
        </w:tc>
        <w:tc>
          <w:tcPr>
            <w:tcW w:w="2424" w:type="dxa"/>
          </w:tcPr>
          <w:p w14:paraId="4D3ADA84" w14:textId="77777777" w:rsidR="00BD39C3" w:rsidRDefault="004A5A27">
            <w:r>
              <w:rPr>
                <w:sz w:val="14"/>
              </w:rPr>
              <w:t>529</w:t>
            </w:r>
          </w:p>
        </w:tc>
        <w:tc>
          <w:tcPr>
            <w:tcW w:w="2424" w:type="dxa"/>
          </w:tcPr>
          <w:p w14:paraId="65DDD7D6" w14:textId="77777777" w:rsidR="00BD39C3" w:rsidRDefault="004A5A27">
            <w:r>
              <w:rPr>
                <w:sz w:val="14"/>
              </w:rPr>
              <w:t>0.034</w:t>
            </w:r>
          </w:p>
        </w:tc>
        <w:tc>
          <w:tcPr>
            <w:tcW w:w="2424" w:type="dxa"/>
          </w:tcPr>
          <w:p w14:paraId="0AAE1D70" w14:textId="77777777" w:rsidR="00BD39C3" w:rsidRDefault="004A5A27">
            <w:r>
              <w:rPr>
                <w:sz w:val="14"/>
              </w:rPr>
              <w:t>-0.176</w:t>
            </w:r>
          </w:p>
        </w:tc>
        <w:tc>
          <w:tcPr>
            <w:tcW w:w="2424" w:type="dxa"/>
          </w:tcPr>
          <w:p w14:paraId="54AC0C5B" w14:textId="77777777" w:rsidR="00BD39C3" w:rsidRDefault="004A5A27">
            <w:r>
              <w:rPr>
                <w:sz w:val="14"/>
              </w:rPr>
              <w:t>0.244</w:t>
            </w:r>
          </w:p>
        </w:tc>
        <w:tc>
          <w:tcPr>
            <w:tcW w:w="2424" w:type="dxa"/>
          </w:tcPr>
          <w:p w14:paraId="6762E183" w14:textId="77777777" w:rsidR="00BD39C3" w:rsidRDefault="004A5A27">
            <w:r>
              <w:rPr>
                <w:sz w:val="14"/>
              </w:rPr>
              <w:t>0.750</w:t>
            </w:r>
          </w:p>
        </w:tc>
      </w:tr>
      <w:tr w:rsidR="00BD39C3" w14:paraId="0DE877D4" w14:textId="77777777">
        <w:tc>
          <w:tcPr>
            <w:tcW w:w="2424" w:type="dxa"/>
          </w:tcPr>
          <w:p w14:paraId="57CE38E3" w14:textId="77777777" w:rsidR="00BD39C3" w:rsidRDefault="004A5A27">
            <w:r>
              <w:rPr>
                <w:sz w:val="14"/>
              </w:rPr>
              <w:t>allometric log-log</w:t>
            </w:r>
          </w:p>
        </w:tc>
        <w:tc>
          <w:tcPr>
            <w:tcW w:w="2424" w:type="dxa"/>
          </w:tcPr>
          <w:p w14:paraId="1D692F6A" w14:textId="77777777" w:rsidR="00BD39C3" w:rsidRDefault="004A5A27">
            <w:r>
              <w:rPr>
                <w:sz w:val="14"/>
              </w:rPr>
              <w:t>529</w:t>
            </w:r>
          </w:p>
        </w:tc>
        <w:tc>
          <w:tcPr>
            <w:tcW w:w="2424" w:type="dxa"/>
          </w:tcPr>
          <w:p w14:paraId="674CABE7" w14:textId="77777777" w:rsidR="00BD39C3" w:rsidRDefault="004A5A27">
            <w:r>
              <w:rPr>
                <w:sz w:val="14"/>
              </w:rPr>
              <w:t>-0.117</w:t>
            </w:r>
          </w:p>
        </w:tc>
        <w:tc>
          <w:tcPr>
            <w:tcW w:w="2424" w:type="dxa"/>
          </w:tcPr>
          <w:p w14:paraId="036BB82E" w14:textId="77777777" w:rsidR="00BD39C3" w:rsidRDefault="004A5A27">
            <w:r>
              <w:rPr>
                <w:sz w:val="14"/>
              </w:rPr>
              <w:t>-0.279</w:t>
            </w:r>
          </w:p>
        </w:tc>
        <w:tc>
          <w:tcPr>
            <w:tcW w:w="2424" w:type="dxa"/>
          </w:tcPr>
          <w:p w14:paraId="56856878" w14:textId="77777777" w:rsidR="00BD39C3" w:rsidRDefault="004A5A27">
            <w:r>
              <w:rPr>
                <w:sz w:val="14"/>
              </w:rPr>
              <w:t>0.045</w:t>
            </w:r>
          </w:p>
        </w:tc>
        <w:tc>
          <w:tcPr>
            <w:tcW w:w="2424" w:type="dxa"/>
          </w:tcPr>
          <w:p w14:paraId="5705A06E" w14:textId="77777777" w:rsidR="00BD39C3" w:rsidRDefault="004A5A27">
            <w:r>
              <w:rPr>
                <w:sz w:val="14"/>
              </w:rPr>
              <w:t>0.156</w:t>
            </w:r>
          </w:p>
        </w:tc>
      </w:tr>
    </w:tbl>
    <w:p w14:paraId="2A49A7A8" w14:textId="77777777" w:rsidR="00BD39C3" w:rsidRDefault="004A5A27">
      <w:r>
        <w:rPr>
          <w:i/>
        </w:rPr>
        <w:t>ALM, appendicular lean mass; Std beta, standardised beta.</w:t>
      </w:r>
    </w:p>
    <w:p w14:paraId="66B18EE0" w14:textId="77777777" w:rsidR="00BD39C3" w:rsidRDefault="00BD39C3"/>
    <w:p w14:paraId="44C32614" w14:textId="77777777" w:rsidR="00BD39C3" w:rsidRDefault="004A5A27">
      <w:pPr>
        <w:pStyle w:val="Heading2"/>
      </w:pPr>
      <w:r>
        <w:t>Supplementary Table S6. Progressive ALM-bone models: L1-L4 BMD</w:t>
      </w:r>
    </w:p>
    <w:tbl>
      <w:tblPr>
        <w:tblStyle w:val="TableGrid"/>
        <w:tblW w:w="0" w:type="auto"/>
        <w:tblLook w:val="04A0" w:firstRow="1" w:lastRow="0" w:firstColumn="1" w:lastColumn="0" w:noHBand="0" w:noVBand="1"/>
      </w:tblPr>
      <w:tblGrid>
        <w:gridCol w:w="1902"/>
        <w:gridCol w:w="1745"/>
        <w:gridCol w:w="1785"/>
        <w:gridCol w:w="1785"/>
        <w:gridCol w:w="1785"/>
        <w:gridCol w:w="1788"/>
      </w:tblGrid>
      <w:tr w:rsidR="00BD39C3" w14:paraId="4635FFFA" w14:textId="77777777">
        <w:trPr>
          <w:tblHeader/>
        </w:trPr>
        <w:tc>
          <w:tcPr>
            <w:tcW w:w="2424" w:type="dxa"/>
          </w:tcPr>
          <w:p w14:paraId="0D98AD07" w14:textId="77777777" w:rsidR="00BD39C3" w:rsidRDefault="004A5A27">
            <w:r>
              <w:rPr>
                <w:b/>
                <w:sz w:val="14"/>
              </w:rPr>
              <w:t>Model</w:t>
            </w:r>
          </w:p>
        </w:tc>
        <w:tc>
          <w:tcPr>
            <w:tcW w:w="2424" w:type="dxa"/>
          </w:tcPr>
          <w:p w14:paraId="35329E44" w14:textId="77777777" w:rsidR="00BD39C3" w:rsidRDefault="004A5A27">
            <w:r>
              <w:rPr>
                <w:b/>
                <w:sz w:val="14"/>
              </w:rPr>
              <w:t>N</w:t>
            </w:r>
          </w:p>
        </w:tc>
        <w:tc>
          <w:tcPr>
            <w:tcW w:w="2424" w:type="dxa"/>
          </w:tcPr>
          <w:p w14:paraId="71EE5D6F" w14:textId="77777777" w:rsidR="00BD39C3" w:rsidRDefault="004A5A27">
            <w:r>
              <w:rPr>
                <w:b/>
                <w:sz w:val="14"/>
              </w:rPr>
              <w:t>Std beta</w:t>
            </w:r>
          </w:p>
        </w:tc>
        <w:tc>
          <w:tcPr>
            <w:tcW w:w="2424" w:type="dxa"/>
          </w:tcPr>
          <w:p w14:paraId="60835725" w14:textId="77777777" w:rsidR="00BD39C3" w:rsidRDefault="004A5A27">
            <w:r>
              <w:rPr>
                <w:b/>
                <w:sz w:val="14"/>
              </w:rPr>
              <w:t>95% CI low</w:t>
            </w:r>
          </w:p>
        </w:tc>
        <w:tc>
          <w:tcPr>
            <w:tcW w:w="2424" w:type="dxa"/>
          </w:tcPr>
          <w:p w14:paraId="29B30EF8" w14:textId="77777777" w:rsidR="00BD39C3" w:rsidRDefault="004A5A27">
            <w:r>
              <w:rPr>
                <w:b/>
                <w:sz w:val="14"/>
              </w:rPr>
              <w:t>95% CI high</w:t>
            </w:r>
          </w:p>
        </w:tc>
        <w:tc>
          <w:tcPr>
            <w:tcW w:w="2424" w:type="dxa"/>
          </w:tcPr>
          <w:p w14:paraId="5552027B" w14:textId="77777777" w:rsidR="00BD39C3" w:rsidRDefault="004A5A27">
            <w:r>
              <w:rPr>
                <w:b/>
                <w:sz w:val="14"/>
              </w:rPr>
              <w:t>p value</w:t>
            </w:r>
          </w:p>
        </w:tc>
      </w:tr>
      <w:tr w:rsidR="00BD39C3" w14:paraId="0810C504" w14:textId="77777777">
        <w:tc>
          <w:tcPr>
            <w:tcW w:w="2424" w:type="dxa"/>
          </w:tcPr>
          <w:p w14:paraId="20A9E4C0" w14:textId="77777777" w:rsidR="00BD39C3" w:rsidRDefault="004A5A27">
            <w:r>
              <w:rPr>
                <w:sz w:val="14"/>
              </w:rPr>
              <w:t>unadjusted</w:t>
            </w:r>
          </w:p>
        </w:tc>
        <w:tc>
          <w:tcPr>
            <w:tcW w:w="2424" w:type="dxa"/>
          </w:tcPr>
          <w:p w14:paraId="30B965CE" w14:textId="77777777" w:rsidR="00BD39C3" w:rsidRDefault="004A5A27">
            <w:r>
              <w:rPr>
                <w:sz w:val="14"/>
              </w:rPr>
              <w:t>599</w:t>
            </w:r>
          </w:p>
        </w:tc>
        <w:tc>
          <w:tcPr>
            <w:tcW w:w="2424" w:type="dxa"/>
          </w:tcPr>
          <w:p w14:paraId="53835153" w14:textId="77777777" w:rsidR="00BD39C3" w:rsidRDefault="004A5A27">
            <w:r>
              <w:rPr>
                <w:sz w:val="14"/>
              </w:rPr>
              <w:t>0.525</w:t>
            </w:r>
          </w:p>
        </w:tc>
        <w:tc>
          <w:tcPr>
            <w:tcW w:w="2424" w:type="dxa"/>
          </w:tcPr>
          <w:p w14:paraId="6FD3AD8C" w14:textId="77777777" w:rsidR="00BD39C3" w:rsidRDefault="004A5A27">
            <w:r>
              <w:rPr>
                <w:sz w:val="14"/>
              </w:rPr>
              <w:t>0.456</w:t>
            </w:r>
          </w:p>
        </w:tc>
        <w:tc>
          <w:tcPr>
            <w:tcW w:w="2424" w:type="dxa"/>
          </w:tcPr>
          <w:p w14:paraId="26B5D03E" w14:textId="77777777" w:rsidR="00BD39C3" w:rsidRDefault="004A5A27">
            <w:r>
              <w:rPr>
                <w:sz w:val="14"/>
              </w:rPr>
              <w:t>0.593</w:t>
            </w:r>
          </w:p>
        </w:tc>
        <w:tc>
          <w:tcPr>
            <w:tcW w:w="2424" w:type="dxa"/>
          </w:tcPr>
          <w:p w14:paraId="2802A215" w14:textId="77777777" w:rsidR="00BD39C3" w:rsidRDefault="004A5A27">
            <w:r>
              <w:rPr>
                <w:sz w:val="14"/>
              </w:rPr>
              <w:t>0.000</w:t>
            </w:r>
          </w:p>
        </w:tc>
      </w:tr>
      <w:tr w:rsidR="00BD39C3" w14:paraId="22291C8B" w14:textId="77777777">
        <w:tc>
          <w:tcPr>
            <w:tcW w:w="2424" w:type="dxa"/>
          </w:tcPr>
          <w:p w14:paraId="0662E593" w14:textId="77777777" w:rsidR="00BD39C3" w:rsidRDefault="004A5A27">
            <w:r>
              <w:rPr>
                <w:sz w:val="14"/>
              </w:rPr>
              <w:t>age + sex</w:t>
            </w:r>
          </w:p>
        </w:tc>
        <w:tc>
          <w:tcPr>
            <w:tcW w:w="2424" w:type="dxa"/>
          </w:tcPr>
          <w:p w14:paraId="1B0DF7F2" w14:textId="77777777" w:rsidR="00BD39C3" w:rsidRDefault="004A5A27">
            <w:r>
              <w:rPr>
                <w:sz w:val="14"/>
              </w:rPr>
              <w:t>599</w:t>
            </w:r>
          </w:p>
        </w:tc>
        <w:tc>
          <w:tcPr>
            <w:tcW w:w="2424" w:type="dxa"/>
          </w:tcPr>
          <w:p w14:paraId="01EDB398" w14:textId="77777777" w:rsidR="00BD39C3" w:rsidRDefault="004A5A27">
            <w:r>
              <w:rPr>
                <w:sz w:val="14"/>
              </w:rPr>
              <w:t>0.480</w:t>
            </w:r>
          </w:p>
        </w:tc>
        <w:tc>
          <w:tcPr>
            <w:tcW w:w="2424" w:type="dxa"/>
          </w:tcPr>
          <w:p w14:paraId="170F75EF" w14:textId="77777777" w:rsidR="00BD39C3" w:rsidRDefault="004A5A27">
            <w:r>
              <w:rPr>
                <w:sz w:val="14"/>
              </w:rPr>
              <w:t>0.380</w:t>
            </w:r>
          </w:p>
        </w:tc>
        <w:tc>
          <w:tcPr>
            <w:tcW w:w="2424" w:type="dxa"/>
          </w:tcPr>
          <w:p w14:paraId="472C0FA4" w14:textId="77777777" w:rsidR="00BD39C3" w:rsidRDefault="004A5A27">
            <w:r>
              <w:rPr>
                <w:sz w:val="14"/>
              </w:rPr>
              <w:t>0.580</w:t>
            </w:r>
          </w:p>
        </w:tc>
        <w:tc>
          <w:tcPr>
            <w:tcW w:w="2424" w:type="dxa"/>
          </w:tcPr>
          <w:p w14:paraId="0060F1CE" w14:textId="77777777" w:rsidR="00BD39C3" w:rsidRDefault="004A5A27">
            <w:r>
              <w:rPr>
                <w:sz w:val="14"/>
              </w:rPr>
              <w:t>0.000</w:t>
            </w:r>
          </w:p>
        </w:tc>
      </w:tr>
      <w:tr w:rsidR="00BD39C3" w14:paraId="2B7CE820" w14:textId="77777777">
        <w:tc>
          <w:tcPr>
            <w:tcW w:w="2424" w:type="dxa"/>
          </w:tcPr>
          <w:p w14:paraId="1E38B686" w14:textId="77777777" w:rsidR="00BD39C3" w:rsidRDefault="004A5A27">
            <w:r>
              <w:rPr>
                <w:sz w:val="14"/>
              </w:rPr>
              <w:t>age + sex + height</w:t>
            </w:r>
          </w:p>
        </w:tc>
        <w:tc>
          <w:tcPr>
            <w:tcW w:w="2424" w:type="dxa"/>
          </w:tcPr>
          <w:p w14:paraId="00BEF31F" w14:textId="77777777" w:rsidR="00BD39C3" w:rsidRDefault="004A5A27">
            <w:r>
              <w:rPr>
                <w:sz w:val="14"/>
              </w:rPr>
              <w:t>599</w:t>
            </w:r>
          </w:p>
        </w:tc>
        <w:tc>
          <w:tcPr>
            <w:tcW w:w="2424" w:type="dxa"/>
          </w:tcPr>
          <w:p w14:paraId="3881A7D5" w14:textId="77777777" w:rsidR="00BD39C3" w:rsidRDefault="004A5A27">
            <w:r>
              <w:rPr>
                <w:sz w:val="14"/>
              </w:rPr>
              <w:t>0.507</w:t>
            </w:r>
          </w:p>
        </w:tc>
        <w:tc>
          <w:tcPr>
            <w:tcW w:w="2424" w:type="dxa"/>
          </w:tcPr>
          <w:p w14:paraId="6110595D" w14:textId="77777777" w:rsidR="00BD39C3" w:rsidRDefault="004A5A27">
            <w:r>
              <w:rPr>
                <w:sz w:val="14"/>
              </w:rPr>
              <w:t>0.392</w:t>
            </w:r>
          </w:p>
        </w:tc>
        <w:tc>
          <w:tcPr>
            <w:tcW w:w="2424" w:type="dxa"/>
          </w:tcPr>
          <w:p w14:paraId="4B4138EC" w14:textId="77777777" w:rsidR="00BD39C3" w:rsidRDefault="004A5A27">
            <w:r>
              <w:rPr>
                <w:sz w:val="14"/>
              </w:rPr>
              <w:t>0.621</w:t>
            </w:r>
          </w:p>
        </w:tc>
        <w:tc>
          <w:tcPr>
            <w:tcW w:w="2424" w:type="dxa"/>
          </w:tcPr>
          <w:p w14:paraId="2031A468" w14:textId="77777777" w:rsidR="00BD39C3" w:rsidRDefault="004A5A27">
            <w:r>
              <w:rPr>
                <w:sz w:val="14"/>
              </w:rPr>
              <w:t>0.000</w:t>
            </w:r>
          </w:p>
        </w:tc>
      </w:tr>
      <w:tr w:rsidR="00BD39C3" w14:paraId="3AE4A29C" w14:textId="77777777">
        <w:tc>
          <w:tcPr>
            <w:tcW w:w="2424" w:type="dxa"/>
          </w:tcPr>
          <w:p w14:paraId="71E1CBE5" w14:textId="77777777" w:rsidR="00BD39C3" w:rsidRDefault="004A5A27">
            <w:r>
              <w:rPr>
                <w:sz w:val="14"/>
              </w:rPr>
              <w:t>age + sex + height + weight</w:t>
            </w:r>
          </w:p>
        </w:tc>
        <w:tc>
          <w:tcPr>
            <w:tcW w:w="2424" w:type="dxa"/>
          </w:tcPr>
          <w:p w14:paraId="7E57F9D6" w14:textId="77777777" w:rsidR="00BD39C3" w:rsidRDefault="004A5A27">
            <w:r>
              <w:rPr>
                <w:sz w:val="14"/>
              </w:rPr>
              <w:t>599</w:t>
            </w:r>
          </w:p>
        </w:tc>
        <w:tc>
          <w:tcPr>
            <w:tcW w:w="2424" w:type="dxa"/>
          </w:tcPr>
          <w:p w14:paraId="10188B72" w14:textId="77777777" w:rsidR="00BD39C3" w:rsidRDefault="004A5A27">
            <w:r>
              <w:rPr>
                <w:sz w:val="14"/>
              </w:rPr>
              <w:t>0.129</w:t>
            </w:r>
          </w:p>
        </w:tc>
        <w:tc>
          <w:tcPr>
            <w:tcW w:w="2424" w:type="dxa"/>
          </w:tcPr>
          <w:p w14:paraId="18AA3BE7" w14:textId="77777777" w:rsidR="00BD39C3" w:rsidRDefault="004A5A27">
            <w:r>
              <w:rPr>
                <w:sz w:val="14"/>
              </w:rPr>
              <w:t>-0.072</w:t>
            </w:r>
          </w:p>
        </w:tc>
        <w:tc>
          <w:tcPr>
            <w:tcW w:w="2424" w:type="dxa"/>
          </w:tcPr>
          <w:p w14:paraId="55C8DC31" w14:textId="77777777" w:rsidR="00BD39C3" w:rsidRDefault="004A5A27">
            <w:r>
              <w:rPr>
                <w:sz w:val="14"/>
              </w:rPr>
              <w:t>0.329</w:t>
            </w:r>
          </w:p>
        </w:tc>
        <w:tc>
          <w:tcPr>
            <w:tcW w:w="2424" w:type="dxa"/>
          </w:tcPr>
          <w:p w14:paraId="15B42463" w14:textId="77777777" w:rsidR="00BD39C3" w:rsidRDefault="004A5A27">
            <w:r>
              <w:rPr>
                <w:sz w:val="14"/>
              </w:rPr>
              <w:t>0.208</w:t>
            </w:r>
          </w:p>
        </w:tc>
      </w:tr>
      <w:tr w:rsidR="00BD39C3" w14:paraId="554520FA" w14:textId="77777777">
        <w:tc>
          <w:tcPr>
            <w:tcW w:w="2424" w:type="dxa"/>
          </w:tcPr>
          <w:p w14:paraId="703F20CC" w14:textId="77777777" w:rsidR="00BD39C3" w:rsidRDefault="004A5A27">
            <w:r>
              <w:rPr>
                <w:sz w:val="14"/>
              </w:rPr>
              <w:t>age + sex + BMI + height</w:t>
            </w:r>
          </w:p>
        </w:tc>
        <w:tc>
          <w:tcPr>
            <w:tcW w:w="2424" w:type="dxa"/>
          </w:tcPr>
          <w:p w14:paraId="40DA220D" w14:textId="77777777" w:rsidR="00BD39C3" w:rsidRDefault="004A5A27">
            <w:r>
              <w:rPr>
                <w:sz w:val="14"/>
              </w:rPr>
              <w:t>599</w:t>
            </w:r>
          </w:p>
        </w:tc>
        <w:tc>
          <w:tcPr>
            <w:tcW w:w="2424" w:type="dxa"/>
          </w:tcPr>
          <w:p w14:paraId="0B5934F4" w14:textId="77777777" w:rsidR="00BD39C3" w:rsidRDefault="004A5A27">
            <w:r>
              <w:rPr>
                <w:sz w:val="14"/>
              </w:rPr>
              <w:t>0.163</w:t>
            </w:r>
          </w:p>
        </w:tc>
        <w:tc>
          <w:tcPr>
            <w:tcW w:w="2424" w:type="dxa"/>
          </w:tcPr>
          <w:p w14:paraId="78511B27" w14:textId="77777777" w:rsidR="00BD39C3" w:rsidRDefault="004A5A27">
            <w:r>
              <w:rPr>
                <w:sz w:val="14"/>
              </w:rPr>
              <w:t>-0.032</w:t>
            </w:r>
          </w:p>
        </w:tc>
        <w:tc>
          <w:tcPr>
            <w:tcW w:w="2424" w:type="dxa"/>
          </w:tcPr>
          <w:p w14:paraId="5A8B8EF1" w14:textId="77777777" w:rsidR="00BD39C3" w:rsidRDefault="004A5A27">
            <w:r>
              <w:rPr>
                <w:sz w:val="14"/>
              </w:rPr>
              <w:t>0.359</w:t>
            </w:r>
          </w:p>
        </w:tc>
        <w:tc>
          <w:tcPr>
            <w:tcW w:w="2424" w:type="dxa"/>
          </w:tcPr>
          <w:p w14:paraId="36F7A36B" w14:textId="77777777" w:rsidR="00BD39C3" w:rsidRDefault="004A5A27">
            <w:r>
              <w:rPr>
                <w:sz w:val="14"/>
              </w:rPr>
              <w:t>0.101</w:t>
            </w:r>
          </w:p>
        </w:tc>
      </w:tr>
      <w:tr w:rsidR="00BD39C3" w14:paraId="1D7AF8E1" w14:textId="77777777">
        <w:tc>
          <w:tcPr>
            <w:tcW w:w="2424" w:type="dxa"/>
          </w:tcPr>
          <w:p w14:paraId="580F003E" w14:textId="77777777" w:rsidR="00BD39C3" w:rsidRDefault="004A5A27">
            <w:r>
              <w:rPr>
                <w:sz w:val="14"/>
              </w:rPr>
              <w:t>allometric log-log</w:t>
            </w:r>
          </w:p>
        </w:tc>
        <w:tc>
          <w:tcPr>
            <w:tcW w:w="2424" w:type="dxa"/>
          </w:tcPr>
          <w:p w14:paraId="52893A2A" w14:textId="77777777" w:rsidR="00BD39C3" w:rsidRDefault="004A5A27">
            <w:r>
              <w:rPr>
                <w:sz w:val="14"/>
              </w:rPr>
              <w:t>599</w:t>
            </w:r>
          </w:p>
        </w:tc>
        <w:tc>
          <w:tcPr>
            <w:tcW w:w="2424" w:type="dxa"/>
          </w:tcPr>
          <w:p w14:paraId="75894FD2" w14:textId="77777777" w:rsidR="00BD39C3" w:rsidRDefault="004A5A27">
            <w:r>
              <w:rPr>
                <w:sz w:val="14"/>
              </w:rPr>
              <w:t>0.026</w:t>
            </w:r>
          </w:p>
        </w:tc>
        <w:tc>
          <w:tcPr>
            <w:tcW w:w="2424" w:type="dxa"/>
          </w:tcPr>
          <w:p w14:paraId="2FC82114" w14:textId="77777777" w:rsidR="00BD39C3" w:rsidRDefault="004A5A27">
            <w:r>
              <w:rPr>
                <w:sz w:val="14"/>
              </w:rPr>
              <w:t>-0.147</w:t>
            </w:r>
          </w:p>
        </w:tc>
        <w:tc>
          <w:tcPr>
            <w:tcW w:w="2424" w:type="dxa"/>
          </w:tcPr>
          <w:p w14:paraId="2BA9C46C" w14:textId="77777777" w:rsidR="00BD39C3" w:rsidRDefault="004A5A27">
            <w:r>
              <w:rPr>
                <w:sz w:val="14"/>
              </w:rPr>
              <w:t>0.199</w:t>
            </w:r>
          </w:p>
        </w:tc>
        <w:tc>
          <w:tcPr>
            <w:tcW w:w="2424" w:type="dxa"/>
          </w:tcPr>
          <w:p w14:paraId="2AE13A01" w14:textId="77777777" w:rsidR="00BD39C3" w:rsidRDefault="004A5A27">
            <w:r>
              <w:rPr>
                <w:sz w:val="14"/>
              </w:rPr>
              <w:t>0.766</w:t>
            </w:r>
          </w:p>
        </w:tc>
      </w:tr>
    </w:tbl>
    <w:p w14:paraId="11AA9247" w14:textId="77777777" w:rsidR="00BD39C3" w:rsidRDefault="004A5A27">
      <w:r>
        <w:rPr>
          <w:i/>
        </w:rPr>
        <w:t>ALM, appendicular lean mass; Std beta, standardised beta.</w:t>
      </w:r>
    </w:p>
    <w:p w14:paraId="57BA6CA8" w14:textId="77777777" w:rsidR="00BD39C3" w:rsidRDefault="00BD39C3"/>
    <w:p w14:paraId="25E75215" w14:textId="77777777" w:rsidR="00BD39C3" w:rsidRDefault="004A5A27">
      <w:pPr>
        <w:pStyle w:val="Heading2"/>
      </w:pPr>
      <w:r>
        <w:t>Supplementary Table S6. Progressive ALM-bone models: Section modulus</w:t>
      </w:r>
    </w:p>
    <w:tbl>
      <w:tblPr>
        <w:tblStyle w:val="TableGrid"/>
        <w:tblW w:w="0" w:type="auto"/>
        <w:tblLook w:val="04A0" w:firstRow="1" w:lastRow="0" w:firstColumn="1" w:lastColumn="0" w:noHBand="0" w:noVBand="1"/>
      </w:tblPr>
      <w:tblGrid>
        <w:gridCol w:w="1902"/>
        <w:gridCol w:w="1745"/>
        <w:gridCol w:w="1785"/>
        <w:gridCol w:w="1785"/>
        <w:gridCol w:w="1785"/>
        <w:gridCol w:w="1788"/>
      </w:tblGrid>
      <w:tr w:rsidR="00BD39C3" w14:paraId="5C066DDE" w14:textId="77777777">
        <w:trPr>
          <w:tblHeader/>
        </w:trPr>
        <w:tc>
          <w:tcPr>
            <w:tcW w:w="2424" w:type="dxa"/>
          </w:tcPr>
          <w:p w14:paraId="3644BC6E" w14:textId="77777777" w:rsidR="00BD39C3" w:rsidRDefault="004A5A27">
            <w:r>
              <w:rPr>
                <w:b/>
                <w:sz w:val="14"/>
              </w:rPr>
              <w:t>Model</w:t>
            </w:r>
          </w:p>
        </w:tc>
        <w:tc>
          <w:tcPr>
            <w:tcW w:w="2424" w:type="dxa"/>
          </w:tcPr>
          <w:p w14:paraId="05FDA8C6" w14:textId="77777777" w:rsidR="00BD39C3" w:rsidRDefault="004A5A27">
            <w:r>
              <w:rPr>
                <w:b/>
                <w:sz w:val="14"/>
              </w:rPr>
              <w:t>N</w:t>
            </w:r>
          </w:p>
        </w:tc>
        <w:tc>
          <w:tcPr>
            <w:tcW w:w="2424" w:type="dxa"/>
          </w:tcPr>
          <w:p w14:paraId="6F405B1D" w14:textId="77777777" w:rsidR="00BD39C3" w:rsidRDefault="004A5A27">
            <w:r>
              <w:rPr>
                <w:b/>
                <w:sz w:val="14"/>
              </w:rPr>
              <w:t>Std beta</w:t>
            </w:r>
          </w:p>
        </w:tc>
        <w:tc>
          <w:tcPr>
            <w:tcW w:w="2424" w:type="dxa"/>
          </w:tcPr>
          <w:p w14:paraId="12F467AA" w14:textId="77777777" w:rsidR="00BD39C3" w:rsidRDefault="004A5A27">
            <w:r>
              <w:rPr>
                <w:b/>
                <w:sz w:val="14"/>
              </w:rPr>
              <w:t>95% CI low</w:t>
            </w:r>
          </w:p>
        </w:tc>
        <w:tc>
          <w:tcPr>
            <w:tcW w:w="2424" w:type="dxa"/>
          </w:tcPr>
          <w:p w14:paraId="4539AF9C" w14:textId="77777777" w:rsidR="00BD39C3" w:rsidRDefault="004A5A27">
            <w:r>
              <w:rPr>
                <w:b/>
                <w:sz w:val="14"/>
              </w:rPr>
              <w:t>95% CI high</w:t>
            </w:r>
          </w:p>
        </w:tc>
        <w:tc>
          <w:tcPr>
            <w:tcW w:w="2424" w:type="dxa"/>
          </w:tcPr>
          <w:p w14:paraId="5112DF1E" w14:textId="77777777" w:rsidR="00BD39C3" w:rsidRDefault="004A5A27">
            <w:r>
              <w:rPr>
                <w:b/>
                <w:sz w:val="14"/>
              </w:rPr>
              <w:t>p value</w:t>
            </w:r>
          </w:p>
        </w:tc>
      </w:tr>
      <w:tr w:rsidR="00BD39C3" w14:paraId="7BB755AB" w14:textId="77777777">
        <w:tc>
          <w:tcPr>
            <w:tcW w:w="2424" w:type="dxa"/>
          </w:tcPr>
          <w:p w14:paraId="7DB1D408" w14:textId="77777777" w:rsidR="00BD39C3" w:rsidRDefault="004A5A27">
            <w:r>
              <w:rPr>
                <w:sz w:val="14"/>
              </w:rPr>
              <w:t>unadjusted</w:t>
            </w:r>
          </w:p>
        </w:tc>
        <w:tc>
          <w:tcPr>
            <w:tcW w:w="2424" w:type="dxa"/>
          </w:tcPr>
          <w:p w14:paraId="2A2036CF" w14:textId="77777777" w:rsidR="00BD39C3" w:rsidRDefault="004A5A27">
            <w:r>
              <w:rPr>
                <w:sz w:val="14"/>
              </w:rPr>
              <w:t>647</w:t>
            </w:r>
          </w:p>
        </w:tc>
        <w:tc>
          <w:tcPr>
            <w:tcW w:w="2424" w:type="dxa"/>
          </w:tcPr>
          <w:p w14:paraId="30E37F70" w14:textId="77777777" w:rsidR="00BD39C3" w:rsidRDefault="004A5A27">
            <w:r>
              <w:rPr>
                <w:sz w:val="14"/>
              </w:rPr>
              <w:t>0.726</w:t>
            </w:r>
          </w:p>
        </w:tc>
        <w:tc>
          <w:tcPr>
            <w:tcW w:w="2424" w:type="dxa"/>
          </w:tcPr>
          <w:p w14:paraId="229CB62B" w14:textId="77777777" w:rsidR="00BD39C3" w:rsidRDefault="004A5A27">
            <w:r>
              <w:rPr>
                <w:sz w:val="14"/>
              </w:rPr>
              <w:t>0.672</w:t>
            </w:r>
          </w:p>
        </w:tc>
        <w:tc>
          <w:tcPr>
            <w:tcW w:w="2424" w:type="dxa"/>
          </w:tcPr>
          <w:p w14:paraId="71055839" w14:textId="77777777" w:rsidR="00BD39C3" w:rsidRDefault="004A5A27">
            <w:r>
              <w:rPr>
                <w:sz w:val="14"/>
              </w:rPr>
              <w:t>0.779</w:t>
            </w:r>
          </w:p>
        </w:tc>
        <w:tc>
          <w:tcPr>
            <w:tcW w:w="2424" w:type="dxa"/>
          </w:tcPr>
          <w:p w14:paraId="75168348" w14:textId="77777777" w:rsidR="00BD39C3" w:rsidRDefault="004A5A27">
            <w:r>
              <w:rPr>
                <w:sz w:val="14"/>
              </w:rPr>
              <w:t>0.000</w:t>
            </w:r>
          </w:p>
        </w:tc>
      </w:tr>
      <w:tr w:rsidR="00BD39C3" w14:paraId="753A9AE6" w14:textId="77777777">
        <w:tc>
          <w:tcPr>
            <w:tcW w:w="2424" w:type="dxa"/>
          </w:tcPr>
          <w:p w14:paraId="435E6C58" w14:textId="77777777" w:rsidR="00BD39C3" w:rsidRDefault="004A5A27">
            <w:r>
              <w:rPr>
                <w:sz w:val="14"/>
              </w:rPr>
              <w:t>age + sex</w:t>
            </w:r>
          </w:p>
        </w:tc>
        <w:tc>
          <w:tcPr>
            <w:tcW w:w="2424" w:type="dxa"/>
          </w:tcPr>
          <w:p w14:paraId="186F431D" w14:textId="77777777" w:rsidR="00BD39C3" w:rsidRDefault="004A5A27">
            <w:r>
              <w:rPr>
                <w:sz w:val="14"/>
              </w:rPr>
              <w:t>647</w:t>
            </w:r>
          </w:p>
        </w:tc>
        <w:tc>
          <w:tcPr>
            <w:tcW w:w="2424" w:type="dxa"/>
          </w:tcPr>
          <w:p w14:paraId="7F6E6C86" w14:textId="77777777" w:rsidR="00BD39C3" w:rsidRDefault="004A5A27">
            <w:r>
              <w:rPr>
                <w:sz w:val="14"/>
              </w:rPr>
              <w:t>0.466</w:t>
            </w:r>
          </w:p>
        </w:tc>
        <w:tc>
          <w:tcPr>
            <w:tcW w:w="2424" w:type="dxa"/>
          </w:tcPr>
          <w:p w14:paraId="4A464B56" w14:textId="77777777" w:rsidR="00BD39C3" w:rsidRDefault="004A5A27">
            <w:r>
              <w:rPr>
                <w:sz w:val="14"/>
              </w:rPr>
              <w:t>0.393</w:t>
            </w:r>
          </w:p>
        </w:tc>
        <w:tc>
          <w:tcPr>
            <w:tcW w:w="2424" w:type="dxa"/>
          </w:tcPr>
          <w:p w14:paraId="05C5096C" w14:textId="77777777" w:rsidR="00BD39C3" w:rsidRDefault="004A5A27">
            <w:r>
              <w:rPr>
                <w:sz w:val="14"/>
              </w:rPr>
              <w:t>0.538</w:t>
            </w:r>
          </w:p>
        </w:tc>
        <w:tc>
          <w:tcPr>
            <w:tcW w:w="2424" w:type="dxa"/>
          </w:tcPr>
          <w:p w14:paraId="73072C47" w14:textId="77777777" w:rsidR="00BD39C3" w:rsidRDefault="004A5A27">
            <w:r>
              <w:rPr>
                <w:sz w:val="14"/>
              </w:rPr>
              <w:t>0.000</w:t>
            </w:r>
          </w:p>
        </w:tc>
      </w:tr>
      <w:tr w:rsidR="00BD39C3" w14:paraId="38F0299E" w14:textId="77777777">
        <w:tc>
          <w:tcPr>
            <w:tcW w:w="2424" w:type="dxa"/>
          </w:tcPr>
          <w:p w14:paraId="6455542D" w14:textId="77777777" w:rsidR="00BD39C3" w:rsidRDefault="004A5A27">
            <w:r>
              <w:rPr>
                <w:sz w:val="14"/>
              </w:rPr>
              <w:t>age + sex + height</w:t>
            </w:r>
          </w:p>
        </w:tc>
        <w:tc>
          <w:tcPr>
            <w:tcW w:w="2424" w:type="dxa"/>
          </w:tcPr>
          <w:p w14:paraId="388B2E78" w14:textId="77777777" w:rsidR="00BD39C3" w:rsidRDefault="004A5A27">
            <w:r>
              <w:rPr>
                <w:sz w:val="14"/>
              </w:rPr>
              <w:t>647</w:t>
            </w:r>
          </w:p>
        </w:tc>
        <w:tc>
          <w:tcPr>
            <w:tcW w:w="2424" w:type="dxa"/>
          </w:tcPr>
          <w:p w14:paraId="4E828F8E" w14:textId="77777777" w:rsidR="00BD39C3" w:rsidRDefault="004A5A27">
            <w:r>
              <w:rPr>
                <w:sz w:val="14"/>
              </w:rPr>
              <w:t>0.329</w:t>
            </w:r>
          </w:p>
        </w:tc>
        <w:tc>
          <w:tcPr>
            <w:tcW w:w="2424" w:type="dxa"/>
          </w:tcPr>
          <w:p w14:paraId="01CA0BE3" w14:textId="77777777" w:rsidR="00BD39C3" w:rsidRDefault="004A5A27">
            <w:r>
              <w:rPr>
                <w:sz w:val="14"/>
              </w:rPr>
              <w:t>0.248</w:t>
            </w:r>
          </w:p>
        </w:tc>
        <w:tc>
          <w:tcPr>
            <w:tcW w:w="2424" w:type="dxa"/>
          </w:tcPr>
          <w:p w14:paraId="3F36BA03" w14:textId="77777777" w:rsidR="00BD39C3" w:rsidRDefault="004A5A27">
            <w:r>
              <w:rPr>
                <w:sz w:val="14"/>
              </w:rPr>
              <w:t>0.410</w:t>
            </w:r>
          </w:p>
        </w:tc>
        <w:tc>
          <w:tcPr>
            <w:tcW w:w="2424" w:type="dxa"/>
          </w:tcPr>
          <w:p w14:paraId="318AE7EC" w14:textId="77777777" w:rsidR="00BD39C3" w:rsidRDefault="004A5A27">
            <w:r>
              <w:rPr>
                <w:sz w:val="14"/>
              </w:rPr>
              <w:t>0.000</w:t>
            </w:r>
          </w:p>
        </w:tc>
      </w:tr>
      <w:tr w:rsidR="00BD39C3" w14:paraId="0E7D06D0" w14:textId="77777777">
        <w:tc>
          <w:tcPr>
            <w:tcW w:w="2424" w:type="dxa"/>
          </w:tcPr>
          <w:p w14:paraId="707966EA" w14:textId="77777777" w:rsidR="00BD39C3" w:rsidRDefault="004A5A27">
            <w:r>
              <w:rPr>
                <w:sz w:val="14"/>
              </w:rPr>
              <w:lastRenderedPageBreak/>
              <w:t>age + sex + height + weight</w:t>
            </w:r>
          </w:p>
        </w:tc>
        <w:tc>
          <w:tcPr>
            <w:tcW w:w="2424" w:type="dxa"/>
          </w:tcPr>
          <w:p w14:paraId="7C6E1B03" w14:textId="77777777" w:rsidR="00BD39C3" w:rsidRDefault="004A5A27">
            <w:r>
              <w:rPr>
                <w:sz w:val="14"/>
              </w:rPr>
              <w:t>647</w:t>
            </w:r>
          </w:p>
        </w:tc>
        <w:tc>
          <w:tcPr>
            <w:tcW w:w="2424" w:type="dxa"/>
          </w:tcPr>
          <w:p w14:paraId="270F339C" w14:textId="77777777" w:rsidR="00BD39C3" w:rsidRDefault="004A5A27">
            <w:r>
              <w:rPr>
                <w:sz w:val="14"/>
              </w:rPr>
              <w:t>0.251</w:t>
            </w:r>
          </w:p>
        </w:tc>
        <w:tc>
          <w:tcPr>
            <w:tcW w:w="2424" w:type="dxa"/>
          </w:tcPr>
          <w:p w14:paraId="0D3BA258" w14:textId="77777777" w:rsidR="00BD39C3" w:rsidRDefault="004A5A27">
            <w:r>
              <w:rPr>
                <w:sz w:val="14"/>
              </w:rPr>
              <w:t>0.109</w:t>
            </w:r>
          </w:p>
        </w:tc>
        <w:tc>
          <w:tcPr>
            <w:tcW w:w="2424" w:type="dxa"/>
          </w:tcPr>
          <w:p w14:paraId="43CFC610" w14:textId="77777777" w:rsidR="00BD39C3" w:rsidRDefault="004A5A27">
            <w:r>
              <w:rPr>
                <w:sz w:val="14"/>
              </w:rPr>
              <w:t>0.392</w:t>
            </w:r>
          </w:p>
        </w:tc>
        <w:tc>
          <w:tcPr>
            <w:tcW w:w="2424" w:type="dxa"/>
          </w:tcPr>
          <w:p w14:paraId="14EE2137" w14:textId="77777777" w:rsidR="00BD39C3" w:rsidRDefault="004A5A27">
            <w:r>
              <w:rPr>
                <w:sz w:val="14"/>
              </w:rPr>
              <w:t>0.001</w:t>
            </w:r>
          </w:p>
        </w:tc>
      </w:tr>
      <w:tr w:rsidR="00BD39C3" w14:paraId="43FAE288" w14:textId="77777777">
        <w:tc>
          <w:tcPr>
            <w:tcW w:w="2424" w:type="dxa"/>
          </w:tcPr>
          <w:p w14:paraId="6D7B0624" w14:textId="77777777" w:rsidR="00BD39C3" w:rsidRDefault="004A5A27">
            <w:r>
              <w:rPr>
                <w:sz w:val="14"/>
              </w:rPr>
              <w:t>age + sex + BMI + height</w:t>
            </w:r>
          </w:p>
        </w:tc>
        <w:tc>
          <w:tcPr>
            <w:tcW w:w="2424" w:type="dxa"/>
          </w:tcPr>
          <w:p w14:paraId="23A79634" w14:textId="77777777" w:rsidR="00BD39C3" w:rsidRDefault="004A5A27">
            <w:r>
              <w:rPr>
                <w:sz w:val="14"/>
              </w:rPr>
              <w:t>647</w:t>
            </w:r>
          </w:p>
        </w:tc>
        <w:tc>
          <w:tcPr>
            <w:tcW w:w="2424" w:type="dxa"/>
          </w:tcPr>
          <w:p w14:paraId="6F3A1DEF" w14:textId="77777777" w:rsidR="00BD39C3" w:rsidRDefault="004A5A27">
            <w:r>
              <w:rPr>
                <w:sz w:val="14"/>
              </w:rPr>
              <w:t>0.285</w:t>
            </w:r>
          </w:p>
        </w:tc>
        <w:tc>
          <w:tcPr>
            <w:tcW w:w="2424" w:type="dxa"/>
          </w:tcPr>
          <w:p w14:paraId="239B39E2" w14:textId="77777777" w:rsidR="00BD39C3" w:rsidRDefault="004A5A27">
            <w:r>
              <w:rPr>
                <w:sz w:val="14"/>
              </w:rPr>
              <w:t>0.146</w:t>
            </w:r>
          </w:p>
        </w:tc>
        <w:tc>
          <w:tcPr>
            <w:tcW w:w="2424" w:type="dxa"/>
          </w:tcPr>
          <w:p w14:paraId="150867D9" w14:textId="77777777" w:rsidR="00BD39C3" w:rsidRDefault="004A5A27">
            <w:r>
              <w:rPr>
                <w:sz w:val="14"/>
              </w:rPr>
              <w:t>0.423</w:t>
            </w:r>
          </w:p>
        </w:tc>
        <w:tc>
          <w:tcPr>
            <w:tcW w:w="2424" w:type="dxa"/>
          </w:tcPr>
          <w:p w14:paraId="7E84B403" w14:textId="77777777" w:rsidR="00BD39C3" w:rsidRDefault="004A5A27">
            <w:r>
              <w:rPr>
                <w:sz w:val="14"/>
              </w:rPr>
              <w:t>0.000</w:t>
            </w:r>
          </w:p>
        </w:tc>
      </w:tr>
      <w:tr w:rsidR="00BD39C3" w14:paraId="5144E1F5" w14:textId="77777777">
        <w:tc>
          <w:tcPr>
            <w:tcW w:w="2424" w:type="dxa"/>
          </w:tcPr>
          <w:p w14:paraId="0AD15699" w14:textId="77777777" w:rsidR="00BD39C3" w:rsidRDefault="004A5A27">
            <w:r>
              <w:rPr>
                <w:sz w:val="14"/>
              </w:rPr>
              <w:t>allometric log-log</w:t>
            </w:r>
          </w:p>
        </w:tc>
        <w:tc>
          <w:tcPr>
            <w:tcW w:w="2424" w:type="dxa"/>
          </w:tcPr>
          <w:p w14:paraId="1BF3E13C" w14:textId="77777777" w:rsidR="00BD39C3" w:rsidRDefault="004A5A27">
            <w:r>
              <w:rPr>
                <w:sz w:val="14"/>
              </w:rPr>
              <w:t>647</w:t>
            </w:r>
          </w:p>
        </w:tc>
        <w:tc>
          <w:tcPr>
            <w:tcW w:w="2424" w:type="dxa"/>
          </w:tcPr>
          <w:p w14:paraId="7614705E" w14:textId="77777777" w:rsidR="00BD39C3" w:rsidRDefault="004A5A27">
            <w:r>
              <w:rPr>
                <w:sz w:val="14"/>
              </w:rPr>
              <w:t>0.253</w:t>
            </w:r>
          </w:p>
        </w:tc>
        <w:tc>
          <w:tcPr>
            <w:tcW w:w="2424" w:type="dxa"/>
          </w:tcPr>
          <w:p w14:paraId="0927C17C" w14:textId="77777777" w:rsidR="00BD39C3" w:rsidRDefault="004A5A27">
            <w:r>
              <w:rPr>
                <w:sz w:val="14"/>
              </w:rPr>
              <w:t>0.029</w:t>
            </w:r>
          </w:p>
        </w:tc>
        <w:tc>
          <w:tcPr>
            <w:tcW w:w="2424" w:type="dxa"/>
          </w:tcPr>
          <w:p w14:paraId="553664EC" w14:textId="77777777" w:rsidR="00BD39C3" w:rsidRDefault="004A5A27">
            <w:r>
              <w:rPr>
                <w:sz w:val="14"/>
              </w:rPr>
              <w:t>0.476</w:t>
            </w:r>
          </w:p>
        </w:tc>
        <w:tc>
          <w:tcPr>
            <w:tcW w:w="2424" w:type="dxa"/>
          </w:tcPr>
          <w:p w14:paraId="22CA9863" w14:textId="77777777" w:rsidR="00BD39C3" w:rsidRDefault="004A5A27">
            <w:r>
              <w:rPr>
                <w:sz w:val="14"/>
              </w:rPr>
              <w:t>0.027</w:t>
            </w:r>
          </w:p>
        </w:tc>
      </w:tr>
    </w:tbl>
    <w:p w14:paraId="5A9D6598" w14:textId="77777777" w:rsidR="00BD39C3" w:rsidRDefault="004A5A27">
      <w:r>
        <w:rPr>
          <w:i/>
        </w:rPr>
        <w:t>ALM, appendicular lean mass; Std beta, standardised beta.</w:t>
      </w:r>
    </w:p>
    <w:p w14:paraId="634F6024" w14:textId="77777777" w:rsidR="00BD39C3" w:rsidRDefault="00BD39C3"/>
    <w:p w14:paraId="772842CE" w14:textId="77777777" w:rsidR="00BD39C3" w:rsidRDefault="004A5A27">
      <w:pPr>
        <w:pStyle w:val="Heading2"/>
      </w:pPr>
      <w:r>
        <w:t>Supplementary Table S6. Progressive ALM-bone models: CSA</w:t>
      </w:r>
    </w:p>
    <w:tbl>
      <w:tblPr>
        <w:tblStyle w:val="TableGrid"/>
        <w:tblW w:w="0" w:type="auto"/>
        <w:tblLook w:val="04A0" w:firstRow="1" w:lastRow="0" w:firstColumn="1" w:lastColumn="0" w:noHBand="0" w:noVBand="1"/>
      </w:tblPr>
      <w:tblGrid>
        <w:gridCol w:w="1902"/>
        <w:gridCol w:w="1745"/>
        <w:gridCol w:w="1785"/>
        <w:gridCol w:w="1785"/>
        <w:gridCol w:w="1785"/>
        <w:gridCol w:w="1788"/>
      </w:tblGrid>
      <w:tr w:rsidR="00BD39C3" w14:paraId="74371B09" w14:textId="77777777">
        <w:trPr>
          <w:tblHeader/>
        </w:trPr>
        <w:tc>
          <w:tcPr>
            <w:tcW w:w="2424" w:type="dxa"/>
          </w:tcPr>
          <w:p w14:paraId="5E97D118" w14:textId="77777777" w:rsidR="00BD39C3" w:rsidRDefault="004A5A27">
            <w:r>
              <w:rPr>
                <w:b/>
                <w:sz w:val="14"/>
              </w:rPr>
              <w:t>Model</w:t>
            </w:r>
          </w:p>
        </w:tc>
        <w:tc>
          <w:tcPr>
            <w:tcW w:w="2424" w:type="dxa"/>
          </w:tcPr>
          <w:p w14:paraId="013D7418" w14:textId="77777777" w:rsidR="00BD39C3" w:rsidRDefault="004A5A27">
            <w:r>
              <w:rPr>
                <w:b/>
                <w:sz w:val="14"/>
              </w:rPr>
              <w:t>N</w:t>
            </w:r>
          </w:p>
        </w:tc>
        <w:tc>
          <w:tcPr>
            <w:tcW w:w="2424" w:type="dxa"/>
          </w:tcPr>
          <w:p w14:paraId="2D9B5F30" w14:textId="77777777" w:rsidR="00BD39C3" w:rsidRDefault="004A5A27">
            <w:r>
              <w:rPr>
                <w:b/>
                <w:sz w:val="14"/>
              </w:rPr>
              <w:t>Std beta</w:t>
            </w:r>
          </w:p>
        </w:tc>
        <w:tc>
          <w:tcPr>
            <w:tcW w:w="2424" w:type="dxa"/>
          </w:tcPr>
          <w:p w14:paraId="3C9F7D32" w14:textId="77777777" w:rsidR="00BD39C3" w:rsidRDefault="004A5A27">
            <w:r>
              <w:rPr>
                <w:b/>
                <w:sz w:val="14"/>
              </w:rPr>
              <w:t>95% CI low</w:t>
            </w:r>
          </w:p>
        </w:tc>
        <w:tc>
          <w:tcPr>
            <w:tcW w:w="2424" w:type="dxa"/>
          </w:tcPr>
          <w:p w14:paraId="4D92B474" w14:textId="77777777" w:rsidR="00BD39C3" w:rsidRDefault="004A5A27">
            <w:r>
              <w:rPr>
                <w:b/>
                <w:sz w:val="14"/>
              </w:rPr>
              <w:t>95% CI high</w:t>
            </w:r>
          </w:p>
        </w:tc>
        <w:tc>
          <w:tcPr>
            <w:tcW w:w="2424" w:type="dxa"/>
          </w:tcPr>
          <w:p w14:paraId="10219AAA" w14:textId="77777777" w:rsidR="00BD39C3" w:rsidRDefault="004A5A27">
            <w:r>
              <w:rPr>
                <w:b/>
                <w:sz w:val="14"/>
              </w:rPr>
              <w:t>p value</w:t>
            </w:r>
          </w:p>
        </w:tc>
      </w:tr>
      <w:tr w:rsidR="00BD39C3" w14:paraId="007346B9" w14:textId="77777777">
        <w:tc>
          <w:tcPr>
            <w:tcW w:w="2424" w:type="dxa"/>
          </w:tcPr>
          <w:p w14:paraId="011519B7" w14:textId="77777777" w:rsidR="00BD39C3" w:rsidRDefault="004A5A27">
            <w:r>
              <w:rPr>
                <w:sz w:val="14"/>
              </w:rPr>
              <w:t>unadjusted</w:t>
            </w:r>
          </w:p>
        </w:tc>
        <w:tc>
          <w:tcPr>
            <w:tcW w:w="2424" w:type="dxa"/>
          </w:tcPr>
          <w:p w14:paraId="21883542" w14:textId="77777777" w:rsidR="00BD39C3" w:rsidRDefault="004A5A27">
            <w:r>
              <w:rPr>
                <w:sz w:val="14"/>
              </w:rPr>
              <w:t>647</w:t>
            </w:r>
          </w:p>
        </w:tc>
        <w:tc>
          <w:tcPr>
            <w:tcW w:w="2424" w:type="dxa"/>
          </w:tcPr>
          <w:p w14:paraId="016FEC2A" w14:textId="77777777" w:rsidR="00BD39C3" w:rsidRDefault="004A5A27">
            <w:r>
              <w:rPr>
                <w:sz w:val="14"/>
              </w:rPr>
              <w:t>0.704</w:t>
            </w:r>
          </w:p>
        </w:tc>
        <w:tc>
          <w:tcPr>
            <w:tcW w:w="2424" w:type="dxa"/>
          </w:tcPr>
          <w:p w14:paraId="3DC3B54D" w14:textId="77777777" w:rsidR="00BD39C3" w:rsidRDefault="004A5A27">
            <w:r>
              <w:rPr>
                <w:sz w:val="14"/>
              </w:rPr>
              <w:t>0.649</w:t>
            </w:r>
          </w:p>
        </w:tc>
        <w:tc>
          <w:tcPr>
            <w:tcW w:w="2424" w:type="dxa"/>
          </w:tcPr>
          <w:p w14:paraId="180F2959" w14:textId="77777777" w:rsidR="00BD39C3" w:rsidRDefault="004A5A27">
            <w:r>
              <w:rPr>
                <w:sz w:val="14"/>
              </w:rPr>
              <w:t>0.759</w:t>
            </w:r>
          </w:p>
        </w:tc>
        <w:tc>
          <w:tcPr>
            <w:tcW w:w="2424" w:type="dxa"/>
          </w:tcPr>
          <w:p w14:paraId="18B204EA" w14:textId="77777777" w:rsidR="00BD39C3" w:rsidRDefault="004A5A27">
            <w:r>
              <w:rPr>
                <w:sz w:val="14"/>
              </w:rPr>
              <w:t>0.000</w:t>
            </w:r>
          </w:p>
        </w:tc>
      </w:tr>
      <w:tr w:rsidR="00BD39C3" w14:paraId="3795226D" w14:textId="77777777">
        <w:tc>
          <w:tcPr>
            <w:tcW w:w="2424" w:type="dxa"/>
          </w:tcPr>
          <w:p w14:paraId="616CE625" w14:textId="77777777" w:rsidR="00BD39C3" w:rsidRDefault="004A5A27">
            <w:r>
              <w:rPr>
                <w:sz w:val="14"/>
              </w:rPr>
              <w:t>age + sex</w:t>
            </w:r>
          </w:p>
        </w:tc>
        <w:tc>
          <w:tcPr>
            <w:tcW w:w="2424" w:type="dxa"/>
          </w:tcPr>
          <w:p w14:paraId="29C60976" w14:textId="77777777" w:rsidR="00BD39C3" w:rsidRDefault="004A5A27">
            <w:r>
              <w:rPr>
                <w:sz w:val="14"/>
              </w:rPr>
              <w:t>647</w:t>
            </w:r>
          </w:p>
        </w:tc>
        <w:tc>
          <w:tcPr>
            <w:tcW w:w="2424" w:type="dxa"/>
          </w:tcPr>
          <w:p w14:paraId="2D65C803" w14:textId="77777777" w:rsidR="00BD39C3" w:rsidRDefault="004A5A27">
            <w:r>
              <w:rPr>
                <w:sz w:val="14"/>
              </w:rPr>
              <w:t>0.536</w:t>
            </w:r>
          </w:p>
        </w:tc>
        <w:tc>
          <w:tcPr>
            <w:tcW w:w="2424" w:type="dxa"/>
          </w:tcPr>
          <w:p w14:paraId="34B6F441" w14:textId="77777777" w:rsidR="00BD39C3" w:rsidRDefault="004A5A27">
            <w:r>
              <w:rPr>
                <w:sz w:val="14"/>
              </w:rPr>
              <w:t>0.458</w:t>
            </w:r>
          </w:p>
        </w:tc>
        <w:tc>
          <w:tcPr>
            <w:tcW w:w="2424" w:type="dxa"/>
          </w:tcPr>
          <w:p w14:paraId="69C5414B" w14:textId="77777777" w:rsidR="00BD39C3" w:rsidRDefault="004A5A27">
            <w:r>
              <w:rPr>
                <w:sz w:val="14"/>
              </w:rPr>
              <w:t>0.614</w:t>
            </w:r>
          </w:p>
        </w:tc>
        <w:tc>
          <w:tcPr>
            <w:tcW w:w="2424" w:type="dxa"/>
          </w:tcPr>
          <w:p w14:paraId="4F66D8B9" w14:textId="77777777" w:rsidR="00BD39C3" w:rsidRDefault="004A5A27">
            <w:r>
              <w:rPr>
                <w:sz w:val="14"/>
              </w:rPr>
              <w:t>0.000</w:t>
            </w:r>
          </w:p>
        </w:tc>
      </w:tr>
      <w:tr w:rsidR="00BD39C3" w14:paraId="5B4E60EA" w14:textId="77777777">
        <w:tc>
          <w:tcPr>
            <w:tcW w:w="2424" w:type="dxa"/>
          </w:tcPr>
          <w:p w14:paraId="6F5674AE" w14:textId="77777777" w:rsidR="00BD39C3" w:rsidRDefault="004A5A27">
            <w:r>
              <w:rPr>
                <w:sz w:val="14"/>
              </w:rPr>
              <w:t>age + sex + height</w:t>
            </w:r>
          </w:p>
        </w:tc>
        <w:tc>
          <w:tcPr>
            <w:tcW w:w="2424" w:type="dxa"/>
          </w:tcPr>
          <w:p w14:paraId="62C7232E" w14:textId="77777777" w:rsidR="00BD39C3" w:rsidRDefault="004A5A27">
            <w:r>
              <w:rPr>
                <w:sz w:val="14"/>
              </w:rPr>
              <w:t>647</w:t>
            </w:r>
          </w:p>
        </w:tc>
        <w:tc>
          <w:tcPr>
            <w:tcW w:w="2424" w:type="dxa"/>
          </w:tcPr>
          <w:p w14:paraId="0C9D922D" w14:textId="77777777" w:rsidR="00BD39C3" w:rsidRDefault="004A5A27">
            <w:r>
              <w:rPr>
                <w:sz w:val="14"/>
              </w:rPr>
              <w:t>0.412</w:t>
            </w:r>
          </w:p>
        </w:tc>
        <w:tc>
          <w:tcPr>
            <w:tcW w:w="2424" w:type="dxa"/>
          </w:tcPr>
          <w:p w14:paraId="13FD827F" w14:textId="77777777" w:rsidR="00BD39C3" w:rsidRDefault="004A5A27">
            <w:r>
              <w:rPr>
                <w:sz w:val="14"/>
              </w:rPr>
              <w:t>0.324</w:t>
            </w:r>
          </w:p>
        </w:tc>
        <w:tc>
          <w:tcPr>
            <w:tcW w:w="2424" w:type="dxa"/>
          </w:tcPr>
          <w:p w14:paraId="7F83F3D0" w14:textId="77777777" w:rsidR="00BD39C3" w:rsidRDefault="004A5A27">
            <w:r>
              <w:rPr>
                <w:sz w:val="14"/>
              </w:rPr>
              <w:t>0.501</w:t>
            </w:r>
          </w:p>
        </w:tc>
        <w:tc>
          <w:tcPr>
            <w:tcW w:w="2424" w:type="dxa"/>
          </w:tcPr>
          <w:p w14:paraId="042D5CD1" w14:textId="77777777" w:rsidR="00BD39C3" w:rsidRDefault="004A5A27">
            <w:r>
              <w:rPr>
                <w:sz w:val="14"/>
              </w:rPr>
              <w:t>0.000</w:t>
            </w:r>
          </w:p>
        </w:tc>
      </w:tr>
      <w:tr w:rsidR="00BD39C3" w14:paraId="3D65A8C6" w14:textId="77777777">
        <w:tc>
          <w:tcPr>
            <w:tcW w:w="2424" w:type="dxa"/>
          </w:tcPr>
          <w:p w14:paraId="68E8EA8A" w14:textId="77777777" w:rsidR="00BD39C3" w:rsidRDefault="004A5A27">
            <w:r>
              <w:rPr>
                <w:sz w:val="14"/>
              </w:rPr>
              <w:t>age + sex + height + weight</w:t>
            </w:r>
          </w:p>
        </w:tc>
        <w:tc>
          <w:tcPr>
            <w:tcW w:w="2424" w:type="dxa"/>
          </w:tcPr>
          <w:p w14:paraId="4A7AA1CC" w14:textId="77777777" w:rsidR="00BD39C3" w:rsidRDefault="004A5A27">
            <w:r>
              <w:rPr>
                <w:sz w:val="14"/>
              </w:rPr>
              <w:t>647</w:t>
            </w:r>
          </w:p>
        </w:tc>
        <w:tc>
          <w:tcPr>
            <w:tcW w:w="2424" w:type="dxa"/>
          </w:tcPr>
          <w:p w14:paraId="5D9DFE00" w14:textId="77777777" w:rsidR="00BD39C3" w:rsidRDefault="004A5A27">
            <w:r>
              <w:rPr>
                <w:sz w:val="14"/>
              </w:rPr>
              <w:t>0.164</w:t>
            </w:r>
          </w:p>
        </w:tc>
        <w:tc>
          <w:tcPr>
            <w:tcW w:w="2424" w:type="dxa"/>
          </w:tcPr>
          <w:p w14:paraId="11263F9D" w14:textId="77777777" w:rsidR="00BD39C3" w:rsidRDefault="004A5A27">
            <w:r>
              <w:rPr>
                <w:sz w:val="14"/>
              </w:rPr>
              <w:t>0.012</w:t>
            </w:r>
          </w:p>
        </w:tc>
        <w:tc>
          <w:tcPr>
            <w:tcW w:w="2424" w:type="dxa"/>
          </w:tcPr>
          <w:p w14:paraId="036315F2" w14:textId="77777777" w:rsidR="00BD39C3" w:rsidRDefault="004A5A27">
            <w:r>
              <w:rPr>
                <w:sz w:val="14"/>
              </w:rPr>
              <w:t>0.317</w:t>
            </w:r>
          </w:p>
        </w:tc>
        <w:tc>
          <w:tcPr>
            <w:tcW w:w="2424" w:type="dxa"/>
          </w:tcPr>
          <w:p w14:paraId="0B4DA954" w14:textId="77777777" w:rsidR="00BD39C3" w:rsidRDefault="004A5A27">
            <w:r>
              <w:rPr>
                <w:sz w:val="14"/>
              </w:rPr>
              <w:t>0.035</w:t>
            </w:r>
          </w:p>
        </w:tc>
      </w:tr>
      <w:tr w:rsidR="00BD39C3" w14:paraId="7373DE86" w14:textId="77777777">
        <w:tc>
          <w:tcPr>
            <w:tcW w:w="2424" w:type="dxa"/>
          </w:tcPr>
          <w:p w14:paraId="000882AF" w14:textId="77777777" w:rsidR="00BD39C3" w:rsidRDefault="004A5A27">
            <w:r>
              <w:rPr>
                <w:sz w:val="14"/>
              </w:rPr>
              <w:t>age + sex + BMI + height</w:t>
            </w:r>
          </w:p>
        </w:tc>
        <w:tc>
          <w:tcPr>
            <w:tcW w:w="2424" w:type="dxa"/>
          </w:tcPr>
          <w:p w14:paraId="618A2360" w14:textId="77777777" w:rsidR="00BD39C3" w:rsidRDefault="004A5A27">
            <w:r>
              <w:rPr>
                <w:sz w:val="14"/>
              </w:rPr>
              <w:t>647</w:t>
            </w:r>
          </w:p>
        </w:tc>
        <w:tc>
          <w:tcPr>
            <w:tcW w:w="2424" w:type="dxa"/>
          </w:tcPr>
          <w:p w14:paraId="0B7C15BD" w14:textId="77777777" w:rsidR="00BD39C3" w:rsidRDefault="004A5A27">
            <w:r>
              <w:rPr>
                <w:sz w:val="14"/>
              </w:rPr>
              <w:t>0.200</w:t>
            </w:r>
          </w:p>
        </w:tc>
        <w:tc>
          <w:tcPr>
            <w:tcW w:w="2424" w:type="dxa"/>
          </w:tcPr>
          <w:p w14:paraId="325A9814" w14:textId="77777777" w:rsidR="00BD39C3" w:rsidRDefault="004A5A27">
            <w:r>
              <w:rPr>
                <w:sz w:val="14"/>
              </w:rPr>
              <w:t>0.050</w:t>
            </w:r>
          </w:p>
        </w:tc>
        <w:tc>
          <w:tcPr>
            <w:tcW w:w="2424" w:type="dxa"/>
          </w:tcPr>
          <w:p w14:paraId="5888F561" w14:textId="77777777" w:rsidR="00BD39C3" w:rsidRDefault="004A5A27">
            <w:r>
              <w:rPr>
                <w:sz w:val="14"/>
              </w:rPr>
              <w:t>0.349</w:t>
            </w:r>
          </w:p>
        </w:tc>
        <w:tc>
          <w:tcPr>
            <w:tcW w:w="2424" w:type="dxa"/>
          </w:tcPr>
          <w:p w14:paraId="193A7A55" w14:textId="77777777" w:rsidR="00BD39C3" w:rsidRDefault="004A5A27">
            <w:r>
              <w:rPr>
                <w:sz w:val="14"/>
              </w:rPr>
              <w:t>0.009</w:t>
            </w:r>
          </w:p>
        </w:tc>
      </w:tr>
      <w:tr w:rsidR="00BD39C3" w14:paraId="1BBBB4C6" w14:textId="77777777">
        <w:tc>
          <w:tcPr>
            <w:tcW w:w="2424" w:type="dxa"/>
          </w:tcPr>
          <w:p w14:paraId="3F2CBE1B" w14:textId="77777777" w:rsidR="00BD39C3" w:rsidRDefault="004A5A27">
            <w:r>
              <w:rPr>
                <w:sz w:val="14"/>
              </w:rPr>
              <w:t>allometric log-log</w:t>
            </w:r>
          </w:p>
        </w:tc>
        <w:tc>
          <w:tcPr>
            <w:tcW w:w="2424" w:type="dxa"/>
          </w:tcPr>
          <w:p w14:paraId="3285DC5D" w14:textId="77777777" w:rsidR="00BD39C3" w:rsidRDefault="004A5A27">
            <w:r>
              <w:rPr>
                <w:sz w:val="14"/>
              </w:rPr>
              <w:t>647</w:t>
            </w:r>
          </w:p>
        </w:tc>
        <w:tc>
          <w:tcPr>
            <w:tcW w:w="2424" w:type="dxa"/>
          </w:tcPr>
          <w:p w14:paraId="5463AB5C" w14:textId="77777777" w:rsidR="00BD39C3" w:rsidRDefault="004A5A27">
            <w:r>
              <w:rPr>
                <w:sz w:val="14"/>
              </w:rPr>
              <w:t>0.036</w:t>
            </w:r>
          </w:p>
        </w:tc>
        <w:tc>
          <w:tcPr>
            <w:tcW w:w="2424" w:type="dxa"/>
          </w:tcPr>
          <w:p w14:paraId="0EB1BE85" w14:textId="77777777" w:rsidR="00BD39C3" w:rsidRDefault="004A5A27">
            <w:r>
              <w:rPr>
                <w:sz w:val="14"/>
              </w:rPr>
              <w:t>-0.115</w:t>
            </w:r>
          </w:p>
        </w:tc>
        <w:tc>
          <w:tcPr>
            <w:tcW w:w="2424" w:type="dxa"/>
          </w:tcPr>
          <w:p w14:paraId="53E69C7A" w14:textId="77777777" w:rsidR="00BD39C3" w:rsidRDefault="004A5A27">
            <w:r>
              <w:rPr>
                <w:sz w:val="14"/>
              </w:rPr>
              <w:t>0.188</w:t>
            </w:r>
          </w:p>
        </w:tc>
        <w:tc>
          <w:tcPr>
            <w:tcW w:w="2424" w:type="dxa"/>
          </w:tcPr>
          <w:p w14:paraId="510DDBF2" w14:textId="77777777" w:rsidR="00BD39C3" w:rsidRDefault="004A5A27">
            <w:r>
              <w:rPr>
                <w:sz w:val="14"/>
              </w:rPr>
              <w:t>0.638</w:t>
            </w:r>
          </w:p>
        </w:tc>
      </w:tr>
    </w:tbl>
    <w:p w14:paraId="0B12CBF3" w14:textId="77777777" w:rsidR="00BD39C3" w:rsidRDefault="004A5A27">
      <w:r>
        <w:rPr>
          <w:i/>
        </w:rPr>
        <w:t>ALM, appendicular lean mass; Std beta, standardised beta.</w:t>
      </w:r>
    </w:p>
    <w:p w14:paraId="6B26EFB5" w14:textId="77777777" w:rsidR="00BD39C3" w:rsidRDefault="00BD39C3"/>
    <w:p w14:paraId="4FC6E911" w14:textId="77777777" w:rsidR="00BD39C3" w:rsidRDefault="004A5A27">
      <w:pPr>
        <w:pStyle w:val="Heading2"/>
      </w:pPr>
      <w:r>
        <w:t>Supplementary Table S7a. ALM by sex interaction models: raw scale</w:t>
      </w:r>
    </w:p>
    <w:tbl>
      <w:tblPr>
        <w:tblStyle w:val="TableGrid"/>
        <w:tblW w:w="0" w:type="auto"/>
        <w:tblLook w:val="04A0" w:firstRow="1" w:lastRow="0" w:firstColumn="1" w:lastColumn="0" w:noHBand="0" w:noVBand="1"/>
      </w:tblPr>
      <w:tblGrid>
        <w:gridCol w:w="1607"/>
        <w:gridCol w:w="1467"/>
        <w:gridCol w:w="1647"/>
        <w:gridCol w:w="1510"/>
        <w:gridCol w:w="1510"/>
        <w:gridCol w:w="1539"/>
        <w:gridCol w:w="1510"/>
      </w:tblGrid>
      <w:tr w:rsidR="00BD39C3" w14:paraId="547E781D" w14:textId="77777777">
        <w:trPr>
          <w:tblHeader/>
        </w:trPr>
        <w:tc>
          <w:tcPr>
            <w:tcW w:w="2078" w:type="dxa"/>
          </w:tcPr>
          <w:p w14:paraId="1CE803D3" w14:textId="77777777" w:rsidR="00BD39C3" w:rsidRDefault="004A5A27">
            <w:r>
              <w:rPr>
                <w:b/>
                <w:sz w:val="14"/>
              </w:rPr>
              <w:t>Outcome</w:t>
            </w:r>
          </w:p>
        </w:tc>
        <w:tc>
          <w:tcPr>
            <w:tcW w:w="2078" w:type="dxa"/>
          </w:tcPr>
          <w:p w14:paraId="0BE7768B" w14:textId="77777777" w:rsidR="00BD39C3" w:rsidRDefault="004A5A27">
            <w:r>
              <w:rPr>
                <w:b/>
                <w:sz w:val="14"/>
              </w:rPr>
              <w:t>N</w:t>
            </w:r>
          </w:p>
        </w:tc>
        <w:tc>
          <w:tcPr>
            <w:tcW w:w="2078" w:type="dxa"/>
          </w:tcPr>
          <w:p w14:paraId="49BB7183" w14:textId="77777777" w:rsidR="00BD39C3" w:rsidRDefault="004A5A27">
            <w:r>
              <w:rPr>
                <w:b/>
                <w:sz w:val="14"/>
              </w:rPr>
              <w:t>Raw interaction</w:t>
            </w:r>
          </w:p>
        </w:tc>
        <w:tc>
          <w:tcPr>
            <w:tcW w:w="2078" w:type="dxa"/>
          </w:tcPr>
          <w:p w14:paraId="36FE7F37" w14:textId="77777777" w:rsidR="00BD39C3" w:rsidRDefault="004A5A27">
            <w:r>
              <w:rPr>
                <w:b/>
                <w:sz w:val="14"/>
              </w:rPr>
              <w:t>SE</w:t>
            </w:r>
          </w:p>
        </w:tc>
        <w:tc>
          <w:tcPr>
            <w:tcW w:w="2078" w:type="dxa"/>
          </w:tcPr>
          <w:p w14:paraId="5C63258A" w14:textId="77777777" w:rsidR="00BD39C3" w:rsidRDefault="004A5A27">
            <w:r>
              <w:rPr>
                <w:b/>
                <w:sz w:val="14"/>
              </w:rPr>
              <w:t>Raw 95% CI low</w:t>
            </w:r>
          </w:p>
        </w:tc>
        <w:tc>
          <w:tcPr>
            <w:tcW w:w="2078" w:type="dxa"/>
          </w:tcPr>
          <w:p w14:paraId="62A400B0" w14:textId="77777777" w:rsidR="00BD39C3" w:rsidRDefault="004A5A27">
            <w:r>
              <w:rPr>
                <w:b/>
                <w:sz w:val="14"/>
              </w:rPr>
              <w:t>Raw 95% CI high</w:t>
            </w:r>
          </w:p>
        </w:tc>
        <w:tc>
          <w:tcPr>
            <w:tcW w:w="2078" w:type="dxa"/>
          </w:tcPr>
          <w:p w14:paraId="48BB4CCF" w14:textId="77777777" w:rsidR="00BD39C3" w:rsidRDefault="004A5A27">
            <w:r>
              <w:rPr>
                <w:b/>
                <w:sz w:val="14"/>
              </w:rPr>
              <w:t>Raw p</w:t>
            </w:r>
          </w:p>
        </w:tc>
      </w:tr>
      <w:tr w:rsidR="00BD39C3" w14:paraId="0FB9939A" w14:textId="77777777">
        <w:tc>
          <w:tcPr>
            <w:tcW w:w="2078" w:type="dxa"/>
          </w:tcPr>
          <w:p w14:paraId="12D2E55A" w14:textId="77777777" w:rsidR="00BD39C3" w:rsidRDefault="004A5A27">
            <w:r>
              <w:rPr>
                <w:sz w:val="14"/>
              </w:rPr>
              <w:t>Section modulus</w:t>
            </w:r>
          </w:p>
        </w:tc>
        <w:tc>
          <w:tcPr>
            <w:tcW w:w="2078" w:type="dxa"/>
          </w:tcPr>
          <w:p w14:paraId="3FB567FD" w14:textId="77777777" w:rsidR="00BD39C3" w:rsidRDefault="004A5A27">
            <w:r>
              <w:rPr>
                <w:sz w:val="14"/>
              </w:rPr>
              <w:t>647</w:t>
            </w:r>
          </w:p>
        </w:tc>
        <w:tc>
          <w:tcPr>
            <w:tcW w:w="2078" w:type="dxa"/>
          </w:tcPr>
          <w:p w14:paraId="2D633AE4" w14:textId="77777777" w:rsidR="00BD39C3" w:rsidRDefault="004A5A27">
            <w:r>
              <w:rPr>
                <w:sz w:val="14"/>
              </w:rPr>
              <w:t>15.120</w:t>
            </w:r>
          </w:p>
        </w:tc>
        <w:tc>
          <w:tcPr>
            <w:tcW w:w="2078" w:type="dxa"/>
          </w:tcPr>
          <w:p w14:paraId="52D6F878" w14:textId="77777777" w:rsidR="00BD39C3" w:rsidRDefault="004A5A27">
            <w:r>
              <w:rPr>
                <w:sz w:val="14"/>
              </w:rPr>
              <w:t>3.720</w:t>
            </w:r>
          </w:p>
        </w:tc>
        <w:tc>
          <w:tcPr>
            <w:tcW w:w="2078" w:type="dxa"/>
          </w:tcPr>
          <w:p w14:paraId="1C0703EA" w14:textId="77777777" w:rsidR="00BD39C3" w:rsidRDefault="004A5A27">
            <w:r>
              <w:rPr>
                <w:sz w:val="14"/>
              </w:rPr>
              <w:t>7.830</w:t>
            </w:r>
          </w:p>
        </w:tc>
        <w:tc>
          <w:tcPr>
            <w:tcW w:w="2078" w:type="dxa"/>
          </w:tcPr>
          <w:p w14:paraId="542DE633" w14:textId="77777777" w:rsidR="00BD39C3" w:rsidRDefault="004A5A27">
            <w:r>
              <w:rPr>
                <w:sz w:val="14"/>
              </w:rPr>
              <w:t>22.411</w:t>
            </w:r>
          </w:p>
        </w:tc>
        <w:tc>
          <w:tcPr>
            <w:tcW w:w="2078" w:type="dxa"/>
          </w:tcPr>
          <w:p w14:paraId="7FE50339" w14:textId="77777777" w:rsidR="00BD39C3" w:rsidRDefault="004A5A27">
            <w:r>
              <w:rPr>
                <w:sz w:val="14"/>
              </w:rPr>
              <w:t>0.000</w:t>
            </w:r>
          </w:p>
        </w:tc>
      </w:tr>
      <w:tr w:rsidR="00BD39C3" w14:paraId="461D7C64" w14:textId="77777777">
        <w:tc>
          <w:tcPr>
            <w:tcW w:w="2078" w:type="dxa"/>
          </w:tcPr>
          <w:p w14:paraId="5D603204" w14:textId="77777777" w:rsidR="00BD39C3" w:rsidRDefault="004A5A27">
            <w:r>
              <w:rPr>
                <w:sz w:val="14"/>
              </w:rPr>
              <w:t>CSA</w:t>
            </w:r>
          </w:p>
        </w:tc>
        <w:tc>
          <w:tcPr>
            <w:tcW w:w="2078" w:type="dxa"/>
          </w:tcPr>
          <w:p w14:paraId="4E6BB0B3" w14:textId="77777777" w:rsidR="00BD39C3" w:rsidRDefault="004A5A27">
            <w:r>
              <w:rPr>
                <w:sz w:val="14"/>
              </w:rPr>
              <w:t>647</w:t>
            </w:r>
          </w:p>
        </w:tc>
        <w:tc>
          <w:tcPr>
            <w:tcW w:w="2078" w:type="dxa"/>
          </w:tcPr>
          <w:p w14:paraId="1466966D" w14:textId="77777777" w:rsidR="00BD39C3" w:rsidRDefault="004A5A27">
            <w:r>
              <w:rPr>
                <w:sz w:val="14"/>
              </w:rPr>
              <w:t>1.758</w:t>
            </w:r>
          </w:p>
        </w:tc>
        <w:tc>
          <w:tcPr>
            <w:tcW w:w="2078" w:type="dxa"/>
          </w:tcPr>
          <w:p w14:paraId="3EA58D71" w14:textId="77777777" w:rsidR="00BD39C3" w:rsidRDefault="004A5A27">
            <w:r>
              <w:rPr>
                <w:sz w:val="14"/>
              </w:rPr>
              <w:t>0.580</w:t>
            </w:r>
          </w:p>
        </w:tc>
        <w:tc>
          <w:tcPr>
            <w:tcW w:w="2078" w:type="dxa"/>
          </w:tcPr>
          <w:p w14:paraId="70300A94" w14:textId="77777777" w:rsidR="00BD39C3" w:rsidRDefault="004A5A27">
            <w:r>
              <w:rPr>
                <w:sz w:val="14"/>
              </w:rPr>
              <w:t>0.621</w:t>
            </w:r>
          </w:p>
        </w:tc>
        <w:tc>
          <w:tcPr>
            <w:tcW w:w="2078" w:type="dxa"/>
          </w:tcPr>
          <w:p w14:paraId="7E12CA7F" w14:textId="77777777" w:rsidR="00BD39C3" w:rsidRDefault="004A5A27">
            <w:r>
              <w:rPr>
                <w:sz w:val="14"/>
              </w:rPr>
              <w:t>2.894</w:t>
            </w:r>
          </w:p>
        </w:tc>
        <w:tc>
          <w:tcPr>
            <w:tcW w:w="2078" w:type="dxa"/>
          </w:tcPr>
          <w:p w14:paraId="31EF585C" w14:textId="77777777" w:rsidR="00BD39C3" w:rsidRDefault="004A5A27">
            <w:r>
              <w:rPr>
                <w:sz w:val="14"/>
              </w:rPr>
              <w:t>0.002</w:t>
            </w:r>
          </w:p>
        </w:tc>
      </w:tr>
    </w:tbl>
    <w:p w14:paraId="7439E04B" w14:textId="77777777" w:rsidR="00BD39C3" w:rsidRDefault="004A5A27">
      <w:r>
        <w:rPr>
          <w:i/>
        </w:rPr>
        <w:t>ALM, appendicular lean mass.</w:t>
      </w:r>
    </w:p>
    <w:p w14:paraId="6B5E8086" w14:textId="77777777" w:rsidR="00BD39C3" w:rsidRDefault="00BD39C3"/>
    <w:p w14:paraId="23758872" w14:textId="77777777" w:rsidR="00BD39C3" w:rsidRDefault="004A5A27">
      <w:pPr>
        <w:pStyle w:val="Heading2"/>
      </w:pPr>
      <w:r>
        <w:t>Supplementary Table S7b. ALM by sex interaction models: globally standardised scale</w:t>
      </w:r>
    </w:p>
    <w:tbl>
      <w:tblPr>
        <w:tblStyle w:val="TableGrid"/>
        <w:tblW w:w="0" w:type="auto"/>
        <w:tblLook w:val="04A0" w:firstRow="1" w:lastRow="0" w:firstColumn="1" w:lastColumn="0" w:noHBand="0" w:noVBand="1"/>
      </w:tblPr>
      <w:tblGrid>
        <w:gridCol w:w="1879"/>
        <w:gridCol w:w="1751"/>
        <w:gridCol w:w="1790"/>
        <w:gridCol w:w="1790"/>
        <w:gridCol w:w="1790"/>
        <w:gridCol w:w="1790"/>
      </w:tblGrid>
      <w:tr w:rsidR="00BD39C3" w14:paraId="6F047AF5" w14:textId="77777777">
        <w:trPr>
          <w:tblHeader/>
        </w:trPr>
        <w:tc>
          <w:tcPr>
            <w:tcW w:w="2424" w:type="dxa"/>
          </w:tcPr>
          <w:p w14:paraId="6F004950" w14:textId="77777777" w:rsidR="00BD39C3" w:rsidRDefault="004A5A27">
            <w:r>
              <w:rPr>
                <w:b/>
                <w:sz w:val="14"/>
              </w:rPr>
              <w:t>Outcome</w:t>
            </w:r>
          </w:p>
        </w:tc>
        <w:tc>
          <w:tcPr>
            <w:tcW w:w="2424" w:type="dxa"/>
          </w:tcPr>
          <w:p w14:paraId="79098256" w14:textId="77777777" w:rsidR="00BD39C3" w:rsidRDefault="004A5A27">
            <w:r>
              <w:rPr>
                <w:b/>
                <w:sz w:val="14"/>
              </w:rPr>
              <w:t>N</w:t>
            </w:r>
          </w:p>
        </w:tc>
        <w:tc>
          <w:tcPr>
            <w:tcW w:w="2424" w:type="dxa"/>
          </w:tcPr>
          <w:p w14:paraId="7CDA1C3E" w14:textId="77777777" w:rsidR="00BD39C3" w:rsidRDefault="004A5A27">
            <w:r>
              <w:rPr>
                <w:b/>
                <w:sz w:val="14"/>
              </w:rPr>
              <w:t>Std delta beta</w:t>
            </w:r>
          </w:p>
        </w:tc>
        <w:tc>
          <w:tcPr>
            <w:tcW w:w="2424" w:type="dxa"/>
          </w:tcPr>
          <w:p w14:paraId="567A723B" w14:textId="77777777" w:rsidR="00BD39C3" w:rsidRDefault="004A5A27">
            <w:r>
              <w:rPr>
                <w:b/>
                <w:sz w:val="14"/>
              </w:rPr>
              <w:t>Std 95% CI low</w:t>
            </w:r>
          </w:p>
        </w:tc>
        <w:tc>
          <w:tcPr>
            <w:tcW w:w="2424" w:type="dxa"/>
          </w:tcPr>
          <w:p w14:paraId="327D1714" w14:textId="77777777" w:rsidR="00BD39C3" w:rsidRDefault="004A5A27">
            <w:r>
              <w:rPr>
                <w:b/>
                <w:sz w:val="14"/>
              </w:rPr>
              <w:t>Std 95% CI high</w:t>
            </w:r>
          </w:p>
        </w:tc>
        <w:tc>
          <w:tcPr>
            <w:tcW w:w="2424" w:type="dxa"/>
          </w:tcPr>
          <w:p w14:paraId="03EB2559" w14:textId="77777777" w:rsidR="00BD39C3" w:rsidRDefault="004A5A27">
            <w:r>
              <w:rPr>
                <w:b/>
                <w:sz w:val="14"/>
              </w:rPr>
              <w:t>Std p</w:t>
            </w:r>
          </w:p>
        </w:tc>
      </w:tr>
      <w:tr w:rsidR="00BD39C3" w14:paraId="6A19E51F" w14:textId="77777777">
        <w:tc>
          <w:tcPr>
            <w:tcW w:w="2424" w:type="dxa"/>
          </w:tcPr>
          <w:p w14:paraId="19EDE89D" w14:textId="77777777" w:rsidR="00BD39C3" w:rsidRDefault="004A5A27">
            <w:r>
              <w:rPr>
                <w:sz w:val="14"/>
              </w:rPr>
              <w:t>Section modulus</w:t>
            </w:r>
          </w:p>
        </w:tc>
        <w:tc>
          <w:tcPr>
            <w:tcW w:w="2424" w:type="dxa"/>
          </w:tcPr>
          <w:p w14:paraId="5701A02E" w14:textId="77777777" w:rsidR="00BD39C3" w:rsidRDefault="004A5A27">
            <w:r>
              <w:rPr>
                <w:sz w:val="14"/>
              </w:rPr>
              <w:t>647</w:t>
            </w:r>
          </w:p>
        </w:tc>
        <w:tc>
          <w:tcPr>
            <w:tcW w:w="2424" w:type="dxa"/>
          </w:tcPr>
          <w:p w14:paraId="746AFA0C" w14:textId="77777777" w:rsidR="00BD39C3" w:rsidRDefault="004A5A27">
            <w:r>
              <w:rPr>
                <w:sz w:val="14"/>
              </w:rPr>
              <w:t>0.295</w:t>
            </w:r>
          </w:p>
        </w:tc>
        <w:tc>
          <w:tcPr>
            <w:tcW w:w="2424" w:type="dxa"/>
          </w:tcPr>
          <w:p w14:paraId="4707896F" w14:textId="77777777" w:rsidR="00BD39C3" w:rsidRDefault="004A5A27">
            <w:r>
              <w:rPr>
                <w:sz w:val="14"/>
              </w:rPr>
              <w:t>0.153</w:t>
            </w:r>
          </w:p>
        </w:tc>
        <w:tc>
          <w:tcPr>
            <w:tcW w:w="2424" w:type="dxa"/>
          </w:tcPr>
          <w:p w14:paraId="07303088" w14:textId="77777777" w:rsidR="00BD39C3" w:rsidRDefault="004A5A27">
            <w:r>
              <w:rPr>
                <w:sz w:val="14"/>
              </w:rPr>
              <w:t>0.437</w:t>
            </w:r>
          </w:p>
        </w:tc>
        <w:tc>
          <w:tcPr>
            <w:tcW w:w="2424" w:type="dxa"/>
          </w:tcPr>
          <w:p w14:paraId="5EC296A3" w14:textId="77777777" w:rsidR="00BD39C3" w:rsidRDefault="004A5A27">
            <w:r>
              <w:rPr>
                <w:sz w:val="14"/>
              </w:rPr>
              <w:t>0.000</w:t>
            </w:r>
          </w:p>
        </w:tc>
      </w:tr>
      <w:tr w:rsidR="00BD39C3" w14:paraId="4BB29C29" w14:textId="77777777">
        <w:tc>
          <w:tcPr>
            <w:tcW w:w="2424" w:type="dxa"/>
          </w:tcPr>
          <w:p w14:paraId="7E77C467" w14:textId="77777777" w:rsidR="00BD39C3" w:rsidRDefault="004A5A27">
            <w:r>
              <w:rPr>
                <w:sz w:val="14"/>
              </w:rPr>
              <w:t>CSA</w:t>
            </w:r>
          </w:p>
        </w:tc>
        <w:tc>
          <w:tcPr>
            <w:tcW w:w="2424" w:type="dxa"/>
          </w:tcPr>
          <w:p w14:paraId="53B6A412" w14:textId="77777777" w:rsidR="00BD39C3" w:rsidRDefault="004A5A27">
            <w:r>
              <w:rPr>
                <w:sz w:val="14"/>
              </w:rPr>
              <w:t>647</w:t>
            </w:r>
          </w:p>
        </w:tc>
        <w:tc>
          <w:tcPr>
            <w:tcW w:w="2424" w:type="dxa"/>
          </w:tcPr>
          <w:p w14:paraId="20C11BBC" w14:textId="77777777" w:rsidR="00BD39C3" w:rsidRDefault="004A5A27">
            <w:r>
              <w:rPr>
                <w:sz w:val="14"/>
              </w:rPr>
              <w:t>0.239</w:t>
            </w:r>
          </w:p>
        </w:tc>
        <w:tc>
          <w:tcPr>
            <w:tcW w:w="2424" w:type="dxa"/>
          </w:tcPr>
          <w:p w14:paraId="2B51C2EE" w14:textId="77777777" w:rsidR="00BD39C3" w:rsidRDefault="004A5A27">
            <w:r>
              <w:rPr>
                <w:sz w:val="14"/>
              </w:rPr>
              <w:t>0.084</w:t>
            </w:r>
          </w:p>
        </w:tc>
        <w:tc>
          <w:tcPr>
            <w:tcW w:w="2424" w:type="dxa"/>
          </w:tcPr>
          <w:p w14:paraId="7AAFF0CF" w14:textId="77777777" w:rsidR="00BD39C3" w:rsidRDefault="004A5A27">
            <w:r>
              <w:rPr>
                <w:sz w:val="14"/>
              </w:rPr>
              <w:t>0.393</w:t>
            </w:r>
          </w:p>
        </w:tc>
        <w:tc>
          <w:tcPr>
            <w:tcW w:w="2424" w:type="dxa"/>
          </w:tcPr>
          <w:p w14:paraId="4AB638EC" w14:textId="77777777" w:rsidR="00BD39C3" w:rsidRDefault="004A5A27">
            <w:r>
              <w:rPr>
                <w:sz w:val="14"/>
              </w:rPr>
              <w:t>0.002</w:t>
            </w:r>
          </w:p>
        </w:tc>
      </w:tr>
    </w:tbl>
    <w:p w14:paraId="1E1DB65A" w14:textId="77777777" w:rsidR="00BD39C3" w:rsidRDefault="004A5A27">
      <w:r>
        <w:rPr>
          <w:i/>
        </w:rPr>
        <w:t>Std, globally standardised.</w:t>
      </w:r>
    </w:p>
    <w:p w14:paraId="74E94BEC" w14:textId="77777777" w:rsidR="00BD39C3" w:rsidRDefault="00BD39C3"/>
    <w:p w14:paraId="35128389" w14:textId="77777777" w:rsidR="00BD39C3" w:rsidRDefault="004A5A27">
      <w:pPr>
        <w:pStyle w:val="Heading2"/>
      </w:pPr>
      <w:r>
        <w:t>Supplementary Table S8. Sensitivity analyses in men</w:t>
      </w:r>
    </w:p>
    <w:tbl>
      <w:tblPr>
        <w:tblStyle w:val="TableGrid"/>
        <w:tblW w:w="0" w:type="auto"/>
        <w:tblLook w:val="04A0" w:firstRow="1" w:lastRow="0" w:firstColumn="1" w:lastColumn="0" w:noHBand="0" w:noVBand="1"/>
      </w:tblPr>
      <w:tblGrid>
        <w:gridCol w:w="1590"/>
        <w:gridCol w:w="1587"/>
        <w:gridCol w:w="1474"/>
        <w:gridCol w:w="1583"/>
        <w:gridCol w:w="1510"/>
        <w:gridCol w:w="1534"/>
        <w:gridCol w:w="1512"/>
      </w:tblGrid>
      <w:tr w:rsidR="00BD39C3" w14:paraId="66368144" w14:textId="77777777">
        <w:trPr>
          <w:tblHeader/>
        </w:trPr>
        <w:tc>
          <w:tcPr>
            <w:tcW w:w="2078" w:type="dxa"/>
          </w:tcPr>
          <w:p w14:paraId="224D00B4" w14:textId="77777777" w:rsidR="00BD39C3" w:rsidRDefault="004A5A27">
            <w:r>
              <w:rPr>
                <w:b/>
                <w:sz w:val="12"/>
              </w:rPr>
              <w:t>Outcome</w:t>
            </w:r>
          </w:p>
        </w:tc>
        <w:tc>
          <w:tcPr>
            <w:tcW w:w="2078" w:type="dxa"/>
          </w:tcPr>
          <w:p w14:paraId="7F20BC5F" w14:textId="77777777" w:rsidR="00BD39C3" w:rsidRDefault="004A5A27">
            <w:r>
              <w:rPr>
                <w:b/>
                <w:sz w:val="12"/>
              </w:rPr>
              <w:t>Model</w:t>
            </w:r>
          </w:p>
        </w:tc>
        <w:tc>
          <w:tcPr>
            <w:tcW w:w="2078" w:type="dxa"/>
          </w:tcPr>
          <w:p w14:paraId="25E7978D" w14:textId="77777777" w:rsidR="00BD39C3" w:rsidRDefault="004A5A27">
            <w:r>
              <w:rPr>
                <w:b/>
                <w:sz w:val="12"/>
              </w:rPr>
              <w:t>N</w:t>
            </w:r>
          </w:p>
        </w:tc>
        <w:tc>
          <w:tcPr>
            <w:tcW w:w="2078" w:type="dxa"/>
          </w:tcPr>
          <w:p w14:paraId="40ADCC9F" w14:textId="77777777" w:rsidR="00BD39C3" w:rsidRDefault="004A5A27">
            <w:r>
              <w:rPr>
                <w:b/>
                <w:sz w:val="12"/>
              </w:rPr>
              <w:t>Estimate</w:t>
            </w:r>
          </w:p>
        </w:tc>
        <w:tc>
          <w:tcPr>
            <w:tcW w:w="2078" w:type="dxa"/>
          </w:tcPr>
          <w:p w14:paraId="668FC5C7" w14:textId="77777777" w:rsidR="00BD39C3" w:rsidRDefault="004A5A27">
            <w:r>
              <w:rPr>
                <w:b/>
                <w:sz w:val="12"/>
              </w:rPr>
              <w:t>95% CI low</w:t>
            </w:r>
          </w:p>
        </w:tc>
        <w:tc>
          <w:tcPr>
            <w:tcW w:w="2078" w:type="dxa"/>
          </w:tcPr>
          <w:p w14:paraId="34A35137" w14:textId="77777777" w:rsidR="00BD39C3" w:rsidRDefault="004A5A27">
            <w:r>
              <w:rPr>
                <w:b/>
                <w:sz w:val="12"/>
              </w:rPr>
              <w:t>95% CI high</w:t>
            </w:r>
          </w:p>
        </w:tc>
        <w:tc>
          <w:tcPr>
            <w:tcW w:w="2078" w:type="dxa"/>
          </w:tcPr>
          <w:p w14:paraId="786F705C" w14:textId="77777777" w:rsidR="00BD39C3" w:rsidRDefault="004A5A27">
            <w:r>
              <w:rPr>
                <w:b/>
                <w:sz w:val="12"/>
              </w:rPr>
              <w:t>p value</w:t>
            </w:r>
          </w:p>
        </w:tc>
      </w:tr>
      <w:tr w:rsidR="00BD39C3" w14:paraId="559F7E6D" w14:textId="77777777">
        <w:tc>
          <w:tcPr>
            <w:tcW w:w="2078" w:type="dxa"/>
          </w:tcPr>
          <w:p w14:paraId="5409F3AE" w14:textId="77777777" w:rsidR="00BD39C3" w:rsidRDefault="004A5A27">
            <w:r>
              <w:rPr>
                <w:sz w:val="12"/>
              </w:rPr>
              <w:t>Section modulus</w:t>
            </w:r>
          </w:p>
        </w:tc>
        <w:tc>
          <w:tcPr>
            <w:tcW w:w="2078" w:type="dxa"/>
          </w:tcPr>
          <w:p w14:paraId="1CD63C38" w14:textId="77777777" w:rsidR="00BD39C3" w:rsidRDefault="004A5A27">
            <w:r>
              <w:rPr>
                <w:sz w:val="12"/>
              </w:rPr>
              <w:t>age + weight + height</w:t>
            </w:r>
          </w:p>
        </w:tc>
        <w:tc>
          <w:tcPr>
            <w:tcW w:w="2078" w:type="dxa"/>
          </w:tcPr>
          <w:p w14:paraId="61D0FA4C" w14:textId="77777777" w:rsidR="00BD39C3" w:rsidRDefault="004A5A27">
            <w:r>
              <w:rPr>
                <w:sz w:val="12"/>
              </w:rPr>
              <w:t>183</w:t>
            </w:r>
          </w:p>
        </w:tc>
        <w:tc>
          <w:tcPr>
            <w:tcW w:w="2078" w:type="dxa"/>
          </w:tcPr>
          <w:p w14:paraId="291F1A2A" w14:textId="77777777" w:rsidR="00BD39C3" w:rsidRDefault="004A5A27">
            <w:r>
              <w:rPr>
                <w:sz w:val="12"/>
              </w:rPr>
              <w:t>0.312</w:t>
            </w:r>
          </w:p>
        </w:tc>
        <w:tc>
          <w:tcPr>
            <w:tcW w:w="2078" w:type="dxa"/>
          </w:tcPr>
          <w:p w14:paraId="293B8DF5" w14:textId="77777777" w:rsidR="00BD39C3" w:rsidRDefault="004A5A27">
            <w:r>
              <w:rPr>
                <w:sz w:val="12"/>
              </w:rPr>
              <w:t>0.055</w:t>
            </w:r>
          </w:p>
        </w:tc>
        <w:tc>
          <w:tcPr>
            <w:tcW w:w="2078" w:type="dxa"/>
          </w:tcPr>
          <w:p w14:paraId="6CC1BB87" w14:textId="77777777" w:rsidR="00BD39C3" w:rsidRDefault="004A5A27">
            <w:r>
              <w:rPr>
                <w:sz w:val="12"/>
              </w:rPr>
              <w:t>0.568</w:t>
            </w:r>
          </w:p>
        </w:tc>
        <w:tc>
          <w:tcPr>
            <w:tcW w:w="2078" w:type="dxa"/>
          </w:tcPr>
          <w:p w14:paraId="5F442DD7" w14:textId="77777777" w:rsidR="00BD39C3" w:rsidRDefault="004A5A27">
            <w:r>
              <w:rPr>
                <w:sz w:val="12"/>
              </w:rPr>
              <w:t>0.017</w:t>
            </w:r>
          </w:p>
        </w:tc>
      </w:tr>
      <w:tr w:rsidR="00BD39C3" w14:paraId="60916DFC" w14:textId="77777777">
        <w:tc>
          <w:tcPr>
            <w:tcW w:w="2078" w:type="dxa"/>
          </w:tcPr>
          <w:p w14:paraId="62C1F5F6" w14:textId="77777777" w:rsidR="00BD39C3" w:rsidRDefault="004A5A27">
            <w:r>
              <w:rPr>
                <w:sz w:val="12"/>
              </w:rPr>
              <w:t>Section modulus</w:t>
            </w:r>
          </w:p>
        </w:tc>
        <w:tc>
          <w:tcPr>
            <w:tcW w:w="2078" w:type="dxa"/>
          </w:tcPr>
          <w:p w14:paraId="4605BA74" w14:textId="77777777" w:rsidR="00BD39C3" w:rsidRDefault="004A5A27">
            <w:r>
              <w:rPr>
                <w:sz w:val="12"/>
              </w:rPr>
              <w:t>allometric log-log</w:t>
            </w:r>
          </w:p>
        </w:tc>
        <w:tc>
          <w:tcPr>
            <w:tcW w:w="2078" w:type="dxa"/>
          </w:tcPr>
          <w:p w14:paraId="64CED70B" w14:textId="77777777" w:rsidR="00BD39C3" w:rsidRDefault="004A5A27">
            <w:r>
              <w:rPr>
                <w:sz w:val="12"/>
              </w:rPr>
              <w:t>183</w:t>
            </w:r>
          </w:p>
        </w:tc>
        <w:tc>
          <w:tcPr>
            <w:tcW w:w="2078" w:type="dxa"/>
          </w:tcPr>
          <w:p w14:paraId="6E1CB834" w14:textId="77777777" w:rsidR="00BD39C3" w:rsidRDefault="004A5A27">
            <w:r>
              <w:rPr>
                <w:sz w:val="12"/>
              </w:rPr>
              <w:t>0.724</w:t>
            </w:r>
          </w:p>
        </w:tc>
        <w:tc>
          <w:tcPr>
            <w:tcW w:w="2078" w:type="dxa"/>
          </w:tcPr>
          <w:p w14:paraId="5ED3A2B7" w14:textId="77777777" w:rsidR="00BD39C3" w:rsidRDefault="004A5A27">
            <w:r>
              <w:rPr>
                <w:sz w:val="12"/>
              </w:rPr>
              <w:t>0.271</w:t>
            </w:r>
          </w:p>
        </w:tc>
        <w:tc>
          <w:tcPr>
            <w:tcW w:w="2078" w:type="dxa"/>
          </w:tcPr>
          <w:p w14:paraId="7816422F" w14:textId="77777777" w:rsidR="00BD39C3" w:rsidRDefault="004A5A27">
            <w:r>
              <w:rPr>
                <w:sz w:val="12"/>
              </w:rPr>
              <w:t>1.177</w:t>
            </w:r>
          </w:p>
        </w:tc>
        <w:tc>
          <w:tcPr>
            <w:tcW w:w="2078" w:type="dxa"/>
          </w:tcPr>
          <w:p w14:paraId="08F60102" w14:textId="77777777" w:rsidR="00BD39C3" w:rsidRDefault="004A5A27">
            <w:r>
              <w:rPr>
                <w:sz w:val="12"/>
              </w:rPr>
              <w:t>0.002</w:t>
            </w:r>
          </w:p>
        </w:tc>
      </w:tr>
      <w:tr w:rsidR="00BD39C3" w14:paraId="57C964C9" w14:textId="77777777">
        <w:tc>
          <w:tcPr>
            <w:tcW w:w="2078" w:type="dxa"/>
          </w:tcPr>
          <w:p w14:paraId="46354898" w14:textId="77777777" w:rsidR="00BD39C3" w:rsidRDefault="004A5A27">
            <w:r>
              <w:rPr>
                <w:sz w:val="12"/>
              </w:rPr>
              <w:t>Section modulus</w:t>
            </w:r>
          </w:p>
        </w:tc>
        <w:tc>
          <w:tcPr>
            <w:tcW w:w="2078" w:type="dxa"/>
          </w:tcPr>
          <w:p w14:paraId="052EC637" w14:textId="77777777" w:rsidR="00BD39C3" w:rsidRDefault="004A5A27">
            <w:r>
              <w:rPr>
                <w:sz w:val="12"/>
              </w:rPr>
              <w:t>HC3 robust SE</w:t>
            </w:r>
          </w:p>
        </w:tc>
        <w:tc>
          <w:tcPr>
            <w:tcW w:w="2078" w:type="dxa"/>
          </w:tcPr>
          <w:p w14:paraId="6E76DB08" w14:textId="77777777" w:rsidR="00BD39C3" w:rsidRDefault="004A5A27">
            <w:r>
              <w:rPr>
                <w:sz w:val="12"/>
              </w:rPr>
              <w:t>183</w:t>
            </w:r>
          </w:p>
        </w:tc>
        <w:tc>
          <w:tcPr>
            <w:tcW w:w="2078" w:type="dxa"/>
          </w:tcPr>
          <w:p w14:paraId="60BDC4CE" w14:textId="77777777" w:rsidR="00BD39C3" w:rsidRDefault="004A5A27">
            <w:r>
              <w:rPr>
                <w:sz w:val="12"/>
              </w:rPr>
              <w:t>21.334</w:t>
            </w:r>
          </w:p>
        </w:tc>
        <w:tc>
          <w:tcPr>
            <w:tcW w:w="2078" w:type="dxa"/>
          </w:tcPr>
          <w:p w14:paraId="6B33F943" w14:textId="77777777" w:rsidR="00BD39C3" w:rsidRDefault="004A5A27">
            <w:r>
              <w:rPr>
                <w:sz w:val="12"/>
              </w:rPr>
              <w:t>5.020</w:t>
            </w:r>
          </w:p>
        </w:tc>
        <w:tc>
          <w:tcPr>
            <w:tcW w:w="2078" w:type="dxa"/>
          </w:tcPr>
          <w:p w14:paraId="43EE64CB" w14:textId="77777777" w:rsidR="00BD39C3" w:rsidRDefault="004A5A27">
            <w:r>
              <w:rPr>
                <w:sz w:val="12"/>
              </w:rPr>
              <w:t>37.647</w:t>
            </w:r>
          </w:p>
        </w:tc>
        <w:tc>
          <w:tcPr>
            <w:tcW w:w="2078" w:type="dxa"/>
          </w:tcPr>
          <w:p w14:paraId="2B9D977D" w14:textId="77777777" w:rsidR="00BD39C3" w:rsidRDefault="004A5A27">
            <w:r>
              <w:rPr>
                <w:sz w:val="12"/>
              </w:rPr>
              <w:t>0.010</w:t>
            </w:r>
          </w:p>
        </w:tc>
      </w:tr>
      <w:tr w:rsidR="00BD39C3" w14:paraId="57C3A603" w14:textId="77777777">
        <w:tc>
          <w:tcPr>
            <w:tcW w:w="2078" w:type="dxa"/>
          </w:tcPr>
          <w:p w14:paraId="642C4CB5" w14:textId="77777777" w:rsidR="00BD39C3" w:rsidRDefault="004A5A27">
            <w:r>
              <w:rPr>
                <w:sz w:val="12"/>
              </w:rPr>
              <w:t>Section modulus</w:t>
            </w:r>
          </w:p>
        </w:tc>
        <w:tc>
          <w:tcPr>
            <w:tcW w:w="2078" w:type="dxa"/>
          </w:tcPr>
          <w:p w14:paraId="1287A5DB" w14:textId="77777777" w:rsidR="00BD39C3" w:rsidRDefault="004A5A27">
            <w:r>
              <w:rPr>
                <w:sz w:val="12"/>
              </w:rPr>
              <w:t>exclude Cook's D &gt; 0.0219</w:t>
            </w:r>
          </w:p>
        </w:tc>
        <w:tc>
          <w:tcPr>
            <w:tcW w:w="2078" w:type="dxa"/>
          </w:tcPr>
          <w:p w14:paraId="78F27DD3" w14:textId="77777777" w:rsidR="00BD39C3" w:rsidRDefault="004A5A27">
            <w:r>
              <w:rPr>
                <w:sz w:val="12"/>
              </w:rPr>
              <w:t>174</w:t>
            </w:r>
          </w:p>
        </w:tc>
        <w:tc>
          <w:tcPr>
            <w:tcW w:w="2078" w:type="dxa"/>
          </w:tcPr>
          <w:p w14:paraId="09D1FB7F" w14:textId="77777777" w:rsidR="00BD39C3" w:rsidRDefault="004A5A27">
            <w:r>
              <w:rPr>
                <w:sz w:val="12"/>
              </w:rPr>
              <w:t>0.291</w:t>
            </w:r>
          </w:p>
        </w:tc>
        <w:tc>
          <w:tcPr>
            <w:tcW w:w="2078" w:type="dxa"/>
          </w:tcPr>
          <w:p w14:paraId="57A9E3B8" w14:textId="77777777" w:rsidR="00BD39C3" w:rsidRDefault="00BD39C3"/>
        </w:tc>
        <w:tc>
          <w:tcPr>
            <w:tcW w:w="2078" w:type="dxa"/>
          </w:tcPr>
          <w:p w14:paraId="2B91E69B" w14:textId="77777777" w:rsidR="00BD39C3" w:rsidRDefault="00BD39C3"/>
        </w:tc>
        <w:tc>
          <w:tcPr>
            <w:tcW w:w="2078" w:type="dxa"/>
          </w:tcPr>
          <w:p w14:paraId="17489D35" w14:textId="77777777" w:rsidR="00BD39C3" w:rsidRDefault="004A5A27">
            <w:r>
              <w:rPr>
                <w:sz w:val="12"/>
              </w:rPr>
              <w:t>0.029</w:t>
            </w:r>
          </w:p>
        </w:tc>
      </w:tr>
      <w:tr w:rsidR="00BD39C3" w14:paraId="6699C3E4" w14:textId="77777777">
        <w:tc>
          <w:tcPr>
            <w:tcW w:w="2078" w:type="dxa"/>
          </w:tcPr>
          <w:p w14:paraId="07C49DEE" w14:textId="77777777" w:rsidR="00BD39C3" w:rsidRDefault="004A5A27">
            <w:r>
              <w:rPr>
                <w:sz w:val="12"/>
              </w:rPr>
              <w:t>Section modulus</w:t>
            </w:r>
          </w:p>
        </w:tc>
        <w:tc>
          <w:tcPr>
            <w:tcW w:w="2078" w:type="dxa"/>
          </w:tcPr>
          <w:p w14:paraId="1CEB68F6" w14:textId="77777777" w:rsidR="00BD39C3" w:rsidRDefault="004A5A27">
            <w:r>
              <w:rPr>
                <w:sz w:val="12"/>
              </w:rPr>
              <w:t>VIF asm in BMI + height model</w:t>
            </w:r>
          </w:p>
        </w:tc>
        <w:tc>
          <w:tcPr>
            <w:tcW w:w="2078" w:type="dxa"/>
          </w:tcPr>
          <w:p w14:paraId="0E26735F" w14:textId="77777777" w:rsidR="00BD39C3" w:rsidRDefault="004A5A27">
            <w:r>
              <w:rPr>
                <w:sz w:val="12"/>
              </w:rPr>
              <w:t>183</w:t>
            </w:r>
          </w:p>
        </w:tc>
        <w:tc>
          <w:tcPr>
            <w:tcW w:w="2078" w:type="dxa"/>
          </w:tcPr>
          <w:p w14:paraId="7424BA5B" w14:textId="77777777" w:rsidR="00BD39C3" w:rsidRDefault="004A5A27">
            <w:r>
              <w:rPr>
                <w:sz w:val="12"/>
              </w:rPr>
              <w:t>4.602</w:t>
            </w:r>
          </w:p>
        </w:tc>
        <w:tc>
          <w:tcPr>
            <w:tcW w:w="2078" w:type="dxa"/>
          </w:tcPr>
          <w:p w14:paraId="400E33C3" w14:textId="77777777" w:rsidR="00BD39C3" w:rsidRDefault="00BD39C3"/>
        </w:tc>
        <w:tc>
          <w:tcPr>
            <w:tcW w:w="2078" w:type="dxa"/>
          </w:tcPr>
          <w:p w14:paraId="7BE49FAB" w14:textId="77777777" w:rsidR="00BD39C3" w:rsidRDefault="00BD39C3"/>
        </w:tc>
        <w:tc>
          <w:tcPr>
            <w:tcW w:w="2078" w:type="dxa"/>
          </w:tcPr>
          <w:p w14:paraId="0CCE6F8A" w14:textId="77777777" w:rsidR="00BD39C3" w:rsidRDefault="00BD39C3"/>
        </w:tc>
      </w:tr>
      <w:tr w:rsidR="00BD39C3" w14:paraId="3D5C194B" w14:textId="77777777">
        <w:tc>
          <w:tcPr>
            <w:tcW w:w="2078" w:type="dxa"/>
          </w:tcPr>
          <w:p w14:paraId="33FCFBF6" w14:textId="77777777" w:rsidR="00BD39C3" w:rsidRDefault="004A5A27">
            <w:r>
              <w:rPr>
                <w:sz w:val="12"/>
              </w:rPr>
              <w:t>CSA</w:t>
            </w:r>
          </w:p>
        </w:tc>
        <w:tc>
          <w:tcPr>
            <w:tcW w:w="2078" w:type="dxa"/>
          </w:tcPr>
          <w:p w14:paraId="0B5AE90F" w14:textId="77777777" w:rsidR="00BD39C3" w:rsidRDefault="004A5A27">
            <w:r>
              <w:rPr>
                <w:sz w:val="12"/>
              </w:rPr>
              <w:t>age + weight + height</w:t>
            </w:r>
          </w:p>
        </w:tc>
        <w:tc>
          <w:tcPr>
            <w:tcW w:w="2078" w:type="dxa"/>
          </w:tcPr>
          <w:p w14:paraId="39AB8C03" w14:textId="77777777" w:rsidR="00BD39C3" w:rsidRDefault="004A5A27">
            <w:r>
              <w:rPr>
                <w:sz w:val="12"/>
              </w:rPr>
              <w:t>183</w:t>
            </w:r>
          </w:p>
        </w:tc>
        <w:tc>
          <w:tcPr>
            <w:tcW w:w="2078" w:type="dxa"/>
          </w:tcPr>
          <w:p w14:paraId="05272556" w14:textId="77777777" w:rsidR="00BD39C3" w:rsidRDefault="004A5A27">
            <w:r>
              <w:rPr>
                <w:sz w:val="12"/>
              </w:rPr>
              <w:t>0.293</w:t>
            </w:r>
          </w:p>
        </w:tc>
        <w:tc>
          <w:tcPr>
            <w:tcW w:w="2078" w:type="dxa"/>
          </w:tcPr>
          <w:p w14:paraId="49D00A57" w14:textId="77777777" w:rsidR="00BD39C3" w:rsidRDefault="004A5A27">
            <w:r>
              <w:rPr>
                <w:sz w:val="12"/>
              </w:rPr>
              <w:t>0.038</w:t>
            </w:r>
          </w:p>
        </w:tc>
        <w:tc>
          <w:tcPr>
            <w:tcW w:w="2078" w:type="dxa"/>
          </w:tcPr>
          <w:p w14:paraId="4D298AFD" w14:textId="77777777" w:rsidR="00BD39C3" w:rsidRDefault="004A5A27">
            <w:r>
              <w:rPr>
                <w:sz w:val="12"/>
              </w:rPr>
              <w:t>0.549</w:t>
            </w:r>
          </w:p>
        </w:tc>
        <w:tc>
          <w:tcPr>
            <w:tcW w:w="2078" w:type="dxa"/>
          </w:tcPr>
          <w:p w14:paraId="4DC5EE84" w14:textId="77777777" w:rsidR="00BD39C3" w:rsidRDefault="004A5A27">
            <w:r>
              <w:rPr>
                <w:sz w:val="12"/>
              </w:rPr>
              <w:t>0.025</w:t>
            </w:r>
          </w:p>
        </w:tc>
      </w:tr>
      <w:tr w:rsidR="00BD39C3" w14:paraId="7ADDF70C" w14:textId="77777777">
        <w:tc>
          <w:tcPr>
            <w:tcW w:w="2078" w:type="dxa"/>
          </w:tcPr>
          <w:p w14:paraId="114315D6" w14:textId="77777777" w:rsidR="00BD39C3" w:rsidRDefault="004A5A27">
            <w:r>
              <w:rPr>
                <w:sz w:val="12"/>
              </w:rPr>
              <w:t>CSA</w:t>
            </w:r>
          </w:p>
        </w:tc>
        <w:tc>
          <w:tcPr>
            <w:tcW w:w="2078" w:type="dxa"/>
          </w:tcPr>
          <w:p w14:paraId="55A96013" w14:textId="77777777" w:rsidR="00BD39C3" w:rsidRDefault="004A5A27">
            <w:r>
              <w:rPr>
                <w:sz w:val="12"/>
              </w:rPr>
              <w:t>allometric log-log</w:t>
            </w:r>
          </w:p>
        </w:tc>
        <w:tc>
          <w:tcPr>
            <w:tcW w:w="2078" w:type="dxa"/>
          </w:tcPr>
          <w:p w14:paraId="5DD78E9E" w14:textId="77777777" w:rsidR="00BD39C3" w:rsidRDefault="004A5A27">
            <w:r>
              <w:rPr>
                <w:sz w:val="12"/>
              </w:rPr>
              <w:t>183</w:t>
            </w:r>
          </w:p>
        </w:tc>
        <w:tc>
          <w:tcPr>
            <w:tcW w:w="2078" w:type="dxa"/>
          </w:tcPr>
          <w:p w14:paraId="31873BCF" w14:textId="77777777" w:rsidR="00BD39C3" w:rsidRDefault="004A5A27">
            <w:r>
              <w:rPr>
                <w:sz w:val="12"/>
              </w:rPr>
              <w:t>0.327</w:t>
            </w:r>
          </w:p>
        </w:tc>
        <w:tc>
          <w:tcPr>
            <w:tcW w:w="2078" w:type="dxa"/>
          </w:tcPr>
          <w:p w14:paraId="2C0E4A12" w14:textId="77777777" w:rsidR="00BD39C3" w:rsidRDefault="004A5A27">
            <w:r>
              <w:rPr>
                <w:sz w:val="12"/>
              </w:rPr>
              <w:t>0.014</w:t>
            </w:r>
          </w:p>
        </w:tc>
        <w:tc>
          <w:tcPr>
            <w:tcW w:w="2078" w:type="dxa"/>
          </w:tcPr>
          <w:p w14:paraId="3B3C4E29" w14:textId="77777777" w:rsidR="00BD39C3" w:rsidRDefault="004A5A27">
            <w:r>
              <w:rPr>
                <w:sz w:val="12"/>
              </w:rPr>
              <w:t>0.640</w:t>
            </w:r>
          </w:p>
        </w:tc>
        <w:tc>
          <w:tcPr>
            <w:tcW w:w="2078" w:type="dxa"/>
          </w:tcPr>
          <w:p w14:paraId="138F4886" w14:textId="77777777" w:rsidR="00BD39C3" w:rsidRDefault="004A5A27">
            <w:r>
              <w:rPr>
                <w:sz w:val="12"/>
              </w:rPr>
              <w:t>0.041</w:t>
            </w:r>
          </w:p>
        </w:tc>
      </w:tr>
      <w:tr w:rsidR="00BD39C3" w14:paraId="03B4A372" w14:textId="77777777">
        <w:tc>
          <w:tcPr>
            <w:tcW w:w="2078" w:type="dxa"/>
          </w:tcPr>
          <w:p w14:paraId="305B744E" w14:textId="77777777" w:rsidR="00BD39C3" w:rsidRDefault="004A5A27">
            <w:r>
              <w:rPr>
                <w:sz w:val="12"/>
              </w:rPr>
              <w:t>CSA</w:t>
            </w:r>
          </w:p>
        </w:tc>
        <w:tc>
          <w:tcPr>
            <w:tcW w:w="2078" w:type="dxa"/>
          </w:tcPr>
          <w:p w14:paraId="3F89B25F" w14:textId="77777777" w:rsidR="00BD39C3" w:rsidRDefault="004A5A27">
            <w:r>
              <w:rPr>
                <w:sz w:val="12"/>
              </w:rPr>
              <w:t>HC3 robust SE</w:t>
            </w:r>
          </w:p>
        </w:tc>
        <w:tc>
          <w:tcPr>
            <w:tcW w:w="2078" w:type="dxa"/>
          </w:tcPr>
          <w:p w14:paraId="208CBEC8" w14:textId="77777777" w:rsidR="00BD39C3" w:rsidRDefault="004A5A27">
            <w:r>
              <w:rPr>
                <w:sz w:val="12"/>
              </w:rPr>
              <w:t>183</w:t>
            </w:r>
          </w:p>
        </w:tc>
        <w:tc>
          <w:tcPr>
            <w:tcW w:w="2078" w:type="dxa"/>
          </w:tcPr>
          <w:p w14:paraId="527FB115" w14:textId="77777777" w:rsidR="00BD39C3" w:rsidRDefault="004A5A27">
            <w:r>
              <w:rPr>
                <w:sz w:val="12"/>
              </w:rPr>
              <w:t>2.916</w:t>
            </w:r>
          </w:p>
        </w:tc>
        <w:tc>
          <w:tcPr>
            <w:tcW w:w="2078" w:type="dxa"/>
          </w:tcPr>
          <w:p w14:paraId="07B955D6" w14:textId="77777777" w:rsidR="00BD39C3" w:rsidRDefault="004A5A27">
            <w:r>
              <w:rPr>
                <w:sz w:val="12"/>
              </w:rPr>
              <w:t>0.456</w:t>
            </w:r>
          </w:p>
        </w:tc>
        <w:tc>
          <w:tcPr>
            <w:tcW w:w="2078" w:type="dxa"/>
          </w:tcPr>
          <w:p w14:paraId="6C1EB919" w14:textId="77777777" w:rsidR="00BD39C3" w:rsidRDefault="004A5A27">
            <w:r>
              <w:rPr>
                <w:sz w:val="12"/>
              </w:rPr>
              <w:t>5.377</w:t>
            </w:r>
          </w:p>
        </w:tc>
        <w:tc>
          <w:tcPr>
            <w:tcW w:w="2078" w:type="dxa"/>
          </w:tcPr>
          <w:p w14:paraId="71AFE36C" w14:textId="77777777" w:rsidR="00BD39C3" w:rsidRDefault="004A5A27">
            <w:r>
              <w:rPr>
                <w:sz w:val="12"/>
              </w:rPr>
              <w:t>0.020</w:t>
            </w:r>
          </w:p>
        </w:tc>
      </w:tr>
      <w:tr w:rsidR="00BD39C3" w14:paraId="1891B5E0" w14:textId="77777777">
        <w:tc>
          <w:tcPr>
            <w:tcW w:w="2078" w:type="dxa"/>
          </w:tcPr>
          <w:p w14:paraId="43EEED9B" w14:textId="77777777" w:rsidR="00BD39C3" w:rsidRDefault="004A5A27">
            <w:r>
              <w:rPr>
                <w:sz w:val="12"/>
              </w:rPr>
              <w:t>CSA</w:t>
            </w:r>
          </w:p>
        </w:tc>
        <w:tc>
          <w:tcPr>
            <w:tcW w:w="2078" w:type="dxa"/>
          </w:tcPr>
          <w:p w14:paraId="401E3F0E" w14:textId="77777777" w:rsidR="00BD39C3" w:rsidRDefault="004A5A27">
            <w:r>
              <w:rPr>
                <w:sz w:val="12"/>
              </w:rPr>
              <w:t>exclude Cook's D &gt; 0.0219</w:t>
            </w:r>
          </w:p>
        </w:tc>
        <w:tc>
          <w:tcPr>
            <w:tcW w:w="2078" w:type="dxa"/>
          </w:tcPr>
          <w:p w14:paraId="6365DD91" w14:textId="77777777" w:rsidR="00BD39C3" w:rsidRDefault="004A5A27">
            <w:r>
              <w:rPr>
                <w:sz w:val="12"/>
              </w:rPr>
              <w:t>175</w:t>
            </w:r>
          </w:p>
        </w:tc>
        <w:tc>
          <w:tcPr>
            <w:tcW w:w="2078" w:type="dxa"/>
          </w:tcPr>
          <w:p w14:paraId="55F1E994" w14:textId="77777777" w:rsidR="00BD39C3" w:rsidRDefault="004A5A27">
            <w:r>
              <w:rPr>
                <w:sz w:val="12"/>
              </w:rPr>
              <w:t>0.135</w:t>
            </w:r>
          </w:p>
        </w:tc>
        <w:tc>
          <w:tcPr>
            <w:tcW w:w="2078" w:type="dxa"/>
          </w:tcPr>
          <w:p w14:paraId="3C9AADCE" w14:textId="77777777" w:rsidR="00BD39C3" w:rsidRDefault="00BD39C3"/>
        </w:tc>
        <w:tc>
          <w:tcPr>
            <w:tcW w:w="2078" w:type="dxa"/>
          </w:tcPr>
          <w:p w14:paraId="150A85EA" w14:textId="77777777" w:rsidR="00BD39C3" w:rsidRDefault="00BD39C3"/>
        </w:tc>
        <w:tc>
          <w:tcPr>
            <w:tcW w:w="2078" w:type="dxa"/>
          </w:tcPr>
          <w:p w14:paraId="4FC01FD3" w14:textId="77777777" w:rsidR="00BD39C3" w:rsidRDefault="004A5A27">
            <w:r>
              <w:rPr>
                <w:sz w:val="12"/>
              </w:rPr>
              <w:t>0.350</w:t>
            </w:r>
          </w:p>
        </w:tc>
      </w:tr>
      <w:tr w:rsidR="00BD39C3" w14:paraId="257AABD5" w14:textId="77777777">
        <w:tc>
          <w:tcPr>
            <w:tcW w:w="2078" w:type="dxa"/>
          </w:tcPr>
          <w:p w14:paraId="28FB0C25" w14:textId="77777777" w:rsidR="00BD39C3" w:rsidRDefault="004A5A27">
            <w:r>
              <w:rPr>
                <w:sz w:val="12"/>
              </w:rPr>
              <w:t>CSA</w:t>
            </w:r>
          </w:p>
        </w:tc>
        <w:tc>
          <w:tcPr>
            <w:tcW w:w="2078" w:type="dxa"/>
          </w:tcPr>
          <w:p w14:paraId="420DC301" w14:textId="77777777" w:rsidR="00BD39C3" w:rsidRDefault="004A5A27">
            <w:r>
              <w:rPr>
                <w:sz w:val="12"/>
              </w:rPr>
              <w:t>VIF asm in BMI + height model</w:t>
            </w:r>
          </w:p>
        </w:tc>
        <w:tc>
          <w:tcPr>
            <w:tcW w:w="2078" w:type="dxa"/>
          </w:tcPr>
          <w:p w14:paraId="24FED5DB" w14:textId="77777777" w:rsidR="00BD39C3" w:rsidRDefault="004A5A27">
            <w:r>
              <w:rPr>
                <w:sz w:val="12"/>
              </w:rPr>
              <w:t>183</w:t>
            </w:r>
          </w:p>
        </w:tc>
        <w:tc>
          <w:tcPr>
            <w:tcW w:w="2078" w:type="dxa"/>
          </w:tcPr>
          <w:p w14:paraId="5F5EF9E4" w14:textId="77777777" w:rsidR="00BD39C3" w:rsidRDefault="004A5A27">
            <w:r>
              <w:rPr>
                <w:sz w:val="12"/>
              </w:rPr>
              <w:t>4.602</w:t>
            </w:r>
          </w:p>
        </w:tc>
        <w:tc>
          <w:tcPr>
            <w:tcW w:w="2078" w:type="dxa"/>
          </w:tcPr>
          <w:p w14:paraId="59A576AB" w14:textId="77777777" w:rsidR="00BD39C3" w:rsidRDefault="00BD39C3"/>
        </w:tc>
        <w:tc>
          <w:tcPr>
            <w:tcW w:w="2078" w:type="dxa"/>
          </w:tcPr>
          <w:p w14:paraId="3BC66BF7" w14:textId="77777777" w:rsidR="00BD39C3" w:rsidRDefault="00BD39C3"/>
        </w:tc>
        <w:tc>
          <w:tcPr>
            <w:tcW w:w="2078" w:type="dxa"/>
          </w:tcPr>
          <w:p w14:paraId="4628C782" w14:textId="77777777" w:rsidR="00BD39C3" w:rsidRDefault="00BD39C3"/>
        </w:tc>
      </w:tr>
    </w:tbl>
    <w:p w14:paraId="6E1EC98A" w14:textId="77777777" w:rsidR="00BD39C3" w:rsidRDefault="004A5A27">
      <w:r>
        <w:rPr>
          <w:i/>
        </w:rPr>
        <w:t>VIF, variance inflation factor; HC3, heteroscedasticity-consistent standard error.</w:t>
      </w:r>
    </w:p>
    <w:p w14:paraId="2E26B80F" w14:textId="77777777" w:rsidR="00BD39C3" w:rsidRDefault="00BD39C3"/>
    <w:p w14:paraId="1E6FD3EB" w14:textId="77777777" w:rsidR="00BD39C3" w:rsidRDefault="004A5A27">
      <w:pPr>
        <w:pStyle w:val="Heading2"/>
      </w:pPr>
      <w:r>
        <w:t>Supplementary Table S9. Within-subject contrast</w:t>
      </w:r>
    </w:p>
    <w:tbl>
      <w:tblPr>
        <w:tblStyle w:val="TableGrid"/>
        <w:tblW w:w="0" w:type="auto"/>
        <w:tblLook w:val="04A0" w:firstRow="1" w:lastRow="0" w:firstColumn="1" w:lastColumn="0" w:noHBand="0" w:noVBand="1"/>
      </w:tblPr>
      <w:tblGrid>
        <w:gridCol w:w="1458"/>
        <w:gridCol w:w="1271"/>
        <w:gridCol w:w="1318"/>
        <w:gridCol w:w="1318"/>
        <w:gridCol w:w="1318"/>
        <w:gridCol w:w="1321"/>
        <w:gridCol w:w="1474"/>
        <w:gridCol w:w="1312"/>
      </w:tblGrid>
      <w:tr w:rsidR="00BD39C3" w14:paraId="6927FB85" w14:textId="77777777">
        <w:trPr>
          <w:tblHeader/>
        </w:trPr>
        <w:tc>
          <w:tcPr>
            <w:tcW w:w="1818" w:type="dxa"/>
          </w:tcPr>
          <w:p w14:paraId="4321A840" w14:textId="77777777" w:rsidR="00BD39C3" w:rsidRDefault="004A5A27">
            <w:r>
              <w:rPr>
                <w:b/>
                <w:sz w:val="14"/>
              </w:rPr>
              <w:t>Contrast</w:t>
            </w:r>
          </w:p>
        </w:tc>
        <w:tc>
          <w:tcPr>
            <w:tcW w:w="1818" w:type="dxa"/>
          </w:tcPr>
          <w:p w14:paraId="7D407CD5" w14:textId="77777777" w:rsidR="00BD39C3" w:rsidRDefault="004A5A27">
            <w:r>
              <w:rPr>
                <w:b/>
                <w:sz w:val="14"/>
              </w:rPr>
              <w:t>N</w:t>
            </w:r>
          </w:p>
        </w:tc>
        <w:tc>
          <w:tcPr>
            <w:tcW w:w="1818" w:type="dxa"/>
          </w:tcPr>
          <w:p w14:paraId="2E01F290" w14:textId="77777777" w:rsidR="00BD39C3" w:rsidRDefault="004A5A27">
            <w:r>
              <w:rPr>
                <w:b/>
                <w:sz w:val="14"/>
              </w:rPr>
              <w:t>Delta</w:t>
            </w:r>
          </w:p>
        </w:tc>
        <w:tc>
          <w:tcPr>
            <w:tcW w:w="1818" w:type="dxa"/>
          </w:tcPr>
          <w:p w14:paraId="1BC34978" w14:textId="77777777" w:rsidR="00BD39C3" w:rsidRDefault="004A5A27">
            <w:r>
              <w:rPr>
                <w:b/>
                <w:sz w:val="14"/>
              </w:rPr>
              <w:t>95% CI low</w:t>
            </w:r>
          </w:p>
        </w:tc>
        <w:tc>
          <w:tcPr>
            <w:tcW w:w="1818" w:type="dxa"/>
          </w:tcPr>
          <w:p w14:paraId="2DE63B30" w14:textId="77777777" w:rsidR="00BD39C3" w:rsidRDefault="004A5A27">
            <w:r>
              <w:rPr>
                <w:b/>
                <w:sz w:val="14"/>
              </w:rPr>
              <w:t>95% CI high</w:t>
            </w:r>
          </w:p>
        </w:tc>
        <w:tc>
          <w:tcPr>
            <w:tcW w:w="1818" w:type="dxa"/>
          </w:tcPr>
          <w:p w14:paraId="74797BEC" w14:textId="77777777" w:rsidR="00BD39C3" w:rsidRDefault="004A5A27">
            <w:r>
              <w:rPr>
                <w:b/>
                <w:sz w:val="14"/>
              </w:rPr>
              <w:t>p value</w:t>
            </w:r>
          </w:p>
        </w:tc>
        <w:tc>
          <w:tcPr>
            <w:tcW w:w="1818" w:type="dxa"/>
          </w:tcPr>
          <w:p w14:paraId="7394049E" w14:textId="77777777" w:rsidR="00BD39C3" w:rsidRDefault="004A5A27">
            <w:r>
              <w:rPr>
                <w:b/>
                <w:sz w:val="14"/>
              </w:rPr>
              <w:t>Resamples</w:t>
            </w:r>
          </w:p>
        </w:tc>
        <w:tc>
          <w:tcPr>
            <w:tcW w:w="1818" w:type="dxa"/>
          </w:tcPr>
          <w:p w14:paraId="10821338" w14:textId="77777777" w:rsidR="00BD39C3" w:rsidRDefault="004A5A27">
            <w:r>
              <w:rPr>
                <w:b/>
                <w:sz w:val="14"/>
              </w:rPr>
              <w:t>Seed</w:t>
            </w:r>
          </w:p>
        </w:tc>
      </w:tr>
      <w:tr w:rsidR="00BD39C3" w14:paraId="75523AAA" w14:textId="77777777">
        <w:tc>
          <w:tcPr>
            <w:tcW w:w="1818" w:type="dxa"/>
          </w:tcPr>
          <w:p w14:paraId="3DE915A7" w14:textId="77777777" w:rsidR="00BD39C3" w:rsidRDefault="004A5A27">
            <w:r>
              <w:rPr>
                <w:sz w:val="14"/>
              </w:rPr>
              <w:t>Section modulus association minus femoral neck BMD association</w:t>
            </w:r>
          </w:p>
        </w:tc>
        <w:tc>
          <w:tcPr>
            <w:tcW w:w="1818" w:type="dxa"/>
          </w:tcPr>
          <w:p w14:paraId="31F07692" w14:textId="77777777" w:rsidR="00BD39C3" w:rsidRDefault="004A5A27">
            <w:r>
              <w:rPr>
                <w:sz w:val="14"/>
              </w:rPr>
              <w:t>529</w:t>
            </w:r>
          </w:p>
        </w:tc>
        <w:tc>
          <w:tcPr>
            <w:tcW w:w="1818" w:type="dxa"/>
          </w:tcPr>
          <w:p w14:paraId="71017CC7" w14:textId="77777777" w:rsidR="00BD39C3" w:rsidRDefault="004A5A27">
            <w:r>
              <w:rPr>
                <w:sz w:val="14"/>
              </w:rPr>
              <w:t>0.203</w:t>
            </w:r>
          </w:p>
        </w:tc>
        <w:tc>
          <w:tcPr>
            <w:tcW w:w="1818" w:type="dxa"/>
          </w:tcPr>
          <w:p w14:paraId="611CD1E8" w14:textId="77777777" w:rsidR="00BD39C3" w:rsidRDefault="004A5A27">
            <w:r>
              <w:rPr>
                <w:sz w:val="14"/>
              </w:rPr>
              <w:t>0.022</w:t>
            </w:r>
          </w:p>
        </w:tc>
        <w:tc>
          <w:tcPr>
            <w:tcW w:w="1818" w:type="dxa"/>
          </w:tcPr>
          <w:p w14:paraId="29AD959D" w14:textId="77777777" w:rsidR="00BD39C3" w:rsidRDefault="004A5A27">
            <w:r>
              <w:rPr>
                <w:sz w:val="14"/>
              </w:rPr>
              <w:t>0.375</w:t>
            </w:r>
          </w:p>
        </w:tc>
        <w:tc>
          <w:tcPr>
            <w:tcW w:w="1818" w:type="dxa"/>
          </w:tcPr>
          <w:p w14:paraId="035163D5" w14:textId="77777777" w:rsidR="00BD39C3" w:rsidRDefault="004A5A27">
            <w:r>
              <w:rPr>
                <w:sz w:val="14"/>
              </w:rPr>
              <w:t>0.026</w:t>
            </w:r>
          </w:p>
        </w:tc>
        <w:tc>
          <w:tcPr>
            <w:tcW w:w="1818" w:type="dxa"/>
          </w:tcPr>
          <w:p w14:paraId="646F93E8" w14:textId="77777777" w:rsidR="00BD39C3" w:rsidRDefault="004A5A27">
            <w:r>
              <w:rPr>
                <w:sz w:val="14"/>
              </w:rPr>
              <w:t>2000</w:t>
            </w:r>
          </w:p>
        </w:tc>
        <w:tc>
          <w:tcPr>
            <w:tcW w:w="1818" w:type="dxa"/>
          </w:tcPr>
          <w:p w14:paraId="278A0799" w14:textId="77777777" w:rsidR="00BD39C3" w:rsidRDefault="004A5A27">
            <w:r>
              <w:rPr>
                <w:sz w:val="14"/>
              </w:rPr>
              <w:t>42</w:t>
            </w:r>
          </w:p>
        </w:tc>
      </w:tr>
    </w:tbl>
    <w:p w14:paraId="6EA193E6" w14:textId="77777777" w:rsidR="00BD39C3" w:rsidRDefault="004A5A27">
      <w:r>
        <w:rPr>
          <w:i/>
        </w:rPr>
        <w:t>Delta is the difference in standardised association with section modulus versus femoral neck BMD.</w:t>
      </w:r>
    </w:p>
    <w:p w14:paraId="47B3E068" w14:textId="77777777" w:rsidR="00BD39C3" w:rsidRDefault="00BD39C3"/>
    <w:p w14:paraId="5AB4C760" w14:textId="77777777" w:rsidR="00BD39C3" w:rsidRDefault="004A5A27">
      <w:pPr>
        <w:pStyle w:val="Heading2"/>
      </w:pPr>
      <w:r>
        <w:t>Supplementary Table S10. Severe sarcopenia prevalence</w:t>
      </w:r>
    </w:p>
    <w:tbl>
      <w:tblPr>
        <w:tblStyle w:val="TableGrid"/>
        <w:tblW w:w="0" w:type="auto"/>
        <w:tblLook w:val="04A0" w:firstRow="1" w:lastRow="0" w:firstColumn="1" w:lastColumn="0" w:noHBand="0" w:noVBand="1"/>
      </w:tblPr>
      <w:tblGrid>
        <w:gridCol w:w="1774"/>
        <w:gridCol w:w="1707"/>
        <w:gridCol w:w="1433"/>
        <w:gridCol w:w="1462"/>
        <w:gridCol w:w="1448"/>
        <w:gridCol w:w="1480"/>
        <w:gridCol w:w="1486"/>
      </w:tblGrid>
      <w:tr w:rsidR="00BD39C3" w14:paraId="004BD00D" w14:textId="77777777">
        <w:trPr>
          <w:tblHeader/>
        </w:trPr>
        <w:tc>
          <w:tcPr>
            <w:tcW w:w="2078" w:type="dxa"/>
          </w:tcPr>
          <w:p w14:paraId="6451A6A8" w14:textId="77777777" w:rsidR="00BD39C3" w:rsidRDefault="004A5A27">
            <w:r>
              <w:rPr>
                <w:b/>
                <w:sz w:val="14"/>
              </w:rPr>
              <w:t>Group</w:t>
            </w:r>
          </w:p>
        </w:tc>
        <w:tc>
          <w:tcPr>
            <w:tcW w:w="2078" w:type="dxa"/>
          </w:tcPr>
          <w:p w14:paraId="2B7373BE" w14:textId="77777777" w:rsidR="00BD39C3" w:rsidRDefault="004A5A27">
            <w:r>
              <w:rPr>
                <w:b/>
                <w:sz w:val="14"/>
              </w:rPr>
              <w:t>Measure</w:t>
            </w:r>
          </w:p>
        </w:tc>
        <w:tc>
          <w:tcPr>
            <w:tcW w:w="2078" w:type="dxa"/>
          </w:tcPr>
          <w:p w14:paraId="072C0B68" w14:textId="77777777" w:rsidR="00BD39C3" w:rsidRDefault="004A5A27">
            <w:r>
              <w:rPr>
                <w:b/>
                <w:sz w:val="14"/>
              </w:rPr>
              <w:t>n</w:t>
            </w:r>
          </w:p>
        </w:tc>
        <w:tc>
          <w:tcPr>
            <w:tcW w:w="2078" w:type="dxa"/>
          </w:tcPr>
          <w:p w14:paraId="3FBE3DEB" w14:textId="77777777" w:rsidR="00BD39C3" w:rsidRDefault="004A5A27">
            <w:r>
              <w:rPr>
                <w:b/>
                <w:sz w:val="14"/>
              </w:rPr>
              <w:t>N</w:t>
            </w:r>
          </w:p>
        </w:tc>
        <w:tc>
          <w:tcPr>
            <w:tcW w:w="2078" w:type="dxa"/>
          </w:tcPr>
          <w:p w14:paraId="005A2F80" w14:textId="77777777" w:rsidR="00BD39C3" w:rsidRDefault="004A5A27">
            <w:r>
              <w:rPr>
                <w:b/>
                <w:sz w:val="14"/>
              </w:rPr>
              <w:t>%</w:t>
            </w:r>
          </w:p>
        </w:tc>
        <w:tc>
          <w:tcPr>
            <w:tcW w:w="2078" w:type="dxa"/>
          </w:tcPr>
          <w:p w14:paraId="1EDCEDC9" w14:textId="77777777" w:rsidR="00BD39C3" w:rsidRDefault="004A5A27">
            <w:r>
              <w:rPr>
                <w:b/>
                <w:sz w:val="14"/>
              </w:rPr>
              <w:t>95% CI low</w:t>
            </w:r>
          </w:p>
        </w:tc>
        <w:tc>
          <w:tcPr>
            <w:tcW w:w="2078" w:type="dxa"/>
          </w:tcPr>
          <w:p w14:paraId="1C9AF8E9" w14:textId="77777777" w:rsidR="00BD39C3" w:rsidRDefault="004A5A27">
            <w:r>
              <w:rPr>
                <w:b/>
                <w:sz w:val="14"/>
              </w:rPr>
              <w:t>95% CI high</w:t>
            </w:r>
          </w:p>
        </w:tc>
      </w:tr>
      <w:tr w:rsidR="00BD39C3" w14:paraId="4B086F87" w14:textId="77777777">
        <w:tc>
          <w:tcPr>
            <w:tcW w:w="2078" w:type="dxa"/>
          </w:tcPr>
          <w:p w14:paraId="7779282F" w14:textId="77777777" w:rsidR="00BD39C3" w:rsidRDefault="004A5A27">
            <w:r>
              <w:rPr>
                <w:sz w:val="14"/>
              </w:rPr>
              <w:t>Severe sarcopenia</w:t>
            </w:r>
          </w:p>
        </w:tc>
        <w:tc>
          <w:tcPr>
            <w:tcW w:w="2078" w:type="dxa"/>
          </w:tcPr>
          <w:p w14:paraId="7E078C62" w14:textId="77777777" w:rsidR="00BD39C3" w:rsidRDefault="004A5A27">
            <w:r>
              <w:rPr>
                <w:sz w:val="14"/>
              </w:rPr>
              <w:t>Severe sarcopenia (ALM/height2; confirmed + SPPB &lt;= 8)</w:t>
            </w:r>
          </w:p>
        </w:tc>
        <w:tc>
          <w:tcPr>
            <w:tcW w:w="2078" w:type="dxa"/>
          </w:tcPr>
          <w:p w14:paraId="02A176D4" w14:textId="77777777" w:rsidR="00BD39C3" w:rsidRDefault="004A5A27">
            <w:r>
              <w:rPr>
                <w:sz w:val="14"/>
              </w:rPr>
              <w:t>3</w:t>
            </w:r>
          </w:p>
        </w:tc>
        <w:tc>
          <w:tcPr>
            <w:tcW w:w="2078" w:type="dxa"/>
          </w:tcPr>
          <w:p w14:paraId="075853CC" w14:textId="77777777" w:rsidR="00BD39C3" w:rsidRDefault="004A5A27">
            <w:r>
              <w:rPr>
                <w:sz w:val="14"/>
              </w:rPr>
              <w:t>575</w:t>
            </w:r>
          </w:p>
        </w:tc>
        <w:tc>
          <w:tcPr>
            <w:tcW w:w="2078" w:type="dxa"/>
          </w:tcPr>
          <w:p w14:paraId="6293761A" w14:textId="77777777" w:rsidR="00BD39C3" w:rsidRDefault="004A5A27">
            <w:r>
              <w:rPr>
                <w:sz w:val="14"/>
              </w:rPr>
              <w:t>0.5</w:t>
            </w:r>
          </w:p>
        </w:tc>
        <w:tc>
          <w:tcPr>
            <w:tcW w:w="2078" w:type="dxa"/>
          </w:tcPr>
          <w:p w14:paraId="4E26AEBC" w14:textId="77777777" w:rsidR="00BD39C3" w:rsidRDefault="004A5A27">
            <w:r>
              <w:rPr>
                <w:sz w:val="14"/>
              </w:rPr>
              <w:t>0.2</w:t>
            </w:r>
          </w:p>
        </w:tc>
        <w:tc>
          <w:tcPr>
            <w:tcW w:w="2078" w:type="dxa"/>
          </w:tcPr>
          <w:p w14:paraId="3D0A310C" w14:textId="77777777" w:rsidR="00BD39C3" w:rsidRDefault="004A5A27">
            <w:r>
              <w:rPr>
                <w:sz w:val="14"/>
              </w:rPr>
              <w:t>1.5</w:t>
            </w:r>
          </w:p>
        </w:tc>
      </w:tr>
      <w:tr w:rsidR="00BD39C3" w14:paraId="4F814367" w14:textId="77777777">
        <w:tc>
          <w:tcPr>
            <w:tcW w:w="2078" w:type="dxa"/>
          </w:tcPr>
          <w:p w14:paraId="1DAB638A" w14:textId="77777777" w:rsidR="00BD39C3" w:rsidRDefault="004A5A27">
            <w:r>
              <w:rPr>
                <w:sz w:val="14"/>
              </w:rPr>
              <w:lastRenderedPageBreak/>
              <w:t>Osteosarcopenia severe</w:t>
            </w:r>
          </w:p>
        </w:tc>
        <w:tc>
          <w:tcPr>
            <w:tcW w:w="2078" w:type="dxa"/>
          </w:tcPr>
          <w:p w14:paraId="53166246" w14:textId="77777777" w:rsidR="00BD39C3" w:rsidRDefault="004A5A27">
            <w:r>
              <w:rPr>
                <w:sz w:val="14"/>
              </w:rPr>
              <w:t>Osteoporosis + severe sarcopenia (ALM/height2)</w:t>
            </w:r>
          </w:p>
        </w:tc>
        <w:tc>
          <w:tcPr>
            <w:tcW w:w="2078" w:type="dxa"/>
          </w:tcPr>
          <w:p w14:paraId="1CC4F9AA" w14:textId="77777777" w:rsidR="00BD39C3" w:rsidRDefault="004A5A27">
            <w:r>
              <w:rPr>
                <w:sz w:val="14"/>
              </w:rPr>
              <w:t>1</w:t>
            </w:r>
          </w:p>
        </w:tc>
        <w:tc>
          <w:tcPr>
            <w:tcW w:w="2078" w:type="dxa"/>
          </w:tcPr>
          <w:p w14:paraId="4BAAA741" w14:textId="77777777" w:rsidR="00BD39C3" w:rsidRDefault="004A5A27">
            <w:r>
              <w:rPr>
                <w:sz w:val="14"/>
              </w:rPr>
              <w:t>572</w:t>
            </w:r>
          </w:p>
        </w:tc>
        <w:tc>
          <w:tcPr>
            <w:tcW w:w="2078" w:type="dxa"/>
          </w:tcPr>
          <w:p w14:paraId="6CDF40CD" w14:textId="77777777" w:rsidR="00BD39C3" w:rsidRDefault="004A5A27">
            <w:r>
              <w:rPr>
                <w:sz w:val="14"/>
              </w:rPr>
              <w:t>0.2</w:t>
            </w:r>
          </w:p>
        </w:tc>
        <w:tc>
          <w:tcPr>
            <w:tcW w:w="2078" w:type="dxa"/>
          </w:tcPr>
          <w:p w14:paraId="4BC5F0A8" w14:textId="77777777" w:rsidR="00BD39C3" w:rsidRDefault="004A5A27">
            <w:r>
              <w:rPr>
                <w:sz w:val="14"/>
              </w:rPr>
              <w:t>0.0</w:t>
            </w:r>
          </w:p>
        </w:tc>
        <w:tc>
          <w:tcPr>
            <w:tcW w:w="2078" w:type="dxa"/>
          </w:tcPr>
          <w:p w14:paraId="03AE445D" w14:textId="77777777" w:rsidR="00BD39C3" w:rsidRDefault="004A5A27">
            <w:r>
              <w:rPr>
                <w:sz w:val="14"/>
              </w:rPr>
              <w:t>1.0</w:t>
            </w:r>
          </w:p>
        </w:tc>
      </w:tr>
      <w:tr w:rsidR="00BD39C3" w14:paraId="3FA87B63" w14:textId="77777777">
        <w:tc>
          <w:tcPr>
            <w:tcW w:w="2078" w:type="dxa"/>
          </w:tcPr>
          <w:p w14:paraId="2D03B949" w14:textId="77777777" w:rsidR="00BD39C3" w:rsidRDefault="004A5A27">
            <w:r>
              <w:rPr>
                <w:sz w:val="14"/>
              </w:rPr>
              <w:t>Severe sarcopenia</w:t>
            </w:r>
          </w:p>
        </w:tc>
        <w:tc>
          <w:tcPr>
            <w:tcW w:w="2078" w:type="dxa"/>
          </w:tcPr>
          <w:p w14:paraId="02E7EA75" w14:textId="77777777" w:rsidR="00BD39C3" w:rsidRDefault="004A5A27">
            <w:r>
              <w:rPr>
                <w:sz w:val="14"/>
              </w:rPr>
              <w:t>Severe sarcopenia (absolute ALM; confirmed + SPPB &lt;= 8)</w:t>
            </w:r>
          </w:p>
        </w:tc>
        <w:tc>
          <w:tcPr>
            <w:tcW w:w="2078" w:type="dxa"/>
          </w:tcPr>
          <w:p w14:paraId="161A422E" w14:textId="77777777" w:rsidR="00BD39C3" w:rsidRDefault="004A5A27">
            <w:r>
              <w:rPr>
                <w:sz w:val="14"/>
              </w:rPr>
              <w:t>8</w:t>
            </w:r>
          </w:p>
        </w:tc>
        <w:tc>
          <w:tcPr>
            <w:tcW w:w="2078" w:type="dxa"/>
          </w:tcPr>
          <w:p w14:paraId="0869909F" w14:textId="77777777" w:rsidR="00BD39C3" w:rsidRDefault="004A5A27">
            <w:r>
              <w:rPr>
                <w:sz w:val="14"/>
              </w:rPr>
              <w:t>575</w:t>
            </w:r>
          </w:p>
        </w:tc>
        <w:tc>
          <w:tcPr>
            <w:tcW w:w="2078" w:type="dxa"/>
          </w:tcPr>
          <w:p w14:paraId="54DDC6D4" w14:textId="77777777" w:rsidR="00BD39C3" w:rsidRDefault="004A5A27">
            <w:r>
              <w:rPr>
                <w:sz w:val="14"/>
              </w:rPr>
              <w:t>1.4</w:t>
            </w:r>
          </w:p>
        </w:tc>
        <w:tc>
          <w:tcPr>
            <w:tcW w:w="2078" w:type="dxa"/>
          </w:tcPr>
          <w:p w14:paraId="5B218D27" w14:textId="77777777" w:rsidR="00BD39C3" w:rsidRDefault="004A5A27">
            <w:r>
              <w:rPr>
                <w:sz w:val="14"/>
              </w:rPr>
              <w:t>0.7</w:t>
            </w:r>
          </w:p>
        </w:tc>
        <w:tc>
          <w:tcPr>
            <w:tcW w:w="2078" w:type="dxa"/>
          </w:tcPr>
          <w:p w14:paraId="3130FEB7" w14:textId="77777777" w:rsidR="00BD39C3" w:rsidRDefault="004A5A27">
            <w:r>
              <w:rPr>
                <w:sz w:val="14"/>
              </w:rPr>
              <w:t>2.7</w:t>
            </w:r>
          </w:p>
        </w:tc>
      </w:tr>
      <w:tr w:rsidR="00BD39C3" w14:paraId="61EF55D5" w14:textId="77777777">
        <w:tc>
          <w:tcPr>
            <w:tcW w:w="2078" w:type="dxa"/>
          </w:tcPr>
          <w:p w14:paraId="3D9254B0" w14:textId="77777777" w:rsidR="00BD39C3" w:rsidRDefault="004A5A27">
            <w:r>
              <w:rPr>
                <w:sz w:val="14"/>
              </w:rPr>
              <w:t>Osteosarcopenia severe</w:t>
            </w:r>
          </w:p>
        </w:tc>
        <w:tc>
          <w:tcPr>
            <w:tcW w:w="2078" w:type="dxa"/>
          </w:tcPr>
          <w:p w14:paraId="31C7C7F8" w14:textId="77777777" w:rsidR="00BD39C3" w:rsidRDefault="004A5A27">
            <w:r>
              <w:rPr>
                <w:sz w:val="14"/>
              </w:rPr>
              <w:t>Osteoporosis + severe sarcopenia (absolute ALM)</w:t>
            </w:r>
          </w:p>
        </w:tc>
        <w:tc>
          <w:tcPr>
            <w:tcW w:w="2078" w:type="dxa"/>
          </w:tcPr>
          <w:p w14:paraId="584F3B60" w14:textId="77777777" w:rsidR="00BD39C3" w:rsidRDefault="004A5A27">
            <w:r>
              <w:rPr>
                <w:sz w:val="14"/>
              </w:rPr>
              <w:t>3</w:t>
            </w:r>
          </w:p>
        </w:tc>
        <w:tc>
          <w:tcPr>
            <w:tcW w:w="2078" w:type="dxa"/>
          </w:tcPr>
          <w:p w14:paraId="72A5BA3F" w14:textId="77777777" w:rsidR="00BD39C3" w:rsidRDefault="004A5A27">
            <w:r>
              <w:rPr>
                <w:sz w:val="14"/>
              </w:rPr>
              <w:t>572</w:t>
            </w:r>
          </w:p>
        </w:tc>
        <w:tc>
          <w:tcPr>
            <w:tcW w:w="2078" w:type="dxa"/>
          </w:tcPr>
          <w:p w14:paraId="5AE70410" w14:textId="77777777" w:rsidR="00BD39C3" w:rsidRDefault="004A5A27">
            <w:r>
              <w:rPr>
                <w:sz w:val="14"/>
              </w:rPr>
              <w:t>0.5</w:t>
            </w:r>
          </w:p>
        </w:tc>
        <w:tc>
          <w:tcPr>
            <w:tcW w:w="2078" w:type="dxa"/>
          </w:tcPr>
          <w:p w14:paraId="6B93B958" w14:textId="77777777" w:rsidR="00BD39C3" w:rsidRDefault="004A5A27">
            <w:r>
              <w:rPr>
                <w:sz w:val="14"/>
              </w:rPr>
              <w:t>0.2</w:t>
            </w:r>
          </w:p>
        </w:tc>
        <w:tc>
          <w:tcPr>
            <w:tcW w:w="2078" w:type="dxa"/>
          </w:tcPr>
          <w:p w14:paraId="1D3A5583" w14:textId="77777777" w:rsidR="00BD39C3" w:rsidRDefault="004A5A27">
            <w:r>
              <w:rPr>
                <w:sz w:val="14"/>
              </w:rPr>
              <w:t>1.5</w:t>
            </w:r>
          </w:p>
        </w:tc>
      </w:tr>
      <w:tr w:rsidR="00BD39C3" w14:paraId="132C079A" w14:textId="77777777">
        <w:tc>
          <w:tcPr>
            <w:tcW w:w="2078" w:type="dxa"/>
          </w:tcPr>
          <w:p w14:paraId="35BCC504" w14:textId="77777777" w:rsidR="00BD39C3" w:rsidRDefault="004A5A27">
            <w:r>
              <w:rPr>
                <w:sz w:val="14"/>
              </w:rPr>
              <w:t>Severe sarcopenia</w:t>
            </w:r>
          </w:p>
        </w:tc>
        <w:tc>
          <w:tcPr>
            <w:tcW w:w="2078" w:type="dxa"/>
          </w:tcPr>
          <w:p w14:paraId="25DEEEDD" w14:textId="77777777" w:rsidR="00BD39C3" w:rsidRDefault="004A5A27">
            <w:r>
              <w:rPr>
                <w:sz w:val="14"/>
              </w:rPr>
              <w:t>Severe sarcopenia (FNIH; confirmed + SPPB &lt;= 8)</w:t>
            </w:r>
          </w:p>
        </w:tc>
        <w:tc>
          <w:tcPr>
            <w:tcW w:w="2078" w:type="dxa"/>
          </w:tcPr>
          <w:p w14:paraId="747E67E7" w14:textId="77777777" w:rsidR="00BD39C3" w:rsidRDefault="004A5A27">
            <w:r>
              <w:rPr>
                <w:sz w:val="14"/>
              </w:rPr>
              <w:t>15</w:t>
            </w:r>
          </w:p>
        </w:tc>
        <w:tc>
          <w:tcPr>
            <w:tcW w:w="2078" w:type="dxa"/>
          </w:tcPr>
          <w:p w14:paraId="3064FE08" w14:textId="77777777" w:rsidR="00BD39C3" w:rsidRDefault="004A5A27">
            <w:r>
              <w:rPr>
                <w:sz w:val="14"/>
              </w:rPr>
              <w:t>575</w:t>
            </w:r>
          </w:p>
        </w:tc>
        <w:tc>
          <w:tcPr>
            <w:tcW w:w="2078" w:type="dxa"/>
          </w:tcPr>
          <w:p w14:paraId="2D724F26" w14:textId="77777777" w:rsidR="00BD39C3" w:rsidRDefault="004A5A27">
            <w:r>
              <w:rPr>
                <w:sz w:val="14"/>
              </w:rPr>
              <w:t>2.6</w:t>
            </w:r>
          </w:p>
        </w:tc>
        <w:tc>
          <w:tcPr>
            <w:tcW w:w="2078" w:type="dxa"/>
          </w:tcPr>
          <w:p w14:paraId="15534145" w14:textId="77777777" w:rsidR="00BD39C3" w:rsidRDefault="004A5A27">
            <w:r>
              <w:rPr>
                <w:sz w:val="14"/>
              </w:rPr>
              <w:t>1.6</w:t>
            </w:r>
          </w:p>
        </w:tc>
        <w:tc>
          <w:tcPr>
            <w:tcW w:w="2078" w:type="dxa"/>
          </w:tcPr>
          <w:p w14:paraId="35FBAD16" w14:textId="77777777" w:rsidR="00BD39C3" w:rsidRDefault="004A5A27">
            <w:r>
              <w:rPr>
                <w:sz w:val="14"/>
              </w:rPr>
              <w:t>4.3</w:t>
            </w:r>
          </w:p>
        </w:tc>
      </w:tr>
      <w:tr w:rsidR="00BD39C3" w14:paraId="213BC6BB" w14:textId="77777777">
        <w:tc>
          <w:tcPr>
            <w:tcW w:w="2078" w:type="dxa"/>
          </w:tcPr>
          <w:p w14:paraId="1B2C53EC" w14:textId="77777777" w:rsidR="00BD39C3" w:rsidRDefault="004A5A27">
            <w:r>
              <w:rPr>
                <w:sz w:val="14"/>
              </w:rPr>
              <w:t>Osteosarcopenia severe</w:t>
            </w:r>
          </w:p>
        </w:tc>
        <w:tc>
          <w:tcPr>
            <w:tcW w:w="2078" w:type="dxa"/>
          </w:tcPr>
          <w:p w14:paraId="0E9C4853" w14:textId="77777777" w:rsidR="00BD39C3" w:rsidRDefault="004A5A27">
            <w:r>
              <w:rPr>
                <w:sz w:val="14"/>
              </w:rPr>
              <w:t>Osteoporosis + severe sarcopenia (FNIH)</w:t>
            </w:r>
          </w:p>
        </w:tc>
        <w:tc>
          <w:tcPr>
            <w:tcW w:w="2078" w:type="dxa"/>
          </w:tcPr>
          <w:p w14:paraId="1C8F457D" w14:textId="77777777" w:rsidR="00BD39C3" w:rsidRDefault="004A5A27">
            <w:r>
              <w:rPr>
                <w:sz w:val="14"/>
              </w:rPr>
              <w:t>2</w:t>
            </w:r>
          </w:p>
        </w:tc>
        <w:tc>
          <w:tcPr>
            <w:tcW w:w="2078" w:type="dxa"/>
          </w:tcPr>
          <w:p w14:paraId="3F697BC4" w14:textId="77777777" w:rsidR="00BD39C3" w:rsidRDefault="004A5A27">
            <w:r>
              <w:rPr>
                <w:sz w:val="14"/>
              </w:rPr>
              <w:t>572</w:t>
            </w:r>
          </w:p>
        </w:tc>
        <w:tc>
          <w:tcPr>
            <w:tcW w:w="2078" w:type="dxa"/>
          </w:tcPr>
          <w:p w14:paraId="4CBDE040" w14:textId="77777777" w:rsidR="00BD39C3" w:rsidRDefault="004A5A27">
            <w:r>
              <w:rPr>
                <w:sz w:val="14"/>
              </w:rPr>
              <w:t>0.3</w:t>
            </w:r>
          </w:p>
        </w:tc>
        <w:tc>
          <w:tcPr>
            <w:tcW w:w="2078" w:type="dxa"/>
          </w:tcPr>
          <w:p w14:paraId="2B50CD1F" w14:textId="77777777" w:rsidR="00BD39C3" w:rsidRDefault="004A5A27">
            <w:r>
              <w:rPr>
                <w:sz w:val="14"/>
              </w:rPr>
              <w:t>0.1</w:t>
            </w:r>
          </w:p>
        </w:tc>
        <w:tc>
          <w:tcPr>
            <w:tcW w:w="2078" w:type="dxa"/>
          </w:tcPr>
          <w:p w14:paraId="55D9D7E1" w14:textId="77777777" w:rsidR="00BD39C3" w:rsidRDefault="004A5A27">
            <w:r>
              <w:rPr>
                <w:sz w:val="14"/>
              </w:rPr>
              <w:t>1.3</w:t>
            </w:r>
          </w:p>
        </w:tc>
      </w:tr>
    </w:tbl>
    <w:p w14:paraId="0D43AE4E" w14:textId="77777777" w:rsidR="00BD39C3" w:rsidRDefault="00BD39C3"/>
    <w:p w14:paraId="7882ACEA" w14:textId="77777777" w:rsidR="00BD39C3" w:rsidRDefault="004A5A27">
      <w:pPr>
        <w:pStyle w:val="Heading2"/>
      </w:pPr>
      <w:r>
        <w:t>Supplementary Figure S1. Appendicular lean mass and femoral section modulus by sex</w:t>
      </w:r>
    </w:p>
    <w:p w14:paraId="48309142" w14:textId="77777777" w:rsidR="00BD39C3" w:rsidRDefault="004A5A27">
      <w:r>
        <w:rPr>
          <w:noProof/>
        </w:rPr>
        <w:drawing>
          <wp:inline distT="0" distB="0" distL="0" distR="0" wp14:anchorId="7725F10B" wp14:editId="5129EDF5">
            <wp:extent cx="5669280" cy="393326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5669280" cy="3933263"/>
                    </a:xfrm>
                    <a:prstGeom prst="rect">
                      <a:avLst/>
                    </a:prstGeom>
                  </pic:spPr>
                </pic:pic>
              </a:graphicData>
            </a:graphic>
          </wp:inline>
        </w:drawing>
      </w:r>
    </w:p>
    <w:sectPr w:rsidR="00BD39C3" w:rsidSect="00DD72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0434517">
    <w:abstractNumId w:val="8"/>
  </w:num>
  <w:num w:numId="2" w16cid:durableId="1443107246">
    <w:abstractNumId w:val="6"/>
  </w:num>
  <w:num w:numId="3" w16cid:durableId="128475812">
    <w:abstractNumId w:val="5"/>
  </w:num>
  <w:num w:numId="4" w16cid:durableId="1283537355">
    <w:abstractNumId w:val="4"/>
  </w:num>
  <w:num w:numId="5" w16cid:durableId="509832753">
    <w:abstractNumId w:val="7"/>
  </w:num>
  <w:num w:numId="6" w16cid:durableId="1842894747">
    <w:abstractNumId w:val="3"/>
  </w:num>
  <w:num w:numId="7" w16cid:durableId="1160656531">
    <w:abstractNumId w:val="2"/>
  </w:num>
  <w:num w:numId="8" w16cid:durableId="1702588615">
    <w:abstractNumId w:val="1"/>
  </w:num>
  <w:num w:numId="9" w16cid:durableId="439642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C3E"/>
    <w:rsid w:val="0015074B"/>
    <w:rsid w:val="00282E8C"/>
    <w:rsid w:val="0029639D"/>
    <w:rsid w:val="002E07E3"/>
    <w:rsid w:val="00326F90"/>
    <w:rsid w:val="004A5A27"/>
    <w:rsid w:val="005C16EC"/>
    <w:rsid w:val="007914A9"/>
    <w:rsid w:val="00AA1D8D"/>
    <w:rsid w:val="00B47730"/>
    <w:rsid w:val="00BD39C3"/>
    <w:rsid w:val="00C5041D"/>
    <w:rsid w:val="00CB0664"/>
    <w:rsid w:val="00CD273F"/>
    <w:rsid w:val="00D46F39"/>
    <w:rsid w:val="00DD72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274964"/>
  <w14:defaultImageDpi w14:val="300"/>
  <w15:docId w15:val="{994EC260-9D14-4D1C-8806-F7DEDCB1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Radmila Matijevic</cp:lastModifiedBy>
  <cp:revision>2</cp:revision>
  <dcterms:created xsi:type="dcterms:W3CDTF">2026-09-28T20:02:00Z</dcterms:created>
  <dcterms:modified xsi:type="dcterms:W3CDTF">2026-09-28T20:02:00Z</dcterms:modified>
  <cp:category/>
</cp:coreProperties>
</file>