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DABC1" w14:textId="77777777" w:rsidR="00064439" w:rsidRDefault="00000000">
      <w:pPr>
        <w:pStyle w:val="Titel"/>
      </w:pPr>
      <w:r>
        <w:t>Survey on Artificial Intelligence in Rheumatology</w:t>
      </w:r>
    </w:p>
    <w:p w14:paraId="2692F630" w14:textId="77777777" w:rsidR="00064439" w:rsidRDefault="00000000">
      <w:r>
        <w:t>Thank you very much for supporting us by completing this short survey.</w:t>
      </w:r>
    </w:p>
    <w:p w14:paraId="2563C4A4" w14:textId="77777777" w:rsidR="00064439" w:rsidRDefault="00000000">
      <w:r>
        <w:t>Gender:</w:t>
      </w:r>
    </w:p>
    <w:p w14:paraId="7F7BA144" w14:textId="77777777" w:rsidR="00064439" w:rsidRDefault="00000000">
      <w:r>
        <w:t>Female</w:t>
      </w:r>
      <w:r>
        <w:br/>
        <w:t>Male</w:t>
      </w:r>
      <w:r>
        <w:br/>
        <w:t>Other</w:t>
      </w:r>
    </w:p>
    <w:p w14:paraId="44E697CD" w14:textId="77777777" w:rsidR="00064439" w:rsidRDefault="00000000">
      <w:r>
        <w:t>Highest level of education:</w:t>
      </w:r>
    </w:p>
    <w:p w14:paraId="5D5A751A" w14:textId="77777777" w:rsidR="00064439" w:rsidRDefault="00000000">
      <w:r>
        <w:t>No degree</w:t>
      </w:r>
      <w:r>
        <w:br/>
        <w:t>Lower secondary school</w:t>
      </w:r>
      <w:r>
        <w:br/>
        <w:t>Intermediate secondary school</w:t>
      </w:r>
      <w:r>
        <w:br/>
        <w:t>(Technical) high school diploma</w:t>
      </w:r>
      <w:r>
        <w:br/>
        <w:t>Vocational training</w:t>
      </w:r>
      <w:r>
        <w:br/>
        <w:t>Technical college (e.g., master craftsman)</w:t>
      </w:r>
      <w:r>
        <w:br/>
        <w:t>University degree</w:t>
      </w:r>
      <w:r>
        <w:br/>
        <w:t>Other</w:t>
      </w:r>
    </w:p>
    <w:p w14:paraId="724B5A48" w14:textId="77777777" w:rsidR="00064439" w:rsidRDefault="00000000">
      <w:r>
        <w:t>Age: __________________________________ (Years, e.g., 35)</w:t>
      </w:r>
    </w:p>
    <w:p w14:paraId="4FD37551" w14:textId="77777777" w:rsidR="00064439" w:rsidRDefault="00000000">
      <w:r>
        <w:t>Where are you mainly treated for your rheumatic condition?</w:t>
      </w:r>
    </w:p>
    <w:p w14:paraId="7E487352" w14:textId="77777777" w:rsidR="00064439" w:rsidRDefault="00000000">
      <w:r>
        <w:t>University hospital</w:t>
      </w:r>
      <w:r>
        <w:br/>
        <w:t>Other hospital</w:t>
      </w:r>
      <w:r>
        <w:br/>
        <w:t>Private practice</w:t>
      </w:r>
    </w:p>
    <w:p w14:paraId="3C7D1B42" w14:textId="77777777" w:rsidR="00064439" w:rsidRDefault="00000000">
      <w:r>
        <w:t>Rheumatic disease:</w:t>
      </w:r>
    </w:p>
    <w:p w14:paraId="268B803B" w14:textId="77777777" w:rsidR="00064439" w:rsidRDefault="00000000">
      <w:r>
        <w:t>Rheumatoid arthritis</w:t>
      </w:r>
      <w:r>
        <w:br/>
        <w:t>Psoriatic arthritis</w:t>
      </w:r>
      <w:r>
        <w:br/>
        <w:t>Axial spondyloarthritis</w:t>
      </w:r>
      <w:r>
        <w:br/>
        <w:t>Gout</w:t>
      </w:r>
      <w:r>
        <w:br/>
        <w:t>Lupus</w:t>
      </w:r>
      <w:r>
        <w:br/>
        <w:t>Myositis</w:t>
      </w:r>
      <w:r>
        <w:br/>
        <w:t>Polymyalgia rheumatica (PMR)</w:t>
      </w:r>
      <w:r>
        <w:br/>
        <w:t>Polyosteoarthritis</w:t>
      </w:r>
      <w:r>
        <w:br/>
        <w:t>Giant cell arteritis</w:t>
      </w:r>
      <w:r>
        <w:br/>
        <w:t>Scleroderma</w:t>
      </w:r>
      <w:r>
        <w:br/>
        <w:t>Other disease</w:t>
      </w:r>
    </w:p>
    <w:p w14:paraId="50C31553" w14:textId="77777777" w:rsidR="00064439" w:rsidRDefault="00000000">
      <w:r>
        <w:lastRenderedPageBreak/>
        <w:t>Please name the disease:</w:t>
      </w:r>
      <w:r>
        <w:br/>
        <w:t>__________________________________</w:t>
      </w:r>
    </w:p>
    <w:p w14:paraId="6715EC57" w14:textId="77777777" w:rsidR="00064439" w:rsidRDefault="00000000">
      <w:r>
        <w:t>How interested are you in AI-based applications in rheumatology?</w:t>
      </w:r>
    </w:p>
    <w:p w14:paraId="4F18A19E" w14:textId="77777777" w:rsidR="00064439" w:rsidRDefault="00000000">
      <w:r>
        <w:t>Not at all</w:t>
      </w:r>
      <w:r>
        <w:br/>
        <w:t>Slightly</w:t>
      </w:r>
      <w:r>
        <w:br/>
        <w:t>Neutral</w:t>
      </w:r>
      <w:r>
        <w:br/>
        <w:t>Rather interested</w:t>
      </w:r>
      <w:r>
        <w:br/>
        <w:t>Very interested</w:t>
      </w:r>
    </w:p>
    <w:p w14:paraId="7EFD0655" w14:textId="77777777" w:rsidR="00064439" w:rsidRDefault="00000000">
      <w:r>
        <w:t>Have you already used AI-based tools or chatbots (e.g., ChatGPT, Ada Health) for health-related questions?</w:t>
      </w:r>
    </w:p>
    <w:p w14:paraId="4BE8E636" w14:textId="77777777" w:rsidR="00064439" w:rsidRDefault="00000000">
      <w:r>
        <w:t>Yes, regularly</w:t>
      </w:r>
      <w:r>
        <w:br/>
        <w:t>Yes, occasionally</w:t>
      </w:r>
      <w:r>
        <w:br/>
        <w:t>No, but I’m aware of them</w:t>
      </w:r>
      <w:r>
        <w:br/>
        <w:t>No, I’m not aware of them</w:t>
      </w:r>
    </w:p>
    <w:p w14:paraId="40D47EB5" w14:textId="77777777" w:rsidR="00064439" w:rsidRDefault="00000000">
      <w:r>
        <w:t>For what purpose have you used AI?</w:t>
      </w:r>
    </w:p>
    <w:p w14:paraId="330DBE78" w14:textId="77777777" w:rsidR="00064439" w:rsidRDefault="00000000">
      <w:r>
        <w:t>Information about my disease</w:t>
      </w:r>
      <w:r>
        <w:br/>
        <w:t>Medication information</w:t>
      </w:r>
      <w:r>
        <w:br/>
        <w:t>Diagnostic support/symptom clarification</w:t>
      </w:r>
      <w:r>
        <w:br/>
        <w:t>Preparation for doctor visits</w:t>
      </w:r>
      <w:r>
        <w:br/>
        <w:t>Psychosocial support</w:t>
      </w:r>
      <w:r>
        <w:br/>
        <w:t>Other</w:t>
      </w:r>
      <w:r>
        <w:br/>
        <w:t>None of the above</w:t>
      </w:r>
    </w:p>
    <w:p w14:paraId="3150DDD5" w14:textId="77777777" w:rsidR="00064439" w:rsidRDefault="00000000">
      <w:r>
        <w:t>Please describe your usage:</w:t>
      </w:r>
      <w:r>
        <w:br/>
        <w:t>__________________________________</w:t>
      </w:r>
    </w:p>
    <w:p w14:paraId="065AFEDD" w14:textId="77777777" w:rsidR="00064439" w:rsidRDefault="00000000">
      <w:r>
        <w:t>How helpful do you find AI-generated health information?</w:t>
      </w:r>
      <w:r>
        <w:br/>
        <w:t>(Not helpful – Very helpful)</w:t>
      </w:r>
    </w:p>
    <w:p w14:paraId="6BF00686" w14:textId="77777777" w:rsidR="00064439" w:rsidRDefault="00000000">
      <w:r>
        <w:t>How high do you estimate the risk of AI providing misinformation for health-related topics?</w:t>
      </w:r>
    </w:p>
    <w:p w14:paraId="72374341" w14:textId="77777777" w:rsidR="00064439" w:rsidRDefault="00000000">
      <w:r>
        <w:t>Very low</w:t>
      </w:r>
      <w:r>
        <w:br/>
        <w:t>Low</w:t>
      </w:r>
      <w:r>
        <w:br/>
        <w:t>Medium</w:t>
      </w:r>
      <w:r>
        <w:br/>
        <w:t>High</w:t>
      </w:r>
      <w:r>
        <w:br/>
        <w:t>Very high</w:t>
      </w:r>
    </w:p>
    <w:p w14:paraId="4D1C0920" w14:textId="77777777" w:rsidR="00064439" w:rsidRDefault="00000000">
      <w:r>
        <w:t>How do you feel about doctors using AI-based second opinions (with data protection) to improve your treatment?</w:t>
      </w:r>
    </w:p>
    <w:p w14:paraId="4796FBD9" w14:textId="77777777" w:rsidR="00064439" w:rsidRDefault="00000000">
      <w:r>
        <w:lastRenderedPageBreak/>
        <w:t>Would strongly welcome</w:t>
      </w:r>
      <w:r>
        <w:br/>
        <w:t>Would rather welcome</w:t>
      </w:r>
      <w:r>
        <w:br/>
        <w:t>Neutral</w:t>
      </w:r>
      <w:r>
        <w:br/>
        <w:t>Rather opposed</w:t>
      </w:r>
      <w:r>
        <w:br/>
        <w:t>Strongly opposed</w:t>
      </w:r>
    </w:p>
    <w:p w14:paraId="06488AE7" w14:textId="77777777" w:rsidR="00064439" w:rsidRDefault="00000000">
      <w:r>
        <w:t>Which types of AI-based applications would you most likely use? (Multiple answers possible)</w:t>
      </w:r>
    </w:p>
    <w:p w14:paraId="280575F1" w14:textId="77777777" w:rsidR="00064439" w:rsidRDefault="00000000">
      <w:r>
        <w:t>Symptom checkers (to identify and interpret symptoms)</w:t>
      </w:r>
      <w:r>
        <w:br/>
        <w:t>Medical chatbots</w:t>
      </w:r>
      <w:r>
        <w:br/>
        <w:t>AI-supported therapy recommendations</w:t>
      </w:r>
      <w:r>
        <w:br/>
        <w:t>AI-assisted automated joint ultrasound at the doctor’s office</w:t>
      </w:r>
      <w:r>
        <w:br/>
        <w:t>AI-assisted automated blood sampling at the doctor’s office</w:t>
      </w:r>
      <w:r>
        <w:br/>
        <w:t>AI-supported chatbots for psychosocial support and patient education</w:t>
      </w:r>
      <w:r>
        <w:br/>
        <w:t>None of the above</w:t>
      </w:r>
    </w:p>
    <w:p w14:paraId="748A76F7" w14:textId="77777777" w:rsidR="00064439" w:rsidRDefault="00000000">
      <w:r>
        <w:t>Which benefits do you expect from AI in rheumatology? (Multiple answers possible)</w:t>
      </w:r>
    </w:p>
    <w:p w14:paraId="7F02C874" w14:textId="77777777" w:rsidR="00064439" w:rsidRDefault="00000000">
      <w:r>
        <w:t>Faster diagnosis</w:t>
      </w:r>
      <w:r>
        <w:br/>
        <w:t>Better therapy recommendations</w:t>
      </w:r>
      <w:r>
        <w:br/>
        <w:t>More information for patients</w:t>
      </w:r>
      <w:r>
        <w:br/>
        <w:t>More independent management</w:t>
      </w:r>
      <w:r>
        <w:br/>
        <w:t>Improved communication with doctors</w:t>
      </w:r>
      <w:r>
        <w:br/>
        <w:t>Shorter waiting times</w:t>
      </w:r>
      <w:r>
        <w:br/>
        <w:t>None of the above</w:t>
      </w:r>
      <w:r>
        <w:br/>
        <w:t>(Please select at least one answer)</w:t>
      </w:r>
    </w:p>
    <w:p w14:paraId="28D10B8B" w14:textId="77777777" w:rsidR="00064439" w:rsidRDefault="00000000">
      <w:r>
        <w:t>What concerns do you have regarding AI in medicine? (Multiple answers possible)</w:t>
      </w:r>
    </w:p>
    <w:p w14:paraId="76B4A1A5" w14:textId="77777777" w:rsidR="00064439" w:rsidRDefault="00000000">
      <w:r>
        <w:t>Data protection</w:t>
      </w:r>
      <w:r>
        <w:br/>
        <w:t>Faulty AI</w:t>
      </w:r>
      <w:r>
        <w:br/>
        <w:t>Decreased human interaction</w:t>
      </w:r>
      <w:r>
        <w:br/>
        <w:t>Lack of trust in AI</w:t>
      </w:r>
      <w:r>
        <w:br/>
        <w:t>Overwhelmed by technology</w:t>
      </w:r>
      <w:r>
        <w:br/>
        <w:t>None of the above</w:t>
      </w:r>
      <w:r>
        <w:br/>
        <w:t>(Please select at least one answer)</w:t>
      </w:r>
    </w:p>
    <w:p w14:paraId="0AAA2218" w14:textId="77777777" w:rsidR="00064439" w:rsidRDefault="00000000">
      <w:r>
        <w:t>Would you be willing to make your health data available anonymously for AI research by university hospitals in rheumatology?</w:t>
      </w:r>
    </w:p>
    <w:p w14:paraId="3BEA9C74" w14:textId="77777777" w:rsidR="00064439" w:rsidRDefault="00000000">
      <w:r>
        <w:t>Yes</w:t>
      </w:r>
      <w:r>
        <w:br/>
        <w:t>No</w:t>
      </w:r>
      <w:r>
        <w:br/>
        <w:t>Don’t know</w:t>
      </w:r>
    </w:p>
    <w:p w14:paraId="3280EEA6" w14:textId="77777777" w:rsidR="00064439" w:rsidRDefault="00000000">
      <w:r>
        <w:t>Would you be interested in an AI-assisted platform to better manage your condition?</w:t>
      </w:r>
    </w:p>
    <w:p w14:paraId="17502E59" w14:textId="77777777" w:rsidR="00064439" w:rsidRDefault="00000000">
      <w:r>
        <w:lastRenderedPageBreak/>
        <w:t>Yes</w:t>
      </w:r>
      <w:r>
        <w:br/>
        <w:t>No</w:t>
      </w:r>
      <w:r>
        <w:br/>
        <w:t>Don’t know</w:t>
      </w:r>
    </w:p>
    <w:p w14:paraId="7A0ED037" w14:textId="77777777" w:rsidR="00064439" w:rsidRDefault="00000000">
      <w:r>
        <w:t>Would you agree to your doctors using AI to monitor/analyze disease progression through smart devices (e.g., wearables)?</w:t>
      </w:r>
    </w:p>
    <w:p w14:paraId="2556BD8D" w14:textId="77777777" w:rsidR="00064439" w:rsidRDefault="00000000">
      <w:r>
        <w:t>Yes</w:t>
      </w:r>
      <w:r>
        <w:br/>
        <w:t>No</w:t>
      </w:r>
      <w:r>
        <w:br/>
        <w:t>Don’t know</w:t>
      </w:r>
    </w:p>
    <w:p w14:paraId="0BB28F89" w14:textId="77777777" w:rsidR="00064439" w:rsidRDefault="00000000">
      <w:r>
        <w:t>Which factors would most influence your decision to use AI-based services?</w:t>
      </w:r>
    </w:p>
    <w:p w14:paraId="5C392EEB" w14:textId="77777777" w:rsidR="00064439" w:rsidRDefault="00000000">
      <w:r>
        <w:t>Recommendations from doctors</w:t>
      </w:r>
      <w:r>
        <w:br/>
        <w:t>Recommendation from the Rheumatism League</w:t>
      </w:r>
      <w:r>
        <w:br/>
        <w:t>High level of scientific evidence</w:t>
      </w:r>
      <w:r>
        <w:br/>
        <w:t>Guaranteed data protection</w:t>
      </w:r>
      <w:r>
        <w:br/>
        <w:t>High user-friendliness</w:t>
      </w:r>
      <w:r>
        <w:br/>
        <w:t>Free of charge</w:t>
      </w:r>
      <w:r>
        <w:br/>
        <w:t>None of the above</w:t>
      </w:r>
    </w:p>
    <w:sectPr w:rsidR="0006443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6463523">
    <w:abstractNumId w:val="8"/>
  </w:num>
  <w:num w:numId="2" w16cid:durableId="313878169">
    <w:abstractNumId w:val="6"/>
  </w:num>
  <w:num w:numId="3" w16cid:durableId="1539586663">
    <w:abstractNumId w:val="5"/>
  </w:num>
  <w:num w:numId="4" w16cid:durableId="659964162">
    <w:abstractNumId w:val="4"/>
  </w:num>
  <w:num w:numId="5" w16cid:durableId="597715781">
    <w:abstractNumId w:val="7"/>
  </w:num>
  <w:num w:numId="6" w16cid:durableId="2087997313">
    <w:abstractNumId w:val="3"/>
  </w:num>
  <w:num w:numId="7" w16cid:durableId="2032415504">
    <w:abstractNumId w:val="2"/>
  </w:num>
  <w:num w:numId="8" w16cid:durableId="169416742">
    <w:abstractNumId w:val="1"/>
  </w:num>
  <w:num w:numId="9" w16cid:durableId="132168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439"/>
    <w:rsid w:val="0015074B"/>
    <w:rsid w:val="00235188"/>
    <w:rsid w:val="0029639D"/>
    <w:rsid w:val="00326F90"/>
    <w:rsid w:val="003F7D7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082CA7"/>
  <w14:defaultImageDpi w14:val="300"/>
  <w15:docId w15:val="{9FA48D91-DB9D-FA49-9868-B8921BD7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Johannes Knitza</cp:lastModifiedBy>
  <cp:revision>2</cp:revision>
  <dcterms:created xsi:type="dcterms:W3CDTF">2013-12-23T23:15:00Z</dcterms:created>
  <dcterms:modified xsi:type="dcterms:W3CDTF">2025-05-31T09:02:00Z</dcterms:modified>
  <cp:category/>
</cp:coreProperties>
</file>