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4064" w14:textId="4ECBE391" w:rsidR="00B87CB7" w:rsidRDefault="00000000">
      <w:pPr>
        <w:jc w:val="center"/>
        <w:rPr>
          <w:rFonts w:cs="Times New Roman"/>
          <w:b/>
          <w:sz w:val="24"/>
          <w:szCs w:val="24"/>
        </w:rPr>
      </w:pPr>
      <w:r w:rsidRPr="007A44DD">
        <w:rPr>
          <w:rFonts w:cs="Times New Roman"/>
          <w:b/>
          <w:sz w:val="24"/>
          <w:szCs w:val="24"/>
        </w:rPr>
        <w:t xml:space="preserve">Supplementary Table </w:t>
      </w:r>
      <w:r w:rsidR="007A44DD" w:rsidRPr="007A44DD">
        <w:rPr>
          <w:rFonts w:cs="Times New Roman"/>
          <w:b/>
          <w:sz w:val="24"/>
          <w:szCs w:val="24"/>
        </w:rPr>
        <w:t>1</w:t>
      </w:r>
      <w:r w:rsidRPr="007A44DD">
        <w:rPr>
          <w:rFonts w:cs="Times New Roman"/>
          <w:b/>
          <w:sz w:val="24"/>
          <w:szCs w:val="24"/>
        </w:rPr>
        <w:t xml:space="preserve">. Participant characteristics for </w:t>
      </w:r>
      <w:r w:rsidR="007A44DD" w:rsidRPr="007A44DD">
        <w:rPr>
          <w:rFonts w:cs="Times New Roman"/>
          <w:b/>
          <w:sz w:val="24"/>
          <w:szCs w:val="24"/>
        </w:rPr>
        <w:t xml:space="preserve">the </w:t>
      </w:r>
      <w:r w:rsidRPr="007A44DD">
        <w:rPr>
          <w:rFonts w:cs="Times New Roman"/>
          <w:b/>
          <w:sz w:val="24"/>
          <w:szCs w:val="24"/>
        </w:rPr>
        <w:t>full analytic sample and subsamples</w:t>
      </w:r>
    </w:p>
    <w:p w14:paraId="0C2E6135" w14:textId="77777777" w:rsidR="006769D6" w:rsidRPr="007A44DD" w:rsidRDefault="006769D6">
      <w:pPr>
        <w:jc w:val="center"/>
        <w:rPr>
          <w:rFonts w:cs="Times New Roman"/>
          <w:sz w:val="24"/>
          <w:szCs w:val="24"/>
        </w:rPr>
      </w:pPr>
    </w:p>
    <w:p w14:paraId="0F3588CC" w14:textId="62B84A00" w:rsidR="00B87CB7" w:rsidRPr="007A44DD" w:rsidRDefault="007A44DD" w:rsidP="00B21E12">
      <w:pPr>
        <w:ind w:left="72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1</w:t>
      </w:r>
      <w:r w:rsidRPr="007A44DD">
        <w:rPr>
          <w:rFonts w:cs="Times New Roman"/>
          <w:b/>
          <w:bCs/>
          <w:sz w:val="24"/>
          <w:szCs w:val="24"/>
        </w:rPr>
        <w:t>A. Full analytic sample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4110"/>
        <w:gridCol w:w="2340"/>
        <w:gridCol w:w="2520"/>
        <w:gridCol w:w="2520"/>
        <w:gridCol w:w="1224"/>
      </w:tblGrid>
      <w:tr w:rsidR="00B87CB7" w:rsidRPr="007A44DD" w14:paraId="7CF11677" w14:textId="77777777" w:rsidTr="00C31C12">
        <w:tc>
          <w:tcPr>
            <w:tcW w:w="4110" w:type="dxa"/>
          </w:tcPr>
          <w:p w14:paraId="13CDB5FB" w14:textId="77777777" w:rsidR="00B87CB7" w:rsidRPr="007A44DD" w:rsidRDefault="00000000" w:rsidP="0077579D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340" w:type="dxa"/>
          </w:tcPr>
          <w:p w14:paraId="55CB16A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2520" w:type="dxa"/>
          </w:tcPr>
          <w:p w14:paraId="6B31E96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Never breastfed</w:t>
            </w:r>
          </w:p>
        </w:tc>
        <w:tc>
          <w:tcPr>
            <w:tcW w:w="2520" w:type="dxa"/>
          </w:tcPr>
          <w:p w14:paraId="74D3E63D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Ever breastfed</w:t>
            </w:r>
          </w:p>
        </w:tc>
        <w:tc>
          <w:tcPr>
            <w:tcW w:w="1224" w:type="dxa"/>
          </w:tcPr>
          <w:p w14:paraId="0034997E" w14:textId="0A65E254" w:rsidR="00B87CB7" w:rsidRPr="0046579A" w:rsidRDefault="00000000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p-value</w:t>
            </w:r>
            <w:r w:rsidR="0046579A">
              <w:rPr>
                <w:rFonts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B87CB7" w:rsidRPr="007A44DD" w14:paraId="502F86B7" w14:textId="77777777" w:rsidTr="00C31C12">
        <w:tc>
          <w:tcPr>
            <w:tcW w:w="4110" w:type="dxa"/>
          </w:tcPr>
          <w:p w14:paraId="47F7CD11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N</w:t>
            </w:r>
          </w:p>
        </w:tc>
        <w:tc>
          <w:tcPr>
            <w:tcW w:w="2340" w:type="dxa"/>
          </w:tcPr>
          <w:p w14:paraId="0882D46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16452</w:t>
            </w:r>
          </w:p>
        </w:tc>
        <w:tc>
          <w:tcPr>
            <w:tcW w:w="2520" w:type="dxa"/>
          </w:tcPr>
          <w:p w14:paraId="1E1A407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3121</w:t>
            </w:r>
          </w:p>
        </w:tc>
        <w:tc>
          <w:tcPr>
            <w:tcW w:w="2520" w:type="dxa"/>
          </w:tcPr>
          <w:p w14:paraId="7028DE8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13331</w:t>
            </w:r>
          </w:p>
        </w:tc>
        <w:tc>
          <w:tcPr>
            <w:tcW w:w="1224" w:type="dxa"/>
          </w:tcPr>
          <w:p w14:paraId="6AEE39E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C31C12" w14:paraId="48BC5DB6" w14:textId="77777777" w:rsidTr="00C31C12">
        <w:tc>
          <w:tcPr>
            <w:tcW w:w="4110" w:type="dxa"/>
          </w:tcPr>
          <w:p w14:paraId="4A4FFECF" w14:textId="77777777" w:rsidR="00B87CB7" w:rsidRPr="00C31C12" w:rsidRDefault="0000000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31C12">
              <w:rPr>
                <w:rFonts w:cs="Times New Roman"/>
                <w:b/>
                <w:bCs/>
                <w:sz w:val="24"/>
                <w:szCs w:val="24"/>
              </w:rPr>
              <w:t>Maternal age at birth, median (IQR)</w:t>
            </w:r>
          </w:p>
        </w:tc>
        <w:tc>
          <w:tcPr>
            <w:tcW w:w="2340" w:type="dxa"/>
          </w:tcPr>
          <w:p w14:paraId="79EF2D5A" w14:textId="77777777" w:rsidR="00B87CB7" w:rsidRPr="00C31C1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29.8 (25.3, 33.7)</w:t>
            </w:r>
          </w:p>
        </w:tc>
        <w:tc>
          <w:tcPr>
            <w:tcW w:w="2520" w:type="dxa"/>
          </w:tcPr>
          <w:p w14:paraId="67ABD3F3" w14:textId="77777777" w:rsidR="00B87CB7" w:rsidRPr="00C31C1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26.8 (23.0, 31.6)</w:t>
            </w:r>
          </w:p>
        </w:tc>
        <w:tc>
          <w:tcPr>
            <w:tcW w:w="2520" w:type="dxa"/>
          </w:tcPr>
          <w:p w14:paraId="45EEEDAA" w14:textId="77777777" w:rsidR="00B87CB7" w:rsidRPr="00C31C1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30.4 (26.1, 34.1)</w:t>
            </w:r>
          </w:p>
        </w:tc>
        <w:tc>
          <w:tcPr>
            <w:tcW w:w="1224" w:type="dxa"/>
          </w:tcPr>
          <w:p w14:paraId="7A206B2C" w14:textId="77777777" w:rsidR="00B87CB7" w:rsidRPr="00C31C1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B87CB7" w:rsidRPr="007A44DD" w14:paraId="58B7C49E" w14:textId="77777777" w:rsidTr="00C31C12">
        <w:tc>
          <w:tcPr>
            <w:tcW w:w="4110" w:type="dxa"/>
          </w:tcPr>
          <w:p w14:paraId="7D63EA27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340" w:type="dxa"/>
          </w:tcPr>
          <w:p w14:paraId="7D1ACE9A" w14:textId="77777777" w:rsidR="00B87CB7" w:rsidRPr="00C31C1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64</w:t>
            </w:r>
          </w:p>
        </w:tc>
        <w:tc>
          <w:tcPr>
            <w:tcW w:w="2520" w:type="dxa"/>
          </w:tcPr>
          <w:p w14:paraId="0874F4A4" w14:textId="77777777" w:rsidR="00B87CB7" w:rsidRPr="00C31C1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2520" w:type="dxa"/>
          </w:tcPr>
          <w:p w14:paraId="09D9F373" w14:textId="77777777" w:rsidR="00B87CB7" w:rsidRPr="00C31C1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1224" w:type="dxa"/>
          </w:tcPr>
          <w:p w14:paraId="095D3B47" w14:textId="77777777" w:rsidR="00B87CB7" w:rsidRPr="00C31C12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31C12" w:rsidRPr="007A44DD" w14:paraId="61959C03" w14:textId="77777777" w:rsidTr="00C31C12">
        <w:tc>
          <w:tcPr>
            <w:tcW w:w="4110" w:type="dxa"/>
          </w:tcPr>
          <w:p w14:paraId="5C55F580" w14:textId="78BF1FD5" w:rsidR="00C31C12" w:rsidRPr="00C31C12" w:rsidRDefault="00BB677C" w:rsidP="00C31C12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Child y</w:t>
            </w:r>
            <w:r w:rsidR="00C31C12" w:rsidRPr="00C31C12">
              <w:rPr>
                <w:rFonts w:cs="Times New Roman"/>
                <w:b/>
                <w:bCs/>
                <w:sz w:val="24"/>
                <w:szCs w:val="24"/>
              </w:rPr>
              <w:t>ear of birth, median (IQR)</w:t>
            </w:r>
          </w:p>
        </w:tc>
        <w:tc>
          <w:tcPr>
            <w:tcW w:w="2340" w:type="dxa"/>
          </w:tcPr>
          <w:p w14:paraId="68B819E5" w14:textId="136DCC17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2014 (2010, 2019)</w:t>
            </w:r>
          </w:p>
        </w:tc>
        <w:tc>
          <w:tcPr>
            <w:tcW w:w="2520" w:type="dxa"/>
          </w:tcPr>
          <w:p w14:paraId="79C663B1" w14:textId="763B4EF1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2012 (2006, 2017)</w:t>
            </w:r>
          </w:p>
        </w:tc>
        <w:tc>
          <w:tcPr>
            <w:tcW w:w="2520" w:type="dxa"/>
          </w:tcPr>
          <w:p w14:paraId="4AEB8705" w14:textId="5C50636B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2015 (2011, 2019)</w:t>
            </w:r>
          </w:p>
        </w:tc>
        <w:tc>
          <w:tcPr>
            <w:tcW w:w="1224" w:type="dxa"/>
          </w:tcPr>
          <w:p w14:paraId="48A79F43" w14:textId="1302E10E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C31C12" w:rsidRPr="00C31C12" w14:paraId="7D58F268" w14:textId="77777777" w:rsidTr="00C31C12">
        <w:tc>
          <w:tcPr>
            <w:tcW w:w="4110" w:type="dxa"/>
          </w:tcPr>
          <w:p w14:paraId="2A752D8A" w14:textId="7080A01D" w:rsidR="00C31C12" w:rsidRPr="00C31C12" w:rsidRDefault="00C31C12" w:rsidP="00C31C12">
            <w:pPr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340" w:type="dxa"/>
          </w:tcPr>
          <w:p w14:paraId="6C60BF8D" w14:textId="118B640F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14:paraId="56A17BCF" w14:textId="2B8A601A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14:paraId="0C178A25" w14:textId="76959850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224" w:type="dxa"/>
          </w:tcPr>
          <w:p w14:paraId="7E1B6E07" w14:textId="77777777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31C12" w:rsidRPr="007A44DD" w14:paraId="148AD85C" w14:textId="77777777" w:rsidTr="00C31C12">
        <w:tc>
          <w:tcPr>
            <w:tcW w:w="4110" w:type="dxa"/>
          </w:tcPr>
          <w:p w14:paraId="5E0FB0F1" w14:textId="589B05D1" w:rsidR="00C31C12" w:rsidRPr="00C31C12" w:rsidRDefault="00BB677C" w:rsidP="00C31C12">
            <w:pPr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Child year</w:t>
            </w:r>
            <w:r w:rsidR="00C31C12" w:rsidRPr="00C31C12">
              <w:rPr>
                <w:rFonts w:cs="Times New Roman"/>
                <w:b/>
                <w:bCs/>
                <w:sz w:val="24"/>
                <w:szCs w:val="24"/>
              </w:rPr>
              <w:t xml:space="preserve"> of birth, median (range)</w:t>
            </w:r>
          </w:p>
        </w:tc>
        <w:tc>
          <w:tcPr>
            <w:tcW w:w="2340" w:type="dxa"/>
          </w:tcPr>
          <w:p w14:paraId="1B03F6D4" w14:textId="1CCA0A70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2014 (1987, 2023)</w:t>
            </w:r>
          </w:p>
        </w:tc>
        <w:tc>
          <w:tcPr>
            <w:tcW w:w="2520" w:type="dxa"/>
          </w:tcPr>
          <w:p w14:paraId="0220DE5D" w14:textId="0DFF1D0B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2012 (1987, 2023)</w:t>
            </w:r>
          </w:p>
        </w:tc>
        <w:tc>
          <w:tcPr>
            <w:tcW w:w="2520" w:type="dxa"/>
          </w:tcPr>
          <w:p w14:paraId="41FF43DE" w14:textId="0F09E4DF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2015 (1987, 2023)</w:t>
            </w:r>
          </w:p>
        </w:tc>
        <w:tc>
          <w:tcPr>
            <w:tcW w:w="1224" w:type="dxa"/>
          </w:tcPr>
          <w:p w14:paraId="78DB6A53" w14:textId="099E097E" w:rsidR="00C31C12" w:rsidRPr="00C31C12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B87CB7" w:rsidRPr="007A44DD" w14:paraId="6D7ADC5E" w14:textId="77777777" w:rsidTr="00C31C12">
        <w:tc>
          <w:tcPr>
            <w:tcW w:w="4110" w:type="dxa"/>
          </w:tcPr>
          <w:p w14:paraId="1CFED996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Race/Ethnicity</w:t>
            </w:r>
          </w:p>
        </w:tc>
        <w:tc>
          <w:tcPr>
            <w:tcW w:w="2340" w:type="dxa"/>
          </w:tcPr>
          <w:p w14:paraId="77EE1074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2FA1E7E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0706E10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043B2EB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46579A" w:rsidRPr="007A44DD" w14:paraId="18D4E1D0" w14:textId="77777777" w:rsidTr="00C31C12">
        <w:tc>
          <w:tcPr>
            <w:tcW w:w="4110" w:type="dxa"/>
          </w:tcPr>
          <w:p w14:paraId="3DA8F0F8" w14:textId="77777777" w:rsidR="0046579A" w:rsidRPr="007A44DD" w:rsidRDefault="0046579A" w:rsidP="001C5BEE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Hispanic</w:t>
            </w:r>
          </w:p>
        </w:tc>
        <w:tc>
          <w:tcPr>
            <w:tcW w:w="2340" w:type="dxa"/>
          </w:tcPr>
          <w:p w14:paraId="15313283" w14:textId="77777777" w:rsidR="0046579A" w:rsidRPr="007A44DD" w:rsidRDefault="0046579A" w:rsidP="001C5B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3570 (24.9%)</w:t>
            </w:r>
          </w:p>
        </w:tc>
        <w:tc>
          <w:tcPr>
            <w:tcW w:w="2520" w:type="dxa"/>
          </w:tcPr>
          <w:p w14:paraId="1B6B8BF5" w14:textId="77777777" w:rsidR="0046579A" w:rsidRPr="007A44DD" w:rsidRDefault="0046579A" w:rsidP="001C5B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514 (20.8%)</w:t>
            </w:r>
          </w:p>
        </w:tc>
        <w:tc>
          <w:tcPr>
            <w:tcW w:w="2520" w:type="dxa"/>
          </w:tcPr>
          <w:p w14:paraId="07E4EA9B" w14:textId="77777777" w:rsidR="0046579A" w:rsidRPr="007A44DD" w:rsidRDefault="0046579A" w:rsidP="001C5BE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3056 (25.7%)</w:t>
            </w:r>
          </w:p>
        </w:tc>
        <w:tc>
          <w:tcPr>
            <w:tcW w:w="1224" w:type="dxa"/>
          </w:tcPr>
          <w:p w14:paraId="7409036A" w14:textId="77777777" w:rsidR="0046579A" w:rsidRPr="007A44DD" w:rsidRDefault="0046579A" w:rsidP="001C5B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6579A" w:rsidRPr="007A44DD" w14:paraId="65BE2811" w14:textId="77777777" w:rsidTr="00C31C12">
        <w:tc>
          <w:tcPr>
            <w:tcW w:w="4110" w:type="dxa"/>
          </w:tcPr>
          <w:p w14:paraId="7EF133BE" w14:textId="77777777" w:rsidR="0046579A" w:rsidRPr="007A44DD" w:rsidRDefault="0046579A" w:rsidP="00602985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White</w:t>
            </w:r>
          </w:p>
        </w:tc>
        <w:tc>
          <w:tcPr>
            <w:tcW w:w="2340" w:type="dxa"/>
          </w:tcPr>
          <w:p w14:paraId="065AFA16" w14:textId="77777777" w:rsidR="0046579A" w:rsidRPr="007A44DD" w:rsidRDefault="0046579A" w:rsidP="006029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6696 (46.7%)</w:t>
            </w:r>
          </w:p>
        </w:tc>
        <w:tc>
          <w:tcPr>
            <w:tcW w:w="2520" w:type="dxa"/>
          </w:tcPr>
          <w:p w14:paraId="6B38CD6B" w14:textId="77777777" w:rsidR="0046579A" w:rsidRPr="007A44DD" w:rsidRDefault="0046579A" w:rsidP="006029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644 (26.1%)</w:t>
            </w:r>
          </w:p>
        </w:tc>
        <w:tc>
          <w:tcPr>
            <w:tcW w:w="2520" w:type="dxa"/>
          </w:tcPr>
          <w:p w14:paraId="7D2D813F" w14:textId="77777777" w:rsidR="0046579A" w:rsidRPr="007A44DD" w:rsidRDefault="0046579A" w:rsidP="0060298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6052 (50.9%)</w:t>
            </w:r>
          </w:p>
        </w:tc>
        <w:tc>
          <w:tcPr>
            <w:tcW w:w="1224" w:type="dxa"/>
          </w:tcPr>
          <w:p w14:paraId="55C445FF" w14:textId="77777777" w:rsidR="0046579A" w:rsidRPr="007A44DD" w:rsidRDefault="0046579A" w:rsidP="0060298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6579A" w:rsidRPr="007A44DD" w14:paraId="37046ED8" w14:textId="77777777" w:rsidTr="00C31C12">
        <w:tc>
          <w:tcPr>
            <w:tcW w:w="4110" w:type="dxa"/>
          </w:tcPr>
          <w:p w14:paraId="502F8FA1" w14:textId="77777777" w:rsidR="0046579A" w:rsidRPr="007A44DD" w:rsidRDefault="0046579A" w:rsidP="002F4C5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Black</w:t>
            </w:r>
          </w:p>
        </w:tc>
        <w:tc>
          <w:tcPr>
            <w:tcW w:w="2340" w:type="dxa"/>
          </w:tcPr>
          <w:p w14:paraId="4BA5F2B9" w14:textId="77777777" w:rsidR="0046579A" w:rsidRPr="007A44DD" w:rsidRDefault="0046579A" w:rsidP="002F4C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2774 (19.3%)</w:t>
            </w:r>
          </w:p>
        </w:tc>
        <w:tc>
          <w:tcPr>
            <w:tcW w:w="2520" w:type="dxa"/>
          </w:tcPr>
          <w:p w14:paraId="385D77E0" w14:textId="77777777" w:rsidR="0046579A" w:rsidRPr="007A44DD" w:rsidRDefault="0046579A" w:rsidP="002F4C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1196 (48.5%)</w:t>
            </w:r>
          </w:p>
        </w:tc>
        <w:tc>
          <w:tcPr>
            <w:tcW w:w="2520" w:type="dxa"/>
          </w:tcPr>
          <w:p w14:paraId="74CCAFF4" w14:textId="77777777" w:rsidR="0046579A" w:rsidRPr="007A44DD" w:rsidRDefault="0046579A" w:rsidP="002F4C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1578 (13.3%)</w:t>
            </w:r>
          </w:p>
        </w:tc>
        <w:tc>
          <w:tcPr>
            <w:tcW w:w="1224" w:type="dxa"/>
          </w:tcPr>
          <w:p w14:paraId="6B870CD6" w14:textId="77777777" w:rsidR="0046579A" w:rsidRPr="007A44DD" w:rsidRDefault="0046579A" w:rsidP="002F4C5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6579A" w:rsidRPr="0046579A" w14:paraId="5A9E239B" w14:textId="77777777" w:rsidTr="00C31C12">
        <w:tc>
          <w:tcPr>
            <w:tcW w:w="4110" w:type="dxa"/>
          </w:tcPr>
          <w:p w14:paraId="54F91282" w14:textId="524BD62C" w:rsidR="0046579A" w:rsidRPr="0046579A" w:rsidRDefault="0046579A" w:rsidP="0046579A">
            <w:pPr>
              <w:rPr>
                <w:rFonts w:cs="Times New Roman"/>
                <w:sz w:val="24"/>
                <w:szCs w:val="24"/>
              </w:rPr>
            </w:pPr>
            <w:r w:rsidRPr="0046579A">
              <w:rPr>
                <w:sz w:val="24"/>
                <w:szCs w:val="24"/>
              </w:rPr>
              <w:t xml:space="preserve">   NH Asian/Other</w:t>
            </w:r>
            <w:r w:rsidRPr="0046579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7247F7DD" w14:textId="1C45D864" w:rsidR="0046579A" w:rsidRPr="0046579A" w:rsidRDefault="0046579A" w:rsidP="0046579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6579A">
              <w:rPr>
                <w:sz w:val="24"/>
                <w:szCs w:val="24"/>
              </w:rPr>
              <w:t>1313 (9.1%)</w:t>
            </w:r>
          </w:p>
        </w:tc>
        <w:tc>
          <w:tcPr>
            <w:tcW w:w="2520" w:type="dxa"/>
          </w:tcPr>
          <w:p w14:paraId="4DFCD60A" w14:textId="7D600609" w:rsidR="0046579A" w:rsidRPr="0046579A" w:rsidRDefault="0046579A" w:rsidP="0046579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6579A">
              <w:rPr>
                <w:sz w:val="24"/>
                <w:szCs w:val="24"/>
              </w:rPr>
              <w:t>114 (4.6%)</w:t>
            </w:r>
          </w:p>
        </w:tc>
        <w:tc>
          <w:tcPr>
            <w:tcW w:w="2520" w:type="dxa"/>
          </w:tcPr>
          <w:p w14:paraId="77AC281A" w14:textId="6043F45B" w:rsidR="0046579A" w:rsidRPr="0046579A" w:rsidRDefault="0046579A" w:rsidP="0046579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6579A">
              <w:rPr>
                <w:sz w:val="24"/>
                <w:szCs w:val="24"/>
              </w:rPr>
              <w:t>1199 (10.1%)</w:t>
            </w:r>
          </w:p>
        </w:tc>
        <w:tc>
          <w:tcPr>
            <w:tcW w:w="1224" w:type="dxa"/>
          </w:tcPr>
          <w:p w14:paraId="228B71EC" w14:textId="77777777" w:rsidR="0046579A" w:rsidRPr="0046579A" w:rsidRDefault="0046579A" w:rsidP="0046579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BFAEB30" w14:textId="77777777" w:rsidTr="00C31C12">
        <w:tc>
          <w:tcPr>
            <w:tcW w:w="4110" w:type="dxa"/>
          </w:tcPr>
          <w:p w14:paraId="5D52C469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340" w:type="dxa"/>
          </w:tcPr>
          <w:p w14:paraId="4B45D34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2099</w:t>
            </w:r>
          </w:p>
        </w:tc>
        <w:tc>
          <w:tcPr>
            <w:tcW w:w="2520" w:type="dxa"/>
          </w:tcPr>
          <w:p w14:paraId="50C70A2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653</w:t>
            </w:r>
          </w:p>
        </w:tc>
        <w:tc>
          <w:tcPr>
            <w:tcW w:w="2520" w:type="dxa"/>
          </w:tcPr>
          <w:p w14:paraId="7EDE7A2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1446</w:t>
            </w:r>
          </w:p>
        </w:tc>
        <w:tc>
          <w:tcPr>
            <w:tcW w:w="1224" w:type="dxa"/>
          </w:tcPr>
          <w:p w14:paraId="3801E6AA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097C73F6" w14:textId="77777777" w:rsidTr="00C31C12">
        <w:tc>
          <w:tcPr>
            <w:tcW w:w="4110" w:type="dxa"/>
          </w:tcPr>
          <w:p w14:paraId="241D6BB4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Education</w:t>
            </w:r>
          </w:p>
        </w:tc>
        <w:tc>
          <w:tcPr>
            <w:tcW w:w="2340" w:type="dxa"/>
          </w:tcPr>
          <w:p w14:paraId="17B99503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596458B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0F6BAD7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046A9FAD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0056A16D" w14:textId="77777777" w:rsidTr="00C31C12">
        <w:tc>
          <w:tcPr>
            <w:tcW w:w="4110" w:type="dxa"/>
          </w:tcPr>
          <w:p w14:paraId="06795C1E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Less than high school</w:t>
            </w:r>
          </w:p>
        </w:tc>
        <w:tc>
          <w:tcPr>
            <w:tcW w:w="2340" w:type="dxa"/>
          </w:tcPr>
          <w:p w14:paraId="78CFA3C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1062 (6.6%)</w:t>
            </w:r>
          </w:p>
        </w:tc>
        <w:tc>
          <w:tcPr>
            <w:tcW w:w="2520" w:type="dxa"/>
          </w:tcPr>
          <w:p w14:paraId="50CA913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403 (13.5%)</w:t>
            </w:r>
          </w:p>
        </w:tc>
        <w:tc>
          <w:tcPr>
            <w:tcW w:w="2520" w:type="dxa"/>
          </w:tcPr>
          <w:p w14:paraId="06328E8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659 (5.0%)</w:t>
            </w:r>
          </w:p>
        </w:tc>
        <w:tc>
          <w:tcPr>
            <w:tcW w:w="1224" w:type="dxa"/>
          </w:tcPr>
          <w:p w14:paraId="5C92A1D0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5145E19A" w14:textId="77777777" w:rsidTr="00C31C12">
        <w:tc>
          <w:tcPr>
            <w:tcW w:w="4110" w:type="dxa"/>
          </w:tcPr>
          <w:p w14:paraId="167B858D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HS degree, GED or equivalent</w:t>
            </w:r>
          </w:p>
        </w:tc>
        <w:tc>
          <w:tcPr>
            <w:tcW w:w="2340" w:type="dxa"/>
          </w:tcPr>
          <w:p w14:paraId="1BBF397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2800 (17.4%)</w:t>
            </w:r>
          </w:p>
        </w:tc>
        <w:tc>
          <w:tcPr>
            <w:tcW w:w="2520" w:type="dxa"/>
          </w:tcPr>
          <w:p w14:paraId="120D01E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1045 (35.1%)</w:t>
            </w:r>
          </w:p>
        </w:tc>
        <w:tc>
          <w:tcPr>
            <w:tcW w:w="2520" w:type="dxa"/>
          </w:tcPr>
          <w:p w14:paraId="180FAFC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1755 (13.4%)</w:t>
            </w:r>
          </w:p>
        </w:tc>
        <w:tc>
          <w:tcPr>
            <w:tcW w:w="1224" w:type="dxa"/>
          </w:tcPr>
          <w:p w14:paraId="2CD70E21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544093B4" w14:textId="77777777" w:rsidTr="00C31C12">
        <w:tc>
          <w:tcPr>
            <w:tcW w:w="4110" w:type="dxa"/>
          </w:tcPr>
          <w:p w14:paraId="00ECB414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Some college, no degree; Associate's degree; Trade school</w:t>
            </w:r>
          </w:p>
        </w:tc>
        <w:tc>
          <w:tcPr>
            <w:tcW w:w="2340" w:type="dxa"/>
          </w:tcPr>
          <w:p w14:paraId="13C522A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4592 (28.6%)</w:t>
            </w:r>
          </w:p>
        </w:tc>
        <w:tc>
          <w:tcPr>
            <w:tcW w:w="2520" w:type="dxa"/>
          </w:tcPr>
          <w:p w14:paraId="0CCF5423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904 (30.4%)</w:t>
            </w:r>
          </w:p>
        </w:tc>
        <w:tc>
          <w:tcPr>
            <w:tcW w:w="2520" w:type="dxa"/>
          </w:tcPr>
          <w:p w14:paraId="08DB7E2D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3688 (28.1%)</w:t>
            </w:r>
          </w:p>
        </w:tc>
        <w:tc>
          <w:tcPr>
            <w:tcW w:w="1224" w:type="dxa"/>
          </w:tcPr>
          <w:p w14:paraId="678429B3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044E942" w14:textId="77777777" w:rsidTr="00C31C12">
        <w:tc>
          <w:tcPr>
            <w:tcW w:w="4110" w:type="dxa"/>
          </w:tcPr>
          <w:p w14:paraId="4C6F301D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Bachelor's degree or more</w:t>
            </w:r>
          </w:p>
        </w:tc>
        <w:tc>
          <w:tcPr>
            <w:tcW w:w="2340" w:type="dxa"/>
          </w:tcPr>
          <w:p w14:paraId="6095AC9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7630 (47.4%)</w:t>
            </w:r>
          </w:p>
        </w:tc>
        <w:tc>
          <w:tcPr>
            <w:tcW w:w="2520" w:type="dxa"/>
          </w:tcPr>
          <w:p w14:paraId="6909FCF5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623 (20.9%)</w:t>
            </w:r>
          </w:p>
        </w:tc>
        <w:tc>
          <w:tcPr>
            <w:tcW w:w="2520" w:type="dxa"/>
          </w:tcPr>
          <w:p w14:paraId="3F3A2B6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7007 (53.5%)</w:t>
            </w:r>
          </w:p>
        </w:tc>
        <w:tc>
          <w:tcPr>
            <w:tcW w:w="1224" w:type="dxa"/>
          </w:tcPr>
          <w:p w14:paraId="359F030D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5F6B4D32" w14:textId="77777777" w:rsidTr="00C31C12">
        <w:tc>
          <w:tcPr>
            <w:tcW w:w="4110" w:type="dxa"/>
          </w:tcPr>
          <w:p w14:paraId="5EB55327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340" w:type="dxa"/>
          </w:tcPr>
          <w:p w14:paraId="6D43F8A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368</w:t>
            </w:r>
          </w:p>
        </w:tc>
        <w:tc>
          <w:tcPr>
            <w:tcW w:w="2520" w:type="dxa"/>
          </w:tcPr>
          <w:p w14:paraId="63A5FCD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146</w:t>
            </w:r>
          </w:p>
        </w:tc>
        <w:tc>
          <w:tcPr>
            <w:tcW w:w="2520" w:type="dxa"/>
          </w:tcPr>
          <w:p w14:paraId="71E0F74D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222</w:t>
            </w:r>
          </w:p>
        </w:tc>
        <w:tc>
          <w:tcPr>
            <w:tcW w:w="1224" w:type="dxa"/>
          </w:tcPr>
          <w:p w14:paraId="5E7C3E3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70726B8E" w14:textId="77777777" w:rsidTr="00C31C12">
        <w:tc>
          <w:tcPr>
            <w:tcW w:w="4110" w:type="dxa"/>
          </w:tcPr>
          <w:p w14:paraId="327D5E1E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2340" w:type="dxa"/>
          </w:tcPr>
          <w:p w14:paraId="0E906E68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5E84686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AE66C1A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04CE111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7AFF3237" w14:textId="77777777" w:rsidTr="00C31C12">
        <w:tc>
          <w:tcPr>
            <w:tcW w:w="4110" w:type="dxa"/>
          </w:tcPr>
          <w:p w14:paraId="70951C5F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Married or living with partner</w:t>
            </w:r>
          </w:p>
        </w:tc>
        <w:tc>
          <w:tcPr>
            <w:tcW w:w="2340" w:type="dxa"/>
          </w:tcPr>
          <w:p w14:paraId="236E570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9251 (75.2%)</w:t>
            </w:r>
          </w:p>
        </w:tc>
        <w:tc>
          <w:tcPr>
            <w:tcW w:w="2520" w:type="dxa"/>
          </w:tcPr>
          <w:p w14:paraId="5B0DA4BF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1248 (54.4%)</w:t>
            </w:r>
          </w:p>
        </w:tc>
        <w:tc>
          <w:tcPr>
            <w:tcW w:w="2520" w:type="dxa"/>
          </w:tcPr>
          <w:p w14:paraId="3576213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8003 (80.0%)</w:t>
            </w:r>
          </w:p>
        </w:tc>
        <w:tc>
          <w:tcPr>
            <w:tcW w:w="1224" w:type="dxa"/>
          </w:tcPr>
          <w:p w14:paraId="0FE5B937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720894A" w14:textId="77777777" w:rsidTr="00C31C12">
        <w:tc>
          <w:tcPr>
            <w:tcW w:w="4110" w:type="dxa"/>
          </w:tcPr>
          <w:p w14:paraId="2B3673E0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Not married, not living with partner</w:t>
            </w:r>
          </w:p>
        </w:tc>
        <w:tc>
          <w:tcPr>
            <w:tcW w:w="2340" w:type="dxa"/>
          </w:tcPr>
          <w:p w14:paraId="630810A5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3049 (24.8%)</w:t>
            </w:r>
          </w:p>
        </w:tc>
        <w:tc>
          <w:tcPr>
            <w:tcW w:w="2520" w:type="dxa"/>
          </w:tcPr>
          <w:p w14:paraId="4773739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1046 (45.6%)</w:t>
            </w:r>
          </w:p>
        </w:tc>
        <w:tc>
          <w:tcPr>
            <w:tcW w:w="2520" w:type="dxa"/>
          </w:tcPr>
          <w:p w14:paraId="3326460B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2003 (20.0%)</w:t>
            </w:r>
          </w:p>
        </w:tc>
        <w:tc>
          <w:tcPr>
            <w:tcW w:w="1224" w:type="dxa"/>
          </w:tcPr>
          <w:p w14:paraId="5E59D3D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4DC2A5D9" w14:textId="77777777" w:rsidTr="00C31C12">
        <w:tc>
          <w:tcPr>
            <w:tcW w:w="4110" w:type="dxa"/>
          </w:tcPr>
          <w:p w14:paraId="763FBFD6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340" w:type="dxa"/>
          </w:tcPr>
          <w:p w14:paraId="06AF5A6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4152</w:t>
            </w:r>
          </w:p>
        </w:tc>
        <w:tc>
          <w:tcPr>
            <w:tcW w:w="2520" w:type="dxa"/>
          </w:tcPr>
          <w:p w14:paraId="102CA77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827</w:t>
            </w:r>
          </w:p>
        </w:tc>
        <w:tc>
          <w:tcPr>
            <w:tcW w:w="2520" w:type="dxa"/>
          </w:tcPr>
          <w:p w14:paraId="1C207B7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3325</w:t>
            </w:r>
          </w:p>
        </w:tc>
        <w:tc>
          <w:tcPr>
            <w:tcW w:w="1224" w:type="dxa"/>
          </w:tcPr>
          <w:p w14:paraId="252D1671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032C7024" w14:textId="77777777" w:rsidTr="00C31C12">
        <w:tc>
          <w:tcPr>
            <w:tcW w:w="4110" w:type="dxa"/>
          </w:tcPr>
          <w:p w14:paraId="3F614388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Country of origin</w:t>
            </w:r>
          </w:p>
        </w:tc>
        <w:tc>
          <w:tcPr>
            <w:tcW w:w="2340" w:type="dxa"/>
          </w:tcPr>
          <w:p w14:paraId="1168A01C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5D314A1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DCB691D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3F8C447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9150B4" w:rsidRPr="007A44DD" w14:paraId="068192E9" w14:textId="77777777" w:rsidTr="00C31C12">
        <w:tc>
          <w:tcPr>
            <w:tcW w:w="4110" w:type="dxa"/>
            <w:vAlign w:val="bottom"/>
          </w:tcPr>
          <w:p w14:paraId="38906002" w14:textId="2E03929D" w:rsidR="009150B4" w:rsidRPr="007A44DD" w:rsidRDefault="009150B4" w:rsidP="009150B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United States</w:t>
            </w:r>
            <w:r w:rsidR="000512EA">
              <w:rPr>
                <w:rFonts w:eastAsia="Times New Roman" w:cs="Times New Roman"/>
                <w:sz w:val="24"/>
                <w:szCs w:val="24"/>
              </w:rPr>
              <w:t xml:space="preserve"> (US)</w:t>
            </w:r>
          </w:p>
        </w:tc>
        <w:tc>
          <w:tcPr>
            <w:tcW w:w="2340" w:type="dxa"/>
          </w:tcPr>
          <w:p w14:paraId="15BFF8A2" w14:textId="3A749285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9704 (84.0%)</w:t>
            </w:r>
          </w:p>
        </w:tc>
        <w:tc>
          <w:tcPr>
            <w:tcW w:w="2520" w:type="dxa"/>
          </w:tcPr>
          <w:p w14:paraId="00B21268" w14:textId="2525D9BA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1466 (87.4%)</w:t>
            </w:r>
          </w:p>
        </w:tc>
        <w:tc>
          <w:tcPr>
            <w:tcW w:w="2520" w:type="dxa"/>
          </w:tcPr>
          <w:p w14:paraId="4A78D20F" w14:textId="381E6D24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8238 (83.4%)</w:t>
            </w:r>
          </w:p>
        </w:tc>
        <w:tc>
          <w:tcPr>
            <w:tcW w:w="1224" w:type="dxa"/>
          </w:tcPr>
          <w:p w14:paraId="181F5EB9" w14:textId="77777777" w:rsidR="009150B4" w:rsidRPr="007A44DD" w:rsidRDefault="009150B4" w:rsidP="009150B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150B4" w:rsidRPr="007A44DD" w14:paraId="164F7AF9" w14:textId="77777777" w:rsidTr="00C31C12">
        <w:tc>
          <w:tcPr>
            <w:tcW w:w="4110" w:type="dxa"/>
            <w:vAlign w:val="bottom"/>
          </w:tcPr>
          <w:p w14:paraId="15DF5F4E" w14:textId="5C9822E5" w:rsidR="009150B4" w:rsidRPr="007A44DD" w:rsidRDefault="009150B4" w:rsidP="009150B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US </w:t>
            </w:r>
            <w:r w:rsidR="000512EA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erritory</w:t>
            </w:r>
          </w:p>
        </w:tc>
        <w:tc>
          <w:tcPr>
            <w:tcW w:w="2340" w:type="dxa"/>
          </w:tcPr>
          <w:p w14:paraId="3557EBFC" w14:textId="76DE7289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200 (1.7%)</w:t>
            </w:r>
          </w:p>
        </w:tc>
        <w:tc>
          <w:tcPr>
            <w:tcW w:w="2520" w:type="dxa"/>
          </w:tcPr>
          <w:p w14:paraId="0904E251" w14:textId="4EDCED6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34 (2.0%)</w:t>
            </w:r>
          </w:p>
        </w:tc>
        <w:tc>
          <w:tcPr>
            <w:tcW w:w="2520" w:type="dxa"/>
          </w:tcPr>
          <w:p w14:paraId="1B6AE0A5" w14:textId="0C8C572C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166 (1.7%)</w:t>
            </w:r>
          </w:p>
        </w:tc>
        <w:tc>
          <w:tcPr>
            <w:tcW w:w="1224" w:type="dxa"/>
          </w:tcPr>
          <w:p w14:paraId="6E38DBA7" w14:textId="77777777" w:rsidR="009150B4" w:rsidRPr="007A44DD" w:rsidRDefault="009150B4" w:rsidP="009150B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150B4" w:rsidRPr="007A44DD" w14:paraId="4D9C4CE2" w14:textId="77777777" w:rsidTr="00C31C12">
        <w:tc>
          <w:tcPr>
            <w:tcW w:w="4110" w:type="dxa"/>
            <w:vAlign w:val="bottom"/>
          </w:tcPr>
          <w:p w14:paraId="0BE46DDC" w14:textId="609D78DE" w:rsidR="009150B4" w:rsidRPr="007A44DD" w:rsidRDefault="009150B4" w:rsidP="009150B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Outside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 US / US </w:t>
            </w:r>
            <w:r w:rsidR="000512EA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erritory</w:t>
            </w:r>
          </w:p>
        </w:tc>
        <w:tc>
          <w:tcPr>
            <w:tcW w:w="2340" w:type="dxa"/>
          </w:tcPr>
          <w:p w14:paraId="55574D50" w14:textId="04CD58B9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1654 (14.3%)</w:t>
            </w:r>
          </w:p>
        </w:tc>
        <w:tc>
          <w:tcPr>
            <w:tcW w:w="2520" w:type="dxa"/>
          </w:tcPr>
          <w:p w14:paraId="113DDF57" w14:textId="54D1632F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178 (10.6%)</w:t>
            </w:r>
          </w:p>
        </w:tc>
        <w:tc>
          <w:tcPr>
            <w:tcW w:w="2520" w:type="dxa"/>
          </w:tcPr>
          <w:p w14:paraId="0DADC7F4" w14:textId="7FD6E1D4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1476 (14.9%)</w:t>
            </w:r>
          </w:p>
        </w:tc>
        <w:tc>
          <w:tcPr>
            <w:tcW w:w="1224" w:type="dxa"/>
          </w:tcPr>
          <w:p w14:paraId="5EDC89B8" w14:textId="77777777" w:rsidR="009150B4" w:rsidRPr="007A44DD" w:rsidRDefault="009150B4" w:rsidP="009150B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150B4" w:rsidRPr="007A44DD" w14:paraId="556D6833" w14:textId="77777777" w:rsidTr="00C31C12">
        <w:tc>
          <w:tcPr>
            <w:tcW w:w="4110" w:type="dxa"/>
          </w:tcPr>
          <w:p w14:paraId="5706E71D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340" w:type="dxa"/>
          </w:tcPr>
          <w:p w14:paraId="3EDD207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4894</w:t>
            </w:r>
          </w:p>
        </w:tc>
        <w:tc>
          <w:tcPr>
            <w:tcW w:w="2520" w:type="dxa"/>
          </w:tcPr>
          <w:p w14:paraId="4432983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1443</w:t>
            </w:r>
          </w:p>
        </w:tc>
        <w:tc>
          <w:tcPr>
            <w:tcW w:w="2520" w:type="dxa"/>
          </w:tcPr>
          <w:p w14:paraId="640772C4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3451</w:t>
            </w:r>
          </w:p>
        </w:tc>
        <w:tc>
          <w:tcPr>
            <w:tcW w:w="1224" w:type="dxa"/>
          </w:tcPr>
          <w:p w14:paraId="0CCAA6C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4EB6225A" w14:textId="77777777" w:rsidTr="00C31C12">
        <w:tc>
          <w:tcPr>
            <w:tcW w:w="4110" w:type="dxa"/>
          </w:tcPr>
          <w:p w14:paraId="61435E0B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Prenatal tobacco or nicotine use</w:t>
            </w:r>
          </w:p>
        </w:tc>
        <w:tc>
          <w:tcPr>
            <w:tcW w:w="2340" w:type="dxa"/>
          </w:tcPr>
          <w:p w14:paraId="707BACF3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3A6E821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5240B96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12DD4BE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9150B4" w:rsidRPr="007A44DD" w14:paraId="76B1D749" w14:textId="77777777" w:rsidTr="00C31C12">
        <w:tc>
          <w:tcPr>
            <w:tcW w:w="4110" w:type="dxa"/>
          </w:tcPr>
          <w:p w14:paraId="3C50C870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</w:t>
            </w:r>
          </w:p>
        </w:tc>
        <w:tc>
          <w:tcPr>
            <w:tcW w:w="2340" w:type="dxa"/>
          </w:tcPr>
          <w:p w14:paraId="02264031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13019 (90.9%)</w:t>
            </w:r>
          </w:p>
        </w:tc>
        <w:tc>
          <w:tcPr>
            <w:tcW w:w="2520" w:type="dxa"/>
          </w:tcPr>
          <w:p w14:paraId="10794091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2145 (79.9%)</w:t>
            </w:r>
          </w:p>
        </w:tc>
        <w:tc>
          <w:tcPr>
            <w:tcW w:w="2520" w:type="dxa"/>
          </w:tcPr>
          <w:p w14:paraId="16AEA6F7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10874 (93.4%)</w:t>
            </w:r>
          </w:p>
        </w:tc>
        <w:tc>
          <w:tcPr>
            <w:tcW w:w="1224" w:type="dxa"/>
          </w:tcPr>
          <w:p w14:paraId="4548034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40FD3D1F" w14:textId="77777777" w:rsidTr="00C31C12">
        <w:tc>
          <w:tcPr>
            <w:tcW w:w="4110" w:type="dxa"/>
          </w:tcPr>
          <w:p w14:paraId="1F9D0355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Yes</w:t>
            </w:r>
          </w:p>
        </w:tc>
        <w:tc>
          <w:tcPr>
            <w:tcW w:w="2340" w:type="dxa"/>
          </w:tcPr>
          <w:p w14:paraId="65959870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1311 (9.1%)</w:t>
            </w:r>
          </w:p>
        </w:tc>
        <w:tc>
          <w:tcPr>
            <w:tcW w:w="2520" w:type="dxa"/>
          </w:tcPr>
          <w:p w14:paraId="3705E23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539 (20.1%)</w:t>
            </w:r>
          </w:p>
        </w:tc>
        <w:tc>
          <w:tcPr>
            <w:tcW w:w="2520" w:type="dxa"/>
          </w:tcPr>
          <w:p w14:paraId="77C55164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772 (6.6%)</w:t>
            </w:r>
          </w:p>
        </w:tc>
        <w:tc>
          <w:tcPr>
            <w:tcW w:w="1224" w:type="dxa"/>
          </w:tcPr>
          <w:p w14:paraId="67D0669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4B39556E" w14:textId="77777777" w:rsidTr="00C31C12">
        <w:tc>
          <w:tcPr>
            <w:tcW w:w="4110" w:type="dxa"/>
          </w:tcPr>
          <w:p w14:paraId="4E1EAEEB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lastRenderedPageBreak/>
              <w:t xml:space="preserve">   Missing</w:t>
            </w:r>
          </w:p>
        </w:tc>
        <w:tc>
          <w:tcPr>
            <w:tcW w:w="2340" w:type="dxa"/>
          </w:tcPr>
          <w:p w14:paraId="0A29535A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2122</w:t>
            </w:r>
          </w:p>
        </w:tc>
        <w:tc>
          <w:tcPr>
            <w:tcW w:w="2520" w:type="dxa"/>
          </w:tcPr>
          <w:p w14:paraId="6E6F5F56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437</w:t>
            </w:r>
          </w:p>
        </w:tc>
        <w:tc>
          <w:tcPr>
            <w:tcW w:w="2520" w:type="dxa"/>
          </w:tcPr>
          <w:p w14:paraId="41A9568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1685</w:t>
            </w:r>
          </w:p>
        </w:tc>
        <w:tc>
          <w:tcPr>
            <w:tcW w:w="1224" w:type="dxa"/>
          </w:tcPr>
          <w:p w14:paraId="186A909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31C7C1E7" w14:textId="77777777" w:rsidTr="00C31C12">
        <w:tc>
          <w:tcPr>
            <w:tcW w:w="4110" w:type="dxa"/>
          </w:tcPr>
          <w:p w14:paraId="718F4ABA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Weight change during pregnancy category (based on 2009 IOM recommendation)</w:t>
            </w:r>
          </w:p>
        </w:tc>
        <w:tc>
          <w:tcPr>
            <w:tcW w:w="2340" w:type="dxa"/>
          </w:tcPr>
          <w:p w14:paraId="2132C5B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3D8F3C0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50BCB8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14:paraId="508C4F37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0.006</w:t>
            </w:r>
          </w:p>
        </w:tc>
      </w:tr>
      <w:tr w:rsidR="009150B4" w:rsidRPr="007A44DD" w14:paraId="5D95245F" w14:textId="77777777" w:rsidTr="00C31C12">
        <w:tc>
          <w:tcPr>
            <w:tcW w:w="4110" w:type="dxa"/>
          </w:tcPr>
          <w:p w14:paraId="57669B59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Gained less than recommended</w:t>
            </w:r>
          </w:p>
        </w:tc>
        <w:tc>
          <w:tcPr>
            <w:tcW w:w="2340" w:type="dxa"/>
          </w:tcPr>
          <w:p w14:paraId="16629CC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2663 (24.3%)</w:t>
            </w:r>
          </w:p>
        </w:tc>
        <w:tc>
          <w:tcPr>
            <w:tcW w:w="2520" w:type="dxa"/>
          </w:tcPr>
          <w:p w14:paraId="6024F99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458 (24.3%)</w:t>
            </w:r>
          </w:p>
        </w:tc>
        <w:tc>
          <w:tcPr>
            <w:tcW w:w="2520" w:type="dxa"/>
          </w:tcPr>
          <w:p w14:paraId="0587453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2205 (24.3%)</w:t>
            </w:r>
          </w:p>
        </w:tc>
        <w:tc>
          <w:tcPr>
            <w:tcW w:w="1224" w:type="dxa"/>
          </w:tcPr>
          <w:p w14:paraId="3177D78E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6A60F733" w14:textId="77777777" w:rsidTr="00C31C12">
        <w:tc>
          <w:tcPr>
            <w:tcW w:w="4110" w:type="dxa"/>
          </w:tcPr>
          <w:p w14:paraId="3DA13CC9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Met the recommendation</w:t>
            </w:r>
          </w:p>
        </w:tc>
        <w:tc>
          <w:tcPr>
            <w:tcW w:w="2340" w:type="dxa"/>
          </w:tcPr>
          <w:p w14:paraId="6DA5B08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3035 (27.7%)</w:t>
            </w:r>
          </w:p>
        </w:tc>
        <w:tc>
          <w:tcPr>
            <w:tcW w:w="2520" w:type="dxa"/>
          </w:tcPr>
          <w:p w14:paraId="087300A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469 (24.9%)</w:t>
            </w:r>
          </w:p>
        </w:tc>
        <w:tc>
          <w:tcPr>
            <w:tcW w:w="2520" w:type="dxa"/>
          </w:tcPr>
          <w:p w14:paraId="3EEC7150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2566 (28.3%)</w:t>
            </w:r>
          </w:p>
        </w:tc>
        <w:tc>
          <w:tcPr>
            <w:tcW w:w="1224" w:type="dxa"/>
          </w:tcPr>
          <w:p w14:paraId="0FC3ECD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6F226A13" w14:textId="77777777" w:rsidTr="00C31C12">
        <w:tc>
          <w:tcPr>
            <w:tcW w:w="4110" w:type="dxa"/>
          </w:tcPr>
          <w:p w14:paraId="24F8413C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Gained more than recommended</w:t>
            </w:r>
          </w:p>
        </w:tc>
        <w:tc>
          <w:tcPr>
            <w:tcW w:w="2340" w:type="dxa"/>
          </w:tcPr>
          <w:p w14:paraId="62EB6F3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5252 (48.0%)</w:t>
            </w:r>
          </w:p>
        </w:tc>
        <w:tc>
          <w:tcPr>
            <w:tcW w:w="2520" w:type="dxa"/>
          </w:tcPr>
          <w:p w14:paraId="7D176C3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957 (50.8%)</w:t>
            </w:r>
          </w:p>
        </w:tc>
        <w:tc>
          <w:tcPr>
            <w:tcW w:w="2520" w:type="dxa"/>
          </w:tcPr>
          <w:p w14:paraId="069EAFB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4295 (47.4%)</w:t>
            </w:r>
          </w:p>
        </w:tc>
        <w:tc>
          <w:tcPr>
            <w:tcW w:w="1224" w:type="dxa"/>
          </w:tcPr>
          <w:p w14:paraId="10C84C43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7FF7367C" w14:textId="77777777" w:rsidTr="00C31C12">
        <w:tc>
          <w:tcPr>
            <w:tcW w:w="4110" w:type="dxa"/>
          </w:tcPr>
          <w:p w14:paraId="164C3C89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340" w:type="dxa"/>
          </w:tcPr>
          <w:p w14:paraId="05BB2153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5502</w:t>
            </w:r>
          </w:p>
        </w:tc>
        <w:tc>
          <w:tcPr>
            <w:tcW w:w="2520" w:type="dxa"/>
          </w:tcPr>
          <w:p w14:paraId="76FA208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1237</w:t>
            </w:r>
          </w:p>
        </w:tc>
        <w:tc>
          <w:tcPr>
            <w:tcW w:w="2520" w:type="dxa"/>
          </w:tcPr>
          <w:p w14:paraId="74BFB249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4265</w:t>
            </w:r>
          </w:p>
        </w:tc>
        <w:tc>
          <w:tcPr>
            <w:tcW w:w="1224" w:type="dxa"/>
          </w:tcPr>
          <w:p w14:paraId="79279E77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2ADE5D3C" w14:textId="6369FF7A" w:rsidR="0077579D" w:rsidRPr="00DF2027" w:rsidRDefault="0077579D" w:rsidP="0077579D">
      <w:pPr>
        <w:spacing w:after="0" w:line="240" w:lineRule="auto"/>
        <w:ind w:left="357"/>
        <w:rPr>
          <w:rFonts w:cs="Times New Roman"/>
          <w:i/>
          <w:sz w:val="22"/>
        </w:rPr>
      </w:pPr>
      <w:r w:rsidRPr="00DF2027">
        <w:rPr>
          <w:rFonts w:cs="Times New Roman"/>
          <w:i/>
          <w:sz w:val="22"/>
        </w:rPr>
        <w:t>Values are n (%) unless otherwise indicated. p-values compare the never-breastfed and ever-breastfed groups within each sample. NH = non-Hispanic; IQR = interquartile range; IOM = Institute of Medicine. Cell counts displayed as &lt;5, &lt;25, or &lt;45 reflect data suppression in the source table.</w:t>
      </w:r>
    </w:p>
    <w:p w14:paraId="56BD1C29" w14:textId="751E6A3B" w:rsidR="0046579A" w:rsidRPr="00DF2027" w:rsidRDefault="0046579A" w:rsidP="0046579A">
      <w:pPr>
        <w:spacing w:after="0" w:line="240" w:lineRule="auto"/>
        <w:ind w:left="360"/>
        <w:rPr>
          <w:rFonts w:cs="Times New Roman"/>
          <w:i/>
          <w:sz w:val="22"/>
        </w:rPr>
      </w:pPr>
      <w:r w:rsidRPr="00DF2027">
        <w:rPr>
          <w:rFonts w:cs="Times New Roman"/>
          <w:i/>
          <w:sz w:val="22"/>
          <w:vertAlign w:val="superscript"/>
        </w:rPr>
        <w:t xml:space="preserve">1 </w:t>
      </w:r>
      <w:r w:rsidRPr="00DF2027">
        <w:rPr>
          <w:rFonts w:cs="Times New Roman"/>
          <w:i/>
          <w:sz w:val="22"/>
        </w:rPr>
        <w:t>p-values derived from the Wilcoxon rank sum tests or chi-squared tests</w:t>
      </w:r>
    </w:p>
    <w:p w14:paraId="49873534" w14:textId="53123FB6" w:rsidR="0046579A" w:rsidRPr="00DF2027" w:rsidRDefault="0046579A" w:rsidP="0046579A">
      <w:pPr>
        <w:spacing w:after="0" w:line="240" w:lineRule="auto"/>
        <w:ind w:left="360"/>
        <w:rPr>
          <w:rFonts w:cs="Times New Roman"/>
          <w:i/>
          <w:sz w:val="22"/>
        </w:rPr>
      </w:pPr>
      <w:r w:rsidRPr="00DF2027">
        <w:rPr>
          <w:rFonts w:cs="Times New Roman"/>
          <w:i/>
          <w:sz w:val="22"/>
          <w:vertAlign w:val="superscript"/>
        </w:rPr>
        <w:t xml:space="preserve">2 </w:t>
      </w:r>
      <w:r w:rsidR="0077579D" w:rsidRPr="00DF2027">
        <w:rPr>
          <w:rFonts w:cs="Times New Roman"/>
          <w:i/>
          <w:sz w:val="22"/>
        </w:rPr>
        <w:t xml:space="preserve">Other race category includes American Indian or Alaska Native, Asian Indian, Other Asian (Chinese, Filipino, Japanese, etc.), Native Hawaiian or other Pacific Islander, </w:t>
      </w:r>
      <w:r w:rsidR="00F819C7" w:rsidRPr="00DF2027">
        <w:rPr>
          <w:rFonts w:cs="Times New Roman"/>
          <w:i/>
          <w:sz w:val="22"/>
        </w:rPr>
        <w:t xml:space="preserve">or other race not listed, </w:t>
      </w:r>
      <w:r w:rsidR="0077579D" w:rsidRPr="00DF2027">
        <w:rPr>
          <w:rFonts w:cs="Times New Roman"/>
          <w:i/>
          <w:sz w:val="22"/>
        </w:rPr>
        <w:t>and those who reported multiple race categories</w:t>
      </w:r>
      <w:r w:rsidRPr="00DF2027">
        <w:rPr>
          <w:rFonts w:cs="Times New Roman"/>
          <w:i/>
          <w:sz w:val="22"/>
        </w:rPr>
        <w:t>.</w:t>
      </w:r>
    </w:p>
    <w:p w14:paraId="3204E314" w14:textId="77777777" w:rsidR="0046579A" w:rsidRPr="007A44DD" w:rsidRDefault="0046579A" w:rsidP="007A44DD">
      <w:pPr>
        <w:ind w:left="360"/>
        <w:rPr>
          <w:rFonts w:cs="Times New Roman"/>
          <w:sz w:val="24"/>
          <w:szCs w:val="24"/>
        </w:rPr>
      </w:pPr>
    </w:p>
    <w:p w14:paraId="2962AA13" w14:textId="08FDFF66" w:rsidR="00DF2027" w:rsidRDefault="00DF202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492360FF" w14:textId="52FBD0AB" w:rsidR="00B87CB7" w:rsidRPr="007A44DD" w:rsidRDefault="007A44DD" w:rsidP="00B21E12">
      <w:pPr>
        <w:ind w:left="72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>1</w:t>
      </w:r>
      <w:r w:rsidRPr="007A44DD">
        <w:rPr>
          <w:rFonts w:cs="Times New Roman"/>
          <w:b/>
          <w:bCs/>
          <w:sz w:val="24"/>
          <w:szCs w:val="24"/>
        </w:rPr>
        <w:t>B. Subsample with sleep data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111"/>
        <w:gridCol w:w="2198"/>
        <w:gridCol w:w="2520"/>
        <w:gridCol w:w="2520"/>
        <w:gridCol w:w="2118"/>
      </w:tblGrid>
      <w:tr w:rsidR="00B87CB7" w:rsidRPr="007A44DD" w14:paraId="07ECD1F0" w14:textId="77777777" w:rsidTr="00C31C12">
        <w:tc>
          <w:tcPr>
            <w:tcW w:w="4111" w:type="dxa"/>
          </w:tcPr>
          <w:p w14:paraId="6D4D00C5" w14:textId="77777777" w:rsidR="00B87CB7" w:rsidRPr="007A44DD" w:rsidRDefault="00000000" w:rsidP="0077579D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198" w:type="dxa"/>
          </w:tcPr>
          <w:p w14:paraId="3E237DE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2520" w:type="dxa"/>
          </w:tcPr>
          <w:p w14:paraId="72A1D5F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Never breastfed</w:t>
            </w:r>
          </w:p>
        </w:tc>
        <w:tc>
          <w:tcPr>
            <w:tcW w:w="2520" w:type="dxa"/>
          </w:tcPr>
          <w:p w14:paraId="459A56C5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Ever breastfed</w:t>
            </w:r>
          </w:p>
        </w:tc>
        <w:tc>
          <w:tcPr>
            <w:tcW w:w="2118" w:type="dxa"/>
          </w:tcPr>
          <w:p w14:paraId="4CFFAF17" w14:textId="177086D4" w:rsidR="00B87CB7" w:rsidRPr="00931E51" w:rsidRDefault="00000000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p-value</w:t>
            </w:r>
            <w:r w:rsidR="00931E51">
              <w:rPr>
                <w:rFonts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B87CB7" w:rsidRPr="007A44DD" w14:paraId="1AEE98CB" w14:textId="77777777" w:rsidTr="00C31C12">
        <w:tc>
          <w:tcPr>
            <w:tcW w:w="4111" w:type="dxa"/>
          </w:tcPr>
          <w:p w14:paraId="233E89BB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N</w:t>
            </w:r>
          </w:p>
        </w:tc>
        <w:tc>
          <w:tcPr>
            <w:tcW w:w="2198" w:type="dxa"/>
          </w:tcPr>
          <w:p w14:paraId="31367E7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1657</w:t>
            </w:r>
          </w:p>
        </w:tc>
        <w:tc>
          <w:tcPr>
            <w:tcW w:w="2520" w:type="dxa"/>
          </w:tcPr>
          <w:p w14:paraId="129F33B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222</w:t>
            </w:r>
          </w:p>
        </w:tc>
        <w:tc>
          <w:tcPr>
            <w:tcW w:w="2520" w:type="dxa"/>
          </w:tcPr>
          <w:p w14:paraId="008EBC3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1435</w:t>
            </w:r>
          </w:p>
        </w:tc>
        <w:tc>
          <w:tcPr>
            <w:tcW w:w="2118" w:type="dxa"/>
          </w:tcPr>
          <w:p w14:paraId="7ED70BDA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180A6781" w14:textId="77777777" w:rsidTr="00C31C12">
        <w:tc>
          <w:tcPr>
            <w:tcW w:w="4111" w:type="dxa"/>
          </w:tcPr>
          <w:p w14:paraId="4E6866A8" w14:textId="77777777" w:rsidR="00B87CB7" w:rsidRPr="00C31C12" w:rsidRDefault="0000000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31C12">
              <w:rPr>
                <w:rFonts w:cs="Times New Roman"/>
                <w:b/>
                <w:bCs/>
                <w:sz w:val="24"/>
                <w:szCs w:val="24"/>
              </w:rPr>
              <w:t>Maternal age at birth, median (IQR)</w:t>
            </w:r>
          </w:p>
        </w:tc>
        <w:tc>
          <w:tcPr>
            <w:tcW w:w="2198" w:type="dxa"/>
          </w:tcPr>
          <w:p w14:paraId="16371CB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30.4 (27.1, 33.6)</w:t>
            </w:r>
          </w:p>
        </w:tc>
        <w:tc>
          <w:tcPr>
            <w:tcW w:w="2520" w:type="dxa"/>
          </w:tcPr>
          <w:p w14:paraId="5B56531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28.9 (25.8, 32.7)</w:t>
            </w:r>
          </w:p>
        </w:tc>
        <w:tc>
          <w:tcPr>
            <w:tcW w:w="2520" w:type="dxa"/>
          </w:tcPr>
          <w:p w14:paraId="19BF017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30.7 (27.3, 33.7)</w:t>
            </w:r>
          </w:p>
        </w:tc>
        <w:tc>
          <w:tcPr>
            <w:tcW w:w="2118" w:type="dxa"/>
          </w:tcPr>
          <w:p w14:paraId="4FA8C13F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B87CB7" w:rsidRPr="007A44DD" w14:paraId="238208F3" w14:textId="77777777" w:rsidTr="00C31C12">
        <w:tc>
          <w:tcPr>
            <w:tcW w:w="4111" w:type="dxa"/>
          </w:tcPr>
          <w:p w14:paraId="62317CA1" w14:textId="77777777" w:rsidR="00B87CB7" w:rsidRPr="00C31C12" w:rsidRDefault="00000000">
            <w:pPr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b/>
                <w:bCs/>
                <w:sz w:val="24"/>
                <w:szCs w:val="24"/>
              </w:rPr>
              <w:t xml:space="preserve">   </w:t>
            </w:r>
            <w:r w:rsidRPr="00C31C12">
              <w:rPr>
                <w:rFonts w:cs="Times New Roman"/>
                <w:sz w:val="24"/>
                <w:szCs w:val="24"/>
              </w:rPr>
              <w:t>Missing</w:t>
            </w:r>
          </w:p>
        </w:tc>
        <w:tc>
          <w:tcPr>
            <w:tcW w:w="2198" w:type="dxa"/>
          </w:tcPr>
          <w:p w14:paraId="1F87123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14:paraId="1BD3A1A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14:paraId="20EC4D7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118" w:type="dxa"/>
          </w:tcPr>
          <w:p w14:paraId="2463CB7C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31C12" w:rsidRPr="007A44DD" w14:paraId="28E5E0D0" w14:textId="77777777" w:rsidTr="00C31C12">
        <w:tc>
          <w:tcPr>
            <w:tcW w:w="4111" w:type="dxa"/>
          </w:tcPr>
          <w:p w14:paraId="4CBA60ED" w14:textId="780DDE00" w:rsidR="00C31C12" w:rsidRPr="00C31C12" w:rsidRDefault="00C31C12" w:rsidP="00C31C1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31C12">
              <w:rPr>
                <w:rFonts w:cs="Times New Roman"/>
                <w:b/>
                <w:bCs/>
                <w:sz w:val="24"/>
                <w:szCs w:val="24"/>
              </w:rPr>
              <w:t>Year of Birth, median (IQR)</w:t>
            </w:r>
          </w:p>
        </w:tc>
        <w:tc>
          <w:tcPr>
            <w:tcW w:w="2198" w:type="dxa"/>
          </w:tcPr>
          <w:p w14:paraId="25253266" w14:textId="470A8FE0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(2020, 2022)</w:t>
            </w:r>
          </w:p>
        </w:tc>
        <w:tc>
          <w:tcPr>
            <w:tcW w:w="2520" w:type="dxa"/>
          </w:tcPr>
          <w:p w14:paraId="1F0B45C7" w14:textId="7B3E512C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(2020, 2022)</w:t>
            </w:r>
          </w:p>
        </w:tc>
        <w:tc>
          <w:tcPr>
            <w:tcW w:w="2520" w:type="dxa"/>
          </w:tcPr>
          <w:p w14:paraId="0E80AB27" w14:textId="20BD0C28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(2020, 2022)</w:t>
            </w:r>
          </w:p>
        </w:tc>
        <w:tc>
          <w:tcPr>
            <w:tcW w:w="2118" w:type="dxa"/>
          </w:tcPr>
          <w:p w14:paraId="7932B20F" w14:textId="0F882816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0.56</w:t>
            </w:r>
          </w:p>
        </w:tc>
      </w:tr>
      <w:tr w:rsidR="00C31C12" w:rsidRPr="007A44DD" w14:paraId="734010BF" w14:textId="77777777" w:rsidTr="00C31C12">
        <w:tc>
          <w:tcPr>
            <w:tcW w:w="4111" w:type="dxa"/>
          </w:tcPr>
          <w:p w14:paraId="145DA5DC" w14:textId="75768764" w:rsidR="00C31C12" w:rsidRPr="00C31C12" w:rsidRDefault="00C31C12" w:rsidP="00C31C12">
            <w:pPr>
              <w:rPr>
                <w:rFonts w:cs="Times New Roman"/>
                <w:sz w:val="24"/>
                <w:szCs w:val="24"/>
              </w:rPr>
            </w:pPr>
            <w:r w:rsidRPr="00C31C12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98" w:type="dxa"/>
          </w:tcPr>
          <w:p w14:paraId="67B09A5F" w14:textId="5F34F865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14:paraId="7D1F2A37" w14:textId="0E2A1848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520" w:type="dxa"/>
          </w:tcPr>
          <w:p w14:paraId="2FA37BEA" w14:textId="7FF2309C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118" w:type="dxa"/>
          </w:tcPr>
          <w:p w14:paraId="2DD58445" w14:textId="77777777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31C12" w:rsidRPr="007A44DD" w14:paraId="16873208" w14:textId="77777777" w:rsidTr="00C31C12">
        <w:tc>
          <w:tcPr>
            <w:tcW w:w="4111" w:type="dxa"/>
          </w:tcPr>
          <w:p w14:paraId="40BF5DAA" w14:textId="093FC231" w:rsidR="00C31C12" w:rsidRPr="00C31C12" w:rsidRDefault="00C31C12" w:rsidP="00C31C1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31C12">
              <w:rPr>
                <w:rFonts w:cs="Times New Roman"/>
                <w:b/>
                <w:bCs/>
                <w:sz w:val="24"/>
                <w:szCs w:val="24"/>
              </w:rPr>
              <w:t>Year of Birth, median (range)</w:t>
            </w:r>
          </w:p>
        </w:tc>
        <w:tc>
          <w:tcPr>
            <w:tcW w:w="2198" w:type="dxa"/>
          </w:tcPr>
          <w:p w14:paraId="08790FDD" w14:textId="6E098C78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(2013, 2023)</w:t>
            </w:r>
          </w:p>
        </w:tc>
        <w:tc>
          <w:tcPr>
            <w:tcW w:w="2520" w:type="dxa"/>
          </w:tcPr>
          <w:p w14:paraId="2762413E" w14:textId="7F5EBA0C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(2013, 2023)</w:t>
            </w:r>
          </w:p>
        </w:tc>
        <w:tc>
          <w:tcPr>
            <w:tcW w:w="2520" w:type="dxa"/>
          </w:tcPr>
          <w:p w14:paraId="7F6DA496" w14:textId="70145245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(2013, 2023)</w:t>
            </w:r>
          </w:p>
        </w:tc>
        <w:tc>
          <w:tcPr>
            <w:tcW w:w="2118" w:type="dxa"/>
          </w:tcPr>
          <w:p w14:paraId="2C50101F" w14:textId="56A52145" w:rsidR="00C31C12" w:rsidRPr="007A44DD" w:rsidRDefault="00C31C12" w:rsidP="00C31C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0.56</w:t>
            </w:r>
          </w:p>
        </w:tc>
      </w:tr>
      <w:tr w:rsidR="00B87CB7" w:rsidRPr="007A44DD" w14:paraId="1CCAE745" w14:textId="77777777" w:rsidTr="00C31C12">
        <w:tc>
          <w:tcPr>
            <w:tcW w:w="4111" w:type="dxa"/>
          </w:tcPr>
          <w:p w14:paraId="4E9E0EE5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Race/Ethnicity</w:t>
            </w:r>
          </w:p>
        </w:tc>
        <w:tc>
          <w:tcPr>
            <w:tcW w:w="2198" w:type="dxa"/>
          </w:tcPr>
          <w:p w14:paraId="20AE3F0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7B4051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033591C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3CEE4B4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F15464" w:rsidRPr="007A44DD" w14:paraId="45689127" w14:textId="77777777" w:rsidTr="00C31C12">
        <w:tc>
          <w:tcPr>
            <w:tcW w:w="4111" w:type="dxa"/>
          </w:tcPr>
          <w:p w14:paraId="17CFCE53" w14:textId="77777777" w:rsidR="00F15464" w:rsidRPr="007A44DD" w:rsidRDefault="00F15464" w:rsidP="000C1CC3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Hispanic</w:t>
            </w:r>
          </w:p>
        </w:tc>
        <w:tc>
          <w:tcPr>
            <w:tcW w:w="2198" w:type="dxa"/>
          </w:tcPr>
          <w:p w14:paraId="1A2AF7D5" w14:textId="77777777" w:rsidR="00F15464" w:rsidRPr="007A44DD" w:rsidRDefault="00F15464" w:rsidP="000C1CC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383 (23.4%)</w:t>
            </w:r>
          </w:p>
        </w:tc>
        <w:tc>
          <w:tcPr>
            <w:tcW w:w="2520" w:type="dxa"/>
          </w:tcPr>
          <w:p w14:paraId="7D726A43" w14:textId="77777777" w:rsidR="00F15464" w:rsidRPr="007A44DD" w:rsidRDefault="00F15464" w:rsidP="000C1CC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67 (30.9%)</w:t>
            </w:r>
          </w:p>
        </w:tc>
        <w:tc>
          <w:tcPr>
            <w:tcW w:w="2520" w:type="dxa"/>
          </w:tcPr>
          <w:p w14:paraId="29637BE9" w14:textId="77777777" w:rsidR="00F15464" w:rsidRPr="007A44DD" w:rsidRDefault="00F15464" w:rsidP="000C1CC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316 (22.2%)</w:t>
            </w:r>
          </w:p>
        </w:tc>
        <w:tc>
          <w:tcPr>
            <w:tcW w:w="2118" w:type="dxa"/>
          </w:tcPr>
          <w:p w14:paraId="68955EF3" w14:textId="77777777" w:rsidR="00F15464" w:rsidRPr="007A44DD" w:rsidRDefault="00F15464" w:rsidP="000C1CC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15464" w:rsidRPr="007A44DD" w14:paraId="2179F37F" w14:textId="77777777" w:rsidTr="00C31C12">
        <w:tc>
          <w:tcPr>
            <w:tcW w:w="4111" w:type="dxa"/>
          </w:tcPr>
          <w:p w14:paraId="790BB6C2" w14:textId="77777777" w:rsidR="00F15464" w:rsidRPr="007A44DD" w:rsidRDefault="00F15464" w:rsidP="00FE20E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White</w:t>
            </w:r>
          </w:p>
        </w:tc>
        <w:tc>
          <w:tcPr>
            <w:tcW w:w="2198" w:type="dxa"/>
          </w:tcPr>
          <w:p w14:paraId="516F3B3F" w14:textId="77777777" w:rsidR="00F15464" w:rsidRPr="007A44DD" w:rsidRDefault="00F15464" w:rsidP="00FE20E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930 (56.7%)</w:t>
            </w:r>
          </w:p>
        </w:tc>
        <w:tc>
          <w:tcPr>
            <w:tcW w:w="2520" w:type="dxa"/>
          </w:tcPr>
          <w:p w14:paraId="3340B096" w14:textId="77777777" w:rsidR="00F15464" w:rsidRPr="007A44DD" w:rsidRDefault="00F15464" w:rsidP="00FE20E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67 (30.9%)</w:t>
            </w:r>
          </w:p>
        </w:tc>
        <w:tc>
          <w:tcPr>
            <w:tcW w:w="2520" w:type="dxa"/>
          </w:tcPr>
          <w:p w14:paraId="53C33605" w14:textId="77777777" w:rsidR="00F15464" w:rsidRPr="007A44DD" w:rsidRDefault="00F15464" w:rsidP="00FE20E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863 (60.7%)</w:t>
            </w:r>
          </w:p>
        </w:tc>
        <w:tc>
          <w:tcPr>
            <w:tcW w:w="2118" w:type="dxa"/>
          </w:tcPr>
          <w:p w14:paraId="02FC3B42" w14:textId="77777777" w:rsidR="00F15464" w:rsidRPr="007A44DD" w:rsidRDefault="00F15464" w:rsidP="00FE20E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15464" w:rsidRPr="007A44DD" w14:paraId="66A4795C" w14:textId="77777777" w:rsidTr="00C31C12">
        <w:tc>
          <w:tcPr>
            <w:tcW w:w="4111" w:type="dxa"/>
          </w:tcPr>
          <w:p w14:paraId="616290E4" w14:textId="77777777" w:rsidR="00F15464" w:rsidRPr="007A44DD" w:rsidRDefault="00F15464" w:rsidP="001E3DB5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Black</w:t>
            </w:r>
          </w:p>
        </w:tc>
        <w:tc>
          <w:tcPr>
            <w:tcW w:w="2198" w:type="dxa"/>
          </w:tcPr>
          <w:p w14:paraId="1D5D69CD" w14:textId="77777777" w:rsidR="00F15464" w:rsidRPr="007A44DD" w:rsidRDefault="00F15464" w:rsidP="001E3DB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229 (14.0%)</w:t>
            </w:r>
          </w:p>
        </w:tc>
        <w:tc>
          <w:tcPr>
            <w:tcW w:w="2520" w:type="dxa"/>
          </w:tcPr>
          <w:p w14:paraId="23B09153" w14:textId="77777777" w:rsidR="00F15464" w:rsidRPr="007A44DD" w:rsidRDefault="00F15464" w:rsidP="001E3DB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75 (34.6%)</w:t>
            </w:r>
          </w:p>
        </w:tc>
        <w:tc>
          <w:tcPr>
            <w:tcW w:w="2520" w:type="dxa"/>
          </w:tcPr>
          <w:p w14:paraId="47C3EB4D" w14:textId="77777777" w:rsidR="00F15464" w:rsidRPr="007A44DD" w:rsidRDefault="00F15464" w:rsidP="001E3DB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154 (10.8%)</w:t>
            </w:r>
          </w:p>
        </w:tc>
        <w:tc>
          <w:tcPr>
            <w:tcW w:w="2118" w:type="dxa"/>
          </w:tcPr>
          <w:p w14:paraId="4226D41F" w14:textId="77777777" w:rsidR="00F15464" w:rsidRPr="007A44DD" w:rsidRDefault="00F15464" w:rsidP="001E3DB5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15464" w:rsidRPr="007A44DD" w14:paraId="08012DF6" w14:textId="77777777" w:rsidTr="00C31C12">
        <w:tc>
          <w:tcPr>
            <w:tcW w:w="4111" w:type="dxa"/>
          </w:tcPr>
          <w:p w14:paraId="49E857B2" w14:textId="52F124FE" w:rsidR="00F15464" w:rsidRPr="00931E51" w:rsidRDefault="00F15464" w:rsidP="004815B2">
            <w:pPr>
              <w:rPr>
                <w:rFonts w:cs="Times New Roman"/>
                <w:sz w:val="24"/>
                <w:szCs w:val="24"/>
                <w:vertAlign w:val="superscript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Asian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7A44DD">
              <w:rPr>
                <w:rFonts w:cs="Times New Roman"/>
                <w:sz w:val="24"/>
                <w:szCs w:val="24"/>
              </w:rPr>
              <w:t>Other</w:t>
            </w:r>
            <w:r w:rsidR="00931E51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98" w:type="dxa"/>
          </w:tcPr>
          <w:p w14:paraId="71791476" w14:textId="7A438005" w:rsidR="00F15464" w:rsidRPr="007A44DD" w:rsidRDefault="00F15464" w:rsidP="004815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97</w:t>
            </w:r>
            <w:r w:rsidRPr="007A44DD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5</w:t>
            </w:r>
            <w:r w:rsidRPr="007A44DD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9</w:t>
            </w:r>
            <w:r w:rsidRPr="007A44DD">
              <w:rPr>
                <w:rFonts w:cs="Times New Roman"/>
                <w:sz w:val="24"/>
                <w:szCs w:val="24"/>
              </w:rPr>
              <w:t>%)</w:t>
            </w:r>
          </w:p>
        </w:tc>
        <w:tc>
          <w:tcPr>
            <w:tcW w:w="2520" w:type="dxa"/>
          </w:tcPr>
          <w:p w14:paraId="4D12FA0A" w14:textId="0950F50C" w:rsidR="00F15464" w:rsidRPr="007A44DD" w:rsidRDefault="00F15464" w:rsidP="004815B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 (3.7%)</w:t>
            </w:r>
          </w:p>
        </w:tc>
        <w:tc>
          <w:tcPr>
            <w:tcW w:w="2520" w:type="dxa"/>
          </w:tcPr>
          <w:p w14:paraId="6C0F1F2E" w14:textId="26AF9F3F" w:rsidR="00F15464" w:rsidRPr="007A44DD" w:rsidRDefault="00F15464" w:rsidP="004815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89</w:t>
            </w:r>
            <w:r w:rsidRPr="007A44DD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7A44DD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7A44DD">
              <w:rPr>
                <w:rFonts w:cs="Times New Roman"/>
                <w:sz w:val="24"/>
                <w:szCs w:val="24"/>
              </w:rPr>
              <w:t>%)</w:t>
            </w:r>
          </w:p>
        </w:tc>
        <w:tc>
          <w:tcPr>
            <w:tcW w:w="2118" w:type="dxa"/>
          </w:tcPr>
          <w:p w14:paraId="1B2C27D7" w14:textId="77777777" w:rsidR="00F15464" w:rsidRPr="007A44DD" w:rsidRDefault="00F15464" w:rsidP="004815B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09DE8452" w14:textId="77777777" w:rsidTr="00C31C12">
        <w:tc>
          <w:tcPr>
            <w:tcW w:w="4111" w:type="dxa"/>
          </w:tcPr>
          <w:p w14:paraId="6F6B1B92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98" w:type="dxa"/>
          </w:tcPr>
          <w:p w14:paraId="7B0DB33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2520" w:type="dxa"/>
          </w:tcPr>
          <w:p w14:paraId="57A20719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520" w:type="dxa"/>
          </w:tcPr>
          <w:p w14:paraId="7DF71F1F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2118" w:type="dxa"/>
          </w:tcPr>
          <w:p w14:paraId="0C71EEB0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1CC38919" w14:textId="77777777" w:rsidTr="00C31C12">
        <w:tc>
          <w:tcPr>
            <w:tcW w:w="4111" w:type="dxa"/>
          </w:tcPr>
          <w:p w14:paraId="388701F9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Education</w:t>
            </w:r>
          </w:p>
        </w:tc>
        <w:tc>
          <w:tcPr>
            <w:tcW w:w="2198" w:type="dxa"/>
          </w:tcPr>
          <w:p w14:paraId="2E639289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CF96CE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7D2EF2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022D3E8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70FB5A35" w14:textId="77777777" w:rsidTr="00C31C12">
        <w:tc>
          <w:tcPr>
            <w:tcW w:w="4111" w:type="dxa"/>
          </w:tcPr>
          <w:p w14:paraId="146F3A56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Less than high school</w:t>
            </w:r>
          </w:p>
        </w:tc>
        <w:tc>
          <w:tcPr>
            <w:tcW w:w="2198" w:type="dxa"/>
          </w:tcPr>
          <w:p w14:paraId="0A1DACD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71 (4.4%)</w:t>
            </w:r>
          </w:p>
        </w:tc>
        <w:tc>
          <w:tcPr>
            <w:tcW w:w="2520" w:type="dxa"/>
          </w:tcPr>
          <w:p w14:paraId="2F7C856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25 (12.0%)</w:t>
            </w:r>
          </w:p>
        </w:tc>
        <w:tc>
          <w:tcPr>
            <w:tcW w:w="2520" w:type="dxa"/>
          </w:tcPr>
          <w:p w14:paraId="57169D5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46 (3.3%)</w:t>
            </w:r>
          </w:p>
        </w:tc>
        <w:tc>
          <w:tcPr>
            <w:tcW w:w="2118" w:type="dxa"/>
          </w:tcPr>
          <w:p w14:paraId="199E8259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436FD71B" w14:textId="77777777" w:rsidTr="00C31C12">
        <w:tc>
          <w:tcPr>
            <w:tcW w:w="4111" w:type="dxa"/>
          </w:tcPr>
          <w:p w14:paraId="75C0A733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HS degree, GED or equivalent</w:t>
            </w:r>
          </w:p>
        </w:tc>
        <w:tc>
          <w:tcPr>
            <w:tcW w:w="2198" w:type="dxa"/>
          </w:tcPr>
          <w:p w14:paraId="7ADB4AC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268 (16.6%)</w:t>
            </w:r>
          </w:p>
        </w:tc>
        <w:tc>
          <w:tcPr>
            <w:tcW w:w="2520" w:type="dxa"/>
          </w:tcPr>
          <w:p w14:paraId="49D0D33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76 (36.5%)</w:t>
            </w:r>
          </w:p>
        </w:tc>
        <w:tc>
          <w:tcPr>
            <w:tcW w:w="2520" w:type="dxa"/>
          </w:tcPr>
          <w:p w14:paraId="6B43C8D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192 (13.6%)</w:t>
            </w:r>
          </w:p>
        </w:tc>
        <w:tc>
          <w:tcPr>
            <w:tcW w:w="2118" w:type="dxa"/>
          </w:tcPr>
          <w:p w14:paraId="227D7EA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12493F68" w14:textId="77777777" w:rsidTr="00C31C12">
        <w:tc>
          <w:tcPr>
            <w:tcW w:w="4111" w:type="dxa"/>
          </w:tcPr>
          <w:p w14:paraId="349C00E0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Some college, no degree; Associate's degree; Trade school</w:t>
            </w:r>
          </w:p>
        </w:tc>
        <w:tc>
          <w:tcPr>
            <w:tcW w:w="2198" w:type="dxa"/>
          </w:tcPr>
          <w:p w14:paraId="5FDA519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444 (27.5%)</w:t>
            </w:r>
          </w:p>
        </w:tc>
        <w:tc>
          <w:tcPr>
            <w:tcW w:w="2520" w:type="dxa"/>
          </w:tcPr>
          <w:p w14:paraId="5578DAE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61 (29.3%)</w:t>
            </w:r>
          </w:p>
        </w:tc>
        <w:tc>
          <w:tcPr>
            <w:tcW w:w="2520" w:type="dxa"/>
          </w:tcPr>
          <w:p w14:paraId="1871DF7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383 (27.2%)</w:t>
            </w:r>
          </w:p>
        </w:tc>
        <w:tc>
          <w:tcPr>
            <w:tcW w:w="2118" w:type="dxa"/>
          </w:tcPr>
          <w:p w14:paraId="63962654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1C0D914C" w14:textId="77777777" w:rsidTr="00C31C12">
        <w:tc>
          <w:tcPr>
            <w:tcW w:w="4111" w:type="dxa"/>
          </w:tcPr>
          <w:p w14:paraId="1F1238EC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Bachelor's degree or more</w:t>
            </w:r>
          </w:p>
        </w:tc>
        <w:tc>
          <w:tcPr>
            <w:tcW w:w="2198" w:type="dxa"/>
          </w:tcPr>
          <w:p w14:paraId="191E7BC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833 (51.5%)</w:t>
            </w:r>
          </w:p>
        </w:tc>
        <w:tc>
          <w:tcPr>
            <w:tcW w:w="2520" w:type="dxa"/>
          </w:tcPr>
          <w:p w14:paraId="417FEE3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46 (22.1%)</w:t>
            </w:r>
          </w:p>
        </w:tc>
        <w:tc>
          <w:tcPr>
            <w:tcW w:w="2520" w:type="dxa"/>
          </w:tcPr>
          <w:p w14:paraId="63E29B2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787 (55.9%)</w:t>
            </w:r>
          </w:p>
        </w:tc>
        <w:tc>
          <w:tcPr>
            <w:tcW w:w="2118" w:type="dxa"/>
          </w:tcPr>
          <w:p w14:paraId="07672BF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13C8ED83" w14:textId="77777777" w:rsidTr="00C31C12">
        <w:tc>
          <w:tcPr>
            <w:tcW w:w="4111" w:type="dxa"/>
          </w:tcPr>
          <w:p w14:paraId="4F8BD4CB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98" w:type="dxa"/>
          </w:tcPr>
          <w:p w14:paraId="426F54D3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2520" w:type="dxa"/>
          </w:tcPr>
          <w:p w14:paraId="4415FDC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2520" w:type="dxa"/>
          </w:tcPr>
          <w:p w14:paraId="1AB51D4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2118" w:type="dxa"/>
          </w:tcPr>
          <w:p w14:paraId="312FD9F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7ED7B5EE" w14:textId="77777777" w:rsidTr="00C31C12">
        <w:tc>
          <w:tcPr>
            <w:tcW w:w="4111" w:type="dxa"/>
          </w:tcPr>
          <w:p w14:paraId="1E4C70D7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2198" w:type="dxa"/>
          </w:tcPr>
          <w:p w14:paraId="7591AF0F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0F5D32C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1B34196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74E7E20B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12DFC540" w14:textId="77777777" w:rsidTr="00C31C12">
        <w:tc>
          <w:tcPr>
            <w:tcW w:w="4111" w:type="dxa"/>
          </w:tcPr>
          <w:p w14:paraId="346B6811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Married or living with partner</w:t>
            </w:r>
          </w:p>
        </w:tc>
        <w:tc>
          <w:tcPr>
            <w:tcW w:w="2198" w:type="dxa"/>
          </w:tcPr>
          <w:p w14:paraId="178430B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1330 (83.5%)</w:t>
            </w:r>
          </w:p>
        </w:tc>
        <w:tc>
          <w:tcPr>
            <w:tcW w:w="2520" w:type="dxa"/>
          </w:tcPr>
          <w:p w14:paraId="454D9C7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142 (71.0%)</w:t>
            </w:r>
          </w:p>
        </w:tc>
        <w:tc>
          <w:tcPr>
            <w:tcW w:w="2520" w:type="dxa"/>
          </w:tcPr>
          <w:p w14:paraId="4D78861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1188 (85.3%)</w:t>
            </w:r>
          </w:p>
        </w:tc>
        <w:tc>
          <w:tcPr>
            <w:tcW w:w="2118" w:type="dxa"/>
          </w:tcPr>
          <w:p w14:paraId="23BC88FB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2B207AB3" w14:textId="77777777" w:rsidTr="00C31C12">
        <w:tc>
          <w:tcPr>
            <w:tcW w:w="4111" w:type="dxa"/>
          </w:tcPr>
          <w:p w14:paraId="2D9EE757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Not married, not living with partner</w:t>
            </w:r>
          </w:p>
        </w:tc>
        <w:tc>
          <w:tcPr>
            <w:tcW w:w="2198" w:type="dxa"/>
          </w:tcPr>
          <w:p w14:paraId="441DCC3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262 (16.5%)</w:t>
            </w:r>
          </w:p>
        </w:tc>
        <w:tc>
          <w:tcPr>
            <w:tcW w:w="2520" w:type="dxa"/>
          </w:tcPr>
          <w:p w14:paraId="462F80F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58 (29.0%)</w:t>
            </w:r>
          </w:p>
        </w:tc>
        <w:tc>
          <w:tcPr>
            <w:tcW w:w="2520" w:type="dxa"/>
          </w:tcPr>
          <w:p w14:paraId="277365A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204 (14.7%)</w:t>
            </w:r>
          </w:p>
        </w:tc>
        <w:tc>
          <w:tcPr>
            <w:tcW w:w="2118" w:type="dxa"/>
          </w:tcPr>
          <w:p w14:paraId="110FEDBF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117EBF6A" w14:textId="77777777" w:rsidTr="00C31C12">
        <w:tc>
          <w:tcPr>
            <w:tcW w:w="4111" w:type="dxa"/>
          </w:tcPr>
          <w:p w14:paraId="180FF55A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98" w:type="dxa"/>
          </w:tcPr>
          <w:p w14:paraId="37444CBF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65</w:t>
            </w:r>
          </w:p>
        </w:tc>
        <w:tc>
          <w:tcPr>
            <w:tcW w:w="2520" w:type="dxa"/>
          </w:tcPr>
          <w:p w14:paraId="5241071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2520" w:type="dxa"/>
          </w:tcPr>
          <w:p w14:paraId="23B8DC3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2118" w:type="dxa"/>
          </w:tcPr>
          <w:p w14:paraId="05E3DC1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45AAA471" w14:textId="77777777" w:rsidTr="00C31C12">
        <w:tc>
          <w:tcPr>
            <w:tcW w:w="4111" w:type="dxa"/>
          </w:tcPr>
          <w:p w14:paraId="4681F84F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Country of origin</w:t>
            </w:r>
          </w:p>
        </w:tc>
        <w:tc>
          <w:tcPr>
            <w:tcW w:w="2198" w:type="dxa"/>
          </w:tcPr>
          <w:p w14:paraId="031FCE63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763D5DB7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B4126B3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7D767D1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0.22</w:t>
            </w:r>
          </w:p>
        </w:tc>
      </w:tr>
      <w:tr w:rsidR="009150B4" w:rsidRPr="007A44DD" w14:paraId="1B050A84" w14:textId="77777777" w:rsidTr="00C31C12">
        <w:tc>
          <w:tcPr>
            <w:tcW w:w="4111" w:type="dxa"/>
            <w:vAlign w:val="bottom"/>
          </w:tcPr>
          <w:p w14:paraId="7B1A1C65" w14:textId="47391358" w:rsidR="009150B4" w:rsidRPr="007A44DD" w:rsidRDefault="009150B4" w:rsidP="009150B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United States</w:t>
            </w:r>
            <w:r w:rsidR="00C122CA">
              <w:rPr>
                <w:rFonts w:eastAsia="Times New Roman" w:cs="Times New Roman"/>
                <w:sz w:val="24"/>
                <w:szCs w:val="24"/>
              </w:rPr>
              <w:t xml:space="preserve"> (US)</w:t>
            </w:r>
          </w:p>
        </w:tc>
        <w:tc>
          <w:tcPr>
            <w:tcW w:w="2198" w:type="dxa"/>
          </w:tcPr>
          <w:p w14:paraId="33C04381" w14:textId="50A0FE41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1338 (86.1%)</w:t>
            </w:r>
          </w:p>
        </w:tc>
        <w:tc>
          <w:tcPr>
            <w:tcW w:w="2520" w:type="dxa"/>
          </w:tcPr>
          <w:p w14:paraId="71EA8C98" w14:textId="4B46E3AC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165 (84.2%)</w:t>
            </w:r>
          </w:p>
        </w:tc>
        <w:tc>
          <w:tcPr>
            <w:tcW w:w="2520" w:type="dxa"/>
          </w:tcPr>
          <w:p w14:paraId="4E20902A" w14:textId="79991213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1173 (86.4%)</w:t>
            </w:r>
          </w:p>
        </w:tc>
        <w:tc>
          <w:tcPr>
            <w:tcW w:w="2118" w:type="dxa"/>
          </w:tcPr>
          <w:p w14:paraId="5247794B" w14:textId="77777777" w:rsidR="009150B4" w:rsidRPr="007A44DD" w:rsidRDefault="009150B4" w:rsidP="009150B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150B4" w:rsidRPr="007A44DD" w14:paraId="3CCC2612" w14:textId="77777777" w:rsidTr="00C31C12">
        <w:tc>
          <w:tcPr>
            <w:tcW w:w="4111" w:type="dxa"/>
            <w:vAlign w:val="bottom"/>
          </w:tcPr>
          <w:p w14:paraId="7C32B6AC" w14:textId="0C0D6F8A" w:rsidR="009150B4" w:rsidRPr="007A44DD" w:rsidRDefault="009150B4" w:rsidP="009150B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US </w:t>
            </w:r>
            <w:r w:rsidR="00C122CA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</w:t>
            </w:r>
            <w:r>
              <w:rPr>
                <w:rFonts w:eastAsia="Times New Roman" w:cs="Times New Roman"/>
                <w:sz w:val="24"/>
                <w:szCs w:val="24"/>
              </w:rPr>
              <w:t>y</w:t>
            </w:r>
          </w:p>
        </w:tc>
        <w:tc>
          <w:tcPr>
            <w:tcW w:w="2198" w:type="dxa"/>
          </w:tcPr>
          <w:p w14:paraId="4096DF84" w14:textId="41CD037D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48 (3.1%)</w:t>
            </w:r>
          </w:p>
        </w:tc>
        <w:tc>
          <w:tcPr>
            <w:tcW w:w="2520" w:type="dxa"/>
          </w:tcPr>
          <w:p w14:paraId="7709AEAE" w14:textId="710BBCBB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 (5.1%)</w:t>
            </w:r>
          </w:p>
        </w:tc>
        <w:tc>
          <w:tcPr>
            <w:tcW w:w="2520" w:type="dxa"/>
          </w:tcPr>
          <w:p w14:paraId="497F4059" w14:textId="6A544878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38 (2.8%)</w:t>
            </w:r>
          </w:p>
        </w:tc>
        <w:tc>
          <w:tcPr>
            <w:tcW w:w="2118" w:type="dxa"/>
          </w:tcPr>
          <w:p w14:paraId="31D468FB" w14:textId="77777777" w:rsidR="009150B4" w:rsidRPr="007A44DD" w:rsidRDefault="009150B4" w:rsidP="009150B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150B4" w:rsidRPr="007A44DD" w14:paraId="4B8E7C2A" w14:textId="77777777" w:rsidTr="00C31C12">
        <w:tc>
          <w:tcPr>
            <w:tcW w:w="4111" w:type="dxa"/>
            <w:vAlign w:val="bottom"/>
          </w:tcPr>
          <w:p w14:paraId="0E81D0F8" w14:textId="1E3D89EE" w:rsidR="009150B4" w:rsidRPr="007A44DD" w:rsidRDefault="009150B4" w:rsidP="009150B4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Outside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 US/US </w:t>
            </w:r>
            <w:r w:rsidR="00C122CA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erritory</w:t>
            </w:r>
          </w:p>
        </w:tc>
        <w:tc>
          <w:tcPr>
            <w:tcW w:w="2198" w:type="dxa"/>
          </w:tcPr>
          <w:p w14:paraId="253A60D5" w14:textId="78240350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168 (10.8%)</w:t>
            </w:r>
          </w:p>
        </w:tc>
        <w:tc>
          <w:tcPr>
            <w:tcW w:w="2520" w:type="dxa"/>
          </w:tcPr>
          <w:p w14:paraId="4BA1A1B2" w14:textId="18A001FC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21 (10.7%)</w:t>
            </w:r>
          </w:p>
        </w:tc>
        <w:tc>
          <w:tcPr>
            <w:tcW w:w="2520" w:type="dxa"/>
          </w:tcPr>
          <w:p w14:paraId="12C50D19" w14:textId="4D78E601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147 (10.8%)</w:t>
            </w:r>
          </w:p>
        </w:tc>
        <w:tc>
          <w:tcPr>
            <w:tcW w:w="2118" w:type="dxa"/>
          </w:tcPr>
          <w:p w14:paraId="2C942CFC" w14:textId="77777777" w:rsidR="009150B4" w:rsidRPr="007A44DD" w:rsidRDefault="009150B4" w:rsidP="009150B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9150B4" w:rsidRPr="007A44DD" w14:paraId="11E94A1D" w14:textId="77777777" w:rsidTr="00C31C12">
        <w:tc>
          <w:tcPr>
            <w:tcW w:w="4111" w:type="dxa"/>
          </w:tcPr>
          <w:p w14:paraId="4EF4C642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98" w:type="dxa"/>
          </w:tcPr>
          <w:p w14:paraId="1F66B1AA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103</w:t>
            </w:r>
          </w:p>
        </w:tc>
        <w:tc>
          <w:tcPr>
            <w:tcW w:w="2520" w:type="dxa"/>
          </w:tcPr>
          <w:p w14:paraId="41BA7883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2520" w:type="dxa"/>
          </w:tcPr>
          <w:p w14:paraId="29AE047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77</w:t>
            </w:r>
          </w:p>
        </w:tc>
        <w:tc>
          <w:tcPr>
            <w:tcW w:w="2118" w:type="dxa"/>
          </w:tcPr>
          <w:p w14:paraId="13ED4E80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6C2118D1" w14:textId="77777777" w:rsidTr="00C31C12">
        <w:tc>
          <w:tcPr>
            <w:tcW w:w="4111" w:type="dxa"/>
          </w:tcPr>
          <w:p w14:paraId="3DCCE432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Prenatal tobacco or nicotine use</w:t>
            </w:r>
          </w:p>
        </w:tc>
        <w:tc>
          <w:tcPr>
            <w:tcW w:w="2198" w:type="dxa"/>
          </w:tcPr>
          <w:p w14:paraId="785B2BB3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5CA8748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458C2F3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2DFD5E8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9150B4" w:rsidRPr="007A44DD" w14:paraId="3051B1D2" w14:textId="77777777" w:rsidTr="00C31C12">
        <w:tc>
          <w:tcPr>
            <w:tcW w:w="4111" w:type="dxa"/>
          </w:tcPr>
          <w:p w14:paraId="4CC202B6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</w:t>
            </w:r>
          </w:p>
        </w:tc>
        <w:tc>
          <w:tcPr>
            <w:tcW w:w="2198" w:type="dxa"/>
          </w:tcPr>
          <w:p w14:paraId="49EED277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1411 (95.7%)</w:t>
            </w:r>
          </w:p>
        </w:tc>
        <w:tc>
          <w:tcPr>
            <w:tcW w:w="2520" w:type="dxa"/>
          </w:tcPr>
          <w:p w14:paraId="6A0CEA9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170 (90.9%)</w:t>
            </w:r>
          </w:p>
        </w:tc>
        <w:tc>
          <w:tcPr>
            <w:tcW w:w="2520" w:type="dxa"/>
          </w:tcPr>
          <w:p w14:paraId="0C91322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1241 (96.4%)</w:t>
            </w:r>
          </w:p>
        </w:tc>
        <w:tc>
          <w:tcPr>
            <w:tcW w:w="2118" w:type="dxa"/>
          </w:tcPr>
          <w:p w14:paraId="393E911C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24E77AB6" w14:textId="77777777" w:rsidTr="00C31C12">
        <w:tc>
          <w:tcPr>
            <w:tcW w:w="4111" w:type="dxa"/>
          </w:tcPr>
          <w:p w14:paraId="491F862D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Yes</w:t>
            </w:r>
          </w:p>
        </w:tc>
        <w:tc>
          <w:tcPr>
            <w:tcW w:w="2198" w:type="dxa"/>
          </w:tcPr>
          <w:p w14:paraId="596B51B9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63 (4.3%)</w:t>
            </w:r>
          </w:p>
        </w:tc>
        <w:tc>
          <w:tcPr>
            <w:tcW w:w="2520" w:type="dxa"/>
          </w:tcPr>
          <w:p w14:paraId="052B1D3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 (9.1%)</w:t>
            </w:r>
          </w:p>
        </w:tc>
        <w:tc>
          <w:tcPr>
            <w:tcW w:w="2520" w:type="dxa"/>
          </w:tcPr>
          <w:p w14:paraId="620BCBB9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46 (3.6%)</w:t>
            </w:r>
          </w:p>
        </w:tc>
        <w:tc>
          <w:tcPr>
            <w:tcW w:w="2118" w:type="dxa"/>
          </w:tcPr>
          <w:p w14:paraId="799359C3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370C7261" w14:textId="77777777" w:rsidTr="00C31C12">
        <w:tc>
          <w:tcPr>
            <w:tcW w:w="4111" w:type="dxa"/>
          </w:tcPr>
          <w:p w14:paraId="5F5B6F1B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98" w:type="dxa"/>
          </w:tcPr>
          <w:p w14:paraId="51C25A97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183</w:t>
            </w:r>
          </w:p>
        </w:tc>
        <w:tc>
          <w:tcPr>
            <w:tcW w:w="2520" w:type="dxa"/>
          </w:tcPr>
          <w:p w14:paraId="281A2F6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2520" w:type="dxa"/>
          </w:tcPr>
          <w:p w14:paraId="0F98F5A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148</w:t>
            </w:r>
          </w:p>
        </w:tc>
        <w:tc>
          <w:tcPr>
            <w:tcW w:w="2118" w:type="dxa"/>
          </w:tcPr>
          <w:p w14:paraId="7A15F2B1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605DA300" w14:textId="77777777" w:rsidTr="00C31C12">
        <w:tc>
          <w:tcPr>
            <w:tcW w:w="4111" w:type="dxa"/>
          </w:tcPr>
          <w:p w14:paraId="738CB34D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Weight change during pregnancy category (based on 2009 IOM recommendation)</w:t>
            </w:r>
          </w:p>
        </w:tc>
        <w:tc>
          <w:tcPr>
            <w:tcW w:w="2198" w:type="dxa"/>
          </w:tcPr>
          <w:p w14:paraId="77C7766C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3A170B57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11AD70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14:paraId="1DB914BF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0.058</w:t>
            </w:r>
          </w:p>
        </w:tc>
      </w:tr>
      <w:tr w:rsidR="009150B4" w:rsidRPr="007A44DD" w14:paraId="3DEDE949" w14:textId="77777777" w:rsidTr="00C31C12">
        <w:tc>
          <w:tcPr>
            <w:tcW w:w="4111" w:type="dxa"/>
          </w:tcPr>
          <w:p w14:paraId="03431903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lastRenderedPageBreak/>
              <w:t xml:space="preserve">   Gained less than recommended</w:t>
            </w:r>
          </w:p>
        </w:tc>
        <w:tc>
          <w:tcPr>
            <w:tcW w:w="2198" w:type="dxa"/>
          </w:tcPr>
          <w:p w14:paraId="40232BAE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307 (24.3%)</w:t>
            </w:r>
          </w:p>
        </w:tc>
        <w:tc>
          <w:tcPr>
            <w:tcW w:w="2520" w:type="dxa"/>
          </w:tcPr>
          <w:p w14:paraId="204F96C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39 (29.5%)</w:t>
            </w:r>
          </w:p>
        </w:tc>
        <w:tc>
          <w:tcPr>
            <w:tcW w:w="2520" w:type="dxa"/>
          </w:tcPr>
          <w:p w14:paraId="2857C4E8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268 (23.7%)</w:t>
            </w:r>
          </w:p>
        </w:tc>
        <w:tc>
          <w:tcPr>
            <w:tcW w:w="2118" w:type="dxa"/>
          </w:tcPr>
          <w:p w14:paraId="4A29BABE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629B3AF0" w14:textId="77777777" w:rsidTr="00C31C12">
        <w:tc>
          <w:tcPr>
            <w:tcW w:w="4111" w:type="dxa"/>
          </w:tcPr>
          <w:p w14:paraId="6B1B5C53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Met the recommendation</w:t>
            </w:r>
          </w:p>
        </w:tc>
        <w:tc>
          <w:tcPr>
            <w:tcW w:w="2198" w:type="dxa"/>
          </w:tcPr>
          <w:p w14:paraId="13B1CEF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334 (26.5%)</w:t>
            </w:r>
          </w:p>
        </w:tc>
        <w:tc>
          <w:tcPr>
            <w:tcW w:w="2520" w:type="dxa"/>
          </w:tcPr>
          <w:p w14:paraId="275CD7E2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41 (31.1%)</w:t>
            </w:r>
          </w:p>
        </w:tc>
        <w:tc>
          <w:tcPr>
            <w:tcW w:w="2520" w:type="dxa"/>
          </w:tcPr>
          <w:p w14:paraId="2FD2B4E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293 (25.9%)</w:t>
            </w:r>
          </w:p>
        </w:tc>
        <w:tc>
          <w:tcPr>
            <w:tcW w:w="2118" w:type="dxa"/>
          </w:tcPr>
          <w:p w14:paraId="41728D1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457A718B" w14:textId="77777777" w:rsidTr="00C31C12">
        <w:tc>
          <w:tcPr>
            <w:tcW w:w="4111" w:type="dxa"/>
          </w:tcPr>
          <w:p w14:paraId="783100FF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Gained more than recommended</w:t>
            </w:r>
          </w:p>
        </w:tc>
        <w:tc>
          <w:tcPr>
            <w:tcW w:w="2198" w:type="dxa"/>
          </w:tcPr>
          <w:p w14:paraId="0B00217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621 (49.2%)</w:t>
            </w:r>
          </w:p>
        </w:tc>
        <w:tc>
          <w:tcPr>
            <w:tcW w:w="2520" w:type="dxa"/>
          </w:tcPr>
          <w:p w14:paraId="1F116CCA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52 (39.4%)</w:t>
            </w:r>
          </w:p>
        </w:tc>
        <w:tc>
          <w:tcPr>
            <w:tcW w:w="2520" w:type="dxa"/>
          </w:tcPr>
          <w:p w14:paraId="7A873395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569 (50.4%)</w:t>
            </w:r>
          </w:p>
        </w:tc>
        <w:tc>
          <w:tcPr>
            <w:tcW w:w="2118" w:type="dxa"/>
          </w:tcPr>
          <w:p w14:paraId="2FD2CFC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150B4" w:rsidRPr="007A44DD" w14:paraId="7312205F" w14:textId="77777777" w:rsidTr="00C31C12">
        <w:tc>
          <w:tcPr>
            <w:tcW w:w="4111" w:type="dxa"/>
          </w:tcPr>
          <w:p w14:paraId="0562B053" w14:textId="77777777" w:rsidR="009150B4" w:rsidRPr="007A44DD" w:rsidRDefault="009150B4" w:rsidP="009150B4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98" w:type="dxa"/>
          </w:tcPr>
          <w:p w14:paraId="361316ED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395</w:t>
            </w:r>
          </w:p>
        </w:tc>
        <w:tc>
          <w:tcPr>
            <w:tcW w:w="2520" w:type="dxa"/>
          </w:tcPr>
          <w:p w14:paraId="15635379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90</w:t>
            </w:r>
          </w:p>
        </w:tc>
        <w:tc>
          <w:tcPr>
            <w:tcW w:w="2520" w:type="dxa"/>
          </w:tcPr>
          <w:p w14:paraId="1E86067A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305</w:t>
            </w:r>
          </w:p>
        </w:tc>
        <w:tc>
          <w:tcPr>
            <w:tcW w:w="2118" w:type="dxa"/>
          </w:tcPr>
          <w:p w14:paraId="16B32EAB" w14:textId="77777777" w:rsidR="009150B4" w:rsidRPr="007A44DD" w:rsidRDefault="009150B4" w:rsidP="009150B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A41C445" w14:textId="77777777" w:rsidR="00A25426" w:rsidRPr="00DF2027" w:rsidRDefault="00A25426" w:rsidP="00DF2027">
      <w:pPr>
        <w:spacing w:after="0" w:line="240" w:lineRule="auto"/>
        <w:ind w:left="720"/>
        <w:rPr>
          <w:rFonts w:cs="Times New Roman"/>
          <w:sz w:val="22"/>
        </w:rPr>
      </w:pPr>
      <w:r w:rsidRPr="00DF2027">
        <w:rPr>
          <w:rFonts w:cs="Times New Roman"/>
          <w:i/>
          <w:sz w:val="22"/>
        </w:rPr>
        <w:t>Values are n (%) unless otherwise indicated. p-values compare the never-breastfed and ever-breastfed groups within each sample. NH = non-       Hispanic; IQR = interquartile range; IOM = Institute of Medicine. Cell counts displayed as &lt;5, &lt;25, or &lt;45 reflect data suppression in the source table.</w:t>
      </w:r>
    </w:p>
    <w:p w14:paraId="43FA1F41" w14:textId="06482461" w:rsidR="00931E51" w:rsidRPr="00DF2027" w:rsidRDefault="00931E51" w:rsidP="00DF2027">
      <w:pPr>
        <w:spacing w:after="0" w:line="240" w:lineRule="auto"/>
        <w:ind w:left="720"/>
        <w:rPr>
          <w:rFonts w:cs="Times New Roman"/>
          <w:i/>
          <w:sz w:val="22"/>
        </w:rPr>
      </w:pPr>
      <w:r w:rsidRPr="00DF2027">
        <w:rPr>
          <w:rFonts w:cs="Times New Roman"/>
          <w:i/>
          <w:sz w:val="22"/>
          <w:vertAlign w:val="superscript"/>
        </w:rPr>
        <w:t xml:space="preserve">1 </w:t>
      </w:r>
      <w:r w:rsidRPr="00DF2027">
        <w:rPr>
          <w:rFonts w:cs="Times New Roman"/>
          <w:i/>
          <w:sz w:val="22"/>
        </w:rPr>
        <w:t>p-values derived from the Wilcoxon rank sum tests or chi-squared tests</w:t>
      </w:r>
    </w:p>
    <w:p w14:paraId="6D8DDFC5" w14:textId="16FD4DA8" w:rsidR="00931E51" w:rsidRPr="00DF2027" w:rsidRDefault="00931E51" w:rsidP="00DF2027">
      <w:pPr>
        <w:spacing w:after="0" w:line="240" w:lineRule="auto"/>
        <w:ind w:left="720"/>
        <w:rPr>
          <w:rFonts w:cs="Times New Roman"/>
          <w:i/>
          <w:sz w:val="22"/>
        </w:rPr>
      </w:pPr>
      <w:r w:rsidRPr="00DF2027">
        <w:rPr>
          <w:rFonts w:cs="Times New Roman"/>
          <w:i/>
          <w:sz w:val="22"/>
          <w:vertAlign w:val="superscript"/>
        </w:rPr>
        <w:t xml:space="preserve">2 </w:t>
      </w:r>
      <w:r w:rsidR="00A25426" w:rsidRPr="00DF2027">
        <w:rPr>
          <w:rFonts w:cs="Times New Roman"/>
          <w:i/>
          <w:sz w:val="22"/>
        </w:rPr>
        <w:t xml:space="preserve">Other race category includes American Indian or Alaska Native, Asian Indian, Other Asian (Chinese, Filipino, Japanese, etc.), Native Hawaiian or other Pacific Islander, </w:t>
      </w:r>
      <w:r w:rsidR="00F819C7" w:rsidRPr="00DF2027">
        <w:rPr>
          <w:rFonts w:cs="Times New Roman"/>
          <w:i/>
          <w:sz w:val="22"/>
        </w:rPr>
        <w:t xml:space="preserve">or other race not listed, </w:t>
      </w:r>
      <w:r w:rsidR="00A25426" w:rsidRPr="00DF2027">
        <w:rPr>
          <w:rFonts w:cs="Times New Roman"/>
          <w:i/>
          <w:sz w:val="22"/>
        </w:rPr>
        <w:t>and those who reported multiple race categories</w:t>
      </w:r>
      <w:r w:rsidRPr="00DF2027">
        <w:rPr>
          <w:rFonts w:cs="Times New Roman"/>
          <w:i/>
          <w:sz w:val="22"/>
        </w:rPr>
        <w:t>.</w:t>
      </w:r>
    </w:p>
    <w:p w14:paraId="72691FDA" w14:textId="77777777" w:rsidR="006769D6" w:rsidRDefault="006769D6" w:rsidP="006769D6">
      <w:pPr>
        <w:rPr>
          <w:rFonts w:cs="Times New Roman"/>
          <w:b/>
          <w:bCs/>
          <w:sz w:val="24"/>
          <w:szCs w:val="24"/>
        </w:rPr>
      </w:pPr>
    </w:p>
    <w:p w14:paraId="35BD17D1" w14:textId="77777777" w:rsidR="0077579D" w:rsidRDefault="0077579D" w:rsidP="006769D6">
      <w:pPr>
        <w:rPr>
          <w:rFonts w:cs="Times New Roman"/>
          <w:b/>
          <w:bCs/>
          <w:sz w:val="24"/>
          <w:szCs w:val="24"/>
        </w:rPr>
      </w:pPr>
    </w:p>
    <w:p w14:paraId="756250D7" w14:textId="77777777" w:rsidR="0077579D" w:rsidRDefault="0077579D" w:rsidP="006769D6">
      <w:pPr>
        <w:rPr>
          <w:rFonts w:cs="Times New Roman"/>
          <w:b/>
          <w:bCs/>
          <w:sz w:val="24"/>
          <w:szCs w:val="24"/>
        </w:rPr>
      </w:pPr>
    </w:p>
    <w:p w14:paraId="7BE4AC10" w14:textId="77777777" w:rsidR="0077579D" w:rsidRDefault="0077579D" w:rsidP="006769D6">
      <w:pPr>
        <w:rPr>
          <w:rFonts w:cs="Times New Roman"/>
          <w:b/>
          <w:bCs/>
          <w:sz w:val="24"/>
          <w:szCs w:val="24"/>
        </w:rPr>
      </w:pPr>
    </w:p>
    <w:p w14:paraId="260008D3" w14:textId="77777777" w:rsidR="0077579D" w:rsidRDefault="0077579D" w:rsidP="006769D6">
      <w:pPr>
        <w:rPr>
          <w:rFonts w:cs="Times New Roman"/>
          <w:b/>
          <w:bCs/>
          <w:sz w:val="24"/>
          <w:szCs w:val="24"/>
        </w:rPr>
      </w:pPr>
    </w:p>
    <w:p w14:paraId="257D7104" w14:textId="77777777" w:rsidR="00DF2027" w:rsidRDefault="00DF2027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0F5E4095" w14:textId="19106849" w:rsidR="00B87CB7" w:rsidRPr="006769D6" w:rsidRDefault="006769D6" w:rsidP="00525617">
      <w:pPr>
        <w:ind w:left="720"/>
        <w:rPr>
          <w:rFonts w:cs="Times New Roman"/>
          <w:b/>
          <w:bCs/>
          <w:sz w:val="24"/>
          <w:szCs w:val="24"/>
        </w:rPr>
      </w:pPr>
      <w:r w:rsidRPr="006769D6">
        <w:rPr>
          <w:rFonts w:cs="Times New Roman"/>
          <w:b/>
          <w:bCs/>
          <w:sz w:val="24"/>
          <w:szCs w:val="24"/>
        </w:rPr>
        <w:lastRenderedPageBreak/>
        <w:t>1C. Subsample with discrimination data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529"/>
        <w:gridCol w:w="2126"/>
        <w:gridCol w:w="2268"/>
        <w:gridCol w:w="2126"/>
        <w:gridCol w:w="1559"/>
      </w:tblGrid>
      <w:tr w:rsidR="00B87CB7" w:rsidRPr="007A44DD" w14:paraId="5927F878" w14:textId="77777777" w:rsidTr="007A44DD">
        <w:tc>
          <w:tcPr>
            <w:tcW w:w="5529" w:type="dxa"/>
          </w:tcPr>
          <w:p w14:paraId="2DE05FA8" w14:textId="77777777" w:rsidR="00B87CB7" w:rsidRPr="007A44DD" w:rsidRDefault="00000000" w:rsidP="0077579D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126" w:type="dxa"/>
          </w:tcPr>
          <w:p w14:paraId="13C28D7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2268" w:type="dxa"/>
          </w:tcPr>
          <w:p w14:paraId="29B9FB7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Never breastfed</w:t>
            </w:r>
          </w:p>
        </w:tc>
        <w:tc>
          <w:tcPr>
            <w:tcW w:w="2126" w:type="dxa"/>
          </w:tcPr>
          <w:p w14:paraId="5EF14AB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Ever breastfed</w:t>
            </w:r>
          </w:p>
        </w:tc>
        <w:tc>
          <w:tcPr>
            <w:tcW w:w="1559" w:type="dxa"/>
          </w:tcPr>
          <w:p w14:paraId="69CC2EB0" w14:textId="56F22B27" w:rsidR="00B87CB7" w:rsidRPr="00612A8A" w:rsidRDefault="00000000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p-value</w:t>
            </w:r>
            <w:r w:rsidR="00612A8A">
              <w:rPr>
                <w:rFonts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B87CB7" w:rsidRPr="007A44DD" w14:paraId="42A184CD" w14:textId="77777777" w:rsidTr="007A44DD">
        <w:tc>
          <w:tcPr>
            <w:tcW w:w="5529" w:type="dxa"/>
          </w:tcPr>
          <w:p w14:paraId="6D73E7F6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N</w:t>
            </w:r>
          </w:p>
        </w:tc>
        <w:tc>
          <w:tcPr>
            <w:tcW w:w="2126" w:type="dxa"/>
          </w:tcPr>
          <w:p w14:paraId="1296B67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2036</w:t>
            </w:r>
          </w:p>
        </w:tc>
        <w:tc>
          <w:tcPr>
            <w:tcW w:w="2268" w:type="dxa"/>
          </w:tcPr>
          <w:p w14:paraId="3AE1BA15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307</w:t>
            </w:r>
          </w:p>
        </w:tc>
        <w:tc>
          <w:tcPr>
            <w:tcW w:w="2126" w:type="dxa"/>
          </w:tcPr>
          <w:p w14:paraId="00AC97D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1729</w:t>
            </w:r>
          </w:p>
        </w:tc>
        <w:tc>
          <w:tcPr>
            <w:tcW w:w="1559" w:type="dxa"/>
          </w:tcPr>
          <w:p w14:paraId="7849CF4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22AD5711" w14:textId="77777777" w:rsidTr="007A44DD">
        <w:tc>
          <w:tcPr>
            <w:tcW w:w="5529" w:type="dxa"/>
          </w:tcPr>
          <w:p w14:paraId="49707FB8" w14:textId="77777777" w:rsidR="00B87CB7" w:rsidRPr="00C9686A" w:rsidRDefault="0000000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9686A">
              <w:rPr>
                <w:rFonts w:cs="Times New Roman"/>
                <w:b/>
                <w:bCs/>
                <w:sz w:val="24"/>
                <w:szCs w:val="24"/>
              </w:rPr>
              <w:t>Maternal age at birth, median (IQR)</w:t>
            </w:r>
          </w:p>
        </w:tc>
        <w:tc>
          <w:tcPr>
            <w:tcW w:w="2126" w:type="dxa"/>
          </w:tcPr>
          <w:p w14:paraId="7BE0881D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29.6 (26.4, 33.0)</w:t>
            </w:r>
          </w:p>
        </w:tc>
        <w:tc>
          <w:tcPr>
            <w:tcW w:w="2268" w:type="dxa"/>
          </w:tcPr>
          <w:p w14:paraId="6FD2AB4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27.1 (25.4, 30.3)</w:t>
            </w:r>
          </w:p>
        </w:tc>
        <w:tc>
          <w:tcPr>
            <w:tcW w:w="2126" w:type="dxa"/>
          </w:tcPr>
          <w:p w14:paraId="0002C96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30.0 (26.9, 33.2)</w:t>
            </w:r>
          </w:p>
        </w:tc>
        <w:tc>
          <w:tcPr>
            <w:tcW w:w="1559" w:type="dxa"/>
          </w:tcPr>
          <w:p w14:paraId="05F4FD7D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B87CB7" w:rsidRPr="007A44DD" w14:paraId="1F1FB179" w14:textId="77777777" w:rsidTr="007A44DD">
        <w:tc>
          <w:tcPr>
            <w:tcW w:w="5529" w:type="dxa"/>
          </w:tcPr>
          <w:p w14:paraId="6EF1E064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503A4C6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67929AE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7E4CAD29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E9BEEA9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9686A" w:rsidRPr="007A44DD" w14:paraId="245C55AD" w14:textId="77777777" w:rsidTr="007A44DD">
        <w:tc>
          <w:tcPr>
            <w:tcW w:w="5529" w:type="dxa"/>
          </w:tcPr>
          <w:p w14:paraId="7D653501" w14:textId="0DD4A258" w:rsidR="00C9686A" w:rsidRPr="00C9686A" w:rsidRDefault="00C9686A" w:rsidP="00C9686A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9686A">
              <w:rPr>
                <w:rFonts w:cs="Times New Roman"/>
                <w:b/>
                <w:bCs/>
                <w:sz w:val="24"/>
                <w:szCs w:val="24"/>
              </w:rPr>
              <w:t>Year of birth, median (IQR)</w:t>
            </w:r>
          </w:p>
        </w:tc>
        <w:tc>
          <w:tcPr>
            <w:tcW w:w="2126" w:type="dxa"/>
          </w:tcPr>
          <w:p w14:paraId="2EAF562F" w14:textId="3164B74D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(2019, 2022)</w:t>
            </w:r>
          </w:p>
        </w:tc>
        <w:tc>
          <w:tcPr>
            <w:tcW w:w="2268" w:type="dxa"/>
          </w:tcPr>
          <w:p w14:paraId="178A156E" w14:textId="7FD8DAB0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(2019, 2022)</w:t>
            </w:r>
          </w:p>
        </w:tc>
        <w:tc>
          <w:tcPr>
            <w:tcW w:w="2126" w:type="dxa"/>
          </w:tcPr>
          <w:p w14:paraId="2764D3F6" w14:textId="3D4A8A59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(2019, 2022)</w:t>
            </w:r>
          </w:p>
        </w:tc>
        <w:tc>
          <w:tcPr>
            <w:tcW w:w="1559" w:type="dxa"/>
          </w:tcPr>
          <w:p w14:paraId="62244447" w14:textId="6FAA4E46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0.31</w:t>
            </w:r>
          </w:p>
        </w:tc>
      </w:tr>
      <w:tr w:rsidR="00C9686A" w:rsidRPr="007A44DD" w14:paraId="0ED5D111" w14:textId="77777777" w:rsidTr="007A44DD">
        <w:tc>
          <w:tcPr>
            <w:tcW w:w="5529" w:type="dxa"/>
          </w:tcPr>
          <w:p w14:paraId="79AA3E79" w14:textId="7389BA61" w:rsidR="00C9686A" w:rsidRPr="007A44DD" w:rsidRDefault="00C9686A" w:rsidP="00C9686A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132BA8E9" w14:textId="05C00B43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0CFBBD5A" w14:textId="337CABBC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309BDCD8" w14:textId="50D50D15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66741851" w14:textId="77777777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9686A" w:rsidRPr="007A44DD" w14:paraId="6A035B9F" w14:textId="77777777" w:rsidTr="007A44DD">
        <w:tc>
          <w:tcPr>
            <w:tcW w:w="5529" w:type="dxa"/>
          </w:tcPr>
          <w:p w14:paraId="25086E6B" w14:textId="1863CAE7" w:rsidR="00C9686A" w:rsidRPr="00C9686A" w:rsidRDefault="00C9686A" w:rsidP="00C9686A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C9686A">
              <w:rPr>
                <w:rFonts w:cs="Times New Roman"/>
                <w:b/>
                <w:bCs/>
                <w:sz w:val="24"/>
                <w:szCs w:val="24"/>
              </w:rPr>
              <w:t>Year of birth, median (range)</w:t>
            </w:r>
          </w:p>
        </w:tc>
        <w:tc>
          <w:tcPr>
            <w:tcW w:w="2126" w:type="dxa"/>
          </w:tcPr>
          <w:p w14:paraId="4F80C035" w14:textId="476BC574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(2016, 2023)</w:t>
            </w:r>
          </w:p>
        </w:tc>
        <w:tc>
          <w:tcPr>
            <w:tcW w:w="2268" w:type="dxa"/>
          </w:tcPr>
          <w:p w14:paraId="195A9A15" w14:textId="0C82BC33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(2017, 2023)</w:t>
            </w:r>
          </w:p>
        </w:tc>
        <w:tc>
          <w:tcPr>
            <w:tcW w:w="2126" w:type="dxa"/>
          </w:tcPr>
          <w:p w14:paraId="43D5CF87" w14:textId="0E7AA7D4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2021 (2016, 2023)</w:t>
            </w:r>
          </w:p>
        </w:tc>
        <w:tc>
          <w:tcPr>
            <w:tcW w:w="1559" w:type="dxa"/>
          </w:tcPr>
          <w:p w14:paraId="7C8734D9" w14:textId="12852571" w:rsidR="00C9686A" w:rsidRPr="007A44DD" w:rsidRDefault="00C9686A" w:rsidP="00C9686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0.31</w:t>
            </w:r>
          </w:p>
        </w:tc>
      </w:tr>
      <w:tr w:rsidR="00B87CB7" w:rsidRPr="007A44DD" w14:paraId="3EAD0A1B" w14:textId="77777777" w:rsidTr="007A44DD">
        <w:tc>
          <w:tcPr>
            <w:tcW w:w="5529" w:type="dxa"/>
          </w:tcPr>
          <w:p w14:paraId="1DE82DE6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Race/Ethnicity</w:t>
            </w:r>
          </w:p>
        </w:tc>
        <w:tc>
          <w:tcPr>
            <w:tcW w:w="2126" w:type="dxa"/>
          </w:tcPr>
          <w:p w14:paraId="6F359A3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69D24B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B58EF1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398B9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931E51" w:rsidRPr="007A44DD" w14:paraId="25BBC941" w14:textId="77777777" w:rsidTr="009A0209">
        <w:tc>
          <w:tcPr>
            <w:tcW w:w="5529" w:type="dxa"/>
          </w:tcPr>
          <w:p w14:paraId="6F6511BE" w14:textId="77777777" w:rsidR="00931E51" w:rsidRPr="007A44DD" w:rsidRDefault="00931E51" w:rsidP="009A0209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Hispanic</w:t>
            </w:r>
          </w:p>
        </w:tc>
        <w:tc>
          <w:tcPr>
            <w:tcW w:w="2126" w:type="dxa"/>
          </w:tcPr>
          <w:p w14:paraId="136687F5" w14:textId="77777777" w:rsidR="00931E51" w:rsidRPr="007A44DD" w:rsidRDefault="00931E51" w:rsidP="009A02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375 (18.6%)</w:t>
            </w:r>
          </w:p>
        </w:tc>
        <w:tc>
          <w:tcPr>
            <w:tcW w:w="2268" w:type="dxa"/>
          </w:tcPr>
          <w:p w14:paraId="5F7A8510" w14:textId="77777777" w:rsidR="00931E51" w:rsidRPr="007A44DD" w:rsidRDefault="00931E51" w:rsidP="009A02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55 (18.2%)</w:t>
            </w:r>
          </w:p>
        </w:tc>
        <w:tc>
          <w:tcPr>
            <w:tcW w:w="2126" w:type="dxa"/>
          </w:tcPr>
          <w:p w14:paraId="7A4FA674" w14:textId="77777777" w:rsidR="00931E51" w:rsidRPr="007A44DD" w:rsidRDefault="00931E51" w:rsidP="009A020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320 (18.6%)</w:t>
            </w:r>
          </w:p>
        </w:tc>
        <w:tc>
          <w:tcPr>
            <w:tcW w:w="1559" w:type="dxa"/>
          </w:tcPr>
          <w:p w14:paraId="5CB1A2B4" w14:textId="77777777" w:rsidR="00931E51" w:rsidRPr="007A44DD" w:rsidRDefault="00931E51" w:rsidP="009A020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1E51" w:rsidRPr="007A44DD" w14:paraId="41C0D804" w14:textId="77777777" w:rsidTr="00A141DF">
        <w:tc>
          <w:tcPr>
            <w:tcW w:w="5529" w:type="dxa"/>
          </w:tcPr>
          <w:p w14:paraId="19CA8E45" w14:textId="77777777" w:rsidR="00931E51" w:rsidRPr="007A44DD" w:rsidRDefault="00931E51" w:rsidP="00A141DF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White</w:t>
            </w:r>
          </w:p>
        </w:tc>
        <w:tc>
          <w:tcPr>
            <w:tcW w:w="2126" w:type="dxa"/>
          </w:tcPr>
          <w:p w14:paraId="0AC0AD82" w14:textId="77777777" w:rsidR="00931E51" w:rsidRPr="007A44DD" w:rsidRDefault="00931E51" w:rsidP="00A141D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1174 (58.1%)</w:t>
            </w:r>
          </w:p>
        </w:tc>
        <w:tc>
          <w:tcPr>
            <w:tcW w:w="2268" w:type="dxa"/>
          </w:tcPr>
          <w:p w14:paraId="1CCD0FCC" w14:textId="77777777" w:rsidR="00931E51" w:rsidRPr="007A44DD" w:rsidRDefault="00931E51" w:rsidP="00A141D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87 (28.7%)</w:t>
            </w:r>
          </w:p>
        </w:tc>
        <w:tc>
          <w:tcPr>
            <w:tcW w:w="2126" w:type="dxa"/>
          </w:tcPr>
          <w:p w14:paraId="01E3C819" w14:textId="77777777" w:rsidR="00931E51" w:rsidRPr="007A44DD" w:rsidRDefault="00931E51" w:rsidP="00A141DF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1087 (63.3%)</w:t>
            </w:r>
          </w:p>
        </w:tc>
        <w:tc>
          <w:tcPr>
            <w:tcW w:w="1559" w:type="dxa"/>
          </w:tcPr>
          <w:p w14:paraId="1A802965" w14:textId="77777777" w:rsidR="00931E51" w:rsidRPr="007A44DD" w:rsidRDefault="00931E51" w:rsidP="00A141D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1E51" w:rsidRPr="007A44DD" w14:paraId="46D1ECC9" w14:textId="77777777" w:rsidTr="009E5D59">
        <w:tc>
          <w:tcPr>
            <w:tcW w:w="5529" w:type="dxa"/>
          </w:tcPr>
          <w:p w14:paraId="22B5B753" w14:textId="77777777" w:rsidR="00931E51" w:rsidRPr="007A44DD" w:rsidRDefault="00931E51" w:rsidP="009E5D59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Black</w:t>
            </w:r>
          </w:p>
        </w:tc>
        <w:tc>
          <w:tcPr>
            <w:tcW w:w="2126" w:type="dxa"/>
          </w:tcPr>
          <w:p w14:paraId="3046A1C7" w14:textId="77777777" w:rsidR="00931E51" w:rsidRPr="007A44DD" w:rsidRDefault="00931E51" w:rsidP="009E5D5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313 (15.5%)</w:t>
            </w:r>
          </w:p>
        </w:tc>
        <w:tc>
          <w:tcPr>
            <w:tcW w:w="2268" w:type="dxa"/>
          </w:tcPr>
          <w:p w14:paraId="20B912BB" w14:textId="77777777" w:rsidR="00931E51" w:rsidRPr="007A44DD" w:rsidRDefault="00931E51" w:rsidP="009E5D5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137 (45.2%)</w:t>
            </w:r>
          </w:p>
        </w:tc>
        <w:tc>
          <w:tcPr>
            <w:tcW w:w="2126" w:type="dxa"/>
          </w:tcPr>
          <w:p w14:paraId="771055B0" w14:textId="77777777" w:rsidR="00931E51" w:rsidRPr="007A44DD" w:rsidRDefault="00931E51" w:rsidP="009E5D5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176 (10.3%)</w:t>
            </w:r>
          </w:p>
        </w:tc>
        <w:tc>
          <w:tcPr>
            <w:tcW w:w="1559" w:type="dxa"/>
          </w:tcPr>
          <w:p w14:paraId="48B44543" w14:textId="77777777" w:rsidR="00931E51" w:rsidRPr="007A44DD" w:rsidRDefault="00931E51" w:rsidP="009E5D59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31E51" w:rsidRPr="007A44DD" w14:paraId="359C9457" w14:textId="77777777" w:rsidTr="00630500">
        <w:tc>
          <w:tcPr>
            <w:tcW w:w="5529" w:type="dxa"/>
          </w:tcPr>
          <w:p w14:paraId="7769B0F2" w14:textId="174BEDE5" w:rsidR="00931E51" w:rsidRPr="00612A8A" w:rsidRDefault="00931E51" w:rsidP="00630500">
            <w:pPr>
              <w:rPr>
                <w:rFonts w:cs="Times New Roman"/>
                <w:sz w:val="24"/>
                <w:szCs w:val="24"/>
                <w:vertAlign w:val="superscript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Asian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7A44DD">
              <w:rPr>
                <w:rFonts w:cs="Times New Roman"/>
                <w:sz w:val="24"/>
                <w:szCs w:val="24"/>
              </w:rPr>
              <w:t>Other</w:t>
            </w:r>
            <w:r w:rsidR="00612A8A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2CB619AB" w14:textId="1E023FC1" w:rsidR="00931E51" w:rsidRPr="007A44DD" w:rsidRDefault="00931E51" w:rsidP="0063050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157</w:t>
            </w:r>
            <w:r w:rsidRPr="007A44DD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7.7</w:t>
            </w:r>
            <w:r w:rsidRPr="007A44DD">
              <w:rPr>
                <w:rFonts w:cs="Times New Roman"/>
                <w:sz w:val="24"/>
                <w:szCs w:val="24"/>
              </w:rPr>
              <w:t>%)</w:t>
            </w:r>
          </w:p>
        </w:tc>
        <w:tc>
          <w:tcPr>
            <w:tcW w:w="2268" w:type="dxa"/>
          </w:tcPr>
          <w:p w14:paraId="6103825F" w14:textId="0D2B86DB" w:rsidR="00931E51" w:rsidRPr="007A44DD" w:rsidRDefault="00931E51" w:rsidP="006305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&lt;</w:t>
            </w:r>
            <w:r>
              <w:rPr>
                <w:rFonts w:cs="Times New Roman"/>
                <w:sz w:val="24"/>
                <w:szCs w:val="24"/>
              </w:rPr>
              <w:t>30</w:t>
            </w:r>
            <w:r w:rsidRPr="007A44DD">
              <w:rPr>
                <w:rFonts w:cs="Times New Roman"/>
                <w:sz w:val="24"/>
                <w:szCs w:val="24"/>
              </w:rPr>
              <w:t xml:space="preserve"> (&lt;</w:t>
            </w:r>
            <w:r>
              <w:rPr>
                <w:rFonts w:cs="Times New Roman"/>
                <w:sz w:val="24"/>
                <w:szCs w:val="24"/>
              </w:rPr>
              <w:t>9.9</w:t>
            </w:r>
            <w:r w:rsidRPr="007A44DD">
              <w:rPr>
                <w:rFonts w:cs="Times New Roman"/>
                <w:sz w:val="24"/>
                <w:szCs w:val="24"/>
              </w:rPr>
              <w:t>%)</w:t>
            </w:r>
          </w:p>
        </w:tc>
        <w:tc>
          <w:tcPr>
            <w:tcW w:w="2126" w:type="dxa"/>
          </w:tcPr>
          <w:p w14:paraId="5EAD5AC4" w14:textId="77777777" w:rsidR="00931E51" w:rsidRPr="007A44DD" w:rsidRDefault="00931E51" w:rsidP="006305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&lt;45 (&lt;2.7%)</w:t>
            </w:r>
          </w:p>
        </w:tc>
        <w:tc>
          <w:tcPr>
            <w:tcW w:w="1559" w:type="dxa"/>
          </w:tcPr>
          <w:p w14:paraId="3B7FEC64" w14:textId="77777777" w:rsidR="00931E51" w:rsidRPr="007A44DD" w:rsidRDefault="00931E51" w:rsidP="0063050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5CE82C1" w14:textId="77777777" w:rsidTr="007A44DD">
        <w:tc>
          <w:tcPr>
            <w:tcW w:w="5529" w:type="dxa"/>
          </w:tcPr>
          <w:p w14:paraId="0CAE2CA4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10F3494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14:paraId="604ED70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B9BDDC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14:paraId="35987BB4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4105F117" w14:textId="77777777" w:rsidTr="007A44DD">
        <w:tc>
          <w:tcPr>
            <w:tcW w:w="5529" w:type="dxa"/>
          </w:tcPr>
          <w:p w14:paraId="4E7B0233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Education</w:t>
            </w:r>
          </w:p>
        </w:tc>
        <w:tc>
          <w:tcPr>
            <w:tcW w:w="2126" w:type="dxa"/>
          </w:tcPr>
          <w:p w14:paraId="6010416E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AB102B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984173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13ADF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59E0B522" w14:textId="77777777" w:rsidTr="007A44DD">
        <w:tc>
          <w:tcPr>
            <w:tcW w:w="5529" w:type="dxa"/>
          </w:tcPr>
          <w:p w14:paraId="1BFECBB6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Less than high school</w:t>
            </w:r>
          </w:p>
        </w:tc>
        <w:tc>
          <w:tcPr>
            <w:tcW w:w="2126" w:type="dxa"/>
          </w:tcPr>
          <w:p w14:paraId="18D9BC1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64 (3.3%)</w:t>
            </w:r>
          </w:p>
        </w:tc>
        <w:tc>
          <w:tcPr>
            <w:tcW w:w="2268" w:type="dxa"/>
          </w:tcPr>
          <w:p w14:paraId="74128ACF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29 (11.4%)</w:t>
            </w:r>
          </w:p>
        </w:tc>
        <w:tc>
          <w:tcPr>
            <w:tcW w:w="2126" w:type="dxa"/>
          </w:tcPr>
          <w:p w14:paraId="06642515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35 (2.1%)</w:t>
            </w:r>
          </w:p>
        </w:tc>
        <w:tc>
          <w:tcPr>
            <w:tcW w:w="1559" w:type="dxa"/>
          </w:tcPr>
          <w:p w14:paraId="4AEF5019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2CDB6036" w14:textId="77777777" w:rsidTr="007A44DD">
        <w:tc>
          <w:tcPr>
            <w:tcW w:w="5529" w:type="dxa"/>
          </w:tcPr>
          <w:p w14:paraId="1C91C254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HS degree, GED or equivalent</w:t>
            </w:r>
          </w:p>
        </w:tc>
        <w:tc>
          <w:tcPr>
            <w:tcW w:w="2126" w:type="dxa"/>
          </w:tcPr>
          <w:p w14:paraId="1ED8D65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319 (16.7%)</w:t>
            </w:r>
          </w:p>
        </w:tc>
        <w:tc>
          <w:tcPr>
            <w:tcW w:w="2268" w:type="dxa"/>
          </w:tcPr>
          <w:p w14:paraId="7FA3F94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100 (39.2%)</w:t>
            </w:r>
          </w:p>
        </w:tc>
        <w:tc>
          <w:tcPr>
            <w:tcW w:w="2126" w:type="dxa"/>
          </w:tcPr>
          <w:p w14:paraId="509E4C8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219 (13.2%)</w:t>
            </w:r>
          </w:p>
        </w:tc>
        <w:tc>
          <w:tcPr>
            <w:tcW w:w="1559" w:type="dxa"/>
          </w:tcPr>
          <w:p w14:paraId="63EA4163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50A9505E" w14:textId="77777777" w:rsidTr="007A44DD">
        <w:tc>
          <w:tcPr>
            <w:tcW w:w="5529" w:type="dxa"/>
          </w:tcPr>
          <w:p w14:paraId="7706CB02" w14:textId="236E6384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Some college, no degree; Associate's degree; Trade school</w:t>
            </w:r>
          </w:p>
        </w:tc>
        <w:tc>
          <w:tcPr>
            <w:tcW w:w="2126" w:type="dxa"/>
          </w:tcPr>
          <w:p w14:paraId="5AA7124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525 (27.4%)</w:t>
            </w:r>
          </w:p>
        </w:tc>
        <w:tc>
          <w:tcPr>
            <w:tcW w:w="2268" w:type="dxa"/>
          </w:tcPr>
          <w:p w14:paraId="5675D02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80 (31.4%)</w:t>
            </w:r>
          </w:p>
        </w:tc>
        <w:tc>
          <w:tcPr>
            <w:tcW w:w="2126" w:type="dxa"/>
          </w:tcPr>
          <w:p w14:paraId="00BEC97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445 (26.8%)</w:t>
            </w:r>
          </w:p>
        </w:tc>
        <w:tc>
          <w:tcPr>
            <w:tcW w:w="1559" w:type="dxa"/>
          </w:tcPr>
          <w:p w14:paraId="3243087C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1C17A90" w14:textId="77777777" w:rsidTr="007A44DD">
        <w:tc>
          <w:tcPr>
            <w:tcW w:w="5529" w:type="dxa"/>
          </w:tcPr>
          <w:p w14:paraId="0A7D0AE5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Bachelor's degree or more</w:t>
            </w:r>
          </w:p>
        </w:tc>
        <w:tc>
          <w:tcPr>
            <w:tcW w:w="2126" w:type="dxa"/>
          </w:tcPr>
          <w:p w14:paraId="7A179BCD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1005 (52.5%)</w:t>
            </w:r>
          </w:p>
        </w:tc>
        <w:tc>
          <w:tcPr>
            <w:tcW w:w="2268" w:type="dxa"/>
          </w:tcPr>
          <w:p w14:paraId="76C0F28B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46 (18.0%)</w:t>
            </w:r>
          </w:p>
        </w:tc>
        <w:tc>
          <w:tcPr>
            <w:tcW w:w="2126" w:type="dxa"/>
          </w:tcPr>
          <w:p w14:paraId="6325AE1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959 (57.8%)</w:t>
            </w:r>
          </w:p>
        </w:tc>
        <w:tc>
          <w:tcPr>
            <w:tcW w:w="1559" w:type="dxa"/>
          </w:tcPr>
          <w:p w14:paraId="3793877C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3B08AB2" w14:textId="77777777" w:rsidTr="007A44DD">
        <w:tc>
          <w:tcPr>
            <w:tcW w:w="5529" w:type="dxa"/>
          </w:tcPr>
          <w:p w14:paraId="6687A9F9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7D90901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123</w:t>
            </w:r>
          </w:p>
        </w:tc>
        <w:tc>
          <w:tcPr>
            <w:tcW w:w="2268" w:type="dxa"/>
          </w:tcPr>
          <w:p w14:paraId="2DF5C6D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52</w:t>
            </w:r>
          </w:p>
        </w:tc>
        <w:tc>
          <w:tcPr>
            <w:tcW w:w="2126" w:type="dxa"/>
          </w:tcPr>
          <w:p w14:paraId="48DAB86B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</w:tcPr>
          <w:p w14:paraId="09E1BA30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45A4EE06" w14:textId="77777777" w:rsidTr="007A44DD">
        <w:tc>
          <w:tcPr>
            <w:tcW w:w="5529" w:type="dxa"/>
          </w:tcPr>
          <w:p w14:paraId="16C59E8A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2126" w:type="dxa"/>
          </w:tcPr>
          <w:p w14:paraId="365FDFBD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1713B4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5BA326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8EE2F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61C4B241" w14:textId="77777777" w:rsidTr="007A44DD">
        <w:tc>
          <w:tcPr>
            <w:tcW w:w="5529" w:type="dxa"/>
          </w:tcPr>
          <w:p w14:paraId="634C380A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Married or living with partner</w:t>
            </w:r>
          </w:p>
        </w:tc>
        <w:tc>
          <w:tcPr>
            <w:tcW w:w="2126" w:type="dxa"/>
          </w:tcPr>
          <w:p w14:paraId="7E0ECBF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1590 (85.4%)</w:t>
            </w:r>
          </w:p>
        </w:tc>
        <w:tc>
          <w:tcPr>
            <w:tcW w:w="2268" w:type="dxa"/>
          </w:tcPr>
          <w:p w14:paraId="18B4D2D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165 (69.9%)</w:t>
            </w:r>
          </w:p>
        </w:tc>
        <w:tc>
          <w:tcPr>
            <w:tcW w:w="2126" w:type="dxa"/>
          </w:tcPr>
          <w:p w14:paraId="6C09A72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1425 (87.6%)</w:t>
            </w:r>
          </w:p>
        </w:tc>
        <w:tc>
          <w:tcPr>
            <w:tcW w:w="1559" w:type="dxa"/>
          </w:tcPr>
          <w:p w14:paraId="495F22BE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0D2284F4" w14:textId="77777777" w:rsidTr="007A44DD">
        <w:tc>
          <w:tcPr>
            <w:tcW w:w="5529" w:type="dxa"/>
          </w:tcPr>
          <w:p w14:paraId="51F762A5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Not married, not living with partner</w:t>
            </w:r>
          </w:p>
        </w:tc>
        <w:tc>
          <w:tcPr>
            <w:tcW w:w="2126" w:type="dxa"/>
          </w:tcPr>
          <w:p w14:paraId="1A90378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272 (14.6%)</w:t>
            </w:r>
          </w:p>
        </w:tc>
        <w:tc>
          <w:tcPr>
            <w:tcW w:w="2268" w:type="dxa"/>
          </w:tcPr>
          <w:p w14:paraId="29AED28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71 (30.1%)</w:t>
            </w:r>
          </w:p>
        </w:tc>
        <w:tc>
          <w:tcPr>
            <w:tcW w:w="2126" w:type="dxa"/>
          </w:tcPr>
          <w:p w14:paraId="32CEECB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201 (12.4%)</w:t>
            </w:r>
          </w:p>
        </w:tc>
        <w:tc>
          <w:tcPr>
            <w:tcW w:w="1559" w:type="dxa"/>
          </w:tcPr>
          <w:p w14:paraId="475B1ADE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454BED38" w14:textId="77777777" w:rsidTr="007A44DD">
        <w:tc>
          <w:tcPr>
            <w:tcW w:w="5529" w:type="dxa"/>
          </w:tcPr>
          <w:p w14:paraId="00533101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128B94D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174</w:t>
            </w:r>
          </w:p>
        </w:tc>
        <w:tc>
          <w:tcPr>
            <w:tcW w:w="2268" w:type="dxa"/>
          </w:tcPr>
          <w:p w14:paraId="0FDA76D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71</w:t>
            </w:r>
          </w:p>
        </w:tc>
        <w:tc>
          <w:tcPr>
            <w:tcW w:w="2126" w:type="dxa"/>
          </w:tcPr>
          <w:p w14:paraId="4B0D0F4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103</w:t>
            </w:r>
          </w:p>
        </w:tc>
        <w:tc>
          <w:tcPr>
            <w:tcW w:w="1559" w:type="dxa"/>
          </w:tcPr>
          <w:p w14:paraId="4F107456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2627AC52" w14:textId="77777777" w:rsidTr="007A44DD">
        <w:tc>
          <w:tcPr>
            <w:tcW w:w="5529" w:type="dxa"/>
          </w:tcPr>
          <w:p w14:paraId="0CD85F5A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Country of origin</w:t>
            </w:r>
          </w:p>
        </w:tc>
        <w:tc>
          <w:tcPr>
            <w:tcW w:w="2126" w:type="dxa"/>
          </w:tcPr>
          <w:p w14:paraId="63CEC9A6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1AC9DD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BECD9F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E3184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0.032</w:t>
            </w:r>
          </w:p>
        </w:tc>
      </w:tr>
      <w:tr w:rsidR="008A6602" w:rsidRPr="007A44DD" w14:paraId="31A6FCB2" w14:textId="77777777" w:rsidTr="00C75353">
        <w:tc>
          <w:tcPr>
            <w:tcW w:w="5529" w:type="dxa"/>
            <w:vAlign w:val="bottom"/>
          </w:tcPr>
          <w:p w14:paraId="01E74C6D" w14:textId="17FA9DEB" w:rsidR="008A6602" w:rsidRPr="007A44DD" w:rsidRDefault="008A6602" w:rsidP="008A6602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United States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(US)</w:t>
            </w:r>
          </w:p>
        </w:tc>
        <w:tc>
          <w:tcPr>
            <w:tcW w:w="2126" w:type="dxa"/>
          </w:tcPr>
          <w:p w14:paraId="216B902C" w14:textId="3D4C1161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1547 (88.3%)</w:t>
            </w:r>
          </w:p>
        </w:tc>
        <w:tc>
          <w:tcPr>
            <w:tcW w:w="2268" w:type="dxa"/>
          </w:tcPr>
          <w:p w14:paraId="36869FA9" w14:textId="2A43798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177 (83.9%)</w:t>
            </w:r>
          </w:p>
        </w:tc>
        <w:tc>
          <w:tcPr>
            <w:tcW w:w="2126" w:type="dxa"/>
          </w:tcPr>
          <w:p w14:paraId="65A7DF4C" w14:textId="7999E7DD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1370 (88.9%)</w:t>
            </w:r>
          </w:p>
        </w:tc>
        <w:tc>
          <w:tcPr>
            <w:tcW w:w="1559" w:type="dxa"/>
          </w:tcPr>
          <w:p w14:paraId="742E5CB2" w14:textId="77777777" w:rsidR="008A6602" w:rsidRPr="007A44DD" w:rsidRDefault="008A6602" w:rsidP="008A660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A6602" w:rsidRPr="007A44DD" w14:paraId="07D083C5" w14:textId="77777777" w:rsidTr="00C75353">
        <w:tc>
          <w:tcPr>
            <w:tcW w:w="5529" w:type="dxa"/>
            <w:vAlign w:val="bottom"/>
          </w:tcPr>
          <w:p w14:paraId="12D833FD" w14:textId="16284590" w:rsidR="008A6602" w:rsidRPr="007A44DD" w:rsidRDefault="008A6602" w:rsidP="008A6602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US </w:t>
            </w:r>
            <w:r w:rsidR="00EC3A34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erritory</w:t>
            </w:r>
          </w:p>
        </w:tc>
        <w:tc>
          <w:tcPr>
            <w:tcW w:w="2126" w:type="dxa"/>
          </w:tcPr>
          <w:p w14:paraId="0B4F2F67" w14:textId="24090ABE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99 (5.7%)</w:t>
            </w:r>
          </w:p>
        </w:tc>
        <w:tc>
          <w:tcPr>
            <w:tcW w:w="2268" w:type="dxa"/>
          </w:tcPr>
          <w:p w14:paraId="77DA489F" w14:textId="09EDE32F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 (9.5%)</w:t>
            </w:r>
          </w:p>
        </w:tc>
        <w:tc>
          <w:tcPr>
            <w:tcW w:w="2126" w:type="dxa"/>
          </w:tcPr>
          <w:p w14:paraId="0C210389" w14:textId="0631327B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79 (5.1%)</w:t>
            </w:r>
          </w:p>
        </w:tc>
        <w:tc>
          <w:tcPr>
            <w:tcW w:w="1559" w:type="dxa"/>
          </w:tcPr>
          <w:p w14:paraId="69915757" w14:textId="77777777" w:rsidR="008A6602" w:rsidRPr="007A44DD" w:rsidRDefault="008A6602" w:rsidP="008A660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A6602" w:rsidRPr="007A44DD" w14:paraId="219CD7F2" w14:textId="77777777" w:rsidTr="00C75353">
        <w:tc>
          <w:tcPr>
            <w:tcW w:w="5529" w:type="dxa"/>
            <w:vAlign w:val="bottom"/>
          </w:tcPr>
          <w:p w14:paraId="611A9BAD" w14:textId="2D07DD65" w:rsidR="008A6602" w:rsidRPr="007A44DD" w:rsidRDefault="008A6602" w:rsidP="008A6602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Outside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 US / US </w:t>
            </w:r>
            <w:r w:rsidR="00EC3A34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erritory</w:t>
            </w:r>
          </w:p>
        </w:tc>
        <w:tc>
          <w:tcPr>
            <w:tcW w:w="2126" w:type="dxa"/>
          </w:tcPr>
          <w:p w14:paraId="54D31DB4" w14:textId="55BF461F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106 (6.1%)</w:t>
            </w:r>
          </w:p>
        </w:tc>
        <w:tc>
          <w:tcPr>
            <w:tcW w:w="2268" w:type="dxa"/>
          </w:tcPr>
          <w:p w14:paraId="422764C6" w14:textId="25F1F3EC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 (6.6%)</w:t>
            </w:r>
          </w:p>
        </w:tc>
        <w:tc>
          <w:tcPr>
            <w:tcW w:w="2126" w:type="dxa"/>
          </w:tcPr>
          <w:p w14:paraId="7C51C65C" w14:textId="4E276459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92 (6.0%)</w:t>
            </w:r>
          </w:p>
        </w:tc>
        <w:tc>
          <w:tcPr>
            <w:tcW w:w="1559" w:type="dxa"/>
          </w:tcPr>
          <w:p w14:paraId="6833ADBB" w14:textId="77777777" w:rsidR="008A6602" w:rsidRPr="007A44DD" w:rsidRDefault="008A6602" w:rsidP="008A660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8A6602" w:rsidRPr="007A44DD" w14:paraId="316F1B76" w14:textId="77777777" w:rsidTr="007A44DD">
        <w:tc>
          <w:tcPr>
            <w:tcW w:w="5529" w:type="dxa"/>
          </w:tcPr>
          <w:p w14:paraId="63A2ACA9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72C6AF86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284</w:t>
            </w:r>
          </w:p>
        </w:tc>
        <w:tc>
          <w:tcPr>
            <w:tcW w:w="2268" w:type="dxa"/>
          </w:tcPr>
          <w:p w14:paraId="4B48A99B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96</w:t>
            </w:r>
          </w:p>
        </w:tc>
        <w:tc>
          <w:tcPr>
            <w:tcW w:w="2126" w:type="dxa"/>
          </w:tcPr>
          <w:p w14:paraId="3D9F77F3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188</w:t>
            </w:r>
          </w:p>
        </w:tc>
        <w:tc>
          <w:tcPr>
            <w:tcW w:w="1559" w:type="dxa"/>
          </w:tcPr>
          <w:p w14:paraId="29C97A8C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A6602" w:rsidRPr="007A44DD" w14:paraId="4C855C36" w14:textId="77777777" w:rsidTr="007A44DD">
        <w:tc>
          <w:tcPr>
            <w:tcW w:w="5529" w:type="dxa"/>
          </w:tcPr>
          <w:p w14:paraId="0E7D461A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Prenatal tobacco or nicotine use</w:t>
            </w:r>
          </w:p>
        </w:tc>
        <w:tc>
          <w:tcPr>
            <w:tcW w:w="2126" w:type="dxa"/>
          </w:tcPr>
          <w:p w14:paraId="76F70AD0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6D6AE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46BAA2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72C893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0.014</w:t>
            </w:r>
          </w:p>
        </w:tc>
      </w:tr>
      <w:tr w:rsidR="008A6602" w:rsidRPr="007A44DD" w14:paraId="65E47236" w14:textId="77777777" w:rsidTr="007A44DD">
        <w:tc>
          <w:tcPr>
            <w:tcW w:w="5529" w:type="dxa"/>
          </w:tcPr>
          <w:p w14:paraId="332F4EEC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</w:t>
            </w:r>
          </w:p>
        </w:tc>
        <w:tc>
          <w:tcPr>
            <w:tcW w:w="2126" w:type="dxa"/>
          </w:tcPr>
          <w:p w14:paraId="38F37C44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1477 (95.4%)</w:t>
            </w:r>
          </w:p>
        </w:tc>
        <w:tc>
          <w:tcPr>
            <w:tcW w:w="2268" w:type="dxa"/>
          </w:tcPr>
          <w:p w14:paraId="6FF30FF2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198 (92.1%)</w:t>
            </w:r>
          </w:p>
        </w:tc>
        <w:tc>
          <w:tcPr>
            <w:tcW w:w="2126" w:type="dxa"/>
          </w:tcPr>
          <w:p w14:paraId="5AB7AF8C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1279 (95.9%)</w:t>
            </w:r>
          </w:p>
        </w:tc>
        <w:tc>
          <w:tcPr>
            <w:tcW w:w="1559" w:type="dxa"/>
          </w:tcPr>
          <w:p w14:paraId="53D678C8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A6602" w:rsidRPr="007A44DD" w14:paraId="42FCEE8F" w14:textId="77777777" w:rsidTr="007A44DD">
        <w:tc>
          <w:tcPr>
            <w:tcW w:w="5529" w:type="dxa"/>
          </w:tcPr>
          <w:p w14:paraId="07FE6E7E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Yes</w:t>
            </w:r>
          </w:p>
        </w:tc>
        <w:tc>
          <w:tcPr>
            <w:tcW w:w="2126" w:type="dxa"/>
          </w:tcPr>
          <w:p w14:paraId="46E18854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72 (4.6%)</w:t>
            </w:r>
          </w:p>
        </w:tc>
        <w:tc>
          <w:tcPr>
            <w:tcW w:w="2268" w:type="dxa"/>
          </w:tcPr>
          <w:p w14:paraId="5537CCF7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 (7.9%)</w:t>
            </w:r>
          </w:p>
        </w:tc>
        <w:tc>
          <w:tcPr>
            <w:tcW w:w="2126" w:type="dxa"/>
          </w:tcPr>
          <w:p w14:paraId="58BF0063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55 (4.1%)</w:t>
            </w:r>
          </w:p>
        </w:tc>
        <w:tc>
          <w:tcPr>
            <w:tcW w:w="1559" w:type="dxa"/>
          </w:tcPr>
          <w:p w14:paraId="327EBBF2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A6602" w:rsidRPr="007A44DD" w14:paraId="705FA324" w14:textId="77777777" w:rsidTr="007A44DD">
        <w:tc>
          <w:tcPr>
            <w:tcW w:w="5529" w:type="dxa"/>
          </w:tcPr>
          <w:p w14:paraId="7C58ADE6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71145B78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487</w:t>
            </w:r>
          </w:p>
        </w:tc>
        <w:tc>
          <w:tcPr>
            <w:tcW w:w="2268" w:type="dxa"/>
          </w:tcPr>
          <w:p w14:paraId="350601CE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92</w:t>
            </w:r>
          </w:p>
        </w:tc>
        <w:tc>
          <w:tcPr>
            <w:tcW w:w="2126" w:type="dxa"/>
          </w:tcPr>
          <w:p w14:paraId="42801560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</w:tcPr>
          <w:p w14:paraId="46C0E009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A6602" w:rsidRPr="007A44DD" w14:paraId="6D93C708" w14:textId="77777777" w:rsidTr="007A44DD">
        <w:tc>
          <w:tcPr>
            <w:tcW w:w="5529" w:type="dxa"/>
          </w:tcPr>
          <w:p w14:paraId="20028F2C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Weight change during pregnancy category (based on 2009 IOM recommendation)</w:t>
            </w:r>
          </w:p>
        </w:tc>
        <w:tc>
          <w:tcPr>
            <w:tcW w:w="2126" w:type="dxa"/>
          </w:tcPr>
          <w:p w14:paraId="1D3B3E76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D8068B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7FB585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463A3E8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0.35</w:t>
            </w:r>
          </w:p>
        </w:tc>
      </w:tr>
      <w:tr w:rsidR="008A6602" w:rsidRPr="007A44DD" w14:paraId="138B99FA" w14:textId="77777777" w:rsidTr="007A44DD">
        <w:tc>
          <w:tcPr>
            <w:tcW w:w="5529" w:type="dxa"/>
          </w:tcPr>
          <w:p w14:paraId="5947703F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lastRenderedPageBreak/>
              <w:t xml:space="preserve">   Gained less than recommended</w:t>
            </w:r>
          </w:p>
        </w:tc>
        <w:tc>
          <w:tcPr>
            <w:tcW w:w="2126" w:type="dxa"/>
          </w:tcPr>
          <w:p w14:paraId="24AA01EC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330 (26.5%)</w:t>
            </w:r>
          </w:p>
        </w:tc>
        <w:tc>
          <w:tcPr>
            <w:tcW w:w="2268" w:type="dxa"/>
          </w:tcPr>
          <w:p w14:paraId="291876D4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37 (32.2%)</w:t>
            </w:r>
          </w:p>
        </w:tc>
        <w:tc>
          <w:tcPr>
            <w:tcW w:w="2126" w:type="dxa"/>
          </w:tcPr>
          <w:p w14:paraId="2A93706B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293 (25.9%)</w:t>
            </w:r>
          </w:p>
        </w:tc>
        <w:tc>
          <w:tcPr>
            <w:tcW w:w="1559" w:type="dxa"/>
          </w:tcPr>
          <w:p w14:paraId="754C84B2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A6602" w:rsidRPr="007A44DD" w14:paraId="04505CEC" w14:textId="77777777" w:rsidTr="007A44DD">
        <w:tc>
          <w:tcPr>
            <w:tcW w:w="5529" w:type="dxa"/>
          </w:tcPr>
          <w:p w14:paraId="6D9EC24A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Met the recommendation</w:t>
            </w:r>
          </w:p>
        </w:tc>
        <w:tc>
          <w:tcPr>
            <w:tcW w:w="2126" w:type="dxa"/>
          </w:tcPr>
          <w:p w14:paraId="7E90931B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340 (27.3%)</w:t>
            </w:r>
          </w:p>
        </w:tc>
        <w:tc>
          <w:tcPr>
            <w:tcW w:w="2268" w:type="dxa"/>
          </w:tcPr>
          <w:p w14:paraId="0B686753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29 (25.2%)</w:t>
            </w:r>
          </w:p>
        </w:tc>
        <w:tc>
          <w:tcPr>
            <w:tcW w:w="2126" w:type="dxa"/>
          </w:tcPr>
          <w:p w14:paraId="3F50A003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311 (27.5%)</w:t>
            </w:r>
          </w:p>
        </w:tc>
        <w:tc>
          <w:tcPr>
            <w:tcW w:w="1559" w:type="dxa"/>
          </w:tcPr>
          <w:p w14:paraId="13176A29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A6602" w:rsidRPr="007A44DD" w14:paraId="3DC2648E" w14:textId="77777777" w:rsidTr="007A44DD">
        <w:tc>
          <w:tcPr>
            <w:tcW w:w="5529" w:type="dxa"/>
          </w:tcPr>
          <w:p w14:paraId="1A097BCA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Gained more than recommended</w:t>
            </w:r>
          </w:p>
        </w:tc>
        <w:tc>
          <w:tcPr>
            <w:tcW w:w="2126" w:type="dxa"/>
          </w:tcPr>
          <w:p w14:paraId="78DEB4BE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576 (46.2%)</w:t>
            </w:r>
          </w:p>
        </w:tc>
        <w:tc>
          <w:tcPr>
            <w:tcW w:w="2268" w:type="dxa"/>
          </w:tcPr>
          <w:p w14:paraId="12C8DE5A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49 (42.6%)</w:t>
            </w:r>
          </w:p>
        </w:tc>
        <w:tc>
          <w:tcPr>
            <w:tcW w:w="2126" w:type="dxa"/>
          </w:tcPr>
          <w:p w14:paraId="3F06E9F4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527 (46.6%)</w:t>
            </w:r>
          </w:p>
        </w:tc>
        <w:tc>
          <w:tcPr>
            <w:tcW w:w="1559" w:type="dxa"/>
          </w:tcPr>
          <w:p w14:paraId="074A0585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A6602" w:rsidRPr="007A44DD" w14:paraId="3F2590B9" w14:textId="77777777" w:rsidTr="007A44DD">
        <w:tc>
          <w:tcPr>
            <w:tcW w:w="5529" w:type="dxa"/>
          </w:tcPr>
          <w:p w14:paraId="65987FFD" w14:textId="77777777" w:rsidR="008A6602" w:rsidRPr="007A44DD" w:rsidRDefault="008A6602" w:rsidP="008A6602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2672F609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790</w:t>
            </w:r>
          </w:p>
        </w:tc>
        <w:tc>
          <w:tcPr>
            <w:tcW w:w="2268" w:type="dxa"/>
          </w:tcPr>
          <w:p w14:paraId="23558B0B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192</w:t>
            </w:r>
          </w:p>
        </w:tc>
        <w:tc>
          <w:tcPr>
            <w:tcW w:w="2126" w:type="dxa"/>
          </w:tcPr>
          <w:p w14:paraId="23C3DB52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598</w:t>
            </w:r>
          </w:p>
        </w:tc>
        <w:tc>
          <w:tcPr>
            <w:tcW w:w="1559" w:type="dxa"/>
          </w:tcPr>
          <w:p w14:paraId="2BC1A6B7" w14:textId="77777777" w:rsidR="008A6602" w:rsidRPr="007A44DD" w:rsidRDefault="008A6602" w:rsidP="008A660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7F49DA02" w14:textId="77777777" w:rsidR="0077579D" w:rsidRPr="00290EDC" w:rsidRDefault="0077579D" w:rsidP="00290EDC">
      <w:pPr>
        <w:spacing w:after="0" w:line="240" w:lineRule="auto"/>
        <w:ind w:left="720"/>
        <w:rPr>
          <w:rFonts w:cs="Times New Roman"/>
          <w:sz w:val="22"/>
        </w:rPr>
      </w:pPr>
      <w:r w:rsidRPr="00290EDC">
        <w:rPr>
          <w:rFonts w:cs="Times New Roman"/>
          <w:i/>
          <w:sz w:val="22"/>
        </w:rPr>
        <w:t>Values are n (%) unless otherwise indicated. p-values compare the never-breastfed and ever-breastfed groups within each sample. NH = non-Hispanic; IQR = interquartile range; IOM = Institute of Medicine. Cell counts displayed as &lt;5, &lt;25, or &lt;45 reflect data suppression in the source table.</w:t>
      </w:r>
    </w:p>
    <w:p w14:paraId="5F8AA89D" w14:textId="6D46ABE3" w:rsidR="00612A8A" w:rsidRPr="00290EDC" w:rsidRDefault="00612A8A" w:rsidP="00290EDC">
      <w:pPr>
        <w:spacing w:after="0" w:line="240" w:lineRule="auto"/>
        <w:ind w:left="720"/>
        <w:rPr>
          <w:rFonts w:cs="Times New Roman"/>
          <w:i/>
          <w:sz w:val="22"/>
        </w:rPr>
      </w:pPr>
      <w:r w:rsidRPr="00290EDC">
        <w:rPr>
          <w:rFonts w:cs="Times New Roman"/>
          <w:i/>
          <w:sz w:val="22"/>
          <w:vertAlign w:val="superscript"/>
        </w:rPr>
        <w:t xml:space="preserve">1 </w:t>
      </w:r>
      <w:r w:rsidRPr="00290EDC">
        <w:rPr>
          <w:rFonts w:cs="Times New Roman"/>
          <w:i/>
          <w:sz w:val="22"/>
        </w:rPr>
        <w:t>p-values derived from the Wilcoxon rank sum tests or chi-squared tests</w:t>
      </w:r>
    </w:p>
    <w:p w14:paraId="65736739" w14:textId="1CBDA14B" w:rsidR="00612A8A" w:rsidRDefault="00612A8A" w:rsidP="00290EDC">
      <w:pPr>
        <w:spacing w:after="0" w:line="240" w:lineRule="auto"/>
        <w:ind w:left="720"/>
        <w:rPr>
          <w:rFonts w:cs="Times New Roman"/>
          <w:i/>
          <w:sz w:val="24"/>
          <w:szCs w:val="24"/>
        </w:rPr>
      </w:pPr>
      <w:r w:rsidRPr="00290EDC">
        <w:rPr>
          <w:rFonts w:cs="Times New Roman"/>
          <w:i/>
          <w:sz w:val="22"/>
          <w:vertAlign w:val="superscript"/>
        </w:rPr>
        <w:t xml:space="preserve">2 </w:t>
      </w:r>
      <w:r w:rsidR="0077579D" w:rsidRPr="00290EDC">
        <w:rPr>
          <w:rFonts w:cs="Times New Roman"/>
          <w:i/>
          <w:sz w:val="22"/>
        </w:rPr>
        <w:t xml:space="preserve">Other race category includes American Indian or Alaska Native, Asian Indian, Other Asian (Chinese, Filipino, Japanese, etc.), Native Hawaiian or other Pacific Islander, </w:t>
      </w:r>
      <w:r w:rsidR="00F819C7" w:rsidRPr="00290EDC">
        <w:rPr>
          <w:rFonts w:cs="Times New Roman"/>
          <w:i/>
          <w:sz w:val="22"/>
        </w:rPr>
        <w:t xml:space="preserve">or other race not listed, </w:t>
      </w:r>
      <w:r w:rsidR="0077579D" w:rsidRPr="00290EDC">
        <w:rPr>
          <w:rFonts w:cs="Times New Roman"/>
          <w:i/>
          <w:sz w:val="22"/>
        </w:rPr>
        <w:t>and those who reported multiple race categories</w:t>
      </w:r>
      <w:r w:rsidRPr="00290EDC">
        <w:rPr>
          <w:rFonts w:cs="Times New Roman"/>
          <w:i/>
          <w:sz w:val="22"/>
        </w:rPr>
        <w:t>.</w:t>
      </w:r>
    </w:p>
    <w:p w14:paraId="31931336" w14:textId="77777777" w:rsidR="0077579D" w:rsidRDefault="0077579D" w:rsidP="00612A8A">
      <w:pPr>
        <w:spacing w:after="0" w:line="240" w:lineRule="auto"/>
        <w:ind w:left="720"/>
        <w:rPr>
          <w:rFonts w:cs="Times New Roman"/>
          <w:i/>
          <w:sz w:val="24"/>
          <w:szCs w:val="24"/>
        </w:rPr>
      </w:pPr>
    </w:p>
    <w:p w14:paraId="38439D3E" w14:textId="77777777" w:rsidR="0077579D" w:rsidRDefault="0077579D" w:rsidP="00612A8A">
      <w:pPr>
        <w:spacing w:after="0" w:line="240" w:lineRule="auto"/>
        <w:ind w:left="720"/>
        <w:rPr>
          <w:rFonts w:cs="Times New Roman"/>
          <w:i/>
          <w:sz w:val="24"/>
          <w:szCs w:val="24"/>
        </w:rPr>
      </w:pPr>
    </w:p>
    <w:p w14:paraId="12D3F236" w14:textId="77777777" w:rsidR="00B87CB7" w:rsidRPr="007A44DD" w:rsidRDefault="00B87CB7">
      <w:pPr>
        <w:rPr>
          <w:rFonts w:cs="Times New Roman"/>
          <w:sz w:val="24"/>
          <w:szCs w:val="24"/>
        </w:rPr>
      </w:pPr>
    </w:p>
    <w:p w14:paraId="32CA3A66" w14:textId="77777777" w:rsidR="00290EDC" w:rsidRDefault="00290EDC">
      <w:pPr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14:paraId="67FFB876" w14:textId="7EA59ECE" w:rsidR="00B87CB7" w:rsidRPr="007A44DD" w:rsidRDefault="006769D6" w:rsidP="00290EDC">
      <w:pPr>
        <w:ind w:left="72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t>1</w:t>
      </w:r>
      <w:r w:rsidRPr="007A44DD">
        <w:rPr>
          <w:rFonts w:cs="Times New Roman"/>
          <w:b/>
          <w:bCs/>
          <w:sz w:val="24"/>
          <w:szCs w:val="24"/>
        </w:rPr>
        <w:t>D. Subsample with mental health data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387"/>
        <w:gridCol w:w="2126"/>
        <w:gridCol w:w="2268"/>
        <w:gridCol w:w="2126"/>
        <w:gridCol w:w="1559"/>
      </w:tblGrid>
      <w:tr w:rsidR="00B87CB7" w:rsidRPr="007A44DD" w14:paraId="6F0CFE8A" w14:textId="77777777" w:rsidTr="007A44DD">
        <w:tc>
          <w:tcPr>
            <w:tcW w:w="5387" w:type="dxa"/>
          </w:tcPr>
          <w:p w14:paraId="58548592" w14:textId="77777777" w:rsidR="00B87CB7" w:rsidRPr="007A44DD" w:rsidRDefault="00000000" w:rsidP="0077579D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Factor</w:t>
            </w:r>
          </w:p>
        </w:tc>
        <w:tc>
          <w:tcPr>
            <w:tcW w:w="2126" w:type="dxa"/>
          </w:tcPr>
          <w:p w14:paraId="3D9511C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Overall</w:t>
            </w:r>
          </w:p>
        </w:tc>
        <w:tc>
          <w:tcPr>
            <w:tcW w:w="2268" w:type="dxa"/>
          </w:tcPr>
          <w:p w14:paraId="1AD89E3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Never breastfed</w:t>
            </w:r>
          </w:p>
        </w:tc>
        <w:tc>
          <w:tcPr>
            <w:tcW w:w="2126" w:type="dxa"/>
          </w:tcPr>
          <w:p w14:paraId="0339AAE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Ever breastfed</w:t>
            </w:r>
          </w:p>
        </w:tc>
        <w:tc>
          <w:tcPr>
            <w:tcW w:w="1559" w:type="dxa"/>
          </w:tcPr>
          <w:p w14:paraId="565DFF03" w14:textId="2029629D" w:rsidR="00B87CB7" w:rsidRPr="00352806" w:rsidRDefault="00000000">
            <w:pPr>
              <w:jc w:val="center"/>
              <w:rPr>
                <w:rFonts w:cs="Times New Roman"/>
                <w:sz w:val="24"/>
                <w:szCs w:val="24"/>
                <w:vertAlign w:val="superscript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p-value</w:t>
            </w:r>
            <w:r w:rsidR="00352806">
              <w:rPr>
                <w:rFonts w:cs="Times New Roman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B87CB7" w:rsidRPr="007A44DD" w14:paraId="691E70E2" w14:textId="77777777" w:rsidTr="007A44DD">
        <w:tc>
          <w:tcPr>
            <w:tcW w:w="5387" w:type="dxa"/>
          </w:tcPr>
          <w:p w14:paraId="608DECEA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N</w:t>
            </w:r>
          </w:p>
        </w:tc>
        <w:tc>
          <w:tcPr>
            <w:tcW w:w="2126" w:type="dxa"/>
          </w:tcPr>
          <w:p w14:paraId="3FC6C5B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4074</w:t>
            </w:r>
          </w:p>
        </w:tc>
        <w:tc>
          <w:tcPr>
            <w:tcW w:w="2268" w:type="dxa"/>
          </w:tcPr>
          <w:p w14:paraId="479BEF39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410</w:t>
            </w:r>
          </w:p>
        </w:tc>
        <w:tc>
          <w:tcPr>
            <w:tcW w:w="2126" w:type="dxa"/>
          </w:tcPr>
          <w:p w14:paraId="44352D35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3664</w:t>
            </w:r>
          </w:p>
        </w:tc>
        <w:tc>
          <w:tcPr>
            <w:tcW w:w="1559" w:type="dxa"/>
          </w:tcPr>
          <w:p w14:paraId="47141961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A66013" w14:paraId="5BF8F35F" w14:textId="77777777" w:rsidTr="007A44DD">
        <w:tc>
          <w:tcPr>
            <w:tcW w:w="5387" w:type="dxa"/>
          </w:tcPr>
          <w:p w14:paraId="4FDD755A" w14:textId="77777777" w:rsidR="00B87CB7" w:rsidRPr="00A66013" w:rsidRDefault="00000000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A66013">
              <w:rPr>
                <w:rFonts w:cs="Times New Roman"/>
                <w:b/>
                <w:bCs/>
                <w:sz w:val="24"/>
                <w:szCs w:val="24"/>
              </w:rPr>
              <w:t>Maternal age at birth, median (IQR)</w:t>
            </w:r>
          </w:p>
        </w:tc>
        <w:tc>
          <w:tcPr>
            <w:tcW w:w="2126" w:type="dxa"/>
          </w:tcPr>
          <w:p w14:paraId="7DEBE312" w14:textId="77777777" w:rsidR="00B87CB7" w:rsidRPr="00A66013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30.8 (27.1, 34.1)</w:t>
            </w:r>
          </w:p>
        </w:tc>
        <w:tc>
          <w:tcPr>
            <w:tcW w:w="2268" w:type="dxa"/>
          </w:tcPr>
          <w:p w14:paraId="5D732086" w14:textId="77777777" w:rsidR="00B87CB7" w:rsidRPr="00A66013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29.4 (25.7, 34.3)</w:t>
            </w:r>
          </w:p>
        </w:tc>
        <w:tc>
          <w:tcPr>
            <w:tcW w:w="2126" w:type="dxa"/>
          </w:tcPr>
          <w:p w14:paraId="24B39F9B" w14:textId="77777777" w:rsidR="00B87CB7" w:rsidRPr="00A66013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30.9 (27.3, 34.1)</w:t>
            </w:r>
          </w:p>
        </w:tc>
        <w:tc>
          <w:tcPr>
            <w:tcW w:w="1559" w:type="dxa"/>
          </w:tcPr>
          <w:p w14:paraId="19FEB881" w14:textId="77777777" w:rsidR="00B87CB7" w:rsidRPr="00A66013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A66013" w:rsidRPr="007A44DD" w14:paraId="6BA65A63" w14:textId="77777777" w:rsidTr="00BC75A7">
        <w:tc>
          <w:tcPr>
            <w:tcW w:w="5387" w:type="dxa"/>
          </w:tcPr>
          <w:p w14:paraId="5C9A608F" w14:textId="77777777" w:rsidR="00A66013" w:rsidRPr="007A44DD" w:rsidRDefault="00A66013" w:rsidP="00BC75A7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297733EE" w14:textId="77777777" w:rsidR="00A66013" w:rsidRPr="00A66013" w:rsidRDefault="00A66013" w:rsidP="00BC75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5D0FED1A" w14:textId="77777777" w:rsidR="00A66013" w:rsidRPr="00A66013" w:rsidRDefault="00A66013" w:rsidP="00BC75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4707EEC3" w14:textId="77777777" w:rsidR="00A66013" w:rsidRPr="00A66013" w:rsidRDefault="00A66013" w:rsidP="00BC75A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65F9365" w14:textId="77777777" w:rsidR="00A66013" w:rsidRPr="00A66013" w:rsidRDefault="00A66013" w:rsidP="00BC75A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66013" w:rsidRPr="00A66013" w14:paraId="1FDE48C0" w14:textId="77777777" w:rsidTr="007A44DD">
        <w:tc>
          <w:tcPr>
            <w:tcW w:w="5387" w:type="dxa"/>
          </w:tcPr>
          <w:p w14:paraId="75E25895" w14:textId="77DB7352" w:rsidR="00A66013" w:rsidRPr="00A66013" w:rsidRDefault="00A66013" w:rsidP="00A6601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A66013">
              <w:rPr>
                <w:rFonts w:cs="Times New Roman"/>
                <w:b/>
                <w:bCs/>
                <w:sz w:val="24"/>
                <w:szCs w:val="24"/>
              </w:rPr>
              <w:t>Year of birth, median (IQR)</w:t>
            </w:r>
          </w:p>
        </w:tc>
        <w:tc>
          <w:tcPr>
            <w:tcW w:w="2126" w:type="dxa"/>
          </w:tcPr>
          <w:p w14:paraId="076D48D0" w14:textId="38E3F8B7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2019 (2017, 2022)</w:t>
            </w:r>
          </w:p>
        </w:tc>
        <w:tc>
          <w:tcPr>
            <w:tcW w:w="2268" w:type="dxa"/>
          </w:tcPr>
          <w:p w14:paraId="068F10A2" w14:textId="1CC95BED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2021 (2019, 2022)</w:t>
            </w:r>
          </w:p>
        </w:tc>
        <w:tc>
          <w:tcPr>
            <w:tcW w:w="2126" w:type="dxa"/>
          </w:tcPr>
          <w:p w14:paraId="397DCBC0" w14:textId="73D84599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2019 (2017, 2022)</w:t>
            </w:r>
          </w:p>
        </w:tc>
        <w:tc>
          <w:tcPr>
            <w:tcW w:w="1559" w:type="dxa"/>
          </w:tcPr>
          <w:p w14:paraId="29FE67BB" w14:textId="4AF2E8C1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A66013" w:rsidRPr="007A44DD" w14:paraId="15D82881" w14:textId="77777777" w:rsidTr="007A44DD">
        <w:tc>
          <w:tcPr>
            <w:tcW w:w="5387" w:type="dxa"/>
          </w:tcPr>
          <w:p w14:paraId="68F337EA" w14:textId="63D81CC9" w:rsidR="00A66013" w:rsidRPr="007A44DD" w:rsidRDefault="00A66013" w:rsidP="00A66013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55B4F941" w14:textId="74D541B4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1ACB0603" w14:textId="34468BCE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14:paraId="79B25AEE" w14:textId="116E2997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A57655B" w14:textId="77777777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66013" w:rsidRPr="00A66013" w14:paraId="032A26D1" w14:textId="77777777" w:rsidTr="007A44DD">
        <w:tc>
          <w:tcPr>
            <w:tcW w:w="5387" w:type="dxa"/>
          </w:tcPr>
          <w:p w14:paraId="6D2D4593" w14:textId="4A3E51D5" w:rsidR="00A66013" w:rsidRPr="00A66013" w:rsidRDefault="00A66013" w:rsidP="00A66013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A66013">
              <w:rPr>
                <w:rFonts w:cs="Times New Roman"/>
                <w:b/>
                <w:bCs/>
                <w:sz w:val="24"/>
                <w:szCs w:val="24"/>
              </w:rPr>
              <w:t>Year of birth, median (range)</w:t>
            </w:r>
          </w:p>
        </w:tc>
        <w:tc>
          <w:tcPr>
            <w:tcW w:w="2126" w:type="dxa"/>
          </w:tcPr>
          <w:p w14:paraId="7CD2FDB4" w14:textId="53D63943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2019 (2008, 2023)</w:t>
            </w:r>
          </w:p>
        </w:tc>
        <w:tc>
          <w:tcPr>
            <w:tcW w:w="2268" w:type="dxa"/>
          </w:tcPr>
          <w:p w14:paraId="455BD269" w14:textId="5C5F93DC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2021 (2011, 2023)</w:t>
            </w:r>
          </w:p>
        </w:tc>
        <w:tc>
          <w:tcPr>
            <w:tcW w:w="2126" w:type="dxa"/>
          </w:tcPr>
          <w:p w14:paraId="6EA3CEE6" w14:textId="59B83490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2019 (2008, 2023)</w:t>
            </w:r>
          </w:p>
        </w:tc>
        <w:tc>
          <w:tcPr>
            <w:tcW w:w="1559" w:type="dxa"/>
          </w:tcPr>
          <w:p w14:paraId="1D4535B5" w14:textId="0AC569C2" w:rsidR="00A66013" w:rsidRPr="00A66013" w:rsidRDefault="00A66013" w:rsidP="00A6601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66013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B87CB7" w:rsidRPr="007A44DD" w14:paraId="09000877" w14:textId="77777777" w:rsidTr="007A44DD">
        <w:tc>
          <w:tcPr>
            <w:tcW w:w="5387" w:type="dxa"/>
          </w:tcPr>
          <w:p w14:paraId="4D43D761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Race/Ethnicity</w:t>
            </w:r>
          </w:p>
        </w:tc>
        <w:tc>
          <w:tcPr>
            <w:tcW w:w="2126" w:type="dxa"/>
          </w:tcPr>
          <w:p w14:paraId="3EAA86B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FE2811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53E000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C5595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223BE3" w:rsidRPr="007A44DD" w14:paraId="50DAA5E2" w14:textId="77777777" w:rsidTr="00FD5E90">
        <w:tc>
          <w:tcPr>
            <w:tcW w:w="5387" w:type="dxa"/>
          </w:tcPr>
          <w:p w14:paraId="63CA63D1" w14:textId="77777777" w:rsidR="00223BE3" w:rsidRPr="007A44DD" w:rsidRDefault="00223BE3" w:rsidP="00FD5E9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Hispanic</w:t>
            </w:r>
          </w:p>
        </w:tc>
        <w:tc>
          <w:tcPr>
            <w:tcW w:w="2126" w:type="dxa"/>
          </w:tcPr>
          <w:p w14:paraId="666431D3" w14:textId="77777777" w:rsidR="00223BE3" w:rsidRPr="007A44DD" w:rsidRDefault="00223BE3" w:rsidP="00FD5E9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1207 (29.9%)</w:t>
            </w:r>
          </w:p>
        </w:tc>
        <w:tc>
          <w:tcPr>
            <w:tcW w:w="2268" w:type="dxa"/>
          </w:tcPr>
          <w:p w14:paraId="2CD850E2" w14:textId="77777777" w:rsidR="00223BE3" w:rsidRPr="007A44DD" w:rsidRDefault="00223BE3" w:rsidP="00FD5E9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140 (34.9%)</w:t>
            </w:r>
          </w:p>
        </w:tc>
        <w:tc>
          <w:tcPr>
            <w:tcW w:w="2126" w:type="dxa"/>
          </w:tcPr>
          <w:p w14:paraId="01A3B0CB" w14:textId="77777777" w:rsidR="00223BE3" w:rsidRPr="007A44DD" w:rsidRDefault="00223BE3" w:rsidP="00FD5E9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1067 (29.3%)</w:t>
            </w:r>
          </w:p>
        </w:tc>
        <w:tc>
          <w:tcPr>
            <w:tcW w:w="1559" w:type="dxa"/>
          </w:tcPr>
          <w:p w14:paraId="7FC2022E" w14:textId="77777777" w:rsidR="00223BE3" w:rsidRPr="007A44DD" w:rsidRDefault="00223BE3" w:rsidP="00FD5E90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23BE3" w:rsidRPr="007A44DD" w14:paraId="446920E8" w14:textId="77777777" w:rsidTr="003C77CA">
        <w:tc>
          <w:tcPr>
            <w:tcW w:w="5387" w:type="dxa"/>
          </w:tcPr>
          <w:p w14:paraId="79C44BEA" w14:textId="77777777" w:rsidR="00223BE3" w:rsidRPr="007A44DD" w:rsidRDefault="00223BE3" w:rsidP="003C77CA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White</w:t>
            </w:r>
          </w:p>
        </w:tc>
        <w:tc>
          <w:tcPr>
            <w:tcW w:w="2126" w:type="dxa"/>
          </w:tcPr>
          <w:p w14:paraId="7AA14771" w14:textId="77777777" w:rsidR="00223BE3" w:rsidRPr="007A44DD" w:rsidRDefault="00223BE3" w:rsidP="003C7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1855 (45.9%)</w:t>
            </w:r>
          </w:p>
        </w:tc>
        <w:tc>
          <w:tcPr>
            <w:tcW w:w="2268" w:type="dxa"/>
          </w:tcPr>
          <w:p w14:paraId="183EA893" w14:textId="77777777" w:rsidR="00223BE3" w:rsidRPr="007A44DD" w:rsidRDefault="00223BE3" w:rsidP="003C7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115 (28.7%)</w:t>
            </w:r>
          </w:p>
        </w:tc>
        <w:tc>
          <w:tcPr>
            <w:tcW w:w="2126" w:type="dxa"/>
          </w:tcPr>
          <w:p w14:paraId="36D5BFE2" w14:textId="77777777" w:rsidR="00223BE3" w:rsidRPr="007A44DD" w:rsidRDefault="00223BE3" w:rsidP="003C77C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1740 (47.8%)</w:t>
            </w:r>
          </w:p>
        </w:tc>
        <w:tc>
          <w:tcPr>
            <w:tcW w:w="1559" w:type="dxa"/>
          </w:tcPr>
          <w:p w14:paraId="412F0895" w14:textId="77777777" w:rsidR="00223BE3" w:rsidRPr="007A44DD" w:rsidRDefault="00223BE3" w:rsidP="003C77CA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23BE3" w:rsidRPr="007A44DD" w14:paraId="0A4A21FE" w14:textId="77777777" w:rsidTr="00F557F8">
        <w:tc>
          <w:tcPr>
            <w:tcW w:w="5387" w:type="dxa"/>
          </w:tcPr>
          <w:p w14:paraId="3051571A" w14:textId="77777777" w:rsidR="00223BE3" w:rsidRPr="007A44DD" w:rsidRDefault="00223BE3" w:rsidP="00F557F8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Black</w:t>
            </w:r>
          </w:p>
        </w:tc>
        <w:tc>
          <w:tcPr>
            <w:tcW w:w="2126" w:type="dxa"/>
          </w:tcPr>
          <w:p w14:paraId="3B8754BE" w14:textId="77777777" w:rsidR="00223BE3" w:rsidRPr="007A44DD" w:rsidRDefault="00223BE3" w:rsidP="00F557F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490 (12.1%)</w:t>
            </w:r>
          </w:p>
        </w:tc>
        <w:tc>
          <w:tcPr>
            <w:tcW w:w="2268" w:type="dxa"/>
          </w:tcPr>
          <w:p w14:paraId="51CABDC3" w14:textId="77777777" w:rsidR="00223BE3" w:rsidRPr="007A44DD" w:rsidRDefault="00223BE3" w:rsidP="00F557F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116 (28.9%)</w:t>
            </w:r>
          </w:p>
        </w:tc>
        <w:tc>
          <w:tcPr>
            <w:tcW w:w="2126" w:type="dxa"/>
          </w:tcPr>
          <w:p w14:paraId="69DEB947" w14:textId="77777777" w:rsidR="00223BE3" w:rsidRPr="007A44DD" w:rsidRDefault="00223BE3" w:rsidP="00F557F8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374 (10.3%)</w:t>
            </w:r>
          </w:p>
        </w:tc>
        <w:tc>
          <w:tcPr>
            <w:tcW w:w="1559" w:type="dxa"/>
          </w:tcPr>
          <w:p w14:paraId="2076D806" w14:textId="77777777" w:rsidR="00223BE3" w:rsidRPr="007A44DD" w:rsidRDefault="00223BE3" w:rsidP="00F557F8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23BE3" w:rsidRPr="007A44DD" w14:paraId="64A2ED46" w14:textId="77777777" w:rsidTr="00F123C3">
        <w:tc>
          <w:tcPr>
            <w:tcW w:w="5387" w:type="dxa"/>
          </w:tcPr>
          <w:p w14:paraId="5A329000" w14:textId="6EB8D9FA" w:rsidR="00223BE3" w:rsidRPr="00352806" w:rsidRDefault="00223BE3" w:rsidP="00F123C3">
            <w:pPr>
              <w:rPr>
                <w:rFonts w:cs="Times New Roman"/>
                <w:sz w:val="24"/>
                <w:szCs w:val="24"/>
                <w:vertAlign w:val="superscript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NH Asian</w:t>
            </w:r>
            <w:r>
              <w:rPr>
                <w:rFonts w:cs="Times New Roman"/>
                <w:sz w:val="24"/>
                <w:szCs w:val="24"/>
              </w:rPr>
              <w:t>/</w:t>
            </w:r>
            <w:r w:rsidRPr="007A44DD">
              <w:rPr>
                <w:rFonts w:cs="Times New Roman"/>
                <w:sz w:val="24"/>
                <w:szCs w:val="24"/>
              </w:rPr>
              <w:t>Other</w:t>
            </w:r>
            <w:r w:rsidR="00352806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60CB3A52" w14:textId="5A5A3AA2" w:rsidR="00223BE3" w:rsidRPr="007A44DD" w:rsidRDefault="00223BE3" w:rsidP="00F123C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486</w:t>
            </w:r>
            <w:r w:rsidRPr="007A44DD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12.1</w:t>
            </w:r>
            <w:r w:rsidRPr="007A44DD">
              <w:rPr>
                <w:rFonts w:cs="Times New Roman"/>
                <w:sz w:val="24"/>
                <w:szCs w:val="24"/>
              </w:rPr>
              <w:t>%)</w:t>
            </w:r>
          </w:p>
        </w:tc>
        <w:tc>
          <w:tcPr>
            <w:tcW w:w="2268" w:type="dxa"/>
          </w:tcPr>
          <w:p w14:paraId="6F895253" w14:textId="1F5B1D8B" w:rsidR="00223BE3" w:rsidRPr="007A44DD" w:rsidRDefault="00223BE3" w:rsidP="00F123C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  <w:r w:rsidRPr="007A44DD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7A44DD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4</w:t>
            </w:r>
            <w:r w:rsidRPr="007A44DD">
              <w:rPr>
                <w:rFonts w:cs="Times New Roman"/>
                <w:sz w:val="24"/>
                <w:szCs w:val="24"/>
              </w:rPr>
              <w:t>%)</w:t>
            </w:r>
          </w:p>
        </w:tc>
        <w:tc>
          <w:tcPr>
            <w:tcW w:w="2126" w:type="dxa"/>
          </w:tcPr>
          <w:p w14:paraId="022821A2" w14:textId="17D606B6" w:rsidR="00223BE3" w:rsidRPr="007A44DD" w:rsidRDefault="00223BE3" w:rsidP="00F123C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456</w:t>
            </w:r>
            <w:r w:rsidRPr="007A44DD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12.5</w:t>
            </w:r>
            <w:r w:rsidRPr="007A44DD">
              <w:rPr>
                <w:rFonts w:cs="Times New Roman"/>
                <w:sz w:val="24"/>
                <w:szCs w:val="24"/>
              </w:rPr>
              <w:t>%)</w:t>
            </w:r>
          </w:p>
        </w:tc>
        <w:tc>
          <w:tcPr>
            <w:tcW w:w="1559" w:type="dxa"/>
          </w:tcPr>
          <w:p w14:paraId="589EF17B" w14:textId="77777777" w:rsidR="00223BE3" w:rsidRPr="007A44DD" w:rsidRDefault="00223BE3" w:rsidP="00F123C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C145D16" w14:textId="77777777" w:rsidTr="007A44DD">
        <w:tc>
          <w:tcPr>
            <w:tcW w:w="5387" w:type="dxa"/>
          </w:tcPr>
          <w:p w14:paraId="323F6ECD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468A6FF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14:paraId="47F600C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14:paraId="43883539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14:paraId="5B6E9343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146F8E8C" w14:textId="77777777" w:rsidTr="007A44DD">
        <w:tc>
          <w:tcPr>
            <w:tcW w:w="5387" w:type="dxa"/>
          </w:tcPr>
          <w:p w14:paraId="7443F679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Maternal Education</w:t>
            </w:r>
          </w:p>
        </w:tc>
        <w:tc>
          <w:tcPr>
            <w:tcW w:w="2126" w:type="dxa"/>
          </w:tcPr>
          <w:p w14:paraId="6E5365DB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7783F7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0E4284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1AAD1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1FD7A34C" w14:textId="77777777" w:rsidTr="007A44DD">
        <w:tc>
          <w:tcPr>
            <w:tcW w:w="5387" w:type="dxa"/>
          </w:tcPr>
          <w:p w14:paraId="16BC4B02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Less than high school</w:t>
            </w:r>
          </w:p>
        </w:tc>
        <w:tc>
          <w:tcPr>
            <w:tcW w:w="2126" w:type="dxa"/>
          </w:tcPr>
          <w:p w14:paraId="50963D67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183 (4.6%)</w:t>
            </w:r>
          </w:p>
        </w:tc>
        <w:tc>
          <w:tcPr>
            <w:tcW w:w="2268" w:type="dxa"/>
          </w:tcPr>
          <w:p w14:paraId="2EBE82AB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50 (12.9%)</w:t>
            </w:r>
          </w:p>
        </w:tc>
        <w:tc>
          <w:tcPr>
            <w:tcW w:w="2126" w:type="dxa"/>
          </w:tcPr>
          <w:p w14:paraId="5DA7A353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133 (3.7%)</w:t>
            </w:r>
          </w:p>
        </w:tc>
        <w:tc>
          <w:tcPr>
            <w:tcW w:w="1559" w:type="dxa"/>
          </w:tcPr>
          <w:p w14:paraId="033192C1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0133814E" w14:textId="77777777" w:rsidTr="007A44DD">
        <w:tc>
          <w:tcPr>
            <w:tcW w:w="5387" w:type="dxa"/>
          </w:tcPr>
          <w:p w14:paraId="2EA06265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HS degree, GED or equivalent</w:t>
            </w:r>
          </w:p>
        </w:tc>
        <w:tc>
          <w:tcPr>
            <w:tcW w:w="2126" w:type="dxa"/>
          </w:tcPr>
          <w:p w14:paraId="59EB879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551 (13.8%)</w:t>
            </w:r>
          </w:p>
        </w:tc>
        <w:tc>
          <w:tcPr>
            <w:tcW w:w="2268" w:type="dxa"/>
          </w:tcPr>
          <w:p w14:paraId="3BBEAAD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126 (32.6%)</w:t>
            </w:r>
          </w:p>
        </w:tc>
        <w:tc>
          <w:tcPr>
            <w:tcW w:w="2126" w:type="dxa"/>
          </w:tcPr>
          <w:p w14:paraId="1CABD56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425 (11.7%)</w:t>
            </w:r>
          </w:p>
        </w:tc>
        <w:tc>
          <w:tcPr>
            <w:tcW w:w="1559" w:type="dxa"/>
          </w:tcPr>
          <w:p w14:paraId="072713E9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6F623C77" w14:textId="77777777" w:rsidTr="007A44DD">
        <w:tc>
          <w:tcPr>
            <w:tcW w:w="5387" w:type="dxa"/>
          </w:tcPr>
          <w:p w14:paraId="2FF42E88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Some college, no degree; Associate's degree; Trade school</w:t>
            </w:r>
          </w:p>
        </w:tc>
        <w:tc>
          <w:tcPr>
            <w:tcW w:w="2126" w:type="dxa"/>
          </w:tcPr>
          <w:p w14:paraId="45A9DCC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1146 (28.6%)</w:t>
            </w:r>
          </w:p>
        </w:tc>
        <w:tc>
          <w:tcPr>
            <w:tcW w:w="2268" w:type="dxa"/>
          </w:tcPr>
          <w:p w14:paraId="20881E5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122 (31.5%)</w:t>
            </w:r>
          </w:p>
        </w:tc>
        <w:tc>
          <w:tcPr>
            <w:tcW w:w="2126" w:type="dxa"/>
          </w:tcPr>
          <w:p w14:paraId="2101CA6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1024 (28.3%)</w:t>
            </w:r>
          </w:p>
        </w:tc>
        <w:tc>
          <w:tcPr>
            <w:tcW w:w="1559" w:type="dxa"/>
          </w:tcPr>
          <w:p w14:paraId="5CBD90A0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0B16853F" w14:textId="77777777" w:rsidTr="007A44DD">
        <w:tc>
          <w:tcPr>
            <w:tcW w:w="5387" w:type="dxa"/>
          </w:tcPr>
          <w:p w14:paraId="26B6821D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Bachelor's degree or more</w:t>
            </w:r>
          </w:p>
        </w:tc>
        <w:tc>
          <w:tcPr>
            <w:tcW w:w="2126" w:type="dxa"/>
          </w:tcPr>
          <w:p w14:paraId="42AA672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2127 (53.1%)</w:t>
            </w:r>
          </w:p>
        </w:tc>
        <w:tc>
          <w:tcPr>
            <w:tcW w:w="2268" w:type="dxa"/>
          </w:tcPr>
          <w:p w14:paraId="1E43399A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89 (23.0%)</w:t>
            </w:r>
          </w:p>
        </w:tc>
        <w:tc>
          <w:tcPr>
            <w:tcW w:w="2126" w:type="dxa"/>
          </w:tcPr>
          <w:p w14:paraId="14058FE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2038 (56.3%)</w:t>
            </w:r>
          </w:p>
        </w:tc>
        <w:tc>
          <w:tcPr>
            <w:tcW w:w="1559" w:type="dxa"/>
          </w:tcPr>
          <w:p w14:paraId="346E6B48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3DB097BA" w14:textId="77777777" w:rsidTr="007A44DD">
        <w:tc>
          <w:tcPr>
            <w:tcW w:w="5387" w:type="dxa"/>
          </w:tcPr>
          <w:p w14:paraId="7A027E6D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4CB912CF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67</w:t>
            </w:r>
          </w:p>
        </w:tc>
        <w:tc>
          <w:tcPr>
            <w:tcW w:w="2268" w:type="dxa"/>
          </w:tcPr>
          <w:p w14:paraId="731368BC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14:paraId="4AA5F6D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1559" w:type="dxa"/>
          </w:tcPr>
          <w:p w14:paraId="5BFAC050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5EDB2064" w14:textId="77777777" w:rsidTr="007A44DD">
        <w:tc>
          <w:tcPr>
            <w:tcW w:w="5387" w:type="dxa"/>
          </w:tcPr>
          <w:p w14:paraId="3AB98C2B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Marital Status</w:t>
            </w:r>
          </w:p>
        </w:tc>
        <w:tc>
          <w:tcPr>
            <w:tcW w:w="2126" w:type="dxa"/>
          </w:tcPr>
          <w:p w14:paraId="7B43200A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311857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7FB36C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130CB3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B87CB7" w:rsidRPr="007A44DD" w14:paraId="299B47B8" w14:textId="77777777" w:rsidTr="007A44DD">
        <w:tc>
          <w:tcPr>
            <w:tcW w:w="5387" w:type="dxa"/>
          </w:tcPr>
          <w:p w14:paraId="177695CA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Married or living with partner</w:t>
            </w:r>
          </w:p>
        </w:tc>
        <w:tc>
          <w:tcPr>
            <w:tcW w:w="2126" w:type="dxa"/>
          </w:tcPr>
          <w:p w14:paraId="3B5D2AB8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3100 (81.3%)</w:t>
            </w:r>
          </w:p>
        </w:tc>
        <w:tc>
          <w:tcPr>
            <w:tcW w:w="2268" w:type="dxa"/>
          </w:tcPr>
          <w:p w14:paraId="003CA18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240 (65.0%)</w:t>
            </w:r>
          </w:p>
        </w:tc>
        <w:tc>
          <w:tcPr>
            <w:tcW w:w="2126" w:type="dxa"/>
          </w:tcPr>
          <w:p w14:paraId="310C580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2860 (83.0%)</w:t>
            </w:r>
          </w:p>
        </w:tc>
        <w:tc>
          <w:tcPr>
            <w:tcW w:w="1559" w:type="dxa"/>
          </w:tcPr>
          <w:p w14:paraId="41991A8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77B0121B" w14:textId="77777777" w:rsidTr="007A44DD">
        <w:tc>
          <w:tcPr>
            <w:tcW w:w="5387" w:type="dxa"/>
          </w:tcPr>
          <w:p w14:paraId="451B2ACC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Not married, not living with partner</w:t>
            </w:r>
          </w:p>
        </w:tc>
        <w:tc>
          <w:tcPr>
            <w:tcW w:w="2126" w:type="dxa"/>
          </w:tcPr>
          <w:p w14:paraId="3E459C7E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714 (18.7%)</w:t>
            </w:r>
          </w:p>
        </w:tc>
        <w:tc>
          <w:tcPr>
            <w:tcW w:w="2268" w:type="dxa"/>
          </w:tcPr>
          <w:p w14:paraId="0F915316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129 (35.0%)</w:t>
            </w:r>
          </w:p>
        </w:tc>
        <w:tc>
          <w:tcPr>
            <w:tcW w:w="2126" w:type="dxa"/>
          </w:tcPr>
          <w:p w14:paraId="552D2724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585 (17.0%)</w:t>
            </w:r>
          </w:p>
        </w:tc>
        <w:tc>
          <w:tcPr>
            <w:tcW w:w="1559" w:type="dxa"/>
          </w:tcPr>
          <w:p w14:paraId="40437A1A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61822171" w14:textId="77777777" w:rsidTr="007A44DD">
        <w:tc>
          <w:tcPr>
            <w:tcW w:w="5387" w:type="dxa"/>
          </w:tcPr>
          <w:p w14:paraId="38B38DC5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5B52911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260</w:t>
            </w:r>
          </w:p>
        </w:tc>
        <w:tc>
          <w:tcPr>
            <w:tcW w:w="2268" w:type="dxa"/>
          </w:tcPr>
          <w:p w14:paraId="0993EC21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2126" w:type="dxa"/>
          </w:tcPr>
          <w:p w14:paraId="0AD67540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219</w:t>
            </w:r>
          </w:p>
        </w:tc>
        <w:tc>
          <w:tcPr>
            <w:tcW w:w="1559" w:type="dxa"/>
          </w:tcPr>
          <w:p w14:paraId="605CC1C2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7CB7" w:rsidRPr="007A44DD" w14:paraId="0C4952C4" w14:textId="77777777" w:rsidTr="007A44DD">
        <w:tc>
          <w:tcPr>
            <w:tcW w:w="5387" w:type="dxa"/>
          </w:tcPr>
          <w:p w14:paraId="5849D074" w14:textId="77777777" w:rsidR="00B87CB7" w:rsidRPr="007A44DD" w:rsidRDefault="00000000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Country of origin</w:t>
            </w:r>
          </w:p>
        </w:tc>
        <w:tc>
          <w:tcPr>
            <w:tcW w:w="2126" w:type="dxa"/>
          </w:tcPr>
          <w:p w14:paraId="22CEDB44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BE9378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2C65A5" w14:textId="77777777" w:rsidR="00B87CB7" w:rsidRPr="007A44DD" w:rsidRDefault="00B87CB7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4438F2" w14:textId="77777777" w:rsidR="00B87CB7" w:rsidRPr="007A44DD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0.071</w:t>
            </w:r>
          </w:p>
        </w:tc>
      </w:tr>
      <w:tr w:rsidR="00E75EC6" w:rsidRPr="007A44DD" w14:paraId="100AE11A" w14:textId="77777777" w:rsidTr="009F7E27">
        <w:tc>
          <w:tcPr>
            <w:tcW w:w="5387" w:type="dxa"/>
            <w:vAlign w:val="bottom"/>
          </w:tcPr>
          <w:p w14:paraId="31C7993A" w14:textId="6F98D010" w:rsidR="00E75EC6" w:rsidRPr="007A44DD" w:rsidRDefault="00E75EC6" w:rsidP="00E75EC6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United States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(US)</w:t>
            </w:r>
          </w:p>
        </w:tc>
        <w:tc>
          <w:tcPr>
            <w:tcW w:w="2126" w:type="dxa"/>
          </w:tcPr>
          <w:p w14:paraId="514E0E13" w14:textId="28C80E38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3040 (80.0%)</w:t>
            </w:r>
          </w:p>
        </w:tc>
        <w:tc>
          <w:tcPr>
            <w:tcW w:w="2268" w:type="dxa"/>
          </w:tcPr>
          <w:p w14:paraId="3A7EDE19" w14:textId="1DD64DBE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284 (80.2%)</w:t>
            </w:r>
          </w:p>
        </w:tc>
        <w:tc>
          <w:tcPr>
            <w:tcW w:w="2126" w:type="dxa"/>
          </w:tcPr>
          <w:p w14:paraId="301B2DD7" w14:textId="41712BDE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2756 (80.0%)</w:t>
            </w:r>
          </w:p>
        </w:tc>
        <w:tc>
          <w:tcPr>
            <w:tcW w:w="1559" w:type="dxa"/>
          </w:tcPr>
          <w:p w14:paraId="1DBA52E5" w14:textId="77777777" w:rsidR="00E75EC6" w:rsidRPr="007A44DD" w:rsidRDefault="00E75EC6" w:rsidP="00E75E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75EC6" w:rsidRPr="007A44DD" w14:paraId="4723307B" w14:textId="77777777" w:rsidTr="009F7E27">
        <w:tc>
          <w:tcPr>
            <w:tcW w:w="5387" w:type="dxa"/>
            <w:vAlign w:val="bottom"/>
          </w:tcPr>
          <w:p w14:paraId="3669CB57" w14:textId="0ACFCC6B" w:rsidR="00E75EC6" w:rsidRPr="007A44DD" w:rsidRDefault="00E75EC6" w:rsidP="00E75EC6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US </w:t>
            </w:r>
            <w:r w:rsidR="00900075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erritory</w:t>
            </w:r>
          </w:p>
        </w:tc>
        <w:tc>
          <w:tcPr>
            <w:tcW w:w="2126" w:type="dxa"/>
          </w:tcPr>
          <w:p w14:paraId="13AA91BD" w14:textId="7AC6FD8C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88 (2.3%)</w:t>
            </w:r>
          </w:p>
        </w:tc>
        <w:tc>
          <w:tcPr>
            <w:tcW w:w="2268" w:type="dxa"/>
          </w:tcPr>
          <w:p w14:paraId="11A5BDEE" w14:textId="3EF9DEE4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14 (4.0%)</w:t>
            </w:r>
          </w:p>
        </w:tc>
        <w:tc>
          <w:tcPr>
            <w:tcW w:w="2126" w:type="dxa"/>
          </w:tcPr>
          <w:p w14:paraId="1E7404C4" w14:textId="12E8B490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74 (2.1%)</w:t>
            </w:r>
          </w:p>
        </w:tc>
        <w:tc>
          <w:tcPr>
            <w:tcW w:w="1559" w:type="dxa"/>
          </w:tcPr>
          <w:p w14:paraId="63E79A9C" w14:textId="77777777" w:rsidR="00E75EC6" w:rsidRPr="007A44DD" w:rsidRDefault="00E75EC6" w:rsidP="00E75E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75EC6" w:rsidRPr="007A44DD" w14:paraId="52933FCE" w14:textId="77777777" w:rsidTr="009F7E27">
        <w:tc>
          <w:tcPr>
            <w:tcW w:w="5387" w:type="dxa"/>
            <w:vAlign w:val="bottom"/>
          </w:tcPr>
          <w:p w14:paraId="540047F3" w14:textId="5142E671" w:rsidR="00E75EC6" w:rsidRPr="007A44DD" w:rsidRDefault="00E75EC6" w:rsidP="00E75EC6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Outside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 xml:space="preserve"> US / US </w:t>
            </w:r>
            <w:r w:rsidR="00900075">
              <w:rPr>
                <w:rFonts w:eastAsia="Times New Roman" w:cs="Times New Roman"/>
                <w:sz w:val="24"/>
                <w:szCs w:val="24"/>
              </w:rPr>
              <w:t>t</w:t>
            </w:r>
            <w:r w:rsidRPr="00657B84">
              <w:rPr>
                <w:rFonts w:eastAsia="Times New Roman" w:cs="Times New Roman"/>
                <w:sz w:val="24"/>
                <w:szCs w:val="24"/>
              </w:rPr>
              <w:t>erritory</w:t>
            </w:r>
          </w:p>
        </w:tc>
        <w:tc>
          <w:tcPr>
            <w:tcW w:w="2126" w:type="dxa"/>
          </w:tcPr>
          <w:p w14:paraId="29D524FF" w14:textId="4B76F19A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672 (17.7%)</w:t>
            </w:r>
          </w:p>
        </w:tc>
        <w:tc>
          <w:tcPr>
            <w:tcW w:w="2268" w:type="dxa"/>
          </w:tcPr>
          <w:p w14:paraId="70F91DCE" w14:textId="2D1F7A09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56 (15.8%)</w:t>
            </w:r>
          </w:p>
        </w:tc>
        <w:tc>
          <w:tcPr>
            <w:tcW w:w="2126" w:type="dxa"/>
          </w:tcPr>
          <w:p w14:paraId="1FF95981" w14:textId="2B9983FC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616 (17.9%)</w:t>
            </w:r>
          </w:p>
        </w:tc>
        <w:tc>
          <w:tcPr>
            <w:tcW w:w="1559" w:type="dxa"/>
          </w:tcPr>
          <w:p w14:paraId="3BEB7278" w14:textId="77777777" w:rsidR="00E75EC6" w:rsidRPr="007A44DD" w:rsidRDefault="00E75EC6" w:rsidP="00E75EC6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E75EC6" w:rsidRPr="007A44DD" w14:paraId="3D074656" w14:textId="77777777" w:rsidTr="007A44DD">
        <w:tc>
          <w:tcPr>
            <w:tcW w:w="5387" w:type="dxa"/>
          </w:tcPr>
          <w:p w14:paraId="01CACD3A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5C2FECC1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274</w:t>
            </w:r>
          </w:p>
        </w:tc>
        <w:tc>
          <w:tcPr>
            <w:tcW w:w="2268" w:type="dxa"/>
          </w:tcPr>
          <w:p w14:paraId="359A9B48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</w:tcPr>
          <w:p w14:paraId="0743EA9B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218</w:t>
            </w:r>
          </w:p>
        </w:tc>
        <w:tc>
          <w:tcPr>
            <w:tcW w:w="1559" w:type="dxa"/>
          </w:tcPr>
          <w:p w14:paraId="538C00CB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5EC6" w:rsidRPr="007A44DD" w14:paraId="07D03571" w14:textId="77777777" w:rsidTr="007A44DD">
        <w:tc>
          <w:tcPr>
            <w:tcW w:w="5387" w:type="dxa"/>
          </w:tcPr>
          <w:p w14:paraId="5B221BDF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Prenatal tobacco or nicotine use</w:t>
            </w:r>
          </w:p>
        </w:tc>
        <w:tc>
          <w:tcPr>
            <w:tcW w:w="2126" w:type="dxa"/>
          </w:tcPr>
          <w:p w14:paraId="4694108E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4BE98F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4BE1DA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2425EF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&lt;0.001</w:t>
            </w:r>
          </w:p>
        </w:tc>
      </w:tr>
      <w:tr w:rsidR="00E75EC6" w:rsidRPr="007A44DD" w14:paraId="40D410FB" w14:textId="77777777" w:rsidTr="007A44DD">
        <w:tc>
          <w:tcPr>
            <w:tcW w:w="5387" w:type="dxa"/>
          </w:tcPr>
          <w:p w14:paraId="599EEDF1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No</w:t>
            </w:r>
          </w:p>
        </w:tc>
        <w:tc>
          <w:tcPr>
            <w:tcW w:w="2126" w:type="dxa"/>
          </w:tcPr>
          <w:p w14:paraId="411B11BD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3571 (94.8%)</w:t>
            </w:r>
          </w:p>
        </w:tc>
        <w:tc>
          <w:tcPr>
            <w:tcW w:w="2268" w:type="dxa"/>
          </w:tcPr>
          <w:p w14:paraId="46845BAC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288 (82.5%)</w:t>
            </w:r>
          </w:p>
        </w:tc>
        <w:tc>
          <w:tcPr>
            <w:tcW w:w="2126" w:type="dxa"/>
          </w:tcPr>
          <w:p w14:paraId="5EBDB16B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3283 (96.1%)</w:t>
            </w:r>
          </w:p>
        </w:tc>
        <w:tc>
          <w:tcPr>
            <w:tcW w:w="1559" w:type="dxa"/>
          </w:tcPr>
          <w:p w14:paraId="2E4C5134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5EC6" w:rsidRPr="007A44DD" w14:paraId="3A4831F7" w14:textId="77777777" w:rsidTr="007A44DD">
        <w:tc>
          <w:tcPr>
            <w:tcW w:w="5387" w:type="dxa"/>
          </w:tcPr>
          <w:p w14:paraId="229C45E7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Yes</w:t>
            </w:r>
          </w:p>
        </w:tc>
        <w:tc>
          <w:tcPr>
            <w:tcW w:w="2126" w:type="dxa"/>
          </w:tcPr>
          <w:p w14:paraId="603264CA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195 (5.2%)</w:t>
            </w:r>
          </w:p>
        </w:tc>
        <w:tc>
          <w:tcPr>
            <w:tcW w:w="2268" w:type="dxa"/>
          </w:tcPr>
          <w:p w14:paraId="08518A3B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61 (17.5%)</w:t>
            </w:r>
          </w:p>
        </w:tc>
        <w:tc>
          <w:tcPr>
            <w:tcW w:w="2126" w:type="dxa"/>
          </w:tcPr>
          <w:p w14:paraId="3B309BAD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134 (3.9%)</w:t>
            </w:r>
          </w:p>
        </w:tc>
        <w:tc>
          <w:tcPr>
            <w:tcW w:w="1559" w:type="dxa"/>
          </w:tcPr>
          <w:p w14:paraId="52D1160F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5EC6" w:rsidRPr="007A44DD" w14:paraId="1BA95F8E" w14:textId="77777777" w:rsidTr="007A44DD">
        <w:tc>
          <w:tcPr>
            <w:tcW w:w="5387" w:type="dxa"/>
          </w:tcPr>
          <w:p w14:paraId="7EB19583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7DC1B90C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308</w:t>
            </w:r>
          </w:p>
        </w:tc>
        <w:tc>
          <w:tcPr>
            <w:tcW w:w="2268" w:type="dxa"/>
          </w:tcPr>
          <w:p w14:paraId="0BE5084F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61</w:t>
            </w:r>
          </w:p>
        </w:tc>
        <w:tc>
          <w:tcPr>
            <w:tcW w:w="2126" w:type="dxa"/>
          </w:tcPr>
          <w:p w14:paraId="6C7C776B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247</w:t>
            </w:r>
          </w:p>
        </w:tc>
        <w:tc>
          <w:tcPr>
            <w:tcW w:w="1559" w:type="dxa"/>
          </w:tcPr>
          <w:p w14:paraId="7DFE30F7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5EC6" w:rsidRPr="007A44DD" w14:paraId="3F16A37B" w14:textId="77777777" w:rsidTr="007A44DD">
        <w:tc>
          <w:tcPr>
            <w:tcW w:w="5387" w:type="dxa"/>
          </w:tcPr>
          <w:p w14:paraId="4BC38CBF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Weight change during pregnancy category (based on 2009 IOM recommendation)</w:t>
            </w:r>
          </w:p>
        </w:tc>
        <w:tc>
          <w:tcPr>
            <w:tcW w:w="2126" w:type="dxa"/>
          </w:tcPr>
          <w:p w14:paraId="27FB6423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3D6A01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1899A8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CB8E14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b/>
                <w:sz w:val="24"/>
                <w:szCs w:val="24"/>
              </w:rPr>
              <w:t>0.049</w:t>
            </w:r>
          </w:p>
        </w:tc>
      </w:tr>
      <w:tr w:rsidR="00E75EC6" w:rsidRPr="007A44DD" w14:paraId="5D0C6D8D" w14:textId="77777777" w:rsidTr="007A44DD">
        <w:tc>
          <w:tcPr>
            <w:tcW w:w="5387" w:type="dxa"/>
          </w:tcPr>
          <w:p w14:paraId="628A763B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lastRenderedPageBreak/>
              <w:t xml:space="preserve">   Gained less than recommended</w:t>
            </w:r>
          </w:p>
        </w:tc>
        <w:tc>
          <w:tcPr>
            <w:tcW w:w="2126" w:type="dxa"/>
          </w:tcPr>
          <w:p w14:paraId="74E69963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802 (24.3%)</w:t>
            </w:r>
          </w:p>
        </w:tc>
        <w:tc>
          <w:tcPr>
            <w:tcW w:w="2268" w:type="dxa"/>
          </w:tcPr>
          <w:p w14:paraId="4D9750A4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83 (30.4%)</w:t>
            </w:r>
          </w:p>
        </w:tc>
        <w:tc>
          <w:tcPr>
            <w:tcW w:w="2126" w:type="dxa"/>
          </w:tcPr>
          <w:p w14:paraId="40FD9026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719 (23.8%)</w:t>
            </w:r>
          </w:p>
        </w:tc>
        <w:tc>
          <w:tcPr>
            <w:tcW w:w="1559" w:type="dxa"/>
          </w:tcPr>
          <w:p w14:paraId="5A8FE336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5EC6" w:rsidRPr="007A44DD" w14:paraId="0934562E" w14:textId="77777777" w:rsidTr="007A44DD">
        <w:tc>
          <w:tcPr>
            <w:tcW w:w="5387" w:type="dxa"/>
          </w:tcPr>
          <w:p w14:paraId="40D39962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Met the recommendation</w:t>
            </w:r>
          </w:p>
        </w:tc>
        <w:tc>
          <w:tcPr>
            <w:tcW w:w="2126" w:type="dxa"/>
          </w:tcPr>
          <w:p w14:paraId="10B0124E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985 (29.8%)</w:t>
            </w:r>
          </w:p>
        </w:tc>
        <w:tc>
          <w:tcPr>
            <w:tcW w:w="2268" w:type="dxa"/>
          </w:tcPr>
          <w:p w14:paraId="4DBAFBAC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76 (27.8%)</w:t>
            </w:r>
          </w:p>
        </w:tc>
        <w:tc>
          <w:tcPr>
            <w:tcW w:w="2126" w:type="dxa"/>
          </w:tcPr>
          <w:p w14:paraId="1955DE50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909 (30.0%)</w:t>
            </w:r>
          </w:p>
        </w:tc>
        <w:tc>
          <w:tcPr>
            <w:tcW w:w="1559" w:type="dxa"/>
          </w:tcPr>
          <w:p w14:paraId="0E3E5AF6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5EC6" w:rsidRPr="007A44DD" w14:paraId="6D5EB730" w14:textId="77777777" w:rsidTr="007A44DD">
        <w:tc>
          <w:tcPr>
            <w:tcW w:w="5387" w:type="dxa"/>
          </w:tcPr>
          <w:p w14:paraId="37DAC8C6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Gained more than recommended</w:t>
            </w:r>
          </w:p>
        </w:tc>
        <w:tc>
          <w:tcPr>
            <w:tcW w:w="2126" w:type="dxa"/>
          </w:tcPr>
          <w:p w14:paraId="5F553842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1513 (45.8%)</w:t>
            </w:r>
          </w:p>
        </w:tc>
        <w:tc>
          <w:tcPr>
            <w:tcW w:w="2268" w:type="dxa"/>
          </w:tcPr>
          <w:p w14:paraId="635C1E21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114 (41.8%)</w:t>
            </w:r>
          </w:p>
        </w:tc>
        <w:tc>
          <w:tcPr>
            <w:tcW w:w="2126" w:type="dxa"/>
          </w:tcPr>
          <w:p w14:paraId="5FFCD63E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1399 (46.2%)</w:t>
            </w:r>
          </w:p>
        </w:tc>
        <w:tc>
          <w:tcPr>
            <w:tcW w:w="1559" w:type="dxa"/>
          </w:tcPr>
          <w:p w14:paraId="01B3E4D7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5EC6" w:rsidRPr="007A44DD" w14:paraId="3A97BA05" w14:textId="77777777" w:rsidTr="007A44DD">
        <w:tc>
          <w:tcPr>
            <w:tcW w:w="5387" w:type="dxa"/>
          </w:tcPr>
          <w:p w14:paraId="65A69749" w14:textId="77777777" w:rsidR="00E75EC6" w:rsidRPr="007A44DD" w:rsidRDefault="00E75EC6" w:rsidP="00E75EC6">
            <w:pPr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 xml:space="preserve">   Missing</w:t>
            </w:r>
          </w:p>
        </w:tc>
        <w:tc>
          <w:tcPr>
            <w:tcW w:w="2126" w:type="dxa"/>
          </w:tcPr>
          <w:p w14:paraId="4306BD30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774</w:t>
            </w:r>
          </w:p>
        </w:tc>
        <w:tc>
          <w:tcPr>
            <w:tcW w:w="2268" w:type="dxa"/>
          </w:tcPr>
          <w:p w14:paraId="7494A2F7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137</w:t>
            </w:r>
          </w:p>
        </w:tc>
        <w:tc>
          <w:tcPr>
            <w:tcW w:w="2126" w:type="dxa"/>
          </w:tcPr>
          <w:p w14:paraId="053CD758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A44DD">
              <w:rPr>
                <w:rFonts w:cs="Times New Roman"/>
                <w:sz w:val="24"/>
                <w:szCs w:val="24"/>
              </w:rPr>
              <w:t>637</w:t>
            </w:r>
          </w:p>
        </w:tc>
        <w:tc>
          <w:tcPr>
            <w:tcW w:w="1559" w:type="dxa"/>
          </w:tcPr>
          <w:p w14:paraId="0A1DF6F5" w14:textId="77777777" w:rsidR="00E75EC6" w:rsidRPr="007A44DD" w:rsidRDefault="00E75EC6" w:rsidP="00E75EC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3288EABC" w14:textId="671C4406" w:rsidR="0077579D" w:rsidRPr="00525617" w:rsidRDefault="0077579D" w:rsidP="0077579D">
      <w:pPr>
        <w:spacing w:after="0" w:line="240" w:lineRule="auto"/>
        <w:ind w:left="720"/>
        <w:rPr>
          <w:rFonts w:cs="Times New Roman"/>
          <w:sz w:val="22"/>
        </w:rPr>
      </w:pPr>
      <w:r w:rsidRPr="00525617">
        <w:rPr>
          <w:rFonts w:cs="Times New Roman"/>
          <w:i/>
          <w:sz w:val="22"/>
        </w:rPr>
        <w:t>Values are n (%) unless otherwise indicated. p-values compare the never-breastfed and ever-breastfed groups within each sample. NH = non-Hispanic; IQR = interquartile range; IOM = Institute of Medicine. Cell counts displayed as &lt;5, &lt;25, or &lt;45 reflect data suppression in the source table.</w:t>
      </w:r>
    </w:p>
    <w:p w14:paraId="4EBE5679" w14:textId="48B3BDE6" w:rsidR="00352806" w:rsidRPr="00525617" w:rsidRDefault="00352806" w:rsidP="00352806">
      <w:pPr>
        <w:spacing w:after="0" w:line="240" w:lineRule="auto"/>
        <w:ind w:left="720"/>
        <w:rPr>
          <w:rFonts w:cs="Times New Roman"/>
          <w:i/>
          <w:sz w:val="22"/>
        </w:rPr>
      </w:pPr>
      <w:r w:rsidRPr="00525617">
        <w:rPr>
          <w:rFonts w:cs="Times New Roman"/>
          <w:i/>
          <w:sz w:val="22"/>
          <w:vertAlign w:val="superscript"/>
        </w:rPr>
        <w:t xml:space="preserve">1 </w:t>
      </w:r>
      <w:r w:rsidRPr="00525617">
        <w:rPr>
          <w:rFonts w:cs="Times New Roman"/>
          <w:i/>
          <w:sz w:val="22"/>
        </w:rPr>
        <w:t>p-values derived from the Wilcoxon rank sum tests or chi-squared tests</w:t>
      </w:r>
    </w:p>
    <w:p w14:paraId="5ED02C5C" w14:textId="66F5D84B" w:rsidR="00B87CB7" w:rsidRPr="00525617" w:rsidRDefault="00352806" w:rsidP="00E534CB">
      <w:pPr>
        <w:spacing w:after="0" w:line="240" w:lineRule="auto"/>
        <w:ind w:left="720"/>
        <w:rPr>
          <w:rFonts w:cs="Times New Roman"/>
          <w:i/>
          <w:sz w:val="22"/>
        </w:rPr>
      </w:pPr>
      <w:r w:rsidRPr="00525617">
        <w:rPr>
          <w:rFonts w:cs="Times New Roman"/>
          <w:i/>
          <w:sz w:val="22"/>
          <w:vertAlign w:val="superscript"/>
        </w:rPr>
        <w:t xml:space="preserve">2 </w:t>
      </w:r>
      <w:r w:rsidR="0077579D" w:rsidRPr="00525617">
        <w:rPr>
          <w:rFonts w:cs="Times New Roman"/>
          <w:i/>
          <w:sz w:val="22"/>
        </w:rPr>
        <w:t xml:space="preserve">Other race category includes American Indian or Alaska Native, Asian Indian, Other Asian (Chinese, Filipino, Japanese, etc.), Native Hawaiian or other Pacific Islander, </w:t>
      </w:r>
      <w:r w:rsidR="00F819C7" w:rsidRPr="00525617">
        <w:rPr>
          <w:rFonts w:cs="Times New Roman"/>
          <w:i/>
          <w:sz w:val="22"/>
        </w:rPr>
        <w:t xml:space="preserve">or other race not listed, </w:t>
      </w:r>
      <w:r w:rsidR="0077579D" w:rsidRPr="00525617">
        <w:rPr>
          <w:rFonts w:cs="Times New Roman"/>
          <w:i/>
          <w:sz w:val="22"/>
        </w:rPr>
        <w:t>and those who reported multiple race categories</w:t>
      </w:r>
      <w:r w:rsidRPr="00525617">
        <w:rPr>
          <w:rFonts w:cs="Times New Roman"/>
          <w:i/>
          <w:sz w:val="22"/>
        </w:rPr>
        <w:t>.</w:t>
      </w:r>
    </w:p>
    <w:sectPr w:rsidR="00B87CB7" w:rsidRPr="00525617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3381395">
    <w:abstractNumId w:val="8"/>
  </w:num>
  <w:num w:numId="2" w16cid:durableId="427623237">
    <w:abstractNumId w:val="6"/>
  </w:num>
  <w:num w:numId="3" w16cid:durableId="851800453">
    <w:abstractNumId w:val="5"/>
  </w:num>
  <w:num w:numId="4" w16cid:durableId="1392775138">
    <w:abstractNumId w:val="4"/>
  </w:num>
  <w:num w:numId="5" w16cid:durableId="743181036">
    <w:abstractNumId w:val="7"/>
  </w:num>
  <w:num w:numId="6" w16cid:durableId="1017734517">
    <w:abstractNumId w:val="3"/>
  </w:num>
  <w:num w:numId="7" w16cid:durableId="1414932143">
    <w:abstractNumId w:val="2"/>
  </w:num>
  <w:num w:numId="8" w16cid:durableId="1606886160">
    <w:abstractNumId w:val="1"/>
  </w:num>
  <w:num w:numId="9" w16cid:durableId="1672756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241"/>
    <w:rsid w:val="00034616"/>
    <w:rsid w:val="000512EA"/>
    <w:rsid w:val="0006063C"/>
    <w:rsid w:val="0015074B"/>
    <w:rsid w:val="001C4375"/>
    <w:rsid w:val="001C7089"/>
    <w:rsid w:val="00204E2E"/>
    <w:rsid w:val="00223BE3"/>
    <w:rsid w:val="00290EDC"/>
    <w:rsid w:val="0029639D"/>
    <w:rsid w:val="00326F90"/>
    <w:rsid w:val="00352806"/>
    <w:rsid w:val="00424A6B"/>
    <w:rsid w:val="00432F62"/>
    <w:rsid w:val="0046579A"/>
    <w:rsid w:val="00525617"/>
    <w:rsid w:val="00612A8A"/>
    <w:rsid w:val="0066178D"/>
    <w:rsid w:val="006769D6"/>
    <w:rsid w:val="00723C97"/>
    <w:rsid w:val="0077579D"/>
    <w:rsid w:val="007A44DD"/>
    <w:rsid w:val="00843959"/>
    <w:rsid w:val="0086594F"/>
    <w:rsid w:val="008A4CE2"/>
    <w:rsid w:val="008A6602"/>
    <w:rsid w:val="008F5BC0"/>
    <w:rsid w:val="00900075"/>
    <w:rsid w:val="009150B4"/>
    <w:rsid w:val="00931E51"/>
    <w:rsid w:val="00A25426"/>
    <w:rsid w:val="00A66013"/>
    <w:rsid w:val="00A74483"/>
    <w:rsid w:val="00AA1D8D"/>
    <w:rsid w:val="00B21E12"/>
    <w:rsid w:val="00B47730"/>
    <w:rsid w:val="00B60BCD"/>
    <w:rsid w:val="00B87CB7"/>
    <w:rsid w:val="00BB677C"/>
    <w:rsid w:val="00C02A68"/>
    <w:rsid w:val="00C122CA"/>
    <w:rsid w:val="00C31C12"/>
    <w:rsid w:val="00C9686A"/>
    <w:rsid w:val="00CB0664"/>
    <w:rsid w:val="00DF2027"/>
    <w:rsid w:val="00E534CB"/>
    <w:rsid w:val="00E75EC6"/>
    <w:rsid w:val="00EC3A34"/>
    <w:rsid w:val="00F15464"/>
    <w:rsid w:val="00F819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9C46A9"/>
  <w14:defaultImageDpi w14:val="300"/>
  <w15:docId w15:val="{257E8CE0-2CC9-4D6E-A5F6-651A7CB3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Mutaru, Abdul-Manaf</dc:creator>
  <cp:keywords/>
  <dc:description>generated by python-docx</dc:description>
  <cp:lastModifiedBy>Abdul-Manaf Mutaru</cp:lastModifiedBy>
  <cp:revision>37</cp:revision>
  <dcterms:created xsi:type="dcterms:W3CDTF">2026-07-15T17:31:00Z</dcterms:created>
  <dcterms:modified xsi:type="dcterms:W3CDTF">2026-09-11T15:36:00Z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f08a90d0-5d57-47d1-b98a-449a6d8f82c8</vt:lpwstr>
  </property>
</Properties>
</file>