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9E3A" w14:textId="25192CF7" w:rsidR="00331C39" w:rsidRPr="00F73BC8" w:rsidRDefault="00EB058A" w:rsidP="003A4864">
      <w:pPr>
        <w:pStyle w:val="Titolo1"/>
        <w:spacing w:before="0" w:line="480" w:lineRule="auto"/>
        <w:rPr>
          <w:rFonts w:ascii="Aptos" w:hAnsi="Aptos"/>
          <w:color w:val="auto"/>
          <w:sz w:val="24"/>
          <w:szCs w:val="24"/>
        </w:rPr>
      </w:pPr>
      <w:r w:rsidRPr="00F73BC8">
        <w:rPr>
          <w:rFonts w:ascii="Aptos" w:hAnsi="Aptos"/>
          <w:color w:val="auto"/>
          <w:sz w:val="24"/>
          <w:szCs w:val="24"/>
        </w:rPr>
        <w:t xml:space="preserve">Supplementary </w:t>
      </w:r>
      <w:r w:rsidR="00CC5A0D" w:rsidRPr="00F73BC8">
        <w:rPr>
          <w:rFonts w:ascii="Aptos" w:hAnsi="Aptos"/>
          <w:color w:val="auto"/>
          <w:sz w:val="24"/>
          <w:szCs w:val="24"/>
        </w:rPr>
        <w:t xml:space="preserve">Material </w:t>
      </w:r>
      <w:r w:rsidRPr="00F73BC8">
        <w:rPr>
          <w:rFonts w:ascii="Aptos" w:hAnsi="Aptos"/>
          <w:color w:val="auto"/>
          <w:sz w:val="24"/>
          <w:szCs w:val="24"/>
        </w:rPr>
        <w:t xml:space="preserve">1. </w:t>
      </w:r>
      <w:r w:rsidR="00CC5A0D" w:rsidRPr="00F73BC8">
        <w:rPr>
          <w:rFonts w:ascii="Aptos" w:hAnsi="Aptos"/>
          <w:color w:val="auto"/>
          <w:sz w:val="24"/>
          <w:szCs w:val="24"/>
        </w:rPr>
        <w:t>Full genetic panel</w:t>
      </w:r>
      <w:r w:rsidR="00DC02E6" w:rsidRPr="00F73BC8">
        <w:rPr>
          <w:rFonts w:ascii="Aptos" w:hAnsi="Aptos"/>
          <w:color w:val="auto"/>
          <w:sz w:val="24"/>
          <w:szCs w:val="24"/>
        </w:rPr>
        <w:t>.</w:t>
      </w:r>
    </w:p>
    <w:p w14:paraId="17E9B077" w14:textId="7C216CFA" w:rsidR="00DC02E6" w:rsidRPr="00F73BC8" w:rsidRDefault="00DC02E6" w:rsidP="003A4864">
      <w:pPr>
        <w:spacing w:after="0" w:line="480" w:lineRule="auto"/>
        <w:rPr>
          <w:rFonts w:ascii="Aptos" w:hAnsi="Aptos"/>
          <w:sz w:val="24"/>
          <w:szCs w:val="24"/>
          <w:lang w:val="en-GB"/>
        </w:rPr>
      </w:pPr>
      <w:r w:rsidRPr="00F73BC8">
        <w:rPr>
          <w:rFonts w:ascii="Aptos" w:hAnsi="Aptos"/>
          <w:sz w:val="24"/>
          <w:szCs w:val="24"/>
        </w:rPr>
        <w:t xml:space="preserve">Table shows </w:t>
      </w:r>
      <w:r w:rsidR="00F73BC8" w:rsidRPr="00F73BC8">
        <w:rPr>
          <w:rFonts w:ascii="Aptos" w:hAnsi="Aptos"/>
          <w:sz w:val="24"/>
          <w:szCs w:val="24"/>
          <w:lang w:val="en-GB"/>
        </w:rPr>
        <w:t>the list of</w:t>
      </w:r>
      <w:r w:rsidR="00F73BC8">
        <w:rPr>
          <w:rFonts w:ascii="Aptos" w:hAnsi="Aptos"/>
          <w:sz w:val="24"/>
          <w:szCs w:val="24"/>
          <w:lang w:val="en-GB"/>
        </w:rPr>
        <w:t xml:space="preserve"> diseases,</w:t>
      </w:r>
      <w:r w:rsidR="00F73BC8" w:rsidRPr="00F73BC8">
        <w:rPr>
          <w:rFonts w:ascii="Aptos" w:hAnsi="Aptos"/>
          <w:sz w:val="24"/>
          <w:szCs w:val="24"/>
          <w:lang w:val="en-GB"/>
        </w:rPr>
        <w:t xml:space="preserve"> genes </w:t>
      </w:r>
      <w:r w:rsidR="00EC0F16">
        <w:rPr>
          <w:rFonts w:ascii="Aptos" w:hAnsi="Aptos"/>
          <w:sz w:val="24"/>
          <w:szCs w:val="24"/>
          <w:lang w:val="en-GB"/>
        </w:rPr>
        <w:t xml:space="preserve">and techniques </w:t>
      </w:r>
      <w:r w:rsidR="00F73BC8" w:rsidRPr="00F73BC8">
        <w:rPr>
          <w:rFonts w:ascii="Aptos" w:hAnsi="Aptos"/>
          <w:sz w:val="24"/>
          <w:szCs w:val="24"/>
          <w:lang w:val="en-GB"/>
        </w:rPr>
        <w:t>that were included in the analysis</w:t>
      </w:r>
      <w:r w:rsidR="00F73BC8" w:rsidRPr="00F73BC8">
        <w:rPr>
          <w:rFonts w:ascii="Aptos" w:hAnsi="Aptos"/>
          <w:sz w:val="24"/>
          <w:szCs w:val="24"/>
          <w:lang w:val="en-GB"/>
        </w:rPr>
        <w:t>.</w:t>
      </w:r>
    </w:p>
    <w:p w14:paraId="531D3182" w14:textId="77777777" w:rsidR="00F73BC8" w:rsidRPr="00F73BC8" w:rsidRDefault="00F73BC8" w:rsidP="003A4864">
      <w:pPr>
        <w:spacing w:after="0" w:line="480" w:lineRule="auto"/>
        <w:rPr>
          <w:rFonts w:ascii="Aptos" w:hAnsi="Aptos"/>
          <w:sz w:val="24"/>
          <w:szCs w:val="24"/>
        </w:rPr>
      </w:pPr>
    </w:p>
    <w:tbl>
      <w:tblPr>
        <w:tblW w:w="9039" w:type="dxa"/>
        <w:tblLayout w:type="fixed"/>
        <w:tblLook w:val="04A0" w:firstRow="1" w:lastRow="0" w:firstColumn="1" w:lastColumn="0" w:noHBand="0" w:noVBand="1"/>
      </w:tblPr>
      <w:tblGrid>
        <w:gridCol w:w="1242"/>
        <w:gridCol w:w="4395"/>
        <w:gridCol w:w="3402"/>
      </w:tblGrid>
      <w:tr w:rsidR="001A5A2B" w:rsidRPr="00F73BC8" w14:paraId="7D201BA0" w14:textId="443E4033" w:rsidTr="001A5A2B">
        <w:tc>
          <w:tcPr>
            <w:tcW w:w="1242" w:type="dxa"/>
          </w:tcPr>
          <w:p w14:paraId="4C870E81" w14:textId="776869A4" w:rsidR="001A5A2B" w:rsidRPr="00F73BC8" w:rsidRDefault="001A5A2B" w:rsidP="003A4864">
            <w:pPr>
              <w:spacing w:after="0" w:line="480" w:lineRule="auto"/>
              <w:rPr>
                <w:rFonts w:ascii="Aptos" w:hAnsi="Aptos"/>
                <w:b/>
                <w:bCs/>
                <w:sz w:val="24"/>
                <w:szCs w:val="24"/>
              </w:rPr>
            </w:pPr>
            <w:r w:rsidRPr="00F73BC8">
              <w:rPr>
                <w:rFonts w:ascii="Aptos" w:hAnsi="Aptos"/>
                <w:b/>
                <w:bCs/>
                <w:sz w:val="24"/>
                <w:szCs w:val="24"/>
              </w:rPr>
              <w:t>Disease</w:t>
            </w:r>
          </w:p>
        </w:tc>
        <w:tc>
          <w:tcPr>
            <w:tcW w:w="4395" w:type="dxa"/>
          </w:tcPr>
          <w:p w14:paraId="7444593B" w14:textId="4B1A3813" w:rsidR="001A5A2B" w:rsidRPr="00F73BC8" w:rsidRDefault="001A5A2B" w:rsidP="003A4864">
            <w:pPr>
              <w:spacing w:after="0" w:line="480" w:lineRule="auto"/>
              <w:rPr>
                <w:rFonts w:ascii="Aptos" w:hAnsi="Aptos"/>
                <w:b/>
                <w:bCs/>
                <w:sz w:val="24"/>
                <w:szCs w:val="24"/>
              </w:rPr>
            </w:pPr>
            <w:r w:rsidRPr="00F73BC8">
              <w:rPr>
                <w:rFonts w:ascii="Aptos" w:hAnsi="Aptos"/>
                <w:b/>
                <w:bCs/>
                <w:sz w:val="24"/>
                <w:szCs w:val="24"/>
              </w:rPr>
              <w:t>Gene</w:t>
            </w:r>
          </w:p>
        </w:tc>
        <w:tc>
          <w:tcPr>
            <w:tcW w:w="3402" w:type="dxa"/>
          </w:tcPr>
          <w:p w14:paraId="1D12FD5B" w14:textId="601C7354" w:rsidR="001A5A2B" w:rsidRPr="00F73BC8" w:rsidRDefault="001A5A2B" w:rsidP="003A4864">
            <w:pPr>
              <w:spacing w:after="0" w:line="480" w:lineRule="auto"/>
              <w:rPr>
                <w:rFonts w:ascii="Aptos" w:hAnsi="Aptos"/>
                <w:b/>
                <w:bCs/>
                <w:sz w:val="24"/>
                <w:szCs w:val="24"/>
              </w:rPr>
            </w:pPr>
            <w:r w:rsidRPr="00F73BC8">
              <w:rPr>
                <w:rFonts w:ascii="Aptos" w:hAnsi="Aptos"/>
                <w:b/>
                <w:bCs/>
                <w:sz w:val="24"/>
                <w:szCs w:val="24"/>
              </w:rPr>
              <w:t>Analysis technique</w:t>
            </w:r>
          </w:p>
        </w:tc>
      </w:tr>
      <w:tr w:rsidR="001A5A2B" w:rsidRPr="00F73BC8" w14:paraId="6C5E34A0" w14:textId="471325CD" w:rsidTr="001A5A2B">
        <w:tc>
          <w:tcPr>
            <w:tcW w:w="1242" w:type="dxa"/>
          </w:tcPr>
          <w:p w14:paraId="3F7EF962" w14:textId="77777777" w:rsidR="001A5A2B" w:rsidRPr="00F73BC8" w:rsidRDefault="001A5A2B" w:rsidP="003A4864">
            <w:pPr>
              <w:spacing w:after="0" w:line="480" w:lineRule="auto"/>
              <w:rPr>
                <w:rFonts w:ascii="Aptos" w:hAnsi="Aptos"/>
                <w:sz w:val="24"/>
                <w:szCs w:val="24"/>
              </w:rPr>
            </w:pPr>
            <w:r w:rsidRPr="00F73BC8">
              <w:rPr>
                <w:rFonts w:ascii="Aptos" w:hAnsi="Aptos"/>
                <w:sz w:val="24"/>
                <w:szCs w:val="24"/>
              </w:rPr>
              <w:t>SCA1</w:t>
            </w:r>
          </w:p>
          <w:p w14:paraId="53D0B83E" w14:textId="77777777" w:rsidR="001A5A2B" w:rsidRPr="00F73BC8" w:rsidRDefault="001A5A2B" w:rsidP="003A4864">
            <w:pPr>
              <w:spacing w:after="0" w:line="480" w:lineRule="auto"/>
              <w:rPr>
                <w:rFonts w:ascii="Aptos" w:hAnsi="Aptos"/>
                <w:sz w:val="24"/>
                <w:szCs w:val="24"/>
              </w:rPr>
            </w:pPr>
          </w:p>
        </w:tc>
        <w:tc>
          <w:tcPr>
            <w:tcW w:w="4395" w:type="dxa"/>
          </w:tcPr>
          <w:p w14:paraId="09390AC1" w14:textId="5D8A9FF7"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ATXN1</w:t>
            </w:r>
          </w:p>
        </w:tc>
        <w:tc>
          <w:tcPr>
            <w:tcW w:w="3402" w:type="dxa"/>
            <w:vMerge w:val="restart"/>
          </w:tcPr>
          <w:p w14:paraId="4138ED6D" w14:textId="22011FAC" w:rsidR="00EB058A" w:rsidRPr="00F73BC8" w:rsidRDefault="001A5A2B" w:rsidP="003A4864">
            <w:pPr>
              <w:spacing w:after="0" w:line="480" w:lineRule="auto"/>
              <w:rPr>
                <w:rFonts w:ascii="Aptos" w:hAnsi="Aptos"/>
                <w:sz w:val="24"/>
                <w:szCs w:val="24"/>
              </w:rPr>
            </w:pPr>
            <w:r w:rsidRPr="00F73BC8">
              <w:rPr>
                <w:rFonts w:ascii="Aptos" w:hAnsi="Aptos"/>
                <w:sz w:val="24"/>
                <w:szCs w:val="24"/>
              </w:rPr>
              <w:t>TP-PCR method with the SCAs kit-FL (Experteam) for SCA1-2-3-6-7. In house TP-PCR method for SCA8-12-17.</w:t>
            </w:r>
          </w:p>
          <w:p w14:paraId="55C09CB8" w14:textId="77777777" w:rsidR="00F73BC8" w:rsidRPr="00F73BC8" w:rsidRDefault="00F73BC8" w:rsidP="003A4864">
            <w:pPr>
              <w:spacing w:after="0" w:line="480" w:lineRule="auto"/>
              <w:rPr>
                <w:rFonts w:ascii="Aptos" w:hAnsi="Aptos"/>
                <w:sz w:val="24"/>
                <w:szCs w:val="24"/>
              </w:rPr>
            </w:pPr>
          </w:p>
          <w:p w14:paraId="49170E4B" w14:textId="13189A6D" w:rsidR="00EB058A" w:rsidRPr="00F73BC8" w:rsidRDefault="00EB058A" w:rsidP="003A4864">
            <w:pPr>
              <w:spacing w:after="0" w:line="480" w:lineRule="auto"/>
              <w:rPr>
                <w:rFonts w:ascii="Aptos" w:hAnsi="Aptos"/>
                <w:sz w:val="24"/>
                <w:szCs w:val="24"/>
              </w:rPr>
            </w:pPr>
            <w:r w:rsidRPr="00F73BC8">
              <w:rPr>
                <w:rFonts w:ascii="Aptos" w:hAnsi="Aptos"/>
                <w:sz w:val="24"/>
                <w:szCs w:val="24"/>
              </w:rPr>
              <w:t xml:space="preserve">All analyses were </w:t>
            </w:r>
            <w:r w:rsidR="00EC0F16">
              <w:rPr>
                <w:rFonts w:ascii="Aptos" w:hAnsi="Aptos"/>
                <w:sz w:val="24"/>
                <w:szCs w:val="24"/>
              </w:rPr>
              <w:t xml:space="preserve">performed </w:t>
            </w:r>
            <w:r w:rsidRPr="00F73BC8">
              <w:rPr>
                <w:rFonts w:ascii="Aptos" w:hAnsi="Aptos"/>
                <w:sz w:val="24"/>
                <w:szCs w:val="24"/>
              </w:rPr>
              <w:t>according to</w:t>
            </w:r>
            <w:r w:rsidR="00EC0F16">
              <w:rPr>
                <w:rFonts w:ascii="Aptos" w:hAnsi="Aptos"/>
                <w:sz w:val="24"/>
                <w:szCs w:val="24"/>
              </w:rPr>
              <w:t xml:space="preserve"> the</w:t>
            </w:r>
            <w:r w:rsidRPr="00F73BC8">
              <w:rPr>
                <w:rFonts w:ascii="Aptos" w:hAnsi="Aptos"/>
                <w:sz w:val="24"/>
                <w:szCs w:val="24"/>
              </w:rPr>
              <w:t xml:space="preserve"> best practice guidelines for SCA analysis. Alleles were classified as normal, intermediate (if relevant) and pathogenic, according to established ranges </w:t>
            </w:r>
            <w:r w:rsidR="00EC0F16">
              <w:rPr>
                <w:rFonts w:ascii="Aptos" w:hAnsi="Aptos"/>
                <w:sz w:val="24"/>
                <w:szCs w:val="24"/>
              </w:rPr>
              <w:t>(</w:t>
            </w:r>
            <w:r w:rsidRPr="00F73BC8">
              <w:rPr>
                <w:rFonts w:ascii="Aptos" w:hAnsi="Aptos"/>
                <w:sz w:val="24"/>
                <w:szCs w:val="24"/>
              </w:rPr>
              <w:t>https://www.ncbi.nlm.nih.gov/books/NBK1138/</w:t>
            </w:r>
            <w:r w:rsidR="00EC0F16">
              <w:rPr>
                <w:rFonts w:ascii="Aptos" w:hAnsi="Aptos"/>
                <w:sz w:val="24"/>
                <w:szCs w:val="24"/>
              </w:rPr>
              <w:t>).</w:t>
            </w:r>
          </w:p>
          <w:p w14:paraId="7BC5D2CC" w14:textId="7832D1F8" w:rsidR="001A5A2B" w:rsidRPr="00F73BC8" w:rsidRDefault="001A5A2B" w:rsidP="003A4864">
            <w:pPr>
              <w:spacing w:after="0" w:line="480" w:lineRule="auto"/>
              <w:rPr>
                <w:rFonts w:ascii="Aptos" w:hAnsi="Aptos"/>
                <w:sz w:val="24"/>
                <w:szCs w:val="24"/>
              </w:rPr>
            </w:pPr>
          </w:p>
        </w:tc>
      </w:tr>
      <w:tr w:rsidR="001A5A2B" w:rsidRPr="00F73BC8" w14:paraId="0028286C" w14:textId="7ED4D001" w:rsidTr="001A5A2B">
        <w:tc>
          <w:tcPr>
            <w:tcW w:w="1242" w:type="dxa"/>
          </w:tcPr>
          <w:p w14:paraId="08BAC962" w14:textId="77777777" w:rsidR="001A5A2B" w:rsidRPr="00F73BC8" w:rsidRDefault="001A5A2B" w:rsidP="003A4864">
            <w:pPr>
              <w:spacing w:after="0" w:line="480" w:lineRule="auto"/>
              <w:rPr>
                <w:rFonts w:ascii="Aptos" w:hAnsi="Aptos"/>
                <w:sz w:val="24"/>
                <w:szCs w:val="24"/>
              </w:rPr>
            </w:pPr>
            <w:r w:rsidRPr="00F73BC8">
              <w:rPr>
                <w:rFonts w:ascii="Aptos" w:hAnsi="Aptos"/>
                <w:sz w:val="24"/>
                <w:szCs w:val="24"/>
              </w:rPr>
              <w:t>SCA2</w:t>
            </w:r>
          </w:p>
          <w:p w14:paraId="7515C5E6" w14:textId="77777777" w:rsidR="001A5A2B" w:rsidRPr="00F73BC8" w:rsidRDefault="001A5A2B" w:rsidP="003A4864">
            <w:pPr>
              <w:spacing w:after="0" w:line="480" w:lineRule="auto"/>
              <w:rPr>
                <w:rFonts w:ascii="Aptos" w:hAnsi="Aptos"/>
                <w:sz w:val="24"/>
                <w:szCs w:val="24"/>
              </w:rPr>
            </w:pPr>
          </w:p>
        </w:tc>
        <w:tc>
          <w:tcPr>
            <w:tcW w:w="4395" w:type="dxa"/>
          </w:tcPr>
          <w:p w14:paraId="5F55F86C" w14:textId="4D3F3319"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ATXN2</w:t>
            </w:r>
          </w:p>
        </w:tc>
        <w:tc>
          <w:tcPr>
            <w:tcW w:w="3402" w:type="dxa"/>
            <w:vMerge/>
          </w:tcPr>
          <w:p w14:paraId="567F62A4" w14:textId="77777777" w:rsidR="001A5A2B" w:rsidRPr="00F73BC8" w:rsidRDefault="001A5A2B" w:rsidP="003A4864">
            <w:pPr>
              <w:spacing w:after="0" w:line="480" w:lineRule="auto"/>
              <w:rPr>
                <w:rFonts w:ascii="Aptos" w:hAnsi="Aptos"/>
                <w:sz w:val="24"/>
                <w:szCs w:val="24"/>
              </w:rPr>
            </w:pPr>
          </w:p>
        </w:tc>
      </w:tr>
      <w:tr w:rsidR="001A5A2B" w:rsidRPr="00F73BC8" w14:paraId="1AAC7B3B" w14:textId="44DE6E4D" w:rsidTr="001A5A2B">
        <w:tc>
          <w:tcPr>
            <w:tcW w:w="1242" w:type="dxa"/>
          </w:tcPr>
          <w:p w14:paraId="3DDD0041" w14:textId="77777777" w:rsidR="001A5A2B" w:rsidRPr="00F73BC8" w:rsidRDefault="001A5A2B" w:rsidP="003A4864">
            <w:pPr>
              <w:spacing w:after="0" w:line="480" w:lineRule="auto"/>
              <w:rPr>
                <w:rFonts w:ascii="Aptos" w:hAnsi="Aptos"/>
                <w:sz w:val="24"/>
                <w:szCs w:val="24"/>
              </w:rPr>
            </w:pPr>
            <w:r w:rsidRPr="00F73BC8">
              <w:rPr>
                <w:rFonts w:ascii="Aptos" w:hAnsi="Aptos"/>
                <w:sz w:val="24"/>
                <w:szCs w:val="24"/>
              </w:rPr>
              <w:t>SCA3</w:t>
            </w:r>
          </w:p>
          <w:p w14:paraId="1FA35AE7" w14:textId="77777777" w:rsidR="001A5A2B" w:rsidRPr="00F73BC8" w:rsidRDefault="001A5A2B" w:rsidP="003A4864">
            <w:pPr>
              <w:spacing w:after="0" w:line="480" w:lineRule="auto"/>
              <w:rPr>
                <w:rFonts w:ascii="Aptos" w:hAnsi="Aptos"/>
                <w:sz w:val="24"/>
                <w:szCs w:val="24"/>
              </w:rPr>
            </w:pPr>
          </w:p>
        </w:tc>
        <w:tc>
          <w:tcPr>
            <w:tcW w:w="4395" w:type="dxa"/>
          </w:tcPr>
          <w:p w14:paraId="58E31514" w14:textId="44D67DD8"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ATXN3</w:t>
            </w:r>
          </w:p>
        </w:tc>
        <w:tc>
          <w:tcPr>
            <w:tcW w:w="3402" w:type="dxa"/>
            <w:vMerge/>
          </w:tcPr>
          <w:p w14:paraId="1ABCD479" w14:textId="77777777" w:rsidR="001A5A2B" w:rsidRPr="00F73BC8" w:rsidRDefault="001A5A2B" w:rsidP="003A4864">
            <w:pPr>
              <w:spacing w:after="0" w:line="480" w:lineRule="auto"/>
              <w:rPr>
                <w:rFonts w:ascii="Aptos" w:hAnsi="Aptos"/>
                <w:sz w:val="24"/>
                <w:szCs w:val="24"/>
              </w:rPr>
            </w:pPr>
          </w:p>
        </w:tc>
      </w:tr>
      <w:tr w:rsidR="001A5A2B" w:rsidRPr="00F73BC8" w14:paraId="34AA692C" w14:textId="6FD6183D" w:rsidTr="001A5A2B">
        <w:tc>
          <w:tcPr>
            <w:tcW w:w="1242" w:type="dxa"/>
          </w:tcPr>
          <w:p w14:paraId="59D1D0D5" w14:textId="77777777" w:rsidR="001A5A2B" w:rsidRPr="00F73BC8" w:rsidRDefault="001A5A2B" w:rsidP="003A4864">
            <w:pPr>
              <w:spacing w:after="0" w:line="480" w:lineRule="auto"/>
              <w:rPr>
                <w:rFonts w:ascii="Aptos" w:hAnsi="Aptos"/>
                <w:sz w:val="24"/>
                <w:szCs w:val="24"/>
              </w:rPr>
            </w:pPr>
            <w:r w:rsidRPr="00F73BC8">
              <w:rPr>
                <w:rFonts w:ascii="Aptos" w:hAnsi="Aptos"/>
                <w:sz w:val="24"/>
                <w:szCs w:val="24"/>
              </w:rPr>
              <w:t>SCA6</w:t>
            </w:r>
          </w:p>
          <w:p w14:paraId="66004D8A" w14:textId="77777777" w:rsidR="001A5A2B" w:rsidRPr="00F73BC8" w:rsidRDefault="001A5A2B" w:rsidP="003A4864">
            <w:pPr>
              <w:spacing w:after="0" w:line="480" w:lineRule="auto"/>
              <w:rPr>
                <w:rFonts w:ascii="Aptos" w:hAnsi="Aptos"/>
                <w:sz w:val="24"/>
                <w:szCs w:val="24"/>
              </w:rPr>
            </w:pPr>
          </w:p>
        </w:tc>
        <w:tc>
          <w:tcPr>
            <w:tcW w:w="4395" w:type="dxa"/>
          </w:tcPr>
          <w:p w14:paraId="34AB8F6F" w14:textId="5A000B73"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CACNA1A</w:t>
            </w:r>
          </w:p>
        </w:tc>
        <w:tc>
          <w:tcPr>
            <w:tcW w:w="3402" w:type="dxa"/>
            <w:vMerge/>
          </w:tcPr>
          <w:p w14:paraId="20611333" w14:textId="77777777" w:rsidR="001A5A2B" w:rsidRPr="00F73BC8" w:rsidRDefault="001A5A2B" w:rsidP="003A4864">
            <w:pPr>
              <w:spacing w:after="0" w:line="480" w:lineRule="auto"/>
              <w:rPr>
                <w:rFonts w:ascii="Aptos" w:hAnsi="Aptos"/>
                <w:sz w:val="24"/>
                <w:szCs w:val="24"/>
              </w:rPr>
            </w:pPr>
          </w:p>
        </w:tc>
      </w:tr>
      <w:tr w:rsidR="001A5A2B" w:rsidRPr="00F73BC8" w14:paraId="141F2734" w14:textId="7ED67591" w:rsidTr="001A5A2B">
        <w:tc>
          <w:tcPr>
            <w:tcW w:w="1242" w:type="dxa"/>
          </w:tcPr>
          <w:p w14:paraId="3FF4E2AD" w14:textId="77777777" w:rsidR="001A5A2B" w:rsidRPr="00F73BC8" w:rsidRDefault="001A5A2B" w:rsidP="003A4864">
            <w:pPr>
              <w:spacing w:after="0" w:line="480" w:lineRule="auto"/>
              <w:rPr>
                <w:rFonts w:ascii="Aptos" w:hAnsi="Aptos"/>
                <w:sz w:val="24"/>
                <w:szCs w:val="24"/>
              </w:rPr>
            </w:pPr>
            <w:r w:rsidRPr="00F73BC8">
              <w:rPr>
                <w:rFonts w:ascii="Aptos" w:hAnsi="Aptos"/>
                <w:sz w:val="24"/>
                <w:szCs w:val="24"/>
              </w:rPr>
              <w:t>SCA7</w:t>
            </w:r>
          </w:p>
          <w:p w14:paraId="08917A48" w14:textId="77777777" w:rsidR="001A5A2B" w:rsidRPr="00F73BC8" w:rsidRDefault="001A5A2B" w:rsidP="003A4864">
            <w:pPr>
              <w:spacing w:after="0" w:line="480" w:lineRule="auto"/>
              <w:rPr>
                <w:rFonts w:ascii="Aptos" w:hAnsi="Aptos"/>
                <w:sz w:val="24"/>
                <w:szCs w:val="24"/>
              </w:rPr>
            </w:pPr>
          </w:p>
        </w:tc>
        <w:tc>
          <w:tcPr>
            <w:tcW w:w="4395" w:type="dxa"/>
          </w:tcPr>
          <w:p w14:paraId="500CBF99" w14:textId="5391407C"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ATXN7</w:t>
            </w:r>
          </w:p>
        </w:tc>
        <w:tc>
          <w:tcPr>
            <w:tcW w:w="3402" w:type="dxa"/>
            <w:vMerge/>
          </w:tcPr>
          <w:p w14:paraId="3C7A871F" w14:textId="77777777" w:rsidR="001A5A2B" w:rsidRPr="00F73BC8" w:rsidRDefault="001A5A2B" w:rsidP="003A4864">
            <w:pPr>
              <w:spacing w:after="0" w:line="480" w:lineRule="auto"/>
              <w:rPr>
                <w:rFonts w:ascii="Aptos" w:hAnsi="Aptos"/>
                <w:sz w:val="24"/>
                <w:szCs w:val="24"/>
              </w:rPr>
            </w:pPr>
          </w:p>
        </w:tc>
      </w:tr>
      <w:tr w:rsidR="001A5A2B" w:rsidRPr="00F73BC8" w14:paraId="0D1FF6FE" w14:textId="518D36B1" w:rsidTr="001A5A2B">
        <w:tc>
          <w:tcPr>
            <w:tcW w:w="1242" w:type="dxa"/>
          </w:tcPr>
          <w:p w14:paraId="60CF8140" w14:textId="77777777" w:rsidR="001A5A2B" w:rsidRPr="00F73BC8" w:rsidRDefault="001A5A2B" w:rsidP="003A4864">
            <w:pPr>
              <w:spacing w:after="0" w:line="480" w:lineRule="auto"/>
              <w:rPr>
                <w:rFonts w:ascii="Aptos" w:hAnsi="Aptos"/>
                <w:sz w:val="24"/>
                <w:szCs w:val="24"/>
              </w:rPr>
            </w:pPr>
            <w:r w:rsidRPr="00F73BC8">
              <w:rPr>
                <w:rFonts w:ascii="Aptos" w:hAnsi="Aptos"/>
                <w:sz w:val="24"/>
                <w:szCs w:val="24"/>
              </w:rPr>
              <w:t>SCA8</w:t>
            </w:r>
          </w:p>
          <w:p w14:paraId="0A2FA879" w14:textId="77777777" w:rsidR="001A5A2B" w:rsidRPr="00F73BC8" w:rsidRDefault="001A5A2B" w:rsidP="003A4864">
            <w:pPr>
              <w:spacing w:after="0" w:line="480" w:lineRule="auto"/>
              <w:rPr>
                <w:rFonts w:ascii="Aptos" w:hAnsi="Aptos"/>
                <w:sz w:val="24"/>
                <w:szCs w:val="24"/>
              </w:rPr>
            </w:pPr>
          </w:p>
        </w:tc>
        <w:tc>
          <w:tcPr>
            <w:tcW w:w="4395" w:type="dxa"/>
          </w:tcPr>
          <w:p w14:paraId="615ECE5F" w14:textId="384D56BE"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ATXN8</w:t>
            </w:r>
          </w:p>
        </w:tc>
        <w:tc>
          <w:tcPr>
            <w:tcW w:w="3402" w:type="dxa"/>
            <w:vMerge/>
          </w:tcPr>
          <w:p w14:paraId="30F47DD9" w14:textId="77777777" w:rsidR="001A5A2B" w:rsidRPr="00F73BC8" w:rsidRDefault="001A5A2B" w:rsidP="003A4864">
            <w:pPr>
              <w:spacing w:after="0" w:line="480" w:lineRule="auto"/>
              <w:rPr>
                <w:rFonts w:ascii="Aptos" w:hAnsi="Aptos"/>
                <w:sz w:val="24"/>
                <w:szCs w:val="24"/>
              </w:rPr>
            </w:pPr>
          </w:p>
        </w:tc>
      </w:tr>
      <w:tr w:rsidR="001A5A2B" w:rsidRPr="00F73BC8" w14:paraId="62F5A626" w14:textId="658E0388" w:rsidTr="001A5A2B">
        <w:tc>
          <w:tcPr>
            <w:tcW w:w="1242" w:type="dxa"/>
          </w:tcPr>
          <w:p w14:paraId="55960EB7" w14:textId="77777777" w:rsidR="001A5A2B" w:rsidRPr="00F73BC8" w:rsidRDefault="001A5A2B" w:rsidP="003A4864">
            <w:pPr>
              <w:spacing w:after="0" w:line="480" w:lineRule="auto"/>
              <w:rPr>
                <w:rFonts w:ascii="Aptos" w:hAnsi="Aptos"/>
                <w:sz w:val="24"/>
                <w:szCs w:val="24"/>
              </w:rPr>
            </w:pPr>
            <w:r w:rsidRPr="00F73BC8">
              <w:rPr>
                <w:rFonts w:ascii="Aptos" w:hAnsi="Aptos"/>
                <w:sz w:val="24"/>
                <w:szCs w:val="24"/>
              </w:rPr>
              <w:t>SCA12</w:t>
            </w:r>
          </w:p>
          <w:p w14:paraId="1E533801" w14:textId="77777777" w:rsidR="001A5A2B" w:rsidRPr="00F73BC8" w:rsidRDefault="001A5A2B" w:rsidP="003A4864">
            <w:pPr>
              <w:spacing w:after="0" w:line="480" w:lineRule="auto"/>
              <w:rPr>
                <w:rFonts w:ascii="Aptos" w:hAnsi="Aptos"/>
                <w:sz w:val="24"/>
                <w:szCs w:val="24"/>
              </w:rPr>
            </w:pPr>
          </w:p>
        </w:tc>
        <w:tc>
          <w:tcPr>
            <w:tcW w:w="4395" w:type="dxa"/>
          </w:tcPr>
          <w:p w14:paraId="79984E02" w14:textId="11684D69"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PPP2R2B</w:t>
            </w:r>
          </w:p>
        </w:tc>
        <w:tc>
          <w:tcPr>
            <w:tcW w:w="3402" w:type="dxa"/>
            <w:vMerge/>
          </w:tcPr>
          <w:p w14:paraId="66EF4485" w14:textId="77777777" w:rsidR="001A5A2B" w:rsidRPr="00F73BC8" w:rsidRDefault="001A5A2B" w:rsidP="003A4864">
            <w:pPr>
              <w:spacing w:after="0" w:line="480" w:lineRule="auto"/>
              <w:rPr>
                <w:rFonts w:ascii="Aptos" w:hAnsi="Aptos"/>
                <w:sz w:val="24"/>
                <w:szCs w:val="24"/>
              </w:rPr>
            </w:pPr>
          </w:p>
        </w:tc>
      </w:tr>
      <w:tr w:rsidR="001A5A2B" w:rsidRPr="00F73BC8" w14:paraId="08CBA6C1" w14:textId="36DE69D8" w:rsidTr="001A5A2B">
        <w:tc>
          <w:tcPr>
            <w:tcW w:w="1242" w:type="dxa"/>
          </w:tcPr>
          <w:p w14:paraId="191944F8" w14:textId="77777777" w:rsidR="001A5A2B" w:rsidRPr="00F73BC8" w:rsidRDefault="001A5A2B" w:rsidP="003A4864">
            <w:pPr>
              <w:spacing w:after="0" w:line="480" w:lineRule="auto"/>
              <w:rPr>
                <w:rFonts w:ascii="Aptos" w:hAnsi="Aptos"/>
                <w:sz w:val="24"/>
                <w:szCs w:val="24"/>
              </w:rPr>
            </w:pPr>
            <w:r w:rsidRPr="00F73BC8">
              <w:rPr>
                <w:rFonts w:ascii="Aptos" w:hAnsi="Aptos"/>
                <w:sz w:val="24"/>
                <w:szCs w:val="24"/>
              </w:rPr>
              <w:t>SCA17</w:t>
            </w:r>
          </w:p>
          <w:p w14:paraId="04F3F0BA" w14:textId="77777777" w:rsidR="001A5A2B" w:rsidRPr="00F73BC8" w:rsidRDefault="001A5A2B" w:rsidP="003A4864">
            <w:pPr>
              <w:spacing w:after="0" w:line="480" w:lineRule="auto"/>
              <w:rPr>
                <w:rFonts w:ascii="Aptos" w:hAnsi="Aptos"/>
                <w:sz w:val="24"/>
                <w:szCs w:val="24"/>
              </w:rPr>
            </w:pPr>
          </w:p>
        </w:tc>
        <w:tc>
          <w:tcPr>
            <w:tcW w:w="4395" w:type="dxa"/>
          </w:tcPr>
          <w:p w14:paraId="1D66B8C9" w14:textId="4C9C22D4"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TBP</w:t>
            </w:r>
          </w:p>
        </w:tc>
        <w:tc>
          <w:tcPr>
            <w:tcW w:w="3402" w:type="dxa"/>
            <w:vMerge/>
          </w:tcPr>
          <w:p w14:paraId="0AC6ADA6" w14:textId="77777777" w:rsidR="001A5A2B" w:rsidRPr="00F73BC8" w:rsidRDefault="001A5A2B" w:rsidP="003A4864">
            <w:pPr>
              <w:spacing w:after="0" w:line="480" w:lineRule="auto"/>
              <w:rPr>
                <w:rFonts w:ascii="Aptos" w:hAnsi="Aptos"/>
                <w:sz w:val="24"/>
                <w:szCs w:val="24"/>
              </w:rPr>
            </w:pPr>
          </w:p>
        </w:tc>
      </w:tr>
      <w:tr w:rsidR="001A5A2B" w:rsidRPr="00F73BC8" w14:paraId="2986B2C1" w14:textId="4E71A317" w:rsidTr="001A5A2B">
        <w:tc>
          <w:tcPr>
            <w:tcW w:w="1242" w:type="dxa"/>
          </w:tcPr>
          <w:p w14:paraId="174007A0" w14:textId="50AE010B" w:rsidR="001A5A2B" w:rsidRPr="00F73BC8" w:rsidRDefault="001A5A2B" w:rsidP="003A4864">
            <w:pPr>
              <w:spacing w:after="0" w:line="480" w:lineRule="auto"/>
              <w:rPr>
                <w:rFonts w:ascii="Aptos" w:hAnsi="Aptos"/>
                <w:sz w:val="24"/>
                <w:szCs w:val="24"/>
              </w:rPr>
            </w:pPr>
            <w:r w:rsidRPr="00F73BC8">
              <w:rPr>
                <w:rFonts w:ascii="Aptos" w:hAnsi="Aptos"/>
                <w:sz w:val="24"/>
                <w:szCs w:val="24"/>
              </w:rPr>
              <w:lastRenderedPageBreak/>
              <w:t>HSP</w:t>
            </w:r>
            <w:r w:rsidR="00EB058A" w:rsidRPr="00F73BC8">
              <w:rPr>
                <w:rFonts w:ascii="Aptos" w:hAnsi="Aptos"/>
                <w:sz w:val="24"/>
                <w:szCs w:val="24"/>
              </w:rPr>
              <w:t xml:space="preserve"> NGS panel</w:t>
            </w:r>
          </w:p>
        </w:tc>
        <w:tc>
          <w:tcPr>
            <w:tcW w:w="4395" w:type="dxa"/>
          </w:tcPr>
          <w:p w14:paraId="0E713EE6" w14:textId="64902F55" w:rsidR="001A5A2B" w:rsidRPr="00F73BC8" w:rsidRDefault="001A5A2B" w:rsidP="003A4864">
            <w:pPr>
              <w:spacing w:after="0" w:line="480" w:lineRule="auto"/>
              <w:rPr>
                <w:rFonts w:ascii="Aptos" w:hAnsi="Aptos"/>
                <w:i/>
                <w:iCs/>
                <w:sz w:val="24"/>
                <w:szCs w:val="24"/>
              </w:rPr>
            </w:pPr>
            <w:r w:rsidRPr="00F73BC8">
              <w:rPr>
                <w:rFonts w:ascii="Aptos" w:hAnsi="Aptos"/>
                <w:i/>
                <w:iCs/>
                <w:sz w:val="24"/>
                <w:szCs w:val="24"/>
              </w:rPr>
              <w:t xml:space="preserve">AARS2, ABCB7, ABCD1, ABHD12, ACO2, ADCK3, ADGRG1, AFG3L2, AHDC1, AHI1, ALDH5A1, ALG3, ALG6, AMACR, AMPD2, ANO10, APOB, APTX, ARL13B, ARSA, ATCAY, ATG5, ATL1, ATM, ATP13A2, ATP1A2, ATP1A3, ATP2B3, ATP7B, ATP8A2, BEAN1, BRAT1, BRF1, C10ORF2, C12ORF65, C19ORF12, C5ORF42, C9ORF72, CA8, CACNA1A, CACNA1G, CACNB4, CAMTA1, CASK, CC2D2A, CCDC88C, CD40LG, CDK5, CEP104, CEP290, CEP41, CHMP1A, CLCN2, CLN5, CLN6, CLN8, CLP1, COA7, COQ2, COQ4, COQ9, COX20, CP, CSPP1, CSTB, CTBP1, CTSD, CWF19L1, CYP27A1, CYP7B1, DAB1, DARS, DARS2, DDHD2, DKC1, DNAJC19, DNAJC3, DNMT1, EEF2, EIF2B1, EIF2B2, EIF2B3, EIF2B4, EIF2B5, ELOVL4, ELOVL5, ERCC4, ERCC8, EXOSC3, EXOSC8, FA2H, FARS2, FASTKD2, FAT2, FGF14, </w:t>
            </w:r>
            <w:r w:rsidRPr="00F73BC8">
              <w:rPr>
                <w:rFonts w:ascii="Aptos" w:hAnsi="Aptos"/>
                <w:i/>
                <w:iCs/>
                <w:sz w:val="24"/>
                <w:szCs w:val="24"/>
              </w:rPr>
              <w:lastRenderedPageBreak/>
              <w:t xml:space="preserve">FLVCR1, FMR1, FOLR1, FXN, GALC, GAN, GBA2, GBE1, GFAP, GJB1, GJC2, GLB1, GOSR2, GRID2, GRM1, HARS, HARS2, HEXA, HEXB, HIBCH, HSD17B4, INPP5E, ITPR1, KCNA1, KCNA2, KCNC1, KCNC3, KCND3, KCNJ10, KCNMA1, KCTD7, KIF1A, KIF1C, KIF7, LAMA1, LMNB2, LYST, MARS2, MED17, MFN2, MFSD8, MKS1, MMACHC, MME, MRE11A, MTPAP, MTTP, MVK, NAGLU, NDUFS1, NDUFS7, NEU1, NOL3, NOP56, NPC1, NPC2, NPHP1, OFD1, OPA1, OPA3, OPHN1, PAX6, PCLO, PCNA, PDE6D, PDHA1, PDSS1, PDSS2, PDYN, PEX10, PEX16, PEX2, PEX6, PEX7, PHYH, PIK3R5, PLA2G6, PLD3, PLP1, PMM2, PMPCA, PNKP, PNPLA6, POLG, POLR3A, POLR3B, PPT1, PRICKLE1, PRKCG, PRNP, PRPS1, PRRT2, PSAP, PSEN1, PTF1A, PTRH2, PUM1, QARS, RAB3GAP1, RARS, RARS2, RELN, RNF170, RNF216, RPGRIP1L, RUBCN, </w:t>
            </w:r>
            <w:r w:rsidRPr="00F73BC8">
              <w:rPr>
                <w:rFonts w:ascii="Aptos" w:hAnsi="Aptos"/>
                <w:i/>
                <w:iCs/>
                <w:sz w:val="24"/>
                <w:szCs w:val="24"/>
              </w:rPr>
              <w:lastRenderedPageBreak/>
              <w:t>SACS, SAMD9L, SARS, SCN1A, SCN2A, SCN8A, SCYL1, SEPSECS, SETX, SIL1, SLC17A5, SLC1A3, SLC25A46, SLC2A1, SLC33A1, SLC35A2, SLC52A2, SLC6A19, SLC9A1, SLC9A6, SMPD1, SNAP25, SNX14, SPAST, SPG11, SPG7, SPTAN1, SPTBN2, SRD5A3, STS, STUB1, STXBP1, SURF1, SYNE1, SYNE2, SYT14, TBC1D23, TCTN1, TCTN2, TCTN3, TDP1, TDP2, TGM6, TINF2, TMEM138, TMEM216, TMEM231, TMEM237, TMEM240, TMEM67, TOE1, TOP1, TPP1, TRNT1, TRPC3, TSEN15, TSEN2, TSEN34, TSEN54, TTBK2, TTC19, TTC21B, TTPA, TUBB3, TUBB4A, UBA5, UBR4, UCHL1, VAMP1, VARS2, VLDLR, VPS53, VRK1, VWA3B, WDR73, WDR81, WFS1, WWOX, XPA, XRCC1, XRCC4, ZFYVE26, ZFYVE27, ZNF423</w:t>
            </w:r>
          </w:p>
        </w:tc>
        <w:tc>
          <w:tcPr>
            <w:tcW w:w="3402" w:type="dxa"/>
          </w:tcPr>
          <w:p w14:paraId="293AC989" w14:textId="77777777" w:rsidR="00EC0F16" w:rsidRDefault="001A5A2B" w:rsidP="003A4864">
            <w:pPr>
              <w:spacing w:after="0" w:line="480" w:lineRule="auto"/>
              <w:rPr>
                <w:rFonts w:ascii="Aptos" w:hAnsi="Aptos"/>
                <w:sz w:val="24"/>
                <w:szCs w:val="24"/>
              </w:rPr>
            </w:pPr>
            <w:r w:rsidRPr="00F73BC8">
              <w:rPr>
                <w:rFonts w:ascii="Aptos" w:hAnsi="Aptos"/>
                <w:sz w:val="24"/>
                <w:szCs w:val="24"/>
              </w:rPr>
              <w:lastRenderedPageBreak/>
              <w:t>Illumina NextSeq500 platform (Illumina Inc., San Diego, CA). The probes used for the experiment were designed based on SureSelect technology, employing bridge PCR hybridization (Agilent Technologies, Santa Clara, CA).</w:t>
            </w:r>
          </w:p>
          <w:p w14:paraId="235A6CD5" w14:textId="77777777" w:rsidR="00EC0F16" w:rsidRDefault="00EC0F16" w:rsidP="003A4864">
            <w:pPr>
              <w:spacing w:after="0" w:line="480" w:lineRule="auto"/>
              <w:rPr>
                <w:rFonts w:ascii="Aptos" w:hAnsi="Aptos"/>
                <w:sz w:val="24"/>
                <w:szCs w:val="24"/>
              </w:rPr>
            </w:pPr>
          </w:p>
          <w:p w14:paraId="2C47C6D9" w14:textId="4F524CD5" w:rsidR="001A5A2B" w:rsidRDefault="001A5A2B" w:rsidP="003A4864">
            <w:pPr>
              <w:spacing w:after="0" w:line="480" w:lineRule="auto"/>
              <w:rPr>
                <w:rFonts w:ascii="Aptos" w:hAnsi="Aptos"/>
                <w:sz w:val="24"/>
                <w:szCs w:val="24"/>
              </w:rPr>
            </w:pPr>
            <w:r w:rsidRPr="00F73BC8">
              <w:rPr>
                <w:rFonts w:ascii="Aptos" w:hAnsi="Aptos"/>
                <w:sz w:val="24"/>
                <w:szCs w:val="24"/>
              </w:rPr>
              <w:t>The VCF file was annotated using the Expert Variant Interpreter (eVAI v2.8) software. The interpretation of variants identified in this analysis is based on current knowledge and the ACMG classification guidelines (</w:t>
            </w:r>
            <w:hyperlink r:id="rId6" w:history="1">
              <w:r w:rsidR="00EB058A" w:rsidRPr="00F73BC8">
                <w:rPr>
                  <w:rStyle w:val="Collegamentoipertestuale"/>
                  <w:rFonts w:ascii="Aptos" w:hAnsi="Aptos"/>
                  <w:sz w:val="24"/>
                  <w:szCs w:val="24"/>
                </w:rPr>
                <w:t>https://www.acmg.net/</w:t>
              </w:r>
            </w:hyperlink>
            <w:r w:rsidRPr="00F73BC8">
              <w:rPr>
                <w:rFonts w:ascii="Aptos" w:hAnsi="Aptos"/>
                <w:sz w:val="24"/>
                <w:szCs w:val="24"/>
              </w:rPr>
              <w:t>).</w:t>
            </w:r>
          </w:p>
          <w:p w14:paraId="31F55445" w14:textId="77777777" w:rsidR="00EC0F16" w:rsidRPr="00F73BC8" w:rsidRDefault="00EC0F16" w:rsidP="003A4864">
            <w:pPr>
              <w:spacing w:after="0" w:line="480" w:lineRule="auto"/>
              <w:rPr>
                <w:rFonts w:ascii="Aptos" w:hAnsi="Aptos"/>
                <w:sz w:val="24"/>
                <w:szCs w:val="24"/>
              </w:rPr>
            </w:pPr>
          </w:p>
          <w:p w14:paraId="442BB161" w14:textId="7ED7E12F" w:rsidR="00EB058A" w:rsidRPr="00F73BC8" w:rsidRDefault="00EB058A" w:rsidP="003A4864">
            <w:pPr>
              <w:spacing w:after="0" w:line="480" w:lineRule="auto"/>
              <w:rPr>
                <w:rFonts w:ascii="Aptos" w:hAnsi="Aptos"/>
                <w:sz w:val="24"/>
                <w:szCs w:val="24"/>
              </w:rPr>
            </w:pPr>
            <w:r w:rsidRPr="00F73BC8">
              <w:rPr>
                <w:rFonts w:ascii="Aptos" w:hAnsi="Aptos"/>
                <w:sz w:val="24"/>
                <w:szCs w:val="24"/>
              </w:rPr>
              <w:t xml:space="preserve">The following databases were also consulted, all on 12 </w:t>
            </w:r>
            <w:r w:rsidRPr="00F73BC8">
              <w:rPr>
                <w:rFonts w:ascii="Aptos" w:hAnsi="Aptos"/>
                <w:sz w:val="24"/>
                <w:szCs w:val="24"/>
              </w:rPr>
              <w:lastRenderedPageBreak/>
              <w:t>March 2025, for classification and interpretation of variants: the American College of Medical Genetics guidelines (https://www.acmg.net/), ClinVar (https://www.ncbi.nlm.nih.gov/clinvar/), Franklin by Genoox (https://franklin.genoox.com/clinical-db/home), Mobi Details (https://mobidetails.iurc.montp.inserm.fr/MD/), and VarSome (https://varsome.com/).</w:t>
            </w:r>
          </w:p>
        </w:tc>
      </w:tr>
    </w:tbl>
    <w:p w14:paraId="6C2988EE" w14:textId="1738CCFA" w:rsidR="00331C39" w:rsidRPr="00F73BC8" w:rsidRDefault="00331C39" w:rsidP="003A4864">
      <w:pPr>
        <w:spacing w:after="0" w:line="480" w:lineRule="auto"/>
        <w:rPr>
          <w:rFonts w:ascii="Aptos" w:hAnsi="Aptos"/>
          <w:sz w:val="24"/>
          <w:szCs w:val="24"/>
        </w:rPr>
      </w:pPr>
    </w:p>
    <w:sectPr w:rsidR="00331C39" w:rsidRPr="00F73BC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610671253">
    <w:abstractNumId w:val="8"/>
  </w:num>
  <w:num w:numId="2" w16cid:durableId="414978409">
    <w:abstractNumId w:val="6"/>
  </w:num>
  <w:num w:numId="3" w16cid:durableId="303437799">
    <w:abstractNumId w:val="5"/>
  </w:num>
  <w:num w:numId="4" w16cid:durableId="1990816924">
    <w:abstractNumId w:val="4"/>
  </w:num>
  <w:num w:numId="5" w16cid:durableId="224997610">
    <w:abstractNumId w:val="7"/>
  </w:num>
  <w:num w:numId="6" w16cid:durableId="81604799">
    <w:abstractNumId w:val="3"/>
  </w:num>
  <w:num w:numId="7" w16cid:durableId="1130439324">
    <w:abstractNumId w:val="2"/>
  </w:num>
  <w:num w:numId="8" w16cid:durableId="311762886">
    <w:abstractNumId w:val="1"/>
  </w:num>
  <w:num w:numId="9" w16cid:durableId="1033726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A97"/>
    <w:rsid w:val="00034616"/>
    <w:rsid w:val="0006063C"/>
    <w:rsid w:val="0015074B"/>
    <w:rsid w:val="001A5A2B"/>
    <w:rsid w:val="0029639D"/>
    <w:rsid w:val="00326F90"/>
    <w:rsid w:val="00331C39"/>
    <w:rsid w:val="003A4864"/>
    <w:rsid w:val="003C0D0F"/>
    <w:rsid w:val="00500736"/>
    <w:rsid w:val="007643E8"/>
    <w:rsid w:val="00963162"/>
    <w:rsid w:val="00A8607D"/>
    <w:rsid w:val="00AA1D8D"/>
    <w:rsid w:val="00B47730"/>
    <w:rsid w:val="00CB0664"/>
    <w:rsid w:val="00CC5A0D"/>
    <w:rsid w:val="00DC02E6"/>
    <w:rsid w:val="00DF1067"/>
    <w:rsid w:val="00EB058A"/>
    <w:rsid w:val="00EC0F16"/>
    <w:rsid w:val="00F73B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0FE80"/>
  <w14:defaultImageDpi w14:val="300"/>
  <w15:docId w15:val="{8ADFFE69-BA7D-4061-8BF4-860C47FFA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e">
    <w:name w:val="Revision"/>
    <w:hidden/>
    <w:uiPriority w:val="99"/>
    <w:semiHidden/>
    <w:rsid w:val="00EB058A"/>
    <w:pPr>
      <w:spacing w:after="0" w:line="240" w:lineRule="auto"/>
    </w:pPr>
  </w:style>
  <w:style w:type="character" w:styleId="Collegamentoipertestuale">
    <w:name w:val="Hyperlink"/>
    <w:basedOn w:val="Carpredefinitoparagrafo"/>
    <w:uiPriority w:val="99"/>
    <w:unhideWhenUsed/>
    <w:rsid w:val="00EB058A"/>
    <w:rPr>
      <w:color w:val="0000FF" w:themeColor="hyperlink"/>
      <w:u w:val="single"/>
    </w:rPr>
  </w:style>
  <w:style w:type="character" w:styleId="Menzionenonrisolta">
    <w:name w:val="Unresolved Mention"/>
    <w:basedOn w:val="Carpredefinitoparagrafo"/>
    <w:uiPriority w:val="99"/>
    <w:semiHidden/>
    <w:unhideWhenUsed/>
    <w:rsid w:val="00EB0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cmg.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3042</Characters>
  <Application>Microsoft Office Word</Application>
  <DocSecurity>0</DocSecurity>
  <Lines>25</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MARCELLO MOCCIA</cp:lastModifiedBy>
  <cp:revision>6</cp:revision>
  <dcterms:created xsi:type="dcterms:W3CDTF">2025-10-01T08:09:00Z</dcterms:created>
  <dcterms:modified xsi:type="dcterms:W3CDTF">2025-10-01T08:26:00Z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2025-10-01T08:09:23Z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b62ed1cb-a01e-4061-8ffd-556de4906940</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