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B4EF" w14:textId="77777777" w:rsidR="003F2CDC" w:rsidRDefault="00000000">
      <w:pPr>
        <w:pStyle w:val="aa"/>
      </w:pPr>
      <w:r>
        <w:t>STROBE Checklist for Retrospective Cohort Study</w:t>
      </w:r>
    </w:p>
    <w:p w14:paraId="1414FC4F" w14:textId="77777777" w:rsidR="003F2CDC" w:rsidRDefault="00000000">
      <w:r>
        <w:t>This checklist was completed based on the manuscript titled: 'Relationship Between Intra-operative Peak Lactate and Patient Outcome Following Non-Cardiac Emergency Surgery'. The study is a retrospective cohort study, and the checklist follows the STROBE guidelines.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F2CDC" w14:paraId="40BD9015" w14:textId="77777777">
        <w:tc>
          <w:tcPr>
            <w:tcW w:w="2880" w:type="dxa"/>
          </w:tcPr>
          <w:p w14:paraId="0420211E" w14:textId="77777777" w:rsidR="003F2CDC" w:rsidRDefault="00000000">
            <w:r>
              <w:t>Item No.</w:t>
            </w:r>
          </w:p>
        </w:tc>
        <w:tc>
          <w:tcPr>
            <w:tcW w:w="2880" w:type="dxa"/>
          </w:tcPr>
          <w:p w14:paraId="5FA33B23" w14:textId="77777777" w:rsidR="003F2CDC" w:rsidRDefault="00000000">
            <w:r>
              <w:t>Recommendation</w:t>
            </w:r>
          </w:p>
        </w:tc>
        <w:tc>
          <w:tcPr>
            <w:tcW w:w="2880" w:type="dxa"/>
          </w:tcPr>
          <w:p w14:paraId="1420933F" w14:textId="77777777" w:rsidR="003F2CDC" w:rsidRDefault="00000000">
            <w:r>
              <w:t>Addressed in Manuscript</w:t>
            </w:r>
          </w:p>
        </w:tc>
      </w:tr>
      <w:tr w:rsidR="003F2CDC" w14:paraId="31DA80DF" w14:textId="77777777">
        <w:tc>
          <w:tcPr>
            <w:tcW w:w="2880" w:type="dxa"/>
          </w:tcPr>
          <w:p w14:paraId="434D584F" w14:textId="77777777" w:rsidR="003F2CDC" w:rsidRDefault="00000000">
            <w:r>
              <w:t>1a</w:t>
            </w:r>
          </w:p>
        </w:tc>
        <w:tc>
          <w:tcPr>
            <w:tcW w:w="2880" w:type="dxa"/>
          </w:tcPr>
          <w:p w14:paraId="0941B102" w14:textId="77777777" w:rsidR="003F2CDC" w:rsidRDefault="00000000">
            <w:r>
              <w:t>Indicate the study’s design with a commonly used term in the title or the abstract</w:t>
            </w:r>
          </w:p>
        </w:tc>
        <w:tc>
          <w:tcPr>
            <w:tcW w:w="2880" w:type="dxa"/>
          </w:tcPr>
          <w:p w14:paraId="38305931" w14:textId="77777777" w:rsidR="003F2CDC" w:rsidRDefault="00000000">
            <w:r>
              <w:t>Title and Abstract: 'a Retrospective Cohort Study'</w:t>
            </w:r>
          </w:p>
        </w:tc>
      </w:tr>
      <w:tr w:rsidR="003F2CDC" w14:paraId="48076F2D" w14:textId="77777777">
        <w:tc>
          <w:tcPr>
            <w:tcW w:w="2880" w:type="dxa"/>
          </w:tcPr>
          <w:p w14:paraId="268EBD36" w14:textId="77777777" w:rsidR="003F2CDC" w:rsidRDefault="00000000">
            <w:r>
              <w:t>1b</w:t>
            </w:r>
          </w:p>
        </w:tc>
        <w:tc>
          <w:tcPr>
            <w:tcW w:w="2880" w:type="dxa"/>
          </w:tcPr>
          <w:p w14:paraId="4CFD7E0F" w14:textId="77777777" w:rsidR="003F2CDC" w:rsidRDefault="00000000">
            <w:r>
              <w:t>Provide in the abstract an informative and balanced summary of what was done and what was found</w:t>
            </w:r>
          </w:p>
        </w:tc>
        <w:tc>
          <w:tcPr>
            <w:tcW w:w="2880" w:type="dxa"/>
          </w:tcPr>
          <w:p w14:paraId="33D9DD31" w14:textId="77777777" w:rsidR="003F2CDC" w:rsidRDefault="00000000">
            <w:r>
              <w:t>Abstract (Methods, Results, Conclusions)</w:t>
            </w:r>
          </w:p>
        </w:tc>
      </w:tr>
      <w:tr w:rsidR="003F2CDC" w14:paraId="0126B323" w14:textId="77777777">
        <w:tc>
          <w:tcPr>
            <w:tcW w:w="2880" w:type="dxa"/>
          </w:tcPr>
          <w:p w14:paraId="6040EB09" w14:textId="77777777" w:rsidR="003F2CDC" w:rsidRDefault="00000000">
            <w:r>
              <w:t>2</w:t>
            </w:r>
          </w:p>
        </w:tc>
        <w:tc>
          <w:tcPr>
            <w:tcW w:w="2880" w:type="dxa"/>
          </w:tcPr>
          <w:p w14:paraId="3585A25E" w14:textId="77777777" w:rsidR="003F2CDC" w:rsidRDefault="00000000">
            <w:r>
              <w:t>Explain the scientific background and rationale for the investigation being reported</w:t>
            </w:r>
          </w:p>
        </w:tc>
        <w:tc>
          <w:tcPr>
            <w:tcW w:w="2880" w:type="dxa"/>
          </w:tcPr>
          <w:p w14:paraId="62B2D1C7" w14:textId="77777777" w:rsidR="003F2CDC" w:rsidRDefault="00000000">
            <w:r>
              <w:t>Background (Pages 1–2)</w:t>
            </w:r>
          </w:p>
        </w:tc>
      </w:tr>
      <w:tr w:rsidR="003F2CDC" w14:paraId="7B6FBAB5" w14:textId="77777777">
        <w:tc>
          <w:tcPr>
            <w:tcW w:w="2880" w:type="dxa"/>
          </w:tcPr>
          <w:p w14:paraId="44B2F226" w14:textId="77777777" w:rsidR="003F2CDC" w:rsidRDefault="00000000">
            <w:r>
              <w:t>3</w:t>
            </w:r>
          </w:p>
        </w:tc>
        <w:tc>
          <w:tcPr>
            <w:tcW w:w="2880" w:type="dxa"/>
          </w:tcPr>
          <w:p w14:paraId="20006AA2" w14:textId="77777777" w:rsidR="003F2CDC" w:rsidRDefault="00000000">
            <w:r>
              <w:t>State specific objectives, including any prespecified hypotheses</w:t>
            </w:r>
          </w:p>
        </w:tc>
        <w:tc>
          <w:tcPr>
            <w:tcW w:w="2880" w:type="dxa"/>
          </w:tcPr>
          <w:p w14:paraId="4B078B16" w14:textId="77777777" w:rsidR="003F2CDC" w:rsidRDefault="00000000">
            <w:r>
              <w:t>Abstract and Background</w:t>
            </w:r>
          </w:p>
        </w:tc>
      </w:tr>
      <w:tr w:rsidR="003F2CDC" w14:paraId="3AEE0F1F" w14:textId="77777777">
        <w:tc>
          <w:tcPr>
            <w:tcW w:w="2880" w:type="dxa"/>
          </w:tcPr>
          <w:p w14:paraId="085AAB4B" w14:textId="77777777" w:rsidR="003F2CDC" w:rsidRDefault="00000000">
            <w:r>
              <w:t>4</w:t>
            </w:r>
          </w:p>
        </w:tc>
        <w:tc>
          <w:tcPr>
            <w:tcW w:w="2880" w:type="dxa"/>
          </w:tcPr>
          <w:p w14:paraId="196A0157" w14:textId="77777777" w:rsidR="003F2CDC" w:rsidRDefault="00000000">
            <w:r>
              <w:t>Present key elements of study design early in the paper</w:t>
            </w:r>
          </w:p>
        </w:tc>
        <w:tc>
          <w:tcPr>
            <w:tcW w:w="2880" w:type="dxa"/>
          </w:tcPr>
          <w:p w14:paraId="12C216B6" w14:textId="77777777" w:rsidR="003F2CDC" w:rsidRDefault="00000000">
            <w:r>
              <w:t>Methods section (Page 2)</w:t>
            </w:r>
          </w:p>
        </w:tc>
      </w:tr>
      <w:tr w:rsidR="003F2CDC" w14:paraId="1B81C3A9" w14:textId="77777777">
        <w:tc>
          <w:tcPr>
            <w:tcW w:w="2880" w:type="dxa"/>
          </w:tcPr>
          <w:p w14:paraId="59C6EB48" w14:textId="77777777" w:rsidR="003F2CDC" w:rsidRDefault="00000000">
            <w:r>
              <w:t>5</w:t>
            </w:r>
          </w:p>
        </w:tc>
        <w:tc>
          <w:tcPr>
            <w:tcW w:w="2880" w:type="dxa"/>
          </w:tcPr>
          <w:p w14:paraId="3F3D0CE3" w14:textId="77777777" w:rsidR="003F2CDC" w:rsidRDefault="00000000">
            <w:r>
              <w:t>Describe the setting, locations, and relevant dates</w:t>
            </w:r>
          </w:p>
        </w:tc>
        <w:tc>
          <w:tcPr>
            <w:tcW w:w="2880" w:type="dxa"/>
          </w:tcPr>
          <w:p w14:paraId="2424313D" w14:textId="77777777" w:rsidR="003F2CDC" w:rsidRDefault="00000000">
            <w:r>
              <w:t>Methods: PUMCH, 2017–2023</w:t>
            </w:r>
          </w:p>
        </w:tc>
      </w:tr>
      <w:tr w:rsidR="003F2CDC" w14:paraId="246597B0" w14:textId="77777777">
        <w:tc>
          <w:tcPr>
            <w:tcW w:w="2880" w:type="dxa"/>
          </w:tcPr>
          <w:p w14:paraId="5C3BDD58" w14:textId="77777777" w:rsidR="003F2CDC" w:rsidRDefault="00000000">
            <w:r>
              <w:t>6a</w:t>
            </w:r>
          </w:p>
        </w:tc>
        <w:tc>
          <w:tcPr>
            <w:tcW w:w="2880" w:type="dxa"/>
          </w:tcPr>
          <w:p w14:paraId="7FA76696" w14:textId="77777777" w:rsidR="003F2CDC" w:rsidRDefault="00000000">
            <w:r>
              <w:t>Give the eligibility criteria and the sources and methods of selection of participants</w:t>
            </w:r>
          </w:p>
        </w:tc>
        <w:tc>
          <w:tcPr>
            <w:tcW w:w="2880" w:type="dxa"/>
          </w:tcPr>
          <w:p w14:paraId="54177EBA" w14:textId="77777777" w:rsidR="003F2CDC" w:rsidRDefault="00000000">
            <w:r>
              <w:t>Flow chart, Methods</w:t>
            </w:r>
          </w:p>
        </w:tc>
      </w:tr>
      <w:tr w:rsidR="003F2CDC" w14:paraId="0AA525FB" w14:textId="77777777">
        <w:tc>
          <w:tcPr>
            <w:tcW w:w="2880" w:type="dxa"/>
          </w:tcPr>
          <w:p w14:paraId="687906EA" w14:textId="77777777" w:rsidR="003F2CDC" w:rsidRDefault="00000000">
            <w:r>
              <w:t>6b</w:t>
            </w:r>
          </w:p>
        </w:tc>
        <w:tc>
          <w:tcPr>
            <w:tcW w:w="2880" w:type="dxa"/>
          </w:tcPr>
          <w:p w14:paraId="060B1FE5" w14:textId="77777777" w:rsidR="003F2CDC" w:rsidRDefault="00000000">
            <w:r>
              <w:t>For matched studies, give matching criteria and number of exposed and unexposed</w:t>
            </w:r>
          </w:p>
        </w:tc>
        <w:tc>
          <w:tcPr>
            <w:tcW w:w="2880" w:type="dxa"/>
          </w:tcPr>
          <w:p w14:paraId="73D34258" w14:textId="77777777" w:rsidR="003F2CDC" w:rsidRDefault="00000000">
            <w:r>
              <w:t>Not applicable</w:t>
            </w:r>
          </w:p>
        </w:tc>
      </w:tr>
      <w:tr w:rsidR="003F2CDC" w14:paraId="50C663E6" w14:textId="77777777">
        <w:tc>
          <w:tcPr>
            <w:tcW w:w="2880" w:type="dxa"/>
          </w:tcPr>
          <w:p w14:paraId="7CAEB2F8" w14:textId="77777777" w:rsidR="003F2CDC" w:rsidRDefault="00000000">
            <w:r>
              <w:t>7</w:t>
            </w:r>
          </w:p>
        </w:tc>
        <w:tc>
          <w:tcPr>
            <w:tcW w:w="2880" w:type="dxa"/>
          </w:tcPr>
          <w:p w14:paraId="5514DB6A" w14:textId="77777777" w:rsidR="003F2CDC" w:rsidRDefault="00000000">
            <w:r>
              <w:t>Clearly define all outcomes, exposures, predictors, potential confounders</w:t>
            </w:r>
          </w:p>
        </w:tc>
        <w:tc>
          <w:tcPr>
            <w:tcW w:w="2880" w:type="dxa"/>
          </w:tcPr>
          <w:p w14:paraId="1C324D26" w14:textId="77777777" w:rsidR="003F2CDC" w:rsidRDefault="00000000">
            <w:r>
              <w:t>Methods: Variables and Outcomes</w:t>
            </w:r>
          </w:p>
        </w:tc>
      </w:tr>
      <w:tr w:rsidR="003F2CDC" w14:paraId="00555828" w14:textId="77777777">
        <w:tc>
          <w:tcPr>
            <w:tcW w:w="2880" w:type="dxa"/>
          </w:tcPr>
          <w:p w14:paraId="65F35820" w14:textId="77777777" w:rsidR="003F2CDC" w:rsidRDefault="00000000">
            <w:r>
              <w:t>8</w:t>
            </w:r>
          </w:p>
        </w:tc>
        <w:tc>
          <w:tcPr>
            <w:tcW w:w="2880" w:type="dxa"/>
          </w:tcPr>
          <w:p w14:paraId="4388C134" w14:textId="77777777" w:rsidR="003F2CDC" w:rsidRDefault="00000000">
            <w:r>
              <w:t>Give sources of data and details of methods of assessment</w:t>
            </w:r>
          </w:p>
        </w:tc>
        <w:tc>
          <w:tcPr>
            <w:tcW w:w="2880" w:type="dxa"/>
          </w:tcPr>
          <w:p w14:paraId="7068D236" w14:textId="77777777" w:rsidR="003F2CDC" w:rsidRDefault="00000000">
            <w:r>
              <w:t>Methods: Data sources</w:t>
            </w:r>
          </w:p>
        </w:tc>
      </w:tr>
      <w:tr w:rsidR="003F2CDC" w14:paraId="4558AA1E" w14:textId="77777777">
        <w:tc>
          <w:tcPr>
            <w:tcW w:w="2880" w:type="dxa"/>
          </w:tcPr>
          <w:p w14:paraId="6523B7CB" w14:textId="77777777" w:rsidR="003F2CDC" w:rsidRDefault="00000000">
            <w:r>
              <w:t>9</w:t>
            </w:r>
          </w:p>
        </w:tc>
        <w:tc>
          <w:tcPr>
            <w:tcW w:w="2880" w:type="dxa"/>
          </w:tcPr>
          <w:p w14:paraId="264EC89B" w14:textId="77777777" w:rsidR="003F2CDC" w:rsidRDefault="00000000">
            <w:r>
              <w:t>Describe any efforts to address potential sources of bias</w:t>
            </w:r>
          </w:p>
        </w:tc>
        <w:tc>
          <w:tcPr>
            <w:tcW w:w="2880" w:type="dxa"/>
          </w:tcPr>
          <w:p w14:paraId="3772ACB7" w14:textId="77777777" w:rsidR="003F2CDC" w:rsidRDefault="00000000">
            <w:r>
              <w:t>Discussion: Limitations</w:t>
            </w:r>
          </w:p>
        </w:tc>
      </w:tr>
      <w:tr w:rsidR="003F2CDC" w14:paraId="3A4FF533" w14:textId="77777777">
        <w:tc>
          <w:tcPr>
            <w:tcW w:w="2880" w:type="dxa"/>
          </w:tcPr>
          <w:p w14:paraId="75831F3B" w14:textId="77777777" w:rsidR="003F2CDC" w:rsidRDefault="00000000">
            <w:r>
              <w:t>10</w:t>
            </w:r>
          </w:p>
        </w:tc>
        <w:tc>
          <w:tcPr>
            <w:tcW w:w="2880" w:type="dxa"/>
          </w:tcPr>
          <w:p w14:paraId="42520E93" w14:textId="77777777" w:rsidR="003F2CDC" w:rsidRDefault="00000000">
            <w:r>
              <w:t xml:space="preserve">Explain how the study size </w:t>
            </w:r>
            <w:r>
              <w:lastRenderedPageBreak/>
              <w:t>was arrived at</w:t>
            </w:r>
          </w:p>
        </w:tc>
        <w:tc>
          <w:tcPr>
            <w:tcW w:w="2880" w:type="dxa"/>
          </w:tcPr>
          <w:p w14:paraId="6105E5DB" w14:textId="77777777" w:rsidR="003F2CDC" w:rsidRDefault="00000000">
            <w:r>
              <w:lastRenderedPageBreak/>
              <w:t xml:space="preserve">Flowchart and Data </w:t>
            </w:r>
            <w:r>
              <w:lastRenderedPageBreak/>
              <w:t>selection process</w:t>
            </w:r>
          </w:p>
        </w:tc>
      </w:tr>
      <w:tr w:rsidR="003F2CDC" w14:paraId="3EEABF1C" w14:textId="77777777">
        <w:tc>
          <w:tcPr>
            <w:tcW w:w="2880" w:type="dxa"/>
          </w:tcPr>
          <w:p w14:paraId="287E7BEC" w14:textId="77777777" w:rsidR="003F2CDC" w:rsidRDefault="00000000">
            <w:r>
              <w:lastRenderedPageBreak/>
              <w:t>11</w:t>
            </w:r>
          </w:p>
        </w:tc>
        <w:tc>
          <w:tcPr>
            <w:tcW w:w="2880" w:type="dxa"/>
          </w:tcPr>
          <w:p w14:paraId="1764D0C6" w14:textId="77777777" w:rsidR="003F2CDC" w:rsidRDefault="00000000">
            <w:r>
              <w:t>Explain how quantitative variables were handled in the analyses</w:t>
            </w:r>
          </w:p>
        </w:tc>
        <w:tc>
          <w:tcPr>
            <w:tcW w:w="2880" w:type="dxa"/>
          </w:tcPr>
          <w:p w14:paraId="11A9ECB6" w14:textId="0029D7E1" w:rsidR="003F2CDC" w:rsidRDefault="00000000">
            <w:r>
              <w:t xml:space="preserve">Methods: </w:t>
            </w:r>
            <w:r w:rsidR="0080486B">
              <w:t>Statistical analysis</w:t>
            </w:r>
          </w:p>
        </w:tc>
      </w:tr>
      <w:tr w:rsidR="003F2CDC" w14:paraId="75CD8FA7" w14:textId="77777777">
        <w:tc>
          <w:tcPr>
            <w:tcW w:w="2880" w:type="dxa"/>
          </w:tcPr>
          <w:p w14:paraId="4EB26977" w14:textId="77777777" w:rsidR="003F2CDC" w:rsidRDefault="00000000">
            <w:r>
              <w:t>12a</w:t>
            </w:r>
          </w:p>
        </w:tc>
        <w:tc>
          <w:tcPr>
            <w:tcW w:w="2880" w:type="dxa"/>
          </w:tcPr>
          <w:p w14:paraId="2D84E155" w14:textId="77777777" w:rsidR="003F2CDC" w:rsidRDefault="00000000">
            <w:r>
              <w:t>Describe all statistical methods, including those used to control for confounding</w:t>
            </w:r>
          </w:p>
        </w:tc>
        <w:tc>
          <w:tcPr>
            <w:tcW w:w="2880" w:type="dxa"/>
          </w:tcPr>
          <w:p w14:paraId="5DC55152" w14:textId="77777777" w:rsidR="003F2CDC" w:rsidRDefault="00000000">
            <w:r>
              <w:t>Methods: Statistical analysis</w:t>
            </w:r>
          </w:p>
        </w:tc>
      </w:tr>
      <w:tr w:rsidR="003F2CDC" w14:paraId="1713A33C" w14:textId="77777777">
        <w:tc>
          <w:tcPr>
            <w:tcW w:w="2880" w:type="dxa"/>
          </w:tcPr>
          <w:p w14:paraId="6A0CE3D7" w14:textId="77777777" w:rsidR="003F2CDC" w:rsidRDefault="00000000">
            <w:r>
              <w:t>12b</w:t>
            </w:r>
          </w:p>
        </w:tc>
        <w:tc>
          <w:tcPr>
            <w:tcW w:w="2880" w:type="dxa"/>
          </w:tcPr>
          <w:p w14:paraId="0B8D97C9" w14:textId="77777777" w:rsidR="003F2CDC" w:rsidRDefault="00000000">
            <w:r>
              <w:t>Describe any methods used to examine subgroups and interactions</w:t>
            </w:r>
          </w:p>
        </w:tc>
        <w:tc>
          <w:tcPr>
            <w:tcW w:w="2880" w:type="dxa"/>
          </w:tcPr>
          <w:p w14:paraId="5204A3FB" w14:textId="5547055D" w:rsidR="003F2CDC" w:rsidRPr="00070B29" w:rsidRDefault="00000000">
            <w:pPr>
              <w:rPr>
                <w:rFonts w:eastAsia="宋体" w:hint="eastAsia"/>
                <w:lang w:eastAsia="zh-CN"/>
              </w:rPr>
            </w:pPr>
            <w:r>
              <w:t>RCS analyses</w:t>
            </w:r>
            <w:r w:rsidR="00070B29">
              <w:rPr>
                <w:rFonts w:eastAsia="宋体" w:hint="eastAsia"/>
                <w:lang w:eastAsia="zh-CN"/>
              </w:rPr>
              <w:t xml:space="preserve">, </w:t>
            </w:r>
            <w:r w:rsidR="00070B29" w:rsidRPr="00070B29">
              <w:rPr>
                <w:rFonts w:eastAsia="宋体"/>
                <w:lang w:eastAsia="zh-CN"/>
              </w:rPr>
              <w:t>Univariate and multivariable logistic regression analyses</w:t>
            </w:r>
          </w:p>
        </w:tc>
      </w:tr>
      <w:tr w:rsidR="003F2CDC" w14:paraId="7BB0A675" w14:textId="77777777">
        <w:tc>
          <w:tcPr>
            <w:tcW w:w="2880" w:type="dxa"/>
          </w:tcPr>
          <w:p w14:paraId="676A0079" w14:textId="77777777" w:rsidR="003F2CDC" w:rsidRDefault="00000000">
            <w:r>
              <w:t>12c</w:t>
            </w:r>
          </w:p>
        </w:tc>
        <w:tc>
          <w:tcPr>
            <w:tcW w:w="2880" w:type="dxa"/>
          </w:tcPr>
          <w:p w14:paraId="68A10D54" w14:textId="77777777" w:rsidR="003F2CDC" w:rsidRDefault="00000000">
            <w:r>
              <w:t>Explain how missing data were addressed</w:t>
            </w:r>
          </w:p>
        </w:tc>
        <w:tc>
          <w:tcPr>
            <w:tcW w:w="2880" w:type="dxa"/>
          </w:tcPr>
          <w:p w14:paraId="05893486" w14:textId="5B8F73FD" w:rsidR="003F2CDC" w:rsidRPr="00070B29" w:rsidRDefault="00070B29">
            <w:pPr>
              <w:rPr>
                <w:rFonts w:eastAsia="宋体" w:hint="eastAsia"/>
                <w:lang w:eastAsia="zh-CN"/>
              </w:rPr>
            </w:pPr>
            <w:r>
              <w:t>Methods</w:t>
            </w:r>
            <w:r w:rsidR="00DD5FFF">
              <w:rPr>
                <w:rFonts w:eastAsia="宋体" w:hint="eastAsia"/>
                <w:lang w:eastAsia="zh-CN"/>
              </w:rPr>
              <w:t xml:space="preserve"> and </w:t>
            </w:r>
            <w:r>
              <w:rPr>
                <w:rFonts w:eastAsia="宋体" w:hint="eastAsia"/>
                <w:lang w:eastAsia="zh-CN"/>
              </w:rPr>
              <w:t>Flowchart</w:t>
            </w:r>
            <w:r w:rsidR="00E10674">
              <w:rPr>
                <w:rFonts w:eastAsia="宋体" w:hint="eastAsia"/>
                <w:lang w:eastAsia="zh-CN"/>
              </w:rPr>
              <w:t xml:space="preserve"> </w:t>
            </w:r>
            <w:r w:rsidR="00E10674">
              <w:t>(Figure 1)</w:t>
            </w:r>
          </w:p>
        </w:tc>
      </w:tr>
      <w:tr w:rsidR="003F2CDC" w14:paraId="6EA1D717" w14:textId="77777777">
        <w:tc>
          <w:tcPr>
            <w:tcW w:w="2880" w:type="dxa"/>
          </w:tcPr>
          <w:p w14:paraId="42EED608" w14:textId="77777777" w:rsidR="003F2CDC" w:rsidRDefault="00000000">
            <w:r>
              <w:t>12d</w:t>
            </w:r>
          </w:p>
        </w:tc>
        <w:tc>
          <w:tcPr>
            <w:tcW w:w="2880" w:type="dxa"/>
          </w:tcPr>
          <w:p w14:paraId="5F95D0BD" w14:textId="77777777" w:rsidR="003F2CDC" w:rsidRDefault="00000000">
            <w:r>
              <w:t>Explain how loss to follow-up was addressed</w:t>
            </w:r>
          </w:p>
        </w:tc>
        <w:tc>
          <w:tcPr>
            <w:tcW w:w="2880" w:type="dxa"/>
          </w:tcPr>
          <w:p w14:paraId="1175C8B7" w14:textId="77777777" w:rsidR="003F2CDC" w:rsidRDefault="00000000">
            <w:r>
              <w:t>Not applicable</w:t>
            </w:r>
          </w:p>
        </w:tc>
      </w:tr>
      <w:tr w:rsidR="003F2CDC" w14:paraId="35E61141" w14:textId="77777777">
        <w:tc>
          <w:tcPr>
            <w:tcW w:w="2880" w:type="dxa"/>
          </w:tcPr>
          <w:p w14:paraId="51C5798D" w14:textId="77777777" w:rsidR="003F2CDC" w:rsidRDefault="00000000">
            <w:r>
              <w:t>12e</w:t>
            </w:r>
          </w:p>
        </w:tc>
        <w:tc>
          <w:tcPr>
            <w:tcW w:w="2880" w:type="dxa"/>
          </w:tcPr>
          <w:p w14:paraId="1FD4FB27" w14:textId="77777777" w:rsidR="003F2CDC" w:rsidRDefault="00000000">
            <w:r>
              <w:t>Describe any sensitivity analyses</w:t>
            </w:r>
          </w:p>
        </w:tc>
        <w:tc>
          <w:tcPr>
            <w:tcW w:w="2880" w:type="dxa"/>
          </w:tcPr>
          <w:p w14:paraId="48B3D458" w14:textId="77777777" w:rsidR="003F2CDC" w:rsidRDefault="00000000">
            <w:r>
              <w:t>Not reported</w:t>
            </w:r>
          </w:p>
        </w:tc>
      </w:tr>
      <w:tr w:rsidR="003F2CDC" w14:paraId="6AFA90AA" w14:textId="77777777">
        <w:tc>
          <w:tcPr>
            <w:tcW w:w="2880" w:type="dxa"/>
          </w:tcPr>
          <w:p w14:paraId="5630C9EC" w14:textId="77777777" w:rsidR="003F2CDC" w:rsidRDefault="00000000">
            <w:r>
              <w:t>13a</w:t>
            </w:r>
          </w:p>
        </w:tc>
        <w:tc>
          <w:tcPr>
            <w:tcW w:w="2880" w:type="dxa"/>
          </w:tcPr>
          <w:p w14:paraId="28BF3E60" w14:textId="77777777" w:rsidR="003F2CDC" w:rsidRDefault="00000000">
            <w:r>
              <w:t>Report numbers of individuals at each stage of study</w:t>
            </w:r>
          </w:p>
        </w:tc>
        <w:tc>
          <w:tcPr>
            <w:tcW w:w="2880" w:type="dxa"/>
          </w:tcPr>
          <w:p w14:paraId="4BC8A1F8" w14:textId="77777777" w:rsidR="003F2CDC" w:rsidRDefault="00000000">
            <w:r>
              <w:t>Flowchart (Figure 1)</w:t>
            </w:r>
          </w:p>
        </w:tc>
      </w:tr>
      <w:tr w:rsidR="003F2CDC" w14:paraId="2E08664F" w14:textId="77777777">
        <w:tc>
          <w:tcPr>
            <w:tcW w:w="2880" w:type="dxa"/>
          </w:tcPr>
          <w:p w14:paraId="298CC757" w14:textId="77777777" w:rsidR="003F2CDC" w:rsidRDefault="00000000">
            <w:r>
              <w:t>13b</w:t>
            </w:r>
          </w:p>
        </w:tc>
        <w:tc>
          <w:tcPr>
            <w:tcW w:w="2880" w:type="dxa"/>
          </w:tcPr>
          <w:p w14:paraId="18C81891" w14:textId="77777777" w:rsidR="003F2CDC" w:rsidRDefault="00000000">
            <w:r>
              <w:t>Give reasons for non-participation at each stage</w:t>
            </w:r>
          </w:p>
        </w:tc>
        <w:tc>
          <w:tcPr>
            <w:tcW w:w="2880" w:type="dxa"/>
          </w:tcPr>
          <w:p w14:paraId="4F6342D9" w14:textId="35047615" w:rsidR="003F2CDC" w:rsidRDefault="00BC634F">
            <w:r>
              <w:t>Flowchart (Figure 1)</w:t>
            </w:r>
          </w:p>
        </w:tc>
      </w:tr>
      <w:tr w:rsidR="003F2CDC" w14:paraId="52AB0447" w14:textId="77777777">
        <w:tc>
          <w:tcPr>
            <w:tcW w:w="2880" w:type="dxa"/>
          </w:tcPr>
          <w:p w14:paraId="1349B89F" w14:textId="77777777" w:rsidR="003F2CDC" w:rsidRDefault="00000000">
            <w:r>
              <w:t>13c</w:t>
            </w:r>
          </w:p>
        </w:tc>
        <w:tc>
          <w:tcPr>
            <w:tcW w:w="2880" w:type="dxa"/>
          </w:tcPr>
          <w:p w14:paraId="0E3C7006" w14:textId="77777777" w:rsidR="003F2CDC" w:rsidRDefault="00000000">
            <w:r>
              <w:t>Consider use of a flow diagram</w:t>
            </w:r>
          </w:p>
        </w:tc>
        <w:tc>
          <w:tcPr>
            <w:tcW w:w="2880" w:type="dxa"/>
          </w:tcPr>
          <w:p w14:paraId="3FA25BDD" w14:textId="433F2F19" w:rsidR="003F2CDC" w:rsidRDefault="00BC634F">
            <w:r>
              <w:t>Flowchart (Figure 1)</w:t>
            </w:r>
          </w:p>
        </w:tc>
      </w:tr>
      <w:tr w:rsidR="003F2CDC" w14:paraId="65F307CD" w14:textId="77777777">
        <w:tc>
          <w:tcPr>
            <w:tcW w:w="2880" w:type="dxa"/>
          </w:tcPr>
          <w:p w14:paraId="05CFED37" w14:textId="77777777" w:rsidR="003F2CDC" w:rsidRDefault="00000000">
            <w:r>
              <w:t>14a</w:t>
            </w:r>
          </w:p>
        </w:tc>
        <w:tc>
          <w:tcPr>
            <w:tcW w:w="2880" w:type="dxa"/>
          </w:tcPr>
          <w:p w14:paraId="14CC0D28" w14:textId="77777777" w:rsidR="003F2CDC" w:rsidRDefault="00000000">
            <w:r>
              <w:t>Give characteristics of study participants</w:t>
            </w:r>
          </w:p>
        </w:tc>
        <w:tc>
          <w:tcPr>
            <w:tcW w:w="2880" w:type="dxa"/>
          </w:tcPr>
          <w:p w14:paraId="73217784" w14:textId="77777777" w:rsidR="003F2CDC" w:rsidRDefault="00000000">
            <w:r>
              <w:t>Table 1</w:t>
            </w:r>
          </w:p>
        </w:tc>
      </w:tr>
      <w:tr w:rsidR="003F2CDC" w14:paraId="793F736E" w14:textId="77777777">
        <w:tc>
          <w:tcPr>
            <w:tcW w:w="2880" w:type="dxa"/>
          </w:tcPr>
          <w:p w14:paraId="377F1F43" w14:textId="77777777" w:rsidR="003F2CDC" w:rsidRDefault="00000000">
            <w:r>
              <w:t>14b</w:t>
            </w:r>
          </w:p>
        </w:tc>
        <w:tc>
          <w:tcPr>
            <w:tcW w:w="2880" w:type="dxa"/>
          </w:tcPr>
          <w:p w14:paraId="22DF1460" w14:textId="77777777" w:rsidR="003F2CDC" w:rsidRDefault="00000000">
            <w:r>
              <w:t>Indicate number of participants with missing data</w:t>
            </w:r>
          </w:p>
        </w:tc>
        <w:tc>
          <w:tcPr>
            <w:tcW w:w="2880" w:type="dxa"/>
          </w:tcPr>
          <w:p w14:paraId="631D61D7" w14:textId="67DD2803" w:rsidR="003F2CDC" w:rsidRDefault="00BC634F">
            <w:r>
              <w:t>Flowchart (Figure 1)</w:t>
            </w:r>
          </w:p>
        </w:tc>
      </w:tr>
      <w:tr w:rsidR="003F2CDC" w14:paraId="27473EDD" w14:textId="77777777">
        <w:tc>
          <w:tcPr>
            <w:tcW w:w="2880" w:type="dxa"/>
          </w:tcPr>
          <w:p w14:paraId="123C4C9B" w14:textId="77777777" w:rsidR="003F2CDC" w:rsidRDefault="00000000">
            <w:r>
              <w:t>15</w:t>
            </w:r>
          </w:p>
        </w:tc>
        <w:tc>
          <w:tcPr>
            <w:tcW w:w="2880" w:type="dxa"/>
          </w:tcPr>
          <w:p w14:paraId="2E53A3B6" w14:textId="77777777" w:rsidR="003F2CDC" w:rsidRDefault="00000000">
            <w:r>
              <w:t>Report numbers of outcome events</w:t>
            </w:r>
          </w:p>
        </w:tc>
        <w:tc>
          <w:tcPr>
            <w:tcW w:w="2880" w:type="dxa"/>
          </w:tcPr>
          <w:p w14:paraId="59BC48F2" w14:textId="77777777" w:rsidR="003F2CDC" w:rsidRDefault="00000000">
            <w:r>
              <w:t>Table 2</w:t>
            </w:r>
          </w:p>
        </w:tc>
      </w:tr>
      <w:tr w:rsidR="003F2CDC" w14:paraId="2D6A6244" w14:textId="77777777">
        <w:tc>
          <w:tcPr>
            <w:tcW w:w="2880" w:type="dxa"/>
          </w:tcPr>
          <w:p w14:paraId="73435AAE" w14:textId="77777777" w:rsidR="003F2CDC" w:rsidRDefault="00000000">
            <w:r>
              <w:t>16a</w:t>
            </w:r>
          </w:p>
        </w:tc>
        <w:tc>
          <w:tcPr>
            <w:tcW w:w="2880" w:type="dxa"/>
          </w:tcPr>
          <w:p w14:paraId="79FAC077" w14:textId="77777777" w:rsidR="003F2CDC" w:rsidRDefault="00000000">
            <w:r>
              <w:t>Give unadjusted and confounder-adjusted estimates</w:t>
            </w:r>
          </w:p>
        </w:tc>
        <w:tc>
          <w:tcPr>
            <w:tcW w:w="2880" w:type="dxa"/>
          </w:tcPr>
          <w:p w14:paraId="23B68DCB" w14:textId="77777777" w:rsidR="003F2CDC" w:rsidRDefault="00000000">
            <w:r>
              <w:t>Table 3</w:t>
            </w:r>
          </w:p>
        </w:tc>
      </w:tr>
      <w:tr w:rsidR="003F2CDC" w14:paraId="7175FFAD" w14:textId="77777777">
        <w:tc>
          <w:tcPr>
            <w:tcW w:w="2880" w:type="dxa"/>
          </w:tcPr>
          <w:p w14:paraId="6548830C" w14:textId="77777777" w:rsidR="003F2CDC" w:rsidRDefault="00000000">
            <w:r>
              <w:t>16b</w:t>
            </w:r>
          </w:p>
        </w:tc>
        <w:tc>
          <w:tcPr>
            <w:tcW w:w="2880" w:type="dxa"/>
          </w:tcPr>
          <w:p w14:paraId="29D853FA" w14:textId="77777777" w:rsidR="003F2CDC" w:rsidRDefault="00000000">
            <w:r>
              <w:t>Report category boundaries when continuous variables were categorized</w:t>
            </w:r>
          </w:p>
        </w:tc>
        <w:tc>
          <w:tcPr>
            <w:tcW w:w="2880" w:type="dxa"/>
          </w:tcPr>
          <w:p w14:paraId="6B1A77E2" w14:textId="77777777" w:rsidR="003F2CDC" w:rsidRDefault="00000000">
            <w:r>
              <w:t>Lactate groups defined</w:t>
            </w:r>
          </w:p>
        </w:tc>
      </w:tr>
      <w:tr w:rsidR="003F2CDC" w14:paraId="7D605B45" w14:textId="77777777">
        <w:tc>
          <w:tcPr>
            <w:tcW w:w="2880" w:type="dxa"/>
          </w:tcPr>
          <w:p w14:paraId="56DE8350" w14:textId="77777777" w:rsidR="003F2CDC" w:rsidRDefault="00000000">
            <w:r>
              <w:t>16c</w:t>
            </w:r>
          </w:p>
        </w:tc>
        <w:tc>
          <w:tcPr>
            <w:tcW w:w="2880" w:type="dxa"/>
          </w:tcPr>
          <w:p w14:paraId="31606A75" w14:textId="77777777" w:rsidR="003F2CDC" w:rsidRDefault="00000000">
            <w:r>
              <w:t>Translate estimates into absolute risk if relevant</w:t>
            </w:r>
          </w:p>
        </w:tc>
        <w:tc>
          <w:tcPr>
            <w:tcW w:w="2880" w:type="dxa"/>
          </w:tcPr>
          <w:p w14:paraId="5AE0CE8A" w14:textId="036E9DD4" w:rsidR="003F2CDC" w:rsidRDefault="001A2346">
            <w:r>
              <w:t>Not applicable</w:t>
            </w:r>
          </w:p>
        </w:tc>
      </w:tr>
      <w:tr w:rsidR="003F2CDC" w14:paraId="4361A05A" w14:textId="77777777">
        <w:tc>
          <w:tcPr>
            <w:tcW w:w="2880" w:type="dxa"/>
          </w:tcPr>
          <w:p w14:paraId="749A6FC8" w14:textId="77777777" w:rsidR="003F2CDC" w:rsidRDefault="00000000">
            <w:r>
              <w:t>17</w:t>
            </w:r>
          </w:p>
        </w:tc>
        <w:tc>
          <w:tcPr>
            <w:tcW w:w="2880" w:type="dxa"/>
          </w:tcPr>
          <w:p w14:paraId="63BF4676" w14:textId="77777777" w:rsidR="003F2CDC" w:rsidRDefault="00000000">
            <w:r>
              <w:t>Report other analyses done</w:t>
            </w:r>
          </w:p>
        </w:tc>
        <w:tc>
          <w:tcPr>
            <w:tcW w:w="2880" w:type="dxa"/>
          </w:tcPr>
          <w:p w14:paraId="3BFF11FB" w14:textId="77777777" w:rsidR="003F2CDC" w:rsidRDefault="00000000">
            <w:r>
              <w:t>RCS for secondary outcomes</w:t>
            </w:r>
          </w:p>
        </w:tc>
      </w:tr>
      <w:tr w:rsidR="003F2CDC" w14:paraId="3B006884" w14:textId="77777777">
        <w:tc>
          <w:tcPr>
            <w:tcW w:w="2880" w:type="dxa"/>
          </w:tcPr>
          <w:p w14:paraId="13517231" w14:textId="77777777" w:rsidR="003F2CDC" w:rsidRDefault="00000000">
            <w:r>
              <w:t>18</w:t>
            </w:r>
          </w:p>
        </w:tc>
        <w:tc>
          <w:tcPr>
            <w:tcW w:w="2880" w:type="dxa"/>
          </w:tcPr>
          <w:p w14:paraId="36967EF1" w14:textId="77777777" w:rsidR="003F2CDC" w:rsidRDefault="00000000">
            <w:r>
              <w:t>Summarize key results with reference to study objectives</w:t>
            </w:r>
          </w:p>
        </w:tc>
        <w:tc>
          <w:tcPr>
            <w:tcW w:w="2880" w:type="dxa"/>
          </w:tcPr>
          <w:p w14:paraId="4690C5C8" w14:textId="77777777" w:rsidR="003F2CDC" w:rsidRDefault="00000000">
            <w:r>
              <w:t>Discussion: Opening</w:t>
            </w:r>
          </w:p>
        </w:tc>
      </w:tr>
      <w:tr w:rsidR="003F2CDC" w14:paraId="4726001B" w14:textId="77777777">
        <w:tc>
          <w:tcPr>
            <w:tcW w:w="2880" w:type="dxa"/>
          </w:tcPr>
          <w:p w14:paraId="19B66825" w14:textId="77777777" w:rsidR="003F2CDC" w:rsidRDefault="00000000">
            <w:r>
              <w:t>19</w:t>
            </w:r>
          </w:p>
        </w:tc>
        <w:tc>
          <w:tcPr>
            <w:tcW w:w="2880" w:type="dxa"/>
          </w:tcPr>
          <w:p w14:paraId="05C62544" w14:textId="77777777" w:rsidR="003F2CDC" w:rsidRDefault="00000000">
            <w:r>
              <w:t>Discuss limitations of the study</w:t>
            </w:r>
          </w:p>
        </w:tc>
        <w:tc>
          <w:tcPr>
            <w:tcW w:w="2880" w:type="dxa"/>
          </w:tcPr>
          <w:p w14:paraId="1D9062AB" w14:textId="77777777" w:rsidR="003F2CDC" w:rsidRDefault="00000000">
            <w:r>
              <w:t>Discussion: Limitations</w:t>
            </w:r>
          </w:p>
        </w:tc>
      </w:tr>
      <w:tr w:rsidR="003F2CDC" w14:paraId="35B3A3C0" w14:textId="77777777">
        <w:tc>
          <w:tcPr>
            <w:tcW w:w="2880" w:type="dxa"/>
          </w:tcPr>
          <w:p w14:paraId="17DED850" w14:textId="77777777" w:rsidR="003F2CDC" w:rsidRDefault="00000000">
            <w:r>
              <w:t>20</w:t>
            </w:r>
          </w:p>
        </w:tc>
        <w:tc>
          <w:tcPr>
            <w:tcW w:w="2880" w:type="dxa"/>
          </w:tcPr>
          <w:p w14:paraId="5B1D39FF" w14:textId="77777777" w:rsidR="003F2CDC" w:rsidRDefault="00000000">
            <w:r>
              <w:t>Give a cautious overall interpretation of results</w:t>
            </w:r>
          </w:p>
        </w:tc>
        <w:tc>
          <w:tcPr>
            <w:tcW w:w="2880" w:type="dxa"/>
          </w:tcPr>
          <w:p w14:paraId="0B46C9AD" w14:textId="77777777" w:rsidR="003F2CDC" w:rsidRDefault="00000000">
            <w:r>
              <w:t>Discussion: Final paragraphs</w:t>
            </w:r>
          </w:p>
        </w:tc>
      </w:tr>
      <w:tr w:rsidR="003F2CDC" w14:paraId="503101B6" w14:textId="77777777">
        <w:tc>
          <w:tcPr>
            <w:tcW w:w="2880" w:type="dxa"/>
          </w:tcPr>
          <w:p w14:paraId="479DD58A" w14:textId="77777777" w:rsidR="003F2CDC" w:rsidRDefault="00000000">
            <w:r>
              <w:t>21</w:t>
            </w:r>
          </w:p>
        </w:tc>
        <w:tc>
          <w:tcPr>
            <w:tcW w:w="2880" w:type="dxa"/>
          </w:tcPr>
          <w:p w14:paraId="0D15F257" w14:textId="77777777" w:rsidR="003F2CDC" w:rsidRDefault="00000000">
            <w:r>
              <w:t xml:space="preserve">Discuss the generalisability </w:t>
            </w:r>
            <w:r>
              <w:lastRenderedPageBreak/>
              <w:t>of the study results</w:t>
            </w:r>
          </w:p>
        </w:tc>
        <w:tc>
          <w:tcPr>
            <w:tcW w:w="2880" w:type="dxa"/>
          </w:tcPr>
          <w:p w14:paraId="1DFEB9F7" w14:textId="78B1DEC8" w:rsidR="003F2CDC" w:rsidRDefault="001A2346">
            <w:r>
              <w:lastRenderedPageBreak/>
              <w:t>Discussion</w:t>
            </w:r>
          </w:p>
        </w:tc>
      </w:tr>
      <w:tr w:rsidR="003F2CDC" w14:paraId="4EC002DF" w14:textId="77777777">
        <w:tc>
          <w:tcPr>
            <w:tcW w:w="2880" w:type="dxa"/>
          </w:tcPr>
          <w:p w14:paraId="031B79D0" w14:textId="77777777" w:rsidR="003F2CDC" w:rsidRDefault="00000000">
            <w:r>
              <w:t>22</w:t>
            </w:r>
          </w:p>
        </w:tc>
        <w:tc>
          <w:tcPr>
            <w:tcW w:w="2880" w:type="dxa"/>
          </w:tcPr>
          <w:p w14:paraId="501CDA1B" w14:textId="77777777" w:rsidR="003F2CDC" w:rsidRDefault="00000000">
            <w:r>
              <w:t>Give the source of funding and role of funders</w:t>
            </w:r>
          </w:p>
        </w:tc>
        <w:tc>
          <w:tcPr>
            <w:tcW w:w="2880" w:type="dxa"/>
          </w:tcPr>
          <w:p w14:paraId="7DE82AD4" w14:textId="77777777" w:rsidR="003F2CDC" w:rsidRDefault="00000000">
            <w:r>
              <w:t>Declarations: Funding</w:t>
            </w:r>
          </w:p>
        </w:tc>
      </w:tr>
      <w:tr w:rsidR="003F2CDC" w14:paraId="73DD404A" w14:textId="77777777">
        <w:tc>
          <w:tcPr>
            <w:tcW w:w="2880" w:type="dxa"/>
          </w:tcPr>
          <w:p w14:paraId="373B0898" w14:textId="77777777" w:rsidR="003F2CDC" w:rsidRDefault="00000000">
            <w:r>
              <w:t>23</w:t>
            </w:r>
          </w:p>
        </w:tc>
        <w:tc>
          <w:tcPr>
            <w:tcW w:w="2880" w:type="dxa"/>
          </w:tcPr>
          <w:p w14:paraId="6EC5720D" w14:textId="77777777" w:rsidR="003F2CDC" w:rsidRDefault="00000000">
            <w:r>
              <w:t>Give ethical review board name and approval number</w:t>
            </w:r>
          </w:p>
        </w:tc>
        <w:tc>
          <w:tcPr>
            <w:tcW w:w="2880" w:type="dxa"/>
          </w:tcPr>
          <w:p w14:paraId="27B55DD3" w14:textId="77777777" w:rsidR="003F2CDC" w:rsidRDefault="00000000">
            <w:r>
              <w:t>Ethics approval section</w:t>
            </w:r>
          </w:p>
        </w:tc>
      </w:tr>
    </w:tbl>
    <w:p w14:paraId="09F85285" w14:textId="77777777" w:rsidR="00296836" w:rsidRDefault="00296836"/>
    <w:sectPr w:rsidR="002968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8949" w14:textId="77777777" w:rsidR="00296836" w:rsidRDefault="00296836" w:rsidP="0080486B">
      <w:pPr>
        <w:spacing w:after="0" w:line="240" w:lineRule="auto"/>
      </w:pPr>
      <w:r>
        <w:separator/>
      </w:r>
    </w:p>
  </w:endnote>
  <w:endnote w:type="continuationSeparator" w:id="0">
    <w:p w14:paraId="348DB9A9" w14:textId="77777777" w:rsidR="00296836" w:rsidRDefault="00296836" w:rsidP="0080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C659B" w14:textId="77777777" w:rsidR="00296836" w:rsidRDefault="00296836" w:rsidP="0080486B">
      <w:pPr>
        <w:spacing w:after="0" w:line="240" w:lineRule="auto"/>
      </w:pPr>
      <w:r>
        <w:separator/>
      </w:r>
    </w:p>
  </w:footnote>
  <w:footnote w:type="continuationSeparator" w:id="0">
    <w:p w14:paraId="0D990F32" w14:textId="77777777" w:rsidR="00296836" w:rsidRDefault="00296836" w:rsidP="00804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6486189">
    <w:abstractNumId w:val="8"/>
  </w:num>
  <w:num w:numId="2" w16cid:durableId="2084256564">
    <w:abstractNumId w:val="6"/>
  </w:num>
  <w:num w:numId="3" w16cid:durableId="1977878452">
    <w:abstractNumId w:val="5"/>
  </w:num>
  <w:num w:numId="4" w16cid:durableId="1677884948">
    <w:abstractNumId w:val="4"/>
  </w:num>
  <w:num w:numId="5" w16cid:durableId="839468791">
    <w:abstractNumId w:val="7"/>
  </w:num>
  <w:num w:numId="6" w16cid:durableId="461074869">
    <w:abstractNumId w:val="3"/>
  </w:num>
  <w:num w:numId="7" w16cid:durableId="1466125268">
    <w:abstractNumId w:val="2"/>
  </w:num>
  <w:num w:numId="8" w16cid:durableId="837118451">
    <w:abstractNumId w:val="1"/>
  </w:num>
  <w:num w:numId="9" w16cid:durableId="164770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B29"/>
    <w:rsid w:val="0015074B"/>
    <w:rsid w:val="001A2346"/>
    <w:rsid w:val="0029639D"/>
    <w:rsid w:val="00296836"/>
    <w:rsid w:val="00326F90"/>
    <w:rsid w:val="003F2CDC"/>
    <w:rsid w:val="00632E70"/>
    <w:rsid w:val="0080486B"/>
    <w:rsid w:val="00AA1D8D"/>
    <w:rsid w:val="00B47730"/>
    <w:rsid w:val="00BC634F"/>
    <w:rsid w:val="00CB0664"/>
    <w:rsid w:val="00DD5FFF"/>
    <w:rsid w:val="00E10674"/>
    <w:rsid w:val="00FC693F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32BE94"/>
  <w14:defaultImageDpi w14:val="300"/>
  <w15:docId w15:val="{CA1EF2B8-FAC7-45DA-969E-DFA9E331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478</Words>
  <Characters>2773</Characters>
  <Application>Microsoft Office Word</Application>
  <DocSecurity>0</DocSecurity>
  <Lines>184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丹宁 吴</cp:lastModifiedBy>
  <cp:revision>8</cp:revision>
  <dcterms:created xsi:type="dcterms:W3CDTF">2013-12-23T23:15:00Z</dcterms:created>
  <dcterms:modified xsi:type="dcterms:W3CDTF">2025-05-27T07:18:00Z</dcterms:modified>
  <cp:category/>
</cp:coreProperties>
</file>