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78C5B" w14:textId="714B782D" w:rsidR="00CB2701" w:rsidRPr="00CB2701" w:rsidRDefault="00CB2701" w:rsidP="00CB2701">
      <w:pPr>
        <w:rPr>
          <w:b/>
          <w:bCs/>
          <w:sz w:val="32"/>
          <w:szCs w:val="32"/>
        </w:rPr>
      </w:pPr>
      <w:bookmarkStart w:id="0" w:name="_GoBack"/>
      <w:bookmarkEnd w:id="0"/>
      <w:r w:rsidRPr="00CB2701">
        <w:rPr>
          <w:b/>
          <w:bCs/>
          <w:sz w:val="32"/>
          <w:szCs w:val="32"/>
        </w:rPr>
        <w:t>Healthcare Professional Questionnaire: Exercise-Directed Guidance for Children with Type 1 Diabetes</w:t>
      </w:r>
    </w:p>
    <w:p w14:paraId="3C976557" w14:textId="5CB0110A" w:rsidR="00252EDF" w:rsidRPr="006678B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>Role:</w:t>
      </w:r>
      <w:r w:rsidR="00607D9F" w:rsidRPr="006678B2">
        <w:rPr>
          <w:b/>
          <w:bCs/>
        </w:rPr>
        <w:t xml:space="preserve">  </w:t>
      </w:r>
      <w:r w:rsidR="00941333" w:rsidRPr="006678B2">
        <w:rPr>
          <w:b/>
          <w:bCs/>
        </w:rPr>
        <w:t xml:space="preserve"> </w:t>
      </w:r>
    </w:p>
    <w:p w14:paraId="4A42A227" w14:textId="41BB9659" w:rsidR="009F5C70" w:rsidRDefault="00941333" w:rsidP="00057269">
      <w:pPr>
        <w:pStyle w:val="a"/>
        <w:numPr>
          <w:ilvl w:val="0"/>
          <w:numId w:val="19"/>
        </w:numPr>
        <w:spacing w:before="100" w:beforeAutospacing="1" w:after="100" w:afterAutospacing="1" w:line="240" w:lineRule="auto"/>
      </w:pPr>
      <w:r>
        <w:t>Senior physician</w:t>
      </w:r>
    </w:p>
    <w:p w14:paraId="1596E7EC" w14:textId="1447C986" w:rsidR="00941333" w:rsidRDefault="00941333" w:rsidP="00057269">
      <w:pPr>
        <w:pStyle w:val="a"/>
        <w:numPr>
          <w:ilvl w:val="0"/>
          <w:numId w:val="19"/>
        </w:numPr>
        <w:spacing w:before="100" w:beforeAutospacing="1" w:after="100" w:afterAutospacing="1" w:line="240" w:lineRule="auto"/>
      </w:pPr>
      <w:r>
        <w:t>Fellow</w:t>
      </w:r>
    </w:p>
    <w:p w14:paraId="354F1849" w14:textId="1F7271D9" w:rsidR="00941333" w:rsidRDefault="00941333" w:rsidP="00057269">
      <w:pPr>
        <w:pStyle w:val="a"/>
        <w:numPr>
          <w:ilvl w:val="0"/>
          <w:numId w:val="19"/>
        </w:numPr>
        <w:spacing w:before="100" w:beforeAutospacing="1" w:after="100" w:afterAutospacing="1" w:line="240" w:lineRule="auto"/>
      </w:pPr>
      <w:r>
        <w:t>Nurse</w:t>
      </w:r>
    </w:p>
    <w:p w14:paraId="4AE0D1A4" w14:textId="27033957" w:rsidR="00941333" w:rsidRDefault="00941333" w:rsidP="00057269">
      <w:pPr>
        <w:pStyle w:val="a"/>
        <w:numPr>
          <w:ilvl w:val="0"/>
          <w:numId w:val="19"/>
        </w:numPr>
        <w:spacing w:before="100" w:beforeAutospacing="1" w:after="100" w:afterAutospacing="1" w:line="240" w:lineRule="auto"/>
      </w:pPr>
      <w:r>
        <w:t xml:space="preserve">Dietitian </w:t>
      </w:r>
    </w:p>
    <w:p w14:paraId="1A10E7BC" w14:textId="77777777" w:rsidR="00941333" w:rsidRDefault="00941333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/>
      </w:pPr>
    </w:p>
    <w:p w14:paraId="7FA95F71" w14:textId="46618DBF" w:rsidR="00252EDF" w:rsidRPr="006678B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>Gender:</w:t>
      </w:r>
    </w:p>
    <w:p w14:paraId="615D3942" w14:textId="77777777" w:rsidR="008C027A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Male</w:t>
      </w:r>
    </w:p>
    <w:p w14:paraId="1FBF7E8B" w14:textId="7B82BB6D" w:rsidR="00252ED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Female</w:t>
      </w:r>
    </w:p>
    <w:p w14:paraId="687B8D1C" w14:textId="77777777" w:rsidR="001462D1" w:rsidRPr="001462D1" w:rsidRDefault="001462D1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>Years of experience working in a diabetes clinic:</w:t>
      </w:r>
    </w:p>
    <w:p w14:paraId="66E16860" w14:textId="77777777" w:rsidR="001462D1" w:rsidRPr="001462D1" w:rsidRDefault="001462D1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1462D1">
        <w:t xml:space="preserve">Less than 5 years </w:t>
      </w:r>
    </w:p>
    <w:p w14:paraId="706E18B8" w14:textId="77777777" w:rsidR="001462D1" w:rsidRPr="001462D1" w:rsidRDefault="001462D1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1462D1">
        <w:t xml:space="preserve">5–10 years </w:t>
      </w:r>
    </w:p>
    <w:p w14:paraId="48EA0A04" w14:textId="01D57831" w:rsidR="00252EDF" w:rsidRDefault="001462D1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1462D1">
        <w:t>More than 10 years</w:t>
      </w:r>
    </w:p>
    <w:p w14:paraId="2C479068" w14:textId="6D39D088" w:rsidR="000F70DF" w:rsidRPr="006678B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>W</w:t>
      </w:r>
      <w:r w:rsidR="006678B2">
        <w:rPr>
          <w:b/>
          <w:bCs/>
        </w:rPr>
        <w:t>hat is your d</w:t>
      </w:r>
      <w:r w:rsidRPr="006678B2">
        <w:rPr>
          <w:b/>
          <w:bCs/>
        </w:rPr>
        <w:t xml:space="preserve">iabetes </w:t>
      </w:r>
      <w:r w:rsidR="006678B2">
        <w:rPr>
          <w:b/>
          <w:bCs/>
        </w:rPr>
        <w:t>c</w:t>
      </w:r>
      <w:r w:rsidRPr="006678B2">
        <w:rPr>
          <w:b/>
          <w:bCs/>
        </w:rPr>
        <w:t xml:space="preserve">are </w:t>
      </w:r>
      <w:r w:rsidR="00E700D4">
        <w:rPr>
          <w:b/>
          <w:bCs/>
        </w:rPr>
        <w:t>s</w:t>
      </w:r>
      <w:r w:rsidR="00E700D4" w:rsidRPr="006678B2">
        <w:rPr>
          <w:b/>
          <w:bCs/>
        </w:rPr>
        <w:t>etting?</w:t>
      </w:r>
      <w:r w:rsidR="00CA738D" w:rsidRPr="006678B2">
        <w:rPr>
          <w:b/>
          <w:bCs/>
        </w:rPr>
        <w:t xml:space="preserve"> </w:t>
      </w:r>
    </w:p>
    <w:p w14:paraId="20A17422" w14:textId="77777777" w:rsidR="000F70DF" w:rsidRDefault="000674D6" w:rsidP="00057269">
      <w:pPr>
        <w:pStyle w:val="a"/>
        <w:numPr>
          <w:ilvl w:val="0"/>
          <w:numId w:val="25"/>
        </w:numPr>
        <w:spacing w:before="100" w:beforeAutospacing="1" w:after="100" w:afterAutospacing="1" w:line="240" w:lineRule="auto"/>
      </w:pPr>
      <w:r>
        <w:t>Hospital</w:t>
      </w:r>
    </w:p>
    <w:p w14:paraId="16410B82" w14:textId="77777777" w:rsidR="000F70DF" w:rsidRDefault="000674D6" w:rsidP="00057269">
      <w:pPr>
        <w:pStyle w:val="a"/>
        <w:numPr>
          <w:ilvl w:val="0"/>
          <w:numId w:val="25"/>
        </w:numPr>
        <w:spacing w:before="100" w:beforeAutospacing="1" w:after="100" w:afterAutospacing="1" w:line="240" w:lineRule="auto"/>
      </w:pPr>
      <w:r>
        <w:t>Outpatient Clinic</w:t>
      </w:r>
    </w:p>
    <w:p w14:paraId="4DF99584" w14:textId="77777777" w:rsidR="000F70DF" w:rsidRDefault="000674D6" w:rsidP="00057269">
      <w:pPr>
        <w:pStyle w:val="a"/>
        <w:numPr>
          <w:ilvl w:val="0"/>
          <w:numId w:val="25"/>
        </w:numPr>
        <w:spacing w:before="100" w:beforeAutospacing="1" w:after="100" w:afterAutospacing="1" w:line="240" w:lineRule="auto"/>
      </w:pPr>
      <w:r>
        <w:t>Private Practice</w:t>
      </w:r>
    </w:p>
    <w:p w14:paraId="5C4F3391" w14:textId="0AF30E3C" w:rsidR="005374C3" w:rsidRDefault="000674D6" w:rsidP="00057269">
      <w:pPr>
        <w:pStyle w:val="a"/>
        <w:numPr>
          <w:ilvl w:val="0"/>
          <w:numId w:val="25"/>
        </w:numPr>
        <w:spacing w:before="100" w:beforeAutospacing="1" w:after="100" w:afterAutospacing="1" w:line="240" w:lineRule="auto"/>
      </w:pPr>
      <w:r>
        <w:t>Other</w:t>
      </w:r>
    </w:p>
    <w:p w14:paraId="0C6FEF82" w14:textId="77777777" w:rsidR="006678B2" w:rsidRDefault="000674D6" w:rsidP="006678B2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/>
      </w:pPr>
      <w:r>
        <w:t>If you selected 'Other', please specify:</w:t>
      </w:r>
      <w:r w:rsidR="00E42224">
        <w:t xml:space="preserve"> </w:t>
      </w:r>
      <w:r w:rsidR="0064032F">
        <w:t>____________________________</w:t>
      </w:r>
    </w:p>
    <w:p w14:paraId="5E181964" w14:textId="170C9368" w:rsidR="00252EDF" w:rsidRPr="006678B2" w:rsidRDefault="000674D6" w:rsidP="006678B2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 xml:space="preserve">Approximately how many </w:t>
      </w:r>
      <w:r w:rsidR="001A1895">
        <w:rPr>
          <w:b/>
          <w:bCs/>
        </w:rPr>
        <w:t xml:space="preserve">pediatric patients </w:t>
      </w:r>
      <w:r w:rsidRPr="006678B2">
        <w:rPr>
          <w:b/>
          <w:bCs/>
        </w:rPr>
        <w:t xml:space="preserve">with type 1 diabetes are </w:t>
      </w:r>
      <w:r w:rsidR="00C873B0" w:rsidRPr="006678B2">
        <w:rPr>
          <w:b/>
          <w:bCs/>
        </w:rPr>
        <w:t xml:space="preserve">followed at your </w:t>
      </w:r>
      <w:r w:rsidRPr="006678B2">
        <w:rPr>
          <w:b/>
          <w:bCs/>
        </w:rPr>
        <w:t>clinic?</w:t>
      </w:r>
    </w:p>
    <w:p w14:paraId="78D88F7C" w14:textId="2B349013" w:rsidR="00AD59E3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Up to 100</w:t>
      </w:r>
    </w:p>
    <w:p w14:paraId="749FC2EE" w14:textId="72CA3D45" w:rsidR="00AD59E3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100–200</w:t>
      </w:r>
    </w:p>
    <w:p w14:paraId="414C66DD" w14:textId="58FABAD4" w:rsidR="00AD59E3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200–600</w:t>
      </w:r>
    </w:p>
    <w:p w14:paraId="265BA83F" w14:textId="00B794D7" w:rsidR="00AD59E3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600–1000</w:t>
      </w:r>
    </w:p>
    <w:p w14:paraId="5D92F8F4" w14:textId="228BDEAD" w:rsidR="00252EDF" w:rsidRPr="004958D8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4958D8">
        <w:t>More than 1000</w:t>
      </w:r>
    </w:p>
    <w:p w14:paraId="547F0C84" w14:textId="55BA3ABE" w:rsidR="00252EDF" w:rsidRPr="004958D8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4958D8">
        <w:rPr>
          <w:b/>
          <w:bCs/>
        </w:rPr>
        <w:t xml:space="preserve">The </w:t>
      </w:r>
      <w:r w:rsidR="00AB5E80" w:rsidRPr="004958D8">
        <w:rPr>
          <w:b/>
          <w:bCs/>
        </w:rPr>
        <w:t xml:space="preserve">ethnic background of the </w:t>
      </w:r>
      <w:r w:rsidRPr="004958D8">
        <w:rPr>
          <w:b/>
          <w:bCs/>
        </w:rPr>
        <w:t>population in your clinic is:</w:t>
      </w:r>
    </w:p>
    <w:p w14:paraId="5A1662C3" w14:textId="77777777" w:rsidR="008517B4" w:rsidRPr="004958D8" w:rsidRDefault="008517B4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4958D8">
        <w:t>Mixed</w:t>
      </w:r>
    </w:p>
    <w:p w14:paraId="357EC898" w14:textId="77777777" w:rsidR="008517B4" w:rsidRPr="004958D8" w:rsidRDefault="008517B4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4958D8">
        <w:t>M</w:t>
      </w:r>
      <w:r w:rsidR="000674D6" w:rsidRPr="004958D8">
        <w:t>ainly Jewish</w:t>
      </w:r>
    </w:p>
    <w:p w14:paraId="1703F3B1" w14:textId="77777777" w:rsidR="008517B4" w:rsidRPr="004958D8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4958D8">
        <w:t>Mainly Arab</w:t>
      </w:r>
    </w:p>
    <w:p w14:paraId="685F65B2" w14:textId="1C7D892B" w:rsidR="00252EDF" w:rsidRPr="004958D8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 w:rsidRPr="004958D8">
        <w:t>Other</w:t>
      </w:r>
    </w:p>
    <w:p w14:paraId="2933B52D" w14:textId="2164335F" w:rsidR="0064032F" w:rsidRDefault="0064032F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</w:pPr>
      <w:r>
        <w:t xml:space="preserve">If you selected 'Other', please </w:t>
      </w:r>
      <w:r w:rsidR="00E700D4">
        <w:t>specify: _</w:t>
      </w:r>
      <w:r>
        <w:t>___________________________</w:t>
      </w:r>
    </w:p>
    <w:p w14:paraId="62E9C2C7" w14:textId="77777777" w:rsidR="001A67EE" w:rsidRDefault="001A67EE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</w:pPr>
    </w:p>
    <w:p w14:paraId="37951D45" w14:textId="53200451" w:rsidR="00252EDF" w:rsidRPr="006678B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>Average time allocated for a patient visit in your clinic:</w:t>
      </w:r>
    </w:p>
    <w:p w14:paraId="2A33F953" w14:textId="77777777" w:rsidR="00DC29B6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lastRenderedPageBreak/>
        <w:t>Up to 20 minutes</w:t>
      </w:r>
    </w:p>
    <w:p w14:paraId="3AF92C6A" w14:textId="77777777" w:rsidR="00DC29B6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20–40 minutes</w:t>
      </w:r>
    </w:p>
    <w:p w14:paraId="6E90A825" w14:textId="591FFB51" w:rsidR="00252ED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More than 40 minutes</w:t>
      </w:r>
    </w:p>
    <w:p w14:paraId="239EC405" w14:textId="34DC3626" w:rsidR="00252EDF" w:rsidRPr="006678B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6678B2">
        <w:rPr>
          <w:b/>
          <w:bCs/>
        </w:rPr>
        <w:t xml:space="preserve">Do you provide </w:t>
      </w:r>
      <w:r w:rsidR="00EA084D">
        <w:rPr>
          <w:b/>
          <w:bCs/>
        </w:rPr>
        <w:t xml:space="preserve">exercise </w:t>
      </w:r>
      <w:r w:rsidR="00E700D4">
        <w:rPr>
          <w:b/>
          <w:bCs/>
        </w:rPr>
        <w:t>counseling</w:t>
      </w:r>
      <w:r w:rsidR="00EA084D">
        <w:rPr>
          <w:b/>
          <w:bCs/>
        </w:rPr>
        <w:t xml:space="preserve"> </w:t>
      </w:r>
      <w:r w:rsidRPr="006678B2">
        <w:rPr>
          <w:b/>
          <w:bCs/>
        </w:rPr>
        <w:t xml:space="preserve">to </w:t>
      </w:r>
      <w:r w:rsidR="00FB6959" w:rsidRPr="004E6C68">
        <w:rPr>
          <w:b/>
          <w:bCs/>
        </w:rPr>
        <w:t>individuals</w:t>
      </w:r>
      <w:r w:rsidRPr="006678B2">
        <w:rPr>
          <w:b/>
          <w:bCs/>
        </w:rPr>
        <w:t xml:space="preserve"> </w:t>
      </w:r>
      <w:r w:rsidR="00295742">
        <w:rPr>
          <w:b/>
          <w:bCs/>
        </w:rPr>
        <w:t>with type 1 diabetes</w:t>
      </w:r>
      <w:r w:rsidRPr="006678B2">
        <w:rPr>
          <w:b/>
          <w:bCs/>
        </w:rPr>
        <w:t>?</w:t>
      </w:r>
    </w:p>
    <w:p w14:paraId="412F57B1" w14:textId="77777777" w:rsidR="00794FDB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Yes</w:t>
      </w:r>
    </w:p>
    <w:p w14:paraId="5BA7748B" w14:textId="4B02B039" w:rsidR="00252ED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No</w:t>
      </w:r>
    </w:p>
    <w:p w14:paraId="422ED02A" w14:textId="456839AB" w:rsidR="00252EDF" w:rsidRPr="00CA369E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CA369E">
        <w:rPr>
          <w:b/>
          <w:bCs/>
        </w:rPr>
        <w:t>Whom do you provide guidance to?</w:t>
      </w:r>
    </w:p>
    <w:p w14:paraId="0D431390" w14:textId="77777777" w:rsidR="005A101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All patients</w:t>
      </w:r>
    </w:p>
    <w:p w14:paraId="28DDEB73" w14:textId="209243AB" w:rsidR="005A101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Only those </w:t>
      </w:r>
      <w:r w:rsidR="004E66C9">
        <w:t>participating</w:t>
      </w:r>
      <w:r>
        <w:t xml:space="preserve"> in </w:t>
      </w:r>
      <w:r w:rsidR="00A64FC1">
        <w:t xml:space="preserve">regular exercise </w:t>
      </w:r>
      <w:r w:rsidR="00BC543C">
        <w:t xml:space="preserve">\ </w:t>
      </w:r>
      <w:r>
        <w:t>sports</w:t>
      </w:r>
    </w:p>
    <w:p w14:paraId="18F4A2AB" w14:textId="1CBA4AF7" w:rsidR="00252EDF" w:rsidRDefault="000674D6" w:rsidP="0005726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Other</w:t>
      </w:r>
    </w:p>
    <w:p w14:paraId="234844DB" w14:textId="0F5EC182" w:rsidR="0064032F" w:rsidRDefault="0064032F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</w:pPr>
      <w:r>
        <w:t xml:space="preserve">If you selected 'Other', please </w:t>
      </w:r>
      <w:r w:rsidR="00E700D4">
        <w:t>specify: _</w:t>
      </w:r>
      <w:r>
        <w:t>___________________________</w:t>
      </w:r>
    </w:p>
    <w:p w14:paraId="6FEED753" w14:textId="77777777" w:rsidR="00CA369E" w:rsidRPr="00CA369E" w:rsidRDefault="00CA369E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  <w:rPr>
          <w:b/>
          <w:bCs/>
        </w:rPr>
      </w:pPr>
    </w:p>
    <w:p w14:paraId="78E6180D" w14:textId="27D24FD7" w:rsidR="00252EDF" w:rsidRPr="00CA369E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CA369E">
        <w:rPr>
          <w:b/>
          <w:bCs/>
        </w:rPr>
        <w:t>Do you provide guidance to children with type 1 diabetes who engage in competitive sports?</w:t>
      </w:r>
    </w:p>
    <w:p w14:paraId="3CC45D05" w14:textId="682836BD" w:rsidR="002069BC" w:rsidRDefault="000674D6" w:rsidP="00057269">
      <w:pPr>
        <w:pStyle w:val="ae"/>
        <w:numPr>
          <w:ilvl w:val="0"/>
          <w:numId w:val="26"/>
        </w:numPr>
        <w:spacing w:before="100" w:beforeAutospacing="1" w:after="100" w:afterAutospacing="1" w:line="240" w:lineRule="auto"/>
      </w:pPr>
      <w:r>
        <w:t>Yes</w:t>
      </w:r>
    </w:p>
    <w:p w14:paraId="2E35B1E5" w14:textId="75B19300" w:rsidR="00252EDF" w:rsidRDefault="000674D6" w:rsidP="00057269">
      <w:pPr>
        <w:pStyle w:val="ae"/>
        <w:numPr>
          <w:ilvl w:val="0"/>
          <w:numId w:val="26"/>
        </w:numPr>
        <w:spacing w:before="100" w:beforeAutospacing="1" w:after="100" w:afterAutospacing="1" w:line="240" w:lineRule="auto"/>
      </w:pPr>
      <w:r>
        <w:t xml:space="preserve"> No</w:t>
      </w:r>
    </w:p>
    <w:p w14:paraId="749031C9" w14:textId="07C38A57" w:rsidR="00252EDF" w:rsidRPr="00CA369E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CA369E">
        <w:rPr>
          <w:b/>
          <w:bCs/>
        </w:rPr>
        <w:t>When do you typically provide guidance on physical activity to children with type 1 diabetes? (Select all that apply)</w:t>
      </w:r>
    </w:p>
    <w:p w14:paraId="5A14F644" w14:textId="5A143816" w:rsidR="00EC1D64" w:rsidRDefault="00EC1D64" w:rsidP="00057269">
      <w:pPr>
        <w:pStyle w:val="ae"/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During the </w:t>
      </w:r>
      <w:r w:rsidR="002539B4">
        <w:t xml:space="preserve">initial </w:t>
      </w:r>
      <w:r w:rsidR="00F07497">
        <w:t xml:space="preserve">clinic </w:t>
      </w:r>
      <w:r w:rsidR="000674D6">
        <w:t>visi</w:t>
      </w:r>
      <w:r>
        <w:t>ts after diagnosis (within the 1</w:t>
      </w:r>
      <w:r w:rsidRPr="00EC1D64">
        <w:rPr>
          <w:vertAlign w:val="superscript"/>
        </w:rPr>
        <w:t>st</w:t>
      </w:r>
      <w:r>
        <w:t xml:space="preserve"> month)  </w:t>
      </w:r>
    </w:p>
    <w:p w14:paraId="4D22EAE1" w14:textId="77777777" w:rsidR="00426CD7" w:rsidRDefault="000674D6" w:rsidP="00057269">
      <w:pPr>
        <w:pStyle w:val="ae"/>
        <w:numPr>
          <w:ilvl w:val="0"/>
          <w:numId w:val="27"/>
        </w:numPr>
        <w:spacing w:before="100" w:beforeAutospacing="1" w:after="100" w:afterAutospacing="1" w:line="240" w:lineRule="auto"/>
      </w:pPr>
      <w:r>
        <w:t>Periodically for every patient</w:t>
      </w:r>
    </w:p>
    <w:p w14:paraId="03129C7D" w14:textId="2EB3F924" w:rsidR="00426CD7" w:rsidRDefault="00F03A28" w:rsidP="00057269">
      <w:pPr>
        <w:pStyle w:val="ae"/>
        <w:numPr>
          <w:ilvl w:val="0"/>
          <w:numId w:val="27"/>
        </w:numPr>
        <w:spacing w:before="100" w:beforeAutospacing="1" w:after="100" w:afterAutospacing="1" w:line="240" w:lineRule="auto"/>
      </w:pPr>
      <w:r>
        <w:t>U</w:t>
      </w:r>
      <w:r w:rsidR="000674D6">
        <w:t>pon patient request</w:t>
      </w:r>
      <w:r>
        <w:t xml:space="preserve"> </w:t>
      </w:r>
    </w:p>
    <w:p w14:paraId="5AD2DD16" w14:textId="1028AA1C" w:rsidR="00252EDF" w:rsidRDefault="000674D6" w:rsidP="00057269">
      <w:pPr>
        <w:pStyle w:val="ae"/>
        <w:numPr>
          <w:ilvl w:val="0"/>
          <w:numId w:val="27"/>
        </w:numPr>
        <w:spacing w:before="100" w:beforeAutospacing="1" w:after="100" w:afterAutospacing="1" w:line="240" w:lineRule="auto"/>
      </w:pPr>
      <w:r>
        <w:t>Other</w:t>
      </w:r>
    </w:p>
    <w:p w14:paraId="37AC6EF0" w14:textId="0A20B880" w:rsidR="0064032F" w:rsidRDefault="0064032F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</w:pPr>
      <w:r>
        <w:t xml:space="preserve">If you selected 'Other', please </w:t>
      </w:r>
      <w:r w:rsidR="00E700D4">
        <w:t>specify: _</w:t>
      </w:r>
      <w:r>
        <w:t>_________________</w:t>
      </w:r>
    </w:p>
    <w:p w14:paraId="4779F386" w14:textId="75848EFC" w:rsidR="00386FF7" w:rsidRDefault="000674D6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</w:pPr>
      <w:r>
        <w:t>If you selected 'Periodically</w:t>
      </w:r>
      <w:r w:rsidR="0064032F">
        <w:t xml:space="preserve"> for every patient</w:t>
      </w:r>
      <w:r>
        <w:t>', please specify:</w:t>
      </w:r>
      <w:r w:rsidR="0064032F" w:rsidRPr="0064032F">
        <w:t xml:space="preserve"> </w:t>
      </w:r>
      <w:r w:rsidR="0064032F">
        <w:t>__________________</w:t>
      </w:r>
      <w:r w:rsidR="00071922">
        <w:t xml:space="preserve"> </w:t>
      </w:r>
    </w:p>
    <w:p w14:paraId="6F7B1917" w14:textId="77777777" w:rsidR="003536D6" w:rsidRDefault="003536D6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</w:pPr>
    </w:p>
    <w:p w14:paraId="0111738B" w14:textId="3BDA7D45" w:rsidR="000B6169" w:rsidRPr="000B6169" w:rsidRDefault="009D4012" w:rsidP="000B61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3536D6">
        <w:rPr>
          <w:b/>
          <w:bCs/>
        </w:rPr>
        <w:t>To what extent do you address the following topics during guidance?</w:t>
      </w:r>
      <w:r w:rsidR="000B6169">
        <w:rPr>
          <w:b/>
          <w:bCs/>
        </w:rPr>
        <w:t xml:space="preserve"> (For each </w:t>
      </w:r>
      <w:r w:rsidR="000B6169" w:rsidRPr="000B6169">
        <w:rPr>
          <w:b/>
          <w:bCs/>
        </w:rPr>
        <w:t xml:space="preserve">topic </w:t>
      </w:r>
      <w:r w:rsidR="000B6169">
        <w:rPr>
          <w:b/>
          <w:bCs/>
        </w:rPr>
        <w:t xml:space="preserve">choose </w:t>
      </w:r>
      <w:r w:rsidR="000B6169" w:rsidRPr="000B6169">
        <w:rPr>
          <w:b/>
          <w:bCs/>
        </w:rPr>
        <w:t>'usually', 'Sometimes' or '</w:t>
      </w:r>
      <w:r w:rsidR="00D7155F">
        <w:rPr>
          <w:b/>
          <w:bCs/>
        </w:rPr>
        <w:t>u</w:t>
      </w:r>
      <w:r w:rsidR="000B6169" w:rsidRPr="000B6169">
        <w:rPr>
          <w:b/>
          <w:bCs/>
        </w:rPr>
        <w:t>sually not'</w:t>
      </w:r>
      <w:r w:rsidR="000B6169">
        <w:rPr>
          <w:b/>
          <w:bCs/>
        </w:rPr>
        <w:t>)</w:t>
      </w:r>
    </w:p>
    <w:p w14:paraId="19DE528C" w14:textId="77777777" w:rsidR="000B6169" w:rsidRPr="003536D6" w:rsidRDefault="000B6169" w:rsidP="000B61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 w:hanging="360"/>
        <w:rPr>
          <w:b/>
          <w:bCs/>
        </w:rPr>
      </w:pPr>
    </w:p>
    <w:p w14:paraId="36BD77DB" w14:textId="42DFF624" w:rsidR="00D16CDA" w:rsidRDefault="00AB745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The </w:t>
      </w:r>
      <w:r w:rsidR="00D16CDA">
        <w:t>amount of activity</w:t>
      </w:r>
      <w:r>
        <w:t xml:space="preserve"> recommended for the patient</w:t>
      </w:r>
      <w:r w:rsidR="00D16CDA">
        <w:t xml:space="preserve">: </w:t>
      </w:r>
      <w:r w:rsidR="00D16CDA" w:rsidRPr="00D16CDA">
        <w:t>usually yes</w:t>
      </w:r>
      <w:r w:rsidR="00885D41">
        <w:t xml:space="preserve"> / Sometimes / U</w:t>
      </w:r>
      <w:r w:rsidR="00D16CDA" w:rsidRPr="00D16CDA">
        <w:t>s</w:t>
      </w:r>
      <w:r w:rsidR="00885D41">
        <w:t>ually not</w:t>
      </w:r>
    </w:p>
    <w:p w14:paraId="4BB5A190" w14:textId="68B451EB" w:rsidR="00885D41" w:rsidRDefault="00650E27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>P</w:t>
      </w:r>
      <w:r w:rsidRPr="00650E27">
        <w:t>ersonalized recommen</w:t>
      </w:r>
      <w:r>
        <w:t>ded</w:t>
      </w:r>
      <w:r w:rsidRPr="00650E27">
        <w:t xml:space="preserve"> blood glucose level </w:t>
      </w:r>
      <w:r>
        <w:t xml:space="preserve">before starting </w:t>
      </w:r>
      <w:r w:rsidR="00EB4465">
        <w:t>exercise</w:t>
      </w:r>
      <w:r>
        <w:t>:</w:t>
      </w:r>
      <w:r w:rsidR="001E3C78">
        <w:t xml:space="preserve"> </w:t>
      </w:r>
      <w:r w:rsidR="001E3C78" w:rsidRPr="00D16CDA">
        <w:t>usually yes</w:t>
      </w:r>
      <w:r w:rsidR="001E3C78">
        <w:t xml:space="preserve"> / Sometimes / U</w:t>
      </w:r>
      <w:r w:rsidR="001E3C78" w:rsidRPr="00D16CDA">
        <w:t>s</w:t>
      </w:r>
      <w:r w:rsidR="001E3C78">
        <w:t>ually not</w:t>
      </w:r>
    </w:p>
    <w:p w14:paraId="5700FFAB" w14:textId="4B2BD6E1" w:rsidR="00650E27" w:rsidRDefault="005E4ECA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>The i</w:t>
      </w:r>
      <w:r w:rsidR="00650E27" w:rsidRPr="00650E27">
        <w:t xml:space="preserve">mmediate </w:t>
      </w:r>
      <w:r w:rsidR="00650E27">
        <w:t xml:space="preserve">effect of </w:t>
      </w:r>
      <w:r>
        <w:t>exercise</w:t>
      </w:r>
      <w:r w:rsidR="00650E27">
        <w:t xml:space="preserve"> on blood glucose </w:t>
      </w:r>
      <w:r w:rsidR="00071922">
        <w:t>(</w:t>
      </w:r>
      <w:r w:rsidR="00650E27" w:rsidRPr="00650E27">
        <w:t xml:space="preserve">during and </w:t>
      </w:r>
      <w:r w:rsidR="00071922">
        <w:t xml:space="preserve">immediately </w:t>
      </w:r>
      <w:r w:rsidR="00650E27" w:rsidRPr="00650E27">
        <w:t>after activity</w:t>
      </w:r>
      <w:r w:rsidR="00071922">
        <w:t>)</w:t>
      </w:r>
      <w:r w:rsidR="00650E27" w:rsidRPr="00650E27">
        <w:t>:</w:t>
      </w:r>
      <w:r w:rsidR="001E3C78">
        <w:t xml:space="preserve"> </w:t>
      </w:r>
      <w:r w:rsidR="001E3C78" w:rsidRPr="00D16CDA">
        <w:t>usually yes</w:t>
      </w:r>
      <w:r w:rsidR="001E3C78">
        <w:t xml:space="preserve"> / Sometimes / U</w:t>
      </w:r>
      <w:r w:rsidR="001E3C78" w:rsidRPr="00D16CDA">
        <w:t>s</w:t>
      </w:r>
      <w:r w:rsidR="001E3C78">
        <w:t>ually not</w:t>
      </w:r>
    </w:p>
    <w:p w14:paraId="08C8023A" w14:textId="4D4C0558" w:rsidR="00C55B5E" w:rsidRDefault="00C55B5E" w:rsidP="00C55B5E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>The e</w:t>
      </w:r>
      <w:r w:rsidRPr="00650E27">
        <w:t xml:space="preserve">ffect </w:t>
      </w:r>
      <w:r>
        <w:t>of</w:t>
      </w:r>
      <w:r w:rsidRPr="00650E27">
        <w:t xml:space="preserve"> </w:t>
      </w:r>
      <w:r>
        <w:t>exercise</w:t>
      </w:r>
      <w:r w:rsidRPr="00650E27">
        <w:t xml:space="preserve"> on glucose </w:t>
      </w:r>
      <w:r>
        <w:t>levels during the 24 hours after activity</w:t>
      </w:r>
      <w:r w:rsidRPr="00650E27">
        <w:t>:</w:t>
      </w:r>
      <w:r>
        <w:t xml:space="preserve"> </w:t>
      </w:r>
      <w:r w:rsidRPr="00D16CDA">
        <w:t>usually yes</w:t>
      </w:r>
      <w:r>
        <w:t xml:space="preserve"> / Sometimes / U</w:t>
      </w:r>
      <w:r w:rsidRPr="00D16CDA">
        <w:t>s</w:t>
      </w:r>
      <w:r>
        <w:t>ually not</w:t>
      </w:r>
    </w:p>
    <w:p w14:paraId="29E9B3E6" w14:textId="36678B4E" w:rsidR="00650E27" w:rsidRDefault="00071922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>The</w:t>
      </w:r>
      <w:r w:rsidR="00F11B49">
        <w:t xml:space="preserve"> long-term benefits of</w:t>
      </w:r>
      <w:r w:rsidR="00650E27" w:rsidRPr="00650E27">
        <w:t xml:space="preserve"> </w:t>
      </w:r>
      <w:r w:rsidR="00587222">
        <w:t>exercise</w:t>
      </w:r>
      <w:r w:rsidR="00B46513">
        <w:t xml:space="preserve"> performance</w:t>
      </w:r>
      <w:r w:rsidR="00650E27" w:rsidRPr="00650E27">
        <w:t>:</w:t>
      </w:r>
      <w:r w:rsidR="001E3C78">
        <w:t xml:space="preserve"> </w:t>
      </w:r>
      <w:r w:rsidR="001E3C78" w:rsidRPr="00D16CDA">
        <w:t>usually yes</w:t>
      </w:r>
      <w:r w:rsidR="001E3C78">
        <w:t xml:space="preserve"> / Sometimes / U</w:t>
      </w:r>
      <w:r w:rsidR="001E3C78" w:rsidRPr="00D16CDA">
        <w:t>s</w:t>
      </w:r>
      <w:r w:rsidR="001E3C78">
        <w:t>ually not</w:t>
      </w:r>
    </w:p>
    <w:p w14:paraId="28EC1E39" w14:textId="4DDEDFB2" w:rsidR="00F1042B" w:rsidRDefault="00D2366F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The glycemic effects of </w:t>
      </w:r>
      <w:r w:rsidR="00E700D4">
        <w:t>different exercise</w:t>
      </w:r>
      <w:r>
        <w:t xml:space="preserve"> </w:t>
      </w:r>
      <w:r w:rsidR="00650E27">
        <w:t xml:space="preserve">types (aerobic, anaerobic, mixed) </w:t>
      </w:r>
    </w:p>
    <w:p w14:paraId="1BB3F302" w14:textId="4158B623" w:rsidR="00650E27" w:rsidRDefault="00650E27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>
        <w:lastRenderedPageBreak/>
        <w:t>Preparation</w:t>
      </w:r>
      <w:r w:rsidR="001E340F">
        <w:t xml:space="preserve"> for activity</w:t>
      </w:r>
      <w:r w:rsidR="00903015">
        <w:t xml:space="preserve"> - </w:t>
      </w:r>
      <w:r>
        <w:t>equipment and nutrition (e.g.</w:t>
      </w:r>
      <w:r w:rsidR="00DF35A5">
        <w:t xml:space="preserve"> equipment and glucose for treating hypoglycemia</w:t>
      </w:r>
      <w:r>
        <w:t xml:space="preserve">, </w:t>
      </w:r>
      <w:r w:rsidR="00DF35A5">
        <w:t>insulin, a</w:t>
      </w:r>
      <w:r>
        <w:t xml:space="preserve"> glucometer)</w:t>
      </w:r>
      <w:r w:rsidR="001E3C78">
        <w:t xml:space="preserve">: </w:t>
      </w:r>
      <w:r w:rsidR="001E3C78" w:rsidRPr="00D16CDA">
        <w:t>usually yes</w:t>
      </w:r>
      <w:r w:rsidR="001E3C78">
        <w:t xml:space="preserve"> / Sometimes / U</w:t>
      </w:r>
      <w:r w:rsidR="001E3C78" w:rsidRPr="00D16CDA">
        <w:t>s</w:t>
      </w:r>
      <w:r w:rsidR="001E3C78">
        <w:t>ually not</w:t>
      </w:r>
    </w:p>
    <w:p w14:paraId="009819ED" w14:textId="1CE8FD06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>Preparation for activity</w:t>
      </w:r>
      <w:r w:rsidR="00903015">
        <w:t xml:space="preserve"> - </w:t>
      </w:r>
      <w:r w:rsidRPr="001E3C78">
        <w:t>insulin dose adjustments:</w:t>
      </w:r>
      <w:r>
        <w:t xml:space="preserve"> </w:t>
      </w:r>
      <w:r w:rsidRPr="00D16CDA">
        <w:t>usually yes</w:t>
      </w:r>
      <w:r>
        <w:t xml:space="preserve"> / Sometimes / U</w:t>
      </w:r>
      <w:r w:rsidRPr="00D16CDA">
        <w:t>s</w:t>
      </w:r>
      <w:r>
        <w:t>ually not</w:t>
      </w:r>
    </w:p>
    <w:p w14:paraId="2FD1D676" w14:textId="1C272E67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>Preparation for activity</w:t>
      </w:r>
      <w:r w:rsidR="00CE2E4F">
        <w:t xml:space="preserve"> – </w:t>
      </w:r>
      <w:r w:rsidRPr="001E3C78">
        <w:t>us</w:t>
      </w:r>
      <w:r w:rsidR="00CE2E4F">
        <w:t xml:space="preserve">ing </w:t>
      </w:r>
      <w:r w:rsidRPr="001E3C78">
        <w:t>carbohydrates or other food: Usually yes / Sometimes / Usually not</w:t>
      </w:r>
    </w:p>
    <w:p w14:paraId="63B823FD" w14:textId="39D20E33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 xml:space="preserve">Planning </w:t>
      </w:r>
      <w:r w:rsidR="004230A1">
        <w:t xml:space="preserve">a </w:t>
      </w:r>
      <w:r w:rsidR="00D06DD0">
        <w:t>workout / training session</w:t>
      </w:r>
      <w:r w:rsidR="004230A1">
        <w:t xml:space="preserve"> in terms of exercise type</w:t>
      </w:r>
      <w:r w:rsidR="005F3214">
        <w:t xml:space="preserve"> and </w:t>
      </w:r>
      <w:r w:rsidR="00E700D4">
        <w:t>order (aerobic</w:t>
      </w:r>
      <w:r w:rsidR="00D06DD0">
        <w:t>, anaerobic, mixed)</w:t>
      </w:r>
      <w:r w:rsidRPr="001E3C78">
        <w:t>: Usually yes / Sometimes / Usually not</w:t>
      </w:r>
    </w:p>
    <w:p w14:paraId="26F6133D" w14:textId="23659E39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>Prevention of delayed hypoglycemia: Usually yes / Sometimes / Usually not</w:t>
      </w:r>
    </w:p>
    <w:p w14:paraId="7BE9CA33" w14:textId="44AB0EBC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>Involvement of family members in activity planning or performance: Usually yes / Sometimes / Usually not</w:t>
      </w:r>
    </w:p>
    <w:p w14:paraId="641A1E10" w14:textId="5BE70B25" w:rsidR="001E3C78" w:rsidRDefault="001E3C78" w:rsidP="00057269">
      <w:pPr>
        <w:pStyle w:val="a"/>
        <w:numPr>
          <w:ilvl w:val="0"/>
          <w:numId w:val="14"/>
        </w:numPr>
        <w:spacing w:before="100" w:beforeAutospacing="1" w:after="100" w:afterAutospacing="1" w:line="240" w:lineRule="auto"/>
      </w:pPr>
      <w:r w:rsidRPr="001E3C78">
        <w:t>Involvement of friends in activity planning or performance: Usually yes / Sometimes / Usually not</w:t>
      </w:r>
    </w:p>
    <w:p w14:paraId="49A37417" w14:textId="77777777" w:rsidR="0015015C" w:rsidRDefault="0015015C" w:rsidP="0015015C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1080"/>
      </w:pPr>
    </w:p>
    <w:p w14:paraId="7DB5C9AC" w14:textId="013C8D57" w:rsidR="0064032F" w:rsidRPr="0015015C" w:rsidRDefault="0064032F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15015C">
        <w:rPr>
          <w:b/>
          <w:bCs/>
        </w:rPr>
        <w:t xml:space="preserve">Does your clinic have educational material or supporting resources (e.g., a handout or flyer) on the topic of </w:t>
      </w:r>
      <w:r w:rsidR="0009583E">
        <w:rPr>
          <w:b/>
          <w:bCs/>
        </w:rPr>
        <w:t>exercise</w:t>
      </w:r>
      <w:r w:rsidRPr="0015015C">
        <w:rPr>
          <w:b/>
          <w:bCs/>
        </w:rPr>
        <w:t xml:space="preserve"> in type 1 diabetes that can be given to patients?</w:t>
      </w:r>
    </w:p>
    <w:p w14:paraId="3807BB84" w14:textId="77777777" w:rsidR="00EA55D0" w:rsidRDefault="00EA55D0" w:rsidP="00EA55D0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Yes</w:t>
      </w:r>
    </w:p>
    <w:p w14:paraId="15CDFAE0" w14:textId="77777777" w:rsidR="001F04B4" w:rsidRDefault="00EA55D0" w:rsidP="001F04B4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No</w:t>
      </w:r>
    </w:p>
    <w:p w14:paraId="46F8DFFB" w14:textId="6827AFF5" w:rsidR="001F04B4" w:rsidRDefault="0064032F" w:rsidP="001F04B4">
      <w:pPr>
        <w:spacing w:before="100" w:beforeAutospacing="1" w:after="100" w:afterAutospacing="1" w:line="240" w:lineRule="auto"/>
        <w:ind w:left="360"/>
      </w:pPr>
      <w:r w:rsidRPr="001F04B4">
        <w:rPr>
          <w:b/>
          <w:bCs/>
        </w:rPr>
        <w:t xml:space="preserve">If </w:t>
      </w:r>
      <w:r w:rsidR="001F04B4">
        <w:rPr>
          <w:b/>
          <w:bCs/>
        </w:rPr>
        <w:t>you replied 'yes</w:t>
      </w:r>
      <w:r w:rsidR="00E700D4">
        <w:rPr>
          <w:b/>
          <w:bCs/>
        </w:rPr>
        <w:t>',</w:t>
      </w:r>
      <w:r w:rsidRPr="001F04B4">
        <w:rPr>
          <w:b/>
          <w:bCs/>
        </w:rPr>
        <w:t xml:space="preserve"> </w:t>
      </w:r>
      <w:r w:rsidR="001F04B4">
        <w:rPr>
          <w:b/>
          <w:bCs/>
        </w:rPr>
        <w:t xml:space="preserve">is it in </w:t>
      </w:r>
      <w:r w:rsidR="000674D6">
        <w:t>Print</w:t>
      </w:r>
      <w:r w:rsidR="001F04B4">
        <w:t xml:space="preserve"> / </w:t>
      </w:r>
      <w:r w:rsidR="000674D6">
        <w:t>Electronic</w:t>
      </w:r>
      <w:r w:rsidR="001F04B4">
        <w:t xml:space="preserve"> / </w:t>
      </w:r>
      <w:r w:rsidR="000674D6">
        <w:t>Other</w:t>
      </w:r>
    </w:p>
    <w:p w14:paraId="5EDE34FE" w14:textId="344DC05B" w:rsidR="00252EDF" w:rsidRDefault="000674D6" w:rsidP="001F04B4">
      <w:pPr>
        <w:spacing w:before="100" w:beforeAutospacing="1" w:after="100" w:afterAutospacing="1" w:line="240" w:lineRule="auto"/>
        <w:ind w:left="360"/>
      </w:pPr>
      <w:r>
        <w:t xml:space="preserve">Please </w:t>
      </w:r>
      <w:r w:rsidR="00E700D4">
        <w:t>elaborate: _</w:t>
      </w:r>
      <w:r w:rsidR="0064032F">
        <w:t>___________________</w:t>
      </w:r>
    </w:p>
    <w:p w14:paraId="06C1C729" w14:textId="3776841E" w:rsidR="00AC4A29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7B6F25">
        <w:rPr>
          <w:b/>
          <w:bCs/>
        </w:rPr>
        <w:t xml:space="preserve">Do you refer patients to any other information source on </w:t>
      </w:r>
      <w:r w:rsidR="00124A92">
        <w:rPr>
          <w:b/>
          <w:bCs/>
        </w:rPr>
        <w:t>exercise</w:t>
      </w:r>
      <w:r w:rsidRPr="007B6F25">
        <w:rPr>
          <w:b/>
          <w:bCs/>
        </w:rPr>
        <w:t xml:space="preserve"> in type 1 diabetes?</w:t>
      </w:r>
    </w:p>
    <w:p w14:paraId="7421D130" w14:textId="77777777" w:rsidR="00AC4A29" w:rsidRDefault="00AC4A29" w:rsidP="00AC4A2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Yes</w:t>
      </w:r>
    </w:p>
    <w:p w14:paraId="506317BF" w14:textId="77777777" w:rsidR="00AC4A29" w:rsidRDefault="00AC4A29" w:rsidP="00AC4A29">
      <w:pPr>
        <w:pStyle w:val="ae"/>
        <w:numPr>
          <w:ilvl w:val="0"/>
          <w:numId w:val="20"/>
        </w:numPr>
        <w:spacing w:before="100" w:beforeAutospacing="1" w:after="100" w:afterAutospacing="1" w:line="240" w:lineRule="auto"/>
      </w:pPr>
      <w:r>
        <w:t>No</w:t>
      </w:r>
    </w:p>
    <w:p w14:paraId="64BB2689" w14:textId="263EF4F1" w:rsidR="00252EDF" w:rsidRDefault="000674D6" w:rsidP="00057269">
      <w:pPr>
        <w:spacing w:before="100" w:beforeAutospacing="1" w:after="100" w:afterAutospacing="1" w:line="240" w:lineRule="auto"/>
      </w:pPr>
      <w:r>
        <w:t xml:space="preserve">If yes, please </w:t>
      </w:r>
      <w:r w:rsidR="00E700D4">
        <w:t>elaborate: _</w:t>
      </w:r>
      <w:r w:rsidR="008E3940">
        <w:t>________________</w:t>
      </w:r>
    </w:p>
    <w:p w14:paraId="0C29C5FA" w14:textId="48070E84" w:rsidR="00252EDF" w:rsidRPr="00124A92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124A92">
        <w:rPr>
          <w:b/>
          <w:bCs/>
        </w:rPr>
        <w:t xml:space="preserve">To what extent do you think the guidance you provide includes discussion of </w:t>
      </w:r>
      <w:r w:rsidR="00CD4C60">
        <w:rPr>
          <w:b/>
          <w:bCs/>
        </w:rPr>
        <w:t xml:space="preserve">the </w:t>
      </w:r>
      <w:r w:rsidR="00E700D4">
        <w:rPr>
          <w:b/>
          <w:bCs/>
        </w:rPr>
        <w:t>individuals'</w:t>
      </w:r>
      <w:r w:rsidR="00CD4C60">
        <w:rPr>
          <w:b/>
          <w:bCs/>
        </w:rPr>
        <w:t xml:space="preserve"> </w:t>
      </w:r>
      <w:r w:rsidRPr="00124A92">
        <w:rPr>
          <w:b/>
          <w:bCs/>
        </w:rPr>
        <w:t xml:space="preserve">barriers to </w:t>
      </w:r>
      <w:r w:rsidR="00E16F78">
        <w:rPr>
          <w:b/>
          <w:bCs/>
        </w:rPr>
        <w:t>exercise</w:t>
      </w:r>
      <w:r w:rsidRPr="00124A92">
        <w:rPr>
          <w:b/>
          <w:bCs/>
        </w:rPr>
        <w:t>?</w:t>
      </w:r>
    </w:p>
    <w:p w14:paraId="2F3A8353" w14:textId="6C5B804D" w:rsidR="00E63B31" w:rsidRDefault="00E63B31" w:rsidP="0041663A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To a great extent </w:t>
      </w:r>
    </w:p>
    <w:p w14:paraId="198EE8AC" w14:textId="77777777" w:rsidR="00AB575B" w:rsidRDefault="00AB575B" w:rsidP="00AB575B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>To a moderate extent</w:t>
      </w:r>
    </w:p>
    <w:p w14:paraId="1A80C961" w14:textId="77777777" w:rsidR="00AB575B" w:rsidRDefault="00AB575B" w:rsidP="00AB575B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To a small extent </w:t>
      </w:r>
    </w:p>
    <w:p w14:paraId="29DCA896" w14:textId="1D95DBD0" w:rsidR="00252EDF" w:rsidRDefault="000674D6" w:rsidP="004E4561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>Not at all</w:t>
      </w:r>
    </w:p>
    <w:p w14:paraId="4E903586" w14:textId="18E17230" w:rsidR="00252EDF" w:rsidRPr="003A355D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3A355D">
        <w:rPr>
          <w:b/>
          <w:bCs/>
        </w:rPr>
        <w:t>To what extent do you offer solutions to cope with those barriers?</w:t>
      </w:r>
    </w:p>
    <w:p w14:paraId="0F0F6A25" w14:textId="77777777" w:rsidR="003A355D" w:rsidRDefault="003A355D" w:rsidP="003A355D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 xml:space="preserve">To a great extent </w:t>
      </w:r>
    </w:p>
    <w:p w14:paraId="5D67C44A" w14:textId="714D5035" w:rsidR="003A355D" w:rsidRDefault="00AB575B" w:rsidP="003A355D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>To a m</w:t>
      </w:r>
      <w:r w:rsidR="003A355D">
        <w:t>oderate extent</w:t>
      </w:r>
    </w:p>
    <w:p w14:paraId="70E22338" w14:textId="6578A69E" w:rsidR="003A355D" w:rsidRDefault="00AB575B" w:rsidP="003A355D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>To a s</w:t>
      </w:r>
      <w:r w:rsidR="003A355D">
        <w:t xml:space="preserve">mall extent </w:t>
      </w:r>
    </w:p>
    <w:p w14:paraId="36FD6D1D" w14:textId="690DF44E" w:rsidR="003778AE" w:rsidRDefault="003A355D" w:rsidP="00666803">
      <w:pPr>
        <w:pStyle w:val="ae"/>
        <w:numPr>
          <w:ilvl w:val="0"/>
          <w:numId w:val="30"/>
        </w:numPr>
        <w:spacing w:before="100" w:beforeAutospacing="1" w:after="100" w:afterAutospacing="1" w:line="240" w:lineRule="auto"/>
      </w:pPr>
      <w:r>
        <w:t>Not at all</w:t>
      </w:r>
    </w:p>
    <w:p w14:paraId="653341C9" w14:textId="626A7917" w:rsidR="007E646C" w:rsidRPr="00424989" w:rsidRDefault="000674D6" w:rsidP="0042498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E80C32">
        <w:rPr>
          <w:b/>
          <w:bCs/>
        </w:rPr>
        <w:lastRenderedPageBreak/>
        <w:t xml:space="preserve">To what </w:t>
      </w:r>
      <w:r w:rsidR="007E646C">
        <w:rPr>
          <w:b/>
          <w:bCs/>
        </w:rPr>
        <w:t>degree</w:t>
      </w:r>
      <w:r w:rsidRPr="00E80C32">
        <w:rPr>
          <w:b/>
          <w:bCs/>
        </w:rPr>
        <w:t xml:space="preserve"> do</w:t>
      </w:r>
      <w:r w:rsidR="006F2433" w:rsidRPr="00E80C32">
        <w:rPr>
          <w:b/>
          <w:bCs/>
        </w:rPr>
        <w:t xml:space="preserve"> you experience</w:t>
      </w:r>
      <w:r w:rsidRPr="00E80C32">
        <w:rPr>
          <w:b/>
          <w:bCs/>
        </w:rPr>
        <w:t xml:space="preserve"> the following topics </w:t>
      </w:r>
      <w:r w:rsidR="006F2433" w:rsidRPr="00E80C32">
        <w:rPr>
          <w:b/>
          <w:bCs/>
        </w:rPr>
        <w:t>as</w:t>
      </w:r>
      <w:r w:rsidRPr="00E80C32">
        <w:rPr>
          <w:b/>
          <w:bCs/>
        </w:rPr>
        <w:t xml:space="preserve"> barriers to providing </w:t>
      </w:r>
      <w:r w:rsidR="0085418D" w:rsidRPr="00E80C32">
        <w:rPr>
          <w:b/>
          <w:bCs/>
        </w:rPr>
        <w:t xml:space="preserve">exercise </w:t>
      </w:r>
      <w:r w:rsidR="009F25AF" w:rsidRPr="00E80C32">
        <w:rPr>
          <w:b/>
          <w:bCs/>
        </w:rPr>
        <w:t>counseling</w:t>
      </w:r>
      <w:r w:rsidRPr="00E80C32">
        <w:rPr>
          <w:b/>
          <w:bCs/>
        </w:rPr>
        <w:t>?</w:t>
      </w:r>
      <w:r w:rsidR="00D73D8B" w:rsidRPr="00E80C32">
        <w:rPr>
          <w:b/>
          <w:bCs/>
        </w:rPr>
        <w:t xml:space="preserve">   </w:t>
      </w:r>
      <w:r w:rsidRPr="00E80C32">
        <w:rPr>
          <w:b/>
          <w:bCs/>
        </w:rPr>
        <w:t xml:space="preserve">Rate each </w:t>
      </w:r>
      <w:r w:rsidR="00E80C32" w:rsidRPr="00E80C32">
        <w:rPr>
          <w:b/>
          <w:bCs/>
        </w:rPr>
        <w:t xml:space="preserve">topic as: </w:t>
      </w:r>
      <w:r w:rsidR="007E646C" w:rsidRPr="00424989">
        <w:rPr>
          <w:b/>
          <w:bCs/>
        </w:rPr>
        <w:t>significant</w:t>
      </w:r>
      <w:r w:rsidR="00424989">
        <w:rPr>
          <w:b/>
          <w:bCs/>
        </w:rPr>
        <w:t xml:space="preserve">, </w:t>
      </w:r>
      <w:r w:rsidR="007E646C" w:rsidRPr="00424989">
        <w:rPr>
          <w:b/>
          <w:bCs/>
        </w:rPr>
        <w:t>moderate</w:t>
      </w:r>
      <w:r w:rsidR="00424989">
        <w:rPr>
          <w:b/>
          <w:bCs/>
        </w:rPr>
        <w:t xml:space="preserve">, </w:t>
      </w:r>
      <w:r w:rsidR="007E646C" w:rsidRPr="00424989">
        <w:rPr>
          <w:b/>
          <w:bCs/>
        </w:rPr>
        <w:t xml:space="preserve">minimal, </w:t>
      </w:r>
      <w:r w:rsidR="00424989">
        <w:rPr>
          <w:b/>
          <w:bCs/>
        </w:rPr>
        <w:t>n</w:t>
      </w:r>
      <w:r w:rsidR="007E646C" w:rsidRPr="00424989">
        <w:rPr>
          <w:b/>
          <w:bCs/>
        </w:rPr>
        <w:t>ot at all</w:t>
      </w:r>
    </w:p>
    <w:p w14:paraId="460A3C80" w14:textId="268E781C" w:rsidR="002C1EA2" w:rsidRDefault="002C1EA2" w:rsidP="00057269">
      <w:pPr>
        <w:pStyle w:val="ae"/>
        <w:numPr>
          <w:ilvl w:val="0"/>
          <w:numId w:val="18"/>
        </w:numPr>
        <w:spacing w:before="100" w:beforeAutospacing="1" w:after="100" w:afterAutospacing="1" w:line="240" w:lineRule="auto"/>
      </w:pPr>
      <w:r>
        <w:t>Limited duration of clinic visit</w:t>
      </w:r>
    </w:p>
    <w:p w14:paraId="1C4062BC" w14:textId="554C1583" w:rsidR="002C1EA2" w:rsidRDefault="002C1EA2" w:rsidP="00057269">
      <w:pPr>
        <w:pStyle w:val="ae"/>
        <w:numPr>
          <w:ilvl w:val="0"/>
          <w:numId w:val="18"/>
        </w:numPr>
        <w:spacing w:before="100" w:beforeAutospacing="1" w:after="100" w:afterAutospacing="1" w:line="240" w:lineRule="auto"/>
      </w:pPr>
      <w:r w:rsidRPr="002C1EA2">
        <w:t>Lack of sufficient knowledge</w:t>
      </w:r>
    </w:p>
    <w:p w14:paraId="3A7589FF" w14:textId="7DD95B35" w:rsidR="002C1EA2" w:rsidRDefault="00303A3F" w:rsidP="00057269">
      <w:pPr>
        <w:pStyle w:val="ae"/>
        <w:numPr>
          <w:ilvl w:val="0"/>
          <w:numId w:val="18"/>
        </w:numPr>
        <w:spacing w:before="100" w:beforeAutospacing="1" w:after="100" w:afterAutospacing="1" w:line="240" w:lineRule="auto"/>
      </w:pPr>
      <w:r>
        <w:t>The c</w:t>
      </w:r>
      <w:r w:rsidR="002C1EA2" w:rsidRPr="002C1EA2">
        <w:t xml:space="preserve">omplexity </w:t>
      </w:r>
      <w:r w:rsidR="002C1EA2" w:rsidRPr="00FE16B7">
        <w:t xml:space="preserve">of </w:t>
      </w:r>
      <w:r>
        <w:t xml:space="preserve">recommendations </w:t>
      </w:r>
    </w:p>
    <w:p w14:paraId="3C68091A" w14:textId="325C16E4" w:rsidR="003778AE" w:rsidRDefault="002C1EA2" w:rsidP="00057269">
      <w:pPr>
        <w:pStyle w:val="ae"/>
        <w:numPr>
          <w:ilvl w:val="0"/>
          <w:numId w:val="18"/>
        </w:numPr>
        <w:spacing w:before="100" w:beforeAutospacing="1" w:after="100" w:afterAutospacing="1" w:line="240" w:lineRule="auto"/>
      </w:pPr>
      <w:r>
        <w:t>Lack of available teaching aids for exercise directed guidance</w:t>
      </w:r>
      <w:r w:rsidR="004A3C43">
        <w:t xml:space="preserve"> </w:t>
      </w:r>
    </w:p>
    <w:p w14:paraId="16514571" w14:textId="42C26D03" w:rsidR="003778AE" w:rsidRPr="000602B4" w:rsidRDefault="002E6267" w:rsidP="000602B4">
      <w:pPr>
        <w:pStyle w:val="a"/>
        <w:rPr>
          <w:b/>
          <w:bCs/>
        </w:rPr>
      </w:pPr>
      <w:r w:rsidRPr="000602B4">
        <w:rPr>
          <w:b/>
          <w:bCs/>
        </w:rPr>
        <w:t xml:space="preserve">Do you experience </w:t>
      </w:r>
      <w:r w:rsidR="003778AE" w:rsidRPr="000602B4">
        <w:rPr>
          <w:b/>
          <w:bCs/>
        </w:rPr>
        <w:t xml:space="preserve">any other barriers </w:t>
      </w:r>
      <w:r w:rsidRPr="000602B4">
        <w:rPr>
          <w:b/>
          <w:bCs/>
        </w:rPr>
        <w:t xml:space="preserve">to providing exercise </w:t>
      </w:r>
      <w:r w:rsidR="009F25AF" w:rsidRPr="000602B4">
        <w:rPr>
          <w:b/>
          <w:bCs/>
        </w:rPr>
        <w:t>counseling</w:t>
      </w:r>
      <w:r w:rsidRPr="000602B4">
        <w:rPr>
          <w:b/>
          <w:bCs/>
        </w:rPr>
        <w:t xml:space="preserve"> to </w:t>
      </w:r>
      <w:r w:rsidR="00D0225B" w:rsidRPr="000602B4">
        <w:rPr>
          <w:b/>
          <w:bCs/>
        </w:rPr>
        <w:t>individuals</w:t>
      </w:r>
      <w:r w:rsidRPr="000602B4">
        <w:rPr>
          <w:b/>
          <w:bCs/>
        </w:rPr>
        <w:t xml:space="preserve"> with type 1 diabetes?</w:t>
      </w:r>
      <w:r w:rsidR="00CB4EF5" w:rsidRPr="000602B4">
        <w:rPr>
          <w:b/>
          <w:bCs/>
        </w:rPr>
        <w:t xml:space="preserve"> (Free text question) ___________</w:t>
      </w:r>
      <w:r w:rsidR="003778AE" w:rsidRPr="000602B4">
        <w:rPr>
          <w:b/>
          <w:bCs/>
        </w:rPr>
        <w:t>_________________</w:t>
      </w:r>
    </w:p>
    <w:p w14:paraId="4458BA4F" w14:textId="77777777" w:rsidR="003778AE" w:rsidRDefault="003778AE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</w:pPr>
    </w:p>
    <w:p w14:paraId="0B4894CD" w14:textId="24F3F453" w:rsidR="004E6C68" w:rsidRPr="004E6C68" w:rsidRDefault="004E6C68" w:rsidP="00057269">
      <w:pPr>
        <w:pStyle w:val="a"/>
        <w:spacing w:before="100" w:beforeAutospacing="1" w:after="100" w:afterAutospacing="1" w:line="240" w:lineRule="auto"/>
        <w:rPr>
          <w:b/>
          <w:bCs/>
        </w:rPr>
      </w:pPr>
      <w:r w:rsidRPr="004E6C68">
        <w:rPr>
          <w:b/>
          <w:bCs/>
        </w:rPr>
        <w:t>If you indicated that you lack sufficient knowledge to provide exercise guidance for individuals with type 1 diabetes, please specify:</w:t>
      </w:r>
      <w:r>
        <w:rPr>
          <w:b/>
          <w:bCs/>
        </w:rPr>
        <w:t xml:space="preserve"> </w:t>
      </w:r>
      <w:r w:rsidRPr="00CB4EF5">
        <w:rPr>
          <w:b/>
          <w:bCs/>
        </w:rPr>
        <w:t xml:space="preserve">(Free text question) </w:t>
      </w:r>
      <w:r>
        <w:rPr>
          <w:b/>
          <w:bCs/>
        </w:rPr>
        <w:t>___________</w:t>
      </w:r>
      <w:r w:rsidRPr="00CB4EF5">
        <w:rPr>
          <w:b/>
          <w:bCs/>
        </w:rPr>
        <w:t>_________________</w:t>
      </w:r>
    </w:p>
    <w:p w14:paraId="056C9640" w14:textId="77777777" w:rsidR="003778AE" w:rsidRDefault="003778AE" w:rsidP="00057269">
      <w:pPr>
        <w:pStyle w:val="a"/>
        <w:numPr>
          <w:ilvl w:val="0"/>
          <w:numId w:val="0"/>
        </w:numPr>
        <w:spacing w:before="100" w:beforeAutospacing="1" w:after="100" w:afterAutospacing="1" w:line="240" w:lineRule="auto"/>
        <w:ind w:left="360"/>
      </w:pPr>
    </w:p>
    <w:p w14:paraId="24B0546A" w14:textId="2AD4CCE5" w:rsidR="00252EDF" w:rsidRPr="00D0225B" w:rsidRDefault="000674D6" w:rsidP="00057269">
      <w:pPr>
        <w:pStyle w:val="a"/>
        <w:spacing w:before="100" w:beforeAutospacing="1" w:after="100" w:afterAutospacing="1" w:line="240" w:lineRule="auto"/>
        <w:rPr>
          <w:b/>
          <w:bCs/>
          <w:rtl/>
        </w:rPr>
      </w:pPr>
      <w:r w:rsidRPr="00D0225B">
        <w:rPr>
          <w:b/>
          <w:bCs/>
        </w:rPr>
        <w:t>Additional comments:</w:t>
      </w:r>
      <w:r w:rsidR="009D4012" w:rsidRPr="00D0225B">
        <w:rPr>
          <w:b/>
          <w:bCs/>
        </w:rPr>
        <w:t xml:space="preserve"> ______________________</w:t>
      </w:r>
    </w:p>
    <w:p w14:paraId="1BA3388F" w14:textId="77777777" w:rsidR="00252EDF" w:rsidRDefault="00252EDF" w:rsidP="00057269">
      <w:pPr>
        <w:spacing w:before="100" w:beforeAutospacing="1" w:after="100" w:afterAutospacing="1" w:line="240" w:lineRule="auto"/>
      </w:pPr>
    </w:p>
    <w:sectPr w:rsidR="00252E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5D6341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614FD9"/>
    <w:multiLevelType w:val="hybridMultilevel"/>
    <w:tmpl w:val="FD4E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D575B4"/>
    <w:multiLevelType w:val="hybridMultilevel"/>
    <w:tmpl w:val="E88CCB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E055D"/>
    <w:multiLevelType w:val="hybridMultilevel"/>
    <w:tmpl w:val="D654C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D500A"/>
    <w:multiLevelType w:val="hybridMultilevel"/>
    <w:tmpl w:val="A09AD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98274C"/>
    <w:multiLevelType w:val="hybridMultilevel"/>
    <w:tmpl w:val="9A7E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710DF"/>
    <w:multiLevelType w:val="hybridMultilevel"/>
    <w:tmpl w:val="D0946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B669C"/>
    <w:multiLevelType w:val="hybridMultilevel"/>
    <w:tmpl w:val="7034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27837"/>
    <w:multiLevelType w:val="multilevel"/>
    <w:tmpl w:val="369C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782D0F"/>
    <w:multiLevelType w:val="hybridMultilevel"/>
    <w:tmpl w:val="FDB82452"/>
    <w:lvl w:ilvl="0" w:tplc="43441D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247C35"/>
    <w:multiLevelType w:val="hybridMultilevel"/>
    <w:tmpl w:val="7FFA0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40E"/>
    <w:multiLevelType w:val="hybridMultilevel"/>
    <w:tmpl w:val="6B0077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DC4F34"/>
    <w:multiLevelType w:val="hybridMultilevel"/>
    <w:tmpl w:val="658639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7093A"/>
    <w:multiLevelType w:val="hybridMultilevel"/>
    <w:tmpl w:val="338042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7706D6"/>
    <w:multiLevelType w:val="hybridMultilevel"/>
    <w:tmpl w:val="C0AE87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7"/>
  </w:num>
  <w:num w:numId="12">
    <w:abstractNumId w:val="20"/>
  </w:num>
  <w:num w:numId="13">
    <w:abstractNumId w:val="12"/>
  </w:num>
  <w:num w:numId="14">
    <w:abstractNumId w:val="17"/>
  </w:num>
  <w:num w:numId="15">
    <w:abstractNumId w:val="11"/>
  </w:num>
  <w:num w:numId="16">
    <w:abstractNumId w:val="7"/>
  </w:num>
  <w:num w:numId="17">
    <w:abstractNumId w:val="7"/>
  </w:num>
  <w:num w:numId="18">
    <w:abstractNumId w:val="10"/>
  </w:num>
  <w:num w:numId="19">
    <w:abstractNumId w:val="18"/>
  </w:num>
  <w:num w:numId="20">
    <w:abstractNumId w:val="14"/>
  </w:num>
  <w:num w:numId="21">
    <w:abstractNumId w:val="16"/>
  </w:num>
  <w:num w:numId="22">
    <w:abstractNumId w:val="7"/>
  </w:num>
  <w:num w:numId="23">
    <w:abstractNumId w:val="22"/>
  </w:num>
  <w:num w:numId="24">
    <w:abstractNumId w:val="21"/>
  </w:num>
  <w:num w:numId="25">
    <w:abstractNumId w:val="19"/>
  </w:num>
  <w:num w:numId="26">
    <w:abstractNumId w:val="13"/>
  </w:num>
  <w:num w:numId="27">
    <w:abstractNumId w:val="15"/>
  </w:num>
  <w:num w:numId="28">
    <w:abstractNumId w:val="7"/>
  </w:num>
  <w:num w:numId="29">
    <w:abstractNumId w:val="7"/>
  </w:num>
  <w:num w:numId="30">
    <w:abstractNumId w:val="9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DE1"/>
    <w:rsid w:val="00057269"/>
    <w:rsid w:val="000602B4"/>
    <w:rsid w:val="0006063C"/>
    <w:rsid w:val="000674D6"/>
    <w:rsid w:val="00071922"/>
    <w:rsid w:val="0009583E"/>
    <w:rsid w:val="000B6169"/>
    <w:rsid w:val="000F70DF"/>
    <w:rsid w:val="00124A92"/>
    <w:rsid w:val="001462D1"/>
    <w:rsid w:val="0015015C"/>
    <w:rsid w:val="0015074B"/>
    <w:rsid w:val="00196786"/>
    <w:rsid w:val="001A1895"/>
    <w:rsid w:val="001A67EE"/>
    <w:rsid w:val="001E340F"/>
    <w:rsid w:val="001E3C78"/>
    <w:rsid w:val="001E6773"/>
    <w:rsid w:val="001F04B4"/>
    <w:rsid w:val="002069BC"/>
    <w:rsid w:val="00252EDF"/>
    <w:rsid w:val="002539B4"/>
    <w:rsid w:val="00284964"/>
    <w:rsid w:val="00286A8B"/>
    <w:rsid w:val="00295742"/>
    <w:rsid w:val="0029639D"/>
    <w:rsid w:val="002C1EA2"/>
    <w:rsid w:val="002E6267"/>
    <w:rsid w:val="00303A3F"/>
    <w:rsid w:val="003126E4"/>
    <w:rsid w:val="00326F90"/>
    <w:rsid w:val="003536D6"/>
    <w:rsid w:val="00360FA5"/>
    <w:rsid w:val="003778AE"/>
    <w:rsid w:val="00386FF7"/>
    <w:rsid w:val="003A355D"/>
    <w:rsid w:val="003C1B56"/>
    <w:rsid w:val="0041663A"/>
    <w:rsid w:val="004230A1"/>
    <w:rsid w:val="00424989"/>
    <w:rsid w:val="00426CD7"/>
    <w:rsid w:val="00441E52"/>
    <w:rsid w:val="004958D8"/>
    <w:rsid w:val="004A3C43"/>
    <w:rsid w:val="004E4561"/>
    <w:rsid w:val="004E66C9"/>
    <w:rsid w:val="004E6C68"/>
    <w:rsid w:val="005374C3"/>
    <w:rsid w:val="00587222"/>
    <w:rsid w:val="005A101F"/>
    <w:rsid w:val="005E4ECA"/>
    <w:rsid w:val="005F3214"/>
    <w:rsid w:val="00607D9F"/>
    <w:rsid w:val="0064032F"/>
    <w:rsid w:val="00650E27"/>
    <w:rsid w:val="00656089"/>
    <w:rsid w:val="00666803"/>
    <w:rsid w:val="006678B2"/>
    <w:rsid w:val="00676BE8"/>
    <w:rsid w:val="006E79D5"/>
    <w:rsid w:val="006F2433"/>
    <w:rsid w:val="00744FB7"/>
    <w:rsid w:val="0077401F"/>
    <w:rsid w:val="00794FDB"/>
    <w:rsid w:val="007B6F25"/>
    <w:rsid w:val="007E646C"/>
    <w:rsid w:val="0082771D"/>
    <w:rsid w:val="008517B4"/>
    <w:rsid w:val="0085418D"/>
    <w:rsid w:val="00885D41"/>
    <w:rsid w:val="008C027A"/>
    <w:rsid w:val="008E3940"/>
    <w:rsid w:val="00903015"/>
    <w:rsid w:val="00941333"/>
    <w:rsid w:val="00943E8C"/>
    <w:rsid w:val="00982978"/>
    <w:rsid w:val="009D4012"/>
    <w:rsid w:val="009F25AF"/>
    <w:rsid w:val="009F5C70"/>
    <w:rsid w:val="00A600DB"/>
    <w:rsid w:val="00A64FC1"/>
    <w:rsid w:val="00AA1D8D"/>
    <w:rsid w:val="00AA5C4A"/>
    <w:rsid w:val="00AB575B"/>
    <w:rsid w:val="00AB5E80"/>
    <w:rsid w:val="00AB7458"/>
    <w:rsid w:val="00AC4A29"/>
    <w:rsid w:val="00AD59E3"/>
    <w:rsid w:val="00B33750"/>
    <w:rsid w:val="00B46513"/>
    <w:rsid w:val="00B47730"/>
    <w:rsid w:val="00B653D0"/>
    <w:rsid w:val="00B95453"/>
    <w:rsid w:val="00BA4D27"/>
    <w:rsid w:val="00BB3EDA"/>
    <w:rsid w:val="00BB4A2E"/>
    <w:rsid w:val="00BC543C"/>
    <w:rsid w:val="00BD30CC"/>
    <w:rsid w:val="00C068CC"/>
    <w:rsid w:val="00C55B5E"/>
    <w:rsid w:val="00C873B0"/>
    <w:rsid w:val="00CA271C"/>
    <w:rsid w:val="00CA369E"/>
    <w:rsid w:val="00CA738D"/>
    <w:rsid w:val="00CB0664"/>
    <w:rsid w:val="00CB2701"/>
    <w:rsid w:val="00CB4EF5"/>
    <w:rsid w:val="00CD4C60"/>
    <w:rsid w:val="00CE2E4F"/>
    <w:rsid w:val="00D0225B"/>
    <w:rsid w:val="00D06DD0"/>
    <w:rsid w:val="00D16CDA"/>
    <w:rsid w:val="00D2366F"/>
    <w:rsid w:val="00D449A9"/>
    <w:rsid w:val="00D7155F"/>
    <w:rsid w:val="00D73D8B"/>
    <w:rsid w:val="00DC29B6"/>
    <w:rsid w:val="00DF35A5"/>
    <w:rsid w:val="00E16F78"/>
    <w:rsid w:val="00E271B0"/>
    <w:rsid w:val="00E42224"/>
    <w:rsid w:val="00E52A84"/>
    <w:rsid w:val="00E63B31"/>
    <w:rsid w:val="00E700D4"/>
    <w:rsid w:val="00E775C1"/>
    <w:rsid w:val="00E80C32"/>
    <w:rsid w:val="00E85B40"/>
    <w:rsid w:val="00E97FFC"/>
    <w:rsid w:val="00EA084D"/>
    <w:rsid w:val="00EA55D0"/>
    <w:rsid w:val="00EB239A"/>
    <w:rsid w:val="00EB4465"/>
    <w:rsid w:val="00EC1D64"/>
    <w:rsid w:val="00F03A28"/>
    <w:rsid w:val="00F07497"/>
    <w:rsid w:val="00F1042B"/>
    <w:rsid w:val="00F11B49"/>
    <w:rsid w:val="00F823D4"/>
    <w:rsid w:val="00FB6959"/>
    <w:rsid w:val="00FC693F"/>
    <w:rsid w:val="00FE16B7"/>
    <w:rsid w:val="00FF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FD7040"/>
  <w14:defaultImageDpi w14:val="300"/>
  <w15:docId w15:val="{F06FEAA7-3445-43A5-89AE-73BE99BF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778AE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annotation reference"/>
    <w:basedOn w:val="a2"/>
    <w:uiPriority w:val="99"/>
    <w:semiHidden/>
    <w:unhideWhenUsed/>
    <w:rsid w:val="000674D6"/>
    <w:rPr>
      <w:sz w:val="16"/>
      <w:szCs w:val="16"/>
    </w:rPr>
  </w:style>
  <w:style w:type="paragraph" w:styleId="affb">
    <w:name w:val="annotation text"/>
    <w:basedOn w:val="a1"/>
    <w:link w:val="affc"/>
    <w:uiPriority w:val="99"/>
    <w:semiHidden/>
    <w:unhideWhenUsed/>
    <w:rsid w:val="000674D6"/>
    <w:pPr>
      <w:spacing w:line="240" w:lineRule="auto"/>
    </w:pPr>
    <w:rPr>
      <w:sz w:val="20"/>
      <w:szCs w:val="20"/>
    </w:rPr>
  </w:style>
  <w:style w:type="character" w:customStyle="1" w:styleId="affc">
    <w:name w:val="טקסט הערה תו"/>
    <w:basedOn w:val="a2"/>
    <w:link w:val="affb"/>
    <w:uiPriority w:val="99"/>
    <w:semiHidden/>
    <w:rsid w:val="000674D6"/>
    <w:rPr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674D6"/>
    <w:rPr>
      <w:b/>
      <w:bCs/>
    </w:rPr>
  </w:style>
  <w:style w:type="character" w:customStyle="1" w:styleId="affe">
    <w:name w:val="נושא הערה תו"/>
    <w:basedOn w:val="affc"/>
    <w:link w:val="affd"/>
    <w:uiPriority w:val="99"/>
    <w:semiHidden/>
    <w:rsid w:val="000674D6"/>
    <w:rPr>
      <w:b/>
      <w:bCs/>
      <w:sz w:val="20"/>
      <w:szCs w:val="20"/>
    </w:rPr>
  </w:style>
  <w:style w:type="paragraph" w:styleId="afff">
    <w:name w:val="Balloon Text"/>
    <w:basedOn w:val="a1"/>
    <w:link w:val="afff0"/>
    <w:uiPriority w:val="99"/>
    <w:semiHidden/>
    <w:unhideWhenUsed/>
    <w:rsid w:val="000674D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ff0">
    <w:name w:val="טקסט בלונים תו"/>
    <w:basedOn w:val="a2"/>
    <w:link w:val="afff"/>
    <w:uiPriority w:val="99"/>
    <w:semiHidden/>
    <w:rsid w:val="000674D6"/>
    <w:rPr>
      <w:rFonts w:ascii="Tahoma" w:hAnsi="Tahoma" w:cs="Tahoma"/>
      <w:sz w:val="18"/>
      <w:szCs w:val="18"/>
    </w:rPr>
  </w:style>
  <w:style w:type="paragraph" w:customStyle="1" w:styleId="pdq2pgselectionanchorcontainer">
    <w:name w:val="pdq2pg_selectionanchorcontainer"/>
    <w:basedOn w:val="a1"/>
    <w:rsid w:val="0014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8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761</Words>
  <Characters>3806</Characters>
  <Application>Microsoft Office Word</Application>
  <DocSecurity>0</DocSecurity>
  <Lines>31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Michal Cohen</cp:lastModifiedBy>
  <cp:revision>104</cp:revision>
  <dcterms:created xsi:type="dcterms:W3CDTF">2026-07-25T12:17:00Z</dcterms:created>
  <dcterms:modified xsi:type="dcterms:W3CDTF">2026-07-26T18:41:00Z</dcterms:modified>
  <cp:category/>
</cp:coreProperties>
</file>