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D9112" w14:textId="2AE05938" w:rsidR="002846E9" w:rsidRPr="002B00E3" w:rsidRDefault="008A72D4">
      <w:pPr>
        <w:pStyle w:val="berschrift1"/>
        <w:rPr>
          <w:rFonts w:ascii="Arial" w:hAnsi="Arial" w:cs="Arial"/>
          <w:color w:val="auto"/>
          <w:sz w:val="22"/>
          <w:szCs w:val="22"/>
          <w:lang w:val="en-GB"/>
        </w:rPr>
      </w:pPr>
      <w:bookmarkStart w:id="0" w:name="_Toc221782213"/>
      <w:r w:rsidRPr="002B00E3">
        <w:rPr>
          <w:rFonts w:ascii="Arial" w:hAnsi="Arial" w:cs="Arial"/>
          <w:color w:val="auto"/>
          <w:sz w:val="22"/>
          <w:szCs w:val="22"/>
          <w:lang w:val="en-GB"/>
        </w:rPr>
        <w:t>Supplement</w:t>
      </w:r>
      <w:r w:rsidR="00B52794" w:rsidRPr="002B00E3">
        <w:rPr>
          <w:rFonts w:ascii="Arial" w:hAnsi="Arial" w:cs="Arial"/>
          <w:color w:val="auto"/>
          <w:sz w:val="22"/>
          <w:szCs w:val="22"/>
          <w:lang w:val="en-GB"/>
        </w:rPr>
        <w:t xml:space="preserve"> Information</w:t>
      </w:r>
      <w:r w:rsidR="00DF564A" w:rsidRPr="002B00E3">
        <w:rPr>
          <w:rFonts w:ascii="Arial" w:hAnsi="Arial" w:cs="Arial"/>
          <w:color w:val="auto"/>
          <w:sz w:val="22"/>
          <w:szCs w:val="22"/>
          <w:lang w:val="en-GB"/>
        </w:rPr>
        <w:t xml:space="preserve"> – File 2</w:t>
      </w:r>
      <w:bookmarkEnd w:id="0"/>
    </w:p>
    <w:sdt>
      <w:sdtPr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en-GB"/>
        </w:rPr>
        <w:id w:val="1350138065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</w:rPr>
      </w:sdtEndPr>
      <w:sdtContent>
        <w:p w14:paraId="3CA32107" w14:textId="77777777" w:rsidR="0025254C" w:rsidRPr="002B00E3" w:rsidRDefault="0025254C">
          <w:pPr>
            <w:pStyle w:val="Inhaltsverzeichnisberschrift"/>
            <w:rPr>
              <w:rFonts w:ascii="Arial" w:hAnsi="Arial" w:cs="Arial"/>
              <w:sz w:val="22"/>
              <w:szCs w:val="22"/>
              <w:lang w:val="en-GB"/>
            </w:rPr>
          </w:pPr>
        </w:p>
        <w:p w14:paraId="378ACCD7" w14:textId="45519424" w:rsidR="00096205" w:rsidRDefault="0025254C">
          <w:pPr>
            <w:pStyle w:val="Verzeichnis1"/>
            <w:tabs>
              <w:tab w:val="right" w:leader="dot" w:pos="10790"/>
            </w:tabs>
            <w:rPr>
              <w:noProof/>
            </w:rPr>
          </w:pPr>
          <w:r w:rsidRPr="002B00E3">
            <w:rPr>
              <w:rFonts w:ascii="Arial" w:hAnsi="Arial" w:cs="Arial"/>
              <w:lang w:val="en-GB"/>
            </w:rPr>
            <w:fldChar w:fldCharType="begin"/>
          </w:r>
          <w:r w:rsidRPr="002B00E3">
            <w:rPr>
              <w:rFonts w:ascii="Arial" w:hAnsi="Arial" w:cs="Arial"/>
              <w:lang w:val="en-GB"/>
            </w:rPr>
            <w:instrText xml:space="preserve"> TOC \o "1-3" \h \z \u </w:instrText>
          </w:r>
          <w:r w:rsidRPr="002B00E3">
            <w:rPr>
              <w:rFonts w:ascii="Arial" w:hAnsi="Arial" w:cs="Arial"/>
              <w:lang w:val="en-GB"/>
            </w:rPr>
            <w:fldChar w:fldCharType="separate"/>
          </w:r>
        </w:p>
        <w:p w14:paraId="62E138A8" w14:textId="4D3744B7" w:rsidR="00096205" w:rsidRDefault="009907F9" w:rsidP="00096205">
          <w:pPr>
            <w:pStyle w:val="Verzeichnis3"/>
            <w:tabs>
              <w:tab w:val="clear" w:pos="8630"/>
              <w:tab w:val="right" w:leader="dot" w:pos="10490"/>
            </w:tabs>
            <w:rPr>
              <w:rFonts w:asciiTheme="minorHAnsi" w:hAnsiTheme="minorHAnsi" w:cstheme="minorBidi"/>
              <w:lang w:val="en-US"/>
            </w:rPr>
          </w:pPr>
          <w:hyperlink w:anchor="_Toc221782214" w:history="1">
            <w:r w:rsidR="00096205" w:rsidRPr="000B504D">
              <w:rPr>
                <w:rStyle w:val="Hyperlink"/>
              </w:rPr>
              <w:t>Table S1 Complete characteristics of study population by sociodemographic group</w:t>
            </w:r>
            <w:r w:rsidR="00096205">
              <w:rPr>
                <w:webHidden/>
              </w:rPr>
              <w:tab/>
            </w:r>
            <w:r w:rsidR="00096205">
              <w:rPr>
                <w:webHidden/>
              </w:rPr>
              <w:fldChar w:fldCharType="begin"/>
            </w:r>
            <w:r w:rsidR="00096205">
              <w:rPr>
                <w:webHidden/>
              </w:rPr>
              <w:instrText xml:space="preserve"> PAGEREF _Toc221782214 \h </w:instrText>
            </w:r>
            <w:r w:rsidR="00096205">
              <w:rPr>
                <w:webHidden/>
              </w:rPr>
            </w:r>
            <w:r w:rsidR="00096205">
              <w:rPr>
                <w:webHidden/>
              </w:rPr>
              <w:fldChar w:fldCharType="separate"/>
            </w:r>
            <w:r w:rsidR="00096205">
              <w:rPr>
                <w:webHidden/>
              </w:rPr>
              <w:t>2</w:t>
            </w:r>
            <w:r w:rsidR="00096205">
              <w:rPr>
                <w:webHidden/>
              </w:rPr>
              <w:fldChar w:fldCharType="end"/>
            </w:r>
          </w:hyperlink>
        </w:p>
        <w:p w14:paraId="75477C17" w14:textId="2433C6CD" w:rsidR="00096205" w:rsidRDefault="009907F9" w:rsidP="00096205">
          <w:pPr>
            <w:pStyle w:val="Verzeichnis3"/>
            <w:tabs>
              <w:tab w:val="clear" w:pos="8630"/>
              <w:tab w:val="right" w:leader="dot" w:pos="10490"/>
            </w:tabs>
            <w:rPr>
              <w:rFonts w:asciiTheme="minorHAnsi" w:hAnsiTheme="minorHAnsi" w:cstheme="minorBidi"/>
              <w:lang w:val="en-US"/>
            </w:rPr>
          </w:pPr>
          <w:hyperlink w:anchor="_Toc221782215" w:history="1">
            <w:r w:rsidR="00096205" w:rsidRPr="000B504D">
              <w:rPr>
                <w:rStyle w:val="Hyperlink"/>
              </w:rPr>
              <w:t>Table S2 Knowledge of diagnostic items of oral cancer by region</w:t>
            </w:r>
            <w:r w:rsidR="00096205">
              <w:rPr>
                <w:webHidden/>
              </w:rPr>
              <w:tab/>
            </w:r>
            <w:r w:rsidR="00096205">
              <w:rPr>
                <w:webHidden/>
              </w:rPr>
              <w:fldChar w:fldCharType="begin"/>
            </w:r>
            <w:r w:rsidR="00096205">
              <w:rPr>
                <w:webHidden/>
              </w:rPr>
              <w:instrText xml:space="preserve"> PAGEREF _Toc221782215 \h </w:instrText>
            </w:r>
            <w:r w:rsidR="00096205">
              <w:rPr>
                <w:webHidden/>
              </w:rPr>
            </w:r>
            <w:r w:rsidR="00096205">
              <w:rPr>
                <w:webHidden/>
              </w:rPr>
              <w:fldChar w:fldCharType="separate"/>
            </w:r>
            <w:r w:rsidR="00096205">
              <w:rPr>
                <w:webHidden/>
              </w:rPr>
              <w:t>7</w:t>
            </w:r>
            <w:r w:rsidR="00096205">
              <w:rPr>
                <w:webHidden/>
              </w:rPr>
              <w:fldChar w:fldCharType="end"/>
            </w:r>
          </w:hyperlink>
        </w:p>
        <w:p w14:paraId="5270703F" w14:textId="4D500748" w:rsidR="00096205" w:rsidRDefault="009907F9" w:rsidP="00096205">
          <w:pPr>
            <w:pStyle w:val="Verzeichnis3"/>
            <w:tabs>
              <w:tab w:val="clear" w:pos="8630"/>
              <w:tab w:val="right" w:leader="dot" w:pos="10490"/>
            </w:tabs>
            <w:rPr>
              <w:rFonts w:asciiTheme="minorHAnsi" w:hAnsiTheme="minorHAnsi" w:cstheme="minorBidi"/>
              <w:lang w:val="en-US"/>
            </w:rPr>
          </w:pPr>
          <w:hyperlink w:anchor="_Toc221782216" w:history="1">
            <w:r w:rsidR="00096205" w:rsidRPr="000B504D">
              <w:rPr>
                <w:rStyle w:val="Hyperlink"/>
              </w:rPr>
              <w:t>Table S3 Results for post hoc tests on knowledge of diagnostic items of oral cancer by sociodemographic group</w:t>
            </w:r>
            <w:r w:rsidR="00096205">
              <w:rPr>
                <w:webHidden/>
              </w:rPr>
              <w:tab/>
            </w:r>
            <w:r w:rsidR="00096205">
              <w:rPr>
                <w:webHidden/>
              </w:rPr>
              <w:fldChar w:fldCharType="begin"/>
            </w:r>
            <w:r w:rsidR="00096205">
              <w:rPr>
                <w:webHidden/>
              </w:rPr>
              <w:instrText xml:space="preserve"> PAGEREF _Toc221782216 \h </w:instrText>
            </w:r>
            <w:r w:rsidR="00096205">
              <w:rPr>
                <w:webHidden/>
              </w:rPr>
            </w:r>
            <w:r w:rsidR="00096205">
              <w:rPr>
                <w:webHidden/>
              </w:rPr>
              <w:fldChar w:fldCharType="separate"/>
            </w:r>
            <w:r w:rsidR="00096205">
              <w:rPr>
                <w:webHidden/>
              </w:rPr>
              <w:t>8</w:t>
            </w:r>
            <w:r w:rsidR="00096205">
              <w:rPr>
                <w:webHidden/>
              </w:rPr>
              <w:fldChar w:fldCharType="end"/>
            </w:r>
          </w:hyperlink>
        </w:p>
        <w:p w14:paraId="3E8EFE53" w14:textId="4D168E6D" w:rsidR="00096205" w:rsidRDefault="009907F9" w:rsidP="00096205">
          <w:pPr>
            <w:pStyle w:val="Verzeichnis3"/>
            <w:tabs>
              <w:tab w:val="clear" w:pos="8630"/>
              <w:tab w:val="right" w:leader="dot" w:pos="10490"/>
            </w:tabs>
            <w:rPr>
              <w:rFonts w:asciiTheme="minorHAnsi" w:hAnsiTheme="minorHAnsi" w:cstheme="minorBidi"/>
              <w:lang w:val="en-US"/>
            </w:rPr>
          </w:pPr>
          <w:hyperlink w:anchor="_Toc221782217" w:history="1">
            <w:r w:rsidR="00096205" w:rsidRPr="000B504D">
              <w:rPr>
                <w:rStyle w:val="Hyperlink"/>
              </w:rPr>
              <w:t>Table S4 Knowledge of oral cancer risk factors by region</w:t>
            </w:r>
            <w:r w:rsidR="00096205">
              <w:rPr>
                <w:webHidden/>
              </w:rPr>
              <w:tab/>
            </w:r>
            <w:r w:rsidR="00096205">
              <w:rPr>
                <w:webHidden/>
              </w:rPr>
              <w:fldChar w:fldCharType="begin"/>
            </w:r>
            <w:r w:rsidR="00096205">
              <w:rPr>
                <w:webHidden/>
              </w:rPr>
              <w:instrText xml:space="preserve"> PAGEREF _Toc221782217 \h </w:instrText>
            </w:r>
            <w:r w:rsidR="00096205">
              <w:rPr>
                <w:webHidden/>
              </w:rPr>
            </w:r>
            <w:r w:rsidR="00096205">
              <w:rPr>
                <w:webHidden/>
              </w:rPr>
              <w:fldChar w:fldCharType="separate"/>
            </w:r>
            <w:r w:rsidR="00096205">
              <w:rPr>
                <w:webHidden/>
              </w:rPr>
              <w:t>11</w:t>
            </w:r>
            <w:r w:rsidR="00096205">
              <w:rPr>
                <w:webHidden/>
              </w:rPr>
              <w:fldChar w:fldCharType="end"/>
            </w:r>
          </w:hyperlink>
        </w:p>
        <w:p w14:paraId="0EBF7D0A" w14:textId="2A587A9A" w:rsidR="00096205" w:rsidRDefault="009907F9" w:rsidP="00096205">
          <w:pPr>
            <w:pStyle w:val="Verzeichnis3"/>
            <w:tabs>
              <w:tab w:val="clear" w:pos="8630"/>
              <w:tab w:val="right" w:leader="dot" w:pos="10490"/>
            </w:tabs>
            <w:rPr>
              <w:rFonts w:asciiTheme="minorHAnsi" w:hAnsiTheme="minorHAnsi" w:cstheme="minorBidi"/>
              <w:lang w:val="en-US"/>
            </w:rPr>
          </w:pPr>
          <w:hyperlink w:anchor="_Toc221782218" w:history="1">
            <w:r w:rsidR="00096205" w:rsidRPr="000B504D">
              <w:rPr>
                <w:rStyle w:val="Hyperlink"/>
              </w:rPr>
              <w:t>Table S5 Results for post hoc tests on knowledge of oral cancer risk factors by</w:t>
            </w:r>
            <w:r w:rsidR="00096205">
              <w:rPr>
                <w:webHidden/>
              </w:rPr>
              <w:tab/>
            </w:r>
            <w:r w:rsidR="00096205">
              <w:rPr>
                <w:webHidden/>
              </w:rPr>
              <w:fldChar w:fldCharType="begin"/>
            </w:r>
            <w:r w:rsidR="00096205">
              <w:rPr>
                <w:webHidden/>
              </w:rPr>
              <w:instrText xml:space="preserve"> PAGEREF _Toc221782218 \h </w:instrText>
            </w:r>
            <w:r w:rsidR="00096205">
              <w:rPr>
                <w:webHidden/>
              </w:rPr>
            </w:r>
            <w:r w:rsidR="00096205">
              <w:rPr>
                <w:webHidden/>
              </w:rPr>
              <w:fldChar w:fldCharType="separate"/>
            </w:r>
            <w:r w:rsidR="00096205">
              <w:rPr>
                <w:webHidden/>
              </w:rPr>
              <w:t>12</w:t>
            </w:r>
            <w:r w:rsidR="00096205">
              <w:rPr>
                <w:webHidden/>
              </w:rPr>
              <w:fldChar w:fldCharType="end"/>
            </w:r>
          </w:hyperlink>
        </w:p>
        <w:p w14:paraId="632C95AA" w14:textId="0A7AAD7E" w:rsidR="00096205" w:rsidRDefault="009907F9" w:rsidP="00096205">
          <w:pPr>
            <w:pStyle w:val="Verzeichnis3"/>
            <w:tabs>
              <w:tab w:val="clear" w:pos="8630"/>
              <w:tab w:val="right" w:leader="dot" w:pos="10490"/>
            </w:tabs>
            <w:rPr>
              <w:rFonts w:asciiTheme="minorHAnsi" w:hAnsiTheme="minorHAnsi" w:cstheme="minorBidi"/>
              <w:lang w:val="en-US"/>
            </w:rPr>
          </w:pPr>
          <w:hyperlink w:anchor="_Toc221782219" w:history="1">
            <w:r w:rsidR="00096205" w:rsidRPr="000B504D">
              <w:rPr>
                <w:rStyle w:val="Hyperlink"/>
              </w:rPr>
              <w:t>sociodemographic group</w:t>
            </w:r>
            <w:r w:rsidR="00096205">
              <w:rPr>
                <w:webHidden/>
              </w:rPr>
              <w:tab/>
            </w:r>
            <w:r w:rsidR="00096205">
              <w:rPr>
                <w:webHidden/>
              </w:rPr>
              <w:fldChar w:fldCharType="begin"/>
            </w:r>
            <w:r w:rsidR="00096205">
              <w:rPr>
                <w:webHidden/>
              </w:rPr>
              <w:instrText xml:space="preserve"> PAGEREF _Toc221782219 \h </w:instrText>
            </w:r>
            <w:r w:rsidR="00096205">
              <w:rPr>
                <w:webHidden/>
              </w:rPr>
            </w:r>
            <w:r w:rsidR="00096205">
              <w:rPr>
                <w:webHidden/>
              </w:rPr>
              <w:fldChar w:fldCharType="separate"/>
            </w:r>
            <w:r w:rsidR="00096205">
              <w:rPr>
                <w:webHidden/>
              </w:rPr>
              <w:t>12</w:t>
            </w:r>
            <w:r w:rsidR="00096205">
              <w:rPr>
                <w:webHidden/>
              </w:rPr>
              <w:fldChar w:fldCharType="end"/>
            </w:r>
          </w:hyperlink>
        </w:p>
        <w:p w14:paraId="40767AF7" w14:textId="4E3C59E3" w:rsidR="00096205" w:rsidRDefault="009907F9" w:rsidP="00096205">
          <w:pPr>
            <w:pStyle w:val="Verzeichnis3"/>
            <w:tabs>
              <w:tab w:val="clear" w:pos="8630"/>
              <w:tab w:val="right" w:leader="dot" w:pos="10490"/>
            </w:tabs>
            <w:rPr>
              <w:rFonts w:asciiTheme="minorHAnsi" w:hAnsiTheme="minorHAnsi" w:cstheme="minorBidi"/>
              <w:lang w:val="en-US"/>
            </w:rPr>
          </w:pPr>
          <w:hyperlink w:anchor="_Toc221782220" w:history="1">
            <w:r w:rsidR="00096205" w:rsidRPr="000B504D">
              <w:rPr>
                <w:rStyle w:val="Hyperlink"/>
              </w:rPr>
              <w:t>References</w:t>
            </w:r>
            <w:r w:rsidR="00096205">
              <w:rPr>
                <w:webHidden/>
              </w:rPr>
              <w:tab/>
            </w:r>
            <w:r w:rsidR="00096205">
              <w:rPr>
                <w:webHidden/>
              </w:rPr>
              <w:fldChar w:fldCharType="begin"/>
            </w:r>
            <w:r w:rsidR="00096205">
              <w:rPr>
                <w:webHidden/>
              </w:rPr>
              <w:instrText xml:space="preserve"> PAGEREF _Toc221782220 \h </w:instrText>
            </w:r>
            <w:r w:rsidR="00096205">
              <w:rPr>
                <w:webHidden/>
              </w:rPr>
            </w:r>
            <w:r w:rsidR="00096205">
              <w:rPr>
                <w:webHidden/>
              </w:rPr>
              <w:fldChar w:fldCharType="separate"/>
            </w:r>
            <w:r w:rsidR="00096205">
              <w:rPr>
                <w:webHidden/>
              </w:rPr>
              <w:t>14</w:t>
            </w:r>
            <w:r w:rsidR="00096205">
              <w:rPr>
                <w:webHidden/>
              </w:rPr>
              <w:fldChar w:fldCharType="end"/>
            </w:r>
          </w:hyperlink>
        </w:p>
        <w:p w14:paraId="15B65F37" w14:textId="2F99BA3F" w:rsidR="0025254C" w:rsidRPr="00192650" w:rsidRDefault="0025254C">
          <w:pPr>
            <w:rPr>
              <w:lang w:val="en-GB"/>
            </w:rPr>
          </w:pPr>
          <w:r w:rsidRPr="002B00E3">
            <w:rPr>
              <w:rFonts w:ascii="Arial" w:hAnsi="Arial" w:cs="Arial"/>
              <w:b/>
              <w:bCs/>
              <w:lang w:val="en-GB"/>
            </w:rPr>
            <w:fldChar w:fldCharType="end"/>
          </w:r>
        </w:p>
      </w:sdtContent>
    </w:sdt>
    <w:p w14:paraId="106F8086" w14:textId="77777777" w:rsidR="0025254C" w:rsidRPr="00192650" w:rsidRDefault="0025254C" w:rsidP="0025254C">
      <w:pPr>
        <w:rPr>
          <w:lang w:val="en-GB"/>
        </w:rPr>
      </w:pPr>
    </w:p>
    <w:p w14:paraId="20A2495B" w14:textId="77777777" w:rsidR="0025254C" w:rsidRPr="00192650" w:rsidRDefault="0025254C" w:rsidP="0025254C">
      <w:pPr>
        <w:rPr>
          <w:lang w:val="en-GB"/>
        </w:rPr>
      </w:pPr>
    </w:p>
    <w:p w14:paraId="0CE4F623" w14:textId="77777777" w:rsidR="0025254C" w:rsidRPr="00192650" w:rsidRDefault="0025254C" w:rsidP="0025254C">
      <w:pPr>
        <w:rPr>
          <w:lang w:val="en-GB"/>
        </w:rPr>
        <w:sectPr w:rsidR="0025254C" w:rsidRPr="00192650" w:rsidSect="002B00E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6C35A88" w14:textId="13A05106" w:rsidR="008A72D4" w:rsidRPr="002B00E3" w:rsidRDefault="008A72D4" w:rsidP="008A72D4">
      <w:pPr>
        <w:pStyle w:val="berschrift3"/>
        <w:rPr>
          <w:rFonts w:ascii="Arial" w:hAnsi="Arial" w:cs="Arial"/>
          <w:color w:val="auto"/>
          <w:sz w:val="18"/>
          <w:szCs w:val="18"/>
          <w:lang w:val="en-GB"/>
        </w:rPr>
      </w:pPr>
      <w:bookmarkStart w:id="1" w:name="_Toc221782214"/>
      <w:r w:rsidRPr="002B00E3">
        <w:rPr>
          <w:rFonts w:ascii="Arial" w:hAnsi="Arial" w:cs="Arial"/>
          <w:color w:val="auto"/>
          <w:sz w:val="18"/>
          <w:szCs w:val="18"/>
          <w:lang w:val="en-GB"/>
        </w:rPr>
        <w:lastRenderedPageBreak/>
        <w:t>T</w:t>
      </w:r>
      <w:bookmarkStart w:id="2" w:name="_Hlk194651758"/>
      <w:r w:rsidRPr="002B00E3">
        <w:rPr>
          <w:rFonts w:ascii="Arial" w:hAnsi="Arial" w:cs="Arial"/>
          <w:color w:val="auto"/>
          <w:sz w:val="18"/>
          <w:szCs w:val="18"/>
          <w:lang w:val="en-GB"/>
        </w:rPr>
        <w:t xml:space="preserve">able S1 </w:t>
      </w:r>
      <w:r w:rsidR="007244BD" w:rsidRPr="002B00E3">
        <w:rPr>
          <w:rFonts w:ascii="Arial" w:hAnsi="Arial" w:cs="Arial"/>
          <w:color w:val="auto"/>
          <w:sz w:val="18"/>
          <w:szCs w:val="18"/>
          <w:lang w:val="en-GB"/>
        </w:rPr>
        <w:t>C</w:t>
      </w:r>
      <w:r w:rsidR="00921C2A" w:rsidRPr="002B00E3">
        <w:rPr>
          <w:rFonts w:ascii="Arial" w:hAnsi="Arial" w:cs="Arial"/>
          <w:color w:val="auto"/>
          <w:sz w:val="18"/>
          <w:szCs w:val="18"/>
          <w:lang w:val="en-GB"/>
        </w:rPr>
        <w:t>omplete c</w:t>
      </w:r>
      <w:r w:rsidR="007244BD" w:rsidRPr="002B00E3">
        <w:rPr>
          <w:rFonts w:ascii="Arial" w:hAnsi="Arial" w:cs="Arial"/>
          <w:color w:val="auto"/>
          <w:sz w:val="18"/>
          <w:szCs w:val="18"/>
          <w:lang w:val="en-GB"/>
        </w:rPr>
        <w:t>haracteristics of study population by sociodemographic group</w:t>
      </w:r>
      <w:bookmarkEnd w:id="1"/>
    </w:p>
    <w:bookmarkEnd w:id="2"/>
    <w:p w14:paraId="4F74E7A0" w14:textId="77777777" w:rsidR="005928AA" w:rsidRPr="002B00E3" w:rsidRDefault="005928AA" w:rsidP="005928AA">
      <w:pPr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ellenraster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581"/>
        <w:gridCol w:w="724"/>
        <w:gridCol w:w="725"/>
        <w:gridCol w:w="793"/>
        <w:gridCol w:w="656"/>
        <w:gridCol w:w="725"/>
        <w:gridCol w:w="725"/>
        <w:gridCol w:w="729"/>
        <w:gridCol w:w="720"/>
        <w:gridCol w:w="725"/>
        <w:gridCol w:w="724"/>
        <w:gridCol w:w="666"/>
        <w:gridCol w:w="784"/>
        <w:gridCol w:w="724"/>
        <w:gridCol w:w="725"/>
        <w:gridCol w:w="725"/>
        <w:gridCol w:w="725"/>
      </w:tblGrid>
      <w:tr w:rsidR="005C131E" w:rsidRPr="002B00E3" w14:paraId="2FF2BB8C" w14:textId="77777777" w:rsidTr="00FD63EC">
        <w:trPr>
          <w:cantSplit/>
          <w:tblHeader/>
        </w:trPr>
        <w:tc>
          <w:tcPr>
            <w:tcW w:w="1581" w:type="dxa"/>
            <w:shd w:val="clear" w:color="auto" w:fill="F2F2F2" w:themeFill="background1" w:themeFillShade="F2"/>
          </w:tcPr>
          <w:p w14:paraId="52E6C542" w14:textId="77777777" w:rsidR="005C131E" w:rsidRPr="002B00E3" w:rsidRDefault="005C131E" w:rsidP="00C95A9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bookmarkStart w:id="3" w:name="_Hlk194651789"/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Characteristic</w:t>
            </w:r>
            <w:r w:rsidR="000E0B3F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724" w:type="dxa"/>
            <w:shd w:val="clear" w:color="auto" w:fill="F2F2F2" w:themeFill="background1" w:themeFillShade="F2"/>
          </w:tcPr>
          <w:p w14:paraId="7A2A5089" w14:textId="77777777" w:rsidR="005C131E" w:rsidRPr="002B00E3" w:rsidRDefault="005C131E" w:rsidP="00C95A9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518" w:type="dxa"/>
            <w:gridSpan w:val="2"/>
            <w:shd w:val="clear" w:color="auto" w:fill="F2F2F2" w:themeFill="background1" w:themeFillShade="F2"/>
          </w:tcPr>
          <w:p w14:paraId="446096A0" w14:textId="77777777" w:rsidR="005C131E" w:rsidRPr="002B00E3" w:rsidRDefault="005C131E" w:rsidP="00C95A9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Sex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487F3F88" w14:textId="77777777" w:rsidR="005C131E" w:rsidRPr="002B00E3" w:rsidRDefault="005C131E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Age group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54B52237" w14:textId="77777777" w:rsidR="005C131E" w:rsidRPr="002B00E3" w:rsidRDefault="005C131E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School education</w:t>
            </w:r>
          </w:p>
        </w:tc>
        <w:tc>
          <w:tcPr>
            <w:tcW w:w="3683" w:type="dxa"/>
            <w:gridSpan w:val="5"/>
            <w:shd w:val="clear" w:color="auto" w:fill="F2F2F2" w:themeFill="background1" w:themeFillShade="F2"/>
          </w:tcPr>
          <w:p w14:paraId="43EE81B4" w14:textId="2CC08858" w:rsidR="005C131E" w:rsidRPr="002B00E3" w:rsidRDefault="005C131E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 xml:space="preserve">Net </w:t>
            </w:r>
            <w:r w:rsidR="00E86AB8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 xml:space="preserve">monthly </w:t>
            </w: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 xml:space="preserve">household income </w:t>
            </w:r>
          </w:p>
        </w:tc>
      </w:tr>
      <w:tr w:rsidR="00EC14CE" w:rsidRPr="002B00E3" w14:paraId="5F180985" w14:textId="77777777" w:rsidTr="00FD63EC">
        <w:trPr>
          <w:cantSplit/>
          <w:tblHeader/>
        </w:trPr>
        <w:tc>
          <w:tcPr>
            <w:tcW w:w="1581" w:type="dxa"/>
            <w:shd w:val="clear" w:color="auto" w:fill="F2F2F2" w:themeFill="background1" w:themeFillShade="F2"/>
          </w:tcPr>
          <w:p w14:paraId="0E11A595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24" w:type="dxa"/>
            <w:shd w:val="clear" w:color="auto" w:fill="F2F2F2" w:themeFill="background1" w:themeFillShade="F2"/>
          </w:tcPr>
          <w:p w14:paraId="5609EFB0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25" w:type="dxa"/>
            <w:shd w:val="clear" w:color="auto" w:fill="F2F2F2" w:themeFill="background1" w:themeFillShade="F2"/>
          </w:tcPr>
          <w:p w14:paraId="563D135F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Male</w:t>
            </w:r>
          </w:p>
        </w:tc>
        <w:tc>
          <w:tcPr>
            <w:tcW w:w="793" w:type="dxa"/>
            <w:shd w:val="clear" w:color="auto" w:fill="F2F2F2" w:themeFill="background1" w:themeFillShade="F2"/>
          </w:tcPr>
          <w:p w14:paraId="001CF497" w14:textId="7524837A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Fe</w:t>
            </w:r>
            <w:r w:rsidR="00FD63EC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male</w:t>
            </w:r>
          </w:p>
        </w:tc>
        <w:tc>
          <w:tcPr>
            <w:tcW w:w="656" w:type="dxa"/>
            <w:shd w:val="clear" w:color="auto" w:fill="F2F2F2" w:themeFill="background1" w:themeFillShade="F2"/>
          </w:tcPr>
          <w:p w14:paraId="71DFE67F" w14:textId="08511D4A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50</w:t>
            </w:r>
            <w:r w:rsidR="00175AC8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59</w:t>
            </w:r>
          </w:p>
        </w:tc>
        <w:tc>
          <w:tcPr>
            <w:tcW w:w="725" w:type="dxa"/>
            <w:shd w:val="clear" w:color="auto" w:fill="F2F2F2" w:themeFill="background1" w:themeFillShade="F2"/>
          </w:tcPr>
          <w:p w14:paraId="359A8555" w14:textId="2ADD45A6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60</w:t>
            </w:r>
            <w:r w:rsidR="00175AC8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69</w:t>
            </w:r>
          </w:p>
        </w:tc>
        <w:tc>
          <w:tcPr>
            <w:tcW w:w="725" w:type="dxa"/>
            <w:shd w:val="clear" w:color="auto" w:fill="F2F2F2" w:themeFill="background1" w:themeFillShade="F2"/>
          </w:tcPr>
          <w:p w14:paraId="03F9E506" w14:textId="05C5B9C4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70</w:t>
            </w:r>
            <w:r w:rsidR="00175AC8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79</w:t>
            </w:r>
          </w:p>
        </w:tc>
        <w:tc>
          <w:tcPr>
            <w:tcW w:w="729" w:type="dxa"/>
            <w:shd w:val="clear" w:color="auto" w:fill="F2F2F2" w:themeFill="background1" w:themeFillShade="F2"/>
          </w:tcPr>
          <w:p w14:paraId="24D3D42C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6D7F7047" w14:textId="20FFF76A" w:rsidR="00B02FE3" w:rsidRPr="002B00E3" w:rsidRDefault="004731B6" w:rsidP="00C95A91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725" w:type="dxa"/>
            <w:shd w:val="clear" w:color="auto" w:fill="F2F2F2" w:themeFill="background1" w:themeFillShade="F2"/>
          </w:tcPr>
          <w:p w14:paraId="4D033AE5" w14:textId="10D69FDE" w:rsidR="00B02FE3" w:rsidRPr="002B00E3" w:rsidRDefault="004731B6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Mid</w:t>
            </w:r>
            <w:r w:rsidR="00AC6FDF">
              <w:rPr>
                <w:rFonts w:ascii="Arial" w:eastAsia="Arial" w:hAnsi="Arial" w:cs="Arial"/>
                <w:sz w:val="18"/>
                <w:szCs w:val="18"/>
                <w:lang w:val="en-GB"/>
              </w:rPr>
              <w:t>-</w:t>
            </w:r>
            <w:proofErr w:type="spellStart"/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dle</w:t>
            </w:r>
            <w:proofErr w:type="spellEnd"/>
          </w:p>
        </w:tc>
        <w:tc>
          <w:tcPr>
            <w:tcW w:w="724" w:type="dxa"/>
            <w:shd w:val="clear" w:color="auto" w:fill="F2F2F2" w:themeFill="background1" w:themeFillShade="F2"/>
          </w:tcPr>
          <w:p w14:paraId="0FF73AA3" w14:textId="68DAF7A6" w:rsidR="00B02FE3" w:rsidRPr="002B00E3" w:rsidRDefault="004731B6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8B26CD">
              <w:rPr>
                <w:rFonts w:ascii="Arial" w:eastAsia="Arial" w:hAnsi="Arial" w:cs="Arial"/>
                <w:sz w:val="18"/>
                <w:szCs w:val="18"/>
                <w:lang w:val="en-GB"/>
              </w:rPr>
              <w:t>Adva</w:t>
            </w:r>
            <w:r w:rsidR="00E94A98" w:rsidRPr="008B26CD">
              <w:rPr>
                <w:rFonts w:ascii="Arial" w:eastAsia="Arial" w:hAnsi="Arial" w:cs="Arial"/>
                <w:sz w:val="18"/>
                <w:szCs w:val="18"/>
                <w:lang w:val="en-GB"/>
              </w:rPr>
              <w:t>-</w:t>
            </w:r>
            <w:r w:rsidRPr="008B26CD">
              <w:rPr>
                <w:rFonts w:ascii="Arial" w:eastAsia="Arial" w:hAnsi="Arial" w:cs="Arial"/>
                <w:sz w:val="18"/>
                <w:szCs w:val="18"/>
                <w:lang w:val="en-GB"/>
              </w:rPr>
              <w:t>nced</w:t>
            </w:r>
            <w:proofErr w:type="spellEnd"/>
          </w:p>
        </w:tc>
        <w:tc>
          <w:tcPr>
            <w:tcW w:w="666" w:type="dxa"/>
            <w:shd w:val="clear" w:color="auto" w:fill="F2F2F2" w:themeFill="background1" w:themeFillShade="F2"/>
          </w:tcPr>
          <w:p w14:paraId="1A9131B8" w14:textId="5A4019AE" w:rsidR="00B02FE3" w:rsidRPr="002B00E3" w:rsidRDefault="004731B6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784" w:type="dxa"/>
            <w:shd w:val="clear" w:color="auto" w:fill="F2F2F2" w:themeFill="background1" w:themeFillShade="F2"/>
          </w:tcPr>
          <w:p w14:paraId="4F2D23A7" w14:textId="682614A1" w:rsidR="00B02FE3" w:rsidRPr="002B00E3" w:rsidRDefault="004731B6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724" w:type="dxa"/>
            <w:shd w:val="clear" w:color="auto" w:fill="F2F2F2" w:themeFill="background1" w:themeFillShade="F2"/>
          </w:tcPr>
          <w:p w14:paraId="11BDA645" w14:textId="5F8A0808" w:rsidR="00B02FE3" w:rsidRPr="002B00E3" w:rsidRDefault="00FD63EC" w:rsidP="00AC6FD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Lower</w:t>
            </w:r>
            <w:r w:rsidR="004731B6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mid</w:t>
            </w:r>
            <w:r w:rsidR="00AC6FDF">
              <w:rPr>
                <w:rFonts w:ascii="Arial" w:eastAsia="Arial" w:hAnsi="Arial" w:cs="Arial"/>
                <w:sz w:val="18"/>
                <w:szCs w:val="18"/>
                <w:lang w:val="en-GB"/>
              </w:rPr>
              <w:t>-</w:t>
            </w:r>
            <w:r w:rsidR="004731B6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dle</w:t>
            </w:r>
            <w:proofErr w:type="spellEnd"/>
          </w:p>
        </w:tc>
        <w:tc>
          <w:tcPr>
            <w:tcW w:w="725" w:type="dxa"/>
            <w:shd w:val="clear" w:color="auto" w:fill="F2F2F2" w:themeFill="background1" w:themeFillShade="F2"/>
          </w:tcPr>
          <w:p w14:paraId="33A06E6C" w14:textId="4D630F32" w:rsidR="00B02FE3" w:rsidRPr="002B00E3" w:rsidRDefault="004731B6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Mid</w:t>
            </w:r>
            <w:r w:rsidR="00FD63EC">
              <w:rPr>
                <w:rFonts w:ascii="Arial" w:eastAsia="Arial" w:hAnsi="Arial" w:cs="Arial"/>
                <w:sz w:val="18"/>
                <w:szCs w:val="18"/>
                <w:lang w:val="en-GB"/>
              </w:rPr>
              <w:t>-</w:t>
            </w:r>
            <w:proofErr w:type="spellStart"/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dle</w:t>
            </w:r>
            <w:proofErr w:type="spellEnd"/>
          </w:p>
        </w:tc>
        <w:tc>
          <w:tcPr>
            <w:tcW w:w="725" w:type="dxa"/>
            <w:shd w:val="clear" w:color="auto" w:fill="F2F2F2" w:themeFill="background1" w:themeFillShade="F2"/>
          </w:tcPr>
          <w:p w14:paraId="2CB8F868" w14:textId="61F8D30E" w:rsidR="00B02FE3" w:rsidRPr="002B00E3" w:rsidRDefault="00FD63EC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Upper</w:t>
            </w:r>
            <w:r w:rsidR="004731B6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mid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-</w:t>
            </w:r>
            <w:r w:rsidR="004731B6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dle</w:t>
            </w:r>
            <w:proofErr w:type="spellEnd"/>
          </w:p>
        </w:tc>
        <w:tc>
          <w:tcPr>
            <w:tcW w:w="725" w:type="dxa"/>
            <w:shd w:val="clear" w:color="auto" w:fill="F2F2F2" w:themeFill="background1" w:themeFillShade="F2"/>
          </w:tcPr>
          <w:p w14:paraId="4F1E7915" w14:textId="6330A476" w:rsidR="00B02FE3" w:rsidRPr="002B00E3" w:rsidRDefault="004731B6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High</w:t>
            </w:r>
          </w:p>
        </w:tc>
      </w:tr>
      <w:tr w:rsidR="00EC14CE" w:rsidRPr="002B00E3" w14:paraId="728E0CBD" w14:textId="77777777" w:rsidTr="00FD63EC">
        <w:trPr>
          <w:cantSplit/>
          <w:tblHeader/>
        </w:trPr>
        <w:tc>
          <w:tcPr>
            <w:tcW w:w="1581" w:type="dxa"/>
          </w:tcPr>
          <w:p w14:paraId="38322CED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24" w:type="dxa"/>
          </w:tcPr>
          <w:p w14:paraId="77F2525E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5" w:type="dxa"/>
          </w:tcPr>
          <w:p w14:paraId="264ECAEC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93" w:type="dxa"/>
          </w:tcPr>
          <w:p w14:paraId="37CB936E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656" w:type="dxa"/>
          </w:tcPr>
          <w:p w14:paraId="17E3B8AF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5" w:type="dxa"/>
          </w:tcPr>
          <w:p w14:paraId="1630BD43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5" w:type="dxa"/>
          </w:tcPr>
          <w:p w14:paraId="66D962D8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9" w:type="dxa"/>
          </w:tcPr>
          <w:p w14:paraId="3CB1D874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0" w:type="dxa"/>
          </w:tcPr>
          <w:p w14:paraId="0DC9A7C5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5" w:type="dxa"/>
          </w:tcPr>
          <w:p w14:paraId="0C35EAF0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4" w:type="dxa"/>
          </w:tcPr>
          <w:p w14:paraId="0B82BFC6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666" w:type="dxa"/>
          </w:tcPr>
          <w:p w14:paraId="3203C674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84" w:type="dxa"/>
          </w:tcPr>
          <w:p w14:paraId="55E11A78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4" w:type="dxa"/>
          </w:tcPr>
          <w:p w14:paraId="37C14EA0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5" w:type="dxa"/>
          </w:tcPr>
          <w:p w14:paraId="0DF23296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5" w:type="dxa"/>
          </w:tcPr>
          <w:p w14:paraId="1F8B4B88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725" w:type="dxa"/>
          </w:tcPr>
          <w:p w14:paraId="3DDD6C3C" w14:textId="77777777" w:rsidR="00B02FE3" w:rsidRPr="002B00E3" w:rsidRDefault="00B02FE3" w:rsidP="00C95A9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</w:tr>
      <w:tr w:rsidR="001C5A20" w:rsidRPr="002B00E3" w14:paraId="1B5177BE" w14:textId="77777777" w:rsidTr="00FD63EC">
        <w:trPr>
          <w:cantSplit/>
        </w:trPr>
        <w:tc>
          <w:tcPr>
            <w:tcW w:w="1581" w:type="dxa"/>
            <w:shd w:val="clear" w:color="auto" w:fill="F2F2F2" w:themeFill="background1" w:themeFillShade="F2"/>
          </w:tcPr>
          <w:p w14:paraId="4E8BB1C9" w14:textId="77777777" w:rsidR="001C5A20" w:rsidRPr="002B00E3" w:rsidRDefault="001C5A20" w:rsidP="001C5A20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Sex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shd w:val="clear" w:color="auto" w:fill="F2F2F2" w:themeFill="background1" w:themeFillShade="F2"/>
          </w:tcPr>
          <w:p w14:paraId="60304110" w14:textId="77777777" w:rsidR="001C5A20" w:rsidRPr="002B00E3" w:rsidRDefault="001C5A20" w:rsidP="001C5A2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shd w:val="clear" w:color="auto" w:fill="F2F2F2" w:themeFill="background1" w:themeFillShade="F2"/>
          </w:tcPr>
          <w:p w14:paraId="363CE2DF" w14:textId="77777777" w:rsidR="001C5A20" w:rsidRPr="002B00E3" w:rsidRDefault="001C5A20" w:rsidP="001C5A2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n/a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58D8599B" w14:textId="72E23F74" w:rsidR="001C5A20" w:rsidRPr="002B00E3" w:rsidRDefault="001C5A20" w:rsidP="001C5A2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χ²(3) = 11.77, </w:t>
            </w: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.008,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0.08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7EF26BEB" w14:textId="58A23B7C" w:rsidR="001C5A20" w:rsidRPr="002B00E3" w:rsidRDefault="001C5A20" w:rsidP="001C5A2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10.07,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.018,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0.08</w:t>
            </w:r>
          </w:p>
        </w:tc>
        <w:tc>
          <w:tcPr>
            <w:tcW w:w="3683" w:type="dxa"/>
            <w:gridSpan w:val="5"/>
            <w:shd w:val="clear" w:color="auto" w:fill="F2F2F2" w:themeFill="background1" w:themeFillShade="F2"/>
          </w:tcPr>
          <w:p w14:paraId="352303B1" w14:textId="02DA13C3" w:rsidR="001C5A20" w:rsidRPr="002B00E3" w:rsidRDefault="001C5A20" w:rsidP="001C5A2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χ²(4) = 40.69,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0.16</w:t>
            </w:r>
          </w:p>
        </w:tc>
      </w:tr>
      <w:tr w:rsidR="005928AA" w:rsidRPr="002B00E3" w14:paraId="39DFA2B6" w14:textId="77777777" w:rsidTr="00FD63EC">
        <w:trPr>
          <w:cantSplit/>
        </w:trPr>
        <w:tc>
          <w:tcPr>
            <w:tcW w:w="1581" w:type="dxa"/>
            <w:tcBorders>
              <w:bottom w:val="nil"/>
            </w:tcBorders>
          </w:tcPr>
          <w:p w14:paraId="1F6B70B8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Male</w:t>
            </w:r>
          </w:p>
        </w:tc>
        <w:tc>
          <w:tcPr>
            <w:tcW w:w="724" w:type="dxa"/>
            <w:tcBorders>
              <w:bottom w:val="nil"/>
            </w:tcBorders>
          </w:tcPr>
          <w:p w14:paraId="77CFFB4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845 (46.9)</w:t>
            </w:r>
          </w:p>
        </w:tc>
        <w:tc>
          <w:tcPr>
            <w:tcW w:w="725" w:type="dxa"/>
            <w:tcBorders>
              <w:bottom w:val="nil"/>
            </w:tcBorders>
          </w:tcPr>
          <w:p w14:paraId="00E730E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845 (100.0)</w:t>
            </w:r>
          </w:p>
        </w:tc>
        <w:tc>
          <w:tcPr>
            <w:tcW w:w="793" w:type="dxa"/>
            <w:tcBorders>
              <w:bottom w:val="nil"/>
            </w:tcBorders>
          </w:tcPr>
          <w:p w14:paraId="404CCA0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656" w:type="dxa"/>
            <w:tcBorders>
              <w:bottom w:val="nil"/>
            </w:tcBorders>
          </w:tcPr>
          <w:p w14:paraId="5CEFC89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306 (50.0)</w:t>
            </w:r>
          </w:p>
        </w:tc>
        <w:tc>
          <w:tcPr>
            <w:tcW w:w="725" w:type="dxa"/>
            <w:tcBorders>
              <w:bottom w:val="nil"/>
            </w:tcBorders>
          </w:tcPr>
          <w:p w14:paraId="75EEF77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262 (48.6)</w:t>
            </w:r>
          </w:p>
        </w:tc>
        <w:tc>
          <w:tcPr>
            <w:tcW w:w="725" w:type="dxa"/>
            <w:tcBorders>
              <w:bottom w:val="nil"/>
            </w:tcBorders>
          </w:tcPr>
          <w:p w14:paraId="6B9842F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147 (45.6)</w:t>
            </w:r>
          </w:p>
        </w:tc>
        <w:tc>
          <w:tcPr>
            <w:tcW w:w="729" w:type="dxa"/>
            <w:tcBorders>
              <w:bottom w:val="nil"/>
            </w:tcBorders>
          </w:tcPr>
          <w:p w14:paraId="4B4D89C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124 (38.8)</w:t>
            </w:r>
          </w:p>
        </w:tc>
        <w:tc>
          <w:tcPr>
            <w:tcW w:w="720" w:type="dxa"/>
            <w:tcBorders>
              <w:bottom w:val="nil"/>
            </w:tcBorders>
          </w:tcPr>
          <w:p w14:paraId="78AC140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144 (45.3)</w:t>
            </w:r>
          </w:p>
        </w:tc>
        <w:tc>
          <w:tcPr>
            <w:tcW w:w="725" w:type="dxa"/>
            <w:tcBorders>
              <w:bottom w:val="nil"/>
            </w:tcBorders>
          </w:tcPr>
          <w:p w14:paraId="7C891DD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228 (43.6)</w:t>
            </w:r>
          </w:p>
        </w:tc>
        <w:tc>
          <w:tcPr>
            <w:tcW w:w="724" w:type="dxa"/>
            <w:tcBorders>
              <w:bottom w:val="nil"/>
            </w:tcBorders>
          </w:tcPr>
          <w:p w14:paraId="334BB8D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159 (43.7)</w:t>
            </w:r>
          </w:p>
        </w:tc>
        <w:tc>
          <w:tcPr>
            <w:tcW w:w="666" w:type="dxa"/>
            <w:tcBorders>
              <w:bottom w:val="nil"/>
            </w:tcBorders>
          </w:tcPr>
          <w:p w14:paraId="7B001A2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293 (52.0)</w:t>
            </w:r>
          </w:p>
        </w:tc>
        <w:tc>
          <w:tcPr>
            <w:tcW w:w="784" w:type="dxa"/>
            <w:tcBorders>
              <w:bottom w:val="nil"/>
            </w:tcBorders>
          </w:tcPr>
          <w:p w14:paraId="4DF82D8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74 (36.8)</w:t>
            </w:r>
          </w:p>
        </w:tc>
        <w:tc>
          <w:tcPr>
            <w:tcW w:w="724" w:type="dxa"/>
            <w:tcBorders>
              <w:bottom w:val="nil"/>
            </w:tcBorders>
          </w:tcPr>
          <w:p w14:paraId="44F7422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156 (39.8)</w:t>
            </w:r>
          </w:p>
        </w:tc>
        <w:tc>
          <w:tcPr>
            <w:tcW w:w="725" w:type="dxa"/>
            <w:tcBorders>
              <w:bottom w:val="nil"/>
            </w:tcBorders>
          </w:tcPr>
          <w:p w14:paraId="5CB0944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145 (44.2)</w:t>
            </w:r>
          </w:p>
        </w:tc>
        <w:tc>
          <w:tcPr>
            <w:tcW w:w="725" w:type="dxa"/>
            <w:tcBorders>
              <w:bottom w:val="nil"/>
            </w:tcBorders>
          </w:tcPr>
          <w:p w14:paraId="7D361D2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116 (47.0)</w:t>
            </w:r>
          </w:p>
        </w:tc>
        <w:tc>
          <w:tcPr>
            <w:tcW w:w="725" w:type="dxa"/>
            <w:tcBorders>
              <w:bottom w:val="nil"/>
            </w:tcBorders>
          </w:tcPr>
          <w:p w14:paraId="2009FA9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256 (58.6)</w:t>
            </w:r>
          </w:p>
        </w:tc>
      </w:tr>
      <w:tr w:rsidR="005928AA" w:rsidRPr="002B00E3" w14:paraId="25D21700" w14:textId="77777777" w:rsidTr="00FD63EC">
        <w:trPr>
          <w:cantSplit/>
        </w:trPr>
        <w:tc>
          <w:tcPr>
            <w:tcW w:w="1581" w:type="dxa"/>
            <w:tcBorders>
              <w:top w:val="nil"/>
            </w:tcBorders>
          </w:tcPr>
          <w:p w14:paraId="537205DE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724" w:type="dxa"/>
            <w:tcBorders>
              <w:top w:val="nil"/>
            </w:tcBorders>
          </w:tcPr>
          <w:p w14:paraId="5858091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956 (53.1)</w:t>
            </w:r>
          </w:p>
        </w:tc>
        <w:tc>
          <w:tcPr>
            <w:tcW w:w="725" w:type="dxa"/>
            <w:tcBorders>
              <w:top w:val="nil"/>
            </w:tcBorders>
          </w:tcPr>
          <w:p w14:paraId="446273D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93" w:type="dxa"/>
            <w:tcBorders>
              <w:top w:val="nil"/>
            </w:tcBorders>
          </w:tcPr>
          <w:p w14:paraId="100355A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956 (100.0)</w:t>
            </w:r>
          </w:p>
        </w:tc>
        <w:tc>
          <w:tcPr>
            <w:tcW w:w="656" w:type="dxa"/>
            <w:tcBorders>
              <w:top w:val="nil"/>
            </w:tcBorders>
          </w:tcPr>
          <w:p w14:paraId="6AF8B66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306 (50.0)</w:t>
            </w:r>
          </w:p>
        </w:tc>
        <w:tc>
          <w:tcPr>
            <w:tcW w:w="725" w:type="dxa"/>
            <w:tcBorders>
              <w:top w:val="nil"/>
            </w:tcBorders>
          </w:tcPr>
          <w:p w14:paraId="6279D6F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277 (51.4)</w:t>
            </w:r>
          </w:p>
        </w:tc>
        <w:tc>
          <w:tcPr>
            <w:tcW w:w="725" w:type="dxa"/>
            <w:tcBorders>
              <w:top w:val="nil"/>
            </w:tcBorders>
          </w:tcPr>
          <w:p w14:paraId="7737D9C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176 (54.4)</w:t>
            </w:r>
          </w:p>
        </w:tc>
        <w:tc>
          <w:tcPr>
            <w:tcW w:w="729" w:type="dxa"/>
            <w:tcBorders>
              <w:top w:val="nil"/>
            </w:tcBorders>
          </w:tcPr>
          <w:p w14:paraId="34AB902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196 (61.2)</w:t>
            </w:r>
          </w:p>
        </w:tc>
        <w:tc>
          <w:tcPr>
            <w:tcW w:w="720" w:type="dxa"/>
            <w:tcBorders>
              <w:top w:val="nil"/>
            </w:tcBorders>
          </w:tcPr>
          <w:p w14:paraId="34C5D34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174 (54.7)</w:t>
            </w:r>
          </w:p>
        </w:tc>
        <w:tc>
          <w:tcPr>
            <w:tcW w:w="725" w:type="dxa"/>
            <w:tcBorders>
              <w:top w:val="nil"/>
            </w:tcBorders>
          </w:tcPr>
          <w:p w14:paraId="2446291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296 (56.4)</w:t>
            </w:r>
          </w:p>
        </w:tc>
        <w:tc>
          <w:tcPr>
            <w:tcW w:w="724" w:type="dxa"/>
            <w:tcBorders>
              <w:top w:val="nil"/>
            </w:tcBorders>
          </w:tcPr>
          <w:p w14:paraId="32A37EA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204 (56.3)</w:t>
            </w:r>
          </w:p>
        </w:tc>
        <w:tc>
          <w:tcPr>
            <w:tcW w:w="666" w:type="dxa"/>
            <w:tcBorders>
              <w:top w:val="nil"/>
            </w:tcBorders>
          </w:tcPr>
          <w:p w14:paraId="453F571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270 (48.0)</w:t>
            </w:r>
          </w:p>
        </w:tc>
        <w:tc>
          <w:tcPr>
            <w:tcW w:w="784" w:type="dxa"/>
            <w:tcBorders>
              <w:top w:val="nil"/>
            </w:tcBorders>
          </w:tcPr>
          <w:p w14:paraId="29FDCA1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126 (63.2)</w:t>
            </w:r>
          </w:p>
        </w:tc>
        <w:tc>
          <w:tcPr>
            <w:tcW w:w="724" w:type="dxa"/>
            <w:tcBorders>
              <w:top w:val="nil"/>
            </w:tcBorders>
          </w:tcPr>
          <w:p w14:paraId="083E333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236 (60.2)</w:t>
            </w:r>
          </w:p>
        </w:tc>
        <w:tc>
          <w:tcPr>
            <w:tcW w:w="725" w:type="dxa"/>
            <w:tcBorders>
              <w:top w:val="nil"/>
            </w:tcBorders>
          </w:tcPr>
          <w:p w14:paraId="55407A0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183 (55.8)</w:t>
            </w:r>
          </w:p>
        </w:tc>
        <w:tc>
          <w:tcPr>
            <w:tcW w:w="725" w:type="dxa"/>
            <w:tcBorders>
              <w:top w:val="nil"/>
            </w:tcBorders>
          </w:tcPr>
          <w:p w14:paraId="2597758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130 (53.0)</w:t>
            </w:r>
          </w:p>
        </w:tc>
        <w:tc>
          <w:tcPr>
            <w:tcW w:w="725" w:type="dxa"/>
            <w:tcBorders>
              <w:top w:val="nil"/>
            </w:tcBorders>
          </w:tcPr>
          <w:p w14:paraId="3E8595D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181 (41.4)</w:t>
            </w:r>
          </w:p>
        </w:tc>
      </w:tr>
      <w:tr w:rsidR="00477AAC" w:rsidRPr="002B00E3" w14:paraId="2F12F4D0" w14:textId="77777777" w:rsidTr="00FD63EC">
        <w:trPr>
          <w:cantSplit/>
        </w:trPr>
        <w:tc>
          <w:tcPr>
            <w:tcW w:w="1581" w:type="dxa"/>
            <w:shd w:val="clear" w:color="auto" w:fill="F2F2F2" w:themeFill="background1" w:themeFillShade="F2"/>
          </w:tcPr>
          <w:p w14:paraId="03EA9447" w14:textId="77777777" w:rsidR="00FD63EC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Age group</w:t>
            </w:r>
            <w:r w:rsidR="00FD63EC">
              <w:rPr>
                <w:rFonts w:ascii="Arial" w:eastAsia="Arial" w:hAnsi="Arial" w:cs="Arial"/>
                <w:sz w:val="18"/>
                <w:szCs w:val="18"/>
                <w:lang w:val="en-GB"/>
              </w:rPr>
              <w:t>,</w:t>
            </w:r>
          </w:p>
          <w:p w14:paraId="07C90FD4" w14:textId="59471BA4" w:rsidR="00477AAC" w:rsidRPr="002B00E3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shd w:val="clear" w:color="auto" w:fill="F2F2F2" w:themeFill="background1" w:themeFillShade="F2"/>
          </w:tcPr>
          <w:p w14:paraId="4770EDAA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shd w:val="clear" w:color="auto" w:fill="F2F2F2" w:themeFill="background1" w:themeFillShade="F2"/>
          </w:tcPr>
          <w:p w14:paraId="525A6EB2" w14:textId="19EF7AE2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11.77,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.008,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0.08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725577A1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n/a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53DB5AF1" w14:textId="158F5E3D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χ²(9) = 77.23,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0.12</w:t>
            </w:r>
          </w:p>
        </w:tc>
        <w:tc>
          <w:tcPr>
            <w:tcW w:w="3683" w:type="dxa"/>
            <w:gridSpan w:val="5"/>
            <w:shd w:val="clear" w:color="auto" w:fill="F2F2F2" w:themeFill="background1" w:themeFillShade="F2"/>
          </w:tcPr>
          <w:p w14:paraId="213CA858" w14:textId="16A2AF1E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χ²(12) = 204.01,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0.21</w:t>
            </w:r>
          </w:p>
        </w:tc>
      </w:tr>
      <w:tr w:rsidR="005928AA" w:rsidRPr="002B00E3" w14:paraId="576E0AA6" w14:textId="77777777" w:rsidTr="00FD63EC">
        <w:trPr>
          <w:cantSplit/>
        </w:trPr>
        <w:tc>
          <w:tcPr>
            <w:tcW w:w="1581" w:type="dxa"/>
            <w:tcBorders>
              <w:bottom w:val="single" w:sz="4" w:space="0" w:color="auto"/>
            </w:tcBorders>
          </w:tcPr>
          <w:p w14:paraId="054695ED" w14:textId="0D743A1F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50</w:t>
            </w:r>
            <w:r w:rsidR="00175AC8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59 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7FF247B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612 (34.1)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CB60E2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306 (36.5)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3F4A8DF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306 (32.1)</w:t>
            </w:r>
          </w:p>
        </w:tc>
        <w:tc>
          <w:tcPr>
            <w:tcW w:w="656" w:type="dxa"/>
            <w:tcBorders>
              <w:bottom w:val="single" w:sz="4" w:space="0" w:color="auto"/>
            </w:tcBorders>
          </w:tcPr>
          <w:p w14:paraId="2A3530B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612 (100.0)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59AE39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32196B5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1438133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64615A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58 (18.4)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9BA488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170 (32.5)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4A7CD26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161 (44.4)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14:paraId="31A0D38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219 (38.9)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01E06DB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 (13.5)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19DCCBE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87 (22.2)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68679D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100 (30.5)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2FFDFF2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 (38.7)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3E33772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241 (55.1)</w:t>
            </w:r>
          </w:p>
        </w:tc>
      </w:tr>
      <w:tr w:rsidR="005928AA" w:rsidRPr="002B00E3" w14:paraId="3FAB032B" w14:textId="77777777" w:rsidTr="00FD63EC">
        <w:trPr>
          <w:cantSplit/>
        </w:trPr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14:paraId="339B5E18" w14:textId="3EE6674B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60</w:t>
            </w:r>
            <w:r w:rsidR="00175AC8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69 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6A7585C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539 (30.1)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998F8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262 (31.2)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3C72159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277 (29.0)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FB34B7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C643AD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539 (100.0)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C319BE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635B77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5CB466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102 (32.1)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25A0F1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165 (31.5)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24023F2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109 (29.9)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053E55F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160 (28.4)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4374126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78 (38.8)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56F221E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102 (26.0)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20B6EC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100 (30.4)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BA5127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83 (33.6)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6C35BF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124 (28.3)</w:t>
            </w:r>
          </w:p>
        </w:tc>
      </w:tr>
      <w:tr w:rsidR="005928AA" w:rsidRPr="002B00E3" w14:paraId="0F6E6FCC" w14:textId="77777777" w:rsidTr="00FD63EC">
        <w:trPr>
          <w:cantSplit/>
        </w:trPr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14:paraId="1EA56190" w14:textId="28156C48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70</w:t>
            </w:r>
            <w:r w:rsidR="00175AC8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79 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499C9C1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323 (18.0)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81D02D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147 (17.5)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2C02957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176 (18.4)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A2D129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E2FA15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44E841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323 (100.0)</w:t>
            </w:r>
          </w:p>
        </w:tc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32D4FC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C594EF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67 (21.3)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93842B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96 (18.4)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4E651CC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 (14.2)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180D1EF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105 (18.7)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4A6A819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43 (21.8)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72FA41B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94 (24.1)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5B8DF3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76 (23.1)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0589FB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40 (16.1)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2F5168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 (8.2)</w:t>
            </w:r>
          </w:p>
        </w:tc>
      </w:tr>
      <w:tr w:rsidR="005928AA" w:rsidRPr="002B00E3" w14:paraId="203C54A2" w14:textId="77777777" w:rsidTr="00FD63EC">
        <w:trPr>
          <w:cantSplit/>
        </w:trPr>
        <w:tc>
          <w:tcPr>
            <w:tcW w:w="1581" w:type="dxa"/>
            <w:tcBorders>
              <w:top w:val="single" w:sz="4" w:space="0" w:color="auto"/>
            </w:tcBorders>
          </w:tcPr>
          <w:p w14:paraId="1AC3996A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5CE139B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320 (17.8)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7711DB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124 (14.8)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598ED53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196 (20.5)</w:t>
            </w:r>
          </w:p>
        </w:tc>
        <w:tc>
          <w:tcPr>
            <w:tcW w:w="656" w:type="dxa"/>
            <w:tcBorders>
              <w:top w:val="single" w:sz="4" w:space="0" w:color="auto"/>
            </w:tcBorders>
          </w:tcPr>
          <w:p w14:paraId="5795AA7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23B9862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F5B4CD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9" w:type="dxa"/>
            <w:tcBorders>
              <w:top w:val="single" w:sz="4" w:space="0" w:color="auto"/>
            </w:tcBorders>
          </w:tcPr>
          <w:p w14:paraId="0CA0D94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320 (100.0)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1BC89E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90 (28.3)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0904431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 (17.7)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038E4B6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(11.5)</w:t>
            </w:r>
          </w:p>
        </w:tc>
        <w:tc>
          <w:tcPr>
            <w:tcW w:w="666" w:type="dxa"/>
            <w:tcBorders>
              <w:top w:val="single" w:sz="4" w:space="0" w:color="auto"/>
            </w:tcBorders>
          </w:tcPr>
          <w:p w14:paraId="04EE9E6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79 (14.0)</w:t>
            </w: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513FD14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 (25.9)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184C4DF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108 (27.7)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256AC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 (16.0)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21373F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28 (11.6)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0F53E31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 (8.4)</w:t>
            </w:r>
          </w:p>
        </w:tc>
      </w:tr>
      <w:tr w:rsidR="00477AAC" w:rsidRPr="002B00E3" w14:paraId="2C3A0A75" w14:textId="77777777" w:rsidTr="00FD63EC">
        <w:trPr>
          <w:cantSplit/>
        </w:trPr>
        <w:tc>
          <w:tcPr>
            <w:tcW w:w="1581" w:type="dxa"/>
            <w:shd w:val="clear" w:color="auto" w:fill="F2F2F2" w:themeFill="background1" w:themeFillShade="F2"/>
          </w:tcPr>
          <w:p w14:paraId="683B3CF6" w14:textId="77777777" w:rsidR="00FD63EC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School education</w:t>
            </w:r>
            <w:r w:rsidR="00FD63EC">
              <w:rPr>
                <w:rFonts w:ascii="Arial" w:eastAsia="Arial" w:hAnsi="Arial" w:cs="Arial"/>
                <w:sz w:val="18"/>
                <w:szCs w:val="18"/>
                <w:lang w:val="en-GB"/>
              </w:rPr>
              <w:t>,</w:t>
            </w:r>
          </w:p>
          <w:p w14:paraId="45878BD0" w14:textId="439E89E0" w:rsidR="00477AAC" w:rsidRPr="002B00E3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shd w:val="clear" w:color="auto" w:fill="F2F2F2" w:themeFill="background1" w:themeFillShade="F2"/>
          </w:tcPr>
          <w:p w14:paraId="7C0B96E8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shd w:val="clear" w:color="auto" w:fill="F2F2F2" w:themeFill="background1" w:themeFillShade="F2"/>
          </w:tcPr>
          <w:p w14:paraId="63A93525" w14:textId="71EDEBF0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10.07,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.018,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0.08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6D68B7D0" w14:textId="2E3E1EB3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χ²(9) = 77.23,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0.12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65608B90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n/a</w:t>
            </w:r>
          </w:p>
        </w:tc>
        <w:tc>
          <w:tcPr>
            <w:tcW w:w="3683" w:type="dxa"/>
            <w:gridSpan w:val="5"/>
            <w:shd w:val="clear" w:color="auto" w:fill="F2F2F2" w:themeFill="background1" w:themeFillShade="F2"/>
          </w:tcPr>
          <w:p w14:paraId="43D70DD2" w14:textId="66F7583E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χ²(12) = 248.82,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0.23</w:t>
            </w:r>
          </w:p>
        </w:tc>
      </w:tr>
      <w:tr w:rsidR="005928AA" w:rsidRPr="002B00E3" w14:paraId="23D47D81" w14:textId="77777777" w:rsidTr="00C01080">
        <w:trPr>
          <w:cantSplit/>
        </w:trPr>
        <w:tc>
          <w:tcPr>
            <w:tcW w:w="1581" w:type="dxa"/>
            <w:tcBorders>
              <w:bottom w:val="single" w:sz="4" w:space="0" w:color="auto"/>
            </w:tcBorders>
          </w:tcPr>
          <w:p w14:paraId="49AFE3D3" w14:textId="5C222300" w:rsidR="005928AA" w:rsidRPr="002B00E3" w:rsidRDefault="000F3915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7BC3EDC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318 (18.0)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2685696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144 (17.5)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672A196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174 (18.4)</w:t>
            </w:r>
          </w:p>
        </w:tc>
        <w:tc>
          <w:tcPr>
            <w:tcW w:w="656" w:type="dxa"/>
            <w:tcBorders>
              <w:bottom w:val="single" w:sz="4" w:space="0" w:color="auto"/>
            </w:tcBorders>
          </w:tcPr>
          <w:p w14:paraId="551D044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58 (9.6)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53996F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102 (19.0)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D61820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67 (21.0)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40C55F5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90 (29.6)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EE86E6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318 (100.0)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65E0CD7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7C37634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14:paraId="73E7E60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227112A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72 (38.3)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66E494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101 (26.3)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6A16C0C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55 (16.9)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5EE27A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 (13.2)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C73DC3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 (4.0)</w:t>
            </w:r>
          </w:p>
        </w:tc>
      </w:tr>
      <w:tr w:rsidR="005928AA" w:rsidRPr="002B00E3" w14:paraId="28D4777B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8EF0" w14:textId="24A59290" w:rsidR="005928AA" w:rsidRPr="002B00E3" w:rsidRDefault="000F3915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Middle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553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524 (29.6)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27F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228 (27.7)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2A6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296 (31.3)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31F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170 (27.9)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3EB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165 (30.8)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550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96 (30.0)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055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 (30.6)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015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866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524 (100.0)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C83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41D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A65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67 (35.4)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E0A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141 (36.7)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45B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112 (34.6)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9DC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73 (29.8)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BCE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80 (18.5)</w:t>
            </w:r>
          </w:p>
        </w:tc>
      </w:tr>
      <w:tr w:rsidR="005928AA" w:rsidRPr="002B00E3" w14:paraId="35E0A99F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14:paraId="79F87ECD" w14:textId="037E842C" w:rsidR="005928AA" w:rsidRPr="002B00E3" w:rsidRDefault="000F3915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Advanced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4D25658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363 (20.6)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EB3B00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159 (19.3)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3E75A05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204 (21.7)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19402B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161 (26.5)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639F92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109 (20.3)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9184DF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 (16.1)</w:t>
            </w:r>
          </w:p>
        </w:tc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474062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(13.8)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21CBE9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3C8781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1CB36D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363 (100.0)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2A71713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5D10C7C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31 (16.6)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67CC3E9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60 (15.6)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189C38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61 (18.9)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D1FE7D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44 (18.1)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C0EFBD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112 (25.8)</w:t>
            </w:r>
          </w:p>
        </w:tc>
      </w:tr>
      <w:tr w:rsidR="005928AA" w:rsidRPr="002B00E3" w14:paraId="3A885061" w14:textId="77777777" w:rsidTr="00FD63EC">
        <w:trPr>
          <w:cantSplit/>
        </w:trPr>
        <w:tc>
          <w:tcPr>
            <w:tcW w:w="1581" w:type="dxa"/>
            <w:tcBorders>
              <w:top w:val="single" w:sz="4" w:space="0" w:color="auto"/>
            </w:tcBorders>
          </w:tcPr>
          <w:p w14:paraId="06D800EC" w14:textId="27A13C77" w:rsidR="005928AA" w:rsidRPr="002B00E3" w:rsidRDefault="000F3915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27A80E2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563 (31.8)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75333B9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293 (35.5)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981F8C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270 (28.6)</w:t>
            </w:r>
          </w:p>
        </w:tc>
        <w:tc>
          <w:tcPr>
            <w:tcW w:w="656" w:type="dxa"/>
            <w:tcBorders>
              <w:top w:val="single" w:sz="4" w:space="0" w:color="auto"/>
            </w:tcBorders>
          </w:tcPr>
          <w:p w14:paraId="1A30E95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219 (36.0)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617497A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160 (29.9)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50EAD4D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105 (32.8)</w:t>
            </w:r>
          </w:p>
        </w:tc>
        <w:tc>
          <w:tcPr>
            <w:tcW w:w="729" w:type="dxa"/>
            <w:tcBorders>
              <w:top w:val="single" w:sz="4" w:space="0" w:color="auto"/>
            </w:tcBorders>
          </w:tcPr>
          <w:p w14:paraId="5BF3D02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79 (26.0)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33868EF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C2859A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43050C8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666" w:type="dxa"/>
            <w:tcBorders>
              <w:top w:val="single" w:sz="4" w:space="0" w:color="auto"/>
            </w:tcBorders>
          </w:tcPr>
          <w:p w14:paraId="33BF5AB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563 (100.0)</w:t>
            </w: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4F08AC2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 (9.7)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1AC0FD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83 (21.4)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78B9C8D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96 (29.6)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0A5B0BD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 (38.9)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61E21D3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225 (51.7)</w:t>
            </w:r>
          </w:p>
        </w:tc>
      </w:tr>
      <w:tr w:rsidR="00477AAC" w:rsidRPr="002B00E3" w14:paraId="0928D378" w14:textId="77777777" w:rsidTr="00C01080">
        <w:trPr>
          <w:cantSplit/>
        </w:trPr>
        <w:tc>
          <w:tcPr>
            <w:tcW w:w="158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805AF4" w14:textId="16293043" w:rsidR="00477AAC" w:rsidRPr="002B00E3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lastRenderedPageBreak/>
              <w:t>Net</w:t>
            </w:r>
            <w:r w:rsidR="00E86AB8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 xml:space="preserve"> monthly</w:t>
            </w: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 xml:space="preserve"> household income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2E0195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D753F35" w14:textId="77777777" w:rsidR="002042A1" w:rsidRDefault="00477AAC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χ²(4) = 40.69,</w:t>
            </w:r>
          </w:p>
          <w:p w14:paraId="426EC4FA" w14:textId="77777777" w:rsidR="002042A1" w:rsidRDefault="009B249F" w:rsidP="002042A1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04FF7ACA" w14:textId="2E87942C" w:rsidR="00477AAC" w:rsidRPr="002B00E3" w:rsidRDefault="009B249F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477AAC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0.16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3319EE" w14:textId="77777777" w:rsidR="002042A1" w:rsidRDefault="00477AAC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χ²(12) = 204.01,</w:t>
            </w:r>
          </w:p>
          <w:p w14:paraId="581639B3" w14:textId="0C76B4E1" w:rsidR="00477AAC" w:rsidRPr="002B00E3" w:rsidRDefault="009B249F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477AAC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0.21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CBFB19" w14:textId="77777777" w:rsidR="002042A1" w:rsidRDefault="00477AAC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χ²(12) = 248.82,</w:t>
            </w:r>
          </w:p>
          <w:p w14:paraId="67B06935" w14:textId="706CACB8" w:rsidR="00477AAC" w:rsidRPr="002B00E3" w:rsidRDefault="009B249F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477AAC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0.23</w:t>
            </w:r>
          </w:p>
        </w:tc>
        <w:tc>
          <w:tcPr>
            <w:tcW w:w="3683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5C106A5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n/a</w:t>
            </w:r>
          </w:p>
        </w:tc>
      </w:tr>
      <w:tr w:rsidR="005928AA" w:rsidRPr="002B00E3" w14:paraId="58FB0810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48E1" w14:textId="683D20DE" w:rsidR="005928AA" w:rsidRPr="002B00E3" w:rsidRDefault="004731B6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Low</w:t>
            </w:r>
            <w:r w:rsidR="005928AA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D8F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200 (12.5)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9E6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74 (9.9)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960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126 (14.7)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946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 (4.9)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3C5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78 (16.0)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57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43 (15.0)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788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 (18.6)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A41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72 (26.0)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6B0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67 (14.1)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FA1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31 (10.1)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912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 (3.5)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AF7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200 (100.0)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B06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799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9B9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8BC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</w:tr>
      <w:tr w:rsidR="005928AA" w:rsidRPr="002B00E3" w14:paraId="240A5620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458D" w14:textId="0C22D139" w:rsidR="005928AA" w:rsidRPr="002B00E3" w:rsidRDefault="004731B6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Lower-middle</w:t>
            </w:r>
            <w:r w:rsidR="005928AA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EFB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392 (24.4)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045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156 (20.9)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7AC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236 (27.5)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8B4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87 (15.8)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964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102 (21.0)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52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94 (32.6)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7B6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108 (39.1)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C5D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101 (36.4)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6AC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141 (29.9)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36D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60 (19.4)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110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83 (16.0)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DAE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182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392 (100.0)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246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5EA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626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</w:tr>
      <w:tr w:rsidR="005928AA" w:rsidRPr="002B00E3" w14:paraId="79118D72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C664" w14:textId="2EC132C0" w:rsidR="005928AA" w:rsidRPr="002B00E3" w:rsidRDefault="004731B6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Middle</w:t>
            </w:r>
            <w:r w:rsidR="005928AA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D0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328 (20.5)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82B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145 (19.4)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164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183 (21.4)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78A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100 (18.2)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868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100 (20.5)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92D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76 (26.2)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E30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 (18.9)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00A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55 (19.7)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D07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112 (23.7)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889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61 (19.8)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485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96 (18.6)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22B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DDD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576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328 (100.0)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F3E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288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</w:tr>
      <w:tr w:rsidR="005928AA" w:rsidRPr="002B00E3" w14:paraId="728720F1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366A" w14:textId="44C4CEAF" w:rsidR="005928AA" w:rsidRPr="002B00E3" w:rsidRDefault="004731B6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Upper-middle</w:t>
            </w:r>
            <w:r w:rsidR="005928AA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5ED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246 (15.4)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523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116 (15.5)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033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130 (15.2)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538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 (17.3)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5A7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83 (17.1)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A3C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40 (13.7)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343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28 (10.2)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952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 (11.6)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6A2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73 (15.4)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A08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44 (14.3)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00E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 (18.4)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D39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409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EC2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3B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246 (100.0)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6C5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</w:tr>
      <w:tr w:rsidR="005928AA" w:rsidRPr="002B00E3" w14:paraId="771D67DB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A780" w14:textId="4D39EEBC" w:rsidR="005928AA" w:rsidRPr="002B00E3" w:rsidRDefault="004731B6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AD5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437 (27.3)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ECA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256 (34.3)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7FE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181 (21.1)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A4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241 (43.8)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6C3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124 (25.5)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F80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 (12.4)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2F8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 (13.2)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727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 (6.3)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FA1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80 (17.0)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488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112 (36.4)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4CC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225 (43.5)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E06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C50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D0E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9BB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69A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437 (100.0)</w:t>
            </w:r>
          </w:p>
        </w:tc>
      </w:tr>
      <w:tr w:rsidR="00477AAC" w:rsidRPr="002B00E3" w14:paraId="1E110EC0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E262E00" w14:textId="77777777" w:rsidR="00477AAC" w:rsidRPr="002B00E3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Household size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9BF9023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129AEF" w14:textId="77777777" w:rsidR="002042A1" w:rsidRDefault="00477AAC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χ²(1) = 21.78,</w:t>
            </w:r>
          </w:p>
          <w:p w14:paraId="7D95CBA6" w14:textId="77777777" w:rsidR="002042A1" w:rsidRDefault="009B249F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25097C43" w14:textId="76B2AD97" w:rsidR="00477AAC" w:rsidRPr="002B00E3" w:rsidRDefault="009B249F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477AAC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0.11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7F0DF3E" w14:textId="7E6F7785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95.81,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0.23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EB1439C" w14:textId="3296E764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18.46,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0.10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17B9BB4" w14:textId="1092B971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χ²(4) = 509.07,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0.56</w:t>
            </w:r>
          </w:p>
        </w:tc>
      </w:tr>
      <w:tr w:rsidR="005928AA" w:rsidRPr="002B00E3" w14:paraId="2F29FC3B" w14:textId="77777777" w:rsidTr="00FD63EC">
        <w:trPr>
          <w:cantSplit/>
        </w:trPr>
        <w:tc>
          <w:tcPr>
            <w:tcW w:w="1581" w:type="dxa"/>
          </w:tcPr>
          <w:p w14:paraId="0F6FA4BC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Single person</w:t>
            </w:r>
          </w:p>
        </w:tc>
        <w:tc>
          <w:tcPr>
            <w:tcW w:w="724" w:type="dxa"/>
          </w:tcPr>
          <w:p w14:paraId="490F70A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692 (38.6)</w:t>
            </w:r>
          </w:p>
        </w:tc>
        <w:tc>
          <w:tcPr>
            <w:tcW w:w="725" w:type="dxa"/>
          </w:tcPr>
          <w:p w14:paraId="70608A0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276 (32.8)</w:t>
            </w:r>
          </w:p>
        </w:tc>
        <w:tc>
          <w:tcPr>
            <w:tcW w:w="793" w:type="dxa"/>
          </w:tcPr>
          <w:p w14:paraId="429C41E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416 (43.6)</w:t>
            </w:r>
          </w:p>
        </w:tc>
        <w:tc>
          <w:tcPr>
            <w:tcW w:w="656" w:type="dxa"/>
          </w:tcPr>
          <w:p w14:paraId="7F9A060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167 (27.2)</w:t>
            </w:r>
          </w:p>
        </w:tc>
        <w:tc>
          <w:tcPr>
            <w:tcW w:w="725" w:type="dxa"/>
          </w:tcPr>
          <w:p w14:paraId="52E607B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197 (36.6)</w:t>
            </w:r>
          </w:p>
        </w:tc>
        <w:tc>
          <w:tcPr>
            <w:tcW w:w="725" w:type="dxa"/>
          </w:tcPr>
          <w:p w14:paraId="5DC2FB4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136 (42.2)</w:t>
            </w:r>
          </w:p>
        </w:tc>
        <w:tc>
          <w:tcPr>
            <w:tcW w:w="729" w:type="dxa"/>
          </w:tcPr>
          <w:p w14:paraId="1C2EC00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191 (59.6)</w:t>
            </w:r>
          </w:p>
        </w:tc>
        <w:tc>
          <w:tcPr>
            <w:tcW w:w="720" w:type="dxa"/>
          </w:tcPr>
          <w:p w14:paraId="488A130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152 (47.7)</w:t>
            </w:r>
          </w:p>
        </w:tc>
        <w:tc>
          <w:tcPr>
            <w:tcW w:w="725" w:type="dxa"/>
          </w:tcPr>
          <w:p w14:paraId="7408D3B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203 (38.8)</w:t>
            </w:r>
          </w:p>
        </w:tc>
        <w:tc>
          <w:tcPr>
            <w:tcW w:w="724" w:type="dxa"/>
          </w:tcPr>
          <w:p w14:paraId="11B04F4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127 (35.1)</w:t>
            </w:r>
          </w:p>
        </w:tc>
        <w:tc>
          <w:tcPr>
            <w:tcW w:w="666" w:type="dxa"/>
          </w:tcPr>
          <w:p w14:paraId="33DE519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190 (33.9)</w:t>
            </w:r>
          </w:p>
        </w:tc>
        <w:tc>
          <w:tcPr>
            <w:tcW w:w="784" w:type="dxa"/>
          </w:tcPr>
          <w:p w14:paraId="72ED4F9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170 (85.1)</w:t>
            </w:r>
          </w:p>
        </w:tc>
        <w:tc>
          <w:tcPr>
            <w:tcW w:w="724" w:type="dxa"/>
          </w:tcPr>
          <w:p w14:paraId="151455F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257 (65.7)</w:t>
            </w:r>
          </w:p>
        </w:tc>
        <w:tc>
          <w:tcPr>
            <w:tcW w:w="725" w:type="dxa"/>
          </w:tcPr>
          <w:p w14:paraId="483298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125 (38.2)</w:t>
            </w:r>
          </w:p>
        </w:tc>
        <w:tc>
          <w:tcPr>
            <w:tcW w:w="725" w:type="dxa"/>
          </w:tcPr>
          <w:p w14:paraId="58003B2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38 (15.5)</w:t>
            </w:r>
          </w:p>
        </w:tc>
        <w:tc>
          <w:tcPr>
            <w:tcW w:w="725" w:type="dxa"/>
          </w:tcPr>
          <w:p w14:paraId="1BEB5BB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(9.6)</w:t>
            </w:r>
          </w:p>
        </w:tc>
      </w:tr>
      <w:tr w:rsidR="005928AA" w:rsidRPr="002B00E3" w14:paraId="49A7D4B1" w14:textId="77777777" w:rsidTr="00FD63EC">
        <w:trPr>
          <w:cantSplit/>
        </w:trPr>
        <w:tc>
          <w:tcPr>
            <w:tcW w:w="1581" w:type="dxa"/>
          </w:tcPr>
          <w:p w14:paraId="78BE363A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Several persons</w:t>
            </w:r>
          </w:p>
        </w:tc>
        <w:tc>
          <w:tcPr>
            <w:tcW w:w="724" w:type="dxa"/>
          </w:tcPr>
          <w:p w14:paraId="3433444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1102 (61.4)</w:t>
            </w:r>
          </w:p>
        </w:tc>
        <w:tc>
          <w:tcPr>
            <w:tcW w:w="725" w:type="dxa"/>
          </w:tcPr>
          <w:p w14:paraId="2DCE751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564 (67.2)</w:t>
            </w:r>
          </w:p>
        </w:tc>
        <w:tc>
          <w:tcPr>
            <w:tcW w:w="793" w:type="dxa"/>
          </w:tcPr>
          <w:p w14:paraId="646FAAE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538 (56.4)</w:t>
            </w:r>
          </w:p>
        </w:tc>
        <w:tc>
          <w:tcPr>
            <w:tcW w:w="656" w:type="dxa"/>
          </w:tcPr>
          <w:p w14:paraId="2AFC6A2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445 (72.8)</w:t>
            </w:r>
          </w:p>
        </w:tc>
        <w:tc>
          <w:tcPr>
            <w:tcW w:w="725" w:type="dxa"/>
          </w:tcPr>
          <w:p w14:paraId="3081859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341 (63.4)</w:t>
            </w:r>
          </w:p>
        </w:tc>
        <w:tc>
          <w:tcPr>
            <w:tcW w:w="725" w:type="dxa"/>
          </w:tcPr>
          <w:p w14:paraId="73EF558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186 (57.8)</w:t>
            </w:r>
          </w:p>
        </w:tc>
        <w:tc>
          <w:tcPr>
            <w:tcW w:w="729" w:type="dxa"/>
          </w:tcPr>
          <w:p w14:paraId="3FB24F6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129 (40.4)</w:t>
            </w:r>
          </w:p>
        </w:tc>
        <w:tc>
          <w:tcPr>
            <w:tcW w:w="720" w:type="dxa"/>
          </w:tcPr>
          <w:p w14:paraId="369BFC9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166 (52.3)</w:t>
            </w:r>
          </w:p>
        </w:tc>
        <w:tc>
          <w:tcPr>
            <w:tcW w:w="725" w:type="dxa"/>
          </w:tcPr>
          <w:p w14:paraId="19367AE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320 (61.2)</w:t>
            </w:r>
          </w:p>
        </w:tc>
        <w:tc>
          <w:tcPr>
            <w:tcW w:w="724" w:type="dxa"/>
          </w:tcPr>
          <w:p w14:paraId="5A1603C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235 (64.9)</w:t>
            </w:r>
          </w:p>
        </w:tc>
        <w:tc>
          <w:tcPr>
            <w:tcW w:w="666" w:type="dxa"/>
          </w:tcPr>
          <w:p w14:paraId="199AC5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371 (66.1)</w:t>
            </w:r>
          </w:p>
        </w:tc>
        <w:tc>
          <w:tcPr>
            <w:tcW w:w="784" w:type="dxa"/>
          </w:tcPr>
          <w:p w14:paraId="6186579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 (14.9)</w:t>
            </w:r>
          </w:p>
        </w:tc>
        <w:tc>
          <w:tcPr>
            <w:tcW w:w="724" w:type="dxa"/>
          </w:tcPr>
          <w:p w14:paraId="79DA395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134 (34.3)</w:t>
            </w:r>
          </w:p>
        </w:tc>
        <w:tc>
          <w:tcPr>
            <w:tcW w:w="725" w:type="dxa"/>
          </w:tcPr>
          <w:p w14:paraId="43D63BA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202 (61.8)</w:t>
            </w:r>
          </w:p>
        </w:tc>
        <w:tc>
          <w:tcPr>
            <w:tcW w:w="725" w:type="dxa"/>
          </w:tcPr>
          <w:p w14:paraId="0CBC7F4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208 (84.5)</w:t>
            </w:r>
          </w:p>
        </w:tc>
        <w:tc>
          <w:tcPr>
            <w:tcW w:w="725" w:type="dxa"/>
          </w:tcPr>
          <w:p w14:paraId="366B339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395 (90.4)</w:t>
            </w:r>
          </w:p>
        </w:tc>
      </w:tr>
      <w:tr w:rsidR="00477AAC" w:rsidRPr="002B00E3" w14:paraId="7597668A" w14:textId="77777777" w:rsidTr="00C01080">
        <w:trPr>
          <w:cantSplit/>
        </w:trPr>
        <w:tc>
          <w:tcPr>
            <w:tcW w:w="158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976F27" w14:textId="77777777" w:rsidR="00477AAC" w:rsidRPr="002B00E3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City size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9017BD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F8D6755" w14:textId="77777777" w:rsidR="002042A1" w:rsidRDefault="00477AAC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1.85,</w:t>
            </w:r>
          </w:p>
          <w:p w14:paraId="0F452215" w14:textId="77777777" w:rsidR="002042A1" w:rsidRDefault="009B249F" w:rsidP="002042A1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= .605,</w:t>
            </w:r>
          </w:p>
          <w:p w14:paraId="44EB8F11" w14:textId="6A394709" w:rsidR="00477AAC" w:rsidRPr="002B00E3" w:rsidRDefault="009B249F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= 0.03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DC5E1D" w14:textId="703B37DA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χ²(9) = 24.12,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.004,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0.07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133754" w14:textId="1FDE1803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χ²(9) = 54.58,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0.10</w:t>
            </w:r>
          </w:p>
        </w:tc>
        <w:tc>
          <w:tcPr>
            <w:tcW w:w="3683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C3E8595" w14:textId="473057A6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χ²(12) = 10.61,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.563,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0.05</w:t>
            </w:r>
          </w:p>
        </w:tc>
      </w:tr>
      <w:tr w:rsidR="005928AA" w:rsidRPr="002B00E3" w14:paraId="38FE8F6B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ABED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&lt; 5,000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7D3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254 (14.2)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45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126 (15.0)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7CE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129 (13.4)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6D1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93 (15.1)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C1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83 (15.5)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EAD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53 (16.6)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3C4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 (8.0)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30C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(16.3)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6E8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91 (17.3)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07C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57 (15.7)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BD4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53 (9.5)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F74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28 (14.1)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5E5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56 (14.2)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759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(15.7)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117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 (14.6)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019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55 (12.7)</w:t>
            </w:r>
          </w:p>
        </w:tc>
      </w:tr>
      <w:tr w:rsidR="005928AA" w:rsidRPr="002B00E3" w14:paraId="6E81170F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DC3B" w14:textId="58E7DD4C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5,000</w:t>
            </w:r>
            <w:r w:rsidR="00175AC8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19,999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8D8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443 (24.7)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B34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210 (25.0)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D9C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233 (24.4)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337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157 (25.6)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133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143 (26.6)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7E5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78 (24.5)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F3D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65 (20.3)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ABA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74 (23.7)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7EC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154 (29.5)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B42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85 (23.4)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E82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123 (22.0)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11A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48 (24.1)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8DD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90 (23.0)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E24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75 (23.0)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4C4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67 (27.1)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35A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121 (27.8)</w:t>
            </w:r>
          </w:p>
        </w:tc>
      </w:tr>
      <w:tr w:rsidR="005928AA" w:rsidRPr="002B00E3" w14:paraId="7CFBD1E2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95C7" w14:textId="52218FF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20,000</w:t>
            </w:r>
            <w:r w:rsidR="00175AC8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99,999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F2E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534 (29.7)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21D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238 (28.3)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2F9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296 (31.0)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733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170 (27.7)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4B3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160 (29.6)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2EB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86 (27.0)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AD2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113 (35.4)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764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111 (35.5)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613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153 (29.1)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97C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97 (26.6)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9A5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159 (28.3)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FA0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(25.7)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08F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121 (30.8)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280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93 (28.2)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59C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79 (32.1)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FAD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128 (29.3)</w:t>
            </w:r>
          </w:p>
        </w:tc>
      </w:tr>
      <w:tr w:rsidR="005928AA" w:rsidRPr="002B00E3" w14:paraId="7892E490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CBC0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 xml:space="preserve">≥ 100,000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804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565 (31.4)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1E5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266 (31.7)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6F3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299 (31.2)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07C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194 (31.6)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DD0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152 (28.3)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06B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101 (31.8)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BA8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116 (36.4)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803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77 (24.4)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9A6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126 (24.1)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9A6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125 (34.3)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C06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226 (40.3)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1ED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72 (36.2)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D56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125 (32.0)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AC5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109 (33.1)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40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64 (26.2)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89A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132 (30.2)</w:t>
            </w:r>
          </w:p>
        </w:tc>
      </w:tr>
      <w:tr w:rsidR="00477AAC" w:rsidRPr="002B00E3" w14:paraId="26D9C4FD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576AEA" w14:textId="77777777" w:rsidR="00477AAC" w:rsidRPr="002B00E3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Region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AD5D90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C7A2FE" w14:textId="77777777" w:rsidR="002042A1" w:rsidRDefault="00477AAC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χ²(5) = 7.90,</w:t>
            </w:r>
          </w:p>
          <w:p w14:paraId="07739E1E" w14:textId="77777777" w:rsidR="002042A1" w:rsidRDefault="009B249F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= .162,</w:t>
            </w:r>
          </w:p>
          <w:p w14:paraId="5FEB2CE2" w14:textId="79859EF7" w:rsidR="00477AAC" w:rsidRPr="002B00E3" w:rsidRDefault="009B249F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= 0.07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0C76C7" w14:textId="77777777" w:rsidR="002042A1" w:rsidRDefault="00477AAC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χ²(15) = 11.54,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.714,</w:t>
            </w:r>
          </w:p>
          <w:p w14:paraId="5C25D68E" w14:textId="4E35870F" w:rsidR="00477AAC" w:rsidRPr="002B00E3" w:rsidRDefault="009B249F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= 0.05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F0260D" w14:textId="77777777" w:rsidR="002042A1" w:rsidRDefault="00477AAC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χ²(15) = 57.41,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32A4FA7A" w14:textId="1BF0A5F4" w:rsidR="00477AAC" w:rsidRPr="002B00E3" w:rsidRDefault="009B249F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477AAC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0.10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29DB94" w14:textId="751759FB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χ²(20) = 56.49,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0.09</w:t>
            </w:r>
          </w:p>
        </w:tc>
      </w:tr>
      <w:tr w:rsidR="005928AA" w:rsidRPr="002B00E3" w14:paraId="26AA193E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DA15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North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05A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298 (16.5)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05E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157 (18.6)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020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141 (14.8)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AC5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101 (16.5)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D2C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83 (15.4)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FCF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59 (18.3)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025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(15.9)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F00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54 (17.1)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A19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81 (15.4)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28E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68 (18.8)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9E4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86 (15.3)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CF6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 (18.8)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727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62 (15.8)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329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59 (17.9)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A70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41 (16.7)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2E5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72 (16.4)</w:t>
            </w:r>
          </w:p>
        </w:tc>
      </w:tr>
      <w:tr w:rsidR="005928AA" w:rsidRPr="002B00E3" w14:paraId="56761394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395C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East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767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394 (21.9)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3FE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192 (22.7)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026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202 (21.2)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8EA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127 (20.7)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5C1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112 (20.8)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325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77 (23.9)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951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78 (24.4)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2FD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40 (12.7)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D8D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142 (27.1)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EA1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57 (15.7)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D4A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150 (26.6)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37A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64 (31.8)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D15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104 (26.5)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139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82 (25.0)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033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 (16.0)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FE6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75 (17.2)</w:t>
            </w:r>
          </w:p>
        </w:tc>
      </w:tr>
      <w:tr w:rsidR="005928AA" w:rsidRPr="002B00E3" w14:paraId="780C91B1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0443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Baden-Wuerttemberg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3C9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218 (12.1)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DDF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 (11.2)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873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123 (12.9)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99E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73 (11.9)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367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70 (13.0)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320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35 (10.8)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CBE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40 (12.5)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077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40 (12.4)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B3C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65 (12.4)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C42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 (10.8)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2D7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72 (12.9)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373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(8.7)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34A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49 (12.5)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5FC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38 (11.7)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2EB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 (14.7)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E3E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 (11.9)</w:t>
            </w:r>
          </w:p>
        </w:tc>
      </w:tr>
      <w:tr w:rsidR="005928AA" w:rsidRPr="002B00E3" w14:paraId="7E5C2BF3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3AC6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Bavaria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80F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297 (16.5)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598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141 (16.7)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68C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155 (16.3)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DCC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115 (18.8)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B95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90 (16.8)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AED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(13.1)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BB8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48 (14.9)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130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46 (14.6)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6CA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 (17.5)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013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63 (17.3)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27F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91 (16.3)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58B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(8.6)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505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(12.0)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A88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(15.5)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AF7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50 (20.4)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189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96 (22.1)</w:t>
            </w:r>
          </w:p>
        </w:tc>
      </w:tr>
      <w:tr w:rsidR="005928AA" w:rsidRPr="002B00E3" w14:paraId="5DE74A55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F3FA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8A7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370 (20.5)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16D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162 (19.2)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98C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208 (21.7)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163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118 (19.3)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0DB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111 (20.6)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78E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69 (21.4)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0C9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71 (22.2)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E2C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81 (25.6)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C14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87 (16.6)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268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 (25.3)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B91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100 (17.7)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D1E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 (17.0)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BB5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85 (21.8)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68F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59 (17.9)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E72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54 (22.1)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8C5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79 (18.0)</w:t>
            </w:r>
          </w:p>
        </w:tc>
      </w:tr>
      <w:tr w:rsidR="005928AA" w:rsidRPr="002B00E3" w14:paraId="5B0F18CF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743A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South-West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9B4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224 (12.4)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D43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98 (11.6)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877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126 (13.2)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990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78 (12.8)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6F3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73 (13.5)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854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40 (12.5)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47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33 (10.2)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BD6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56 (17.6)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E80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58 (11.0)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F77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44 (12.1)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361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64 (11.3)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1FF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 (15.3)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0EE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45 (11.5)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F13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 (11.8)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4B5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 (10.0)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FE9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63 (14.4)</w:t>
            </w:r>
          </w:p>
        </w:tc>
      </w:tr>
      <w:tr w:rsidR="00477AAC" w:rsidRPr="002B00E3" w14:paraId="1142FED2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D37A63F" w14:textId="77777777" w:rsidR="00477AAC" w:rsidRPr="002B00E3" w:rsidRDefault="00477AAC" w:rsidP="00477AAC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German federal state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AF1B20E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3191752" w14:textId="77777777" w:rsidR="002042A1" w:rsidRDefault="00477AAC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χ²(15) = 16.97,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.321,</w:t>
            </w:r>
          </w:p>
          <w:p w14:paraId="75487D9A" w14:textId="74A05F4E" w:rsidR="00477AAC" w:rsidRPr="002B00E3" w:rsidRDefault="009B249F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>= 0.10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57B0710" w14:textId="77777777" w:rsidR="002042A1" w:rsidRDefault="00477AAC" w:rsidP="00477AAC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χ²(45) = 69.89,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.010,</w:t>
            </w:r>
          </w:p>
          <w:p w14:paraId="790777D3" w14:textId="0BCAE029" w:rsidR="00477AAC" w:rsidRPr="002B00E3" w:rsidRDefault="009B249F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477AAC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0.11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63A6B5B" w14:textId="77777777" w:rsidR="002042A1" w:rsidRDefault="00477AAC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χ²(45) = 118.00,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2E8CD5A9" w14:textId="6A3566D6" w:rsidR="00477AAC" w:rsidRPr="002B00E3" w:rsidRDefault="009B249F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477AAC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477AAC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0.15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BED7F8C" w14:textId="65EFB5C2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χ²(60) = 99.82,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0.13</w:t>
            </w:r>
          </w:p>
        </w:tc>
      </w:tr>
      <w:tr w:rsidR="005928AA" w:rsidRPr="002B00E3" w14:paraId="7BF46C5F" w14:textId="77777777" w:rsidTr="00FD63EC">
        <w:trPr>
          <w:cantSplit/>
        </w:trPr>
        <w:tc>
          <w:tcPr>
            <w:tcW w:w="1581" w:type="dxa"/>
            <w:tcBorders>
              <w:bottom w:val="single" w:sz="4" w:space="0" w:color="auto"/>
            </w:tcBorders>
          </w:tcPr>
          <w:p w14:paraId="52367390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Schleswig-Holstein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0DFC3AC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80 (4.4)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2067812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44 (5.2)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3DD2194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 (3.8)</w:t>
            </w:r>
          </w:p>
        </w:tc>
        <w:tc>
          <w:tcPr>
            <w:tcW w:w="656" w:type="dxa"/>
            <w:tcBorders>
              <w:bottom w:val="single" w:sz="4" w:space="0" w:color="auto"/>
            </w:tcBorders>
          </w:tcPr>
          <w:p w14:paraId="40213C9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33 (5.4)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61D7D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(3.2)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459681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 (4.4)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34FB34A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(4.8)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41F3BD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 (7.0)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D476CC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 (4.4)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1825586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(4.2)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14:paraId="6BBC304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 (3.3)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2D9589C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 (4.2)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5CD3A4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 (4.8)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3E4A9F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(5.2)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FC5C03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(4.4)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706C0B2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(3.9)</w:t>
            </w:r>
          </w:p>
        </w:tc>
      </w:tr>
      <w:tr w:rsidR="005928AA" w:rsidRPr="002B00E3" w14:paraId="49AB304D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14:paraId="6AEE61EF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Hamburg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562FFD8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41 (2.3)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A1E90B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 (2.5)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51A39B4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 (2.1)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C89770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(2.5)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0A7CE7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 (2.6)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0A76D7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 (2.6)</w:t>
            </w:r>
          </w:p>
        </w:tc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21E37D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 (1.0)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C51A20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 (1.6)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2C2B03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 (1.7)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41EF9A4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 (2.9)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1FFF782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(2.8)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26B0630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 (1.9)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57D2EF1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 (2.1)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22BE58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(3.2)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9115C8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 (1.9)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A16D9B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 (2.0)</w:t>
            </w:r>
          </w:p>
        </w:tc>
      </w:tr>
      <w:tr w:rsidR="005928AA" w:rsidRPr="002B00E3" w14:paraId="6FC70639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C640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Lower Saxony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5BA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164 (9.1)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8CF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81 (9.6)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29F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83 (8.7)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A5C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49 (7.9)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5E6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(9.4)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457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 (9.0)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A9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31 (9.8)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D83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 (8.5)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F21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(9.0)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6D3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35 (9.6)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CEF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48 (8.5)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FC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 (10.0)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B94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33 (8.5)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7C9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 (8.9)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946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 (9.4)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0E9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43 (9.9)</w:t>
            </w:r>
          </w:p>
        </w:tc>
      </w:tr>
      <w:tr w:rsidR="005928AA" w:rsidRPr="002B00E3" w14:paraId="720D7473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BD68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Bremen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0CA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 (0.7)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722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(1.3)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163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(0.2)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CE4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 (0.7)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C67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 (0.2)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B32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 (2.2)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870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 (0.2)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2FC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C8C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(0.4)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F63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 (2.2)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B01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 (0.6)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6CA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 (2.6)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C21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 (0.3)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F50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A6E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356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(0.5)</w:t>
            </w:r>
          </w:p>
        </w:tc>
      </w:tr>
      <w:tr w:rsidR="005928AA" w:rsidRPr="002B00E3" w14:paraId="6B01718F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5D49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769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370 (20.5)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33C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162 (19.2)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63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208 (21.7)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6E5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118 (19.3)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46C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111 (20.6)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9F6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69 (21.4)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EFD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71 (22.2)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2A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81 (25.6)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309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87 (16.6)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13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 (25.3)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DAA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100 (17.7)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2FB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 (17.0)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BE5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85 (21.8)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FBE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59 (17.9)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D25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54 (22.1)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26E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79 (18.0)</w:t>
            </w:r>
          </w:p>
        </w:tc>
      </w:tr>
      <w:tr w:rsidR="005928AA" w:rsidRPr="002B00E3" w14:paraId="43CE171A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637A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Hesse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01C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126 (7.0)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33E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55 (6.5)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855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71 (7.5)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C1E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(8.4)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B0D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 (7.3)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718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 (6.5)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4BC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(4.6)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AA9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 (8.3)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9E9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 (6.9)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1B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 (6.9)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D95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 (6.6)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6F3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 (9.7)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5D7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 (5.9)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693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 (5.5)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CFB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 (5.4)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D24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41 (9.4)</w:t>
            </w:r>
          </w:p>
        </w:tc>
      </w:tr>
      <w:tr w:rsidR="005928AA" w:rsidRPr="002B00E3" w14:paraId="22047B7B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1437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>Rhineland-Palatinate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5EA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86 (4.8)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940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 (4.3)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669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49 (5.2)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FE7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 (3.9)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9B0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31 (5.8)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86C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(4.9)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75D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(4.8)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061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28 (8.7)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12B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(3.1)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F49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(4.7)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ECD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 (4.3)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DA5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(5.6)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FF5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 (5.4)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99B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(4.7)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53D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(4.3)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944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 (4.2)</w:t>
            </w:r>
          </w:p>
        </w:tc>
      </w:tr>
      <w:tr w:rsidR="005928AA" w:rsidRPr="002B00E3" w14:paraId="1CF41B41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D1B0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Baden-Wuerttemberg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02A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218 (12.1)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F04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 (11.2)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8AD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123 (12.9)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73D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73 (11.9)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682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70 (13.0)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703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35 (10.8)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076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40 (12.5)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072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40 (12.4)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B36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65 (12.4)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FB1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 (10.8)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8B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72 (12.9)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FD0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(8.7)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265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49 (12.5)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D80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38 (11.7)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917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 (14.7)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0F1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52 (11.9)</w:t>
            </w:r>
          </w:p>
        </w:tc>
      </w:tr>
      <w:tr w:rsidR="005928AA" w:rsidRPr="002B00E3" w14:paraId="6D6463E3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4DCD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Bavaria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8C5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297 (16.5)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8BE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141 (16.7)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92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155 (16.3)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D70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115 (18.8)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22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90 (16.8)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56C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(13.1)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253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48 (14.9)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BFE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46 (14.6)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73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 (17.5)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C92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63 (17.3)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108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91 (16.3)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78C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(8.6)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9E6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(12.0)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3C1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(15.5)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2F9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50 (20.4)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DF8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96 (22.1)</w:t>
            </w:r>
          </w:p>
        </w:tc>
      </w:tr>
      <w:tr w:rsidR="005928AA" w:rsidRPr="002B00E3" w14:paraId="02E18C6D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EDBB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Saarland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F8E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(0.6)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555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 (0.7)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E21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 (0.5)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7E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 (0.5)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C11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322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 (1.1)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B3E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 (0.8)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097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148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 (1.0)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F64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(0.5)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F8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(0.4)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3C9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22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 (0.2)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173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 (1.6)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247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 (0.4)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123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 (0.8)</w:t>
            </w:r>
          </w:p>
        </w:tc>
      </w:tr>
      <w:tr w:rsidR="005928AA" w:rsidRPr="002B00E3" w14:paraId="26CA2393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D20B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Berlin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BC6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84 (4.6)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769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(5.0)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71E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(4.4)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04B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35 (5.7)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7B4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 (3.7)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807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 (3.0)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7DB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 (6.0)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A95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 (2.6)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B8C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(3.1)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A70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 (3.7)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7F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45 (8.0)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212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 (6.2)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936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23 (5.8)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BAE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(4.7)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D35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 (3.8)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470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 (4.8)</w:t>
            </w:r>
          </w:p>
        </w:tc>
      </w:tr>
      <w:tr w:rsidR="005928AA" w:rsidRPr="002B00E3" w14:paraId="1EAD8761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892F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Brandenburg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8E3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62 (3.4)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B78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 (3.6)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AC0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 (3.3)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722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 (2.0)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E65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 (4.7)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70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 (2.7)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DAB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(5.0)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067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 (3.2)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B5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 (3.9)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920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 (3.8)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5C2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(2.9)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F1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 (3.1)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781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(3.9)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CC7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(5.2)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ECD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 (2.7)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82C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 (1.7)</w:t>
            </w:r>
          </w:p>
        </w:tc>
      </w:tr>
      <w:tr w:rsidR="005928AA" w:rsidRPr="002B00E3" w14:paraId="165F360C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61B8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Mecklenburg-Western Pomerania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7C4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48 (2.7)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7EA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 (2.3)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679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 (3.0)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C14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(1.8)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B5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 (3.6)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055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(3.4)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70B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 (2.1)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BFF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 (1.0)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773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 (4.6)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9A8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 (1.6)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F83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(2.7)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772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 (5.8)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BBB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 (1.7)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864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(3.4)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6E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 (2.2)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129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(2.5)</w:t>
            </w:r>
          </w:p>
        </w:tc>
      </w:tr>
      <w:tr w:rsidR="005928AA" w:rsidRPr="002B00E3" w14:paraId="53147527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1717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Saxony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B8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101 (5.6)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BDB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54 (6.4)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CE8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(4.9)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0D3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 (5.1)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368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 (4.0)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443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33 (10.1)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DEF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(4.8)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2E2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 (2.8)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5D2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43 (8.2)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192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 (3.2)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B65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38 (6.7)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461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 (9.6)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73B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31 (7.9)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21A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 (6.7)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D16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 (4.4)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A4A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(3.9)</w:t>
            </w:r>
          </w:p>
        </w:tc>
      </w:tr>
      <w:tr w:rsidR="005928AA" w:rsidRPr="002B00E3" w14:paraId="7BDFC158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29B7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Saxony-Anhalt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356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50 (2.8)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C90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 (2.8)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F17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 (2.8)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6F9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(2.7)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3D7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 (2.4)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907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 (2.6)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F7D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 (3.8)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0D8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 (1.3)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022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 (4.3)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8E8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 (1.7)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C50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 (2.4)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7E9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 (2.9)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69A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(3.7)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5DD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 (2.8)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FF5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 (1.9)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22A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 (1.3)</w:t>
            </w:r>
          </w:p>
        </w:tc>
      </w:tr>
      <w:tr w:rsidR="005928AA" w:rsidRPr="002B00E3" w14:paraId="7CE5BC2F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5004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Thuringia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9DD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49 (2.7)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382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 (2.6)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6F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 (2.8)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4BE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 (3.4)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5C6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 (2.4)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843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 (2.1)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D17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 (2.6)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0DB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 (1.8)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A5E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(3.0)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78E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 (1.6)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D68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 (3.8)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39F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 (4.2)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21B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 (3.4)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BF7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 (2.2)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7C2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 (1.0)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571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 (3.0)</w:t>
            </w:r>
          </w:p>
        </w:tc>
      </w:tr>
      <w:tr w:rsidR="00477AAC" w:rsidRPr="002B00E3" w14:paraId="58FED8A5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4714512" w14:textId="523C9D2C" w:rsidR="00477AAC" w:rsidRPr="002B00E3" w:rsidRDefault="00632858" w:rsidP="00477AAC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Tobacco co</w:t>
            </w:r>
            <w:r w:rsidR="00175AC8"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n</w:t>
            </w: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sumption</w:t>
            </w:r>
            <w:r w:rsidR="00477AAC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="00477AAC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="00477AAC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8738FE4" w14:textId="77777777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463FB30" w14:textId="40EC7A2F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χ²(2) = 28.57,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0.13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AA846B6" w14:textId="77CF2568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χ²(6) = 73.36,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4ADB1FF" w14:textId="4AC224A9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χ²(6) = 49.88,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0.12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6926379" w14:textId="04FAD41A" w:rsidR="00477AAC" w:rsidRPr="002B00E3" w:rsidRDefault="00477AAC" w:rsidP="00477AA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χ²(8) = 28.37,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0.09</w:t>
            </w:r>
          </w:p>
        </w:tc>
      </w:tr>
      <w:tr w:rsidR="005928AA" w:rsidRPr="002B00E3" w14:paraId="4BA1D3B0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1AEB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Smoker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6F3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342 (19.2)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02D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186 (22.3)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FF7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156 (16.5)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55A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152 (25.0)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480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121 (22.8)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21C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(14.8)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EFA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 (5.5)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EF1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90 (28.4)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B34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112 (21.6)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934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67 (18.9)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4D3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65 (11.7)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B7F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50 (26.0)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197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80 (20.7)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9DD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55 (16.9)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941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38 (15.4)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705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62 (14.4)</w:t>
            </w:r>
          </w:p>
        </w:tc>
      </w:tr>
      <w:tr w:rsidR="005928AA" w:rsidRPr="002B00E3" w14:paraId="15964A46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E55A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Ex-smoker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5C1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661 (37.1)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2F7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338 (40.6)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33D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323 (34.1)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33A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181 (29.8)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228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190 (36.0)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751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145 (45.3)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3B0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144 (45.1)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CB3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114 (35.9)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F6D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208 (39.9)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96E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119 (33.7)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255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209 (37.5)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330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69 (35.6)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64C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160 (41.2)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892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128 (39.4)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376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98 (39.7)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E73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141 (32.8)</w:t>
            </w:r>
          </w:p>
        </w:tc>
      </w:tr>
      <w:tr w:rsidR="005928AA" w:rsidRPr="002B00E3" w14:paraId="75395EB2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227E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Non-smoker/occasional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050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778 (43.7)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B64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309 (37.1)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044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469 (49.5)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12D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274 (45.1)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325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217 (41.1)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812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128 (40.0)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922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157 (49.3)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21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113 (35.7)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135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200 (38.5)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23E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167 (47.4)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489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283 (50.8)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277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75 (38.5)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CD1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148 (38.1)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467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142 (43.7)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1B8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111 (45.0)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D60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226 (52.8)</w:t>
            </w:r>
          </w:p>
        </w:tc>
      </w:tr>
      <w:tr w:rsidR="002347A7" w:rsidRPr="002B00E3" w14:paraId="7572B4F5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4F2CD8C" w14:textId="77777777" w:rsidR="002347A7" w:rsidRPr="002B00E3" w:rsidRDefault="002347A7" w:rsidP="002347A7">
            <w:pPr>
              <w:spacing w:before="15" w:after="10"/>
              <w:ind w:left="30" w:right="40"/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>Alcohol consumption</w:t>
            </w: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-test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1C44980" w14:textId="77777777" w:rsidR="002347A7" w:rsidRPr="002B00E3" w:rsidRDefault="002347A7" w:rsidP="002347A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30CB2B6" w14:textId="77777777" w:rsidR="002042A1" w:rsidRDefault="002347A7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χ²(6) = 105.52,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4244A4F1" w14:textId="6930BDF7" w:rsidR="002347A7" w:rsidRPr="002B00E3" w:rsidRDefault="009B249F" w:rsidP="002042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2347A7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2347A7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D05D0BA" w14:textId="77777777" w:rsidR="002042A1" w:rsidRDefault="002347A7" w:rsidP="002347A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χ²(18) = 87.62,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5E788B8A" w14:textId="632574F1" w:rsidR="002347A7" w:rsidRPr="002B00E3" w:rsidRDefault="009B249F" w:rsidP="002347A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2347A7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2347A7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0.13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D7307CA" w14:textId="77777777" w:rsidR="002042A1" w:rsidRDefault="002347A7" w:rsidP="002347A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χ²(18) = 74.09,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518E0CBE" w14:textId="50FEB875" w:rsidR="002347A7" w:rsidRPr="002B00E3" w:rsidRDefault="009B249F" w:rsidP="002347A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2347A7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2347A7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0.12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8BA62C" w14:textId="6356AEEC" w:rsidR="002347A7" w:rsidRPr="002B00E3" w:rsidRDefault="002347A7" w:rsidP="002347A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χ²(24) = 104.24,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0.13</w:t>
            </w:r>
          </w:p>
        </w:tc>
      </w:tr>
      <w:tr w:rsidR="005928AA" w:rsidRPr="002B00E3" w14:paraId="07AAC873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0613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Daily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F67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116 (6.5)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453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88 (10.4)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3C5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28 (3.0)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EA1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(2.8)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34D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28 (5.2)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57C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 (9.4)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079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 (11.3)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22B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 (6.1)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BD4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 (7.0)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835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 (5.4)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A68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33 (5.9)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26D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14 (7.0)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179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 (7.4)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B26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 (5.2)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FC4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 (6.5)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ED3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 (5.4)</w:t>
            </w:r>
          </w:p>
        </w:tc>
      </w:tr>
      <w:tr w:rsidR="005928AA" w:rsidRPr="002B00E3" w14:paraId="24072B2B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8E43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>Several times a week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79C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299 (16.7)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A90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177 (21.0)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5F8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122 (12.9)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FD7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94 (15.3)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5B7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112 (21.1)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6AE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54 (16.6)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FFD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 (12.3)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54C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 (9.6)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C5B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69 (13.1)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91A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65 (17.9)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14D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134 (23.9)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DC6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15 (7.7)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886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59 (15.1)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A71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49 (14.8)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3A5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50 (20.3)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96F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105 (24.0)</w:t>
            </w:r>
          </w:p>
        </w:tc>
      </w:tr>
      <w:tr w:rsidR="005928AA" w:rsidRPr="002B00E3" w14:paraId="5612A6C9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D542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About once a week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14C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325 (18.1)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DAE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161 (19.1)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9EA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163 (17.2)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228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108 (17.6)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D2E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114 (21.4)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F30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55 (17.2)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45F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(14.7)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AFD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49 (15.7)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34F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104 (19.9)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710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55 (15.2)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BAB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115 (20.5)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0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22 (11.1)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49A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64 (16.4)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2F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68 (20.9)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408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(19.1)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49D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96 (22.0)</w:t>
            </w:r>
          </w:p>
        </w:tc>
      </w:tr>
      <w:tr w:rsidR="005928AA" w:rsidRPr="002B00E3" w14:paraId="331F664C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E65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Several times a month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66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243 (13.6)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DDF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121 (14.3)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16F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122 (12.9)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9B9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118 (19.2)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966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61 (11.5)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A20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 (8.4)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611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 (11.7)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E5C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(13.3)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CEE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67 (12.8)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0BA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56 (15.5)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8F4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76 (13.5)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E08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19 (9.3)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677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(12.0)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24D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41 (12.6)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BD7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42 (17.1)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7AD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73 (16.6)</w:t>
            </w:r>
          </w:p>
        </w:tc>
      </w:tr>
      <w:tr w:rsidR="005928AA" w:rsidRPr="002B00E3" w14:paraId="26AECBBB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4EAB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Once a month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E6E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206 (11.5)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7A77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85 (10.0)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059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121 (12.7)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597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81 (13.2)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7F7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48 (8.9)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1D1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41 (12.8)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E68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 (11.4)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90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 (9.3)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CC4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58 (11.0)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594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44 (12.1)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7C9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71 (12.7)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771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 (12.5)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8D7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47 (12.1)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A9E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 (10.3)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F78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 (10.2)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BBC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43 (9.9)</w:t>
            </w:r>
          </w:p>
        </w:tc>
      </w:tr>
      <w:tr w:rsidR="005928AA" w:rsidRPr="002B00E3" w14:paraId="2D652256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9F00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Less often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83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391 (21.8)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202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119 (14.2)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F61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272 (28.6)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1E7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131 (21.4)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230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119 (22.4)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AA0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62 (19.3)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546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77 (24.0)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BD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 (30.5)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0CED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117 (22.3)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E54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79 (21.8)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E315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91 (16.1)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73F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55 (27.6)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CF8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95 (24.2)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82B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79 (24.2)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F540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46 (18.8)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8B7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65 (14.9)</w:t>
            </w:r>
          </w:p>
        </w:tc>
      </w:tr>
      <w:tr w:rsidR="005928AA" w:rsidRPr="002B00E3" w14:paraId="42C183BD" w14:textId="77777777" w:rsidTr="00C01080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149C" w14:textId="77777777" w:rsidR="005928AA" w:rsidRPr="002B00E3" w:rsidRDefault="005928AA" w:rsidP="005928AA">
            <w:pPr>
              <w:spacing w:before="15" w:after="10"/>
              <w:ind w:left="30" w:right="4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769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215 (12.0)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86F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 (11.0)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C051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122 (12.8)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D6A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64 (10.5)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1F89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51 (9.5)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943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53 (16.4)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42AA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46 (14.5)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614F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48 (15.5)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B663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73 (13.9)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F7FE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44 (12.1)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8C3C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41 (7.4)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C62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50 (24.8)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4618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49 (12.6)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D9AB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39 (11.9)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2B84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20 (8.1)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6236" w14:textId="77777777" w:rsidR="005928AA" w:rsidRPr="002B00E3" w:rsidRDefault="005928AA" w:rsidP="005928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 (7.2)</w:t>
            </w:r>
          </w:p>
        </w:tc>
      </w:tr>
    </w:tbl>
    <w:p w14:paraId="14E7C680" w14:textId="7B66ACD5" w:rsidR="008A72D4" w:rsidRPr="002B00E3" w:rsidRDefault="00B02FE3" w:rsidP="00B150A2">
      <w:pPr>
        <w:rPr>
          <w:rFonts w:ascii="Arial" w:hAnsi="Arial" w:cs="Arial"/>
          <w:sz w:val="18"/>
          <w:szCs w:val="18"/>
          <w:lang w:val="en-GB"/>
        </w:rPr>
      </w:pPr>
      <w:bookmarkStart w:id="4" w:name="_Hlk194651934"/>
      <w:bookmarkEnd w:id="3"/>
      <w:r w:rsidRPr="00EE06AA">
        <w:rPr>
          <w:rFonts w:ascii="Arial" w:hAnsi="Arial" w:cs="Arial"/>
          <w:sz w:val="18"/>
          <w:szCs w:val="18"/>
          <w:lang w:val="en-GB"/>
        </w:rPr>
        <w:t>Note</w:t>
      </w:r>
      <w:r w:rsidR="00741B9E" w:rsidRPr="00EE06AA">
        <w:rPr>
          <w:rFonts w:ascii="Arial" w:hAnsi="Arial" w:cs="Arial"/>
          <w:sz w:val="18"/>
          <w:szCs w:val="18"/>
          <w:lang w:val="en-GB"/>
        </w:rPr>
        <w:t>:</w:t>
      </w:r>
      <w:r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6F22AC" w:rsidRPr="002B00E3">
        <w:rPr>
          <w:rFonts w:ascii="Arial" w:hAnsi="Arial" w:cs="Arial"/>
          <w:sz w:val="18"/>
          <w:szCs w:val="18"/>
          <w:lang w:val="en-GB"/>
        </w:rPr>
        <w:t>n/a denotes that the χ²-test was not computed.</w:t>
      </w:r>
      <w:r w:rsidR="00632858"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632858" w:rsidRPr="002B00E3">
        <w:rPr>
          <w:rFonts w:ascii="Arial" w:eastAsia="Times New Roman" w:hAnsi="Arial" w:cs="Arial"/>
          <w:sz w:val="18"/>
          <w:szCs w:val="18"/>
          <w:lang w:val="en-GB"/>
        </w:rPr>
        <w:t>Region summari</w:t>
      </w:r>
      <w:r w:rsidR="00917B7F" w:rsidRPr="002B00E3">
        <w:rPr>
          <w:rFonts w:ascii="Arial" w:eastAsia="Times New Roman" w:hAnsi="Arial" w:cs="Arial"/>
          <w:sz w:val="18"/>
          <w:szCs w:val="18"/>
          <w:lang w:val="en-GB"/>
        </w:rPr>
        <w:t>s</w:t>
      </w:r>
      <w:r w:rsidR="00632858" w:rsidRPr="002B00E3">
        <w:rPr>
          <w:rFonts w:ascii="Arial" w:eastAsia="Times New Roman" w:hAnsi="Arial" w:cs="Arial"/>
          <w:sz w:val="18"/>
          <w:szCs w:val="18"/>
          <w:lang w:val="en-GB"/>
        </w:rPr>
        <w:t>ed the German federal states according to the Nomenclature of Territorial Units for Statistics (NUTS) level 3 by Eurostat (</w:t>
      </w:r>
      <w:r w:rsidR="00680A9B" w:rsidRPr="002B00E3">
        <w:rPr>
          <w:rFonts w:ascii="Arial" w:hAnsi="Arial" w:cs="Arial"/>
          <w:sz w:val="18"/>
          <w:szCs w:val="18"/>
          <w:lang w:val="en-GB"/>
        </w:rPr>
        <w:t>2022</w:t>
      </w:r>
      <w:r w:rsidR="00355D5F" w:rsidRPr="002B00E3">
        <w:rPr>
          <w:rFonts w:ascii="Arial" w:hAnsi="Arial" w:cs="Arial"/>
          <w:sz w:val="18"/>
          <w:szCs w:val="18"/>
          <w:lang w:val="en-GB"/>
        </w:rPr>
        <w:t>)</w:t>
      </w:r>
      <w:r w:rsidR="00AB3EFF"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355D5F" w:rsidRPr="002B00E3">
        <w:rPr>
          <w:rFonts w:ascii="Arial" w:hAnsi="Arial" w:cs="Arial"/>
          <w:sz w:val="18"/>
          <w:szCs w:val="18"/>
          <w:lang w:val="en-GB"/>
        </w:rPr>
        <w:t>(</w:t>
      </w:r>
      <w:r w:rsidR="00AB3EFF" w:rsidRPr="002B00E3">
        <w:rPr>
          <w:rFonts w:ascii="Arial" w:hAnsi="Arial" w:cs="Arial"/>
          <w:sz w:val="18"/>
          <w:szCs w:val="18"/>
          <w:lang w:val="en-GB"/>
        </w:rPr>
        <w:t xml:space="preserve">North = Schleswig-Holstein, Hamburg, Lower Saxony, Bremen; East = </w:t>
      </w:r>
      <w:r w:rsidR="00B150A2" w:rsidRPr="002B00E3">
        <w:rPr>
          <w:rFonts w:ascii="Arial" w:hAnsi="Arial" w:cs="Arial"/>
          <w:sz w:val="18"/>
          <w:szCs w:val="18"/>
          <w:lang w:val="en-GB"/>
        </w:rPr>
        <w:t>Berlin, Brandenburg, Mecklenburg-Western Pomerania, Saxony, Saxony-Anhalt, Thuringia; Baden-Wuerttemberg; Bavaria; North Rhine-Westphalia; South-West = Hesse, Rhineland-Palatinate, Saarland</w:t>
      </w:r>
      <w:r w:rsidR="00680A9B" w:rsidRPr="002B00E3">
        <w:rPr>
          <w:rFonts w:ascii="Arial" w:hAnsi="Arial" w:cs="Arial"/>
          <w:sz w:val="18"/>
          <w:szCs w:val="18"/>
          <w:lang w:val="en-GB"/>
        </w:rPr>
        <w:t xml:space="preserve">) </w:t>
      </w:r>
      <w:r w:rsidR="00632858" w:rsidRPr="002B00E3">
        <w:rPr>
          <w:rFonts w:ascii="Arial" w:hAnsi="Arial" w:cs="Arial"/>
          <w:sz w:val="18"/>
          <w:szCs w:val="18"/>
          <w:lang w:val="en-GB"/>
        </w:rPr>
        <w:t>to enable statistically sound statements about regional tendencies on the basis of a larger sample size.</w:t>
      </w:r>
      <w:r w:rsidR="00E21516"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bookmarkEnd w:id="4"/>
      <w:r w:rsidR="00F916A8" w:rsidRPr="002B00E3">
        <w:rPr>
          <w:rFonts w:ascii="Arial" w:hAnsi="Arial" w:cs="Arial"/>
          <w:sz w:val="18"/>
          <w:szCs w:val="18"/>
          <w:lang w:val="en-GB"/>
        </w:rPr>
        <w:t>Effect sizes in bold indicate at least small group differences.</w:t>
      </w:r>
    </w:p>
    <w:p w14:paraId="75DC9535" w14:textId="77777777" w:rsidR="009B243E" w:rsidRPr="002B00E3" w:rsidRDefault="009B243E">
      <w:pPr>
        <w:rPr>
          <w:rFonts w:ascii="Arial" w:hAnsi="Arial" w:cs="Arial"/>
          <w:sz w:val="18"/>
          <w:szCs w:val="18"/>
          <w:lang w:val="en-GB"/>
        </w:rPr>
      </w:pPr>
    </w:p>
    <w:p w14:paraId="2A5510F6" w14:textId="77777777" w:rsidR="004D630F" w:rsidRPr="002B00E3" w:rsidRDefault="004D630F">
      <w:pPr>
        <w:rPr>
          <w:rFonts w:ascii="Arial" w:hAnsi="Arial" w:cs="Arial"/>
          <w:sz w:val="18"/>
          <w:szCs w:val="18"/>
          <w:lang w:val="en-GB"/>
        </w:rPr>
        <w:sectPr w:rsidR="004D630F" w:rsidRPr="002B00E3" w:rsidSect="002B00E3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C7866D7" w14:textId="167ACD8B" w:rsidR="004D630F" w:rsidRPr="00FD63EC" w:rsidRDefault="004D630F" w:rsidP="004D630F">
      <w:pPr>
        <w:pStyle w:val="berschrift3"/>
        <w:rPr>
          <w:rFonts w:ascii="Arial" w:hAnsi="Arial" w:cs="Arial"/>
          <w:color w:val="auto"/>
          <w:sz w:val="18"/>
          <w:szCs w:val="18"/>
          <w:lang w:val="en-GB"/>
        </w:rPr>
      </w:pPr>
      <w:bookmarkStart w:id="5" w:name="_Toc221782215"/>
      <w:r w:rsidRPr="00FD63EC">
        <w:rPr>
          <w:rFonts w:ascii="Arial" w:hAnsi="Arial" w:cs="Arial"/>
          <w:color w:val="auto"/>
          <w:sz w:val="18"/>
          <w:szCs w:val="18"/>
          <w:lang w:val="en-GB"/>
        </w:rPr>
        <w:lastRenderedPageBreak/>
        <w:t xml:space="preserve">Table S2 Knowledge </w:t>
      </w:r>
      <w:r w:rsidR="0086338C" w:rsidRPr="00FD63EC">
        <w:rPr>
          <w:rFonts w:ascii="Arial" w:hAnsi="Arial" w:cs="Arial"/>
          <w:color w:val="auto"/>
          <w:sz w:val="18"/>
          <w:szCs w:val="18"/>
          <w:lang w:val="en-GB"/>
        </w:rPr>
        <w:t>of</w:t>
      </w:r>
      <w:r w:rsidRPr="00FD63EC">
        <w:rPr>
          <w:rFonts w:ascii="Arial" w:hAnsi="Arial" w:cs="Arial"/>
          <w:color w:val="auto"/>
          <w:sz w:val="18"/>
          <w:szCs w:val="18"/>
          <w:lang w:val="en-GB"/>
        </w:rPr>
        <w:t xml:space="preserve"> diagnostic items of oral cancer by region</w:t>
      </w:r>
      <w:bookmarkEnd w:id="5"/>
    </w:p>
    <w:p w14:paraId="520E05CB" w14:textId="77777777" w:rsidR="004744A4" w:rsidRPr="002B00E3" w:rsidRDefault="004744A4" w:rsidP="004744A4">
      <w:pPr>
        <w:spacing w:after="0" w:line="360" w:lineRule="auto"/>
        <w:rPr>
          <w:rFonts w:ascii="Arial" w:eastAsia="Times New Roman" w:hAnsi="Arial" w:cs="Arial"/>
          <w:sz w:val="18"/>
          <w:szCs w:val="18"/>
          <w:lang w:val="en-GB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705"/>
        <w:gridCol w:w="1093"/>
        <w:gridCol w:w="1093"/>
        <w:gridCol w:w="1093"/>
        <w:gridCol w:w="1093"/>
        <w:gridCol w:w="1093"/>
        <w:gridCol w:w="1330"/>
        <w:gridCol w:w="1276"/>
      </w:tblGrid>
      <w:tr w:rsidR="004744A4" w:rsidRPr="002B00E3" w14:paraId="265DC42E" w14:textId="77777777" w:rsidTr="00E94A98">
        <w:trPr>
          <w:cantSplit/>
          <w:trHeight w:val="723"/>
          <w:tblHeader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F0125B8" w14:textId="77777777" w:rsidR="004744A4" w:rsidRPr="008B26CD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Sample characteristic</w:t>
            </w:r>
            <w:r w:rsidR="000E0B3F"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10F00A" w14:textId="002C1D39" w:rsidR="004744A4" w:rsidRPr="008B26CD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The most common sites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D59490" w14:textId="335B8435" w:rsidR="004744A4" w:rsidRPr="008B26CD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proofErr w:type="spellStart"/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Asympto</w:t>
            </w:r>
            <w:r w:rsidR="00E94A98"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-</w:t>
            </w:r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matic</w:t>
            </w:r>
            <w:proofErr w:type="spellEnd"/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at early stages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B1257D" w14:textId="77777777" w:rsidR="004744A4" w:rsidRPr="008B26CD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Majority diagnosis at age 60+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F809B3" w14:textId="76D91DF9" w:rsidR="004744A4" w:rsidRPr="008B26CD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Diagnose at</w:t>
            </w:r>
            <w:r w:rsidR="00BC612D"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advanced stage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98D0F9" w14:textId="3769D160" w:rsidR="004744A4" w:rsidRPr="008B26CD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Appearance of early lesions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95BC18" w14:textId="71921628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8B26CD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Sum score diagnostics</w:t>
            </w:r>
          </w:p>
        </w:tc>
      </w:tr>
      <w:tr w:rsidR="004744A4" w:rsidRPr="002B00E3" w14:paraId="4F397310" w14:textId="77777777" w:rsidTr="00E94A98">
        <w:trPr>
          <w:cantSplit/>
          <w:trHeight w:val="428"/>
          <w:tblHeader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3BDBEB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70C3F3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Tongue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1A2B9B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Floor of the mouth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078332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40DD3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7489B0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CD2E993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576E90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</w:tr>
      <w:tr w:rsidR="004744A4" w:rsidRPr="002B00E3" w14:paraId="6A645653" w14:textId="77777777" w:rsidTr="00E94A98">
        <w:trPr>
          <w:cantSplit/>
          <w:trHeight w:val="400"/>
          <w:tblHeader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041A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A4ABD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200B7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22DF8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A537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1DECA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CD94E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94AB9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/>
              </w:rPr>
              <w:t>M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(</w:t>
            </w:r>
            <w:r w:rsidRPr="002B00E3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/>
              </w:rPr>
              <w:t>SD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)</w:t>
            </w:r>
          </w:p>
        </w:tc>
      </w:tr>
      <w:tr w:rsidR="004744A4" w:rsidRPr="002B00E3" w14:paraId="65F5A66E" w14:textId="77777777" w:rsidTr="00E94A98">
        <w:trPr>
          <w:trHeight w:val="4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50940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C4CB81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58.5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64071B4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33.3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156C45C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37.6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8B7B937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37.1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B494AD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64.4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5CA2953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36.4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7A02699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2.67 (1.24)</w:t>
            </w:r>
          </w:p>
        </w:tc>
      </w:tr>
      <w:tr w:rsidR="004744A4" w:rsidRPr="002B00E3" w14:paraId="1C4D9A34" w14:textId="77777777" w:rsidTr="00E94A98">
        <w:trPr>
          <w:trHeight w:val="4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FEA48D" w14:textId="2EDB3D4E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Region,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73DDFDA" w14:textId="77777777" w:rsidR="002042A1" w:rsidRDefault="004744A4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(5) = 3.86,</w:t>
            </w:r>
          </w:p>
          <w:p w14:paraId="45C50FFF" w14:textId="77777777" w:rsidR="002042A1" w:rsidRDefault="009B249F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.570,</w:t>
            </w:r>
          </w:p>
          <w:p w14:paraId="12FB7FDB" w14:textId="34039529" w:rsidR="004744A4" w:rsidRPr="002B00E3" w:rsidRDefault="009B249F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0.05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79777DB" w14:textId="77777777" w:rsidR="002042A1" w:rsidRDefault="004744A4" w:rsidP="002042A1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(5) = 18.95,</w:t>
            </w:r>
          </w:p>
          <w:p w14:paraId="2E5BF2DF" w14:textId="77777777" w:rsidR="002042A1" w:rsidRDefault="009B249F" w:rsidP="002042A1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.002,</w:t>
            </w:r>
          </w:p>
          <w:p w14:paraId="5564A4BD" w14:textId="1881239D" w:rsidR="004744A4" w:rsidRPr="002B00E3" w:rsidRDefault="009B249F" w:rsidP="002042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4744A4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19D38DC" w14:textId="77777777" w:rsidR="002042A1" w:rsidRDefault="004744A4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(5) = 15.67,</w:t>
            </w:r>
          </w:p>
          <w:p w14:paraId="1110B8A3" w14:textId="779B245D" w:rsidR="004744A4" w:rsidRPr="002042A1" w:rsidRDefault="009B249F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.008,</w:t>
            </w: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 V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0.09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A0CA1AD" w14:textId="77777777" w:rsidR="002042A1" w:rsidRDefault="004744A4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(5) = 8.48,</w:t>
            </w:r>
          </w:p>
          <w:p w14:paraId="4FB06F13" w14:textId="77777777" w:rsidR="002042A1" w:rsidRDefault="009B249F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.132,</w:t>
            </w:r>
          </w:p>
          <w:p w14:paraId="4987EDC0" w14:textId="3EA21840" w:rsidR="004744A4" w:rsidRPr="002042A1" w:rsidRDefault="009B249F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0.07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5615BF1" w14:textId="77777777" w:rsidR="002042A1" w:rsidRDefault="004744A4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(5) = 7.24,</w:t>
            </w:r>
          </w:p>
          <w:p w14:paraId="10110964" w14:textId="77777777" w:rsidR="002042A1" w:rsidRDefault="009B249F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.203,</w:t>
            </w:r>
          </w:p>
          <w:p w14:paraId="7EB8C2DA" w14:textId="78A1EA9C" w:rsidR="004744A4" w:rsidRPr="002042A1" w:rsidRDefault="009B249F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0.06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50397A3" w14:textId="77777777" w:rsidR="002042A1" w:rsidRDefault="004744A4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(5) = 4.66,</w:t>
            </w:r>
          </w:p>
          <w:p w14:paraId="2BA25EBD" w14:textId="77777777" w:rsidR="002042A1" w:rsidRDefault="009B249F" w:rsidP="002042A1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.458,</w:t>
            </w:r>
          </w:p>
          <w:p w14:paraId="111818D0" w14:textId="0F193A60" w:rsidR="004744A4" w:rsidRPr="002B00E3" w:rsidRDefault="009B249F" w:rsidP="002042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0.05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B8DA295" w14:textId="77777777" w:rsidR="002042A1" w:rsidRDefault="004744A4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F(5, 1794) = 3.16,</w:t>
            </w:r>
          </w:p>
          <w:p w14:paraId="72C32DA1" w14:textId="77777777" w:rsidR="002042A1" w:rsidRDefault="009B249F" w:rsidP="001B4F2F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.008,</w:t>
            </w:r>
          </w:p>
          <w:p w14:paraId="647CA187" w14:textId="44BA6503" w:rsidR="004744A4" w:rsidRPr="002B00E3" w:rsidRDefault="009B249F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d </w:t>
            </w:r>
            <w:r w:rsidR="004744A4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0.19</w:t>
            </w:r>
          </w:p>
        </w:tc>
      </w:tr>
      <w:tr w:rsidR="004744A4" w:rsidRPr="002B00E3" w14:paraId="1B2068CD" w14:textId="77777777" w:rsidTr="00E94A98">
        <w:trPr>
          <w:trHeight w:val="40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6E6B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5DB2E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59.1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66B86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31.5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7B82A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32.2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0FDD8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36.8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73876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68.3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DDD69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41.7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3D71D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2.70 (1.23)</w:t>
            </w:r>
          </w:p>
        </w:tc>
      </w:tr>
      <w:tr w:rsidR="004744A4" w:rsidRPr="002B00E3" w14:paraId="1A3372A1" w14:textId="77777777" w:rsidTr="00E94A98">
        <w:trPr>
          <w:trHeight w:val="40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3E37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East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C913B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54.3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C68B1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30.4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90321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32.6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9BEA3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35.2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34F27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60.7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06022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36.0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4F7C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2.49 (1.32)</w:t>
            </w:r>
          </w:p>
        </w:tc>
      </w:tr>
      <w:tr w:rsidR="004744A4" w:rsidRPr="002B00E3" w14:paraId="3D5CC362" w14:textId="77777777" w:rsidTr="00E94A98">
        <w:trPr>
          <w:trHeight w:val="40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4755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Baden-Wuerttemberg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A4E3D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60.8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84324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27.5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492C5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35.7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F6F79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41.1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461FA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64.7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F98B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35.1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3CAEE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2.65 (1.27)</w:t>
            </w:r>
          </w:p>
        </w:tc>
      </w:tr>
      <w:tr w:rsidR="004744A4" w:rsidRPr="002B00E3" w14:paraId="4B2D4ABB" w14:textId="77777777" w:rsidTr="00E94A98">
        <w:trPr>
          <w:trHeight w:val="40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65E9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Bavaria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27748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58.9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6E49E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43.3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D449C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42.9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DEBE4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42.8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F4DCA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63.4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80E8E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34.0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3450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2.85 (1.18)</w:t>
            </w:r>
          </w:p>
        </w:tc>
      </w:tr>
      <w:tr w:rsidR="004744A4" w:rsidRPr="002B00E3" w14:paraId="5DBAC4A9" w14:textId="77777777" w:rsidTr="00E94A98">
        <w:trPr>
          <w:trHeight w:val="40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8D28F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27DA2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60.1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A86D7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33.4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3E1E3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41.7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D9E01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35.1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34C5A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67.9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4F72D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35.1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B7B6D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2.73 (1.17)</w:t>
            </w:r>
          </w:p>
        </w:tc>
      </w:tr>
      <w:tr w:rsidR="004744A4" w:rsidRPr="002B00E3" w14:paraId="107D4E4E" w14:textId="77777777" w:rsidTr="00E94A98">
        <w:trPr>
          <w:trHeight w:val="40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6CD9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South-West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7986C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60.0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F4E09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33.0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19133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41.4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C3AE1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32.8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B8C34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61.0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E5EC9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36.8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73231" w14:textId="77777777" w:rsidR="004744A4" w:rsidRPr="002B00E3" w:rsidRDefault="004744A4" w:rsidP="001B4F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2.65 (1.23)</w:t>
            </w:r>
          </w:p>
        </w:tc>
      </w:tr>
    </w:tbl>
    <w:p w14:paraId="4713B67C" w14:textId="0C788A22" w:rsidR="004744A4" w:rsidRPr="002B00E3" w:rsidRDefault="004744A4">
      <w:pPr>
        <w:rPr>
          <w:rFonts w:ascii="Arial" w:hAnsi="Arial" w:cs="Arial"/>
          <w:sz w:val="18"/>
          <w:szCs w:val="18"/>
          <w:lang w:val="en-GB"/>
        </w:rPr>
      </w:pPr>
      <w:r w:rsidRPr="00EE06AA">
        <w:rPr>
          <w:rFonts w:ascii="Arial" w:hAnsi="Arial" w:cs="Arial"/>
          <w:sz w:val="18"/>
          <w:szCs w:val="18"/>
          <w:lang w:val="en-GB"/>
        </w:rPr>
        <w:t>Note:</w:t>
      </w:r>
      <w:r w:rsidRPr="002B00E3">
        <w:rPr>
          <w:rFonts w:ascii="Arial" w:hAnsi="Arial" w:cs="Arial"/>
          <w:sz w:val="18"/>
          <w:szCs w:val="18"/>
          <w:lang w:val="en-GB"/>
        </w:rPr>
        <w:t xml:space="preserve"> Effect sizes in bold indicate small group differences. </w:t>
      </w:r>
      <w:r w:rsidRPr="002B00E3">
        <w:rPr>
          <w:rFonts w:ascii="Arial" w:eastAsia="Times New Roman" w:hAnsi="Arial" w:cs="Arial"/>
          <w:sz w:val="18"/>
          <w:szCs w:val="18"/>
          <w:lang w:val="en-GB"/>
        </w:rPr>
        <w:t>Region summari</w:t>
      </w:r>
      <w:r w:rsidR="00917B7F" w:rsidRPr="002B00E3">
        <w:rPr>
          <w:rFonts w:ascii="Arial" w:eastAsia="Times New Roman" w:hAnsi="Arial" w:cs="Arial"/>
          <w:sz w:val="18"/>
          <w:szCs w:val="18"/>
          <w:lang w:val="en-GB"/>
        </w:rPr>
        <w:t>s</w:t>
      </w:r>
      <w:r w:rsidRPr="002B00E3">
        <w:rPr>
          <w:rFonts w:ascii="Arial" w:eastAsia="Times New Roman" w:hAnsi="Arial" w:cs="Arial"/>
          <w:sz w:val="18"/>
          <w:szCs w:val="18"/>
          <w:lang w:val="en-GB"/>
        </w:rPr>
        <w:t>ed the German federal states according to the Nomenclature of Territorial Units for Statistics (NUTS) level 3 by Eurostat (</w:t>
      </w:r>
      <w:r w:rsidRPr="002B00E3">
        <w:rPr>
          <w:rFonts w:ascii="Arial" w:hAnsi="Arial" w:cs="Arial"/>
          <w:sz w:val="18"/>
          <w:szCs w:val="18"/>
          <w:lang w:val="en-GB"/>
        </w:rPr>
        <w:t>2022</w:t>
      </w:r>
      <w:r w:rsidR="00355D5F" w:rsidRPr="002B00E3">
        <w:rPr>
          <w:rFonts w:ascii="Arial" w:hAnsi="Arial" w:cs="Arial"/>
          <w:sz w:val="18"/>
          <w:szCs w:val="18"/>
          <w:lang w:val="en-GB"/>
        </w:rPr>
        <w:t>)</w:t>
      </w:r>
      <w:r w:rsidR="00393476"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355D5F" w:rsidRPr="002B00E3">
        <w:rPr>
          <w:rFonts w:ascii="Arial" w:hAnsi="Arial" w:cs="Arial"/>
          <w:sz w:val="18"/>
          <w:szCs w:val="18"/>
          <w:lang w:val="en-GB"/>
        </w:rPr>
        <w:t>(</w:t>
      </w:r>
      <w:r w:rsidR="00393476" w:rsidRPr="002B00E3">
        <w:rPr>
          <w:rFonts w:ascii="Arial" w:hAnsi="Arial" w:cs="Arial"/>
          <w:sz w:val="18"/>
          <w:szCs w:val="18"/>
          <w:lang w:val="en-GB"/>
        </w:rPr>
        <w:t>North = Schleswig-Holstein, Hamburg, Lower Saxony, Bremen; East = Berlin, Brandenburg, Mecklenburg-Western Pomerania, Saxony, Saxony-Anhalt, Thuringia; Baden-Wuerttemberg; Bavaria; North Rhine-Westphalia; South-West = Hesse, Rhineland-Palatinate, Saarland</w:t>
      </w:r>
      <w:r w:rsidRPr="002B00E3">
        <w:rPr>
          <w:rFonts w:ascii="Arial" w:hAnsi="Arial" w:cs="Arial"/>
          <w:sz w:val="18"/>
          <w:szCs w:val="18"/>
          <w:lang w:val="en-GB"/>
        </w:rPr>
        <w:t>) to enable statistically sound statements about regional tendencies on the basis of a larger sample size. Effect sizes in bold indicate at least small group differences.</w:t>
      </w:r>
    </w:p>
    <w:p w14:paraId="5A4C9FC4" w14:textId="77777777" w:rsidR="009B243E" w:rsidRPr="002B00E3" w:rsidRDefault="009B243E">
      <w:pPr>
        <w:rPr>
          <w:rFonts w:ascii="Arial" w:hAnsi="Arial" w:cs="Arial"/>
          <w:sz w:val="18"/>
          <w:szCs w:val="18"/>
          <w:lang w:val="en-GB"/>
        </w:rPr>
      </w:pPr>
      <w:r w:rsidRPr="002B00E3">
        <w:rPr>
          <w:rFonts w:ascii="Arial" w:hAnsi="Arial" w:cs="Arial"/>
          <w:sz w:val="18"/>
          <w:szCs w:val="18"/>
          <w:lang w:val="en-GB"/>
        </w:rPr>
        <w:br w:type="page"/>
      </w:r>
    </w:p>
    <w:p w14:paraId="489A118C" w14:textId="43D8E66C" w:rsidR="0025254C" w:rsidRPr="002B00E3" w:rsidRDefault="0025254C" w:rsidP="002B00E3">
      <w:pPr>
        <w:pStyle w:val="berschrift3"/>
        <w:spacing w:before="0" w:line="360" w:lineRule="auto"/>
        <w:rPr>
          <w:rFonts w:ascii="Arial" w:hAnsi="Arial" w:cs="Arial"/>
          <w:color w:val="auto"/>
          <w:sz w:val="18"/>
          <w:szCs w:val="18"/>
          <w:lang w:val="en-GB"/>
        </w:rPr>
      </w:pPr>
      <w:bookmarkStart w:id="6" w:name="_Toc221782216"/>
      <w:r w:rsidRPr="002B00E3">
        <w:rPr>
          <w:rFonts w:ascii="Arial" w:hAnsi="Arial" w:cs="Arial"/>
          <w:color w:val="auto"/>
          <w:sz w:val="18"/>
          <w:szCs w:val="18"/>
          <w:lang w:val="en-GB"/>
        </w:rPr>
        <w:lastRenderedPageBreak/>
        <w:t>Table S3 Results for post</w:t>
      </w:r>
      <w:r w:rsidR="00B020AD" w:rsidRPr="002B00E3">
        <w:rPr>
          <w:rFonts w:ascii="Arial" w:hAnsi="Arial" w:cs="Arial"/>
          <w:color w:val="auto"/>
          <w:sz w:val="18"/>
          <w:szCs w:val="18"/>
          <w:lang w:val="en-GB"/>
        </w:rPr>
        <w:t xml:space="preserve"> </w:t>
      </w:r>
      <w:r w:rsidRPr="002B00E3">
        <w:rPr>
          <w:rFonts w:ascii="Arial" w:hAnsi="Arial" w:cs="Arial"/>
          <w:color w:val="auto"/>
          <w:sz w:val="18"/>
          <w:szCs w:val="18"/>
          <w:lang w:val="en-GB"/>
        </w:rPr>
        <w:t>hoc tests o</w:t>
      </w:r>
      <w:r w:rsidR="0086338C" w:rsidRPr="002B00E3">
        <w:rPr>
          <w:rFonts w:ascii="Arial" w:hAnsi="Arial" w:cs="Arial"/>
          <w:color w:val="auto"/>
          <w:sz w:val="18"/>
          <w:szCs w:val="18"/>
          <w:lang w:val="en-GB"/>
        </w:rPr>
        <w:t>n</w:t>
      </w:r>
      <w:r w:rsidRPr="002B00E3">
        <w:rPr>
          <w:rFonts w:ascii="Arial" w:hAnsi="Arial" w:cs="Arial"/>
          <w:color w:val="auto"/>
          <w:sz w:val="18"/>
          <w:szCs w:val="18"/>
          <w:lang w:val="en-GB"/>
        </w:rPr>
        <w:t xml:space="preserve"> knowledge </w:t>
      </w:r>
      <w:r w:rsidR="0086338C" w:rsidRPr="002B00E3">
        <w:rPr>
          <w:rFonts w:ascii="Arial" w:hAnsi="Arial" w:cs="Arial"/>
          <w:color w:val="auto"/>
          <w:sz w:val="18"/>
          <w:szCs w:val="18"/>
          <w:lang w:val="en-GB"/>
        </w:rPr>
        <w:t>of</w:t>
      </w:r>
      <w:r w:rsidRPr="002B00E3">
        <w:rPr>
          <w:rFonts w:ascii="Arial" w:hAnsi="Arial" w:cs="Arial"/>
          <w:color w:val="auto"/>
          <w:sz w:val="18"/>
          <w:szCs w:val="18"/>
          <w:lang w:val="en-GB"/>
        </w:rPr>
        <w:t xml:space="preserve"> dia</w:t>
      </w:r>
      <w:r w:rsidR="002B00E3" w:rsidRPr="002B00E3">
        <w:rPr>
          <w:rFonts w:ascii="Arial" w:hAnsi="Arial" w:cs="Arial"/>
          <w:color w:val="auto"/>
          <w:sz w:val="18"/>
          <w:szCs w:val="18"/>
          <w:lang w:val="en-GB"/>
        </w:rPr>
        <w:t>gnostic items of oral cancer by</w:t>
      </w:r>
      <w:r w:rsidR="00744E42">
        <w:rPr>
          <w:rFonts w:ascii="Arial" w:hAnsi="Arial" w:cs="Arial"/>
          <w:color w:val="auto"/>
          <w:sz w:val="18"/>
          <w:szCs w:val="18"/>
          <w:lang w:val="en-GB"/>
        </w:rPr>
        <w:t xml:space="preserve"> </w:t>
      </w:r>
      <w:r w:rsidRPr="002B00E3">
        <w:rPr>
          <w:rFonts w:ascii="Arial" w:hAnsi="Arial" w:cs="Arial"/>
          <w:color w:val="auto"/>
          <w:sz w:val="18"/>
          <w:szCs w:val="18"/>
          <w:lang w:val="en-GB"/>
        </w:rPr>
        <w:t>sociodemograp</w:t>
      </w:r>
      <w:r w:rsidR="00F37D7E" w:rsidRPr="002B00E3">
        <w:rPr>
          <w:rFonts w:ascii="Arial" w:hAnsi="Arial" w:cs="Arial"/>
          <w:color w:val="auto"/>
          <w:sz w:val="18"/>
          <w:szCs w:val="18"/>
          <w:lang w:val="en-GB"/>
        </w:rPr>
        <w:t>h</w:t>
      </w:r>
      <w:r w:rsidRPr="002B00E3">
        <w:rPr>
          <w:rFonts w:ascii="Arial" w:hAnsi="Arial" w:cs="Arial"/>
          <w:color w:val="auto"/>
          <w:sz w:val="18"/>
          <w:szCs w:val="18"/>
          <w:lang w:val="en-GB"/>
        </w:rPr>
        <w:t>ic group</w:t>
      </w:r>
      <w:bookmarkEnd w:id="6"/>
    </w:p>
    <w:p w14:paraId="599FFE8D" w14:textId="77777777" w:rsidR="0025254C" w:rsidRPr="002B00E3" w:rsidRDefault="0025254C" w:rsidP="0025254C">
      <w:pPr>
        <w:rPr>
          <w:rFonts w:ascii="Arial" w:hAnsi="Arial" w:cs="Arial"/>
          <w:sz w:val="18"/>
          <w:szCs w:val="18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417"/>
        <w:gridCol w:w="1276"/>
        <w:gridCol w:w="1134"/>
        <w:gridCol w:w="1134"/>
        <w:gridCol w:w="1276"/>
        <w:gridCol w:w="1417"/>
      </w:tblGrid>
      <w:tr w:rsidR="005B3E7B" w:rsidRPr="002B00E3" w14:paraId="74E2C2A0" w14:textId="77777777" w:rsidTr="003E556B">
        <w:trPr>
          <w:cantSplit/>
          <w:trHeight w:val="723"/>
          <w:tblHeader/>
        </w:trPr>
        <w:tc>
          <w:tcPr>
            <w:tcW w:w="2547" w:type="dxa"/>
            <w:gridSpan w:val="2"/>
            <w:shd w:val="clear" w:color="auto" w:fill="F2F2F2" w:themeFill="background1" w:themeFillShade="F2"/>
            <w:hideMark/>
          </w:tcPr>
          <w:p w14:paraId="37FCF08C" w14:textId="6D00B1AF" w:rsidR="005B3E7B" w:rsidRPr="002B00E3" w:rsidRDefault="005B3E7B" w:rsidP="00362E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Sample characteristics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1B6AA03" w14:textId="3B5CC361" w:rsidR="005B3E7B" w:rsidRPr="002B00E3" w:rsidRDefault="005B3E7B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The most common sites: </w:t>
            </w:r>
            <w:r w:rsidR="00917B7F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f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loor of the mouth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57A4F394" w14:textId="68C84A1F" w:rsidR="005B3E7B" w:rsidRPr="002B00E3" w:rsidRDefault="005B3E7B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proofErr w:type="spellStart"/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Asymptom</w:t>
            </w:r>
            <w:r w:rsidR="001D496C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atic</w:t>
            </w:r>
            <w:proofErr w:type="spellEnd"/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at early stages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6E216156" w14:textId="7B934FD9" w:rsidR="005B3E7B" w:rsidRPr="002B00E3" w:rsidRDefault="001D496C" w:rsidP="001D496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Majority diagnosis ≤ 60 years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11A018A8" w14:textId="19AAF6EE" w:rsidR="005B3E7B" w:rsidRPr="002B00E3" w:rsidRDefault="005B3E7B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Diagnose at</w:t>
            </w:r>
            <w:bookmarkStart w:id="7" w:name="_GoBack"/>
            <w:bookmarkEnd w:id="7"/>
            <w:r w:rsidR="00BC612D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advanced stage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45DE949C" w14:textId="2F9F10DF" w:rsidR="005B3E7B" w:rsidRPr="002B00E3" w:rsidRDefault="005B3E7B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App</w:t>
            </w:r>
            <w:r w:rsidR="001D496C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-</w:t>
            </w:r>
            <w:proofErr w:type="spellStart"/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earance</w:t>
            </w:r>
            <w:proofErr w:type="spellEnd"/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of early lesions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06F80BA1" w14:textId="29D5AE48" w:rsidR="005B3E7B" w:rsidRPr="002B00E3" w:rsidRDefault="005B3E7B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Sum score diagnostics</w:t>
            </w:r>
          </w:p>
        </w:tc>
      </w:tr>
      <w:tr w:rsidR="00F37D7E" w:rsidRPr="002B00E3" w14:paraId="3473C4CC" w14:textId="77777777" w:rsidTr="003E556B">
        <w:trPr>
          <w:cantSplit/>
          <w:trHeight w:val="428"/>
          <w:tblHeader/>
        </w:trPr>
        <w:tc>
          <w:tcPr>
            <w:tcW w:w="1271" w:type="dxa"/>
            <w:shd w:val="clear" w:color="auto" w:fill="F2F2F2" w:themeFill="background1" w:themeFillShade="F2"/>
            <w:hideMark/>
          </w:tcPr>
          <w:p w14:paraId="3A517B99" w14:textId="70C0350D" w:rsidR="00F37D7E" w:rsidRPr="002B00E3" w:rsidRDefault="00F37D7E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Post hoc group 1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501C4027" w14:textId="311B50FB" w:rsidR="00F37D7E" w:rsidRPr="002B00E3" w:rsidRDefault="00F37D7E" w:rsidP="00362E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Post hoc group 2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7A050638" w14:textId="5C846561" w:rsidR="00F37D7E" w:rsidRPr="002B00E3" w:rsidRDefault="00F37D7E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2DCC84E9" w14:textId="77777777" w:rsidR="00F37D7E" w:rsidRPr="002B00E3" w:rsidRDefault="00F37D7E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1A13AE25" w14:textId="77777777" w:rsidR="00F37D7E" w:rsidRPr="002B00E3" w:rsidRDefault="00F37D7E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000C9092" w14:textId="77777777" w:rsidR="00F37D7E" w:rsidRPr="002B00E3" w:rsidRDefault="00F37D7E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7D12DD51" w14:textId="77777777" w:rsidR="00F37D7E" w:rsidRPr="002B00E3" w:rsidRDefault="00F37D7E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57C17A0A" w14:textId="77777777" w:rsidR="00F37D7E" w:rsidRPr="002B00E3" w:rsidRDefault="00F37D7E" w:rsidP="001B4F2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 </w:t>
            </w:r>
          </w:p>
        </w:tc>
      </w:tr>
      <w:tr w:rsidR="00F37D7E" w:rsidRPr="002B00E3" w14:paraId="5EA5FAE4" w14:textId="77777777" w:rsidTr="003E556B">
        <w:trPr>
          <w:trHeight w:val="400"/>
        </w:trPr>
        <w:tc>
          <w:tcPr>
            <w:tcW w:w="2547" w:type="dxa"/>
            <w:gridSpan w:val="2"/>
            <w:shd w:val="clear" w:color="auto" w:fill="F2F2F2" w:themeFill="background1" w:themeFillShade="F2"/>
            <w:hideMark/>
          </w:tcPr>
          <w:p w14:paraId="6BFC161D" w14:textId="0D33FD26" w:rsidR="00F37D7E" w:rsidRPr="002B00E3" w:rsidRDefault="00F37D7E" w:rsidP="00362E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Age group,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103B0789" w14:textId="59F4CC07" w:rsidR="00F37D7E" w:rsidRPr="002B00E3" w:rsidRDefault="00F37D7E" w:rsidP="00362E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543D7BE5" w14:textId="77777777" w:rsidR="002042A1" w:rsidRDefault="00F37D7E" w:rsidP="00362E04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(3) = 52.84,</w:t>
            </w:r>
          </w:p>
          <w:p w14:paraId="3FE4D2CF" w14:textId="77777777" w:rsidR="002042A1" w:rsidRDefault="009B249F" w:rsidP="00362E04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2717A1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439CC738" w14:textId="4878194E" w:rsidR="00F37D7E" w:rsidRPr="002B00E3" w:rsidRDefault="009B249F" w:rsidP="00362E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F37D7E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0.17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70938EE0" w14:textId="5E781D6A" w:rsidR="00F37D7E" w:rsidRPr="002B00E3" w:rsidRDefault="00F37D7E" w:rsidP="00362E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3DA668E9" w14:textId="77777777" w:rsidR="002042A1" w:rsidRDefault="00F37D7E" w:rsidP="00362E04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(3) = 21.83,</w:t>
            </w:r>
          </w:p>
          <w:p w14:paraId="67DD17EA" w14:textId="341389CA" w:rsidR="00F37D7E" w:rsidRPr="002042A1" w:rsidRDefault="009B249F" w:rsidP="00362E04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 V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F37D7E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0.11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26CD1510" w14:textId="77777777" w:rsidR="002042A1" w:rsidRDefault="00F37D7E" w:rsidP="00362E04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(3) = 40.15,</w:t>
            </w:r>
          </w:p>
          <w:p w14:paraId="27EB659E" w14:textId="24ADCB00" w:rsidR="00F37D7E" w:rsidRPr="002042A1" w:rsidRDefault="009B249F" w:rsidP="00362E04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 V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F37D7E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0.15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6509ECBD" w14:textId="77777777" w:rsidR="002042A1" w:rsidRDefault="00F37D7E" w:rsidP="002042A1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F(3, 1790) = 19.31,</w:t>
            </w:r>
          </w:p>
          <w:p w14:paraId="0CA630AC" w14:textId="48CC0A71" w:rsidR="00F37D7E" w:rsidRPr="002B00E3" w:rsidRDefault="009B249F" w:rsidP="002042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 d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F37D7E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0.36</w:t>
            </w:r>
          </w:p>
        </w:tc>
      </w:tr>
      <w:tr w:rsidR="009E1332" w:rsidRPr="002B00E3" w14:paraId="5C2DE50D" w14:textId="77777777" w:rsidTr="003E556B">
        <w:trPr>
          <w:trHeight w:val="400"/>
        </w:trPr>
        <w:tc>
          <w:tcPr>
            <w:tcW w:w="1271" w:type="dxa"/>
            <w:tcBorders>
              <w:bottom w:val="nil"/>
            </w:tcBorders>
            <w:hideMark/>
          </w:tcPr>
          <w:p w14:paraId="2096F6D0" w14:textId="18C01D99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50</w:t>
            </w:r>
            <w:r w:rsidR="00917B7F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59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14:paraId="685694AA" w14:textId="1D3C4363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60</w:t>
            </w:r>
            <w:r w:rsidR="003A5B4C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69 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1553CB3C" w14:textId="109A8A14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</w:tcPr>
          <w:p w14:paraId="22ADF9D9" w14:textId="77777777" w:rsidR="002042A1" w:rsidRDefault="009E1332" w:rsidP="009E1332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4AA86BED" w14:textId="0756B1F5" w:rsidR="009E1332" w:rsidRPr="002B00E3" w:rsidRDefault="009B249F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9E1332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3A41469A" w14:textId="38D06EF9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</w:tcPr>
          <w:p w14:paraId="753E642C" w14:textId="217E65B9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</w:t>
            </w:r>
            <w:r w:rsidR="006C7C69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</w:tcPr>
          <w:p w14:paraId="385B79C1" w14:textId="77777777" w:rsidR="00B03AE1" w:rsidRDefault="009E1332" w:rsidP="009E1332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7595F134" w14:textId="285ABEED" w:rsidR="009E1332" w:rsidRPr="002B00E3" w:rsidRDefault="009B249F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9E1332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</w:t>
            </w:r>
            <w:r w:rsidR="00D75C15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3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</w:tcPr>
          <w:p w14:paraId="15B766A9" w14:textId="77777777" w:rsidR="00B03AE1" w:rsidRDefault="009E1332" w:rsidP="00B03AE1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14535699" w14:textId="37EA1D1D" w:rsidR="009E1332" w:rsidRPr="002B00E3" w:rsidRDefault="009B249F" w:rsidP="00B03AE1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d </w:t>
            </w:r>
            <w:r w:rsidR="00F94AD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0.03</w:t>
            </w:r>
          </w:p>
        </w:tc>
      </w:tr>
      <w:tr w:rsidR="009E1332" w:rsidRPr="002B00E3" w14:paraId="47D076EC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67B909C6" w14:textId="02BB5DFF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3FE03BD8" w14:textId="2BF1E769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70</w:t>
            </w:r>
            <w:r w:rsidR="003A5B4C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79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0E8C5F1E" w14:textId="59C9827B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ADCC2B8" w14:textId="77777777" w:rsidR="002042A1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2042A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3A29C077" w14:textId="5226BE12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EC96267" w14:textId="7DD9F03C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3C3D667" w14:textId="77777777" w:rsidR="002042A1" w:rsidRDefault="009E1332" w:rsidP="002042A1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.0</w:t>
            </w:r>
            <w:r w:rsidR="006C7C69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48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,</w:t>
            </w:r>
          </w:p>
          <w:p w14:paraId="3ED10D11" w14:textId="1B0520E3" w:rsidR="009E1332" w:rsidRPr="002042A1" w:rsidRDefault="009B249F" w:rsidP="002042A1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9E1332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</w:t>
            </w:r>
            <w:r w:rsidR="006C7C69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4EF248E" w14:textId="2212139A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 </w:t>
            </w: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3347E3E" w14:textId="77777777" w:rsidR="00462ED4" w:rsidRDefault="009E1332" w:rsidP="009E1332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462ED4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155A648F" w14:textId="1FDBF6CE" w:rsidR="009E1332" w:rsidRPr="002B00E3" w:rsidRDefault="009E1332" w:rsidP="009E1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0.39</w:t>
            </w:r>
          </w:p>
        </w:tc>
      </w:tr>
      <w:tr w:rsidR="008C5DFE" w:rsidRPr="002B00E3" w14:paraId="343B5C68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236F25AF" w14:textId="6911BFA0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0302CE67" w14:textId="5CB8DDBD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3FC9F2C9" w14:textId="5ECEE449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FD3A71F" w14:textId="77777777" w:rsidR="002042A1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2042A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4173DB11" w14:textId="65BF1292" w:rsidR="008C5DFE" w:rsidRPr="002B00E3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4A7F10C" w14:textId="7AE374FD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EB47913" w14:textId="77777777" w:rsidR="00462ED4" w:rsidRDefault="005F53F0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462ED4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.001,</w:t>
            </w:r>
          </w:p>
          <w:p w14:paraId="09D712FC" w14:textId="1C95B6E1" w:rsidR="008C5DFE" w:rsidRPr="002B00E3" w:rsidRDefault="005F53F0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AFFF4D0" w14:textId="43E87C6E" w:rsidR="008C5DFE" w:rsidRPr="002B00E3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 </w:t>
            </w: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480F4D7" w14:textId="77777777" w:rsidR="00462ED4" w:rsidRDefault="00B7753B" w:rsidP="008C5DFE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685F89EE" w14:textId="023DA52A" w:rsidR="008C5DFE" w:rsidRPr="002B00E3" w:rsidRDefault="00013245" w:rsidP="008C5DF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0.40</w:t>
            </w:r>
          </w:p>
        </w:tc>
      </w:tr>
      <w:tr w:rsidR="008C5DFE" w:rsidRPr="002B00E3" w14:paraId="6CDB131C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6454DFAA" w14:textId="7A4774B1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60</w:t>
            </w:r>
            <w:r w:rsidR="00917B7F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69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9FD3E26" w14:textId="2254AA6E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70</w:t>
            </w:r>
            <w:r w:rsidR="003A5B4C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79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7C14B5CE" w14:textId="49657438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BA0FE85" w14:textId="77777777" w:rsidR="002042A1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2042A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418FA8A8" w14:textId="3A50D9EE" w:rsidR="008C5DFE" w:rsidRPr="002B00E3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3F460295" w14:textId="00D3DCDF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F497A18" w14:textId="77777777" w:rsidR="00E07940" w:rsidRDefault="00FF7A9C" w:rsidP="008C5DFE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.066,</w:t>
            </w:r>
          </w:p>
          <w:p w14:paraId="7BDDE7E4" w14:textId="60DDB7BE" w:rsidR="008C5DFE" w:rsidRPr="002B00E3" w:rsidRDefault="009B249F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FF7A9C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B1606E6" w14:textId="25B10706" w:rsidR="008C5DFE" w:rsidRPr="002B00E3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.013, </w:t>
            </w: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38D6A61" w14:textId="77777777" w:rsidR="00462ED4" w:rsidRDefault="00B7753B" w:rsidP="00462ED4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67135CC6" w14:textId="0336C2EA" w:rsidR="008C5DFE" w:rsidRPr="002B00E3" w:rsidRDefault="002C5A81" w:rsidP="00462ED4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0.35</w:t>
            </w:r>
          </w:p>
        </w:tc>
      </w:tr>
      <w:tr w:rsidR="008C5DFE" w:rsidRPr="002B00E3" w14:paraId="416BA347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4926A5E4" w14:textId="1377AF66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6AB6EC13" w14:textId="34E207A1" w:rsidR="008C5DFE" w:rsidRPr="002B00E3" w:rsidRDefault="008C5DF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68B835A" w14:textId="76F0F2B7" w:rsidR="008C5DFE" w:rsidRPr="002B00E3" w:rsidRDefault="008C5DFE" w:rsidP="008C5DF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446DF49" w14:textId="77777777" w:rsidR="002042A1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2042A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313ABD22" w14:textId="6DF0C27E" w:rsidR="008C5DFE" w:rsidRPr="002B00E3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57685FD" w14:textId="0CD8EDFF" w:rsidR="008C5DFE" w:rsidRPr="002B00E3" w:rsidRDefault="008C5DFE" w:rsidP="008C5DF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6B9B8D9" w14:textId="77777777" w:rsidR="00E07940" w:rsidRDefault="005F53F0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.001,</w:t>
            </w:r>
          </w:p>
          <w:p w14:paraId="1EFEFD13" w14:textId="7DF537B7" w:rsidR="008C5DFE" w:rsidRPr="002B00E3" w:rsidRDefault="005F53F0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73F844A" w14:textId="2F3C9EB3" w:rsidR="008C5DFE" w:rsidRPr="002B00E3" w:rsidRDefault="00EC668E" w:rsidP="008C5D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 </w:t>
            </w: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38D8F70" w14:textId="77777777" w:rsidR="00462ED4" w:rsidRDefault="00B7753B" w:rsidP="00462ED4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1AC2E22D" w14:textId="28C48F89" w:rsidR="008C5DFE" w:rsidRPr="002B00E3" w:rsidRDefault="002C5A81" w:rsidP="00462ED4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0.36</w:t>
            </w:r>
          </w:p>
        </w:tc>
      </w:tr>
      <w:tr w:rsidR="009E1332" w:rsidRPr="002B00E3" w14:paraId="019AB6D7" w14:textId="77777777" w:rsidTr="003E556B">
        <w:trPr>
          <w:trHeight w:val="400"/>
        </w:trPr>
        <w:tc>
          <w:tcPr>
            <w:tcW w:w="1271" w:type="dxa"/>
            <w:tcBorders>
              <w:top w:val="nil"/>
            </w:tcBorders>
          </w:tcPr>
          <w:p w14:paraId="2DB4E382" w14:textId="251B08D1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70</w:t>
            </w:r>
            <w:r w:rsidR="00917B7F" w:rsidRPr="002B00E3">
              <w:rPr>
                <w:rFonts w:ascii="Arial" w:eastAsia="Arial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79 </w:t>
            </w:r>
          </w:p>
        </w:tc>
        <w:tc>
          <w:tcPr>
            <w:tcW w:w="1276" w:type="dxa"/>
            <w:tcBorders>
              <w:top w:val="nil"/>
            </w:tcBorders>
            <w:noWrap/>
          </w:tcPr>
          <w:p w14:paraId="0F88C04E" w14:textId="70B39FD4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</w:tcPr>
          <w:p w14:paraId="0C462E28" w14:textId="149C40A8" w:rsidR="009E1332" w:rsidRPr="002B00E3" w:rsidRDefault="009E1332" w:rsidP="009E1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</w:tcPr>
          <w:p w14:paraId="7D44BC09" w14:textId="77777777" w:rsidR="002042A1" w:rsidRDefault="009E1332" w:rsidP="009E1332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7B656262" w14:textId="50EE90DE" w:rsidR="009E1332" w:rsidRPr="002B00E3" w:rsidRDefault="009B249F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9E1332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</w:tcPr>
          <w:p w14:paraId="7B7C5018" w14:textId="792F18C3" w:rsidR="009E1332" w:rsidRPr="002B00E3" w:rsidRDefault="009E1332" w:rsidP="009E1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</w:tcPr>
          <w:p w14:paraId="6B19AAB8" w14:textId="6B0CEA23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</w:t>
            </w:r>
            <w:r w:rsidR="003E1092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</w:tcPr>
          <w:p w14:paraId="52B73460" w14:textId="4D1360C8" w:rsidR="009E1332" w:rsidRPr="002B00E3" w:rsidRDefault="009E1332" w:rsidP="009E1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</w:t>
            </w:r>
            <w:r w:rsidR="00D75C15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.809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</w:t>
            </w:r>
            <w:r w:rsidR="00D75C15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6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</w:tcPr>
          <w:p w14:paraId="5DAA12EF" w14:textId="77777777" w:rsidR="00B03AE1" w:rsidRDefault="009E1332" w:rsidP="009E1332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</w:t>
            </w:r>
            <w:r w:rsidR="00F94AD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,</w:t>
            </w:r>
          </w:p>
          <w:p w14:paraId="5961377E" w14:textId="60A55242" w:rsidR="009E1332" w:rsidRPr="002B00E3" w:rsidRDefault="009B249F" w:rsidP="009E1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d </w:t>
            </w:r>
            <w:r w:rsidR="00F94AD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= </w:t>
            </w:r>
            <w:r w:rsidR="00211E57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="00F94AD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0.</w:t>
            </w:r>
            <w:r w:rsidR="00DB0646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00</w:t>
            </w:r>
          </w:p>
        </w:tc>
      </w:tr>
      <w:tr w:rsidR="00F37D7E" w:rsidRPr="002B00E3" w14:paraId="08EC765A" w14:textId="77777777" w:rsidTr="003E556B">
        <w:trPr>
          <w:trHeight w:val="400"/>
        </w:trPr>
        <w:tc>
          <w:tcPr>
            <w:tcW w:w="1271" w:type="dxa"/>
            <w:shd w:val="clear" w:color="auto" w:fill="F2F2F2" w:themeFill="background1" w:themeFillShade="F2"/>
            <w:hideMark/>
          </w:tcPr>
          <w:p w14:paraId="2B790AB1" w14:textId="2C708813" w:rsidR="00F37D7E" w:rsidRPr="002B00E3" w:rsidRDefault="00F37D7E" w:rsidP="00F37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School education,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20C3A02A" w14:textId="77777777" w:rsidR="00F37D7E" w:rsidRPr="002B00E3" w:rsidRDefault="00F37D7E" w:rsidP="00F37D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405F268D" w14:textId="7D6A3C1E" w:rsidR="00F37D7E" w:rsidRPr="002B00E3" w:rsidRDefault="00F37D7E" w:rsidP="00F37D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025C33C1" w14:textId="77777777" w:rsidR="00B03AE1" w:rsidRDefault="00F37D7E" w:rsidP="00F37D7E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(3) = 47.18,</w:t>
            </w:r>
          </w:p>
          <w:p w14:paraId="2F66D562" w14:textId="77777777" w:rsidR="00B03AE1" w:rsidRDefault="009B249F" w:rsidP="00F37D7E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2717A1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1D56BCA0" w14:textId="1714D071" w:rsidR="00F37D7E" w:rsidRPr="002B00E3" w:rsidRDefault="009B249F" w:rsidP="00F37D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F37D7E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0.16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238F11F4" w14:textId="049B92A1" w:rsidR="00F37D7E" w:rsidRPr="002B00E3" w:rsidRDefault="00F37D7E" w:rsidP="00F37D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6EEE47AE" w14:textId="77777777" w:rsidR="00B03AE1" w:rsidRDefault="00F37D7E" w:rsidP="00B03AE1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(3) = 22.26,</w:t>
            </w:r>
          </w:p>
          <w:p w14:paraId="30C4708A" w14:textId="77777777" w:rsidR="00B03AE1" w:rsidRDefault="009B249F" w:rsidP="00B03AE1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>p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42B09096" w14:textId="7B1E1B59" w:rsidR="00F37D7E" w:rsidRPr="00B03AE1" w:rsidRDefault="009B249F" w:rsidP="00B03AE1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F37D7E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0.11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0AA7A742" w14:textId="1B0F745F" w:rsidR="00F37D7E" w:rsidRPr="002B00E3" w:rsidRDefault="00F37D7E" w:rsidP="00F37D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62965225" w14:textId="77777777" w:rsidR="00B03AE1" w:rsidRDefault="00F37D7E" w:rsidP="00F37D7E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F(3, 1763) =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20.36,</w:t>
            </w:r>
          </w:p>
          <w:p w14:paraId="4516CC44" w14:textId="77777777" w:rsidR="00B03AE1" w:rsidRDefault="009B249F" w:rsidP="00B03AE1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F37D7E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5CC83D81" w14:textId="16A71490" w:rsidR="00F37D7E" w:rsidRPr="002B00E3" w:rsidRDefault="00F37D7E" w:rsidP="00B03AE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0.37</w:t>
            </w:r>
          </w:p>
        </w:tc>
      </w:tr>
      <w:tr w:rsidR="00800332" w:rsidRPr="002B00E3" w14:paraId="060D793B" w14:textId="77777777" w:rsidTr="003E556B">
        <w:trPr>
          <w:trHeight w:val="400"/>
        </w:trPr>
        <w:tc>
          <w:tcPr>
            <w:tcW w:w="1271" w:type="dxa"/>
            <w:tcBorders>
              <w:bottom w:val="nil"/>
            </w:tcBorders>
            <w:hideMark/>
          </w:tcPr>
          <w:p w14:paraId="7285112A" w14:textId="4C41091B" w:rsidR="00800332" w:rsidRPr="002B00E3" w:rsidRDefault="004731B6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1276" w:type="dxa"/>
            <w:tcBorders>
              <w:bottom w:val="nil"/>
            </w:tcBorders>
            <w:noWrap/>
            <w:hideMark/>
          </w:tcPr>
          <w:p w14:paraId="12F7EDE1" w14:textId="760720C1" w:rsidR="00800332" w:rsidRPr="002B00E3" w:rsidRDefault="004731B6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2597B533" w14:textId="347F303E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1D382941" w14:textId="77777777" w:rsidR="00B03AE1" w:rsidRDefault="00C9013D" w:rsidP="00800332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480F2A63" w14:textId="0E9363A8" w:rsidR="00800332" w:rsidRPr="002B00E3" w:rsidRDefault="009B249F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C9013D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EE745F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08D9EF09" w14:textId="5791AA5B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2BB3E24B" w14:textId="767E916D" w:rsidR="00800332" w:rsidRPr="002B00E3" w:rsidRDefault="00C9013D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FA1BB4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07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2EFD2FAA" w14:textId="27CE3BFD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484B3430" w14:textId="77777777" w:rsidR="00623403" w:rsidRDefault="00E937D6" w:rsidP="00800332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.648,</w:t>
            </w:r>
          </w:p>
          <w:p w14:paraId="421A4D1F" w14:textId="081DE829" w:rsidR="00800332" w:rsidRPr="002B00E3" w:rsidRDefault="009B249F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3909DA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= </w:t>
            </w:r>
            <w:r w:rsidR="00211E57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="003909DA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0.08</w:t>
            </w:r>
          </w:p>
        </w:tc>
      </w:tr>
      <w:tr w:rsidR="00800332" w:rsidRPr="002B00E3" w14:paraId="0959FE8D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6FB18DDB" w14:textId="77777777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099BF09D" w14:textId="0A80850D" w:rsidR="00800332" w:rsidRPr="002B00E3" w:rsidRDefault="004731B6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Advanced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E6A79CC" w14:textId="4F52B9A8" w:rsidR="00800332" w:rsidRPr="002B00E3" w:rsidRDefault="00800332" w:rsidP="00800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3E59CE0" w14:textId="77777777" w:rsidR="00623403" w:rsidRDefault="009B2DFE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15CF5AE2" w14:textId="0AC00C5A" w:rsidR="00800332" w:rsidRPr="002B00E3" w:rsidRDefault="009B2DFE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EDE466D" w14:textId="4BFAD3A1" w:rsidR="00800332" w:rsidRPr="002B00E3" w:rsidRDefault="00800332" w:rsidP="00800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9EADA5E" w14:textId="77777777" w:rsidR="00623403" w:rsidRDefault="00A04AA6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40409186" w14:textId="61C7FC86" w:rsidR="00800332" w:rsidRPr="002B00E3" w:rsidRDefault="00A04AA6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81B97ED" w14:textId="0810AF7D" w:rsidR="00800332" w:rsidRPr="002B00E3" w:rsidRDefault="00800332" w:rsidP="00800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BB854CF" w14:textId="77777777" w:rsidR="00623403" w:rsidRDefault="00477930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25A01533" w14:textId="299A59E6" w:rsidR="00800332" w:rsidRPr="002B00E3" w:rsidRDefault="00477930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</w:t>
            </w:r>
            <w:r w:rsidR="00595905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0.46</w:t>
            </w:r>
          </w:p>
        </w:tc>
      </w:tr>
      <w:tr w:rsidR="00800332" w:rsidRPr="002B00E3" w14:paraId="67E110B0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00191726" w14:textId="77777777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5D99C5E6" w14:textId="7F7CFDCA" w:rsidR="00800332" w:rsidRPr="002B00E3" w:rsidRDefault="004731B6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F49F221" w14:textId="33A9495C" w:rsidR="00800332" w:rsidRPr="002B00E3" w:rsidRDefault="00800332" w:rsidP="00800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62C3A45" w14:textId="77777777" w:rsidR="00623403" w:rsidRDefault="009B2DFE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02DAC0D9" w14:textId="19C46719" w:rsidR="00800332" w:rsidRPr="002B00E3" w:rsidRDefault="009B2DFE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D24E4D4" w14:textId="7095AAD7" w:rsidR="00800332" w:rsidRPr="002B00E3" w:rsidRDefault="00800332" w:rsidP="00800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607EFD9" w14:textId="77777777" w:rsidR="00623403" w:rsidRDefault="00A04AA6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2B6B6200" w14:textId="39893DCF" w:rsidR="00800332" w:rsidRPr="002B00E3" w:rsidRDefault="00A04AA6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19B6155" w14:textId="0328F321" w:rsidR="00800332" w:rsidRPr="002B00E3" w:rsidRDefault="00800332" w:rsidP="00800332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F402D10" w14:textId="77777777" w:rsidR="00623403" w:rsidRDefault="00477930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50F1D0B8" w14:textId="5C0DB3C6" w:rsidR="00800332" w:rsidRPr="002B00E3" w:rsidRDefault="00477930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</w:t>
            </w:r>
            <w:r w:rsidR="00595905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0.37</w:t>
            </w:r>
          </w:p>
        </w:tc>
      </w:tr>
      <w:tr w:rsidR="00C9013D" w:rsidRPr="002B00E3" w14:paraId="3AA44080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71FAEC82" w14:textId="792125D1" w:rsidR="00C9013D" w:rsidRPr="002B00E3" w:rsidRDefault="004731B6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425024FF" w14:textId="07B4B173" w:rsidR="00C9013D" w:rsidRPr="002B00E3" w:rsidRDefault="004731B6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Advanced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7A82886" w14:textId="00701469" w:rsidR="00C9013D" w:rsidRPr="002B00E3" w:rsidRDefault="00C9013D" w:rsidP="00C9013D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7755635" w14:textId="77777777" w:rsidR="0062340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29276703" w14:textId="5B78EDAB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7A798C2" w14:textId="38C7F4C4" w:rsidR="00C9013D" w:rsidRPr="002B00E3" w:rsidRDefault="00C9013D" w:rsidP="00C9013D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F67AF64" w14:textId="77777777" w:rsidR="00623403" w:rsidRDefault="00C9013D" w:rsidP="00C9013D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.0</w:t>
            </w:r>
            <w:r w:rsidR="00CB669F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78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,</w:t>
            </w:r>
          </w:p>
          <w:p w14:paraId="239C2CEF" w14:textId="47C08D6F" w:rsidR="00C9013D" w:rsidRPr="002B00E3" w:rsidRDefault="009B249F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C9013D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C30EDD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9749A3A" w14:textId="5503EC9D" w:rsidR="00C9013D" w:rsidRPr="002B00E3" w:rsidRDefault="00C9013D" w:rsidP="00C9013D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F888227" w14:textId="77777777" w:rsidR="0062340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494D6EE6" w14:textId="32F5FBD1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</w:t>
            </w:r>
            <w:r w:rsidR="00595905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0.39</w:t>
            </w:r>
          </w:p>
        </w:tc>
      </w:tr>
      <w:tr w:rsidR="00C9013D" w:rsidRPr="002B00E3" w14:paraId="42806481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4DF06D2D" w14:textId="7D26258A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D978930" w14:textId="3A083942" w:rsidR="00C9013D" w:rsidRPr="002B00E3" w:rsidRDefault="004731B6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12B9726" w14:textId="2B1DB633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6527EDC" w14:textId="77777777" w:rsidR="0062340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62340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60527075" w14:textId="75D97A3C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55B128AC" w14:textId="060818DB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2E74063" w14:textId="77777777" w:rsidR="00E07940" w:rsidRDefault="00C9013D" w:rsidP="00E07940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</w:t>
            </w:r>
            <w:r w:rsidR="00A46DCD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138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,</w:t>
            </w:r>
          </w:p>
          <w:p w14:paraId="0872251B" w14:textId="2C9E0FCD" w:rsidR="00C9013D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C9013D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3E2551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E062F63" w14:textId="0A3641E3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80B4AAB" w14:textId="77777777" w:rsidR="00E07940" w:rsidRDefault="00C9013D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6E54B3BE" w14:textId="443C74FC" w:rsidR="00C9013D" w:rsidRPr="002B00E3" w:rsidRDefault="00C9013D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</w:t>
            </w:r>
            <w:r w:rsidR="00595905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0.30</w:t>
            </w:r>
          </w:p>
        </w:tc>
      </w:tr>
      <w:tr w:rsidR="00C9013D" w:rsidRPr="002B00E3" w14:paraId="4FACBEE4" w14:textId="77777777" w:rsidTr="003E556B">
        <w:trPr>
          <w:trHeight w:val="400"/>
        </w:trPr>
        <w:tc>
          <w:tcPr>
            <w:tcW w:w="1271" w:type="dxa"/>
            <w:tcBorders>
              <w:top w:val="nil"/>
            </w:tcBorders>
          </w:tcPr>
          <w:p w14:paraId="529C72AB" w14:textId="68896075" w:rsidR="00C9013D" w:rsidRPr="002B00E3" w:rsidRDefault="004731B6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Advanced</w:t>
            </w:r>
          </w:p>
        </w:tc>
        <w:tc>
          <w:tcPr>
            <w:tcW w:w="1276" w:type="dxa"/>
            <w:tcBorders>
              <w:top w:val="nil"/>
            </w:tcBorders>
            <w:noWrap/>
            <w:hideMark/>
          </w:tcPr>
          <w:p w14:paraId="1FC4D277" w14:textId="79464D47" w:rsidR="00C9013D" w:rsidRPr="002B00E3" w:rsidRDefault="004731B6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  <w:hideMark/>
          </w:tcPr>
          <w:p w14:paraId="18A58B9A" w14:textId="0BFEC159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</w:tcPr>
          <w:p w14:paraId="53D5B30F" w14:textId="77777777" w:rsidR="00623403" w:rsidRDefault="00C9013D" w:rsidP="00C9013D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21E95DBA" w14:textId="48431A85" w:rsidR="00C9013D" w:rsidRPr="002B00E3" w:rsidRDefault="009B249F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C9013D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2F45AD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  <w:hideMark/>
          </w:tcPr>
          <w:p w14:paraId="10BD66B0" w14:textId="5CBB592B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</w:tcPr>
          <w:p w14:paraId="4D1937AB" w14:textId="600E69FB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F47BF5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  <w:hideMark/>
          </w:tcPr>
          <w:p w14:paraId="5B796AC5" w14:textId="7BA19674" w:rsidR="00C9013D" w:rsidRPr="002B00E3" w:rsidRDefault="00C9013D" w:rsidP="00C90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</w:tcPr>
          <w:p w14:paraId="43858681" w14:textId="77777777" w:rsidR="00E07940" w:rsidRDefault="00C9013D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.543,</w:t>
            </w:r>
          </w:p>
          <w:p w14:paraId="5C01E4A0" w14:textId="7485DB20" w:rsidR="00C9013D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C9013D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-0.04</w:t>
            </w:r>
          </w:p>
        </w:tc>
      </w:tr>
      <w:tr w:rsidR="00800332" w:rsidRPr="002B00E3" w14:paraId="39A1D006" w14:textId="77777777" w:rsidTr="003E556B">
        <w:trPr>
          <w:trHeight w:val="400"/>
        </w:trPr>
        <w:tc>
          <w:tcPr>
            <w:tcW w:w="1271" w:type="dxa"/>
            <w:shd w:val="clear" w:color="auto" w:fill="F2F2F2" w:themeFill="background1" w:themeFillShade="F2"/>
            <w:hideMark/>
          </w:tcPr>
          <w:p w14:paraId="717BBBAC" w14:textId="012575CB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 xml:space="preserve">Net </w:t>
            </w:r>
            <w:r w:rsidR="00E86AB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 xml:space="preserve">monthly </w:t>
            </w: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household income,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78280804" w14:textId="77777777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32D8A70C" w14:textId="3FBA12CD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2A7C5807" w14:textId="77777777" w:rsidR="00E07940" w:rsidRDefault="00800332" w:rsidP="00E07940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(4) = 34.00,</w:t>
            </w:r>
          </w:p>
          <w:p w14:paraId="1B40B642" w14:textId="77777777" w:rsidR="00E07940" w:rsidRDefault="009B249F" w:rsidP="00E07940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3C8D3E18" w14:textId="1C9CB66E" w:rsidR="00800332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800332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7FA2587E" w14:textId="77777777" w:rsidR="00E07940" w:rsidRDefault="00800332" w:rsidP="00800332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(4) = 18.59,</w:t>
            </w:r>
          </w:p>
          <w:p w14:paraId="0C6446FF" w14:textId="77777777" w:rsidR="00E07940" w:rsidRDefault="009B249F" w:rsidP="00E07940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1193E42E" w14:textId="7E046CCA" w:rsidR="00800332" w:rsidRPr="00E07940" w:rsidRDefault="009B249F" w:rsidP="00E07940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800332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0.11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71A57ACC" w14:textId="649A0A8D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7464C5E3" w14:textId="6A2F13F6" w:rsidR="00800332" w:rsidRPr="002B00E3" w:rsidRDefault="00800332" w:rsidP="008003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49650A93" w14:textId="77777777" w:rsidR="00E07940" w:rsidRDefault="00800332" w:rsidP="00E07940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F(4, 1597) = 15.17,</w:t>
            </w:r>
          </w:p>
          <w:p w14:paraId="549E4AD0" w14:textId="77777777" w:rsidR="00E07940" w:rsidRDefault="009B249F" w:rsidP="00E07940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</w:t>
            </w:r>
            <w:r w:rsidR="00D30E6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.001,</w:t>
            </w:r>
          </w:p>
          <w:p w14:paraId="59089750" w14:textId="57A8E9F3" w:rsidR="00800332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d </w:t>
            </w:r>
            <w:r w:rsidR="0080033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800332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0.39</w:t>
            </w:r>
          </w:p>
        </w:tc>
      </w:tr>
      <w:tr w:rsidR="004869F7" w:rsidRPr="002B00E3" w14:paraId="2DF49928" w14:textId="77777777" w:rsidTr="003E556B">
        <w:trPr>
          <w:trHeight w:val="400"/>
        </w:trPr>
        <w:tc>
          <w:tcPr>
            <w:tcW w:w="1271" w:type="dxa"/>
            <w:tcBorders>
              <w:bottom w:val="nil"/>
            </w:tcBorders>
            <w:hideMark/>
          </w:tcPr>
          <w:p w14:paraId="0FB6489B" w14:textId="08CA0002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Low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  <w:noWrap/>
            <w:hideMark/>
          </w:tcPr>
          <w:p w14:paraId="0D4B18D9" w14:textId="486F04EC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Lower-middle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6C8D1E9F" w14:textId="48067A38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</w:tcPr>
          <w:p w14:paraId="2ED84E9E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7CDCAF9F" w14:textId="3B4CD3DF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</w:tcPr>
          <w:p w14:paraId="394A5C53" w14:textId="75C04EFA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74C4B5D7" w14:textId="2FE02AC2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3980E334" w14:textId="2F30708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</w:tcPr>
          <w:p w14:paraId="480EBC09" w14:textId="77777777" w:rsidR="00E07940" w:rsidRDefault="004869F7" w:rsidP="00E0794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.313,</w:t>
            </w:r>
          </w:p>
          <w:p w14:paraId="20992386" w14:textId="78507A29" w:rsidR="004869F7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4869F7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595905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="004869F7" w:rsidRPr="002B00E3">
              <w:rPr>
                <w:rFonts w:ascii="Arial" w:hAnsi="Arial" w:cs="Arial"/>
                <w:sz w:val="18"/>
                <w:szCs w:val="18"/>
                <w:lang w:val="en-GB"/>
              </w:rPr>
              <w:t>0.19</w:t>
            </w:r>
          </w:p>
        </w:tc>
      </w:tr>
      <w:tr w:rsidR="004869F7" w:rsidRPr="002B00E3" w14:paraId="2BA173C3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534EE6ED" w14:textId="77777777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14FDFB9A" w14:textId="661CB46A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EA9ECD4" w14:textId="18C66EE3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DA59670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.329,</w:t>
            </w:r>
          </w:p>
          <w:p w14:paraId="07EF6F77" w14:textId="24890C73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793D1D2" w14:textId="01D61949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CE5117F" w14:textId="081B4B5B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ADD156C" w14:textId="1A269F81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E9CB913" w14:textId="77777777" w:rsidR="00E07940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&lt; .001,</w:t>
            </w:r>
          </w:p>
          <w:p w14:paraId="5E8B935E" w14:textId="4D74E9C4" w:rsidR="004869F7" w:rsidRPr="002B00E3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= </w:t>
            </w:r>
            <w:r w:rsidR="00595905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0.41</w:t>
            </w:r>
          </w:p>
        </w:tc>
      </w:tr>
      <w:tr w:rsidR="004869F7" w:rsidRPr="002B00E3" w14:paraId="0B1624D1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1AE1D3D3" w14:textId="77777777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64880FE8" w14:textId="63249963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Upper-middle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2D71158" w14:textId="0F98C698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DA55FE5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.042,</w:t>
            </w:r>
          </w:p>
          <w:p w14:paraId="1FC1438C" w14:textId="2C5CB706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0E6977D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</w:t>
            </w:r>
            <w:r w:rsidR="00112B6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95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54491EE2" w14:textId="394E66F5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432B9D1" w14:textId="56C1C93D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90F481C" w14:textId="63521DE6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3E4F21A" w14:textId="77777777" w:rsidR="00E07940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&lt; .001,</w:t>
            </w:r>
          </w:p>
          <w:p w14:paraId="5A4E5B6C" w14:textId="7128A7C8" w:rsidR="004869F7" w:rsidRPr="002B00E3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= </w:t>
            </w:r>
            <w:r w:rsidR="00D13468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0.48</w:t>
            </w:r>
          </w:p>
        </w:tc>
      </w:tr>
      <w:tr w:rsidR="004869F7" w:rsidRPr="002B00E3" w14:paraId="5748EE40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0EB99D1D" w14:textId="77777777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01CD2D11" w14:textId="0E1D657A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7469C40" w14:textId="4038D495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83093B5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.001,</w:t>
            </w:r>
          </w:p>
          <w:p w14:paraId="2AE50A23" w14:textId="6A9F613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79CA63A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.125,</w:t>
            </w:r>
          </w:p>
          <w:p w14:paraId="2FC2A4C0" w14:textId="7FA1E186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0.10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93730E4" w14:textId="5F403437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55B7E2F" w14:textId="3D2004E3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0B31687" w14:textId="77777777" w:rsidR="00E07940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&lt; .001,</w:t>
            </w:r>
          </w:p>
          <w:p w14:paraId="1204A55F" w14:textId="01740DB7" w:rsidR="004869F7" w:rsidRPr="002B00E3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</w:t>
            </w:r>
            <w:r w:rsidR="00D13468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0.54</w:t>
            </w:r>
          </w:p>
        </w:tc>
      </w:tr>
      <w:tr w:rsidR="004869F7" w:rsidRPr="002B00E3" w14:paraId="1DE9EA90" w14:textId="77777777" w:rsidTr="003E556B">
        <w:trPr>
          <w:trHeight w:val="400"/>
        </w:trPr>
        <w:tc>
          <w:tcPr>
            <w:tcW w:w="1271" w:type="dxa"/>
            <w:tcBorders>
              <w:top w:val="nil"/>
            </w:tcBorders>
          </w:tcPr>
          <w:p w14:paraId="165A8BE8" w14:textId="18CAAC20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Lower-middle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nil"/>
            </w:tcBorders>
            <w:noWrap/>
          </w:tcPr>
          <w:p w14:paraId="2AB612C8" w14:textId="323A00F2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</w:tcPr>
          <w:p w14:paraId="25FB51C8" w14:textId="3C45D461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</w:tcPr>
          <w:p w14:paraId="32E2EB58" w14:textId="77777777" w:rsidR="00E07940" w:rsidRDefault="00E1485D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p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.090,</w:t>
            </w:r>
          </w:p>
          <w:p w14:paraId="357D384E" w14:textId="466B6044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0.10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</w:tcPr>
          <w:p w14:paraId="1FE5C93A" w14:textId="411B2102" w:rsidR="004869F7" w:rsidRPr="002B00E3" w:rsidRDefault="00E1485D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p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1.000,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</w:t>
            </w:r>
            <w:r w:rsidR="00056333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</w:tcPr>
          <w:p w14:paraId="4D657516" w14:textId="4931F2DE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</w:tcPr>
          <w:p w14:paraId="48499D9D" w14:textId="1C3F0FAF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</w:tcPr>
          <w:p w14:paraId="05B0FB03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.009,</w:t>
            </w:r>
          </w:p>
          <w:p w14:paraId="4B307AF5" w14:textId="719A6167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= </w:t>
            </w:r>
            <w:r w:rsidR="00D13468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0.25</w:t>
            </w:r>
          </w:p>
        </w:tc>
      </w:tr>
      <w:tr w:rsidR="004869F7" w:rsidRPr="002B00E3" w14:paraId="48FC401C" w14:textId="77777777" w:rsidTr="003E556B">
        <w:trPr>
          <w:trHeight w:val="400"/>
        </w:trPr>
        <w:tc>
          <w:tcPr>
            <w:tcW w:w="1271" w:type="dxa"/>
            <w:tcBorders>
              <w:bottom w:val="nil"/>
            </w:tcBorders>
          </w:tcPr>
          <w:p w14:paraId="630E2000" w14:textId="706717E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bottom w:val="nil"/>
            </w:tcBorders>
            <w:noWrap/>
          </w:tcPr>
          <w:p w14:paraId="2FEE8F92" w14:textId="76431C07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Upper-middle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</w:tcPr>
          <w:p w14:paraId="6E069945" w14:textId="5DF15A6A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</w:tcPr>
          <w:p w14:paraId="3EC94887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.006,</w:t>
            </w:r>
          </w:p>
          <w:p w14:paraId="0E32E5FA" w14:textId="4AF040A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</w:tcPr>
          <w:p w14:paraId="75847250" w14:textId="77777777" w:rsidR="00E07940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.010,</w:t>
            </w:r>
          </w:p>
          <w:p w14:paraId="51AD6FAD" w14:textId="75226757" w:rsidR="004869F7" w:rsidRPr="002B00E3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</w:t>
            </w:r>
            <w:r w:rsidR="00056333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</w:tcPr>
          <w:p w14:paraId="05A2211C" w14:textId="3A4968AB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</w:tcPr>
          <w:p w14:paraId="37DCD9CF" w14:textId="2D413586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</w:tcPr>
          <w:p w14:paraId="34D22373" w14:textId="77777777" w:rsidR="00E07940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&lt; .001,</w:t>
            </w:r>
          </w:p>
          <w:p w14:paraId="2E9C9B3D" w14:textId="7CA6AF77" w:rsidR="004869F7" w:rsidRPr="002B00E3" w:rsidRDefault="004869F7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= </w:t>
            </w:r>
            <w:r w:rsidR="00D13468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0.33</w:t>
            </w:r>
          </w:p>
        </w:tc>
      </w:tr>
      <w:tr w:rsidR="004869F7" w:rsidRPr="002B00E3" w14:paraId="21A6542D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1BA46654" w14:textId="3E0D8A7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625B00D" w14:textId="079729C3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5B3ADBD" w14:textId="719D89F9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091ABAF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&lt; .001,</w:t>
            </w:r>
          </w:p>
          <w:p w14:paraId="391D2365" w14:textId="0F74150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BE7F841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</w:t>
            </w:r>
            <w:r w:rsidR="00F91350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009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2DE3BD92" w14:textId="7D2BA209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</w:t>
            </w:r>
            <w:r w:rsidR="00056333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4EC68C0" w14:textId="1E086EF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4C7B5801" w14:textId="5102530A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90E83D8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&lt; .001,</w:t>
            </w:r>
          </w:p>
          <w:p w14:paraId="32EBF86E" w14:textId="6CE4D79F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= </w:t>
            </w:r>
            <w:r w:rsidR="00D13468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0.38</w:t>
            </w:r>
          </w:p>
        </w:tc>
      </w:tr>
      <w:tr w:rsidR="004869F7" w:rsidRPr="002B00E3" w14:paraId="3C7F7F42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04F80F61" w14:textId="4D29E300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8E58E77" w14:textId="5AF64393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Upper-middle</w:t>
            </w:r>
            <w:r w:rsidR="004869F7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38396342" w14:textId="29E9F6C5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48C3EF7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0CA1B5DE" w14:textId="63583842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DF9E898" w14:textId="77777777" w:rsidR="00E07940" w:rsidRDefault="00E1485D" w:rsidP="00E07940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p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.</w:t>
            </w:r>
            <w:r w:rsidR="004C3953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61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0,</w:t>
            </w:r>
          </w:p>
          <w:p w14:paraId="32CAC5CA" w14:textId="275D1471" w:rsidR="004869F7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4C3953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28129C71" w14:textId="55580519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D086E85" w14:textId="53264B47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784CB7D" w14:textId="54B5D1F3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d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D13468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0.07</w:t>
            </w:r>
          </w:p>
        </w:tc>
      </w:tr>
      <w:tr w:rsidR="004869F7" w:rsidRPr="002B00E3" w14:paraId="32E412E3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0241E2C5" w14:textId="5D4B230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62D2DD0" w14:textId="348B50AB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429E1F22" w14:textId="6E644D8D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0B06FB4" w14:textId="77777777" w:rsidR="00E07940" w:rsidRDefault="004869F7" w:rsidP="00E07940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.317,</w:t>
            </w:r>
          </w:p>
          <w:p w14:paraId="471D23F5" w14:textId="4BBA2841" w:rsidR="004869F7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C4FDB16" w14:textId="77777777" w:rsidR="00E07940" w:rsidRDefault="00E1485D" w:rsidP="00E07940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p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.</w:t>
            </w:r>
            <w:r w:rsidR="003D2884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878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,</w:t>
            </w:r>
          </w:p>
          <w:p w14:paraId="43F94838" w14:textId="4E94BA13" w:rsidR="004869F7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3D2884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4D545A7E" w14:textId="21CD7ACD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38207EEC" w14:textId="75630539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1B1F3D5" w14:textId="7C6A378C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 </w:t>
            </w: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</w:t>
            </w:r>
            <w:r w:rsidR="00D13468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0.12</w:t>
            </w:r>
          </w:p>
        </w:tc>
      </w:tr>
      <w:tr w:rsidR="004869F7" w:rsidRPr="002B00E3" w14:paraId="066CEEDB" w14:textId="77777777" w:rsidTr="003E556B">
        <w:trPr>
          <w:trHeight w:val="400"/>
        </w:trPr>
        <w:tc>
          <w:tcPr>
            <w:tcW w:w="1271" w:type="dxa"/>
            <w:tcBorders>
              <w:top w:val="nil"/>
            </w:tcBorders>
          </w:tcPr>
          <w:p w14:paraId="72B56681" w14:textId="5FA28A09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Upper-middle</w:t>
            </w:r>
          </w:p>
        </w:tc>
        <w:tc>
          <w:tcPr>
            <w:tcW w:w="1276" w:type="dxa"/>
            <w:tcBorders>
              <w:top w:val="nil"/>
            </w:tcBorders>
            <w:noWrap/>
            <w:hideMark/>
          </w:tcPr>
          <w:p w14:paraId="799387C3" w14:textId="799653E8" w:rsidR="004869F7" w:rsidRPr="002B00E3" w:rsidRDefault="004731B6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  <w:hideMark/>
          </w:tcPr>
          <w:p w14:paraId="55DD1AE4" w14:textId="2F2BB103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</w:tcPr>
          <w:p w14:paraId="07A84B40" w14:textId="77777777" w:rsidR="00E07940" w:rsidRDefault="004869F7" w:rsidP="00E07940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1E5D7000" w14:textId="5E5B883A" w:rsidR="004869F7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</w:tcPr>
          <w:p w14:paraId="019E7B4F" w14:textId="4C987AF5" w:rsidR="004869F7" w:rsidRPr="002B00E3" w:rsidRDefault="00E1485D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p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1.000,</w:t>
            </w:r>
            <w:r w:rsidR="009B249F"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BD06FB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  <w:hideMark/>
          </w:tcPr>
          <w:p w14:paraId="37ED27DE" w14:textId="3361B55C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  <w:hideMark/>
          </w:tcPr>
          <w:p w14:paraId="201F42E6" w14:textId="24E34BE9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</w:tcPr>
          <w:p w14:paraId="6A5628ED" w14:textId="33B0465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 </w:t>
            </w: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</w:t>
            </w:r>
            <w:r w:rsidR="00D13468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0.05</w:t>
            </w:r>
          </w:p>
        </w:tc>
      </w:tr>
      <w:tr w:rsidR="004869F7" w:rsidRPr="002B00E3" w14:paraId="6D9977A3" w14:textId="77777777" w:rsidTr="003E556B">
        <w:trPr>
          <w:trHeight w:val="400"/>
        </w:trPr>
        <w:tc>
          <w:tcPr>
            <w:tcW w:w="1271" w:type="dxa"/>
            <w:shd w:val="clear" w:color="auto" w:fill="F2F2F2" w:themeFill="background1" w:themeFillShade="F2"/>
            <w:hideMark/>
          </w:tcPr>
          <w:p w14:paraId="1C140A79" w14:textId="62A359C0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Region,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38FD7A0A" w14:textId="77777777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4A018ED7" w14:textId="77777777" w:rsidR="00E07940" w:rsidRDefault="004869F7" w:rsidP="00E07940">
            <w:pPr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χ²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(5) = 18.95,</w:t>
            </w:r>
          </w:p>
          <w:p w14:paraId="13C337F6" w14:textId="77777777" w:rsidR="00E07940" w:rsidRDefault="009B249F" w:rsidP="00E07940">
            <w:pPr>
              <w:spacing w:after="0" w:line="240" w:lineRule="auto"/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4869F7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.002,</w:t>
            </w:r>
          </w:p>
          <w:p w14:paraId="573A816A" w14:textId="43469F79" w:rsidR="004869F7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</w:t>
            </w:r>
            <w:r w:rsidR="004869F7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 xml:space="preserve"> 0.10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7A83B48B" w14:textId="2BDBA036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29B22E0F" w14:textId="7D8FF23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339DCF24" w14:textId="76B5EC44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14:paraId="48205BD0" w14:textId="60889829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1C6F1C32" w14:textId="0727976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6CA443A4" w14:textId="77777777" w:rsidTr="003E556B">
        <w:trPr>
          <w:trHeight w:val="400"/>
        </w:trPr>
        <w:tc>
          <w:tcPr>
            <w:tcW w:w="1271" w:type="dxa"/>
            <w:tcBorders>
              <w:bottom w:val="nil"/>
            </w:tcBorders>
            <w:hideMark/>
          </w:tcPr>
          <w:p w14:paraId="338FA160" w14:textId="1EF801E4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</w:t>
            </w:r>
          </w:p>
        </w:tc>
        <w:tc>
          <w:tcPr>
            <w:tcW w:w="1276" w:type="dxa"/>
            <w:tcBorders>
              <w:bottom w:val="nil"/>
            </w:tcBorders>
            <w:noWrap/>
            <w:hideMark/>
          </w:tcPr>
          <w:p w14:paraId="6968C74F" w14:textId="2CF34E5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East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</w:tcPr>
          <w:p w14:paraId="27AF30D3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21F3C609" w14:textId="06F0CBF3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167C5D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20011486" w14:textId="7E81502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647D1692" w14:textId="5E080AF0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2DD7BA3A" w14:textId="7D18E33A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48101F15" w14:textId="523CCDCC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noWrap/>
            <w:hideMark/>
          </w:tcPr>
          <w:p w14:paraId="2D854491" w14:textId="38E94FAE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31F27316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74C3EA07" w14:textId="2F3B0C08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2240D7E" w14:textId="3332FF62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Baden-</w:t>
            </w:r>
            <w:proofErr w:type="spellStart"/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Wuerttem</w:t>
            </w:r>
            <w:proofErr w:type="spellEnd"/>
            <w:r w:rsidR="003E556B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berg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1D68575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6C7848F1" w14:textId="4DCAD8CE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383DBF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5D93393D" w14:textId="4FD6AA9C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7407C461" w14:textId="79139093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905BAAB" w14:textId="1F5CF762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BD70EA9" w14:textId="579DE587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245A2963" w14:textId="1C1A0478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5D2E4937" w14:textId="77777777" w:rsidTr="003E556B">
        <w:trPr>
          <w:trHeight w:val="492"/>
        </w:trPr>
        <w:tc>
          <w:tcPr>
            <w:tcW w:w="1271" w:type="dxa"/>
            <w:tcBorders>
              <w:top w:val="nil"/>
              <w:bottom w:val="nil"/>
            </w:tcBorders>
          </w:tcPr>
          <w:p w14:paraId="3D35EEB4" w14:textId="07496AD9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294C965" w14:textId="7B0EEA30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Bavaria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81A8BBF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.043,</w:t>
            </w:r>
          </w:p>
          <w:p w14:paraId="55D01861" w14:textId="7D6FD60E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2B4418D5" w14:textId="576930FA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E7963D1" w14:textId="1D205536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41F72ADB" w14:textId="12B1388D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4233FCFC" w14:textId="1B8A65DC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5F7D18D3" w14:textId="482DD19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55B66729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53BBB8C4" w14:textId="2694CC7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336EAB0" w14:textId="063B25EF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4DAA66B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5E3000F9" w14:textId="332F4804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383DBF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72A23755" w14:textId="1264764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5431A0C7" w14:textId="0F860C4F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0EF1D786" w14:textId="32223A32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EE5F25D" w14:textId="5E7A56CD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068FCCF4" w14:textId="1CE1EAB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61BC2803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51A0646A" w14:textId="3573DB13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A27A215" w14:textId="262AE3E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South-West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A2CCDC5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5493FF3F" w14:textId="63DECE37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383DBF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4CB3EDE0" w14:textId="6D91704D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2DB989FC" w14:textId="59F45C97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41EF59B2" w14:textId="6A421190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650D0A4" w14:textId="7AA7A70C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3560E84A" w14:textId="4C985994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12B00392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24A305CC" w14:textId="48CAD7A1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East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1D2238D4" w14:textId="4A843A14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Baden-</w:t>
            </w:r>
            <w:proofErr w:type="spellStart"/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Wuerttem</w:t>
            </w:r>
            <w:proofErr w:type="spellEnd"/>
            <w:r w:rsidR="003E556B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berg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DC0FD67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44EAEF10" w14:textId="5FC61A21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383DBF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3E20EAF" w14:textId="30BEEF28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25A0932" w14:textId="0BB14F59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31F90CB" w14:textId="2C3DAEDF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D02761E" w14:textId="556A7AED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27A237B" w14:textId="70FAAEBC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7ECF1B5C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547BAFDE" w14:textId="2A27F9F3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2816CC17" w14:textId="6EA2B124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Bavaria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AB8E599" w14:textId="77777777" w:rsidR="00E07940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.007,</w:t>
            </w:r>
          </w:p>
          <w:p w14:paraId="0DA04C2D" w14:textId="524CFFEA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9970834" w14:textId="27E9A1EE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2229307" w14:textId="5C0E5DED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36F28BE" w14:textId="2E364236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A7AD983" w14:textId="7296E7C8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5F7644A" w14:textId="2246DF84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656A1A61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62986353" w14:textId="5AACA1AA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0B274424" w14:textId="7272A1C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FC0B2BD" w14:textId="77777777" w:rsidR="00E07940" w:rsidRDefault="004869F7" w:rsidP="004869F7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7C6DDC83" w14:textId="2E95CA10" w:rsidR="004869F7" w:rsidRPr="002B00E3" w:rsidRDefault="009B249F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4A7351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DB179B7" w14:textId="48F5FD7A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C971927" w14:textId="13F9882C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BACC570" w14:textId="66E9C2D2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E1F0C1C" w14:textId="30E3CD07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82097BE" w14:textId="2E3D5E1C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4869F7" w:rsidRPr="002B00E3" w14:paraId="1372D361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34C6A9CF" w14:textId="2BC2CE0D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446D410B" w14:textId="32B5E25B" w:rsidR="004869F7" w:rsidRPr="002B00E3" w:rsidRDefault="004869F7" w:rsidP="004869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South-West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0ADCD87" w14:textId="77777777" w:rsidR="00E07940" w:rsidRDefault="004869F7" w:rsidP="00E07940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2E650A7B" w14:textId="76B26A70" w:rsidR="004869F7" w:rsidRPr="002B00E3" w:rsidRDefault="009B249F" w:rsidP="00E07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4869F7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</w:t>
            </w:r>
            <w:r w:rsidR="004A7351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54FCF19" w14:textId="200A1F3E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1C8D7B0" w14:textId="0350267A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1073A1A" w14:textId="34E0C2AE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D4CD601" w14:textId="2D995512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7BAC70B" w14:textId="6E61656F" w:rsidR="004869F7" w:rsidRPr="002B00E3" w:rsidRDefault="004869F7" w:rsidP="004869F7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D177EE" w:rsidRPr="002B00E3" w14:paraId="0600DF78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3E292AA8" w14:textId="4DB4FBF7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Baden-</w:t>
            </w:r>
            <w:proofErr w:type="spellStart"/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Wuerttem</w:t>
            </w:r>
            <w:proofErr w:type="spellEnd"/>
            <w:r w:rsidR="003E556B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berg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4C564533" w14:textId="3DF41933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Bavaria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7CB40FB" w14:textId="77777777" w:rsidR="00E07940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0794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.003,</w:t>
            </w:r>
          </w:p>
          <w:p w14:paraId="24A98B06" w14:textId="6B888E8F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7472253" w14:textId="3F5D52E8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EFC8606" w14:textId="297D419F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8AE4CAD" w14:textId="454B32A0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1C0610A" w14:textId="70E1F100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C578E74" w14:textId="26E774C7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D177EE" w:rsidRPr="002B00E3" w14:paraId="17EFC0FE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0A57DFB9" w14:textId="74637BE4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F518888" w14:textId="0045F8D7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23E51C7" w14:textId="77777777" w:rsidR="00E07940" w:rsidRDefault="00D177EE" w:rsidP="00D177EE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582C01FF" w14:textId="6BD4110A" w:rsidR="00D177EE" w:rsidRPr="002B00E3" w:rsidRDefault="009B249F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D177EE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2B557173" w14:textId="61C671BE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07EE0C24" w14:textId="4505D637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52547FDE" w14:textId="40289010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0EBA49BC" w14:textId="7327A2E0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BAB5BDC" w14:textId="6CA57D08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D177EE" w:rsidRPr="002B00E3" w14:paraId="4149519A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3AD90FE8" w14:textId="77777777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34441817" w14:textId="0ACBCEE9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South-West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A93B686" w14:textId="77777777" w:rsidR="00E07940" w:rsidRDefault="00D177EE" w:rsidP="00D177EE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335D064B" w14:textId="0FCE331C" w:rsidR="00D177EE" w:rsidRPr="002B00E3" w:rsidRDefault="009B249F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D177EE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2C74038" w14:textId="6CF3F563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0F75713" w14:textId="6619D451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BD42641" w14:textId="07F32349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4CC67DB" w14:textId="159D64AA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0B8EC2D" w14:textId="522B89A0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D177EE" w:rsidRPr="002B00E3" w14:paraId="209877C4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139E5B75" w14:textId="137F47A7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Bavaria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3D274848" w14:textId="5219BA27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BAC8E8E" w14:textId="77777777" w:rsidR="00E07940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</w:t>
            </w:r>
            <w:r w:rsidR="00D366F3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1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</w:t>
            </w:r>
            <w:r w:rsidR="00D366F3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5</w:t>
            </w:r>
            <w:r w:rsidR="00E07940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,</w:t>
            </w:r>
          </w:p>
          <w:p w14:paraId="270CD583" w14:textId="15E5AD76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V</w:t>
            </w:r>
            <w:r w:rsidRPr="002B00E3">
              <w:rPr>
                <w:rFonts w:ascii="Arial" w:hAnsi="Arial" w:cs="Arial"/>
                <w:b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0.</w:t>
            </w:r>
            <w:r w:rsidR="00D366F3" w:rsidRPr="002B00E3">
              <w:rPr>
                <w:rFonts w:ascii="Arial" w:hAnsi="Arial" w:cs="Arial"/>
                <w:b/>
                <w:color w:val="303538"/>
                <w:sz w:val="18"/>
                <w:szCs w:val="18"/>
                <w:shd w:val="clear" w:color="auto" w:fill="FFFFFF"/>
                <w:lang w:val="en-GB"/>
              </w:rPr>
              <w:t>1</w:t>
            </w:r>
            <w:r w:rsidRPr="002B00E3">
              <w:rPr>
                <w:rFonts w:ascii="Arial" w:hAnsi="Arial" w:cs="Arial"/>
                <w:b/>
                <w:color w:val="303538"/>
                <w:sz w:val="18"/>
                <w:szCs w:val="18"/>
                <w:shd w:val="clear" w:color="auto" w:fill="FFFFFF"/>
                <w:lang w:val="en-GB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267D6E3" w14:textId="6B4B9DFB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4AB8334" w14:textId="4EF8A4BD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2D53955" w14:textId="33D4B88F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9054ABE" w14:textId="02B90DE2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B114533" w14:textId="105658F7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D177EE" w:rsidRPr="002B00E3" w14:paraId="79415131" w14:textId="77777777" w:rsidTr="003E556B">
        <w:trPr>
          <w:trHeight w:val="400"/>
        </w:trPr>
        <w:tc>
          <w:tcPr>
            <w:tcW w:w="1271" w:type="dxa"/>
            <w:tcBorders>
              <w:top w:val="nil"/>
              <w:bottom w:val="nil"/>
            </w:tcBorders>
          </w:tcPr>
          <w:p w14:paraId="30CB63AE" w14:textId="2794CF64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noWrap/>
          </w:tcPr>
          <w:p w14:paraId="05BBD37F" w14:textId="7D8FB074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South-West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F284DC3" w14:textId="77777777" w:rsidR="00E07940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</w:t>
            </w:r>
            <w:r w:rsidR="00D366F3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240</w:t>
            </w:r>
            <w:r w:rsidR="00E07940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,</w:t>
            </w:r>
          </w:p>
          <w:p w14:paraId="11AD54FB" w14:textId="583C059C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V</w:t>
            </w:r>
            <w:r w:rsidRPr="002B00E3">
              <w:rPr>
                <w:rFonts w:ascii="Arial" w:hAnsi="Arial" w:cs="Arial"/>
                <w:b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0.</w:t>
            </w:r>
            <w:r w:rsidR="00D366F3" w:rsidRPr="002B00E3">
              <w:rPr>
                <w:rFonts w:ascii="Arial" w:hAnsi="Arial" w:cs="Arial"/>
                <w:b/>
                <w:color w:val="303538"/>
                <w:sz w:val="18"/>
                <w:szCs w:val="18"/>
                <w:shd w:val="clear" w:color="auto" w:fill="FFFFFF"/>
                <w:lang w:val="en-GB"/>
              </w:rPr>
              <w:t>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1A1CA3F" w14:textId="1BDFE117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6D89B0A" w14:textId="625B40CE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EC0CBC3" w14:textId="5234B460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555DEDD" w14:textId="42D7F482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A53BB31" w14:textId="3B693877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D177EE" w:rsidRPr="002B00E3" w14:paraId="4A090C9F" w14:textId="77777777" w:rsidTr="003E556B">
        <w:trPr>
          <w:trHeight w:val="400"/>
        </w:trPr>
        <w:tc>
          <w:tcPr>
            <w:tcW w:w="1271" w:type="dxa"/>
            <w:tcBorders>
              <w:top w:val="nil"/>
            </w:tcBorders>
          </w:tcPr>
          <w:p w14:paraId="34940527" w14:textId="70DB7E06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1276" w:type="dxa"/>
            <w:tcBorders>
              <w:top w:val="nil"/>
            </w:tcBorders>
            <w:noWrap/>
          </w:tcPr>
          <w:p w14:paraId="2D96827C" w14:textId="7801B1A8" w:rsidR="00D177EE" w:rsidRPr="002B00E3" w:rsidRDefault="00D177EE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South-West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</w:tcPr>
          <w:p w14:paraId="2A23AD59" w14:textId="77777777" w:rsidR="00E07940" w:rsidRDefault="00D177EE" w:rsidP="00D177EE">
            <w:pPr>
              <w:spacing w:after="0" w:line="240" w:lineRule="auto"/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1.000,</w:t>
            </w:r>
          </w:p>
          <w:p w14:paraId="0218964F" w14:textId="35BE0593" w:rsidR="00D177EE" w:rsidRPr="002B00E3" w:rsidRDefault="009B249F" w:rsidP="00D177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V </w:t>
            </w:r>
            <w:r w:rsidR="00D177EE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</w:tcPr>
          <w:p w14:paraId="044AFE37" w14:textId="30C670E4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</w:tcPr>
          <w:p w14:paraId="4C072939" w14:textId="40A7888F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noWrap/>
          </w:tcPr>
          <w:p w14:paraId="49C544BE" w14:textId="762EB196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noWrap/>
          </w:tcPr>
          <w:p w14:paraId="2FEAFDCC" w14:textId="785FBDF3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noWrap/>
          </w:tcPr>
          <w:p w14:paraId="65174D9A" w14:textId="0C071A3A" w:rsidR="00D177EE" w:rsidRPr="002B00E3" w:rsidRDefault="00D177EE" w:rsidP="00D177EE">
            <w:pPr>
              <w:spacing w:after="0" w:line="240" w:lineRule="auto"/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</w:tbl>
    <w:p w14:paraId="766B97E0" w14:textId="121B31CB" w:rsidR="00DC6967" w:rsidRPr="002B00E3" w:rsidRDefault="0025254C" w:rsidP="00E9147D">
      <w:pPr>
        <w:rPr>
          <w:rFonts w:ascii="Arial" w:hAnsi="Arial" w:cs="Arial"/>
          <w:sz w:val="18"/>
          <w:szCs w:val="18"/>
          <w:lang w:val="en-GB"/>
        </w:rPr>
      </w:pPr>
      <w:r w:rsidRPr="00EE06AA">
        <w:rPr>
          <w:rFonts w:ascii="Arial" w:hAnsi="Arial" w:cs="Arial"/>
          <w:sz w:val="18"/>
          <w:szCs w:val="18"/>
          <w:lang w:val="en-GB"/>
        </w:rPr>
        <w:t>Note:</w:t>
      </w:r>
      <w:r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8B4DF3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Post hoc tests </w:t>
      </w:r>
      <w:r w:rsidR="00F945B3" w:rsidRPr="002B00E3">
        <w:rPr>
          <w:rFonts w:ascii="Arial" w:eastAsia="Times New Roman" w:hAnsi="Arial" w:cs="Arial"/>
          <w:sz w:val="18"/>
          <w:szCs w:val="18"/>
          <w:lang w:val="en-GB"/>
        </w:rPr>
        <w:t>at the</w:t>
      </w:r>
      <w:r w:rsidR="008B4DF3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 sum score level were calculated using the Bonferroni correction and, in the case of variance heterogeneity, the Games</w:t>
      </w:r>
      <w:r w:rsidR="00F945B3" w:rsidRPr="002B00E3">
        <w:rPr>
          <w:rFonts w:ascii="Arial" w:eastAsia="Times New Roman" w:hAnsi="Arial" w:cs="Arial"/>
          <w:sz w:val="18"/>
          <w:szCs w:val="18"/>
          <w:lang w:val="en-GB"/>
        </w:rPr>
        <w:t>–</w:t>
      </w:r>
      <w:r w:rsidR="008B4DF3" w:rsidRPr="002B00E3">
        <w:rPr>
          <w:rFonts w:ascii="Arial" w:eastAsia="Times New Roman" w:hAnsi="Arial" w:cs="Arial"/>
          <w:sz w:val="18"/>
          <w:szCs w:val="18"/>
          <w:lang w:val="en-GB"/>
        </w:rPr>
        <w:t>Howell correction.</w:t>
      </w:r>
      <w:r w:rsidR="00494AD8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 At </w:t>
      </w:r>
      <w:r w:rsidR="00F945B3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the </w:t>
      </w:r>
      <w:r w:rsidR="00494AD8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item level, group comparisons were carried out using the </w:t>
      </w:r>
      <w:r w:rsidR="00494AD8" w:rsidRPr="002B00E3">
        <w:rPr>
          <w:rFonts w:ascii="Arial" w:hAnsi="Arial" w:cs="Arial"/>
          <w:sz w:val="18"/>
          <w:szCs w:val="18"/>
          <w:lang w:val="en-GB"/>
        </w:rPr>
        <w:t>χ²-</w:t>
      </w:r>
      <w:r w:rsidR="00494AD8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test with Bonferroni correction. </w:t>
      </w:r>
      <w:r w:rsidRPr="002B00E3">
        <w:rPr>
          <w:rFonts w:ascii="Arial" w:hAnsi="Arial" w:cs="Arial"/>
          <w:sz w:val="18"/>
          <w:szCs w:val="18"/>
          <w:lang w:val="en-GB"/>
        </w:rPr>
        <w:t>Effect sizes in bold indicate small group differences.</w:t>
      </w:r>
      <w:r w:rsidR="008B4DF3"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DC6967" w:rsidRPr="002B00E3">
        <w:rPr>
          <w:rFonts w:ascii="Arial" w:hAnsi="Arial" w:cs="Arial"/>
          <w:sz w:val="18"/>
          <w:szCs w:val="18"/>
          <w:lang w:val="en-GB"/>
        </w:rPr>
        <w:t>n/a indicates that no post hoc test was conducted</w:t>
      </w:r>
      <w:r w:rsidR="00367467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, </w:t>
      </w:r>
      <w:r w:rsidR="00F945B3" w:rsidRPr="002B00E3">
        <w:rPr>
          <w:rFonts w:ascii="Arial" w:eastAsia="Times New Roman" w:hAnsi="Arial" w:cs="Arial"/>
          <w:sz w:val="18"/>
          <w:szCs w:val="18"/>
          <w:lang w:val="en-GB"/>
        </w:rPr>
        <w:t>a</w:t>
      </w:r>
      <w:r w:rsidR="00367467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s post hoc tests were only conducted in the case </w:t>
      </w:r>
      <w:r w:rsidR="006B2EA7" w:rsidRPr="002B00E3">
        <w:rPr>
          <w:rFonts w:ascii="Arial" w:eastAsia="Times New Roman" w:hAnsi="Arial" w:cs="Arial"/>
          <w:sz w:val="18"/>
          <w:szCs w:val="18"/>
          <w:lang w:val="en-GB"/>
        </w:rPr>
        <w:t>where</w:t>
      </w:r>
      <w:r w:rsidR="00367467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 the overall group differences showed at least a small effect according to Cohen’s </w:t>
      </w:r>
      <w:r w:rsidR="00367467" w:rsidRPr="002B00E3">
        <w:rPr>
          <w:rFonts w:ascii="Arial" w:eastAsia="Times New Roman" w:hAnsi="Arial" w:cs="Arial"/>
          <w:i/>
          <w:sz w:val="18"/>
          <w:szCs w:val="18"/>
          <w:lang w:val="en-GB"/>
        </w:rPr>
        <w:t>d</w:t>
      </w:r>
      <w:r w:rsidR="00DC6967" w:rsidRPr="002B00E3">
        <w:rPr>
          <w:rFonts w:ascii="Arial" w:hAnsi="Arial" w:cs="Arial"/>
          <w:sz w:val="18"/>
          <w:szCs w:val="18"/>
          <w:lang w:val="en-GB"/>
        </w:rPr>
        <w:t xml:space="preserve">. </w:t>
      </w:r>
    </w:p>
    <w:p w14:paraId="5DD3524A" w14:textId="3851E5A1" w:rsidR="00E9147D" w:rsidRPr="002B00E3" w:rsidRDefault="00F945B3" w:rsidP="00E9147D">
      <w:pPr>
        <w:rPr>
          <w:rFonts w:ascii="Arial" w:hAnsi="Arial" w:cs="Arial"/>
          <w:sz w:val="18"/>
          <w:szCs w:val="18"/>
          <w:lang w:val="en-GB"/>
        </w:rPr>
      </w:pPr>
      <w:r w:rsidRPr="002B00E3">
        <w:rPr>
          <w:rFonts w:ascii="Arial" w:eastAsia="Times New Roman" w:hAnsi="Arial" w:cs="Arial"/>
          <w:i/>
          <w:sz w:val="18"/>
          <w:szCs w:val="18"/>
          <w:lang w:val="en-GB"/>
        </w:rPr>
        <w:t>Note:</w:t>
      </w:r>
      <w:r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 </w:t>
      </w:r>
      <w:r w:rsidR="00E9147D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Region </w:t>
      </w:r>
      <w:r w:rsidR="00192650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summarised </w:t>
      </w:r>
      <w:r w:rsidR="00E9147D" w:rsidRPr="002B00E3">
        <w:rPr>
          <w:rFonts w:ascii="Arial" w:eastAsia="Times New Roman" w:hAnsi="Arial" w:cs="Arial"/>
          <w:sz w:val="18"/>
          <w:szCs w:val="18"/>
          <w:lang w:val="en-GB"/>
        </w:rPr>
        <w:t>the German federal states according to the Nomenclature of Territorial Units for Statistics (NUTS) level 3 by Eurostat (</w:t>
      </w:r>
      <w:r w:rsidR="00E9147D" w:rsidRPr="002B00E3">
        <w:rPr>
          <w:rFonts w:ascii="Arial" w:hAnsi="Arial" w:cs="Arial"/>
          <w:sz w:val="18"/>
          <w:szCs w:val="18"/>
          <w:lang w:val="en-GB"/>
        </w:rPr>
        <w:t>2022</w:t>
      </w:r>
      <w:r w:rsidR="001C6510" w:rsidRPr="002B00E3">
        <w:rPr>
          <w:rFonts w:ascii="Arial" w:hAnsi="Arial" w:cs="Arial"/>
          <w:sz w:val="18"/>
          <w:szCs w:val="18"/>
          <w:lang w:val="en-GB"/>
        </w:rPr>
        <w:t>)</w:t>
      </w:r>
      <w:r w:rsidR="00393476"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1C6510" w:rsidRPr="002B00E3">
        <w:rPr>
          <w:rFonts w:ascii="Arial" w:hAnsi="Arial" w:cs="Arial"/>
          <w:sz w:val="18"/>
          <w:szCs w:val="18"/>
          <w:lang w:val="en-GB"/>
        </w:rPr>
        <w:t>(</w:t>
      </w:r>
      <w:r w:rsidR="00393476" w:rsidRPr="002B00E3">
        <w:rPr>
          <w:rFonts w:ascii="Arial" w:hAnsi="Arial" w:cs="Arial"/>
          <w:sz w:val="18"/>
          <w:szCs w:val="18"/>
          <w:lang w:val="en-GB"/>
        </w:rPr>
        <w:t>North = Schleswig-Holstein, Hamburg, Lower Saxony, Bremen; East = Berlin, Brandenburg, Mecklenburg-Western Pomerania, Saxony, Saxony-Anhalt, Thuringia; Baden-Wuerttemberg; Bavaria; North Rhine-Westphalia; South-West = Hesse, Rhineland-Palatinate, Saarland</w:t>
      </w:r>
      <w:r w:rsidR="00E9147D" w:rsidRPr="002B00E3">
        <w:rPr>
          <w:rFonts w:ascii="Arial" w:hAnsi="Arial" w:cs="Arial"/>
          <w:sz w:val="18"/>
          <w:szCs w:val="18"/>
          <w:lang w:val="en-GB"/>
        </w:rPr>
        <w:t xml:space="preserve">) to enable statistically sound statements about regional tendencies </w:t>
      </w:r>
      <w:r w:rsidR="009D3257" w:rsidRPr="002B00E3">
        <w:rPr>
          <w:rFonts w:ascii="Arial" w:hAnsi="Arial" w:cs="Arial"/>
          <w:sz w:val="18"/>
          <w:szCs w:val="18"/>
          <w:lang w:val="en-GB"/>
        </w:rPr>
        <w:t>based on</w:t>
      </w:r>
      <w:r w:rsidR="00E9147D" w:rsidRPr="002B00E3">
        <w:rPr>
          <w:rFonts w:ascii="Arial" w:hAnsi="Arial" w:cs="Arial"/>
          <w:sz w:val="18"/>
          <w:szCs w:val="18"/>
          <w:lang w:val="en-GB"/>
        </w:rPr>
        <w:t xml:space="preserve"> a larger sample size. Effect sizes in bold indicate at least small group differences.</w:t>
      </w:r>
    </w:p>
    <w:p w14:paraId="5F192078" w14:textId="6761BC18" w:rsidR="0025254C" w:rsidRPr="002B00E3" w:rsidRDefault="0025254C" w:rsidP="0025254C">
      <w:pPr>
        <w:rPr>
          <w:rFonts w:ascii="Arial" w:hAnsi="Arial" w:cs="Arial"/>
          <w:sz w:val="18"/>
          <w:szCs w:val="18"/>
          <w:lang w:val="en-GB"/>
        </w:rPr>
      </w:pPr>
    </w:p>
    <w:p w14:paraId="201AF711" w14:textId="0E7BA599" w:rsidR="0025254C" w:rsidRPr="002B00E3" w:rsidRDefault="0025254C">
      <w:pPr>
        <w:rPr>
          <w:rFonts w:ascii="Arial" w:hAnsi="Arial" w:cs="Arial"/>
          <w:sz w:val="18"/>
          <w:szCs w:val="18"/>
          <w:lang w:val="en-GB"/>
        </w:rPr>
      </w:pPr>
      <w:r w:rsidRPr="002B00E3">
        <w:rPr>
          <w:rFonts w:ascii="Arial" w:hAnsi="Arial" w:cs="Arial"/>
          <w:sz w:val="18"/>
          <w:szCs w:val="18"/>
          <w:lang w:val="en-GB"/>
        </w:rPr>
        <w:br w:type="page"/>
      </w:r>
    </w:p>
    <w:p w14:paraId="458515C7" w14:textId="2D12CEDF" w:rsidR="00CB5002" w:rsidRPr="00EE06AA" w:rsidRDefault="00CB5002" w:rsidP="00CB5002">
      <w:pPr>
        <w:pStyle w:val="berschrift3"/>
        <w:rPr>
          <w:rFonts w:ascii="Arial" w:hAnsi="Arial" w:cs="Arial"/>
          <w:color w:val="auto"/>
          <w:sz w:val="18"/>
          <w:szCs w:val="18"/>
          <w:lang w:val="en-GB"/>
        </w:rPr>
      </w:pPr>
      <w:bookmarkStart w:id="8" w:name="_Toc221782217"/>
      <w:r w:rsidRPr="00EE06AA">
        <w:rPr>
          <w:rFonts w:ascii="Arial" w:hAnsi="Arial" w:cs="Arial"/>
          <w:color w:val="auto"/>
          <w:sz w:val="18"/>
          <w:szCs w:val="18"/>
          <w:lang w:val="en-GB"/>
        </w:rPr>
        <w:lastRenderedPageBreak/>
        <w:t>Table S</w:t>
      </w:r>
      <w:r w:rsidR="00B020AD" w:rsidRPr="00EE06AA">
        <w:rPr>
          <w:rFonts w:ascii="Arial" w:hAnsi="Arial" w:cs="Arial"/>
          <w:color w:val="auto"/>
          <w:sz w:val="18"/>
          <w:szCs w:val="18"/>
          <w:lang w:val="en-GB"/>
        </w:rPr>
        <w:t>4</w:t>
      </w:r>
      <w:r w:rsidRPr="00EE06AA">
        <w:rPr>
          <w:rFonts w:ascii="Arial" w:hAnsi="Arial" w:cs="Arial"/>
          <w:color w:val="auto"/>
          <w:sz w:val="18"/>
          <w:szCs w:val="18"/>
          <w:lang w:val="en-GB"/>
        </w:rPr>
        <w:t xml:space="preserve"> Knowledge </w:t>
      </w:r>
      <w:r w:rsidR="0086338C" w:rsidRPr="00EE06AA">
        <w:rPr>
          <w:rFonts w:ascii="Arial" w:hAnsi="Arial" w:cs="Arial"/>
          <w:color w:val="auto"/>
          <w:sz w:val="18"/>
          <w:szCs w:val="18"/>
          <w:lang w:val="en-GB"/>
        </w:rPr>
        <w:t>of</w:t>
      </w:r>
      <w:r w:rsidRPr="00EE06AA">
        <w:rPr>
          <w:rFonts w:ascii="Arial" w:hAnsi="Arial" w:cs="Arial"/>
          <w:color w:val="auto"/>
          <w:sz w:val="18"/>
          <w:szCs w:val="18"/>
          <w:lang w:val="en-GB"/>
        </w:rPr>
        <w:t xml:space="preserve"> </w:t>
      </w:r>
      <w:r w:rsidR="00E5423F" w:rsidRPr="00EE06AA">
        <w:rPr>
          <w:rFonts w:ascii="Arial" w:hAnsi="Arial" w:cs="Arial"/>
          <w:color w:val="auto"/>
          <w:sz w:val="18"/>
          <w:szCs w:val="18"/>
          <w:lang w:val="en-GB"/>
        </w:rPr>
        <w:t xml:space="preserve">oral cancer risk factors </w:t>
      </w:r>
      <w:r w:rsidRPr="00EE06AA">
        <w:rPr>
          <w:rFonts w:ascii="Arial" w:hAnsi="Arial" w:cs="Arial"/>
          <w:color w:val="auto"/>
          <w:sz w:val="18"/>
          <w:szCs w:val="18"/>
          <w:lang w:val="en-GB"/>
        </w:rPr>
        <w:t>by region</w:t>
      </w:r>
      <w:bookmarkEnd w:id="8"/>
    </w:p>
    <w:p w14:paraId="1DA13B87" w14:textId="77777777" w:rsidR="00CB5002" w:rsidRPr="002B00E3" w:rsidRDefault="00CB5002" w:rsidP="00CB5002">
      <w:pPr>
        <w:spacing w:after="0" w:line="360" w:lineRule="auto"/>
        <w:rPr>
          <w:rFonts w:ascii="Arial" w:eastAsia="Times New Roman" w:hAnsi="Arial" w:cs="Arial"/>
          <w:sz w:val="18"/>
          <w:szCs w:val="18"/>
          <w:lang w:val="en-GB"/>
        </w:rPr>
      </w:pPr>
    </w:p>
    <w:tbl>
      <w:tblPr>
        <w:tblStyle w:val="Tabellenraster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1134"/>
        <w:gridCol w:w="1134"/>
        <w:gridCol w:w="1134"/>
        <w:gridCol w:w="851"/>
        <w:gridCol w:w="850"/>
        <w:gridCol w:w="1276"/>
        <w:gridCol w:w="1276"/>
      </w:tblGrid>
      <w:tr w:rsidR="00CB5002" w:rsidRPr="002B00E3" w14:paraId="3E107F57" w14:textId="77777777" w:rsidTr="00EE06AA">
        <w:trPr>
          <w:cantSplit/>
          <w:tblHeader/>
        </w:trPr>
        <w:tc>
          <w:tcPr>
            <w:tcW w:w="1413" w:type="dxa"/>
            <w:shd w:val="clear" w:color="auto" w:fill="F2F2F2" w:themeFill="background1" w:themeFillShade="F2"/>
          </w:tcPr>
          <w:p w14:paraId="4D75616A" w14:textId="1FC26E11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Sample characteristics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B270244" w14:textId="77777777" w:rsidR="00CB5002" w:rsidRPr="002B00E3" w:rsidRDefault="00CB5002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Older age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28EAD9E" w14:textId="6FAF8E57" w:rsidR="00CB5002" w:rsidRPr="002B00E3" w:rsidRDefault="00CB5002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Alcohol </w:t>
            </w:r>
            <w:proofErr w:type="spellStart"/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consump</w:t>
            </w:r>
            <w:r w:rsidR="00EE06AA"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tion</w:t>
            </w:r>
            <w:proofErr w:type="spellEnd"/>
          </w:p>
        </w:tc>
        <w:tc>
          <w:tcPr>
            <w:tcW w:w="1134" w:type="dxa"/>
            <w:shd w:val="clear" w:color="auto" w:fill="F2F2F2" w:themeFill="background1" w:themeFillShade="F2"/>
          </w:tcPr>
          <w:p w14:paraId="06A741BF" w14:textId="37C58F02" w:rsidR="00CB5002" w:rsidRPr="002B00E3" w:rsidRDefault="00CB5002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Tobacco </w:t>
            </w:r>
            <w:proofErr w:type="spellStart"/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consump</w:t>
            </w:r>
            <w:r w:rsidR="00EE06AA"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tion</w:t>
            </w:r>
            <w:proofErr w:type="spellEnd"/>
          </w:p>
        </w:tc>
        <w:tc>
          <w:tcPr>
            <w:tcW w:w="1134" w:type="dxa"/>
            <w:shd w:val="clear" w:color="auto" w:fill="F2F2F2" w:themeFill="background1" w:themeFillShade="F2"/>
          </w:tcPr>
          <w:p w14:paraId="5991EA77" w14:textId="0D5ACB6D" w:rsidR="00CB5002" w:rsidRPr="002B00E3" w:rsidRDefault="00CB5002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Low intake of </w:t>
            </w:r>
            <w:r w:rsidR="00761290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fruit/ </w:t>
            </w:r>
            <w:proofErr w:type="spellStart"/>
            <w:r w:rsidR="00761290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vege</w:t>
            </w:r>
            <w:proofErr w:type="spellEnd"/>
            <w:r w:rsidR="00EE06AA"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  <w:r w:rsidR="00761290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table</w:t>
            </w:r>
            <w:r w:rsidR="00710A40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DDCCC45" w14:textId="77777777" w:rsidR="00CB5002" w:rsidRPr="002B00E3" w:rsidRDefault="00CB5002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Prior oral cancer lesion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A954244" w14:textId="77777777" w:rsidR="00CB5002" w:rsidRPr="002B00E3" w:rsidRDefault="00CB5002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HPV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B1C0451" w14:textId="3CF49D69" w:rsidR="00CB5002" w:rsidRPr="002B00E3" w:rsidRDefault="00CB5002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Sun expo</w:t>
            </w:r>
            <w:r w:rsidR="00EE06AA"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sure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CDE7A8E" w14:textId="56CFC8E9" w:rsidR="00CB5002" w:rsidRPr="002B00E3" w:rsidRDefault="00CB5002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Sum</w:t>
            </w:r>
            <w:r w:rsidR="001C6510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score risk factors</w:t>
            </w:r>
          </w:p>
        </w:tc>
      </w:tr>
      <w:tr w:rsidR="00CB5002" w:rsidRPr="002B00E3" w14:paraId="39F071E1" w14:textId="77777777" w:rsidTr="00EE06AA">
        <w:trPr>
          <w:cantSplit/>
          <w:tblHeader/>
        </w:trPr>
        <w:tc>
          <w:tcPr>
            <w:tcW w:w="1413" w:type="dxa"/>
          </w:tcPr>
          <w:p w14:paraId="19F1F9B6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14:paraId="73056B12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134" w:type="dxa"/>
          </w:tcPr>
          <w:p w14:paraId="31E974F8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134" w:type="dxa"/>
          </w:tcPr>
          <w:p w14:paraId="6439296E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134" w:type="dxa"/>
          </w:tcPr>
          <w:p w14:paraId="7FF74AE8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851" w:type="dxa"/>
          </w:tcPr>
          <w:p w14:paraId="4D01A057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850" w:type="dxa"/>
          </w:tcPr>
          <w:p w14:paraId="5270FF66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276" w:type="dxa"/>
          </w:tcPr>
          <w:p w14:paraId="5402C512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%</w:t>
            </w:r>
          </w:p>
        </w:tc>
        <w:tc>
          <w:tcPr>
            <w:tcW w:w="1276" w:type="dxa"/>
          </w:tcPr>
          <w:p w14:paraId="094F154A" w14:textId="77777777" w:rsidR="00CB5002" w:rsidRPr="002B00E3" w:rsidRDefault="00CB5002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M (SD)</w:t>
            </w:r>
          </w:p>
        </w:tc>
      </w:tr>
      <w:tr w:rsidR="00CB5002" w:rsidRPr="002B00E3" w14:paraId="2B3AE72F" w14:textId="77777777" w:rsidTr="00EE06AA">
        <w:tc>
          <w:tcPr>
            <w:tcW w:w="1413" w:type="dxa"/>
            <w:shd w:val="clear" w:color="auto" w:fill="F2F2F2" w:themeFill="background1" w:themeFillShade="F2"/>
          </w:tcPr>
          <w:p w14:paraId="584D8ED7" w14:textId="77777777" w:rsidR="00CB5002" w:rsidRPr="002B00E3" w:rsidRDefault="00CB5002" w:rsidP="001B4F2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Total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26DC09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68.5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782760A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59.0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2F729E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92.0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F0FA60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29.9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66191AC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87.7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381E2443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36.4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76201B1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32.0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5E7DDF6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4.05 (1.38)</w:t>
            </w:r>
          </w:p>
        </w:tc>
      </w:tr>
      <w:tr w:rsidR="00CB5002" w:rsidRPr="002B00E3" w14:paraId="76828F85" w14:textId="77777777" w:rsidTr="00C01080">
        <w:tc>
          <w:tcPr>
            <w:tcW w:w="141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DC3AE20" w14:textId="1D55A28A" w:rsidR="00CB5002" w:rsidRPr="002B00E3" w:rsidRDefault="00CB5002" w:rsidP="001B4F2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Region,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6EE471" w14:textId="77777777" w:rsidR="00EE06AA" w:rsidRDefault="00CB5002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χ²(5) = 10.06,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</w:p>
          <w:p w14:paraId="26FBB002" w14:textId="393E68E4" w:rsidR="00CB5002" w:rsidRPr="002B00E3" w:rsidRDefault="009B249F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.074,</w:t>
            </w: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0.07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0B0B3D" w14:textId="77777777" w:rsidR="00EE06AA" w:rsidRDefault="00CB5002" w:rsidP="00EE06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χ²(5) = 8.91,</w:t>
            </w:r>
          </w:p>
          <w:p w14:paraId="79AC4FCF" w14:textId="32B45652" w:rsidR="00EE06AA" w:rsidRDefault="009B249F" w:rsidP="00EE06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EE06AA">
              <w:rPr>
                <w:rFonts w:ascii="Arial" w:hAnsi="Arial" w:cs="Arial"/>
                <w:sz w:val="18"/>
                <w:szCs w:val="18"/>
                <w:lang w:val="en-GB"/>
              </w:rPr>
              <w:t>= .113,</w:t>
            </w:r>
          </w:p>
          <w:p w14:paraId="209C00EA" w14:textId="627EBA0C" w:rsidR="00CB5002" w:rsidRPr="002B00E3" w:rsidRDefault="009B249F" w:rsidP="00EE06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0.07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A719BF7" w14:textId="77777777" w:rsidR="00EE06AA" w:rsidRDefault="00CB5002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χ²(5) = 3.50,</w:t>
            </w:r>
          </w:p>
          <w:p w14:paraId="7DB8809B" w14:textId="77777777" w:rsidR="00EE06AA" w:rsidRDefault="009B249F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.623,</w:t>
            </w:r>
          </w:p>
          <w:p w14:paraId="1BDBCFBA" w14:textId="2A2AB352" w:rsidR="00CB5002" w:rsidRPr="002B00E3" w:rsidRDefault="009B249F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0.04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6BDF18" w14:textId="77777777" w:rsidR="00EE06AA" w:rsidRDefault="00CB5002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χ²(5) = 8.65,</w:t>
            </w:r>
          </w:p>
          <w:p w14:paraId="303494A2" w14:textId="77777777" w:rsidR="00EE06AA" w:rsidRDefault="009B249F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.124,</w:t>
            </w:r>
          </w:p>
          <w:p w14:paraId="5ABCC752" w14:textId="6C36E31D" w:rsidR="00CB5002" w:rsidRPr="002B00E3" w:rsidRDefault="009B249F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0.07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0D1937" w14:textId="77777777" w:rsidR="00EE06AA" w:rsidRDefault="00CB5002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χ²(5) = 3.46,</w:t>
            </w:r>
          </w:p>
          <w:p w14:paraId="50567C09" w14:textId="77777777" w:rsidR="00EE06AA" w:rsidRDefault="009B249F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.629,</w:t>
            </w:r>
          </w:p>
          <w:p w14:paraId="173769D6" w14:textId="20E141CF" w:rsidR="00CB5002" w:rsidRPr="002B00E3" w:rsidRDefault="009B249F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0.04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11A9ED" w14:textId="77777777" w:rsidR="00EE06AA" w:rsidRDefault="00CB5002" w:rsidP="00EE06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χ²(5) = 3.87,</w:t>
            </w:r>
          </w:p>
          <w:p w14:paraId="55EBC473" w14:textId="77777777" w:rsidR="00EE06AA" w:rsidRDefault="009B249F" w:rsidP="00EE06AA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.568,</w:t>
            </w:r>
          </w:p>
          <w:p w14:paraId="43E3F070" w14:textId="50DC47BE" w:rsidR="00CB5002" w:rsidRPr="002B00E3" w:rsidRDefault="009B249F" w:rsidP="00EE06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0.05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325A8AA" w14:textId="77777777" w:rsidR="00EE06AA" w:rsidRDefault="00CB5002" w:rsidP="001B4F2F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χ²(5) = 1.82,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.873,</w:t>
            </w:r>
          </w:p>
          <w:p w14:paraId="1A8BCD49" w14:textId="46C4469E" w:rsidR="00CB5002" w:rsidRPr="002B00E3" w:rsidRDefault="009B249F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B5002" w:rsidRPr="002B00E3">
              <w:rPr>
                <w:rFonts w:ascii="Arial" w:hAnsi="Arial" w:cs="Arial"/>
                <w:sz w:val="18"/>
                <w:szCs w:val="18"/>
                <w:lang w:val="en-GB"/>
              </w:rPr>
              <w:t>= 0.03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C39B9F" w14:textId="77777777" w:rsidR="00EE06AA" w:rsidRDefault="00CB5002" w:rsidP="001B4F2F">
            <w:pPr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F(5, 1794) = 2.06,</w:t>
            </w:r>
          </w:p>
          <w:p w14:paraId="6DD459BC" w14:textId="77777777" w:rsidR="00EE06AA" w:rsidRDefault="009B249F" w:rsidP="001B4F2F">
            <w:pPr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CB500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.068,</w:t>
            </w:r>
          </w:p>
          <w:p w14:paraId="004F1FC6" w14:textId="06836F25" w:rsidR="00CB5002" w:rsidRPr="002B00E3" w:rsidRDefault="009B249F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d </w:t>
            </w:r>
            <w:r w:rsidR="00CB5002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= 0.16</w:t>
            </w:r>
          </w:p>
        </w:tc>
      </w:tr>
      <w:tr w:rsidR="00CB5002" w:rsidRPr="002B00E3" w14:paraId="19F8C175" w14:textId="77777777" w:rsidTr="00C01080">
        <w:tc>
          <w:tcPr>
            <w:tcW w:w="1413" w:type="dxa"/>
            <w:tcBorders>
              <w:bottom w:val="single" w:sz="4" w:space="0" w:color="auto"/>
            </w:tcBorders>
          </w:tcPr>
          <w:p w14:paraId="09C8E20C" w14:textId="77777777" w:rsidR="00CB5002" w:rsidRPr="002B00E3" w:rsidRDefault="00CB5002" w:rsidP="001B4F2F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94AA77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68.2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5C9BB4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61.0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CE279F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92.3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D2F9CC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30.8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2C5C453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88.8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8098D5B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37.0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80A784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32.0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FA7230F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4.10 (1.31)</w:t>
            </w:r>
          </w:p>
        </w:tc>
      </w:tr>
      <w:tr w:rsidR="00CB5002" w:rsidRPr="002B00E3" w14:paraId="48528BFD" w14:textId="77777777" w:rsidTr="00C01080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7225228" w14:textId="77777777" w:rsidR="00CB5002" w:rsidRPr="002B00E3" w:rsidRDefault="00CB5002" w:rsidP="001B4F2F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East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B6D29F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67.6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BB14F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54.9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206DFE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90.0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28ABCC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27.7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C539B22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85.5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E734217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34.1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BB44EB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30.2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4FE00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3.90 (1.36)</w:t>
            </w:r>
          </w:p>
        </w:tc>
      </w:tr>
      <w:tr w:rsidR="00CB5002" w:rsidRPr="002B00E3" w14:paraId="36EAD012" w14:textId="77777777" w:rsidTr="00C01080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1D15722" w14:textId="7C5B76F8" w:rsidR="00CB5002" w:rsidRPr="002B00E3" w:rsidRDefault="00CB5002" w:rsidP="001B4F2F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Baden-Wuerttemberg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086E3E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63.3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7A37E3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63.7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BEC095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93.5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EEC1B0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26.5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2894133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89.3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9712B6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38.9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CB5B5B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2093960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4.09 (1.38)</w:t>
            </w:r>
          </w:p>
        </w:tc>
      </w:tr>
      <w:tr w:rsidR="00CB5002" w:rsidRPr="002B00E3" w14:paraId="7AD7DEF9" w14:textId="77777777" w:rsidTr="00C01080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93D2538" w14:textId="77777777" w:rsidR="00CB5002" w:rsidRPr="002B00E3" w:rsidRDefault="00CB5002" w:rsidP="001B4F2F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Bavaria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C9CEA7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75.4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09B96D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58.0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1B85DB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93.2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EAF4C0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31.5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8BC73EA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88.7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0B7D61D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38.8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79DE4E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30.4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F639856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4.16 (1.39)</w:t>
            </w:r>
          </w:p>
        </w:tc>
      </w:tr>
      <w:tr w:rsidR="00CB5002" w:rsidRPr="002B00E3" w14:paraId="30831470" w14:textId="77777777" w:rsidTr="00C01080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691FE74" w14:textId="77777777" w:rsidR="00CB5002" w:rsidRPr="002B00E3" w:rsidRDefault="00CB5002" w:rsidP="001B4F2F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North Rhine-Westphalia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DB75B0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66.7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3EE111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62.3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4D13E1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92.3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007C40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34.6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3AB711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88.2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31EC1B8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37.0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DFA906E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32.8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083849B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4.14 (1.40)</w:t>
            </w:r>
          </w:p>
        </w:tc>
      </w:tr>
      <w:tr w:rsidR="00CB5002" w:rsidRPr="002B00E3" w14:paraId="4092D06C" w14:textId="77777777" w:rsidTr="00C01080">
        <w:tc>
          <w:tcPr>
            <w:tcW w:w="1413" w:type="dxa"/>
            <w:tcBorders>
              <w:top w:val="single" w:sz="4" w:space="0" w:color="auto"/>
            </w:tcBorders>
          </w:tcPr>
          <w:p w14:paraId="2FB3D645" w14:textId="77777777" w:rsidR="00CB5002" w:rsidRPr="002B00E3" w:rsidRDefault="00CB5002" w:rsidP="001B4F2F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South-West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2FD6C8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69.1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34F7599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54.9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5F383C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91.3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FD44D8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25.6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C46CD4A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86.2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33E59EA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32.6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A0C2B2C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34.1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FE0DD34" w14:textId="77777777" w:rsidR="00CB5002" w:rsidRPr="002B00E3" w:rsidRDefault="00CB5002" w:rsidP="001B4F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3.94 (1.42)</w:t>
            </w:r>
          </w:p>
        </w:tc>
      </w:tr>
    </w:tbl>
    <w:p w14:paraId="5B52A732" w14:textId="5BF0109D" w:rsidR="00CB5002" w:rsidRPr="002B00E3" w:rsidRDefault="00CB5002" w:rsidP="00CB5002">
      <w:pPr>
        <w:rPr>
          <w:rFonts w:ascii="Arial" w:hAnsi="Arial" w:cs="Arial"/>
          <w:sz w:val="18"/>
          <w:szCs w:val="18"/>
          <w:lang w:val="en-GB"/>
        </w:rPr>
      </w:pPr>
      <w:r w:rsidRPr="002B00E3">
        <w:rPr>
          <w:rFonts w:ascii="Arial" w:hAnsi="Arial" w:cs="Arial"/>
          <w:i/>
          <w:sz w:val="18"/>
          <w:szCs w:val="18"/>
          <w:lang w:val="en-GB"/>
        </w:rPr>
        <w:t>Note:</w:t>
      </w:r>
      <w:r w:rsidRPr="002B00E3">
        <w:rPr>
          <w:rFonts w:ascii="Arial" w:hAnsi="Arial" w:cs="Arial"/>
          <w:sz w:val="18"/>
          <w:szCs w:val="18"/>
          <w:lang w:val="en-GB"/>
        </w:rPr>
        <w:t xml:space="preserve"> Effect sizes in bold indicate small group differences. </w:t>
      </w:r>
      <w:r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Region </w:t>
      </w:r>
      <w:r w:rsidR="00192650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summarised </w:t>
      </w:r>
      <w:r w:rsidRPr="002B00E3">
        <w:rPr>
          <w:rFonts w:ascii="Arial" w:eastAsia="Times New Roman" w:hAnsi="Arial" w:cs="Arial"/>
          <w:sz w:val="18"/>
          <w:szCs w:val="18"/>
          <w:lang w:val="en-GB"/>
        </w:rPr>
        <w:t>the German federal states according to the Nomenclature of Territorial Units for Statistics (NUTS</w:t>
      </w:r>
      <w:r w:rsidR="00201855" w:rsidRPr="002B00E3">
        <w:rPr>
          <w:rFonts w:ascii="Arial" w:hAnsi="Arial" w:cs="Arial"/>
          <w:sz w:val="18"/>
          <w:szCs w:val="18"/>
          <w:lang w:val="en-GB"/>
        </w:rPr>
        <w:t>)</w:t>
      </w:r>
      <w:r w:rsidR="00393476"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201855" w:rsidRPr="002B00E3">
        <w:rPr>
          <w:rFonts w:ascii="Arial" w:hAnsi="Arial" w:cs="Arial"/>
          <w:sz w:val="18"/>
          <w:szCs w:val="18"/>
          <w:lang w:val="en-GB"/>
        </w:rPr>
        <w:t>(</w:t>
      </w:r>
      <w:r w:rsidR="00393476" w:rsidRPr="002B00E3">
        <w:rPr>
          <w:rFonts w:ascii="Arial" w:hAnsi="Arial" w:cs="Arial"/>
          <w:sz w:val="18"/>
          <w:szCs w:val="18"/>
          <w:lang w:val="en-GB"/>
        </w:rPr>
        <w:t>North = Schleswig-Holstein, Hamburg, Lower Saxony, Bremen; East = Berlin, Brandenburg, Mecklenburg-Western Pomerania, Saxony, Saxony-Anhalt, Thuringia; Baden-Wuerttemberg; Bavaria; North Rhine-Westphalia; South-West = Hesse, Rhineland-Palatinate, Saarland</w:t>
      </w:r>
      <w:r w:rsidRPr="002B00E3">
        <w:rPr>
          <w:rFonts w:ascii="Arial" w:eastAsia="Times New Roman" w:hAnsi="Arial" w:cs="Arial"/>
          <w:sz w:val="18"/>
          <w:szCs w:val="18"/>
          <w:lang w:val="en-GB"/>
        </w:rPr>
        <w:t>) level 3 by Eurostat (</w:t>
      </w:r>
      <w:r w:rsidRPr="002B00E3">
        <w:rPr>
          <w:rFonts w:ascii="Arial" w:hAnsi="Arial" w:cs="Arial"/>
          <w:sz w:val="18"/>
          <w:szCs w:val="18"/>
          <w:lang w:val="en-GB"/>
        </w:rPr>
        <w:t xml:space="preserve">2022) to enable statistically sound statements about regional tendencies </w:t>
      </w:r>
      <w:r w:rsidR="009D3257" w:rsidRPr="002B00E3">
        <w:rPr>
          <w:rFonts w:ascii="Arial" w:hAnsi="Arial" w:cs="Arial"/>
          <w:sz w:val="18"/>
          <w:szCs w:val="18"/>
          <w:lang w:val="en-GB"/>
        </w:rPr>
        <w:t>based on</w:t>
      </w:r>
      <w:r w:rsidRPr="002B00E3">
        <w:rPr>
          <w:rFonts w:ascii="Arial" w:hAnsi="Arial" w:cs="Arial"/>
          <w:sz w:val="18"/>
          <w:szCs w:val="18"/>
          <w:lang w:val="en-GB"/>
        </w:rPr>
        <w:t xml:space="preserve"> a larger sample size. Effect sizes in bold indicate at least small group differences.</w:t>
      </w:r>
    </w:p>
    <w:p w14:paraId="2B97EA40" w14:textId="0B409F32" w:rsidR="00B020AD" w:rsidRPr="002B00E3" w:rsidRDefault="00B020AD">
      <w:pPr>
        <w:rPr>
          <w:rFonts w:ascii="Arial" w:hAnsi="Arial" w:cs="Arial"/>
          <w:sz w:val="18"/>
          <w:szCs w:val="18"/>
          <w:lang w:val="en-GB"/>
        </w:rPr>
      </w:pPr>
      <w:r w:rsidRPr="002B00E3">
        <w:rPr>
          <w:rFonts w:ascii="Arial" w:hAnsi="Arial" w:cs="Arial"/>
          <w:sz w:val="18"/>
          <w:szCs w:val="18"/>
          <w:lang w:val="en-GB"/>
        </w:rPr>
        <w:br w:type="page"/>
      </w:r>
    </w:p>
    <w:p w14:paraId="48073671" w14:textId="77777777" w:rsidR="002B00E3" w:rsidRPr="00EE06AA" w:rsidRDefault="00B020AD" w:rsidP="002B00E3">
      <w:pPr>
        <w:pStyle w:val="berschrift3"/>
        <w:spacing w:before="0" w:line="360" w:lineRule="auto"/>
        <w:rPr>
          <w:rFonts w:ascii="Arial" w:hAnsi="Arial" w:cs="Arial"/>
          <w:color w:val="auto"/>
          <w:sz w:val="18"/>
          <w:szCs w:val="18"/>
          <w:lang w:val="en-GB"/>
        </w:rPr>
      </w:pPr>
      <w:bookmarkStart w:id="9" w:name="_Toc221782218"/>
      <w:r w:rsidRPr="00EE06AA">
        <w:rPr>
          <w:rFonts w:ascii="Arial" w:hAnsi="Arial" w:cs="Arial"/>
          <w:color w:val="auto"/>
          <w:sz w:val="18"/>
          <w:szCs w:val="18"/>
          <w:lang w:val="en-GB"/>
        </w:rPr>
        <w:lastRenderedPageBreak/>
        <w:t xml:space="preserve">Table S5 Results for post hoc tests </w:t>
      </w:r>
      <w:r w:rsidR="007A3946" w:rsidRPr="00EE06AA">
        <w:rPr>
          <w:rFonts w:ascii="Arial" w:hAnsi="Arial" w:cs="Arial"/>
          <w:color w:val="auto"/>
          <w:sz w:val="18"/>
          <w:szCs w:val="18"/>
          <w:lang w:val="en-GB"/>
        </w:rPr>
        <w:t>on</w:t>
      </w:r>
      <w:r w:rsidRPr="00EE06AA">
        <w:rPr>
          <w:rFonts w:ascii="Arial" w:hAnsi="Arial" w:cs="Arial"/>
          <w:color w:val="auto"/>
          <w:sz w:val="18"/>
          <w:szCs w:val="18"/>
          <w:lang w:val="en-GB"/>
        </w:rPr>
        <w:t xml:space="preserve"> knowledge </w:t>
      </w:r>
      <w:r w:rsidR="0086338C" w:rsidRPr="00EE06AA">
        <w:rPr>
          <w:rFonts w:ascii="Arial" w:hAnsi="Arial" w:cs="Arial"/>
          <w:color w:val="auto"/>
          <w:sz w:val="18"/>
          <w:szCs w:val="18"/>
          <w:lang w:val="en-GB"/>
        </w:rPr>
        <w:t>of</w:t>
      </w:r>
      <w:r w:rsidRPr="00EE06AA">
        <w:rPr>
          <w:rFonts w:ascii="Arial" w:hAnsi="Arial" w:cs="Arial"/>
          <w:color w:val="auto"/>
          <w:sz w:val="18"/>
          <w:szCs w:val="18"/>
          <w:lang w:val="en-GB"/>
        </w:rPr>
        <w:t xml:space="preserve"> </w:t>
      </w:r>
      <w:r w:rsidR="00E5423F" w:rsidRPr="00EE06AA">
        <w:rPr>
          <w:rFonts w:ascii="Arial" w:hAnsi="Arial" w:cs="Arial"/>
          <w:color w:val="auto"/>
          <w:sz w:val="18"/>
          <w:szCs w:val="18"/>
          <w:lang w:val="en-GB"/>
        </w:rPr>
        <w:t xml:space="preserve">oral cancer risk factors </w:t>
      </w:r>
      <w:r w:rsidRPr="00EE06AA">
        <w:rPr>
          <w:rFonts w:ascii="Arial" w:hAnsi="Arial" w:cs="Arial"/>
          <w:color w:val="auto"/>
          <w:sz w:val="18"/>
          <w:szCs w:val="18"/>
          <w:lang w:val="en-GB"/>
        </w:rPr>
        <w:t>by</w:t>
      </w:r>
      <w:bookmarkEnd w:id="9"/>
    </w:p>
    <w:p w14:paraId="0B34A4B0" w14:textId="57C05B0D" w:rsidR="00B020AD" w:rsidRPr="00EE06AA" w:rsidRDefault="00B020AD" w:rsidP="002B00E3">
      <w:pPr>
        <w:pStyle w:val="berschrift3"/>
        <w:spacing w:before="0" w:line="360" w:lineRule="auto"/>
        <w:rPr>
          <w:rFonts w:ascii="Arial" w:hAnsi="Arial" w:cs="Arial"/>
          <w:color w:val="auto"/>
          <w:sz w:val="18"/>
          <w:szCs w:val="18"/>
          <w:lang w:val="en-GB"/>
        </w:rPr>
      </w:pPr>
      <w:bookmarkStart w:id="10" w:name="_Toc221782219"/>
      <w:r w:rsidRPr="00EE06AA">
        <w:rPr>
          <w:rFonts w:ascii="Arial" w:hAnsi="Arial" w:cs="Arial"/>
          <w:color w:val="auto"/>
          <w:sz w:val="18"/>
          <w:szCs w:val="18"/>
          <w:lang w:val="en-GB"/>
        </w:rPr>
        <w:t>sociodemograp</w:t>
      </w:r>
      <w:r w:rsidR="00F37D7E" w:rsidRPr="00EE06AA">
        <w:rPr>
          <w:rFonts w:ascii="Arial" w:hAnsi="Arial" w:cs="Arial"/>
          <w:color w:val="auto"/>
          <w:sz w:val="18"/>
          <w:szCs w:val="18"/>
          <w:lang w:val="en-GB"/>
        </w:rPr>
        <w:t>h</w:t>
      </w:r>
      <w:r w:rsidRPr="00EE06AA">
        <w:rPr>
          <w:rFonts w:ascii="Arial" w:hAnsi="Arial" w:cs="Arial"/>
          <w:color w:val="auto"/>
          <w:sz w:val="18"/>
          <w:szCs w:val="18"/>
          <w:lang w:val="en-GB"/>
        </w:rPr>
        <w:t>ic group</w:t>
      </w:r>
      <w:bookmarkEnd w:id="10"/>
    </w:p>
    <w:p w14:paraId="58679FA0" w14:textId="7788E420" w:rsidR="00B020AD" w:rsidRPr="002B00E3" w:rsidRDefault="00B020AD" w:rsidP="00B020AD">
      <w:pPr>
        <w:spacing w:after="0" w:line="360" w:lineRule="auto"/>
        <w:rPr>
          <w:rFonts w:ascii="Arial" w:eastAsia="Times New Roman" w:hAnsi="Arial" w:cs="Arial"/>
          <w:sz w:val="18"/>
          <w:szCs w:val="18"/>
          <w:lang w:val="en-GB"/>
        </w:rPr>
      </w:pPr>
    </w:p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1335"/>
        <w:gridCol w:w="1336"/>
        <w:gridCol w:w="1336"/>
        <w:gridCol w:w="1336"/>
        <w:gridCol w:w="1336"/>
        <w:gridCol w:w="1336"/>
        <w:gridCol w:w="1336"/>
      </w:tblGrid>
      <w:tr w:rsidR="005B3E7B" w:rsidRPr="002B00E3" w14:paraId="307A71F4" w14:textId="77777777" w:rsidTr="00EE06AA">
        <w:trPr>
          <w:cantSplit/>
          <w:tblHeader/>
        </w:trPr>
        <w:tc>
          <w:tcPr>
            <w:tcW w:w="2671" w:type="dxa"/>
            <w:gridSpan w:val="2"/>
            <w:shd w:val="clear" w:color="auto" w:fill="F2F2F2" w:themeFill="background1" w:themeFillShade="F2"/>
          </w:tcPr>
          <w:p w14:paraId="14C4F77D" w14:textId="51BBB7DF" w:rsidR="005B3E7B" w:rsidRPr="002B00E3" w:rsidRDefault="005B3E7B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Sample characteristics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7DAB44F9" w14:textId="447D44CB" w:rsidR="005B3E7B" w:rsidRPr="002B00E3" w:rsidRDefault="005B3E7B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Older age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49A99F38" w14:textId="7B4B9D01" w:rsidR="005B3E7B" w:rsidRPr="002B00E3" w:rsidRDefault="005B3E7B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Tobacco </w:t>
            </w:r>
            <w:proofErr w:type="spellStart"/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consumpt</w:t>
            </w:r>
            <w:proofErr w:type="spellEnd"/>
            <w:r w:rsidR="00EE06AA"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ion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48B5EF16" w14:textId="77777777" w:rsidR="005B3E7B" w:rsidRPr="002B00E3" w:rsidRDefault="005B3E7B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Prior oral cancer lesion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06A1EDD2" w14:textId="77777777" w:rsidR="005B3E7B" w:rsidRPr="002B00E3" w:rsidRDefault="005B3E7B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HPV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1D325F30" w14:textId="13A2931D" w:rsidR="005B3E7B" w:rsidRPr="002B00E3" w:rsidRDefault="005B3E7B" w:rsidP="001B4F2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Sum</w:t>
            </w:r>
            <w:r w:rsidR="001C6510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score risk factors</w:t>
            </w:r>
          </w:p>
        </w:tc>
      </w:tr>
      <w:tr w:rsidR="005B3E7B" w:rsidRPr="002B00E3" w14:paraId="408062F3" w14:textId="77777777" w:rsidTr="00EE06AA">
        <w:trPr>
          <w:cantSplit/>
          <w:tblHeader/>
        </w:trPr>
        <w:tc>
          <w:tcPr>
            <w:tcW w:w="1335" w:type="dxa"/>
            <w:shd w:val="clear" w:color="auto" w:fill="F2F2F2" w:themeFill="background1" w:themeFillShade="F2"/>
          </w:tcPr>
          <w:p w14:paraId="32FD2DCB" w14:textId="5EF26D8A" w:rsidR="005B3E7B" w:rsidRPr="002B00E3" w:rsidRDefault="005B3E7B" w:rsidP="005B3E7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Post hoc group 1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25F6ACB6" w14:textId="58F7E9B5" w:rsidR="005B3E7B" w:rsidRPr="002B00E3" w:rsidRDefault="005B3E7B" w:rsidP="005B3E7B">
            <w:pPr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Post hoc group 2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35D2912D" w14:textId="0F340030" w:rsidR="005B3E7B" w:rsidRPr="002B00E3" w:rsidRDefault="005B3E7B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shd w:val="clear" w:color="auto" w:fill="F2F2F2" w:themeFill="background1" w:themeFillShade="F2"/>
          </w:tcPr>
          <w:p w14:paraId="3BF5C438" w14:textId="77777777" w:rsidR="005B3E7B" w:rsidRPr="002B00E3" w:rsidRDefault="005B3E7B" w:rsidP="005B3E7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</w:p>
        </w:tc>
        <w:tc>
          <w:tcPr>
            <w:tcW w:w="1336" w:type="dxa"/>
            <w:shd w:val="clear" w:color="auto" w:fill="F2F2F2" w:themeFill="background1" w:themeFillShade="F2"/>
          </w:tcPr>
          <w:p w14:paraId="5A5F8A1B" w14:textId="77777777" w:rsidR="005B3E7B" w:rsidRPr="002B00E3" w:rsidRDefault="005B3E7B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shd w:val="clear" w:color="auto" w:fill="F2F2F2" w:themeFill="background1" w:themeFillShade="F2"/>
          </w:tcPr>
          <w:p w14:paraId="1E42259F" w14:textId="77777777" w:rsidR="005B3E7B" w:rsidRPr="002B00E3" w:rsidRDefault="005B3E7B" w:rsidP="005B3E7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</w:p>
        </w:tc>
        <w:tc>
          <w:tcPr>
            <w:tcW w:w="1336" w:type="dxa"/>
            <w:shd w:val="clear" w:color="auto" w:fill="F2F2F2" w:themeFill="background1" w:themeFillShade="F2"/>
          </w:tcPr>
          <w:p w14:paraId="1831907A" w14:textId="77777777" w:rsidR="005B3E7B" w:rsidRPr="002B00E3" w:rsidRDefault="005B3E7B" w:rsidP="005B3E7B">
            <w:pPr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</w:p>
        </w:tc>
      </w:tr>
      <w:tr w:rsidR="005B3E7B" w:rsidRPr="002B00E3" w14:paraId="5EB8612C" w14:textId="77777777" w:rsidTr="00EE06AA">
        <w:tc>
          <w:tcPr>
            <w:tcW w:w="1335" w:type="dxa"/>
            <w:shd w:val="clear" w:color="auto" w:fill="F2F2F2" w:themeFill="background1" w:themeFillShade="F2"/>
          </w:tcPr>
          <w:p w14:paraId="152B70FC" w14:textId="0E20EC11" w:rsidR="005B3E7B" w:rsidRPr="002B00E3" w:rsidRDefault="005B3E7B" w:rsidP="005B3E7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Age group,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29B7DDD4" w14:textId="77777777" w:rsidR="005B3E7B" w:rsidRPr="002B00E3" w:rsidRDefault="005B3E7B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shd w:val="clear" w:color="auto" w:fill="F2F2F2" w:themeFill="background1" w:themeFillShade="F2"/>
          </w:tcPr>
          <w:p w14:paraId="43988157" w14:textId="77777777" w:rsidR="0017760A" w:rsidRDefault="005B3E7B" w:rsidP="005B3E7B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28.69,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3E9A3BA1" w14:textId="4CA6B8A7" w:rsidR="005B3E7B" w:rsidRPr="002B00E3" w:rsidRDefault="009B249F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5B3E7B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5B3E7B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0.13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7CCA5E84" w14:textId="461F931B" w:rsidR="005B3E7B" w:rsidRPr="002B00E3" w:rsidRDefault="005B3E7B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2348CBC1" w14:textId="77777777" w:rsidR="0017760A" w:rsidRDefault="005B3E7B" w:rsidP="005B3E7B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45.89,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5468EF25" w14:textId="3ABD78BD" w:rsidR="005B3E7B" w:rsidRPr="002B00E3" w:rsidRDefault="009B249F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5B3E7B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5B3E7B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0.16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58AB3CC6" w14:textId="2C9AAF7D" w:rsidR="005B3E7B" w:rsidRPr="002B00E3" w:rsidRDefault="005B3E7B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77446350" w14:textId="77777777" w:rsidR="0017760A" w:rsidRDefault="005B3E7B" w:rsidP="005B3E7B">
            <w:pPr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Welch F</w:t>
            </w:r>
            <w:r w:rsidR="0017760A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(3, 842.18) = 11.06,</w:t>
            </w:r>
          </w:p>
          <w:p w14:paraId="08E8EAE7" w14:textId="77777777" w:rsidR="0017760A" w:rsidRDefault="009B249F" w:rsidP="005B3E7B">
            <w:pPr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5B3E7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 .001,</w:t>
            </w:r>
          </w:p>
          <w:p w14:paraId="1B09B6D9" w14:textId="6A8846F4" w:rsidR="005B3E7B" w:rsidRPr="002B00E3" w:rsidRDefault="009B249F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d </w:t>
            </w:r>
            <w:r w:rsidR="005B3E7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= </w:t>
            </w:r>
            <w:r w:rsidR="005B3E7B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>0.28</w:t>
            </w:r>
          </w:p>
        </w:tc>
      </w:tr>
      <w:tr w:rsidR="005C466B" w:rsidRPr="002B00E3" w14:paraId="1C291822" w14:textId="77777777" w:rsidTr="00EE06AA">
        <w:tc>
          <w:tcPr>
            <w:tcW w:w="1335" w:type="dxa"/>
            <w:tcBorders>
              <w:bottom w:val="nil"/>
            </w:tcBorders>
          </w:tcPr>
          <w:p w14:paraId="6274B39E" w14:textId="15613535" w:rsidR="005C466B" w:rsidRPr="002B00E3" w:rsidRDefault="005C466B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50</w:t>
            </w:r>
            <w:r w:rsidR="00710A40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59</w:t>
            </w:r>
          </w:p>
        </w:tc>
        <w:tc>
          <w:tcPr>
            <w:tcW w:w="1336" w:type="dxa"/>
            <w:tcBorders>
              <w:bottom w:val="nil"/>
            </w:tcBorders>
          </w:tcPr>
          <w:p w14:paraId="7A825A92" w14:textId="4D42DF36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60</w:t>
            </w:r>
            <w:r w:rsidR="00710A40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69 </w:t>
            </w:r>
          </w:p>
        </w:tc>
        <w:tc>
          <w:tcPr>
            <w:tcW w:w="1336" w:type="dxa"/>
            <w:tcBorders>
              <w:bottom w:val="nil"/>
            </w:tcBorders>
          </w:tcPr>
          <w:p w14:paraId="651DDDA9" w14:textId="77777777" w:rsidR="00EE06AA" w:rsidRDefault="00226DE0" w:rsidP="005C466B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</w:t>
            </w:r>
            <w:r w:rsidR="00A64E23" w:rsidRPr="002B00E3">
              <w:rPr>
                <w:rFonts w:ascii="Arial" w:hAnsi="Arial" w:cs="Arial"/>
                <w:sz w:val="18"/>
                <w:szCs w:val="18"/>
                <w:lang w:val="en-GB"/>
              </w:rPr>
              <w:t>294</w:t>
            </w:r>
            <w:r w:rsidR="00047643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321B9E0C" w14:textId="45CD9302" w:rsidR="005C466B" w:rsidRPr="002B00E3" w:rsidRDefault="009B249F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047643" w:rsidRPr="002B00E3">
              <w:rPr>
                <w:rFonts w:ascii="Arial" w:hAnsi="Arial" w:cs="Arial"/>
                <w:sz w:val="18"/>
                <w:szCs w:val="18"/>
                <w:lang w:val="en-GB"/>
              </w:rPr>
              <w:t>= 0.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  <w:r w:rsidR="00A64E23" w:rsidRPr="002B00E3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1336" w:type="dxa"/>
            <w:tcBorders>
              <w:bottom w:val="nil"/>
            </w:tcBorders>
          </w:tcPr>
          <w:p w14:paraId="3A068AB3" w14:textId="7F86B7BB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bottom w:val="nil"/>
            </w:tcBorders>
          </w:tcPr>
          <w:p w14:paraId="20D38400" w14:textId="77777777" w:rsidR="00EE06AA" w:rsidRDefault="00142869" w:rsidP="005C466B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33BF7C5C" w14:textId="6D7BB8B5" w:rsidR="005C466B" w:rsidRPr="002B00E3" w:rsidRDefault="009B249F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624FEB" w:rsidRPr="002B00E3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1336" w:type="dxa"/>
            <w:tcBorders>
              <w:bottom w:val="nil"/>
            </w:tcBorders>
          </w:tcPr>
          <w:p w14:paraId="541294BC" w14:textId="6C6E5249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bottom w:val="nil"/>
            </w:tcBorders>
          </w:tcPr>
          <w:p w14:paraId="7FD94083" w14:textId="77777777" w:rsidR="00EE06AA" w:rsidRDefault="005C466B" w:rsidP="005C466B">
            <w:pPr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.856,</w:t>
            </w:r>
          </w:p>
          <w:p w14:paraId="3883322F" w14:textId="4C8CDF9E" w:rsidR="005C466B" w:rsidRPr="002B00E3" w:rsidRDefault="009B249F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d </w:t>
            </w:r>
            <w:r w:rsidR="00431EB8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= </w:t>
            </w:r>
            <w:r w:rsidR="00E15E25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0.05</w:t>
            </w:r>
          </w:p>
        </w:tc>
      </w:tr>
      <w:tr w:rsidR="005C466B" w:rsidRPr="002B00E3" w14:paraId="579F5AED" w14:textId="77777777" w:rsidTr="00EE06AA">
        <w:tc>
          <w:tcPr>
            <w:tcW w:w="1335" w:type="dxa"/>
            <w:tcBorders>
              <w:top w:val="nil"/>
              <w:bottom w:val="nil"/>
            </w:tcBorders>
          </w:tcPr>
          <w:p w14:paraId="6F8F88C5" w14:textId="77F16B40" w:rsidR="005C466B" w:rsidRPr="002B00E3" w:rsidRDefault="005C466B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3F025EE" w14:textId="1979F3DC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70</w:t>
            </w:r>
            <w:r w:rsidR="00710A40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79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08CFA78" w14:textId="77777777" w:rsidR="00EE06AA" w:rsidRDefault="003D75A5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EE06A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707EE526" w14:textId="3B718D22" w:rsidR="005C466B" w:rsidRPr="002B00E3" w:rsidRDefault="003D75A5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0.15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4611C34" w14:textId="2BEF4DCB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AC70DCF" w14:textId="77777777" w:rsidR="00EE06AA" w:rsidRDefault="00796931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EE06A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10C459FD" w14:textId="4169A813" w:rsidR="005C466B" w:rsidRPr="002B00E3" w:rsidRDefault="00796931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7BD026B" w14:textId="41EE309D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751B332" w14:textId="77777777" w:rsidR="00EE06AA" w:rsidRDefault="005C466B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&lt;</w:t>
            </w:r>
            <w:r w:rsidR="002717A1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.001,</w:t>
            </w:r>
          </w:p>
          <w:p w14:paraId="2DDB7835" w14:textId="14547915" w:rsidR="005C466B" w:rsidRPr="002B00E3" w:rsidRDefault="00D9258A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0.39</w:t>
            </w:r>
          </w:p>
        </w:tc>
      </w:tr>
      <w:tr w:rsidR="005C466B" w:rsidRPr="002B00E3" w14:paraId="6488C1B6" w14:textId="77777777" w:rsidTr="00EE06AA">
        <w:tc>
          <w:tcPr>
            <w:tcW w:w="1335" w:type="dxa"/>
            <w:tcBorders>
              <w:top w:val="nil"/>
              <w:bottom w:val="nil"/>
            </w:tcBorders>
          </w:tcPr>
          <w:p w14:paraId="17700F7D" w14:textId="089CC53C" w:rsidR="005C466B" w:rsidRPr="002B00E3" w:rsidRDefault="005C466B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CF4DF3B" w14:textId="01474FFD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9E24F12" w14:textId="77777777" w:rsidR="00EE06AA" w:rsidRDefault="003D75A5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EE06A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410EFCA3" w14:textId="2A005A21" w:rsidR="005C466B" w:rsidRPr="002B00E3" w:rsidRDefault="003D75A5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0.14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6D72A13" w14:textId="03FE105C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1CE7F34" w14:textId="77777777" w:rsidR="0017760A" w:rsidRDefault="00796931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6E8F247E" w14:textId="39F2B632" w:rsidR="005C466B" w:rsidRPr="002B00E3" w:rsidRDefault="00796931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477E98B" w14:textId="48363449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C9F2BFC" w14:textId="77777777" w:rsidR="0017760A" w:rsidRDefault="005C466B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&lt;</w:t>
            </w:r>
            <w:r w:rsidR="002717A1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.001,</w:t>
            </w:r>
          </w:p>
          <w:p w14:paraId="4E7E762F" w14:textId="0167690C" w:rsidR="005C466B" w:rsidRPr="002B00E3" w:rsidRDefault="00D9258A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0.39</w:t>
            </w:r>
          </w:p>
        </w:tc>
      </w:tr>
      <w:tr w:rsidR="005C466B" w:rsidRPr="002B00E3" w14:paraId="07B663DC" w14:textId="77777777" w:rsidTr="00EE06AA">
        <w:tc>
          <w:tcPr>
            <w:tcW w:w="1335" w:type="dxa"/>
            <w:tcBorders>
              <w:top w:val="nil"/>
              <w:bottom w:val="nil"/>
            </w:tcBorders>
          </w:tcPr>
          <w:p w14:paraId="6ECA8044" w14:textId="768CFF35" w:rsidR="005C466B" w:rsidRPr="002B00E3" w:rsidRDefault="005C466B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60</w:t>
            </w:r>
            <w:r w:rsidR="00710A40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69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9A79A93" w14:textId="1A278E9D" w:rsidR="005C466B" w:rsidRPr="002B00E3" w:rsidRDefault="005C466B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70</w:t>
            </w:r>
            <w:r w:rsidR="00710A40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79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C1118E2" w14:textId="77777777" w:rsidR="00EE06AA" w:rsidRDefault="003D75A5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EE06A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.035,</w:t>
            </w:r>
          </w:p>
          <w:p w14:paraId="5DE1EC91" w14:textId="76F46AB1" w:rsidR="005C466B" w:rsidRPr="002B00E3" w:rsidRDefault="003D75A5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 0.09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F3D577C" w14:textId="636E347A" w:rsidR="005C466B" w:rsidRPr="002B00E3" w:rsidRDefault="005C466B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354EACF" w14:textId="77777777" w:rsidR="0017760A" w:rsidRDefault="00796931" w:rsidP="005C466B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.001,</w:t>
            </w:r>
          </w:p>
          <w:p w14:paraId="2F51FD99" w14:textId="6BC0BF2B" w:rsidR="005C466B" w:rsidRPr="002B00E3" w:rsidRDefault="00796931" w:rsidP="005C466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i/>
                <w:sz w:val="18"/>
                <w:szCs w:val="18"/>
                <w:lang w:val="en-GB"/>
              </w:rPr>
              <w:t xml:space="preserve">V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= 0.13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77AB058" w14:textId="22CF6DB5" w:rsidR="005C466B" w:rsidRPr="002B00E3" w:rsidRDefault="005C466B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046744F" w14:textId="77777777" w:rsidR="0017760A" w:rsidRDefault="005C466B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.001,</w:t>
            </w:r>
          </w:p>
          <w:p w14:paraId="38CC1109" w14:textId="09E8EFD1" w:rsidR="005C466B" w:rsidRPr="002B00E3" w:rsidRDefault="00E152A7" w:rsidP="005C466B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0.27</w:t>
            </w:r>
          </w:p>
        </w:tc>
      </w:tr>
      <w:tr w:rsidR="00142869" w:rsidRPr="002B00E3" w14:paraId="7D389533" w14:textId="77777777" w:rsidTr="00EE06AA">
        <w:tc>
          <w:tcPr>
            <w:tcW w:w="1335" w:type="dxa"/>
            <w:tcBorders>
              <w:top w:val="nil"/>
              <w:bottom w:val="nil"/>
            </w:tcBorders>
          </w:tcPr>
          <w:p w14:paraId="7340F585" w14:textId="77777777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E17DB24" w14:textId="4B979793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4F369C0" w14:textId="77777777" w:rsidR="00EE06AA" w:rsidRDefault="00E1485D" w:rsidP="00EE06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</w:t>
            </w:r>
            <w:r w:rsidR="00A64E23" w:rsidRPr="002B00E3">
              <w:rPr>
                <w:rFonts w:ascii="Arial" w:hAnsi="Arial" w:cs="Arial"/>
                <w:sz w:val="18"/>
                <w:szCs w:val="18"/>
                <w:lang w:val="en-GB"/>
              </w:rPr>
              <w:t>782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143EB63E" w14:textId="492CC51D" w:rsidR="00142869" w:rsidRPr="002B00E3" w:rsidRDefault="009B249F" w:rsidP="00EE06A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A64E23" w:rsidRPr="002B00E3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4E22AE9" w14:textId="15E01719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4B72D50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339503F0" w14:textId="42523166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</w:t>
            </w:r>
            <w:r w:rsidR="00624FEB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5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6C4D91D" w14:textId="0AB08E8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4053C1A" w14:textId="77777777" w:rsidR="0017760A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="0017760A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.002,</w:t>
            </w:r>
          </w:p>
          <w:p w14:paraId="78CA1FF3" w14:textId="17DF93AE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0.27</w:t>
            </w:r>
          </w:p>
        </w:tc>
      </w:tr>
      <w:tr w:rsidR="00142869" w:rsidRPr="002B00E3" w14:paraId="5E594540" w14:textId="77777777" w:rsidTr="00EE06AA">
        <w:tc>
          <w:tcPr>
            <w:tcW w:w="1335" w:type="dxa"/>
            <w:tcBorders>
              <w:top w:val="nil"/>
            </w:tcBorders>
          </w:tcPr>
          <w:p w14:paraId="4082A965" w14:textId="7A96E856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70</w:t>
            </w:r>
            <w:r w:rsidR="00710A40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–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79 </w:t>
            </w:r>
          </w:p>
        </w:tc>
        <w:tc>
          <w:tcPr>
            <w:tcW w:w="1336" w:type="dxa"/>
            <w:tcBorders>
              <w:top w:val="nil"/>
            </w:tcBorders>
          </w:tcPr>
          <w:p w14:paraId="6FA970BD" w14:textId="12E609DF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1336" w:type="dxa"/>
            <w:tcBorders>
              <w:top w:val="nil"/>
            </w:tcBorders>
          </w:tcPr>
          <w:p w14:paraId="7AB447AA" w14:textId="77777777" w:rsidR="00EE06A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5256F5D3" w14:textId="712E3BF7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A64E23" w:rsidRPr="002B00E3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1336" w:type="dxa"/>
            <w:tcBorders>
              <w:top w:val="nil"/>
            </w:tcBorders>
          </w:tcPr>
          <w:p w14:paraId="6D218088" w14:textId="50E2C757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</w:tcBorders>
          </w:tcPr>
          <w:p w14:paraId="7392FA0E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394CDC4A" w14:textId="688FE72A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624FEB" w:rsidRPr="002B00E3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1336" w:type="dxa"/>
            <w:tcBorders>
              <w:top w:val="nil"/>
            </w:tcBorders>
          </w:tcPr>
          <w:p w14:paraId="54ABD886" w14:textId="325969E0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</w:tcBorders>
          </w:tcPr>
          <w:p w14:paraId="357321F2" w14:textId="77777777" w:rsidR="0017760A" w:rsidRDefault="00142869" w:rsidP="00142869">
            <w:pPr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>p</w:t>
            </w: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 = .999,</w:t>
            </w:r>
          </w:p>
          <w:p w14:paraId="5F9E7E1F" w14:textId="1CEA12D0" w:rsidR="00142869" w:rsidRPr="002B00E3" w:rsidRDefault="009B249F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i/>
                <w:color w:val="303538"/>
                <w:sz w:val="18"/>
                <w:szCs w:val="18"/>
                <w:shd w:val="clear" w:color="auto" w:fill="FFFFFF"/>
                <w:lang w:val="en-GB"/>
              </w:rPr>
              <w:t xml:space="preserve">d </w:t>
            </w:r>
            <w:r w:rsidR="00142869"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= 0.01</w:t>
            </w:r>
          </w:p>
        </w:tc>
      </w:tr>
      <w:tr w:rsidR="005B3E7B" w:rsidRPr="002B00E3" w14:paraId="05E1C285" w14:textId="77777777" w:rsidTr="00EE06AA">
        <w:tc>
          <w:tcPr>
            <w:tcW w:w="1335" w:type="dxa"/>
            <w:shd w:val="clear" w:color="auto" w:fill="F2F2F2" w:themeFill="background1" w:themeFillShade="F2"/>
          </w:tcPr>
          <w:p w14:paraId="2EBF8DE5" w14:textId="2B9818EE" w:rsidR="005B3E7B" w:rsidRPr="002B00E3" w:rsidRDefault="005B3E7B" w:rsidP="005B3E7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School education,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654B5F29" w14:textId="77777777" w:rsidR="005B3E7B" w:rsidRPr="002B00E3" w:rsidRDefault="005B3E7B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shd w:val="clear" w:color="auto" w:fill="F2F2F2" w:themeFill="background1" w:themeFillShade="F2"/>
          </w:tcPr>
          <w:p w14:paraId="713B32FF" w14:textId="77777777" w:rsidR="0017760A" w:rsidRDefault="005B3E7B" w:rsidP="005B3E7B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51.51,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05B35054" w14:textId="072053E1" w:rsidR="005B3E7B" w:rsidRPr="002B00E3" w:rsidRDefault="009B249F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5B3E7B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5B3E7B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0.17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44AEF772" w14:textId="77777777" w:rsidR="0017760A" w:rsidRDefault="005B3E7B" w:rsidP="005B3E7B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18.36,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402935E9" w14:textId="0757ACA8" w:rsidR="005B3E7B" w:rsidRPr="002B00E3" w:rsidRDefault="009B249F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5B3E7B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5B3E7B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0.10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66A77368" w14:textId="77777777" w:rsidR="0017760A" w:rsidRDefault="005B3E7B" w:rsidP="005B3E7B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39.66,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6ACAEF2E" w14:textId="41035D5C" w:rsidR="005B3E7B" w:rsidRPr="002B00E3" w:rsidRDefault="009B249F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5B3E7B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5B3E7B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0.15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5082AC30" w14:textId="77777777" w:rsidR="0017760A" w:rsidRDefault="005B3E7B" w:rsidP="005B3E7B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χ²(3) = 20.36,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0646B405" w14:textId="40147D89" w:rsidR="005B3E7B" w:rsidRPr="002B00E3" w:rsidRDefault="009B249F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5B3E7B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5B3E7B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0.11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0916F0D6" w14:textId="3E025FE7" w:rsidR="0017760A" w:rsidRDefault="005B3E7B" w:rsidP="005B3E7B">
            <w:pPr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Welch F</w:t>
            </w:r>
            <w:r w:rsidR="0017760A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(3, 877.63) = 18.19,</w:t>
            </w:r>
          </w:p>
          <w:p w14:paraId="5C310E88" w14:textId="77777777" w:rsidR="0017760A" w:rsidRDefault="009B249F" w:rsidP="005B3E7B">
            <w:pPr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5B3E7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 .001,</w:t>
            </w:r>
          </w:p>
          <w:p w14:paraId="5C6E1328" w14:textId="61074C60" w:rsidR="005B3E7B" w:rsidRPr="002B00E3" w:rsidRDefault="009B249F" w:rsidP="005B3E7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d </w:t>
            </w:r>
            <w:r w:rsidR="005B3E7B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= </w:t>
            </w:r>
            <w:r w:rsidR="005B3E7B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>0.36</w:t>
            </w:r>
          </w:p>
        </w:tc>
      </w:tr>
      <w:tr w:rsidR="00142869" w:rsidRPr="002B00E3" w14:paraId="634363D7" w14:textId="77777777" w:rsidTr="00EE06AA">
        <w:tc>
          <w:tcPr>
            <w:tcW w:w="1335" w:type="dxa"/>
            <w:tcBorders>
              <w:bottom w:val="nil"/>
            </w:tcBorders>
          </w:tcPr>
          <w:p w14:paraId="40F02BC1" w14:textId="3317F227" w:rsidR="00142869" w:rsidRPr="002B00E3" w:rsidRDefault="004731B6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1336" w:type="dxa"/>
            <w:tcBorders>
              <w:bottom w:val="nil"/>
            </w:tcBorders>
          </w:tcPr>
          <w:p w14:paraId="52448D42" w14:textId="38B18E98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</w:p>
        </w:tc>
        <w:tc>
          <w:tcPr>
            <w:tcW w:w="1336" w:type="dxa"/>
            <w:tcBorders>
              <w:bottom w:val="nil"/>
            </w:tcBorders>
          </w:tcPr>
          <w:p w14:paraId="1F0968D6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58CB50DF" w14:textId="47079DB4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3E4BCE" w:rsidRPr="002B00E3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1336" w:type="dxa"/>
            <w:tcBorders>
              <w:bottom w:val="nil"/>
            </w:tcBorders>
          </w:tcPr>
          <w:p w14:paraId="674FC5C9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5B6419C1" w14:textId="7A63AA4D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E808DC" w:rsidRPr="002B00E3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1336" w:type="dxa"/>
            <w:tcBorders>
              <w:bottom w:val="nil"/>
            </w:tcBorders>
          </w:tcPr>
          <w:p w14:paraId="023D5492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.001,</w:t>
            </w:r>
          </w:p>
          <w:p w14:paraId="7C1E6F02" w14:textId="05E20FFA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0.13</w:t>
            </w:r>
          </w:p>
        </w:tc>
        <w:tc>
          <w:tcPr>
            <w:tcW w:w="1336" w:type="dxa"/>
            <w:tcBorders>
              <w:bottom w:val="nil"/>
            </w:tcBorders>
          </w:tcPr>
          <w:p w14:paraId="07013B5A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.046,</w:t>
            </w:r>
          </w:p>
          <w:p w14:paraId="36958FF8" w14:textId="554EA1A5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0.09</w:t>
            </w:r>
          </w:p>
        </w:tc>
        <w:tc>
          <w:tcPr>
            <w:tcW w:w="1336" w:type="dxa"/>
            <w:tcBorders>
              <w:bottom w:val="nil"/>
            </w:tcBorders>
          </w:tcPr>
          <w:p w14:paraId="1B2B0E27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.002,</w:t>
            </w:r>
          </w:p>
          <w:p w14:paraId="606379C5" w14:textId="5DCAB8CC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0.26</w:t>
            </w:r>
          </w:p>
        </w:tc>
      </w:tr>
      <w:tr w:rsidR="00CD7787" w:rsidRPr="002B00E3" w14:paraId="45DD4368" w14:textId="77777777" w:rsidTr="00EE06AA">
        <w:tc>
          <w:tcPr>
            <w:tcW w:w="1335" w:type="dxa"/>
            <w:tcBorders>
              <w:top w:val="nil"/>
              <w:bottom w:val="nil"/>
            </w:tcBorders>
          </w:tcPr>
          <w:p w14:paraId="2B5A10D0" w14:textId="684F5033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CDDD9C4" w14:textId="0EB8418D" w:rsidR="00CD7787" w:rsidRPr="002B00E3" w:rsidRDefault="004731B6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Advanced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B871A7A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3943D002" w14:textId="390F9E6D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0.15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338C758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.019,</w:t>
            </w:r>
          </w:p>
          <w:p w14:paraId="17AF5D9F" w14:textId="744443F2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0.11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A6A271C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56B84617" w14:textId="756B2D6B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9964C72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.005,</w:t>
            </w:r>
          </w:p>
          <w:p w14:paraId="7665C1FC" w14:textId="55FF91B2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0.13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72BAD4F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1813ACEA" w14:textId="01A47F81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0.43</w:t>
            </w:r>
          </w:p>
        </w:tc>
      </w:tr>
      <w:tr w:rsidR="00CD7787" w:rsidRPr="002B00E3" w14:paraId="6F0B00EF" w14:textId="77777777" w:rsidTr="00EE06AA">
        <w:tc>
          <w:tcPr>
            <w:tcW w:w="1335" w:type="dxa"/>
            <w:tcBorders>
              <w:top w:val="nil"/>
              <w:bottom w:val="nil"/>
            </w:tcBorders>
          </w:tcPr>
          <w:p w14:paraId="546FC1AD" w14:textId="2214CC9F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7AFD423" w14:textId="4DB77A04" w:rsidR="00CD7787" w:rsidRPr="002B00E3" w:rsidRDefault="004731B6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4A3CBA1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5E65DBF8" w14:textId="1AC79F11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0.20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11DAB48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.001,</w:t>
            </w:r>
          </w:p>
          <w:p w14:paraId="1EE8A753" w14:textId="7A40D93F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0.13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1812EAC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53685A61" w14:textId="63E8605D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182BE65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65601394" w14:textId="5FCEE8E7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0.15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D5762E8" w14:textId="77777777" w:rsidR="0017760A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5E4097C3" w14:textId="1C7A5F89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0.51</w:t>
            </w:r>
          </w:p>
        </w:tc>
      </w:tr>
      <w:tr w:rsidR="00142869" w:rsidRPr="002B00E3" w14:paraId="49B63F1C" w14:textId="77777777" w:rsidTr="00EE06AA">
        <w:tc>
          <w:tcPr>
            <w:tcW w:w="1335" w:type="dxa"/>
            <w:tcBorders>
              <w:top w:val="nil"/>
              <w:bottom w:val="nil"/>
            </w:tcBorders>
          </w:tcPr>
          <w:p w14:paraId="2C337C23" w14:textId="12D0C359" w:rsidR="00142869" w:rsidRPr="002B00E3" w:rsidRDefault="004731B6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E2E1784" w14:textId="6DE2E347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Advanced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B08C0C0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.002,</w:t>
            </w:r>
          </w:p>
          <w:p w14:paraId="594903C2" w14:textId="29D76D61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</w:t>
            </w:r>
            <w:r w:rsidR="003E4BCE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8C63151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</w:t>
            </w:r>
            <w:r w:rsidR="00E808DC" w:rsidRPr="002B00E3">
              <w:rPr>
                <w:rFonts w:ascii="Arial" w:hAnsi="Arial" w:cs="Arial"/>
                <w:sz w:val="18"/>
                <w:szCs w:val="18"/>
                <w:lang w:val="en-GB"/>
              </w:rPr>
              <w:t>256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61221D64" w14:textId="265EB6DC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E808DC" w:rsidRPr="002B00E3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D146E96" w14:textId="77777777" w:rsidR="0017760A" w:rsidRDefault="00A41965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.491,</w:t>
            </w:r>
          </w:p>
          <w:p w14:paraId="74CE5F17" w14:textId="33E32A6A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A41965" w:rsidRPr="002B00E3">
              <w:rPr>
                <w:rFonts w:ascii="Arial" w:hAnsi="Arial" w:cs="Arial"/>
                <w:sz w:val="18"/>
                <w:szCs w:val="18"/>
                <w:lang w:val="en-GB"/>
              </w:rPr>
              <w:t>= 0.06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E697530" w14:textId="77777777" w:rsidR="0017760A" w:rsidRDefault="00A41965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2C22E66C" w14:textId="2EC1A0E2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A41965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F410D6" w:rsidRPr="002B00E3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1FE9B4A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.065,</w:t>
            </w:r>
          </w:p>
          <w:p w14:paraId="51EE9AD2" w14:textId="4F986C87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0.17</w:t>
            </w:r>
          </w:p>
        </w:tc>
      </w:tr>
      <w:tr w:rsidR="00142869" w:rsidRPr="002B00E3" w14:paraId="40165073" w14:textId="77777777" w:rsidTr="00EE06AA">
        <w:tc>
          <w:tcPr>
            <w:tcW w:w="1335" w:type="dxa"/>
            <w:tcBorders>
              <w:top w:val="nil"/>
              <w:bottom w:val="nil"/>
            </w:tcBorders>
          </w:tcPr>
          <w:p w14:paraId="5F47FB66" w14:textId="77777777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7846D77" w14:textId="3436129B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9F3C55C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5E686045" w14:textId="07E72AAC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F967EF5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.038,</w:t>
            </w:r>
          </w:p>
          <w:p w14:paraId="65422270" w14:textId="3B913F2B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 0.08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C4C7F05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</w:t>
            </w:r>
            <w:r w:rsidR="00D478B3" w:rsidRPr="002B00E3">
              <w:rPr>
                <w:rFonts w:ascii="Arial" w:hAnsi="Arial" w:cs="Arial"/>
                <w:sz w:val="18"/>
                <w:szCs w:val="18"/>
                <w:lang w:val="en-GB"/>
              </w:rPr>
              <w:t>218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353007B1" w14:textId="2DB1ADBF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A41965" w:rsidRPr="002B00E3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F45648A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</w:t>
            </w:r>
            <w:r w:rsidR="00083009" w:rsidRPr="002B00E3">
              <w:rPr>
                <w:rFonts w:ascii="Arial" w:hAnsi="Arial" w:cs="Arial"/>
                <w:sz w:val="18"/>
                <w:szCs w:val="18"/>
                <w:lang w:val="en-GB"/>
              </w:rPr>
              <w:t>248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0EA3E573" w14:textId="642ED287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F410D6" w:rsidRPr="002B00E3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19D95FD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p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40A61F94" w14:textId="558FF35C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0.23</w:t>
            </w:r>
          </w:p>
        </w:tc>
      </w:tr>
      <w:tr w:rsidR="00142869" w:rsidRPr="002B00E3" w14:paraId="3BF43195" w14:textId="77777777" w:rsidTr="00EE06AA">
        <w:tc>
          <w:tcPr>
            <w:tcW w:w="1335" w:type="dxa"/>
            <w:tcBorders>
              <w:top w:val="nil"/>
            </w:tcBorders>
          </w:tcPr>
          <w:p w14:paraId="142FBCA6" w14:textId="197488DF" w:rsidR="00142869" w:rsidRPr="002B00E3" w:rsidRDefault="004731B6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Advanced</w:t>
            </w:r>
          </w:p>
        </w:tc>
        <w:tc>
          <w:tcPr>
            <w:tcW w:w="1336" w:type="dxa"/>
            <w:tcBorders>
              <w:top w:val="nil"/>
            </w:tcBorders>
          </w:tcPr>
          <w:p w14:paraId="51276FAD" w14:textId="26B38E35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336" w:type="dxa"/>
            <w:tcBorders>
              <w:top w:val="nil"/>
            </w:tcBorders>
          </w:tcPr>
          <w:p w14:paraId="2A93904E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</w:t>
            </w:r>
            <w:r w:rsidR="003648AC" w:rsidRPr="002B00E3">
              <w:rPr>
                <w:rFonts w:ascii="Arial" w:hAnsi="Arial" w:cs="Arial"/>
                <w:sz w:val="18"/>
                <w:szCs w:val="18"/>
                <w:lang w:val="en-GB"/>
              </w:rPr>
              <w:t>786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0664EE78" w14:textId="7A13CAE3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3E4BCE" w:rsidRPr="002B00E3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336" w:type="dxa"/>
            <w:tcBorders>
              <w:top w:val="nil"/>
            </w:tcBorders>
          </w:tcPr>
          <w:p w14:paraId="1FF4B1AA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205FFB7A" w14:textId="09507CDC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1E0637" w:rsidRPr="002B00E3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1336" w:type="dxa"/>
            <w:tcBorders>
              <w:top w:val="nil"/>
            </w:tcBorders>
          </w:tcPr>
          <w:p w14:paraId="02A74C29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1EDD5D4E" w14:textId="672175DE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1F59A5" w:rsidRPr="002B00E3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336" w:type="dxa"/>
            <w:tcBorders>
              <w:top w:val="nil"/>
            </w:tcBorders>
          </w:tcPr>
          <w:p w14:paraId="4D646B48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2D513AD3" w14:textId="207475CF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9B5BFA" w:rsidRPr="002B00E3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1336" w:type="dxa"/>
            <w:tcBorders>
              <w:top w:val="nil"/>
            </w:tcBorders>
          </w:tcPr>
          <w:p w14:paraId="3CDDDD55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.757,</w:t>
            </w:r>
          </w:p>
          <w:p w14:paraId="6545A5BD" w14:textId="2680DEE5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-0.20</w:t>
            </w:r>
          </w:p>
        </w:tc>
      </w:tr>
      <w:tr w:rsidR="00CD7787" w:rsidRPr="002B00E3" w14:paraId="0883F54C" w14:textId="77777777" w:rsidTr="00EE06AA">
        <w:tc>
          <w:tcPr>
            <w:tcW w:w="1335" w:type="dxa"/>
            <w:shd w:val="clear" w:color="auto" w:fill="F2F2F2" w:themeFill="background1" w:themeFillShade="F2"/>
          </w:tcPr>
          <w:p w14:paraId="221EE684" w14:textId="54B33BB0" w:rsidR="00CD7787" w:rsidRPr="002B00E3" w:rsidRDefault="00CD7787" w:rsidP="00CD778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 xml:space="preserve">Net </w:t>
            </w:r>
            <w:r w:rsidR="00E86AB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 xml:space="preserve">monthly </w:t>
            </w: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household income,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60D7B79B" w14:textId="77777777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shd w:val="clear" w:color="auto" w:fill="F2F2F2" w:themeFill="background1" w:themeFillShade="F2"/>
          </w:tcPr>
          <w:p w14:paraId="7B707F8B" w14:textId="77777777" w:rsidR="0017760A" w:rsidRDefault="00CD7787" w:rsidP="00CD778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χ²(4) = 22.30,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167E1113" w14:textId="25D9E7F7" w:rsidR="00CD7787" w:rsidRPr="002B00E3" w:rsidRDefault="009B249F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D7787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CD7787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0.12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51A4323F" w14:textId="77777777" w:rsidR="0017760A" w:rsidRDefault="00CD7787" w:rsidP="00CD778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χ²(4) = 24.12,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2AE05B17" w14:textId="23288968" w:rsidR="00CD7787" w:rsidRPr="002B00E3" w:rsidRDefault="009B249F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D7787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CD7787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0.12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6B75AEBC" w14:textId="77777777" w:rsidR="0017760A" w:rsidRDefault="00CD7787" w:rsidP="00CD778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χ²(4) = 24.95,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0BDDF304" w14:textId="1CBD4B33" w:rsidR="00CD7787" w:rsidRPr="002B00E3" w:rsidRDefault="009B249F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D7787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CD7787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0.12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5CC08A56" w14:textId="294CF94C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3E34BF61" w14:textId="77777777" w:rsidR="0017760A" w:rsidRDefault="00CD7787" w:rsidP="00CD7787">
            <w:pPr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Welch F</w:t>
            </w:r>
            <w:r w:rsidR="0017760A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(4, 691.18) = 6.67,</w:t>
            </w:r>
          </w:p>
          <w:p w14:paraId="0BCADD9B" w14:textId="77777777" w:rsidR="0017760A" w:rsidRDefault="009B249F" w:rsidP="00CD7787">
            <w:pPr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p </w:t>
            </w:r>
            <w:r w:rsidR="00CD7787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>&lt; .001,</w:t>
            </w:r>
          </w:p>
          <w:p w14:paraId="379C76BD" w14:textId="00A436B7" w:rsidR="00CD7787" w:rsidRPr="002B00E3" w:rsidRDefault="009B249F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color w:val="010205"/>
                <w:sz w:val="18"/>
                <w:szCs w:val="18"/>
                <w:lang w:val="en-GB"/>
              </w:rPr>
              <w:t xml:space="preserve">d </w:t>
            </w:r>
            <w:r w:rsidR="00CD7787" w:rsidRPr="002B00E3">
              <w:rPr>
                <w:rFonts w:ascii="Arial" w:hAnsi="Arial" w:cs="Arial"/>
                <w:color w:val="010205"/>
                <w:sz w:val="18"/>
                <w:szCs w:val="18"/>
                <w:lang w:val="en-GB"/>
              </w:rPr>
              <w:t xml:space="preserve">= </w:t>
            </w:r>
            <w:r w:rsidR="00CD7787" w:rsidRPr="002B00E3">
              <w:rPr>
                <w:rFonts w:ascii="Arial" w:hAnsi="Arial" w:cs="Arial"/>
                <w:b/>
                <w:color w:val="010205"/>
                <w:sz w:val="18"/>
                <w:szCs w:val="18"/>
                <w:lang w:val="en-GB"/>
              </w:rPr>
              <w:t>0.26</w:t>
            </w:r>
          </w:p>
        </w:tc>
      </w:tr>
      <w:tr w:rsidR="00142869" w:rsidRPr="002B00E3" w14:paraId="121474C2" w14:textId="77777777" w:rsidTr="005B3E7B">
        <w:tc>
          <w:tcPr>
            <w:tcW w:w="1335" w:type="dxa"/>
          </w:tcPr>
          <w:p w14:paraId="496626C5" w14:textId="69AB08C1" w:rsidR="00142869" w:rsidRPr="002B00E3" w:rsidRDefault="004731B6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Low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29AD534D" w14:textId="617BC8ED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Lower-middle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71E68BCC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6EEA3C50" w14:textId="348E10CA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FF2BDC" w:rsidRPr="002B00E3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1336" w:type="dxa"/>
          </w:tcPr>
          <w:p w14:paraId="72EB4F73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708C4BD8" w14:textId="4853E0BE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D7495C" w:rsidRPr="002B00E3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336" w:type="dxa"/>
          </w:tcPr>
          <w:p w14:paraId="0B08E1DF" w14:textId="77777777" w:rsidR="0017760A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</w:t>
            </w:r>
            <w:r w:rsidR="00DD4028" w:rsidRPr="002B00E3">
              <w:rPr>
                <w:rFonts w:ascii="Arial" w:hAnsi="Arial" w:cs="Arial"/>
                <w:sz w:val="18"/>
                <w:szCs w:val="18"/>
                <w:lang w:val="en-GB"/>
              </w:rPr>
              <w:t>88</w:t>
            </w:r>
            <w:r w:rsidR="0017760A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1C160CED" w14:textId="6ECDDEC8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</w:t>
            </w:r>
            <w:r w:rsidR="00DD4028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11</w:t>
            </w:r>
          </w:p>
        </w:tc>
        <w:tc>
          <w:tcPr>
            <w:tcW w:w="1336" w:type="dxa"/>
          </w:tcPr>
          <w:p w14:paraId="14FAB0E0" w14:textId="1022A6C9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</w:tcPr>
          <w:p w14:paraId="77DE5E5B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.420,</w:t>
            </w:r>
          </w:p>
          <w:p w14:paraId="34BEAD8B" w14:textId="28D6B5C8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0.16</w:t>
            </w:r>
          </w:p>
        </w:tc>
      </w:tr>
      <w:tr w:rsidR="00142869" w:rsidRPr="002B00E3" w14:paraId="717971F0" w14:textId="77777777" w:rsidTr="005B3E7B">
        <w:tc>
          <w:tcPr>
            <w:tcW w:w="1335" w:type="dxa"/>
          </w:tcPr>
          <w:p w14:paraId="35CFDFFD" w14:textId="4C7C011A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</w:tcPr>
          <w:p w14:paraId="2CC3EE7F" w14:textId="64D80CC1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718B5DC6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02D0B884" w14:textId="0A997715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DC0F47" w:rsidRPr="002B00E3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1336" w:type="dxa"/>
          </w:tcPr>
          <w:p w14:paraId="55BBA46D" w14:textId="77777777" w:rsidR="0017760A" w:rsidRDefault="00E1485D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</w:t>
            </w:r>
            <w:r w:rsidR="00D7495C" w:rsidRPr="002B00E3">
              <w:rPr>
                <w:rFonts w:ascii="Arial" w:hAnsi="Arial" w:cs="Arial"/>
                <w:sz w:val="18"/>
                <w:szCs w:val="18"/>
                <w:lang w:val="en-GB"/>
              </w:rPr>
              <w:t>192</w:t>
            </w:r>
            <w:r w:rsidR="0017760A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5F79C266" w14:textId="1A9FCD41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</w:t>
            </w:r>
            <w:r w:rsidR="00D7495C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1336" w:type="dxa"/>
          </w:tcPr>
          <w:p w14:paraId="3158975A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.044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3CD071A3" w14:textId="2EB3227A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</w:t>
            </w:r>
            <w:r w:rsidR="00DD4028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1336" w:type="dxa"/>
          </w:tcPr>
          <w:p w14:paraId="23A448F7" w14:textId="705CE5A2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</w:tcPr>
          <w:p w14:paraId="5906726A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.726,</w:t>
            </w:r>
          </w:p>
          <w:p w14:paraId="5FA5AA0C" w14:textId="67604285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0.12</w:t>
            </w:r>
          </w:p>
        </w:tc>
      </w:tr>
      <w:tr w:rsidR="00142869" w:rsidRPr="002B00E3" w14:paraId="60B2BA8C" w14:textId="77777777" w:rsidTr="005B3E7B">
        <w:tc>
          <w:tcPr>
            <w:tcW w:w="1335" w:type="dxa"/>
          </w:tcPr>
          <w:p w14:paraId="5B14ED63" w14:textId="44EBD657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</w:tcPr>
          <w:p w14:paraId="0DCA79BD" w14:textId="4F6E2E17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Upper-middle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4D74E4A4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4CE3C9B4" w14:textId="18744FA8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DC0F47" w:rsidRPr="002B00E3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1336" w:type="dxa"/>
          </w:tcPr>
          <w:p w14:paraId="0562A138" w14:textId="77777777" w:rsidR="0017760A" w:rsidRDefault="00E1485D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440049" w:rsidRPr="002B00E3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="00440049" w:rsidRPr="002B00E3">
              <w:rPr>
                <w:rFonts w:ascii="Arial" w:hAnsi="Arial" w:cs="Arial"/>
                <w:sz w:val="18"/>
                <w:szCs w:val="18"/>
                <w:lang w:val="en-GB"/>
              </w:rPr>
              <w:t>93</w:t>
            </w:r>
            <w:r w:rsidR="0017760A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62EC434D" w14:textId="33CF9C2A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</w:t>
            </w:r>
            <w:r w:rsidR="00440049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11</w:t>
            </w:r>
          </w:p>
        </w:tc>
        <w:tc>
          <w:tcPr>
            <w:tcW w:w="1336" w:type="dxa"/>
          </w:tcPr>
          <w:p w14:paraId="49CBE793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&lt; .001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2C60394F" w14:textId="2E7FBE4E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</w:t>
            </w:r>
            <w:r w:rsidR="00DD4028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2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1</w:t>
            </w:r>
          </w:p>
        </w:tc>
        <w:tc>
          <w:tcPr>
            <w:tcW w:w="1336" w:type="dxa"/>
          </w:tcPr>
          <w:p w14:paraId="02834699" w14:textId="24B7F5CA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</w:tcPr>
          <w:p w14:paraId="6FE4632B" w14:textId="77777777" w:rsidR="0017760A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.020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5D535362" w14:textId="27BD648E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0.30</w:t>
            </w:r>
          </w:p>
        </w:tc>
      </w:tr>
      <w:tr w:rsidR="00CD7787" w:rsidRPr="002B00E3" w14:paraId="79062638" w14:textId="77777777" w:rsidTr="005B3E7B">
        <w:tc>
          <w:tcPr>
            <w:tcW w:w="1335" w:type="dxa"/>
          </w:tcPr>
          <w:p w14:paraId="43AB85CB" w14:textId="2DF91441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</w:tcPr>
          <w:p w14:paraId="28DD205A" w14:textId="50EB0A5C" w:rsidR="00CD7787" w:rsidRPr="002B00E3" w:rsidRDefault="004731B6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336" w:type="dxa"/>
          </w:tcPr>
          <w:p w14:paraId="013D17F3" w14:textId="77777777" w:rsidR="0017760A" w:rsidRDefault="00E1485D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97226D" w:rsidRPr="002B00E3">
              <w:rPr>
                <w:rFonts w:ascii="Arial" w:hAnsi="Arial" w:cs="Arial"/>
                <w:sz w:val="18"/>
                <w:szCs w:val="18"/>
                <w:lang w:val="en-GB"/>
              </w:rPr>
              <w:t>= .009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26389D08" w14:textId="1FCC7456" w:rsidR="00CD7787" w:rsidRPr="002B00E3" w:rsidRDefault="0097226D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= 0.13</w:t>
            </w:r>
          </w:p>
        </w:tc>
        <w:tc>
          <w:tcPr>
            <w:tcW w:w="1336" w:type="dxa"/>
          </w:tcPr>
          <w:p w14:paraId="05B81F8F" w14:textId="77777777" w:rsidR="0017760A" w:rsidRDefault="00E1485D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AF589A"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7301193E" w14:textId="039F7237" w:rsidR="00CD7787" w:rsidRPr="002B00E3" w:rsidRDefault="00AF589A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0.19</w:t>
            </w:r>
          </w:p>
        </w:tc>
        <w:tc>
          <w:tcPr>
            <w:tcW w:w="1336" w:type="dxa"/>
          </w:tcPr>
          <w:p w14:paraId="2F6FFF0A" w14:textId="77777777" w:rsidR="0017760A" w:rsidRDefault="002D3FB4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.001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00E5F30C" w14:textId="7697F294" w:rsidR="00CD7787" w:rsidRPr="002B00E3" w:rsidRDefault="002D3FB4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</w:t>
            </w:r>
            <w:r w:rsidR="00DD4028"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6</w:t>
            </w:r>
          </w:p>
        </w:tc>
        <w:tc>
          <w:tcPr>
            <w:tcW w:w="1336" w:type="dxa"/>
          </w:tcPr>
          <w:p w14:paraId="10A9BF92" w14:textId="4CC17DE0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</w:tcPr>
          <w:p w14:paraId="74CB16F0" w14:textId="77777777" w:rsidR="0017760A" w:rsidRDefault="00035516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&lt; .001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01E99502" w14:textId="2E3BE38F" w:rsidR="00CD7787" w:rsidRPr="002B00E3" w:rsidRDefault="00035516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0.38</w:t>
            </w:r>
          </w:p>
        </w:tc>
      </w:tr>
      <w:tr w:rsidR="00142869" w:rsidRPr="002B00E3" w14:paraId="47D148F7" w14:textId="77777777" w:rsidTr="005B3E7B">
        <w:tc>
          <w:tcPr>
            <w:tcW w:w="1335" w:type="dxa"/>
          </w:tcPr>
          <w:p w14:paraId="73A4408E" w14:textId="63F95BBD" w:rsidR="00142869" w:rsidRPr="002B00E3" w:rsidRDefault="004731B6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Lower-middle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7F4D7FFE" w14:textId="70414636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Middle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6B3B7A48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5B342F94" w14:textId="63CF002F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DC0F47" w:rsidRPr="002B00E3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336" w:type="dxa"/>
          </w:tcPr>
          <w:p w14:paraId="189D1618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7C1227CA" w14:textId="5D65470C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110E6E" w:rsidRPr="002B00E3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336" w:type="dxa"/>
          </w:tcPr>
          <w:p w14:paraId="2FE358BA" w14:textId="77777777" w:rsidR="0017760A" w:rsidRDefault="00142869" w:rsidP="0017760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5F8D6738" w14:textId="3FCF9610" w:rsidR="00142869" w:rsidRPr="002B00E3" w:rsidRDefault="009B249F" w:rsidP="0017760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023FB0" w:rsidRPr="002B00E3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1336" w:type="dxa"/>
          </w:tcPr>
          <w:p w14:paraId="4EBDAC7B" w14:textId="2B5D969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</w:tcPr>
          <w:p w14:paraId="75D36338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.975,</w:t>
            </w:r>
          </w:p>
          <w:p w14:paraId="5D8EBC0E" w14:textId="499260A4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0.04</w:t>
            </w:r>
          </w:p>
        </w:tc>
      </w:tr>
      <w:tr w:rsidR="00142869" w:rsidRPr="002B00E3" w14:paraId="5A34595C" w14:textId="77777777" w:rsidTr="005B3E7B">
        <w:tc>
          <w:tcPr>
            <w:tcW w:w="1335" w:type="dxa"/>
          </w:tcPr>
          <w:p w14:paraId="29E34774" w14:textId="77777777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</w:tcPr>
          <w:p w14:paraId="0F390004" w14:textId="132F7CAE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Upper-middle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7B7FCA3A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</w:t>
            </w:r>
            <w:r w:rsidR="00DC0F47" w:rsidRPr="002B00E3">
              <w:rPr>
                <w:rFonts w:ascii="Arial" w:hAnsi="Arial" w:cs="Arial"/>
                <w:sz w:val="18"/>
                <w:szCs w:val="18"/>
                <w:lang w:val="en-GB"/>
              </w:rPr>
              <w:t>476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18C248E3" w14:textId="707E1D03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DC0F47" w:rsidRPr="002B00E3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1336" w:type="dxa"/>
          </w:tcPr>
          <w:p w14:paraId="7C0B0290" w14:textId="77777777" w:rsidR="0017760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7072DF1D" w14:textId="4D6E5016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110E6E" w:rsidRPr="002B00E3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336" w:type="dxa"/>
          </w:tcPr>
          <w:p w14:paraId="45AA5638" w14:textId="77777777" w:rsidR="0017760A" w:rsidRDefault="00142869" w:rsidP="0017760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</w:t>
            </w:r>
            <w:r w:rsidR="00023FB0" w:rsidRPr="002B00E3">
              <w:rPr>
                <w:rFonts w:ascii="Arial" w:hAnsi="Arial" w:cs="Arial"/>
                <w:sz w:val="18"/>
                <w:szCs w:val="18"/>
                <w:lang w:val="en-GB"/>
              </w:rPr>
              <w:t>183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01E653A6" w14:textId="32BA7870" w:rsidR="00142869" w:rsidRPr="002B00E3" w:rsidRDefault="009B249F" w:rsidP="0017760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023FB0" w:rsidRPr="002B00E3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</w:p>
        </w:tc>
        <w:tc>
          <w:tcPr>
            <w:tcW w:w="1336" w:type="dxa"/>
          </w:tcPr>
          <w:p w14:paraId="7C23C15F" w14:textId="4067C89F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</w:tcPr>
          <w:p w14:paraId="603F123E" w14:textId="77777777" w:rsidR="0017760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.361,</w:t>
            </w:r>
          </w:p>
          <w:p w14:paraId="02BE50F4" w14:textId="6EABB661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0.14</w:t>
            </w:r>
          </w:p>
        </w:tc>
      </w:tr>
      <w:tr w:rsidR="00CD7787" w:rsidRPr="002B00E3" w14:paraId="0BF86A6F" w14:textId="77777777" w:rsidTr="005B3E7B">
        <w:tc>
          <w:tcPr>
            <w:tcW w:w="1335" w:type="dxa"/>
          </w:tcPr>
          <w:p w14:paraId="1068E63A" w14:textId="77777777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</w:tcPr>
          <w:p w14:paraId="2354E73C" w14:textId="1FCEEAD1" w:rsidR="00CD7787" w:rsidRPr="002B00E3" w:rsidRDefault="004731B6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336" w:type="dxa"/>
          </w:tcPr>
          <w:p w14:paraId="134FB0FC" w14:textId="77777777" w:rsidR="0017760A" w:rsidRDefault="0097226D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&lt; .001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0B37AA10" w14:textId="734581FE" w:rsidR="00CD7787" w:rsidRPr="002B00E3" w:rsidRDefault="0097226D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0.15</w:t>
            </w:r>
          </w:p>
        </w:tc>
        <w:tc>
          <w:tcPr>
            <w:tcW w:w="1336" w:type="dxa"/>
          </w:tcPr>
          <w:p w14:paraId="244D7775" w14:textId="77777777" w:rsidR="0017760A" w:rsidRDefault="00AF589A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.001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7183E34E" w14:textId="4AEC8537" w:rsidR="00CD7787" w:rsidRPr="002B00E3" w:rsidRDefault="00AF589A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0.13</w:t>
            </w:r>
          </w:p>
        </w:tc>
        <w:tc>
          <w:tcPr>
            <w:tcW w:w="1336" w:type="dxa"/>
          </w:tcPr>
          <w:p w14:paraId="41DCDE2D" w14:textId="77777777" w:rsidR="0017760A" w:rsidRDefault="00142869" w:rsidP="00CD778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6BB409B7" w14:textId="51442D1A" w:rsidR="00CD7787" w:rsidRPr="002B00E3" w:rsidRDefault="009B249F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6133CD" w:rsidRPr="002B00E3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336" w:type="dxa"/>
          </w:tcPr>
          <w:p w14:paraId="74E59E59" w14:textId="68884F74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</w:tcPr>
          <w:p w14:paraId="4EB0844E" w14:textId="77777777" w:rsidR="0017760A" w:rsidRDefault="00035516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.016</w:t>
            </w:r>
            <w:r w:rsidR="0017760A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,</w:t>
            </w:r>
          </w:p>
          <w:p w14:paraId="27F8B9B0" w14:textId="64D093C1" w:rsidR="00CD7787" w:rsidRPr="002B00E3" w:rsidRDefault="00035516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0.22</w:t>
            </w:r>
          </w:p>
        </w:tc>
      </w:tr>
      <w:tr w:rsidR="00142869" w:rsidRPr="002B00E3" w14:paraId="37061737" w14:textId="77777777" w:rsidTr="005B3E7B">
        <w:tc>
          <w:tcPr>
            <w:tcW w:w="1335" w:type="dxa"/>
          </w:tcPr>
          <w:p w14:paraId="44D24D68" w14:textId="601311F7" w:rsidR="00142869" w:rsidRPr="002B00E3" w:rsidRDefault="004731B6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lastRenderedPageBreak/>
              <w:t>Middle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52F05CB5" w14:textId="56A519DB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Upper-middle</w:t>
            </w:r>
            <w:r w:rsidR="00142869"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36" w:type="dxa"/>
          </w:tcPr>
          <w:p w14:paraId="22422F07" w14:textId="77777777" w:rsidR="0079729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1.000,</w:t>
            </w:r>
          </w:p>
          <w:p w14:paraId="6A2161FE" w14:textId="6012EA05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E46287" w:rsidRPr="002B00E3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1336" w:type="dxa"/>
          </w:tcPr>
          <w:p w14:paraId="7292E93B" w14:textId="77777777" w:rsidR="0079729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110E6E" w:rsidRPr="002B00E3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.000,</w:t>
            </w:r>
          </w:p>
          <w:p w14:paraId="1DB9501A" w14:textId="090A70F3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110E6E" w:rsidRPr="002B00E3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1336" w:type="dxa"/>
          </w:tcPr>
          <w:p w14:paraId="26CC18C9" w14:textId="77777777" w:rsidR="0079729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</w:t>
            </w:r>
            <w:r w:rsidR="006133CD" w:rsidRPr="002B00E3">
              <w:rPr>
                <w:rFonts w:ascii="Arial" w:hAnsi="Arial" w:cs="Arial"/>
                <w:sz w:val="18"/>
                <w:szCs w:val="18"/>
                <w:lang w:val="en-GB"/>
              </w:rPr>
              <w:t>.577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6942AE77" w14:textId="7EDF8D30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6133CD" w:rsidRPr="002B00E3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1336" w:type="dxa"/>
          </w:tcPr>
          <w:p w14:paraId="3E2BEDD6" w14:textId="505D1139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</w:tcPr>
          <w:p w14:paraId="36500615" w14:textId="61387727" w:rsidR="00142869" w:rsidRPr="002B00E3" w:rsidRDefault="00142869" w:rsidP="0079729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.134,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0.20</w:t>
            </w:r>
          </w:p>
        </w:tc>
      </w:tr>
      <w:tr w:rsidR="00142869" w:rsidRPr="002B00E3" w14:paraId="46BAA749" w14:textId="77777777" w:rsidTr="0017760A">
        <w:tc>
          <w:tcPr>
            <w:tcW w:w="1335" w:type="dxa"/>
            <w:tcBorders>
              <w:bottom w:val="nil"/>
            </w:tcBorders>
          </w:tcPr>
          <w:p w14:paraId="288F68B5" w14:textId="77777777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bottom w:val="nil"/>
            </w:tcBorders>
          </w:tcPr>
          <w:p w14:paraId="20B0BD53" w14:textId="16DDBA55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336" w:type="dxa"/>
            <w:tcBorders>
              <w:bottom w:val="nil"/>
            </w:tcBorders>
          </w:tcPr>
          <w:p w14:paraId="60DE52C3" w14:textId="77777777" w:rsidR="0079729A" w:rsidRDefault="00E1485D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.0</w:t>
            </w:r>
            <w:r w:rsidR="009F7E2D" w:rsidRPr="002B00E3">
              <w:rPr>
                <w:rFonts w:ascii="Arial" w:hAnsi="Arial" w:cs="Arial"/>
                <w:sz w:val="18"/>
                <w:szCs w:val="18"/>
                <w:lang w:val="en-GB"/>
              </w:rPr>
              <w:t>55</w:t>
            </w:r>
            <w:r w:rsidR="0079729A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375BDD43" w14:textId="4C19EBAA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</w:t>
            </w:r>
            <w:r w:rsidR="00E46287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1336" w:type="dxa"/>
            <w:tcBorders>
              <w:bottom w:val="nil"/>
            </w:tcBorders>
          </w:tcPr>
          <w:p w14:paraId="0B854F62" w14:textId="77777777" w:rsidR="0079729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</w:t>
            </w:r>
            <w:r w:rsidR="00B058A6" w:rsidRPr="002B00E3">
              <w:rPr>
                <w:rFonts w:ascii="Arial" w:hAnsi="Arial" w:cs="Arial"/>
                <w:sz w:val="18"/>
                <w:szCs w:val="18"/>
                <w:lang w:val="en-GB"/>
              </w:rPr>
              <w:t>152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5A443173" w14:textId="14431422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110E6E" w:rsidRPr="002B00E3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</w:p>
        </w:tc>
        <w:tc>
          <w:tcPr>
            <w:tcW w:w="1336" w:type="dxa"/>
            <w:tcBorders>
              <w:bottom w:val="nil"/>
            </w:tcBorders>
          </w:tcPr>
          <w:p w14:paraId="0529E804" w14:textId="7FE29F09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V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421441" w:rsidRPr="002B00E3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1336" w:type="dxa"/>
            <w:tcBorders>
              <w:bottom w:val="nil"/>
            </w:tcBorders>
          </w:tcPr>
          <w:p w14:paraId="33B68FC3" w14:textId="1D6A89C2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bottom w:val="nil"/>
            </w:tcBorders>
          </w:tcPr>
          <w:p w14:paraId="7DB5E90E" w14:textId="49D2C72A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.002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, </w:t>
            </w:r>
            <w:r w:rsidRPr="002B00E3">
              <w:rPr>
                <w:rFonts w:ascii="Arial" w:eastAsia="Times New Roman" w:hAnsi="Arial" w:cs="Arial"/>
                <w:i/>
                <w:sz w:val="18"/>
                <w:szCs w:val="18"/>
                <w:lang w:val="en-GB"/>
              </w:rPr>
              <w:t>d</w:t>
            </w: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Pr="002B00E3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0.27</w:t>
            </w:r>
          </w:p>
        </w:tc>
      </w:tr>
      <w:tr w:rsidR="00142869" w:rsidRPr="002B00E3" w14:paraId="2C672112" w14:textId="77777777" w:rsidTr="0017760A">
        <w:tc>
          <w:tcPr>
            <w:tcW w:w="1335" w:type="dxa"/>
            <w:tcBorders>
              <w:top w:val="nil"/>
            </w:tcBorders>
          </w:tcPr>
          <w:p w14:paraId="7BF530E6" w14:textId="53420533" w:rsidR="00142869" w:rsidRPr="002B00E3" w:rsidRDefault="004731B6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Upper-middle</w:t>
            </w:r>
          </w:p>
        </w:tc>
        <w:tc>
          <w:tcPr>
            <w:tcW w:w="1336" w:type="dxa"/>
            <w:tcBorders>
              <w:top w:val="nil"/>
            </w:tcBorders>
          </w:tcPr>
          <w:p w14:paraId="0E25ABF3" w14:textId="26CE69D1" w:rsidR="00142869" w:rsidRPr="002B00E3" w:rsidRDefault="004731B6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336" w:type="dxa"/>
            <w:tcBorders>
              <w:top w:val="nil"/>
            </w:tcBorders>
          </w:tcPr>
          <w:p w14:paraId="60E4019F" w14:textId="77777777" w:rsidR="0079729A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</w:t>
            </w:r>
            <w:r w:rsidR="00CF1A90" w:rsidRPr="002B00E3">
              <w:rPr>
                <w:rFonts w:ascii="Arial" w:hAnsi="Arial" w:cs="Arial"/>
                <w:sz w:val="18"/>
                <w:szCs w:val="18"/>
                <w:lang w:val="en-GB"/>
              </w:rPr>
              <w:t>623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0861D062" w14:textId="261F238E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CF1A90" w:rsidRPr="002B00E3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1336" w:type="dxa"/>
            <w:tcBorders>
              <w:top w:val="nil"/>
            </w:tcBorders>
          </w:tcPr>
          <w:p w14:paraId="6F92E56B" w14:textId="77777777" w:rsidR="0079729A" w:rsidRDefault="00E1485D" w:rsidP="0079729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p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.</w:t>
            </w:r>
            <w:r w:rsidR="006652E2" w:rsidRPr="002B00E3">
              <w:rPr>
                <w:rFonts w:ascii="Arial" w:hAnsi="Arial" w:cs="Arial"/>
                <w:sz w:val="18"/>
                <w:szCs w:val="18"/>
                <w:lang w:val="en-GB"/>
              </w:rPr>
              <w:t>389,</w:t>
            </w:r>
          </w:p>
          <w:p w14:paraId="00BD902F" w14:textId="717824CB" w:rsidR="00142869" w:rsidRPr="002B00E3" w:rsidRDefault="009B249F" w:rsidP="0079729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110E6E" w:rsidRPr="002B00E3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1336" w:type="dxa"/>
            <w:tcBorders>
              <w:top w:val="nil"/>
            </w:tcBorders>
          </w:tcPr>
          <w:p w14:paraId="0D2C93CB" w14:textId="77777777" w:rsidR="0079729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55076728" w14:textId="022E8627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421441" w:rsidRPr="002B00E3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1336" w:type="dxa"/>
            <w:tcBorders>
              <w:top w:val="nil"/>
            </w:tcBorders>
          </w:tcPr>
          <w:p w14:paraId="180D53AB" w14:textId="3DF14033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</w:tcBorders>
          </w:tcPr>
          <w:p w14:paraId="38B49ABD" w14:textId="77777777" w:rsidR="0079729A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.884,</w:t>
            </w:r>
          </w:p>
          <w:p w14:paraId="4F3E8452" w14:textId="03A12985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d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9356CD" w:rsidRPr="002B00E3">
              <w:rPr>
                <w:rFonts w:ascii="Arial" w:hAnsi="Arial" w:cs="Arial"/>
                <w:sz w:val="18"/>
                <w:szCs w:val="18"/>
              </w:rPr>
              <w:t>−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0.07</w:t>
            </w:r>
          </w:p>
        </w:tc>
      </w:tr>
      <w:tr w:rsidR="00CD7787" w:rsidRPr="002B00E3" w14:paraId="3CDA962F" w14:textId="77777777" w:rsidTr="0079729A">
        <w:tc>
          <w:tcPr>
            <w:tcW w:w="1335" w:type="dxa"/>
            <w:shd w:val="clear" w:color="auto" w:fill="F2F2F2" w:themeFill="background1" w:themeFillShade="F2"/>
          </w:tcPr>
          <w:p w14:paraId="090AA3FD" w14:textId="69C67C8E" w:rsidR="00CD7787" w:rsidRPr="002B00E3" w:rsidRDefault="00CD7787" w:rsidP="00CD778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Alcohol consumption,</w:t>
            </w:r>
            <w:r w:rsidR="00471C55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 </w:t>
            </w:r>
            <w:r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 xml:space="preserve">overall </w:t>
            </w:r>
            <w:r w:rsidR="00A21CDE" w:rsidRPr="002B00E3">
              <w:rPr>
                <w:rFonts w:ascii="Arial" w:eastAsia="Times New Roman" w:hAnsi="Arial" w:cs="Arial"/>
                <w:bCs/>
                <w:i/>
                <w:sz w:val="18"/>
                <w:szCs w:val="18"/>
                <w:lang w:val="en-GB"/>
              </w:rPr>
              <w:t>statistical test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4996E1F4" w14:textId="77777777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</w:p>
        </w:tc>
        <w:tc>
          <w:tcPr>
            <w:tcW w:w="1336" w:type="dxa"/>
            <w:shd w:val="clear" w:color="auto" w:fill="F2F2F2" w:themeFill="background1" w:themeFillShade="F2"/>
          </w:tcPr>
          <w:p w14:paraId="7841CF83" w14:textId="564253D4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404D82C9" w14:textId="0212479C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36C8CD4D" w14:textId="77777777" w:rsidR="0079729A" w:rsidRDefault="00CD7787" w:rsidP="00CD778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χ²(6) = 31.46,</w:t>
            </w:r>
            <w:r w:rsidR="009B249F"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p 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>&lt; .001,</w:t>
            </w:r>
          </w:p>
          <w:p w14:paraId="0FD6436E" w14:textId="5078E1E8" w:rsidR="00CD7787" w:rsidRPr="002B00E3" w:rsidRDefault="009B249F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CD7787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= </w:t>
            </w:r>
            <w:r w:rsidR="00CD7787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0.13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29E59C05" w14:textId="6055560E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3C12EB53" w14:textId="4985B5A4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CD7787" w:rsidRPr="002B00E3" w14:paraId="554830A1" w14:textId="77777777" w:rsidTr="00D510E6">
        <w:tc>
          <w:tcPr>
            <w:tcW w:w="1335" w:type="dxa"/>
            <w:tcBorders>
              <w:bottom w:val="nil"/>
            </w:tcBorders>
          </w:tcPr>
          <w:p w14:paraId="28C06A68" w14:textId="77777777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Daily</w:t>
            </w:r>
          </w:p>
        </w:tc>
        <w:tc>
          <w:tcPr>
            <w:tcW w:w="1336" w:type="dxa"/>
            <w:tcBorders>
              <w:bottom w:val="nil"/>
            </w:tcBorders>
          </w:tcPr>
          <w:p w14:paraId="5BD2B1D2" w14:textId="3592B7C9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Several times a week</w:t>
            </w:r>
          </w:p>
        </w:tc>
        <w:tc>
          <w:tcPr>
            <w:tcW w:w="1336" w:type="dxa"/>
            <w:tcBorders>
              <w:bottom w:val="nil"/>
            </w:tcBorders>
          </w:tcPr>
          <w:p w14:paraId="78BEEFBE" w14:textId="3C6723BC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bottom w:val="nil"/>
            </w:tcBorders>
          </w:tcPr>
          <w:p w14:paraId="37E34E86" w14:textId="68D692E4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bottom w:val="nil"/>
            </w:tcBorders>
          </w:tcPr>
          <w:p w14:paraId="649F82EE" w14:textId="77777777" w:rsidR="0079729A" w:rsidRDefault="00142869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.0</w:t>
            </w:r>
            <w:r w:rsidR="00B6625C" w:rsidRPr="002B00E3">
              <w:rPr>
                <w:rFonts w:ascii="Arial" w:hAnsi="Arial" w:cs="Arial"/>
                <w:sz w:val="18"/>
                <w:szCs w:val="18"/>
                <w:lang w:val="en-GB"/>
              </w:rPr>
              <w:t>79</w:t>
            </w:r>
            <w:r w:rsidR="0079729A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3B5FEC2C" w14:textId="566ED321" w:rsidR="00CD7787" w:rsidRPr="002B00E3" w:rsidRDefault="00142869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</w:t>
            </w:r>
            <w:r w:rsidR="000B6550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14</w:t>
            </w:r>
          </w:p>
        </w:tc>
        <w:tc>
          <w:tcPr>
            <w:tcW w:w="1336" w:type="dxa"/>
            <w:tcBorders>
              <w:bottom w:val="nil"/>
            </w:tcBorders>
          </w:tcPr>
          <w:p w14:paraId="69F430BE" w14:textId="766A55DC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bottom w:val="nil"/>
            </w:tcBorders>
          </w:tcPr>
          <w:p w14:paraId="68887047" w14:textId="00E45788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CD7787" w:rsidRPr="002B00E3" w14:paraId="60C4B087" w14:textId="77777777" w:rsidTr="00D510E6">
        <w:tc>
          <w:tcPr>
            <w:tcW w:w="1335" w:type="dxa"/>
            <w:tcBorders>
              <w:top w:val="nil"/>
              <w:bottom w:val="nil"/>
            </w:tcBorders>
          </w:tcPr>
          <w:p w14:paraId="4D7E6C5A" w14:textId="5AB651BA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4826EDD" w14:textId="58A16672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About once a week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60F86B3" w14:textId="3CFCACEA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8FF64B8" w14:textId="2342AC2D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559338D" w14:textId="77777777" w:rsidR="0079729A" w:rsidRDefault="009C603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79729A">
              <w:rPr>
                <w:rFonts w:ascii="Arial" w:hAnsi="Arial" w:cs="Arial"/>
                <w:sz w:val="18"/>
                <w:szCs w:val="18"/>
                <w:lang w:val="en-GB"/>
              </w:rPr>
              <w:t xml:space="preserve"> = .013,</w:t>
            </w:r>
          </w:p>
          <w:p w14:paraId="2D5B233F" w14:textId="1A1B6704" w:rsidR="00CD7787" w:rsidRPr="002B00E3" w:rsidRDefault="009C603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0.16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C63EE9F" w14:textId="3187E12C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942BFCC" w14:textId="0E77D0BF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CD7787" w:rsidRPr="002B00E3" w14:paraId="0AE8EB66" w14:textId="77777777" w:rsidTr="00D510E6">
        <w:tc>
          <w:tcPr>
            <w:tcW w:w="1335" w:type="dxa"/>
            <w:tcBorders>
              <w:top w:val="nil"/>
              <w:bottom w:val="nil"/>
            </w:tcBorders>
          </w:tcPr>
          <w:p w14:paraId="74B50674" w14:textId="1F6A2D01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67AC48D" w14:textId="42E407BE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Several times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FC5810E" w14:textId="5AE3F6AA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D125824" w14:textId="13068A6B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F7BB9D7" w14:textId="77777777" w:rsidR="00D510E6" w:rsidRDefault="009C603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D510E6">
              <w:rPr>
                <w:rFonts w:ascii="Arial" w:hAnsi="Arial" w:cs="Arial"/>
                <w:sz w:val="18"/>
                <w:szCs w:val="18"/>
                <w:lang w:val="en-GB"/>
              </w:rPr>
              <w:t xml:space="preserve"> &lt; .001,</w:t>
            </w:r>
          </w:p>
          <w:p w14:paraId="7FD33F8A" w14:textId="189537E3" w:rsidR="00CD7787" w:rsidRPr="002B00E3" w:rsidRDefault="009C603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0.24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6399CDF" w14:textId="640671E8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CDCBA6F" w14:textId="1B5B3155" w:rsidR="00CD7787" w:rsidRPr="002B00E3" w:rsidRDefault="00CD778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708D8515" w14:textId="77777777" w:rsidTr="00D510E6">
        <w:tc>
          <w:tcPr>
            <w:tcW w:w="1335" w:type="dxa"/>
            <w:tcBorders>
              <w:top w:val="nil"/>
              <w:bottom w:val="nil"/>
            </w:tcBorders>
          </w:tcPr>
          <w:p w14:paraId="249B6EF0" w14:textId="474D5070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B05996A" w14:textId="4109E62E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Once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9FBC094" w14:textId="5ED34B88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40569C7" w14:textId="7445992E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BAEC6DB" w14:textId="77777777" w:rsidR="00D510E6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564D42AE" w14:textId="2B0FB592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9D0C1C" w:rsidRPr="002B00E3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D03E087" w14:textId="27646964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93E92AA" w14:textId="1762765D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530E0323" w14:textId="77777777" w:rsidTr="00D510E6">
        <w:tc>
          <w:tcPr>
            <w:tcW w:w="1335" w:type="dxa"/>
            <w:tcBorders>
              <w:top w:val="nil"/>
              <w:bottom w:val="nil"/>
            </w:tcBorders>
          </w:tcPr>
          <w:p w14:paraId="00376441" w14:textId="7C13A0B1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ACF1E02" w14:textId="33D04A9A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Less often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80DBB32" w14:textId="50DB5EC2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600BBC0" w14:textId="371B6BEE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1DCB2B9" w14:textId="77777777" w:rsidR="00D510E6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3E21B5A5" w14:textId="5AC120B9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9D0C1C" w:rsidRPr="002B00E3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E426078" w14:textId="79D42EDF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CA14CD8" w14:textId="7E9C61EF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3811AF97" w14:textId="77777777" w:rsidTr="00D510E6">
        <w:tc>
          <w:tcPr>
            <w:tcW w:w="1335" w:type="dxa"/>
            <w:tcBorders>
              <w:top w:val="nil"/>
              <w:bottom w:val="nil"/>
            </w:tcBorders>
          </w:tcPr>
          <w:p w14:paraId="5B9B3B8B" w14:textId="1808957F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547426B" w14:textId="58CAD241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D481790" w14:textId="46BEEAEC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71839E4" w14:textId="066BF76F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59AFCA0" w14:textId="77777777" w:rsidR="00D510E6" w:rsidRDefault="00142869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31A79564" w14:textId="15DA6031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9D0C1C" w:rsidRPr="002B00E3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51AEE54" w14:textId="7CD27EA0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C1B8D8A" w14:textId="72C27BEA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4FA8D147" w14:textId="77777777" w:rsidTr="00D510E6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198A0023" w14:textId="5968439D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Several times a week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8641764" w14:textId="0CAF2DA8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About once a week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E33EEBE" w14:textId="39CBBED0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D53DB5F" w14:textId="585ABC9A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E3F7E7A" w14:textId="77777777" w:rsidR="00D510E6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34E80CE1" w14:textId="14E40409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9D0C1C" w:rsidRPr="002B00E3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542E26A" w14:textId="5E794DA3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737B85F" w14:textId="1261CBA4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218EAED5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2C815AAF" w14:textId="534D1377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980BB5F" w14:textId="377734CA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Several times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AA11682" w14:textId="4A55CE70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0E961C0" w14:textId="58DD6BF0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117D943" w14:textId="77777777" w:rsidR="00D510E6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</w:t>
            </w:r>
            <w:r w:rsidR="009D0C1C" w:rsidRPr="002B00E3">
              <w:rPr>
                <w:rFonts w:ascii="Arial" w:hAnsi="Arial" w:cs="Arial"/>
                <w:sz w:val="18"/>
                <w:szCs w:val="18"/>
                <w:lang w:val="en-GB"/>
              </w:rPr>
              <w:t>.941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4457EB80" w14:textId="4AF6C1B8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9D0C1C" w:rsidRPr="002B00E3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BF264F0" w14:textId="4182BA71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D174A6B" w14:textId="4F375C3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37909CAC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6A8430D3" w14:textId="4EF0B0F8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C51F6E0" w14:textId="7330EA0B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Once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F78E29E" w14:textId="19DA6C2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B9A88F5" w14:textId="6B74AFEB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2A88BB4" w14:textId="77777777" w:rsidR="00996879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72851CBB" w14:textId="77047598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267DA4" w:rsidRPr="002B00E3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7AC2A57" w14:textId="768DC5B3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2E147EA" w14:textId="37E663A2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35192D51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02721621" w14:textId="02C1F3C9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DC79453" w14:textId="368F9ED5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Less often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C923808" w14:textId="1C88FE38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07C4979" w14:textId="4E8D5EF1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BC6E8BE" w14:textId="77777777" w:rsidR="00996879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2B1B7423" w14:textId="28DB8E34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267DA4" w:rsidRPr="002B00E3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74319A3" w14:textId="20803106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43B6186" w14:textId="70E5751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34CE0F09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17D6367F" w14:textId="65B229C1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FF56F45" w14:textId="3ECD2E84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5BA73D5" w14:textId="2DCAD3BF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CFA98B1" w14:textId="592A03C0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CB53216" w14:textId="77777777" w:rsidR="00996879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</w:t>
            </w:r>
            <w:r w:rsidR="00267DA4" w:rsidRPr="002B00E3">
              <w:rPr>
                <w:rFonts w:ascii="Arial" w:hAnsi="Arial" w:cs="Arial"/>
                <w:sz w:val="18"/>
                <w:szCs w:val="18"/>
                <w:lang w:val="en-GB"/>
              </w:rPr>
              <w:t>.494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64C0AC72" w14:textId="6E4F40EB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</w:t>
            </w:r>
            <w:r w:rsidR="00267DA4" w:rsidRPr="002B00E3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EA46BDA" w14:textId="3BDED3E3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4CA6D41" w14:textId="6E737DF5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070F7E49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47697242" w14:textId="283148B8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About once a week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3512917" w14:textId="60588698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Several times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BA22C66" w14:textId="128F26D1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78E251D" w14:textId="0EF6B404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27F160D" w14:textId="77777777" w:rsidR="002042A1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13329E22" w14:textId="407DCC6F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3B588D" w:rsidRPr="002B00E3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7E9349A" w14:textId="4691D70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893BEE6" w14:textId="63F3F1FA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5E47BA1C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7091CC3A" w14:textId="16349D05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454C93A" w14:textId="3F305700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Once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3B88F28" w14:textId="18D0CD2F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A58F09C" w14:textId="2964AB29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0392BF3" w14:textId="77777777" w:rsidR="00996879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</w:t>
            </w:r>
            <w:r w:rsidR="003B588D" w:rsidRPr="002B00E3">
              <w:rPr>
                <w:rFonts w:ascii="Arial" w:hAnsi="Arial" w:cs="Arial"/>
                <w:sz w:val="18"/>
                <w:szCs w:val="18"/>
                <w:lang w:val="en-GB"/>
              </w:rPr>
              <w:t>626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01136CEA" w14:textId="2C57BA5B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3B588D" w:rsidRPr="002B00E3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145F11F" w14:textId="2096DF03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340213B" w14:textId="56F62BB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52AF07F4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10AD92E2" w14:textId="7B78879A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DE89727" w14:textId="3C86766A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Less often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EFBB612" w14:textId="1D5C52D4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984909A" w14:textId="16071618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D440F4B" w14:textId="77777777" w:rsidR="00996879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</w:t>
            </w:r>
            <w:r w:rsidR="00161716" w:rsidRPr="002B00E3">
              <w:rPr>
                <w:rFonts w:ascii="Arial" w:hAnsi="Arial" w:cs="Arial"/>
                <w:sz w:val="18"/>
                <w:szCs w:val="18"/>
                <w:lang w:val="en-GB"/>
              </w:rPr>
              <w:t>259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1DAC4967" w14:textId="770B940C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161716" w:rsidRPr="002B00E3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588A5A5" w14:textId="3CF8CD99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64791BF" w14:textId="2FF43B8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703A99EC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44712CF1" w14:textId="59F72763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4D5F1AB" w14:textId="0D798B11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5EA50370" w14:textId="79E23ED1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B81C31D" w14:textId="28E75429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C12A8DE" w14:textId="77777777" w:rsidR="00996879" w:rsidRDefault="00E1485D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.</w:t>
            </w:r>
            <w:r w:rsidR="00C06EF7" w:rsidRPr="002B00E3">
              <w:rPr>
                <w:rFonts w:ascii="Arial" w:hAnsi="Arial" w:cs="Arial"/>
                <w:sz w:val="18"/>
                <w:szCs w:val="18"/>
                <w:lang w:val="en-GB"/>
              </w:rPr>
              <w:t>123</w:t>
            </w:r>
            <w:r w:rsidR="00996879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</w:p>
          <w:p w14:paraId="3C273129" w14:textId="32E532A1" w:rsidR="00142869" w:rsidRPr="002B00E3" w:rsidRDefault="00142869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</w:t>
            </w:r>
            <w:r w:rsidR="00E7060F"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>12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695D506" w14:textId="479D6950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D1A2CEE" w14:textId="7CDDFAC6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CD7787" w:rsidRPr="002B00E3" w14:paraId="1C7F73E2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46FF0E05" w14:textId="35EC3656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Several times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1C9A9D0" w14:textId="40207C73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Once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0845BCA" w14:textId="7790D3C7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0C23C50" w14:textId="4D9480A3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60A64E5" w14:textId="77777777" w:rsidR="00996879" w:rsidRDefault="00E1485D" w:rsidP="009C603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996879">
              <w:rPr>
                <w:rFonts w:ascii="Arial" w:hAnsi="Arial" w:cs="Arial"/>
                <w:sz w:val="18"/>
                <w:szCs w:val="18"/>
                <w:lang w:val="en-GB"/>
              </w:rPr>
              <w:t xml:space="preserve"> = .015,</w:t>
            </w:r>
          </w:p>
          <w:p w14:paraId="56907A24" w14:textId="57CD4F86" w:rsidR="00CD7787" w:rsidRPr="002B00E3" w:rsidRDefault="009C6037" w:rsidP="009C603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0.16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FAA8FF1" w14:textId="6AEA8087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D60FAB9" w14:textId="4151ABF6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CD7787" w:rsidRPr="002B00E3" w14:paraId="6E1B6FA5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46C1FD4B" w14:textId="33941944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B1F02A3" w14:textId="39530EF6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Less often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FB4D945" w14:textId="0A19833D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7FFEC6E" w14:textId="5517BB97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1085648" w14:textId="77777777" w:rsidR="00996879" w:rsidRDefault="009C603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996879">
              <w:rPr>
                <w:rFonts w:ascii="Arial" w:hAnsi="Arial" w:cs="Arial"/>
                <w:sz w:val="18"/>
                <w:szCs w:val="18"/>
                <w:lang w:val="en-GB"/>
              </w:rPr>
              <w:t xml:space="preserve"> = .005,</w:t>
            </w:r>
          </w:p>
          <w:p w14:paraId="201E12ED" w14:textId="37E2BC28" w:rsidR="00CD7787" w:rsidRPr="002B00E3" w:rsidRDefault="009C603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0.15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CC8D535" w14:textId="753ECC03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FA81430" w14:textId="05259285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CD7787" w:rsidRPr="002B00E3" w14:paraId="5CEACD0E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0F17A36B" w14:textId="539A1799" w:rsidR="00CD7787" w:rsidRPr="002B00E3" w:rsidRDefault="00CD7787" w:rsidP="00CD7787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8E50B2D" w14:textId="4271BC46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25EA85E1" w14:textId="330D5A3F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11EDBFC" w14:textId="14D1E399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67857365" w14:textId="77777777" w:rsidR="00996879" w:rsidRDefault="009C603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996879">
              <w:rPr>
                <w:rFonts w:ascii="Arial" w:hAnsi="Arial" w:cs="Arial"/>
                <w:sz w:val="18"/>
                <w:szCs w:val="18"/>
                <w:lang w:val="en-GB"/>
              </w:rPr>
              <w:t xml:space="preserve"> = .002,</w:t>
            </w:r>
          </w:p>
          <w:p w14:paraId="07EA24D2" w14:textId="05A8D8D0" w:rsidR="00CD7787" w:rsidRPr="002B00E3" w:rsidRDefault="009C6037" w:rsidP="00CD778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V</w:t>
            </w:r>
            <w:r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</w:t>
            </w:r>
            <w:r w:rsidRPr="002B00E3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0.19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C9350B3" w14:textId="00EAF6CE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A8BB6A5" w14:textId="2B224534" w:rsidR="00CD7787" w:rsidRPr="002B00E3" w:rsidRDefault="00CD7787" w:rsidP="00CD7787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1033346C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7D2E8C50" w14:textId="1C3FFC94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Once a month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DC9E600" w14:textId="5EAF447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Less often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5898177" w14:textId="224BF755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738889F" w14:textId="53151FD9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046F39B" w14:textId="77777777" w:rsidR="00996879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5EDE2629" w14:textId="7CFC46D7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775794" w:rsidRPr="002B00E3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0B6ACA0A" w14:textId="5CC5A89E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AD59EA1" w14:textId="25E28F3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1DB3A9CB" w14:textId="77777777" w:rsidTr="00996879">
        <w:trPr>
          <w:trHeight w:val="50"/>
        </w:trPr>
        <w:tc>
          <w:tcPr>
            <w:tcW w:w="1335" w:type="dxa"/>
            <w:tcBorders>
              <w:top w:val="nil"/>
              <w:bottom w:val="nil"/>
            </w:tcBorders>
          </w:tcPr>
          <w:p w14:paraId="5953BE9D" w14:textId="64EC0F35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CC4660C" w14:textId="04E3588A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158BD279" w14:textId="26120963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30162607" w14:textId="1CFEF4BB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A13136A" w14:textId="77777777" w:rsidR="00996879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5CBDAB9D" w14:textId="58DCAC56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775794" w:rsidRPr="002B00E3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736D9467" w14:textId="7BFF74A2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14:paraId="4DE3229C" w14:textId="122A6EBA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  <w:tr w:rsidR="00142869" w:rsidRPr="002B00E3" w14:paraId="32ECFBAC" w14:textId="77777777" w:rsidTr="00996879">
        <w:trPr>
          <w:trHeight w:val="50"/>
        </w:trPr>
        <w:tc>
          <w:tcPr>
            <w:tcW w:w="1335" w:type="dxa"/>
            <w:tcBorders>
              <w:top w:val="nil"/>
            </w:tcBorders>
          </w:tcPr>
          <w:p w14:paraId="2A2FF199" w14:textId="4039B1D2" w:rsidR="00142869" w:rsidRPr="002B00E3" w:rsidRDefault="00142869" w:rsidP="00142869">
            <w:pPr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Less often</w:t>
            </w:r>
          </w:p>
        </w:tc>
        <w:tc>
          <w:tcPr>
            <w:tcW w:w="1336" w:type="dxa"/>
            <w:tcBorders>
              <w:top w:val="nil"/>
            </w:tcBorders>
          </w:tcPr>
          <w:p w14:paraId="0C544F08" w14:textId="088F162C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336" w:type="dxa"/>
            <w:tcBorders>
              <w:top w:val="nil"/>
            </w:tcBorders>
          </w:tcPr>
          <w:p w14:paraId="19688E38" w14:textId="00E6A36D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</w:tcBorders>
          </w:tcPr>
          <w:p w14:paraId="5B24C98B" w14:textId="2B183583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</w:tcBorders>
          </w:tcPr>
          <w:p w14:paraId="4D1225A2" w14:textId="77777777" w:rsidR="00996879" w:rsidRDefault="00E1485D" w:rsidP="00142869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>p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 xml:space="preserve"> = 1.000,</w:t>
            </w:r>
          </w:p>
          <w:p w14:paraId="2D54B31D" w14:textId="4C3A8CAC" w:rsidR="00142869" w:rsidRPr="002B00E3" w:rsidRDefault="009B249F" w:rsidP="001428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0E3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V </w:t>
            </w:r>
            <w:r w:rsidR="00142869" w:rsidRPr="002B00E3">
              <w:rPr>
                <w:rFonts w:ascii="Arial" w:hAnsi="Arial" w:cs="Arial"/>
                <w:sz w:val="18"/>
                <w:szCs w:val="18"/>
                <w:lang w:val="en-GB"/>
              </w:rPr>
              <w:t>= 0.0</w:t>
            </w:r>
            <w:r w:rsidR="00775794" w:rsidRPr="002B00E3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1336" w:type="dxa"/>
            <w:tcBorders>
              <w:top w:val="nil"/>
            </w:tcBorders>
          </w:tcPr>
          <w:p w14:paraId="25681C4E" w14:textId="5AC99CCF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  <w:tc>
          <w:tcPr>
            <w:tcW w:w="1336" w:type="dxa"/>
            <w:tcBorders>
              <w:top w:val="nil"/>
            </w:tcBorders>
          </w:tcPr>
          <w:p w14:paraId="26129BBA" w14:textId="03919BB7" w:rsidR="00142869" w:rsidRPr="002B00E3" w:rsidRDefault="00142869" w:rsidP="00142869">
            <w:pPr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</w:pPr>
            <w:r w:rsidRPr="002B00E3">
              <w:rPr>
                <w:rFonts w:ascii="Arial" w:hAnsi="Arial" w:cs="Arial"/>
                <w:color w:val="303538"/>
                <w:sz w:val="18"/>
                <w:szCs w:val="18"/>
                <w:shd w:val="clear" w:color="auto" w:fill="FFFFFF"/>
                <w:lang w:val="en-GB"/>
              </w:rPr>
              <w:t>n/a</w:t>
            </w:r>
          </w:p>
        </w:tc>
      </w:tr>
    </w:tbl>
    <w:p w14:paraId="51579E1F" w14:textId="17B2F8ED" w:rsidR="00B020AD" w:rsidRPr="002B00E3" w:rsidRDefault="00B020AD" w:rsidP="00B020AD">
      <w:pPr>
        <w:rPr>
          <w:rFonts w:ascii="Arial" w:hAnsi="Arial" w:cs="Arial"/>
          <w:sz w:val="18"/>
          <w:szCs w:val="18"/>
          <w:lang w:val="en-GB"/>
        </w:rPr>
      </w:pPr>
      <w:r w:rsidRPr="002B00E3">
        <w:rPr>
          <w:rFonts w:ascii="Arial" w:hAnsi="Arial" w:cs="Arial"/>
          <w:i/>
          <w:sz w:val="18"/>
          <w:szCs w:val="18"/>
          <w:lang w:val="en-GB"/>
        </w:rPr>
        <w:t>Note:</w:t>
      </w:r>
      <w:r w:rsidRPr="002B00E3">
        <w:rPr>
          <w:rFonts w:ascii="Arial" w:hAnsi="Arial" w:cs="Arial"/>
          <w:sz w:val="18"/>
          <w:szCs w:val="18"/>
          <w:lang w:val="en-GB"/>
        </w:rPr>
        <w:t xml:space="preserve"> </w:t>
      </w:r>
      <w:r w:rsidR="00AB3DC8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Post hoc tests </w:t>
      </w:r>
      <w:r w:rsidR="002717A1" w:rsidRPr="002B00E3">
        <w:rPr>
          <w:rFonts w:ascii="Arial" w:eastAsia="Times New Roman" w:hAnsi="Arial" w:cs="Arial"/>
          <w:sz w:val="18"/>
          <w:szCs w:val="18"/>
          <w:lang w:val="en-GB"/>
        </w:rPr>
        <w:t>at the</w:t>
      </w:r>
      <w:r w:rsidR="00AB3DC8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 sum</w:t>
      </w:r>
      <w:r w:rsidR="00AA75DF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 </w:t>
      </w:r>
      <w:r w:rsidR="00AB3DC8" w:rsidRPr="002B00E3">
        <w:rPr>
          <w:rFonts w:ascii="Arial" w:eastAsia="Times New Roman" w:hAnsi="Arial" w:cs="Arial"/>
          <w:sz w:val="18"/>
          <w:szCs w:val="18"/>
          <w:lang w:val="en-GB"/>
        </w:rPr>
        <w:t>score level were calculated using the Bonferroni correction and, in the case of variance heterogeneity, the Games</w:t>
      </w:r>
      <w:r w:rsidR="006B2EA7" w:rsidRPr="002B00E3">
        <w:rPr>
          <w:rFonts w:ascii="Arial" w:eastAsia="Times New Roman" w:hAnsi="Arial" w:cs="Arial"/>
          <w:sz w:val="18"/>
          <w:szCs w:val="18"/>
          <w:lang w:val="en-GB"/>
        </w:rPr>
        <w:t>–</w:t>
      </w:r>
      <w:r w:rsidR="00AB3DC8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Howell correction. At </w:t>
      </w:r>
      <w:r w:rsidR="006B2EA7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the </w:t>
      </w:r>
      <w:r w:rsidR="00AB3DC8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item level, group comparisons were carried out using the </w:t>
      </w:r>
      <w:r w:rsidR="00AB3DC8" w:rsidRPr="002B00E3">
        <w:rPr>
          <w:rFonts w:ascii="Arial" w:hAnsi="Arial" w:cs="Arial"/>
          <w:sz w:val="18"/>
          <w:szCs w:val="18"/>
          <w:lang w:val="en-GB"/>
        </w:rPr>
        <w:t>χ²-</w:t>
      </w:r>
      <w:r w:rsidR="00AB3DC8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test with Bonferroni correction. </w:t>
      </w:r>
      <w:r w:rsidRPr="002B00E3">
        <w:rPr>
          <w:rFonts w:ascii="Arial" w:hAnsi="Arial" w:cs="Arial"/>
          <w:sz w:val="18"/>
          <w:szCs w:val="18"/>
          <w:lang w:val="en-GB"/>
        </w:rPr>
        <w:t xml:space="preserve">Effect sizes in bold indicate small group differences. </w:t>
      </w:r>
      <w:r w:rsidR="00DC6967" w:rsidRPr="002B00E3">
        <w:rPr>
          <w:rFonts w:ascii="Arial" w:hAnsi="Arial" w:cs="Arial"/>
          <w:sz w:val="18"/>
          <w:szCs w:val="18"/>
          <w:lang w:val="en-GB"/>
        </w:rPr>
        <w:t>n/a indicates that no post hoc test was conducted</w:t>
      </w:r>
      <w:r w:rsidR="00D531FB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, </w:t>
      </w:r>
      <w:r w:rsidR="006B2EA7" w:rsidRPr="002B00E3">
        <w:rPr>
          <w:rFonts w:ascii="Arial" w:eastAsia="Times New Roman" w:hAnsi="Arial" w:cs="Arial"/>
          <w:sz w:val="18"/>
          <w:szCs w:val="18"/>
          <w:lang w:val="en-GB"/>
        </w:rPr>
        <w:t>a</w:t>
      </w:r>
      <w:r w:rsidR="00D531FB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s post hoc tests were only conducted in the case </w:t>
      </w:r>
      <w:r w:rsidR="006B2EA7" w:rsidRPr="002B00E3">
        <w:rPr>
          <w:rFonts w:ascii="Arial" w:eastAsia="Times New Roman" w:hAnsi="Arial" w:cs="Arial"/>
          <w:sz w:val="18"/>
          <w:szCs w:val="18"/>
          <w:lang w:val="en-GB"/>
        </w:rPr>
        <w:t>where</w:t>
      </w:r>
      <w:r w:rsidR="00D531FB" w:rsidRPr="002B00E3">
        <w:rPr>
          <w:rFonts w:ascii="Arial" w:eastAsia="Times New Roman" w:hAnsi="Arial" w:cs="Arial"/>
          <w:sz w:val="18"/>
          <w:szCs w:val="18"/>
          <w:lang w:val="en-GB"/>
        </w:rPr>
        <w:t xml:space="preserve"> the overall group differences showed at least a small effect according to Cohen’s </w:t>
      </w:r>
      <w:r w:rsidR="00D531FB" w:rsidRPr="002B00E3">
        <w:rPr>
          <w:rFonts w:ascii="Arial" w:eastAsia="Times New Roman" w:hAnsi="Arial" w:cs="Arial"/>
          <w:i/>
          <w:sz w:val="18"/>
          <w:szCs w:val="18"/>
          <w:lang w:val="en-GB"/>
        </w:rPr>
        <w:t>d</w:t>
      </w:r>
      <w:r w:rsidR="00D531FB" w:rsidRPr="002B00E3">
        <w:rPr>
          <w:rFonts w:ascii="Arial" w:hAnsi="Arial" w:cs="Arial"/>
          <w:sz w:val="18"/>
          <w:szCs w:val="18"/>
          <w:lang w:val="en-GB"/>
        </w:rPr>
        <w:t xml:space="preserve">. </w:t>
      </w:r>
    </w:p>
    <w:p w14:paraId="6C2EE425" w14:textId="2D014EDB" w:rsidR="00B020AD" w:rsidRPr="002B00E3" w:rsidRDefault="00B020AD">
      <w:pPr>
        <w:rPr>
          <w:rFonts w:ascii="Arial" w:hAnsi="Arial" w:cs="Arial"/>
          <w:sz w:val="18"/>
          <w:szCs w:val="18"/>
          <w:lang w:val="en-GB"/>
        </w:rPr>
      </w:pPr>
    </w:p>
    <w:p w14:paraId="263AFB8E" w14:textId="46C83E9B" w:rsidR="00B52794" w:rsidRPr="002042A1" w:rsidRDefault="00B52794" w:rsidP="00B52794">
      <w:pPr>
        <w:pStyle w:val="berschrift3"/>
        <w:rPr>
          <w:rFonts w:ascii="Arial" w:hAnsi="Arial" w:cs="Arial"/>
          <w:color w:val="auto"/>
          <w:sz w:val="18"/>
          <w:szCs w:val="18"/>
          <w:lang w:val="en-GB"/>
        </w:rPr>
      </w:pPr>
      <w:bookmarkStart w:id="11" w:name="_Toc221782220"/>
      <w:r w:rsidRPr="002042A1">
        <w:rPr>
          <w:rFonts w:ascii="Arial" w:hAnsi="Arial" w:cs="Arial"/>
          <w:color w:val="auto"/>
          <w:sz w:val="18"/>
          <w:szCs w:val="18"/>
          <w:lang w:val="en-GB"/>
        </w:rPr>
        <w:lastRenderedPageBreak/>
        <w:t>References</w:t>
      </w:r>
      <w:bookmarkEnd w:id="11"/>
      <w:r w:rsidRPr="002042A1">
        <w:rPr>
          <w:rFonts w:ascii="Arial" w:hAnsi="Arial" w:cs="Arial"/>
          <w:color w:val="auto"/>
          <w:sz w:val="18"/>
          <w:szCs w:val="18"/>
          <w:lang w:val="en-GB"/>
        </w:rPr>
        <w:t xml:space="preserve"> </w:t>
      </w:r>
    </w:p>
    <w:p w14:paraId="7CC599BE" w14:textId="77777777" w:rsidR="00B52794" w:rsidRPr="002B00E3" w:rsidRDefault="00B52794" w:rsidP="00B52794">
      <w:pPr>
        <w:rPr>
          <w:rFonts w:ascii="Arial" w:hAnsi="Arial" w:cs="Arial"/>
          <w:sz w:val="18"/>
          <w:szCs w:val="18"/>
          <w:lang w:val="en-GB"/>
        </w:rPr>
      </w:pPr>
      <w:r w:rsidRPr="002B00E3">
        <w:rPr>
          <w:rFonts w:ascii="Arial" w:hAnsi="Arial" w:cs="Arial"/>
          <w:sz w:val="18"/>
          <w:szCs w:val="18"/>
          <w:lang w:val="en-GB"/>
        </w:rPr>
        <w:t xml:space="preserve">Eurostat (2022). Statistical regions in the European Union and partner countries: NUTS and statistical regions 2021 - 2022 edition. Publications Office of the European Union. </w:t>
      </w:r>
      <w:hyperlink r:id="rId14" w:history="1">
        <w:r w:rsidRPr="002B00E3">
          <w:rPr>
            <w:rStyle w:val="Hyperlink"/>
            <w:rFonts w:ascii="Arial" w:hAnsi="Arial" w:cs="Arial"/>
            <w:color w:val="auto"/>
            <w:sz w:val="18"/>
            <w:szCs w:val="18"/>
            <w:lang w:val="en-GB"/>
          </w:rPr>
          <w:t>https://ec.europa.eu/eurostat/documents/3859598/15193590/KS-GQ-22-010-EN-N.pdf</w:t>
        </w:r>
      </w:hyperlink>
    </w:p>
    <w:p w14:paraId="0B1697AE" w14:textId="77777777" w:rsidR="00B52794" w:rsidRPr="00192650" w:rsidRDefault="00B52794">
      <w:pPr>
        <w:rPr>
          <w:rFonts w:ascii="Times New Roman" w:hAnsi="Times New Roman" w:cs="Times New Roman"/>
          <w:lang w:val="en-GB"/>
        </w:rPr>
      </w:pPr>
    </w:p>
    <w:sectPr w:rsidR="00B52794" w:rsidRPr="00192650" w:rsidSect="001D49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8458C" w14:textId="77777777" w:rsidR="009907F9" w:rsidRDefault="009907F9" w:rsidP="00407ADE">
      <w:pPr>
        <w:spacing w:after="0" w:line="240" w:lineRule="auto"/>
      </w:pPr>
      <w:r>
        <w:separator/>
      </w:r>
    </w:p>
  </w:endnote>
  <w:endnote w:type="continuationSeparator" w:id="0">
    <w:p w14:paraId="505E86C9" w14:textId="77777777" w:rsidR="009907F9" w:rsidRDefault="009907F9" w:rsidP="00407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C95C7" w14:textId="77777777" w:rsidR="00126ABE" w:rsidRDefault="00126A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8672613"/>
      <w:docPartObj>
        <w:docPartGallery w:val="Page Numbers (Bottom of Page)"/>
        <w:docPartUnique/>
      </w:docPartObj>
    </w:sdtPr>
    <w:sdtEndPr/>
    <w:sdtContent>
      <w:p w14:paraId="5D69AAE3" w14:textId="77777777" w:rsidR="00B03AE1" w:rsidRDefault="00B03A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940" w:rsidRPr="00E07940">
          <w:rPr>
            <w:noProof/>
            <w:lang w:val="de-DE"/>
          </w:rPr>
          <w:t>14</w:t>
        </w:r>
        <w:r>
          <w:fldChar w:fldCharType="end"/>
        </w:r>
      </w:p>
    </w:sdtContent>
  </w:sdt>
  <w:p w14:paraId="39CDB73C" w14:textId="77777777" w:rsidR="00B03AE1" w:rsidRDefault="00B03AE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6921D" w14:textId="77777777" w:rsidR="00126ABE" w:rsidRDefault="00126A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80B73" w14:textId="77777777" w:rsidR="009907F9" w:rsidRDefault="009907F9" w:rsidP="00407ADE">
      <w:pPr>
        <w:spacing w:after="0" w:line="240" w:lineRule="auto"/>
      </w:pPr>
      <w:r>
        <w:separator/>
      </w:r>
    </w:p>
  </w:footnote>
  <w:footnote w:type="continuationSeparator" w:id="0">
    <w:p w14:paraId="40AC074C" w14:textId="77777777" w:rsidR="009907F9" w:rsidRDefault="009907F9" w:rsidP="00407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052B2" w14:textId="77777777" w:rsidR="00126ABE" w:rsidRDefault="00126A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E84B5" w14:textId="05698237" w:rsidR="00B03AE1" w:rsidRPr="00E43029" w:rsidRDefault="00B03AE1" w:rsidP="00E43029">
    <w:pPr>
      <w:spacing w:after="0" w:line="360" w:lineRule="auto"/>
      <w:rPr>
        <w:rFonts w:ascii="Times New Roman" w:eastAsia="Times New Roman" w:hAnsi="Times New Roman" w:cs="Times New Roman"/>
        <w:b/>
        <w:bCs/>
        <w:lang w:val="en-GB"/>
      </w:rPr>
    </w:pPr>
    <w:r w:rsidRPr="007C6B72">
      <w:rPr>
        <w:rFonts w:ascii="Times New Roman" w:eastAsia="Times New Roman" w:hAnsi="Times New Roman" w:cs="Times New Roman"/>
        <w:b/>
        <w:bCs/>
        <w:lang w:val="en-GB"/>
      </w:rPr>
      <w:t xml:space="preserve">Awareness of prevention and early detection of oral cancer: </w:t>
    </w:r>
    <w:r w:rsidR="00126ABE" w:rsidRPr="00126ABE">
      <w:rPr>
        <w:rFonts w:ascii="Times New Roman" w:eastAsia="Times New Roman" w:hAnsi="Times New Roman" w:cs="Times New Roman"/>
        <w:b/>
        <w:bCs/>
        <w:lang w:val="en-GB"/>
      </w:rPr>
      <w:t>A survey of 50+ year old people in Germany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E4A23" w14:textId="77777777" w:rsidR="00126ABE" w:rsidRDefault="00126A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3245"/>
    <w:rsid w:val="000153C6"/>
    <w:rsid w:val="00023FB0"/>
    <w:rsid w:val="00025664"/>
    <w:rsid w:val="00034616"/>
    <w:rsid w:val="00035516"/>
    <w:rsid w:val="00047643"/>
    <w:rsid w:val="00056333"/>
    <w:rsid w:val="0006063C"/>
    <w:rsid w:val="00067CD5"/>
    <w:rsid w:val="000724CD"/>
    <w:rsid w:val="00074AF9"/>
    <w:rsid w:val="00083009"/>
    <w:rsid w:val="00096205"/>
    <w:rsid w:val="000A147A"/>
    <w:rsid w:val="000B6550"/>
    <w:rsid w:val="000C569E"/>
    <w:rsid w:val="000D1B79"/>
    <w:rsid w:val="000E0B3F"/>
    <w:rsid w:val="000F3915"/>
    <w:rsid w:val="00101C1E"/>
    <w:rsid w:val="00110586"/>
    <w:rsid w:val="00110E6E"/>
    <w:rsid w:val="00112B67"/>
    <w:rsid w:val="00115B13"/>
    <w:rsid w:val="00124E33"/>
    <w:rsid w:val="00126ABE"/>
    <w:rsid w:val="00142869"/>
    <w:rsid w:val="0015074B"/>
    <w:rsid w:val="00161716"/>
    <w:rsid w:val="00162DA6"/>
    <w:rsid w:val="00167C5D"/>
    <w:rsid w:val="001707CD"/>
    <w:rsid w:val="00175AC8"/>
    <w:rsid w:val="0017760A"/>
    <w:rsid w:val="00192650"/>
    <w:rsid w:val="001A6564"/>
    <w:rsid w:val="001B4F2F"/>
    <w:rsid w:val="001C5A20"/>
    <w:rsid w:val="001C6510"/>
    <w:rsid w:val="001D496C"/>
    <w:rsid w:val="001E0637"/>
    <w:rsid w:val="001E204E"/>
    <w:rsid w:val="001F1DBA"/>
    <w:rsid w:val="001F59A5"/>
    <w:rsid w:val="00201855"/>
    <w:rsid w:val="002042A1"/>
    <w:rsid w:val="00211E57"/>
    <w:rsid w:val="00226DE0"/>
    <w:rsid w:val="002347A7"/>
    <w:rsid w:val="0025254C"/>
    <w:rsid w:val="002620FD"/>
    <w:rsid w:val="00267DA4"/>
    <w:rsid w:val="002717A1"/>
    <w:rsid w:val="0027431B"/>
    <w:rsid w:val="002833AC"/>
    <w:rsid w:val="002846E9"/>
    <w:rsid w:val="0029639D"/>
    <w:rsid w:val="002A09D5"/>
    <w:rsid w:val="002A246C"/>
    <w:rsid w:val="002B00E3"/>
    <w:rsid w:val="002C5A81"/>
    <w:rsid w:val="002D3FB4"/>
    <w:rsid w:val="002E5181"/>
    <w:rsid w:val="002F45AD"/>
    <w:rsid w:val="0032102D"/>
    <w:rsid w:val="00326F90"/>
    <w:rsid w:val="00336EB4"/>
    <w:rsid w:val="00350A99"/>
    <w:rsid w:val="00355D5F"/>
    <w:rsid w:val="00362E04"/>
    <w:rsid w:val="003648AC"/>
    <w:rsid w:val="00367467"/>
    <w:rsid w:val="0038186E"/>
    <w:rsid w:val="00383DBF"/>
    <w:rsid w:val="003909DA"/>
    <w:rsid w:val="00393476"/>
    <w:rsid w:val="003A5B4C"/>
    <w:rsid w:val="003B1A65"/>
    <w:rsid w:val="003B588D"/>
    <w:rsid w:val="003D2884"/>
    <w:rsid w:val="003D4195"/>
    <w:rsid w:val="003D75A5"/>
    <w:rsid w:val="003E1092"/>
    <w:rsid w:val="003E2551"/>
    <w:rsid w:val="003E4BCE"/>
    <w:rsid w:val="003E556B"/>
    <w:rsid w:val="003F0F62"/>
    <w:rsid w:val="003F3842"/>
    <w:rsid w:val="00407ADE"/>
    <w:rsid w:val="00415AA6"/>
    <w:rsid w:val="00421441"/>
    <w:rsid w:val="00431EB8"/>
    <w:rsid w:val="00440049"/>
    <w:rsid w:val="00451AB9"/>
    <w:rsid w:val="00462ED4"/>
    <w:rsid w:val="00463422"/>
    <w:rsid w:val="00471C55"/>
    <w:rsid w:val="004731B6"/>
    <w:rsid w:val="004744A4"/>
    <w:rsid w:val="00477930"/>
    <w:rsid w:val="00477AAC"/>
    <w:rsid w:val="004869F7"/>
    <w:rsid w:val="00494AD8"/>
    <w:rsid w:val="004A7351"/>
    <w:rsid w:val="004B03E1"/>
    <w:rsid w:val="004C3953"/>
    <w:rsid w:val="004D630F"/>
    <w:rsid w:val="00503F3A"/>
    <w:rsid w:val="0050686F"/>
    <w:rsid w:val="0050732E"/>
    <w:rsid w:val="00514E49"/>
    <w:rsid w:val="00534B15"/>
    <w:rsid w:val="005371CC"/>
    <w:rsid w:val="00551FFB"/>
    <w:rsid w:val="00585322"/>
    <w:rsid w:val="00591BE3"/>
    <w:rsid w:val="005928AA"/>
    <w:rsid w:val="00595905"/>
    <w:rsid w:val="005B2FDF"/>
    <w:rsid w:val="005B3E7B"/>
    <w:rsid w:val="005C131E"/>
    <w:rsid w:val="005C2136"/>
    <w:rsid w:val="005C3963"/>
    <w:rsid w:val="005C466B"/>
    <w:rsid w:val="005D5F9C"/>
    <w:rsid w:val="005E00DE"/>
    <w:rsid w:val="005E2C41"/>
    <w:rsid w:val="005F4362"/>
    <w:rsid w:val="005F53F0"/>
    <w:rsid w:val="00603E7D"/>
    <w:rsid w:val="0061291C"/>
    <w:rsid w:val="006133CD"/>
    <w:rsid w:val="00623403"/>
    <w:rsid w:val="00624FEB"/>
    <w:rsid w:val="00632858"/>
    <w:rsid w:val="006652E2"/>
    <w:rsid w:val="006733C4"/>
    <w:rsid w:val="00673E57"/>
    <w:rsid w:val="00680A9B"/>
    <w:rsid w:val="006908FC"/>
    <w:rsid w:val="00695B9B"/>
    <w:rsid w:val="006B1E67"/>
    <w:rsid w:val="006B2EA7"/>
    <w:rsid w:val="006C7C69"/>
    <w:rsid w:val="006D583F"/>
    <w:rsid w:val="006D6B6A"/>
    <w:rsid w:val="006E6A24"/>
    <w:rsid w:val="006F100A"/>
    <w:rsid w:val="006F22AC"/>
    <w:rsid w:val="00710A40"/>
    <w:rsid w:val="00712D46"/>
    <w:rsid w:val="007244BD"/>
    <w:rsid w:val="007254DF"/>
    <w:rsid w:val="00741B9E"/>
    <w:rsid w:val="00744E42"/>
    <w:rsid w:val="0074794B"/>
    <w:rsid w:val="007549EA"/>
    <w:rsid w:val="00761290"/>
    <w:rsid w:val="00775794"/>
    <w:rsid w:val="00776F6C"/>
    <w:rsid w:val="00796931"/>
    <w:rsid w:val="0079729A"/>
    <w:rsid w:val="007A3946"/>
    <w:rsid w:val="007A7F0B"/>
    <w:rsid w:val="007B6312"/>
    <w:rsid w:val="007C3346"/>
    <w:rsid w:val="007E227C"/>
    <w:rsid w:val="007E4BDE"/>
    <w:rsid w:val="007F6CA9"/>
    <w:rsid w:val="00800332"/>
    <w:rsid w:val="00806FEB"/>
    <w:rsid w:val="00833A77"/>
    <w:rsid w:val="00846652"/>
    <w:rsid w:val="0085122C"/>
    <w:rsid w:val="0086338C"/>
    <w:rsid w:val="008675FF"/>
    <w:rsid w:val="008718BF"/>
    <w:rsid w:val="0088135A"/>
    <w:rsid w:val="00891AB9"/>
    <w:rsid w:val="008A46F6"/>
    <w:rsid w:val="008A72D4"/>
    <w:rsid w:val="008B26CD"/>
    <w:rsid w:val="008B4DF3"/>
    <w:rsid w:val="008C5DFE"/>
    <w:rsid w:val="008F773F"/>
    <w:rsid w:val="00917B7F"/>
    <w:rsid w:val="00921C2A"/>
    <w:rsid w:val="009356CD"/>
    <w:rsid w:val="009441C6"/>
    <w:rsid w:val="00951B14"/>
    <w:rsid w:val="0097226D"/>
    <w:rsid w:val="009907F9"/>
    <w:rsid w:val="00996879"/>
    <w:rsid w:val="009A5FBB"/>
    <w:rsid w:val="009B243E"/>
    <w:rsid w:val="009B249F"/>
    <w:rsid w:val="009B2DFE"/>
    <w:rsid w:val="009B5BFA"/>
    <w:rsid w:val="009C6037"/>
    <w:rsid w:val="009C71A7"/>
    <w:rsid w:val="009D0C1C"/>
    <w:rsid w:val="009D3257"/>
    <w:rsid w:val="009E1332"/>
    <w:rsid w:val="009F7E2D"/>
    <w:rsid w:val="00A04AA6"/>
    <w:rsid w:val="00A05751"/>
    <w:rsid w:val="00A21CDE"/>
    <w:rsid w:val="00A41965"/>
    <w:rsid w:val="00A46DCD"/>
    <w:rsid w:val="00A5495F"/>
    <w:rsid w:val="00A561D2"/>
    <w:rsid w:val="00A64E23"/>
    <w:rsid w:val="00AA1D8D"/>
    <w:rsid w:val="00AA75DF"/>
    <w:rsid w:val="00AB0232"/>
    <w:rsid w:val="00AB3DC8"/>
    <w:rsid w:val="00AB3EFF"/>
    <w:rsid w:val="00AC6FDF"/>
    <w:rsid w:val="00AD0086"/>
    <w:rsid w:val="00AD3255"/>
    <w:rsid w:val="00AE489B"/>
    <w:rsid w:val="00AF589A"/>
    <w:rsid w:val="00B020AD"/>
    <w:rsid w:val="00B029B4"/>
    <w:rsid w:val="00B02FE3"/>
    <w:rsid w:val="00B03AE1"/>
    <w:rsid w:val="00B058A6"/>
    <w:rsid w:val="00B077B9"/>
    <w:rsid w:val="00B131CC"/>
    <w:rsid w:val="00B150A2"/>
    <w:rsid w:val="00B20437"/>
    <w:rsid w:val="00B24C16"/>
    <w:rsid w:val="00B47730"/>
    <w:rsid w:val="00B52794"/>
    <w:rsid w:val="00B61AE5"/>
    <w:rsid w:val="00B6416A"/>
    <w:rsid w:val="00B65B8B"/>
    <w:rsid w:val="00B6625C"/>
    <w:rsid w:val="00B7753B"/>
    <w:rsid w:val="00B838BB"/>
    <w:rsid w:val="00B96381"/>
    <w:rsid w:val="00B96EFC"/>
    <w:rsid w:val="00BC612D"/>
    <w:rsid w:val="00BC6BE2"/>
    <w:rsid w:val="00BD06FB"/>
    <w:rsid w:val="00BE2D9D"/>
    <w:rsid w:val="00C01080"/>
    <w:rsid w:val="00C03B3B"/>
    <w:rsid w:val="00C06EF7"/>
    <w:rsid w:val="00C10E2F"/>
    <w:rsid w:val="00C13D01"/>
    <w:rsid w:val="00C15A47"/>
    <w:rsid w:val="00C212CD"/>
    <w:rsid w:val="00C30EDD"/>
    <w:rsid w:val="00C36CE2"/>
    <w:rsid w:val="00C4192F"/>
    <w:rsid w:val="00C52430"/>
    <w:rsid w:val="00C841B1"/>
    <w:rsid w:val="00C9013D"/>
    <w:rsid w:val="00C95A91"/>
    <w:rsid w:val="00CB0664"/>
    <w:rsid w:val="00CB5002"/>
    <w:rsid w:val="00CB669F"/>
    <w:rsid w:val="00CD178B"/>
    <w:rsid w:val="00CD709B"/>
    <w:rsid w:val="00CD7787"/>
    <w:rsid w:val="00CE35F0"/>
    <w:rsid w:val="00CF1A90"/>
    <w:rsid w:val="00D04A20"/>
    <w:rsid w:val="00D04B23"/>
    <w:rsid w:val="00D050D4"/>
    <w:rsid w:val="00D13468"/>
    <w:rsid w:val="00D177EE"/>
    <w:rsid w:val="00D17978"/>
    <w:rsid w:val="00D30E6B"/>
    <w:rsid w:val="00D366F3"/>
    <w:rsid w:val="00D478B3"/>
    <w:rsid w:val="00D510E6"/>
    <w:rsid w:val="00D531FB"/>
    <w:rsid w:val="00D573E8"/>
    <w:rsid w:val="00D7495C"/>
    <w:rsid w:val="00D75C15"/>
    <w:rsid w:val="00D80663"/>
    <w:rsid w:val="00D86F44"/>
    <w:rsid w:val="00D90AE6"/>
    <w:rsid w:val="00D9258A"/>
    <w:rsid w:val="00D975A5"/>
    <w:rsid w:val="00DA09AB"/>
    <w:rsid w:val="00DB0646"/>
    <w:rsid w:val="00DB70FD"/>
    <w:rsid w:val="00DC0F47"/>
    <w:rsid w:val="00DC6967"/>
    <w:rsid w:val="00DD4028"/>
    <w:rsid w:val="00DE49FB"/>
    <w:rsid w:val="00DF2EB1"/>
    <w:rsid w:val="00DF564A"/>
    <w:rsid w:val="00E00EB3"/>
    <w:rsid w:val="00E07940"/>
    <w:rsid w:val="00E1485D"/>
    <w:rsid w:val="00E152A7"/>
    <w:rsid w:val="00E15E25"/>
    <w:rsid w:val="00E16E5B"/>
    <w:rsid w:val="00E21516"/>
    <w:rsid w:val="00E230FD"/>
    <w:rsid w:val="00E37317"/>
    <w:rsid w:val="00E43029"/>
    <w:rsid w:val="00E46287"/>
    <w:rsid w:val="00E5423F"/>
    <w:rsid w:val="00E617F8"/>
    <w:rsid w:val="00E67673"/>
    <w:rsid w:val="00E7060F"/>
    <w:rsid w:val="00E808DC"/>
    <w:rsid w:val="00E83888"/>
    <w:rsid w:val="00E86AB8"/>
    <w:rsid w:val="00E9147D"/>
    <w:rsid w:val="00E91699"/>
    <w:rsid w:val="00E937D6"/>
    <w:rsid w:val="00E94A98"/>
    <w:rsid w:val="00EC14CE"/>
    <w:rsid w:val="00EC214D"/>
    <w:rsid w:val="00EC668E"/>
    <w:rsid w:val="00EE06AA"/>
    <w:rsid w:val="00EE745F"/>
    <w:rsid w:val="00F21D37"/>
    <w:rsid w:val="00F37D7E"/>
    <w:rsid w:val="00F37F86"/>
    <w:rsid w:val="00F410D6"/>
    <w:rsid w:val="00F43AA5"/>
    <w:rsid w:val="00F47BF5"/>
    <w:rsid w:val="00F54AD6"/>
    <w:rsid w:val="00F65321"/>
    <w:rsid w:val="00F91350"/>
    <w:rsid w:val="00F916A8"/>
    <w:rsid w:val="00F945B3"/>
    <w:rsid w:val="00F94AD7"/>
    <w:rsid w:val="00F94BB4"/>
    <w:rsid w:val="00FA1BB4"/>
    <w:rsid w:val="00FA5573"/>
    <w:rsid w:val="00FA637A"/>
    <w:rsid w:val="00FB4189"/>
    <w:rsid w:val="00FC693F"/>
    <w:rsid w:val="00FD0F44"/>
    <w:rsid w:val="00FD63EC"/>
    <w:rsid w:val="00FE583A"/>
    <w:rsid w:val="00FF2049"/>
    <w:rsid w:val="00FF2BDC"/>
    <w:rsid w:val="00FF4C99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DD8F18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632858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680A9B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B243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744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744A4"/>
    <w:pPr>
      <w:spacing w:after="160" w:line="240" w:lineRule="auto"/>
    </w:pPr>
    <w:rPr>
      <w:rFonts w:eastAsiaTheme="minorHAnsi"/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744A4"/>
    <w:rPr>
      <w:rFonts w:eastAsiaTheme="minorHAnsi"/>
      <w:sz w:val="2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4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744A4"/>
    <w:rPr>
      <w:rFonts w:ascii="Segoe UI" w:hAnsi="Segoe UI" w:cs="Segoe UI"/>
      <w:sz w:val="18"/>
      <w:szCs w:val="18"/>
    </w:rPr>
  </w:style>
  <w:style w:type="paragraph" w:styleId="Verzeichnis1">
    <w:name w:val="toc 1"/>
    <w:basedOn w:val="Standard"/>
    <w:next w:val="Standard"/>
    <w:autoRedefine/>
    <w:uiPriority w:val="39"/>
    <w:unhideWhenUsed/>
    <w:rsid w:val="0025254C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2B00E3"/>
    <w:pPr>
      <w:tabs>
        <w:tab w:val="right" w:leader="dot" w:pos="8630"/>
      </w:tabs>
      <w:spacing w:after="100"/>
    </w:pPr>
    <w:rPr>
      <w:rFonts w:ascii="Arial" w:hAnsi="Arial" w:cs="Arial"/>
      <w:noProof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46652"/>
    <w:pPr>
      <w:spacing w:after="200"/>
    </w:pPr>
    <w:rPr>
      <w:rFonts w:eastAsiaTheme="minorEastAsia"/>
      <w:b/>
      <w:bCs/>
      <w:lang w:val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46652"/>
    <w:rPr>
      <w:rFonts w:eastAsiaTheme="minorHAnsi"/>
      <w:b/>
      <w:bCs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9A5F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3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c.europa.eu/eurostat/documents/3859598/15193590/KS-GQ-22-010-EN-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F921F6-943F-4154-867F-EBDE0CD5D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3512</Words>
  <Characters>22126</Characters>
  <Application>Microsoft Office Word</Application>
  <DocSecurity>0</DocSecurity>
  <Lines>184</Lines>
  <Paragraphs>51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2025-12-02T10:48:00Z</dcterms:created>
  <dcterms:modified xsi:type="dcterms:W3CDTF">2026-04-19T09:47:00Z</dcterms:modified>
  <cp:category/>
</cp:coreProperties>
</file>