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4"/>
        </w:rPr>
        <w:t>Appendix S1. Full electronic search strategies.</w:t>
      </w:r>
    </w:p>
    <w:p>
      <w:r>
        <w:t>Databases: PubMed/MEDLINE, Embase (Embase.com) and the Cochrane Central Register of Controlled Trials (CENTRAL), searched from inception to 28 March 2026 with no language or date restriction. Block-based PICO strategy combining controlled vocabulary and free-text terms (PRISMA 2020 Item 7; PRISMA-S). Records retrieved: PubMed/MEDLINE 221; Embase 254 (after MEDLINE de-duplication); Cochrane CENTRAL 194; total 669.</w:t>
      </w:r>
    </w:p>
    <w:p>
      <w:r>
        <w:rPr>
          <w:b/>
          <w:sz w:val="22"/>
        </w:rPr>
        <w:t>PubMed/MEDLINE</w:t>
      </w:r>
    </w:p>
    <w:p>
      <w:r>
        <w:rPr>
          <w:b/>
          <w:sz w:val="19"/>
        </w:rPr>
        <w:t>BLOCK 1: POPULATION — Rectal Cancer</w:t>
      </w:r>
    </w:p>
    <w:p>
      <w:r>
        <w:rPr>
          <w:rFonts w:ascii="Consolas" w:hAnsi="Consolas"/>
          <w:sz w:val="18"/>
        </w:rPr>
        <w:t>#1 "Rectal Neoplasms"[MeSH Terms]</w:t>
      </w:r>
    </w:p>
    <w:p>
      <w:r>
        <w:rPr>
          <w:rFonts w:ascii="Consolas" w:hAnsi="Consolas"/>
          <w:sz w:val="18"/>
        </w:rPr>
        <w:t>#2 (rectal[tiab] OR rectum[tiab]) AND (cancer*[tiab] OR neoplas*[tiab] OR carcinoma*[tiab] OR adenocarcinoma*[tiab] OR tumor*[tiab] OR tumour*[tiab] OR malignan*[tiab])</w:t>
      </w:r>
    </w:p>
    <w:p>
      <w:r>
        <w:rPr>
          <w:rFonts w:ascii="Consolas" w:hAnsi="Consolas"/>
          <w:sz w:val="18"/>
        </w:rPr>
        <w:t>#3 "rectal cancer"[tiab] OR "rectal carcinoma"[tiab] OR "rectal adenocarcinoma"[tiab] OR "cancer of the rectum"[tiab] OR "rectal tumor"[tiab] OR "rectal tumour"[tiab] OR "rectal neoplasm"[tiab]</w:t>
      </w:r>
    </w:p>
    <w:p>
      <w:r>
        <w:rPr>
          <w:rFonts w:ascii="Consolas" w:hAnsi="Consolas"/>
          <w:sz w:val="18"/>
        </w:rPr>
        <w:t>#4 #1 OR #2 OR #3</w:t>
      </w:r>
    </w:p>
    <w:p>
      <w:r>
        <w:rPr>
          <w:b/>
          <w:sz w:val="19"/>
        </w:rPr>
        <w:t>BLOCK 2: INTERVENTION — Robotic Surgery</w:t>
      </w:r>
    </w:p>
    <w:p>
      <w:r>
        <w:rPr>
          <w:rFonts w:ascii="Consolas" w:hAnsi="Consolas"/>
          <w:sz w:val="18"/>
        </w:rPr>
        <w:t>#5 "Robotic Surgical Procedures"[MeSH Terms]</w:t>
      </w:r>
    </w:p>
    <w:p>
      <w:r>
        <w:rPr>
          <w:rFonts w:ascii="Consolas" w:hAnsi="Consolas"/>
          <w:sz w:val="18"/>
        </w:rPr>
        <w:t>#6 robot*[tiab] OR "da Vinci"[tiab] OR "robotic-assisted"[tiab] OR "robot-assisted"[tiab] OR "robotic surgery"[tiab] OR "robotic resection"[tiab]</w:t>
      </w:r>
    </w:p>
    <w:p>
      <w:r>
        <w:rPr>
          <w:rFonts w:ascii="Consolas" w:hAnsi="Consolas"/>
          <w:sz w:val="18"/>
        </w:rPr>
        <w:t>#7 #5 OR #6</w:t>
      </w:r>
    </w:p>
    <w:p>
      <w:r>
        <w:rPr>
          <w:b/>
          <w:sz w:val="19"/>
        </w:rPr>
        <w:t>BLOCK 3: COMPARATOR — Laparoscopic Surgery</w:t>
      </w:r>
    </w:p>
    <w:p>
      <w:r>
        <w:rPr>
          <w:rFonts w:ascii="Consolas" w:hAnsi="Consolas"/>
          <w:sz w:val="18"/>
        </w:rPr>
        <w:t>#8 "Laparoscopy"[MeSH Terms]</w:t>
      </w:r>
    </w:p>
    <w:p>
      <w:r>
        <w:rPr>
          <w:rFonts w:ascii="Consolas" w:hAnsi="Consolas"/>
          <w:sz w:val="18"/>
        </w:rPr>
        <w:t>#9 laparoscop*[tiab] OR "conventional minimally invasive"[tiab] OR "laparoscopic surgery"[tiab] OR "laparoscopic resection"[tiab]</w:t>
      </w:r>
    </w:p>
    <w:p>
      <w:r>
        <w:rPr>
          <w:rFonts w:ascii="Consolas" w:hAnsi="Consolas"/>
          <w:sz w:val="18"/>
        </w:rPr>
        <w:t>#10 #8 OR #9</w:t>
      </w:r>
    </w:p>
    <w:p>
      <w:r>
        <w:rPr>
          <w:b/>
          <w:sz w:val="19"/>
        </w:rPr>
        <w:t>BLOCK 4: STUDY DESIGN — RCT Filter (Cochrane Sensitive)</w:t>
      </w:r>
    </w:p>
    <w:p>
      <w:r>
        <w:rPr>
          <w:rFonts w:ascii="Consolas" w:hAnsi="Consolas"/>
          <w:sz w:val="18"/>
        </w:rPr>
        <w:t>#11 randomized controlled trial[pt] OR controlled clinical trial[pt] OR randomized[tiab] OR randomised[tiab] OR placebo[tiab] OR randomly[tiab] OR trial[tiab] OR groups[tiab]</w:t>
      </w:r>
    </w:p>
    <w:p>
      <w:r>
        <w:rPr>
          <w:b/>
          <w:sz w:val="19"/>
        </w:rPr>
        <w:t>COMBINATION</w:t>
      </w:r>
    </w:p>
    <w:p>
      <w:r>
        <w:rPr>
          <w:rFonts w:ascii="Consolas" w:hAnsi="Consolas"/>
          <w:sz w:val="18"/>
        </w:rPr>
        <w:t>#12 #4 AND #7 [Population AND Intervention]</w:t>
      </w:r>
    </w:p>
    <w:p>
      <w:r>
        <w:rPr>
          <w:rFonts w:ascii="Consolas" w:hAnsi="Consolas"/>
          <w:sz w:val="18"/>
        </w:rPr>
        <w:t>#13 #12 AND #10 [+ Comparator]</w:t>
      </w:r>
    </w:p>
    <w:p>
      <w:r>
        <w:rPr>
          <w:rFonts w:ascii="Consolas" w:hAnsi="Consolas"/>
          <w:sz w:val="18"/>
        </w:rPr>
        <w:t>#14 #13 NOT (animals[mh] NOT humans[mh]) [Exclude animal-only studies]</w:t>
      </w:r>
    </w:p>
    <w:p>
      <w:r>
        <w:rPr>
          <w:rFonts w:ascii="Consolas" w:hAnsi="Consolas"/>
          <w:sz w:val="18"/>
        </w:rPr>
        <w:t>#15 #13 AND #11 [+ RCT filter]</w:t>
      </w:r>
    </w:p>
    <w:p>
      <w:r>
        <w:rPr>
          <w:rFonts w:ascii="Consolas" w:hAnsi="Consolas"/>
          <w:sz w:val="18"/>
        </w:rPr>
        <w:t>#16 #15 NOT (animals[mh] NOT humans[mh]) [Final: P AND I AND C AND RCT, no animals]</w:t>
      </w:r>
    </w:p>
    <w:p>
      <w:r>
        <w:rPr>
          <w:i/>
          <w:sz w:val="18"/>
        </w:rPr>
        <w:t>Final search lines: #14 (population AND intervention AND comparator, animals excluded) or #16 (additionally applying the sensitive RCT filter). 221 records retrieved.</w:t>
      </w:r>
    </w:p>
    <w:p>
      <w:r>
        <w:rPr>
          <w:b/>
          <w:sz w:val="22"/>
        </w:rPr>
        <w:t>Embase (Embase.com)</w:t>
      </w:r>
    </w:p>
    <w:p>
      <w:r>
        <w:rPr>
          <w:b/>
          <w:sz w:val="19"/>
        </w:rPr>
        <w:t>BLOCK 1: POPULATION — Rectal Cancer</w:t>
      </w:r>
    </w:p>
    <w:p>
      <w:r>
        <w:rPr>
          <w:rFonts w:ascii="Consolas" w:hAnsi="Consolas"/>
          <w:sz w:val="18"/>
        </w:rPr>
        <w:t>#1 'rectum cancer'/exp OR 'rectum tumor'/exp</w:t>
      </w:r>
    </w:p>
    <w:p>
      <w:r>
        <w:rPr>
          <w:rFonts w:ascii="Consolas" w:hAnsi="Consolas"/>
          <w:sz w:val="18"/>
        </w:rPr>
        <w:t>#2 (rectal OR rectum):ti,ab AND (cancer* OR neoplas* OR carcinoma* OR adenocarcinoma* OR tumor* OR tumour* OR malignan*):ti,ab</w:t>
      </w:r>
    </w:p>
    <w:p>
      <w:r>
        <w:rPr>
          <w:rFonts w:ascii="Consolas" w:hAnsi="Consolas"/>
          <w:sz w:val="18"/>
        </w:rPr>
        <w:t>#3 'rectal cancer':ti,ab OR 'rectal carcinoma':ti,ab OR 'rectal adenocarcinoma':ti,ab OR 'rectal neoplasm':ti,ab</w:t>
      </w:r>
    </w:p>
    <w:p>
      <w:r>
        <w:rPr>
          <w:rFonts w:ascii="Consolas" w:hAnsi="Consolas"/>
          <w:sz w:val="18"/>
        </w:rPr>
        <w:t>#4 #1 OR #2 OR #3</w:t>
      </w:r>
    </w:p>
    <w:p>
      <w:r>
        <w:rPr>
          <w:b/>
          <w:sz w:val="19"/>
        </w:rPr>
        <w:t>BLOCK 2: INTERVENTION — Robotic Surgery</w:t>
      </w:r>
    </w:p>
    <w:p>
      <w:r>
        <w:rPr>
          <w:rFonts w:ascii="Consolas" w:hAnsi="Consolas"/>
          <w:sz w:val="18"/>
        </w:rPr>
        <w:t>#5 'robot assisted surgery'/exp</w:t>
      </w:r>
    </w:p>
    <w:p>
      <w:r>
        <w:rPr>
          <w:rFonts w:ascii="Consolas" w:hAnsi="Consolas"/>
          <w:sz w:val="18"/>
        </w:rPr>
        <w:t>#6 robot*:ti,ab OR 'da vinci':ti,ab OR 'robotic assisted':ti,ab OR 'robot assisted':ti,ab OR 'robotic surgery':ti,ab OR 'robotic resection':ti,ab</w:t>
      </w:r>
    </w:p>
    <w:p>
      <w:r>
        <w:rPr>
          <w:rFonts w:ascii="Consolas" w:hAnsi="Consolas"/>
          <w:sz w:val="18"/>
        </w:rPr>
        <w:t>#7 #5 OR #6</w:t>
      </w:r>
    </w:p>
    <w:p>
      <w:r>
        <w:rPr>
          <w:b/>
          <w:sz w:val="19"/>
        </w:rPr>
        <w:t>BLOCK 3: COMPARATOR — Laparoscopic Surgery</w:t>
      </w:r>
    </w:p>
    <w:p>
      <w:r>
        <w:rPr>
          <w:rFonts w:ascii="Consolas" w:hAnsi="Consolas"/>
          <w:sz w:val="18"/>
        </w:rPr>
        <w:t>#8 'laparoscopy'/exp OR 'laparoscopic surgery'/exp</w:t>
      </w:r>
    </w:p>
    <w:p>
      <w:r>
        <w:rPr>
          <w:rFonts w:ascii="Consolas" w:hAnsi="Consolas"/>
          <w:sz w:val="18"/>
        </w:rPr>
        <w:t>#9 laparoscop*:ti,ab OR 'laparoscopic surgery':ti,ab OR 'laparoscopic resection':ti,ab</w:t>
      </w:r>
    </w:p>
    <w:p>
      <w:r>
        <w:rPr>
          <w:rFonts w:ascii="Consolas" w:hAnsi="Consolas"/>
          <w:sz w:val="18"/>
        </w:rPr>
        <w:t>#10 #8 OR #9</w:t>
      </w:r>
    </w:p>
    <w:p>
      <w:r>
        <w:rPr>
          <w:b/>
          <w:sz w:val="19"/>
        </w:rPr>
        <w:t>BLOCK 4: STUDY DESIGN — RCT Filter</w:t>
      </w:r>
    </w:p>
    <w:p>
      <w:r>
        <w:rPr>
          <w:rFonts w:ascii="Consolas" w:hAnsi="Consolas"/>
          <w:sz w:val="18"/>
        </w:rPr>
        <w:t>#11 'randomized controlled trial'/exp OR 'controlled clinical trial'/exp</w:t>
      </w:r>
    </w:p>
    <w:p>
      <w:r>
        <w:rPr>
          <w:rFonts w:ascii="Consolas" w:hAnsi="Consolas"/>
          <w:sz w:val="18"/>
        </w:rPr>
        <w:t>#12 random*:ti,ab OR placebo*:ti,ab OR 'double blind':ti,ab OR 'single blind':ti,ab OR allocat*:ti,ab OR assign*:ti,ab</w:t>
      </w:r>
    </w:p>
    <w:p>
      <w:r>
        <w:rPr>
          <w:rFonts w:ascii="Consolas" w:hAnsi="Consolas"/>
          <w:sz w:val="18"/>
        </w:rPr>
        <w:t>#13 #11 OR #12</w:t>
      </w:r>
    </w:p>
    <w:p>
      <w:r>
        <w:rPr>
          <w:b/>
          <w:sz w:val="19"/>
        </w:rPr>
        <w:t>COMBINATION</w:t>
      </w:r>
    </w:p>
    <w:p>
      <w:r>
        <w:rPr>
          <w:rFonts w:ascii="Consolas" w:hAnsi="Consolas"/>
          <w:sz w:val="18"/>
        </w:rPr>
        <w:t>#14 #4 AND #7 [Population AND Intervention]</w:t>
      </w:r>
    </w:p>
    <w:p>
      <w:r>
        <w:rPr>
          <w:rFonts w:ascii="Consolas" w:hAnsi="Consolas"/>
          <w:sz w:val="18"/>
        </w:rPr>
        <w:t>#15 #14 AND #10 [+ Comparator]</w:t>
      </w:r>
    </w:p>
    <w:p>
      <w:r>
        <w:rPr>
          <w:rFonts w:ascii="Consolas" w:hAnsi="Consolas"/>
          <w:sz w:val="18"/>
        </w:rPr>
        <w:t>#16 #15 NOT [animals]/lim [Exclude animal studies]</w:t>
      </w:r>
    </w:p>
    <w:p>
      <w:r>
        <w:rPr>
          <w:rFonts w:ascii="Consolas" w:hAnsi="Consolas"/>
          <w:sz w:val="18"/>
        </w:rPr>
        <w:t>#17 #16 NOT [medline]/lim [Remove MEDLINE duplicates — Embase-only records]</w:t>
      </w:r>
    </w:p>
    <w:p>
      <w:r>
        <w:rPr>
          <w:rFonts w:ascii="Consolas" w:hAnsi="Consolas"/>
          <w:sz w:val="18"/>
        </w:rPr>
        <w:t>#18 #15 AND #13 [+ RCT filter]</w:t>
      </w:r>
    </w:p>
    <w:p>
      <w:r>
        <w:rPr>
          <w:rFonts w:ascii="Consolas" w:hAnsi="Consolas"/>
          <w:sz w:val="18"/>
        </w:rPr>
        <w:t>#19 #18 NOT [animals]/lim [Exclude animal studies]</w:t>
      </w:r>
    </w:p>
    <w:p>
      <w:r>
        <w:rPr>
          <w:rFonts w:ascii="Consolas" w:hAnsi="Consolas"/>
          <w:sz w:val="18"/>
        </w:rPr>
        <w:t>#20 #19 NOT [medline]/lim [Final with RCT filter: Embase-only, no animals]</w:t>
      </w:r>
    </w:p>
    <w:p>
      <w:r>
        <w:rPr>
          <w:i/>
          <w:sz w:val="18"/>
        </w:rPr>
        <w:t>Final search lines: #17 (P AND I AND C, MEDLINE duplicates removed) or #20 (additionally applying the RCT filter). 254 records retrieved after MEDLINE de-duplication.</w:t>
      </w:r>
    </w:p>
    <w:p>
      <w:r>
        <w:rPr>
          <w:b/>
          <w:sz w:val="22"/>
        </w:rPr>
        <w:t>Cochrane CENTRAL</w:t>
      </w:r>
    </w:p>
    <w:p>
      <w:r>
        <w:rPr>
          <w:b/>
          <w:sz w:val="19"/>
        </w:rPr>
        <w:t>BLOCK 1: POPULATION — Rectal Cancer</w:t>
      </w:r>
    </w:p>
    <w:p>
      <w:r>
        <w:rPr>
          <w:rFonts w:ascii="Consolas" w:hAnsi="Consolas"/>
          <w:sz w:val="18"/>
        </w:rPr>
        <w:t>#1 [mh Rectal Neoplasms]</w:t>
      </w:r>
    </w:p>
    <w:p>
      <w:r>
        <w:rPr>
          <w:rFonts w:ascii="Consolas" w:hAnsi="Consolas"/>
          <w:sz w:val="18"/>
        </w:rPr>
        <w:t>#2 (rectal OR rectum):ti,ab,kw AND (cancer* OR neoplas* OR carcinoma* OR adenocarcinoma* OR tumor* OR tumour* OR malignan*):ti,ab,kw</w:t>
      </w:r>
    </w:p>
    <w:p>
      <w:r>
        <w:rPr>
          <w:rFonts w:ascii="Consolas" w:hAnsi="Consolas"/>
          <w:sz w:val="18"/>
        </w:rPr>
        <w:t>#3 "rectal cancer":ti,ab,kw OR "rectal carcinoma":ti,ab,kw OR "rectal adenocarcinoma":ti,ab,kw OR "rectal neoplasm":ti,ab,kw</w:t>
      </w:r>
    </w:p>
    <w:p>
      <w:r>
        <w:rPr>
          <w:rFonts w:ascii="Consolas" w:hAnsi="Consolas"/>
          <w:sz w:val="18"/>
        </w:rPr>
        <w:t>#4 #1 OR #2 OR #3</w:t>
      </w:r>
    </w:p>
    <w:p>
      <w:r>
        <w:rPr>
          <w:b/>
          <w:sz w:val="19"/>
        </w:rPr>
        <w:t>BLOCK 2: INTERVENTION — Robotic Surgery</w:t>
      </w:r>
    </w:p>
    <w:p>
      <w:r>
        <w:rPr>
          <w:rFonts w:ascii="Consolas" w:hAnsi="Consolas"/>
          <w:sz w:val="18"/>
        </w:rPr>
        <w:t>#5 [mh Robotic Surgical Procedures]</w:t>
      </w:r>
    </w:p>
    <w:p>
      <w:r>
        <w:rPr>
          <w:rFonts w:ascii="Consolas" w:hAnsi="Consolas"/>
          <w:sz w:val="18"/>
        </w:rPr>
        <w:t>#6 robot*:ti,ab,kw OR "da Vinci":ti,ab,kw OR "robotic-assisted":ti,ab,kw OR "robot-assisted":ti,ab,kw OR "robotic surgery":ti,ab,kw OR "robotic resection":ti,ab,kw</w:t>
      </w:r>
    </w:p>
    <w:p>
      <w:r>
        <w:rPr>
          <w:rFonts w:ascii="Consolas" w:hAnsi="Consolas"/>
          <w:sz w:val="18"/>
        </w:rPr>
        <w:t>#7 #5 OR #6</w:t>
      </w:r>
    </w:p>
    <w:p>
      <w:r>
        <w:rPr>
          <w:b/>
          <w:sz w:val="19"/>
        </w:rPr>
        <w:t>BLOCK 3: COMPARATOR — Laparoscopic Surgery</w:t>
      </w:r>
    </w:p>
    <w:p>
      <w:r>
        <w:rPr>
          <w:rFonts w:ascii="Consolas" w:hAnsi="Consolas"/>
          <w:sz w:val="18"/>
        </w:rPr>
        <w:t>#8 [mh Laparoscopy]</w:t>
      </w:r>
    </w:p>
    <w:p>
      <w:r>
        <w:rPr>
          <w:rFonts w:ascii="Consolas" w:hAnsi="Consolas"/>
          <w:sz w:val="18"/>
        </w:rPr>
        <w:t>#9 laparoscop*:ti,ab,kw OR "laparoscopic surgery":ti,ab,kw OR "laparoscopic resection":ti,ab,kw</w:t>
      </w:r>
    </w:p>
    <w:p>
      <w:r>
        <w:rPr>
          <w:rFonts w:ascii="Consolas" w:hAnsi="Consolas"/>
          <w:sz w:val="18"/>
        </w:rPr>
        <w:t>#10 #8 OR #9</w:t>
      </w:r>
    </w:p>
    <w:p>
      <w:r>
        <w:rPr>
          <w:b/>
          <w:sz w:val="19"/>
        </w:rPr>
        <w:t>COMBINATION</w:t>
      </w:r>
    </w:p>
    <w:p>
      <w:r>
        <w:rPr>
          <w:rFonts w:ascii="Consolas" w:hAnsi="Consolas"/>
          <w:sz w:val="18"/>
        </w:rPr>
        <w:t>#11 #4 AND #7 [Population AND Intervention]</w:t>
      </w:r>
    </w:p>
    <w:p>
      <w:r>
        <w:rPr>
          <w:rFonts w:ascii="Consolas" w:hAnsi="Consolas"/>
          <w:sz w:val="18"/>
        </w:rPr>
        <w:t>#12 #11 AND #10 [+ Comparator]</w:t>
      </w:r>
    </w:p>
    <w:p>
      <w:r>
        <w:rPr>
          <w:rFonts w:ascii="Consolas" w:hAnsi="Consolas"/>
          <w:sz w:val="18"/>
        </w:rPr>
        <w:t>#13 #12 NOT [mh animals] [Exclude animal studies]</w:t>
      </w:r>
    </w:p>
    <w:p>
      <w:r>
        <w:rPr>
          <w:i/>
          <w:sz w:val="18"/>
        </w:rPr>
        <w:t>Final search line: #13. CENTRAL is pre-filtered for trials, so no separate RCT filter was applied. 194 records retrieved.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S1 search strategies</dc:title>
  <dc:subject/>
  <dc:creator>Sang-ji Choi</dc:creator>
  <cp:keywords/>
  <dc:description/>
  <cp:lastModifiedBy>Sang-ji Choi</cp:lastModifiedBy>
  <cp:revision>1</cp:revision>
  <dcterms:created xsi:type="dcterms:W3CDTF">2013-12-23T23:15:00Z</dcterms:created>
  <dcterms:modified xsi:type="dcterms:W3CDTF">2013-12-23T23:15:00Z</dcterms:modified>
  <cp:category/>
</cp:coreProperties>
</file>