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726FC5" w14:textId="77777777" w:rsidR="00890900" w:rsidRDefault="00000000">
      <w:pPr>
        <w:pStyle w:val="1"/>
        <w:rPr>
          <w:color w:val="auto"/>
        </w:rPr>
      </w:pPr>
      <w:r w:rsidRPr="00764FDB">
        <w:rPr>
          <w:color w:val="auto"/>
        </w:rPr>
        <w:t>Appendix 1 – Patient Questionnaire</w:t>
      </w:r>
    </w:p>
    <w:p w14:paraId="0E05C954" w14:textId="77777777" w:rsidR="00764FDB" w:rsidRPr="00764FDB" w:rsidRDefault="00764FDB" w:rsidP="00764FDB"/>
    <w:p w14:paraId="12369915" w14:textId="7C675E2A" w:rsidR="00890900" w:rsidRDefault="00000000">
      <w:pPr>
        <w:pStyle w:val="a"/>
      </w:pPr>
      <w:r>
        <w:t>What was your reason for undergoing the treatment (e.g., aesthetic concern, nasal discharge, other)?</w:t>
      </w:r>
    </w:p>
    <w:p w14:paraId="10D6A7A6" w14:textId="64894171" w:rsidR="00890900" w:rsidRDefault="00000000" w:rsidP="00712617">
      <w:r>
        <w:t>________________________________________________________________________________</w:t>
      </w:r>
    </w:p>
    <w:p w14:paraId="01087209" w14:textId="77777777" w:rsidR="00712617" w:rsidRDefault="00712617" w:rsidP="00712617">
      <w:pPr>
        <w:pStyle w:val="a"/>
      </w:pPr>
      <w:r w:rsidRPr="00712617">
        <w:t xml:space="preserve">Were the treatment results sustained over time, or did any symptoms recur? </w:t>
      </w:r>
    </w:p>
    <w:p w14:paraId="591FCE2C" w14:textId="3C0B6EA7" w:rsidR="00712617" w:rsidRDefault="00712617" w:rsidP="00712617">
      <w:pPr>
        <w:pStyle w:val="a"/>
        <w:numPr>
          <w:ilvl w:val="0"/>
          <w:numId w:val="0"/>
        </w:numPr>
        <w:ind w:left="360"/>
      </w:pPr>
      <w:r w:rsidRPr="00712617">
        <w:t>If symptoms did recur, please specify them (e.g., discharge, breathing difficulties, aesthetic concerns).</w:t>
      </w:r>
    </w:p>
    <w:p w14:paraId="58C91BAA" w14:textId="138BFCA1" w:rsidR="00890900" w:rsidRDefault="00000000" w:rsidP="00712617">
      <w:r>
        <w:t>________________________________________________________________________________</w:t>
      </w:r>
    </w:p>
    <w:p w14:paraId="36371DA7" w14:textId="08C28BA4" w:rsidR="00890900" w:rsidRDefault="00000000">
      <w:pPr>
        <w:pStyle w:val="a"/>
      </w:pPr>
      <w:r>
        <w:t>Did you experience any pain during the laser treatment?</w:t>
      </w:r>
      <w:r w:rsidR="00712617">
        <w:t xml:space="preserve"> (Yes/No)</w:t>
      </w:r>
    </w:p>
    <w:p w14:paraId="7B7961C9" w14:textId="649E4E4C" w:rsidR="00890900" w:rsidRDefault="00000000">
      <w:r>
        <w:t>________________</w:t>
      </w:r>
    </w:p>
    <w:p w14:paraId="7AA95F37" w14:textId="282EAB47" w:rsidR="00890900" w:rsidRDefault="00000000">
      <w:pPr>
        <w:pStyle w:val="a"/>
      </w:pPr>
      <w:r>
        <w:t>If you experienced pain during the laser treatment, what was the intensity of the pain? (0 – No pain, 10 – Unbearable pain)</w:t>
      </w:r>
    </w:p>
    <w:p w14:paraId="4EB6C348" w14:textId="6F3FA817" w:rsidR="00890900" w:rsidRDefault="00000000">
      <w:r>
        <w:t>________________</w:t>
      </w:r>
    </w:p>
    <w:p w14:paraId="59742057" w14:textId="2DBECBF6" w:rsidR="00712617" w:rsidRDefault="00000000">
      <w:pPr>
        <w:pStyle w:val="a"/>
      </w:pPr>
      <w:r>
        <w:t xml:space="preserve">Did you experience any side effects following the treatment? </w:t>
      </w:r>
      <w:r w:rsidR="00712617">
        <w:t>(Yes/No)</w:t>
      </w:r>
    </w:p>
    <w:p w14:paraId="546E7633" w14:textId="381A0665" w:rsidR="00890900" w:rsidRDefault="00000000" w:rsidP="00712617">
      <w:pPr>
        <w:pStyle w:val="a"/>
        <w:numPr>
          <w:ilvl w:val="0"/>
          <w:numId w:val="0"/>
        </w:numPr>
        <w:ind w:left="360"/>
      </w:pPr>
      <w:r>
        <w:t>If yes, please list them.</w:t>
      </w:r>
    </w:p>
    <w:p w14:paraId="4D85CD9A" w14:textId="30505F59" w:rsidR="00890900" w:rsidRDefault="00000000" w:rsidP="00712617">
      <w:r>
        <w:t>________________________________________________________________________________</w:t>
      </w:r>
    </w:p>
    <w:p w14:paraId="212D7A45" w14:textId="3F7B9B1E" w:rsidR="00890900" w:rsidRDefault="00000000" w:rsidP="00712617">
      <w:pPr>
        <w:pStyle w:val="a"/>
      </w:pPr>
      <w:r>
        <w:t xml:space="preserve">Did you experience </w:t>
      </w:r>
      <w:r w:rsidR="00712617" w:rsidRPr="00712617">
        <w:t>purulent discharge from the nasal skin</w:t>
      </w:r>
      <w:r w:rsidR="00712617">
        <w:rPr>
          <w:rFonts w:hint="cs"/>
          <w:rtl/>
          <w:lang w:bidi="he-IL"/>
        </w:rPr>
        <w:t xml:space="preserve"> </w:t>
      </w:r>
      <w:r>
        <w:t>before the treatment?</w:t>
      </w:r>
      <w:r w:rsidR="00712617">
        <w:t xml:space="preserve"> </w:t>
      </w:r>
      <w:r w:rsidR="00712617">
        <w:t>(Yes/No)</w:t>
      </w:r>
    </w:p>
    <w:p w14:paraId="68B85D11" w14:textId="1666986D" w:rsidR="00890900" w:rsidRDefault="00000000">
      <w:r>
        <w:t>________________</w:t>
      </w:r>
    </w:p>
    <w:p w14:paraId="03D73144" w14:textId="4B401507" w:rsidR="00890900" w:rsidRDefault="00000000">
      <w:pPr>
        <w:pStyle w:val="a"/>
      </w:pPr>
      <w:r>
        <w:t xml:space="preserve">Did you experience </w:t>
      </w:r>
      <w:r w:rsidR="00712617" w:rsidRPr="00712617">
        <w:t>purulent discharge from the nasal skin</w:t>
      </w:r>
      <w:r w:rsidR="00712617">
        <w:rPr>
          <w:rFonts w:hint="cs"/>
          <w:rtl/>
          <w:lang w:bidi="he-IL"/>
        </w:rPr>
        <w:t xml:space="preserve"> </w:t>
      </w:r>
      <w:r>
        <w:t>within one month after the treatment?</w:t>
      </w:r>
      <w:r w:rsidR="00712617">
        <w:t xml:space="preserve"> </w:t>
      </w:r>
      <w:r w:rsidR="00712617">
        <w:t>(Yes/No)</w:t>
      </w:r>
    </w:p>
    <w:p w14:paraId="7189BA3E" w14:textId="78F23ED3" w:rsidR="00890900" w:rsidRDefault="00000000">
      <w:r>
        <w:t>________________</w:t>
      </w:r>
    </w:p>
    <w:p w14:paraId="4BBAD3BC" w14:textId="747386C8" w:rsidR="00890900" w:rsidRDefault="00000000">
      <w:pPr>
        <w:pStyle w:val="a"/>
      </w:pPr>
      <w:r>
        <w:t xml:space="preserve">Did you experience </w:t>
      </w:r>
      <w:r w:rsidR="00712617" w:rsidRPr="00712617">
        <w:t>purulent discharge from the nasal skin</w:t>
      </w:r>
      <w:r w:rsidR="00712617">
        <w:rPr>
          <w:rFonts w:hint="cs"/>
          <w:rtl/>
          <w:lang w:bidi="he-IL"/>
        </w:rPr>
        <w:t xml:space="preserve"> </w:t>
      </w:r>
      <w:r>
        <w:t>within three months after the treatment?</w:t>
      </w:r>
      <w:r w:rsidR="00712617">
        <w:t xml:space="preserve"> </w:t>
      </w:r>
      <w:r w:rsidR="00712617">
        <w:t>(Yes/No)</w:t>
      </w:r>
    </w:p>
    <w:p w14:paraId="5959ACD6" w14:textId="00610B75" w:rsidR="00890900" w:rsidRDefault="00000000">
      <w:r>
        <w:t>_________________</w:t>
      </w:r>
    </w:p>
    <w:p w14:paraId="604869E7" w14:textId="0F068D50" w:rsidR="00890900" w:rsidRDefault="00000000">
      <w:pPr>
        <w:pStyle w:val="a"/>
      </w:pPr>
      <w:r>
        <w:t xml:space="preserve">Did you experience </w:t>
      </w:r>
      <w:r w:rsidR="00712617" w:rsidRPr="00712617">
        <w:t>purulent discharge from the nasal skin</w:t>
      </w:r>
      <w:r w:rsidR="00712617">
        <w:rPr>
          <w:rFonts w:hint="cs"/>
          <w:rtl/>
          <w:lang w:bidi="he-IL"/>
        </w:rPr>
        <w:t xml:space="preserve"> </w:t>
      </w:r>
      <w:r>
        <w:t>within one year after the treatment?</w:t>
      </w:r>
      <w:r w:rsidR="00712617">
        <w:t xml:space="preserve"> </w:t>
      </w:r>
      <w:r w:rsidR="00712617">
        <w:t>(Yes/No)</w:t>
      </w:r>
    </w:p>
    <w:p w14:paraId="5513ACCA" w14:textId="26014313" w:rsidR="00890900" w:rsidRDefault="00000000">
      <w:r>
        <w:t>_________________</w:t>
      </w:r>
    </w:p>
    <w:p w14:paraId="2E5C5317" w14:textId="34EB8BFB" w:rsidR="00712617" w:rsidRDefault="00712617" w:rsidP="00712617">
      <w:pPr>
        <w:pStyle w:val="a"/>
      </w:pPr>
      <w:r>
        <w:lastRenderedPageBreak/>
        <w:t>H</w:t>
      </w:r>
      <w:r>
        <w:t>ow satisfied are you with the treatment you received? (0 – Very dissatisfied, 10 – Very satisfied)</w:t>
      </w:r>
    </w:p>
    <w:p w14:paraId="26EC6DBA" w14:textId="77777777" w:rsidR="00712617" w:rsidRDefault="00712617" w:rsidP="00712617">
      <w:r>
        <w:t>________________</w:t>
      </w:r>
    </w:p>
    <w:p w14:paraId="59E12BDB" w14:textId="77777777" w:rsidR="00712617" w:rsidRDefault="00712617" w:rsidP="00712617">
      <w:pPr>
        <w:pStyle w:val="a"/>
        <w:numPr>
          <w:ilvl w:val="0"/>
          <w:numId w:val="0"/>
        </w:numPr>
        <w:ind w:left="360" w:hanging="360"/>
      </w:pPr>
    </w:p>
    <w:p w14:paraId="6ED8B478" w14:textId="4EB4D39B" w:rsidR="00890900" w:rsidRDefault="00000000">
      <w:pPr>
        <w:pStyle w:val="a"/>
      </w:pPr>
      <w:r>
        <w:t>Would you recommend this treatment to patients with similar symptoms?</w:t>
      </w:r>
      <w:r w:rsidR="00712617">
        <w:t xml:space="preserve"> </w:t>
      </w:r>
      <w:r w:rsidR="00712617">
        <w:t>(Yes/No)</w:t>
      </w:r>
    </w:p>
    <w:p w14:paraId="0350E588" w14:textId="0A26CFC2" w:rsidR="00712617" w:rsidRDefault="00000000" w:rsidP="00712617">
      <w:r>
        <w:t>_______________</w:t>
      </w:r>
    </w:p>
    <w:p w14:paraId="0A905FCD" w14:textId="51823792" w:rsidR="00890900" w:rsidRDefault="00890900"/>
    <w:sectPr w:rsidR="00890900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A8DBB6" w14:textId="77777777" w:rsidR="00F955A4" w:rsidRDefault="00F955A4" w:rsidP="00375CD5">
      <w:pPr>
        <w:spacing w:after="0" w:line="240" w:lineRule="auto"/>
      </w:pPr>
      <w:r>
        <w:separator/>
      </w:r>
    </w:p>
  </w:endnote>
  <w:endnote w:type="continuationSeparator" w:id="0">
    <w:p w14:paraId="07348398" w14:textId="77777777" w:rsidR="00F955A4" w:rsidRDefault="00F955A4" w:rsidP="00375C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A06462" w14:textId="77777777" w:rsidR="00F955A4" w:rsidRDefault="00F955A4" w:rsidP="00375CD5">
      <w:pPr>
        <w:spacing w:after="0" w:line="240" w:lineRule="auto"/>
      </w:pPr>
      <w:r>
        <w:separator/>
      </w:r>
    </w:p>
  </w:footnote>
  <w:footnote w:type="continuationSeparator" w:id="0">
    <w:p w14:paraId="4F42322F" w14:textId="77777777" w:rsidR="00F955A4" w:rsidRDefault="00F955A4" w:rsidP="00375CD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7076F338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983994841">
    <w:abstractNumId w:val="8"/>
  </w:num>
  <w:num w:numId="2" w16cid:durableId="1294676468">
    <w:abstractNumId w:val="6"/>
  </w:num>
  <w:num w:numId="3" w16cid:durableId="1770274518">
    <w:abstractNumId w:val="5"/>
  </w:num>
  <w:num w:numId="4" w16cid:durableId="117064320">
    <w:abstractNumId w:val="4"/>
  </w:num>
  <w:num w:numId="5" w16cid:durableId="1148013610">
    <w:abstractNumId w:val="7"/>
  </w:num>
  <w:num w:numId="6" w16cid:durableId="183128534">
    <w:abstractNumId w:val="3"/>
  </w:num>
  <w:num w:numId="7" w16cid:durableId="290744969">
    <w:abstractNumId w:val="2"/>
  </w:num>
  <w:num w:numId="8" w16cid:durableId="1101488139">
    <w:abstractNumId w:val="1"/>
  </w:num>
  <w:num w:numId="9" w16cid:durableId="1879776938">
    <w:abstractNumId w:val="0"/>
  </w:num>
  <w:num w:numId="10" w16cid:durableId="78704185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removePersonalInformation/>
  <w:removeDateAndTim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375CD5"/>
    <w:rsid w:val="00486C8B"/>
    <w:rsid w:val="00712617"/>
    <w:rsid w:val="00764FDB"/>
    <w:rsid w:val="007D0AE3"/>
    <w:rsid w:val="00890900"/>
    <w:rsid w:val="00AA1D8D"/>
    <w:rsid w:val="00B47730"/>
    <w:rsid w:val="00CB0664"/>
    <w:rsid w:val="00F955A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F246614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כותרת עליונה תו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כותרת תחתונה תו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כותרת 1 תו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כותרת 2 תו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כותרת 3 תו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כותרת טקסט תו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כותרת משנה תו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גוף טקסט תו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גוף טקסט 2 תו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גוף טקסט 3 תו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טקסט מאקרו תו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ציטוט תו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כותרת 4 תו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כותרת 5 תו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כותרת 6 תו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כותרת 7 תו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כותרת 8 תו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כותרת 9 תו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afa">
    <w:name w:val="Intense Quote"/>
    <w:basedOn w:val="a1"/>
    <w:next w:val="a1"/>
    <w:link w:val="afb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b">
    <w:name w:val="ציטוט חזק תו"/>
    <w:basedOn w:val="a2"/>
    <w:link w:val="afa"/>
    <w:uiPriority w:val="30"/>
    <w:rsid w:val="00FC693F"/>
    <w:rPr>
      <w:b/>
      <w:bCs/>
      <w:i/>
      <w:iCs/>
      <w:color w:val="4F81BD" w:themeColor="accent1"/>
    </w:rPr>
  </w:style>
  <w:style w:type="character" w:styleId="afc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d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e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f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f0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1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2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3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4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5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7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-42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8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2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9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0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6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3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3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7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4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4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8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5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5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9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6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6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052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7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D4958AAC-C0AC-4761-B988-BEFE29855E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261</Words>
  <Characters>1310</Characters>
  <Application>Microsoft Office Word</Application>
  <DocSecurity>0</DocSecurity>
  <Lines>10</Lines>
  <Paragraphs>3</Paragraphs>
  <ScaleCrop>false</ScaleCrop>
  <Manager/>
  <Company/>
  <LinksUpToDate>false</LinksUpToDate>
  <CharactersWithSpaces>1568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2025-05-01T18:31:00Z</dcterms:created>
  <dcterms:modified xsi:type="dcterms:W3CDTF">2025-05-01T18:31:00Z</dcterms:modified>
  <cp:category/>
</cp:coreProperties>
</file>