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8D9ED" w14:textId="16D9FC98" w:rsidR="00AB1F68" w:rsidRPr="004B3709" w:rsidRDefault="004B3709">
      <w:pPr>
        <w:pStyle w:val="Heading1"/>
        <w:rPr>
          <w:color w:val="000000" w:themeColor="text1"/>
        </w:rPr>
      </w:pPr>
      <w:r w:rsidRPr="004B3709">
        <w:rPr>
          <w:color w:val="000000" w:themeColor="text1"/>
        </w:rPr>
        <w:t xml:space="preserve">Cocoa Farm Characterization </w:t>
      </w:r>
      <w:r w:rsidR="009A7635" w:rsidRPr="004B3709">
        <w:rPr>
          <w:color w:val="000000" w:themeColor="text1"/>
        </w:rPr>
        <w:t>Questionary</w:t>
      </w:r>
      <w:r w:rsidRPr="004B3709">
        <w:rPr>
          <w:color w:val="000000" w:themeColor="text1"/>
        </w:rPr>
        <w:t xml:space="preserve"> </w:t>
      </w:r>
    </w:p>
    <w:p w14:paraId="4AAAC1FD" w14:textId="77777777" w:rsidR="00425009" w:rsidRPr="00425009" w:rsidRDefault="00425009" w:rsidP="00425009"/>
    <w:p w14:paraId="77CD1BA2" w14:textId="3C617011" w:rsidR="00AB1F68" w:rsidRDefault="004B3709" w:rsidP="00D73DD5">
      <w:pPr>
        <w:pStyle w:val="ListParagraph"/>
        <w:numPr>
          <w:ilvl w:val="0"/>
          <w:numId w:val="11"/>
        </w:numPr>
      </w:pPr>
      <w:r>
        <w:t>Department</w:t>
      </w:r>
    </w:p>
    <w:p w14:paraId="12A9FB15" w14:textId="75CF8037" w:rsidR="00AB1F68" w:rsidRDefault="004B3709" w:rsidP="00D73DD5">
      <w:pPr>
        <w:pStyle w:val="ListParagraph"/>
        <w:numPr>
          <w:ilvl w:val="0"/>
          <w:numId w:val="11"/>
        </w:numPr>
      </w:pPr>
      <w:r>
        <w:t>Municipality</w:t>
      </w:r>
    </w:p>
    <w:p w14:paraId="1E121764" w14:textId="0FABB903" w:rsidR="00AB1F68" w:rsidRDefault="004B3709" w:rsidP="00D73DD5">
      <w:pPr>
        <w:pStyle w:val="ListParagraph"/>
        <w:numPr>
          <w:ilvl w:val="0"/>
          <w:numId w:val="11"/>
        </w:numPr>
      </w:pPr>
      <w:r>
        <w:t>Village (Vereda)</w:t>
      </w:r>
    </w:p>
    <w:p w14:paraId="37182B19" w14:textId="212259A8" w:rsidR="00AB1F68" w:rsidRDefault="004B3709" w:rsidP="00D73DD5">
      <w:pPr>
        <w:pStyle w:val="ListParagraph"/>
        <w:numPr>
          <w:ilvl w:val="0"/>
          <w:numId w:val="11"/>
        </w:numPr>
      </w:pPr>
      <w:r>
        <w:t>Name of the farm</w:t>
      </w:r>
    </w:p>
    <w:p w14:paraId="353A3AC5" w14:textId="4BBE4BE5" w:rsidR="00AB1F68" w:rsidRDefault="004B3709" w:rsidP="00D73DD5">
      <w:pPr>
        <w:pStyle w:val="ListParagraph"/>
        <w:numPr>
          <w:ilvl w:val="0"/>
          <w:numId w:val="11"/>
        </w:numPr>
      </w:pPr>
      <w:r>
        <w:t>Farm area</w:t>
      </w:r>
    </w:p>
    <w:p w14:paraId="00D89AEB" w14:textId="0031AEC4" w:rsidR="00AB1F68" w:rsidRDefault="004B3709" w:rsidP="00D73DD5">
      <w:pPr>
        <w:pStyle w:val="ListParagraph"/>
        <w:numPr>
          <w:ilvl w:val="0"/>
          <w:numId w:val="11"/>
        </w:numPr>
      </w:pPr>
      <w:bookmarkStart w:id="0" w:name="_GoBack"/>
      <w:r>
        <w:t>Number of household members</w:t>
      </w:r>
      <w:r w:rsidR="00D73DD5">
        <w:t xml:space="preserve"> (</w:t>
      </w:r>
      <w:r>
        <w:t xml:space="preserve">Women </w:t>
      </w:r>
      <w:r w:rsidR="009A7635">
        <w:t>(#)</w:t>
      </w:r>
      <w:r w:rsidR="00D73DD5">
        <w:t>/</w:t>
      </w:r>
      <w:r>
        <w:t>- Men</w:t>
      </w:r>
      <w:r w:rsidR="009A7635">
        <w:t xml:space="preserve"> (#)</w:t>
      </w:r>
      <w:r w:rsidR="00D73DD5">
        <w:t>)</w:t>
      </w:r>
    </w:p>
    <w:bookmarkEnd w:id="0"/>
    <w:p w14:paraId="10BBE265" w14:textId="5E526E8F" w:rsidR="00AB1F68" w:rsidRDefault="004B3709" w:rsidP="00D73DD5">
      <w:pPr>
        <w:pStyle w:val="ListParagraph"/>
        <w:numPr>
          <w:ilvl w:val="0"/>
          <w:numId w:val="11"/>
        </w:numPr>
      </w:pPr>
      <w:r>
        <w:t>Estimate the average monthly household expenses during the last year (2021–2022)</w:t>
      </w:r>
    </w:p>
    <w:p w14:paraId="12E8F8F0" w14:textId="56545A3D" w:rsidR="00AB1F68" w:rsidRDefault="004B3709" w:rsidP="00D73DD5">
      <w:pPr>
        <w:pStyle w:val="ListParagraph"/>
        <w:numPr>
          <w:ilvl w:val="0"/>
          <w:numId w:val="11"/>
        </w:numPr>
      </w:pPr>
      <w:r>
        <w:t xml:space="preserve">Estimate the </w:t>
      </w:r>
      <w:r>
        <w:t>average monthly household income during the last year (2021–2022)</w:t>
      </w:r>
    </w:p>
    <w:p w14:paraId="0EA2CFAB" w14:textId="50CF0403" w:rsidR="00AB1F68" w:rsidRDefault="004B3709" w:rsidP="00D73DD5">
      <w:pPr>
        <w:pStyle w:val="ListParagraph"/>
        <w:numPr>
          <w:ilvl w:val="0"/>
          <w:numId w:val="11"/>
        </w:numPr>
      </w:pPr>
      <w:r>
        <w:t>Type of health coverage?</w:t>
      </w:r>
    </w:p>
    <w:p w14:paraId="40314EC4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 xml:space="preserve">Do you contribute to a </w:t>
      </w:r>
      <w:r w:rsidR="009A7635" w:rsidRPr="009A7635">
        <w:t>retirement pension fund</w:t>
      </w:r>
      <w:r>
        <w:t>?</w:t>
      </w:r>
    </w:p>
    <w:p w14:paraId="2F0AE4FB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Main economic activity</w:t>
      </w:r>
    </w:p>
    <w:p w14:paraId="03CD532A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Diversity of agricultural, livestock, artisanal, and ecotourism products and services</w:t>
      </w:r>
    </w:p>
    <w:p w14:paraId="613E703F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Self-con</w:t>
      </w:r>
      <w:r>
        <w:t>sumption (Which foods do you produce and consume on your farm?)</w:t>
      </w:r>
    </w:p>
    <w:p w14:paraId="5A360EE5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Cocoa cultivation (species and/or variety)</w:t>
      </w:r>
    </w:p>
    <w:p w14:paraId="6A246517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 xml:space="preserve"> Cocoa production system</w:t>
      </w:r>
      <w:r w:rsidR="009A7635">
        <w:t xml:space="preserve"> (</w:t>
      </w:r>
      <w:r w:rsidR="005D2904">
        <w:t>Monoculture/Associated with short-cycle crops/Associated with permanent crops/Agroforestry)</w:t>
      </w:r>
    </w:p>
    <w:p w14:paraId="4D4F78F3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Year of establishment of the co</w:t>
      </w:r>
      <w:r>
        <w:t>coa crop</w:t>
      </w:r>
    </w:p>
    <w:p w14:paraId="29136570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Area planted with cocoa (ha)</w:t>
      </w:r>
    </w:p>
    <w:p w14:paraId="6C1FBD00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Average age of cocoa trees (years)</w:t>
      </w:r>
    </w:p>
    <w:p w14:paraId="3CBFDB52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Number of cocoa trees per hectare</w:t>
      </w:r>
    </w:p>
    <w:p w14:paraId="46DC4021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Cocoa varieties established</w:t>
      </w:r>
    </w:p>
    <w:p w14:paraId="5DFEC343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Planting density used</w:t>
      </w:r>
    </w:p>
    <w:p w14:paraId="45BE4BFA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Planting system used</w:t>
      </w:r>
    </w:p>
    <w:p w14:paraId="0C8423D4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Do you perform pruning (training, maintenance, and/or sanitary)?</w:t>
      </w:r>
    </w:p>
    <w:p w14:paraId="2AA411E9" w14:textId="45520CEB" w:rsidR="00D73DD5" w:rsidRDefault="004B3709" w:rsidP="00D73DD5">
      <w:pPr>
        <w:pStyle w:val="ListParagraph"/>
        <w:numPr>
          <w:ilvl w:val="0"/>
          <w:numId w:val="11"/>
        </w:numPr>
      </w:pPr>
      <w:r>
        <w:t xml:space="preserve"> Do you manag</w:t>
      </w:r>
      <w:r>
        <w:t xml:space="preserve">e </w:t>
      </w:r>
      <w:r w:rsidR="00D73DD5">
        <w:t>to shade</w:t>
      </w:r>
      <w:r>
        <w:t>?</w:t>
      </w:r>
    </w:p>
    <w:p w14:paraId="6D279A9E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Do you apply fertilization?</w:t>
      </w:r>
    </w:p>
    <w:p w14:paraId="00369345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Do you control weeds?</w:t>
      </w:r>
    </w:p>
    <w:p w14:paraId="1C7B9232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Do you carry out pest and disease management?</w:t>
      </w:r>
    </w:p>
    <w:p w14:paraId="57045FA1" w14:textId="5905FB7F" w:rsidR="00D73DD5" w:rsidRDefault="004B3709" w:rsidP="00D73DD5">
      <w:pPr>
        <w:pStyle w:val="ListParagraph"/>
        <w:numPr>
          <w:ilvl w:val="0"/>
          <w:numId w:val="11"/>
        </w:numPr>
      </w:pPr>
      <w:r>
        <w:t>Main pests</w:t>
      </w:r>
      <w:r w:rsidR="00D73DD5">
        <w:t xml:space="preserve"> and diseases</w:t>
      </w:r>
      <w:r>
        <w:t xml:space="preserve"> </w:t>
      </w:r>
      <w:r w:rsidR="00D73DD5">
        <w:t>are present</w:t>
      </w:r>
      <w:r>
        <w:t xml:space="preserve"> in the crop</w:t>
      </w:r>
    </w:p>
    <w:p w14:paraId="67F8DC99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Do you harvest cocoa?</w:t>
      </w:r>
    </w:p>
    <w:p w14:paraId="5B2FD4C8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Harvest frequency</w:t>
      </w:r>
    </w:p>
    <w:p w14:paraId="52D0D09B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Cocoa processing method</w:t>
      </w:r>
    </w:p>
    <w:p w14:paraId="640B3890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Type of fermenter used</w:t>
      </w:r>
    </w:p>
    <w:p w14:paraId="58872830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 xml:space="preserve">Fermentation </w:t>
      </w:r>
      <w:r>
        <w:t>time (days)</w:t>
      </w:r>
    </w:p>
    <w:p w14:paraId="225E8951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Type of drying used</w:t>
      </w:r>
    </w:p>
    <w:p w14:paraId="713F64A7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Drying time (days)</w:t>
      </w:r>
    </w:p>
    <w:p w14:paraId="39AC364A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Annual cocoa production (kg/ha)</w:t>
      </w:r>
    </w:p>
    <w:p w14:paraId="06F442EF" w14:textId="58B68EA9" w:rsidR="00D73DD5" w:rsidRDefault="004B3709" w:rsidP="00D73DD5">
      <w:pPr>
        <w:pStyle w:val="ListParagraph"/>
        <w:numPr>
          <w:ilvl w:val="0"/>
          <w:numId w:val="11"/>
        </w:numPr>
      </w:pPr>
      <w:r>
        <w:t>Cocoa commercialization</w:t>
      </w:r>
      <w:r w:rsidR="00D73DD5">
        <w:t xml:space="preserve"> – Type of market</w:t>
      </w:r>
    </w:p>
    <w:p w14:paraId="03DF02F2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lastRenderedPageBreak/>
        <w:t>Average selling price ($/kg)</w:t>
      </w:r>
    </w:p>
    <w:p w14:paraId="32747B0B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 xml:space="preserve"> Access to technical assistance?</w:t>
      </w:r>
    </w:p>
    <w:p w14:paraId="3ECE95F7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Type of technical assistance received</w:t>
      </w:r>
    </w:p>
    <w:p w14:paraId="5C167D89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 xml:space="preserve">Do you belong to a producer </w:t>
      </w:r>
      <w:r>
        <w:t>association?</w:t>
      </w:r>
    </w:p>
    <w:p w14:paraId="0C830C14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Do you receive training in crop management?</w:t>
      </w:r>
    </w:p>
    <w:p w14:paraId="408F629C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Access to credit for cocoa production?</w:t>
      </w:r>
    </w:p>
    <w:p w14:paraId="65E52A0A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 xml:space="preserve"> Access to government support programs?</w:t>
      </w:r>
    </w:p>
    <w:p w14:paraId="58A397E3" w14:textId="77777777" w:rsidR="00D73DD5" w:rsidRDefault="004B3709" w:rsidP="00D73DD5">
      <w:pPr>
        <w:pStyle w:val="ListParagraph"/>
        <w:numPr>
          <w:ilvl w:val="0"/>
          <w:numId w:val="11"/>
        </w:numPr>
      </w:pPr>
      <w:r>
        <w:t>Do you participate in certification programs?</w:t>
      </w:r>
      <w:r w:rsidR="00D73DD5">
        <w:t xml:space="preserve"> </w:t>
      </w:r>
      <w:r>
        <w:t>Type of certification</w:t>
      </w:r>
    </w:p>
    <w:p w14:paraId="32F58CF3" w14:textId="77777777" w:rsidR="00D51779" w:rsidRDefault="004B3709" w:rsidP="00D51779">
      <w:pPr>
        <w:pStyle w:val="ListParagraph"/>
        <w:numPr>
          <w:ilvl w:val="0"/>
          <w:numId w:val="11"/>
        </w:numPr>
      </w:pPr>
      <w:r>
        <w:t xml:space="preserve"> Do you carry out environmental conservation activit</w:t>
      </w:r>
      <w:r>
        <w:t>ies on your farm?</w:t>
      </w:r>
    </w:p>
    <w:p w14:paraId="5CFF2889" w14:textId="77777777" w:rsidR="00D51779" w:rsidRDefault="004B3709" w:rsidP="00D51779">
      <w:pPr>
        <w:pStyle w:val="ListParagraph"/>
        <w:numPr>
          <w:ilvl w:val="0"/>
          <w:numId w:val="11"/>
        </w:numPr>
      </w:pPr>
      <w:r>
        <w:t>Do you have water sources on your farm?</w:t>
      </w:r>
    </w:p>
    <w:p w14:paraId="75DF0AF6" w14:textId="77777777" w:rsidR="00D51779" w:rsidRDefault="004B3709" w:rsidP="00D51779">
      <w:pPr>
        <w:pStyle w:val="ListParagraph"/>
        <w:numPr>
          <w:ilvl w:val="0"/>
          <w:numId w:val="11"/>
        </w:numPr>
      </w:pPr>
      <w:r>
        <w:t>Do you have land ownership titles for the farm?</w:t>
      </w:r>
    </w:p>
    <w:p w14:paraId="6FF4A8F2" w14:textId="77777777" w:rsidR="00D51779" w:rsidRDefault="004B3709" w:rsidP="00D51779">
      <w:pPr>
        <w:pStyle w:val="ListParagraph"/>
        <w:numPr>
          <w:ilvl w:val="0"/>
          <w:numId w:val="11"/>
        </w:numPr>
      </w:pPr>
      <w:r>
        <w:t>Total farm area (ha)</w:t>
      </w:r>
    </w:p>
    <w:p w14:paraId="019763FC" w14:textId="77777777" w:rsidR="00D51779" w:rsidRDefault="00D51779" w:rsidP="00D51779">
      <w:pPr>
        <w:pStyle w:val="ListParagraph"/>
        <w:numPr>
          <w:ilvl w:val="0"/>
          <w:numId w:val="11"/>
        </w:numPr>
      </w:pPr>
      <w:r>
        <w:t>Cacao area (ha)</w:t>
      </w:r>
    </w:p>
    <w:p w14:paraId="35C7A1F4" w14:textId="77777777" w:rsidR="00D51779" w:rsidRDefault="00D51779" w:rsidP="00D51779">
      <w:pPr>
        <w:pStyle w:val="ListParagraph"/>
        <w:numPr>
          <w:ilvl w:val="0"/>
          <w:numId w:val="11"/>
        </w:numPr>
      </w:pPr>
      <w:r>
        <w:t>Other crops (ha)</w:t>
      </w:r>
    </w:p>
    <w:p w14:paraId="6D1A124E" w14:textId="77777777" w:rsidR="00D51779" w:rsidRDefault="00D51779" w:rsidP="00D51779">
      <w:pPr>
        <w:pStyle w:val="ListParagraph"/>
        <w:numPr>
          <w:ilvl w:val="0"/>
          <w:numId w:val="11"/>
        </w:numPr>
      </w:pPr>
      <w:r>
        <w:t>Livestock (ha)</w:t>
      </w:r>
    </w:p>
    <w:p w14:paraId="2A82D848" w14:textId="77777777" w:rsidR="00D51779" w:rsidRDefault="00D51779" w:rsidP="00D51779">
      <w:pPr>
        <w:pStyle w:val="ListParagraph"/>
        <w:numPr>
          <w:ilvl w:val="0"/>
          <w:numId w:val="11"/>
        </w:numPr>
      </w:pPr>
      <w:r>
        <w:t>Conservation area (ha)</w:t>
      </w:r>
    </w:p>
    <w:p w14:paraId="247EEF4E" w14:textId="77777777" w:rsidR="003D68AE" w:rsidRDefault="004B3709" w:rsidP="003D68AE">
      <w:pPr>
        <w:pStyle w:val="ListParagraph"/>
        <w:numPr>
          <w:ilvl w:val="0"/>
          <w:numId w:val="11"/>
        </w:numPr>
      </w:pPr>
      <w:r>
        <w:t>Area with infrastructure (ha)</w:t>
      </w:r>
    </w:p>
    <w:p w14:paraId="22DF00B1" w14:textId="088D5DAF" w:rsidR="003D68AE" w:rsidRDefault="003D68AE" w:rsidP="00ED7FD8">
      <w:pPr>
        <w:pStyle w:val="ListParagraph"/>
        <w:numPr>
          <w:ilvl w:val="0"/>
          <w:numId w:val="11"/>
        </w:numPr>
      </w:pPr>
      <w:r>
        <w:t xml:space="preserve"> On cocoa cultivation, quality of life, environmental awareness, and capacity for action </w:t>
      </w:r>
      <w:r w:rsidR="00ED7FD8">
        <w:t>1)Strongly disagree 2)Disagree 3)Neither agree nor disagree 4)Agree 5)Strongly agree</w:t>
      </w:r>
    </w:p>
    <w:p w14:paraId="4FCC0F65" w14:textId="1BA282C3" w:rsidR="003D68AE" w:rsidRDefault="003D68AE" w:rsidP="00ED7FD8">
      <w:pPr>
        <w:pStyle w:val="ListParagraph"/>
        <w:numPr>
          <w:ilvl w:val="0"/>
          <w:numId w:val="12"/>
        </w:numPr>
      </w:pPr>
      <w:r>
        <w:t>The frequency with which I have received/receive technical assistance on my farm is what I need to improve my cocoa cultivation.</w:t>
      </w:r>
    </w:p>
    <w:p w14:paraId="0FCF30D4" w14:textId="77777777" w:rsidR="00ED7FD8" w:rsidRDefault="003D68AE" w:rsidP="00ED7FD8">
      <w:pPr>
        <w:pStyle w:val="ListParagraph"/>
        <w:numPr>
          <w:ilvl w:val="0"/>
          <w:numId w:val="12"/>
        </w:numPr>
      </w:pPr>
      <w:r>
        <w:t>I consider that the technical assistance I have received/receive on my farm is useful for improving my cocoa cultivation.</w:t>
      </w:r>
    </w:p>
    <w:p w14:paraId="25818DB0" w14:textId="77777777" w:rsidR="00ED7FD8" w:rsidRDefault="003D68AE" w:rsidP="00ED7FD8">
      <w:pPr>
        <w:pStyle w:val="ListParagraph"/>
        <w:numPr>
          <w:ilvl w:val="0"/>
          <w:numId w:val="12"/>
        </w:numPr>
      </w:pPr>
      <w:r>
        <w:t>I feel satisfied with the benefits obtained from cocoa production.</w:t>
      </w:r>
    </w:p>
    <w:p w14:paraId="1E4EFABB" w14:textId="77777777" w:rsidR="00ED7FD8" w:rsidRDefault="003D68AE" w:rsidP="00ED7FD8">
      <w:pPr>
        <w:pStyle w:val="ListParagraph"/>
        <w:numPr>
          <w:ilvl w:val="0"/>
          <w:numId w:val="12"/>
        </w:numPr>
      </w:pPr>
      <w:r>
        <w:t xml:space="preserve"> I apply conservation management systems (such as preserving trees and using practices that do not harm the environment).</w:t>
      </w:r>
    </w:p>
    <w:p w14:paraId="03C9F10E" w14:textId="77777777" w:rsidR="00ED7FD8" w:rsidRDefault="003D68AE" w:rsidP="00ED7FD8">
      <w:pPr>
        <w:pStyle w:val="ListParagraph"/>
        <w:numPr>
          <w:ilvl w:val="0"/>
          <w:numId w:val="12"/>
        </w:numPr>
      </w:pPr>
      <w:r>
        <w:t>I consider that there is continuous improvement in meeting the needs of the community.</w:t>
      </w:r>
    </w:p>
    <w:p w14:paraId="00C6B256" w14:textId="77777777" w:rsidR="00ED7FD8" w:rsidRDefault="003D68AE" w:rsidP="00ED7FD8">
      <w:pPr>
        <w:pStyle w:val="ListParagraph"/>
        <w:numPr>
          <w:ilvl w:val="0"/>
          <w:numId w:val="12"/>
        </w:numPr>
      </w:pPr>
      <w:r>
        <w:t xml:space="preserve"> I believe that cocoa cultivation offers a future perspective, and I see myself as a cocoa farmer in the future.</w:t>
      </w:r>
    </w:p>
    <w:p w14:paraId="6002D5B9" w14:textId="77777777" w:rsidR="00ED7FD8" w:rsidRDefault="003D68AE" w:rsidP="00ED7FD8">
      <w:pPr>
        <w:pStyle w:val="ListParagraph"/>
        <w:numPr>
          <w:ilvl w:val="0"/>
          <w:numId w:val="12"/>
        </w:numPr>
      </w:pPr>
      <w:r>
        <w:t>I consider that cocoa can be a life opportunity for my children.</w:t>
      </w:r>
    </w:p>
    <w:p w14:paraId="65F8B692" w14:textId="77777777" w:rsidR="00ED7FD8" w:rsidRDefault="003D68AE" w:rsidP="00ED7FD8">
      <w:pPr>
        <w:pStyle w:val="ListParagraph"/>
        <w:numPr>
          <w:ilvl w:val="0"/>
          <w:numId w:val="12"/>
        </w:numPr>
      </w:pPr>
      <w:r>
        <w:t>I have improved my living conditions thanks to cocoa.</w:t>
      </w:r>
    </w:p>
    <w:p w14:paraId="5283F8FC" w14:textId="77777777" w:rsidR="00ED7FD8" w:rsidRDefault="003D68AE" w:rsidP="00ED7FD8">
      <w:pPr>
        <w:pStyle w:val="ListParagraph"/>
        <w:numPr>
          <w:ilvl w:val="0"/>
          <w:numId w:val="12"/>
        </w:numPr>
      </w:pPr>
      <w:r>
        <w:t xml:space="preserve"> Cocoa cultivation represents an alternative for improving the well-being of myself and my family.</w:t>
      </w:r>
    </w:p>
    <w:p w14:paraId="68587C18" w14:textId="6C1DE917" w:rsidR="003D68AE" w:rsidRDefault="003D68AE" w:rsidP="00ED7FD8">
      <w:pPr>
        <w:pStyle w:val="ListParagraph"/>
        <w:numPr>
          <w:ilvl w:val="0"/>
          <w:numId w:val="12"/>
        </w:numPr>
      </w:pPr>
      <w:r>
        <w:t xml:space="preserve"> I have had access to projects that support and promote environmental conservation.</w:t>
      </w:r>
    </w:p>
    <w:p w14:paraId="3BEAF8CF" w14:textId="086FD098" w:rsidR="00AB1F68" w:rsidRDefault="00AB1F68" w:rsidP="00D51779">
      <w:pPr>
        <w:ind w:left="360"/>
      </w:pPr>
    </w:p>
    <w:sectPr w:rsidR="00AB1F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DF62D3"/>
    <w:multiLevelType w:val="hybridMultilevel"/>
    <w:tmpl w:val="1766E37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16257C"/>
    <w:multiLevelType w:val="hybridMultilevel"/>
    <w:tmpl w:val="501A55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74921"/>
    <w:multiLevelType w:val="hybridMultilevel"/>
    <w:tmpl w:val="7C74E9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00B3"/>
    <w:rsid w:val="0015074B"/>
    <w:rsid w:val="0029639D"/>
    <w:rsid w:val="00326F90"/>
    <w:rsid w:val="003D68AE"/>
    <w:rsid w:val="00425009"/>
    <w:rsid w:val="004B3709"/>
    <w:rsid w:val="005D2904"/>
    <w:rsid w:val="009A7635"/>
    <w:rsid w:val="00A9086B"/>
    <w:rsid w:val="00AA1D8D"/>
    <w:rsid w:val="00AB1F68"/>
    <w:rsid w:val="00AC667C"/>
    <w:rsid w:val="00AE3077"/>
    <w:rsid w:val="00B47730"/>
    <w:rsid w:val="00CB0664"/>
    <w:rsid w:val="00D51779"/>
    <w:rsid w:val="00D73DD5"/>
    <w:rsid w:val="00ED7F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1C9156"/>
  <w14:defaultImageDpi w14:val="300"/>
  <w15:docId w15:val="{FCE50099-3227-4E3E-867C-082D07FED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F9CC2C-C286-4B6C-98CC-AA49042B8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Ramya Ezhumalai</cp:lastModifiedBy>
  <cp:revision>3</cp:revision>
  <dcterms:created xsi:type="dcterms:W3CDTF">2025-08-20T00:00:00Z</dcterms:created>
  <dcterms:modified xsi:type="dcterms:W3CDTF">2026-04-05T02:39:00Z</dcterms:modified>
  <cp:category/>
</cp:coreProperties>
</file>