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73FD" w14:textId="5FDE58EB" w:rsidR="0083034E" w:rsidRPr="0083034E" w:rsidRDefault="0083034E" w:rsidP="00417B7F">
      <w:pPr>
        <w:spacing w:line="480" w:lineRule="auto"/>
        <w:jc w:val="center"/>
        <w:rPr>
          <w:b/>
        </w:rPr>
      </w:pPr>
      <w:r w:rsidRPr="0083034E">
        <w:rPr>
          <w:b/>
        </w:rPr>
        <w:t xml:space="preserve">PART </w:t>
      </w:r>
      <w:r>
        <w:rPr>
          <w:b/>
        </w:rPr>
        <w:t>1</w:t>
      </w:r>
    </w:p>
    <w:p w14:paraId="5D89CFC4" w14:textId="77777777" w:rsidR="0083034E" w:rsidRDefault="0083034E" w:rsidP="00417B7F">
      <w:pPr>
        <w:spacing w:line="480" w:lineRule="auto"/>
        <w:jc w:val="center"/>
        <w:rPr>
          <w:b/>
          <w:bCs/>
        </w:rPr>
      </w:pPr>
    </w:p>
    <w:p w14:paraId="1C03399E" w14:textId="066B4D86" w:rsidR="0083034E" w:rsidRPr="0083034E" w:rsidRDefault="0083034E" w:rsidP="00417B7F">
      <w:pPr>
        <w:spacing w:line="480" w:lineRule="auto"/>
      </w:pPr>
      <w:r w:rsidRPr="0083034E">
        <w:rPr>
          <w:b/>
          <w:bCs/>
        </w:rPr>
        <w:t>Smoking Questionnaire for People Living with HIV</w:t>
      </w:r>
    </w:p>
    <w:p w14:paraId="42C6217D" w14:textId="77777777" w:rsidR="0083034E" w:rsidRPr="0083034E" w:rsidRDefault="0083034E" w:rsidP="00417B7F">
      <w:pPr>
        <w:spacing w:line="480" w:lineRule="auto"/>
      </w:pPr>
      <w:r w:rsidRPr="0083034E">
        <w:rPr>
          <w:b/>
          <w:bCs/>
        </w:rPr>
        <w:t>Dear Participant,</w:t>
      </w:r>
    </w:p>
    <w:p w14:paraId="45FF9000" w14:textId="77777777" w:rsidR="0083034E" w:rsidRPr="0083034E" w:rsidRDefault="0083034E" w:rsidP="00417B7F">
      <w:pPr>
        <w:spacing w:line="480" w:lineRule="auto"/>
      </w:pPr>
      <w:r w:rsidRPr="0083034E">
        <w:t>We inform you that we are conducting a survey on smoking habits among people living with HIV.</w:t>
      </w:r>
    </w:p>
    <w:p w14:paraId="784436CC" w14:textId="77777777" w:rsidR="0083034E" w:rsidRPr="0083034E" w:rsidRDefault="0083034E" w:rsidP="00417B7F">
      <w:pPr>
        <w:spacing w:line="480" w:lineRule="auto"/>
      </w:pPr>
      <w:r w:rsidRPr="0083034E">
        <w:t>For this reason, we invite you to participate in the survey.</w:t>
      </w:r>
    </w:p>
    <w:p w14:paraId="6BF73867" w14:textId="77777777" w:rsidR="0083034E" w:rsidRPr="0083034E" w:rsidRDefault="0083034E" w:rsidP="00417B7F">
      <w:pPr>
        <w:spacing w:line="480" w:lineRule="auto"/>
      </w:pPr>
      <w:r w:rsidRPr="0083034E">
        <w:t>The main objective of the survey is to describe changes in smoking habits among people living with HIV, particularly evaluating the use of alternatives to traditional cigarettes such as electronic cigarettes and devices like IQOS.</w:t>
      </w:r>
    </w:p>
    <w:p w14:paraId="063BB0D9" w14:textId="77777777" w:rsidR="0083034E" w:rsidRPr="0083034E" w:rsidRDefault="0083034E" w:rsidP="00417B7F">
      <w:pPr>
        <w:spacing w:line="480" w:lineRule="auto"/>
      </w:pPr>
      <w:r w:rsidRPr="0083034E">
        <w:t>The procedure involves completing an online questionnaire, which will take approximately 5 minutes.</w:t>
      </w:r>
    </w:p>
    <w:p w14:paraId="2222C3C4" w14:textId="01879314" w:rsidR="0083034E" w:rsidRDefault="0083034E" w:rsidP="00417B7F">
      <w:pPr>
        <w:spacing w:line="480" w:lineRule="auto"/>
      </w:pPr>
      <w:r w:rsidRPr="0083034E">
        <w:t>Participation is entirely free and voluntary, and there are no risks involved for participants. Choosing not to participate, or withdrawing after initially agreeing, will have no negative consequences for you.</w:t>
      </w:r>
    </w:p>
    <w:p w14:paraId="38D0F975" w14:textId="77777777" w:rsidR="0083034E" w:rsidRPr="0083034E" w:rsidRDefault="0083034E" w:rsidP="00417B7F">
      <w:pPr>
        <w:spacing w:line="480" w:lineRule="auto"/>
        <w:rPr>
          <w:b/>
          <w:bCs/>
        </w:rPr>
      </w:pPr>
      <w:r w:rsidRPr="0083034E">
        <w:rPr>
          <w:b/>
          <w:bCs/>
        </w:rPr>
        <w:t>Processing of Personal Data</w:t>
      </w:r>
    </w:p>
    <w:p w14:paraId="43FEC908" w14:textId="77777777" w:rsidR="0083034E" w:rsidRPr="0083034E" w:rsidRDefault="0083034E" w:rsidP="00417B7F">
      <w:pPr>
        <w:spacing w:line="480" w:lineRule="auto"/>
      </w:pPr>
      <w:r w:rsidRPr="0083034E">
        <w:t>No personal data will be collected, and the survey is completely anonymous.</w:t>
      </w:r>
    </w:p>
    <w:p w14:paraId="20731558" w14:textId="77777777" w:rsidR="0083034E" w:rsidRPr="0083034E" w:rsidRDefault="0083034E" w:rsidP="00417B7F">
      <w:pPr>
        <w:spacing w:line="480" w:lineRule="auto"/>
      </w:pPr>
      <w:r w:rsidRPr="0083034E">
        <w:t xml:space="preserve">All personal data acquired during this study will be processed in full compliance with the provisions of Regulation (EU) 2016/679 on </w:t>
      </w:r>
      <w:r w:rsidRPr="0083034E">
        <w:rPr>
          <w:b/>
          <w:bCs/>
        </w:rPr>
        <w:t>General Data Protection Regulation (GDPR)</w:t>
      </w:r>
      <w:r w:rsidRPr="0083034E">
        <w:t xml:space="preserve">, effective from May 25, 2018, and Italian Legislative Decree no. 196 of June 30, 2003 — </w:t>
      </w:r>
      <w:r w:rsidRPr="0083034E">
        <w:rPr>
          <w:b/>
          <w:bCs/>
        </w:rPr>
        <w:lastRenderedPageBreak/>
        <w:t>Personal Data Protection Code</w:t>
      </w:r>
      <w:r w:rsidRPr="0083034E">
        <w:t>, as long as it is not repealed by the aforementioned European regulation.</w:t>
      </w:r>
    </w:p>
    <w:p w14:paraId="7A0697D9" w14:textId="77777777" w:rsidR="0083034E" w:rsidRPr="0083034E" w:rsidRDefault="0083034E" w:rsidP="00417B7F">
      <w:pPr>
        <w:spacing w:line="480" w:lineRule="auto"/>
      </w:pPr>
      <w:r w:rsidRPr="0083034E">
        <w:t>According to this legislation, since the data is collected anonymously, there is no need to appoint a data protection officer.</w:t>
      </w:r>
    </w:p>
    <w:p w14:paraId="1105D624" w14:textId="77777777" w:rsidR="0083034E" w:rsidRPr="0083034E" w:rsidRDefault="0083034E" w:rsidP="00417B7F">
      <w:pPr>
        <w:spacing w:line="480" w:lineRule="auto"/>
        <w:rPr>
          <w:b/>
          <w:bCs/>
        </w:rPr>
      </w:pPr>
      <w:r w:rsidRPr="0083034E">
        <w:rPr>
          <w:b/>
          <w:bCs/>
        </w:rPr>
        <w:t>Nature of Data and Processing Methods</w:t>
      </w:r>
    </w:p>
    <w:p w14:paraId="27F4E637" w14:textId="77777777" w:rsidR="0083034E" w:rsidRPr="0083034E" w:rsidRDefault="0083034E" w:rsidP="00417B7F">
      <w:pPr>
        <w:spacing w:line="480" w:lineRule="auto"/>
      </w:pPr>
      <w:r w:rsidRPr="0083034E">
        <w:t>All information collected during this survey is confidential and will be handled in compliance with the aforementioned laws.</w:t>
      </w:r>
    </w:p>
    <w:p w14:paraId="79309C3A" w14:textId="77777777" w:rsidR="0083034E" w:rsidRPr="0083034E" w:rsidRDefault="0083034E" w:rsidP="00417B7F">
      <w:pPr>
        <w:spacing w:line="480" w:lineRule="auto"/>
      </w:pPr>
      <w:r w:rsidRPr="0083034E">
        <w:t>The data you provide will be anonymous, meaning that the collected material will be anonymized at the source and cannot be traced back to the identity of the survey participant. This material will be analyzed and processed for scientific research purposes only by the personnel responsible for conducting the survey.</w:t>
      </w:r>
    </w:p>
    <w:p w14:paraId="58E64B83" w14:textId="77777777" w:rsidR="0083034E" w:rsidRPr="0083034E" w:rsidRDefault="0083034E" w:rsidP="00417B7F">
      <w:pPr>
        <w:spacing w:line="480" w:lineRule="auto"/>
        <w:rPr>
          <w:lang w:val="it-IT"/>
        </w:rPr>
      </w:pPr>
      <w:r w:rsidRPr="0083034E">
        <w:t xml:space="preserve">The data, processed using electronic tools as well, may be shared in strictly anonymous form through meetings, conferences, and scientific publications. In any case, we reiterate that the data will be anonymous and in no way traceable to the participant’s identity. </w:t>
      </w:r>
      <w:r w:rsidRPr="0083034E">
        <w:rPr>
          <w:lang w:val="it-IT"/>
        </w:rPr>
        <w:t>The data may only be presented in aggregated form.</w:t>
      </w:r>
    </w:p>
    <w:p w14:paraId="15EBD6E8" w14:textId="77777777" w:rsidR="0083034E" w:rsidRPr="0083034E" w:rsidRDefault="00000000" w:rsidP="00417B7F">
      <w:pPr>
        <w:spacing w:line="480" w:lineRule="auto"/>
        <w:rPr>
          <w:lang w:val="it-IT"/>
        </w:rPr>
      </w:pPr>
      <w:r>
        <w:rPr>
          <w:lang w:val="it-IT"/>
        </w:rPr>
        <w:pict w14:anchorId="0C6C7BAB">
          <v:rect id="_x0000_i1025" style="width:0;height:1.5pt" o:hralign="center" o:hrstd="t" o:hr="t" fillcolor="#a0a0a0" stroked="f"/>
        </w:pict>
      </w:r>
    </w:p>
    <w:p w14:paraId="13A02E7E" w14:textId="77777777" w:rsidR="0083034E" w:rsidRPr="0083034E" w:rsidRDefault="0083034E" w:rsidP="00417B7F">
      <w:pPr>
        <w:spacing w:line="480" w:lineRule="auto"/>
      </w:pPr>
      <w:r w:rsidRPr="0083034E">
        <w:t>We thank you for your time and cooperation.</w:t>
      </w:r>
    </w:p>
    <w:p w14:paraId="032451B2" w14:textId="77777777" w:rsidR="0083034E" w:rsidRPr="0083034E" w:rsidRDefault="0083034E" w:rsidP="00417B7F">
      <w:pPr>
        <w:spacing w:line="480" w:lineRule="auto"/>
      </w:pPr>
      <w:r w:rsidRPr="0083034E">
        <w:rPr>
          <w:b/>
          <w:bCs/>
        </w:rPr>
        <w:t>Please select only one option:</w:t>
      </w:r>
      <w:r w:rsidRPr="0083034E">
        <w:br/>
      </w:r>
      <w:r w:rsidRPr="0083034E">
        <w:rPr>
          <w:rFonts w:ascii="Segoe UI Symbol" w:hAnsi="Segoe UI Symbol" w:cs="Segoe UI Symbol"/>
        </w:rPr>
        <w:t>☐</w:t>
      </w:r>
      <w:r w:rsidRPr="0083034E">
        <w:t xml:space="preserve"> I consent to participate</w:t>
      </w:r>
    </w:p>
    <w:p w14:paraId="036C1386" w14:textId="77777777" w:rsidR="0083034E" w:rsidRDefault="0083034E" w:rsidP="00417B7F">
      <w:pPr>
        <w:spacing w:line="480" w:lineRule="auto"/>
      </w:pPr>
    </w:p>
    <w:p w14:paraId="7A76643C" w14:textId="798CA0B4" w:rsidR="0083034E" w:rsidRPr="0083034E" w:rsidRDefault="0083034E" w:rsidP="00417B7F">
      <w:pPr>
        <w:spacing w:line="480" w:lineRule="auto"/>
        <w:jc w:val="center"/>
        <w:rPr>
          <w:b/>
        </w:rPr>
      </w:pPr>
      <w:r w:rsidRPr="0083034E">
        <w:rPr>
          <w:b/>
        </w:rPr>
        <w:t>PART 2</w:t>
      </w:r>
    </w:p>
    <w:p w14:paraId="07D8043A" w14:textId="77777777" w:rsidR="0083034E" w:rsidRPr="0083034E" w:rsidRDefault="0083034E" w:rsidP="00417B7F">
      <w:pPr>
        <w:spacing w:line="480" w:lineRule="auto"/>
        <w:rPr>
          <w:b/>
          <w:bCs/>
        </w:rPr>
      </w:pPr>
      <w:r w:rsidRPr="0083034E">
        <w:rPr>
          <w:b/>
          <w:bCs/>
        </w:rPr>
        <w:lastRenderedPageBreak/>
        <w:t>1. How old are you? *</w:t>
      </w:r>
    </w:p>
    <w:p w14:paraId="0526EA9C" w14:textId="77777777" w:rsidR="0083034E" w:rsidRPr="0083034E" w:rsidRDefault="0083034E" w:rsidP="00417B7F">
      <w:pPr>
        <w:spacing w:line="480" w:lineRule="auto"/>
      </w:pPr>
      <w:r w:rsidRPr="0083034E">
        <w:rPr>
          <w:i/>
          <w:iCs/>
        </w:rPr>
        <w:t>Select only one answer</w:t>
      </w:r>
    </w:p>
    <w:p w14:paraId="4103055D" w14:textId="77777777" w:rsidR="0083034E" w:rsidRPr="0083034E" w:rsidRDefault="0083034E" w:rsidP="00417B7F">
      <w:pPr>
        <w:numPr>
          <w:ilvl w:val="0"/>
          <w:numId w:val="10"/>
        </w:numPr>
        <w:spacing w:line="480" w:lineRule="auto"/>
        <w:rPr>
          <w:lang w:val="it-IT"/>
        </w:rPr>
      </w:pPr>
      <w:r w:rsidRPr="0083034E">
        <w:rPr>
          <w:lang w:val="it-IT"/>
        </w:rPr>
        <w:t>Under 20 years</w:t>
      </w:r>
    </w:p>
    <w:p w14:paraId="2BF19E72" w14:textId="77777777" w:rsidR="0083034E" w:rsidRPr="0083034E" w:rsidRDefault="0083034E" w:rsidP="00417B7F">
      <w:pPr>
        <w:numPr>
          <w:ilvl w:val="0"/>
          <w:numId w:val="10"/>
        </w:numPr>
        <w:spacing w:line="480" w:lineRule="auto"/>
        <w:rPr>
          <w:lang w:val="it-IT"/>
        </w:rPr>
      </w:pPr>
      <w:r w:rsidRPr="0083034E">
        <w:rPr>
          <w:lang w:val="it-IT"/>
        </w:rPr>
        <w:t>21-30 years</w:t>
      </w:r>
    </w:p>
    <w:p w14:paraId="6F585733" w14:textId="77777777" w:rsidR="0083034E" w:rsidRPr="0083034E" w:rsidRDefault="0083034E" w:rsidP="00417B7F">
      <w:pPr>
        <w:numPr>
          <w:ilvl w:val="0"/>
          <w:numId w:val="10"/>
        </w:numPr>
        <w:spacing w:line="480" w:lineRule="auto"/>
        <w:rPr>
          <w:lang w:val="it-IT"/>
        </w:rPr>
      </w:pPr>
      <w:r w:rsidRPr="0083034E">
        <w:rPr>
          <w:lang w:val="it-IT"/>
        </w:rPr>
        <w:t>31-40 years</w:t>
      </w:r>
    </w:p>
    <w:p w14:paraId="2B162CED" w14:textId="77777777" w:rsidR="0083034E" w:rsidRPr="0083034E" w:rsidRDefault="0083034E" w:rsidP="00417B7F">
      <w:pPr>
        <w:numPr>
          <w:ilvl w:val="0"/>
          <w:numId w:val="10"/>
        </w:numPr>
        <w:spacing w:line="480" w:lineRule="auto"/>
        <w:rPr>
          <w:lang w:val="it-IT"/>
        </w:rPr>
      </w:pPr>
      <w:r w:rsidRPr="0083034E">
        <w:rPr>
          <w:lang w:val="it-IT"/>
        </w:rPr>
        <w:t>41-50 years</w:t>
      </w:r>
    </w:p>
    <w:p w14:paraId="0CC63B12" w14:textId="77777777" w:rsidR="0083034E" w:rsidRPr="0083034E" w:rsidRDefault="0083034E" w:rsidP="00417B7F">
      <w:pPr>
        <w:numPr>
          <w:ilvl w:val="0"/>
          <w:numId w:val="10"/>
        </w:numPr>
        <w:spacing w:line="480" w:lineRule="auto"/>
        <w:rPr>
          <w:lang w:val="it-IT"/>
        </w:rPr>
      </w:pPr>
      <w:r w:rsidRPr="0083034E">
        <w:rPr>
          <w:lang w:val="it-IT"/>
        </w:rPr>
        <w:t>51-60 years</w:t>
      </w:r>
    </w:p>
    <w:p w14:paraId="2BD4D325" w14:textId="77777777" w:rsidR="0083034E" w:rsidRPr="0083034E" w:rsidRDefault="0083034E" w:rsidP="00417B7F">
      <w:pPr>
        <w:numPr>
          <w:ilvl w:val="0"/>
          <w:numId w:val="10"/>
        </w:numPr>
        <w:spacing w:line="480" w:lineRule="auto"/>
        <w:rPr>
          <w:lang w:val="it-IT"/>
        </w:rPr>
      </w:pPr>
      <w:r w:rsidRPr="0083034E">
        <w:rPr>
          <w:lang w:val="it-IT"/>
        </w:rPr>
        <w:t>Over 60 years</w:t>
      </w:r>
    </w:p>
    <w:p w14:paraId="1EB4EF5C" w14:textId="77777777" w:rsidR="0083034E" w:rsidRPr="0083034E" w:rsidRDefault="0083034E" w:rsidP="00417B7F">
      <w:pPr>
        <w:numPr>
          <w:ilvl w:val="0"/>
          <w:numId w:val="10"/>
        </w:numPr>
        <w:spacing w:line="480" w:lineRule="auto"/>
        <w:rPr>
          <w:lang w:val="it-IT"/>
        </w:rPr>
      </w:pPr>
      <w:r w:rsidRPr="0083034E">
        <w:rPr>
          <w:lang w:val="it-IT"/>
        </w:rPr>
        <w:t>I prefer not to answer</w:t>
      </w:r>
    </w:p>
    <w:p w14:paraId="1E4F69C0" w14:textId="77777777" w:rsidR="0083034E" w:rsidRPr="0083034E" w:rsidRDefault="00000000" w:rsidP="00417B7F">
      <w:pPr>
        <w:spacing w:line="480" w:lineRule="auto"/>
        <w:rPr>
          <w:lang w:val="it-IT"/>
        </w:rPr>
      </w:pPr>
      <w:r>
        <w:rPr>
          <w:lang w:val="it-IT"/>
        </w:rPr>
        <w:pict w14:anchorId="321D88A2">
          <v:rect id="_x0000_i1026" style="width:0;height:1.5pt" o:hralign="center" o:hrstd="t" o:hr="t" fillcolor="#a0a0a0" stroked="f"/>
        </w:pict>
      </w:r>
    </w:p>
    <w:p w14:paraId="6798AF9B" w14:textId="77777777" w:rsidR="0083034E" w:rsidRPr="0083034E" w:rsidRDefault="0083034E" w:rsidP="00417B7F">
      <w:pPr>
        <w:spacing w:line="480" w:lineRule="auto"/>
        <w:rPr>
          <w:b/>
          <w:bCs/>
          <w:lang w:val="it-IT"/>
        </w:rPr>
      </w:pPr>
      <w:r w:rsidRPr="0083034E">
        <w:rPr>
          <w:b/>
          <w:bCs/>
        </w:rPr>
        <w:t xml:space="preserve">2. What is your gender identity? </w:t>
      </w:r>
      <w:r w:rsidRPr="0083034E">
        <w:rPr>
          <w:b/>
          <w:bCs/>
          <w:lang w:val="it-IT"/>
        </w:rPr>
        <w:t>*</w:t>
      </w:r>
    </w:p>
    <w:p w14:paraId="6795CABD" w14:textId="77777777" w:rsidR="0083034E" w:rsidRPr="0083034E" w:rsidRDefault="0083034E" w:rsidP="00417B7F">
      <w:pPr>
        <w:spacing w:line="480" w:lineRule="auto"/>
        <w:rPr>
          <w:lang w:val="it-IT"/>
        </w:rPr>
      </w:pPr>
      <w:r w:rsidRPr="0083034E">
        <w:rPr>
          <w:i/>
          <w:iCs/>
          <w:lang w:val="it-IT"/>
        </w:rPr>
        <w:t>Select only one answer</w:t>
      </w:r>
    </w:p>
    <w:p w14:paraId="788F910B" w14:textId="77777777" w:rsidR="0083034E" w:rsidRPr="0083034E" w:rsidRDefault="0083034E" w:rsidP="00417B7F">
      <w:pPr>
        <w:numPr>
          <w:ilvl w:val="0"/>
          <w:numId w:val="11"/>
        </w:numPr>
        <w:spacing w:line="480" w:lineRule="auto"/>
        <w:rPr>
          <w:lang w:val="it-IT"/>
        </w:rPr>
      </w:pPr>
      <w:r w:rsidRPr="0083034E">
        <w:rPr>
          <w:lang w:val="it-IT"/>
        </w:rPr>
        <w:t>Man</w:t>
      </w:r>
    </w:p>
    <w:p w14:paraId="36BC51C7" w14:textId="77777777" w:rsidR="0083034E" w:rsidRPr="0083034E" w:rsidRDefault="0083034E" w:rsidP="00417B7F">
      <w:pPr>
        <w:numPr>
          <w:ilvl w:val="0"/>
          <w:numId w:val="11"/>
        </w:numPr>
        <w:spacing w:line="480" w:lineRule="auto"/>
        <w:rPr>
          <w:lang w:val="it-IT"/>
        </w:rPr>
      </w:pPr>
      <w:r w:rsidRPr="0083034E">
        <w:rPr>
          <w:lang w:val="it-IT"/>
        </w:rPr>
        <w:t>Woman</w:t>
      </w:r>
    </w:p>
    <w:p w14:paraId="7199FFA7" w14:textId="77777777" w:rsidR="0083034E" w:rsidRPr="0083034E" w:rsidRDefault="0083034E" w:rsidP="00417B7F">
      <w:pPr>
        <w:numPr>
          <w:ilvl w:val="0"/>
          <w:numId w:val="11"/>
        </w:numPr>
        <w:spacing w:line="480" w:lineRule="auto"/>
        <w:rPr>
          <w:lang w:val="it-IT"/>
        </w:rPr>
      </w:pPr>
      <w:r w:rsidRPr="0083034E">
        <w:rPr>
          <w:lang w:val="it-IT"/>
        </w:rPr>
        <w:t>Transgender woman</w:t>
      </w:r>
    </w:p>
    <w:p w14:paraId="3BF1AAFF" w14:textId="77777777" w:rsidR="0083034E" w:rsidRPr="0083034E" w:rsidRDefault="0083034E" w:rsidP="00417B7F">
      <w:pPr>
        <w:numPr>
          <w:ilvl w:val="0"/>
          <w:numId w:val="11"/>
        </w:numPr>
        <w:spacing w:line="480" w:lineRule="auto"/>
        <w:rPr>
          <w:lang w:val="it-IT"/>
        </w:rPr>
      </w:pPr>
      <w:r w:rsidRPr="0083034E">
        <w:rPr>
          <w:lang w:val="it-IT"/>
        </w:rPr>
        <w:t>Transgender man</w:t>
      </w:r>
    </w:p>
    <w:p w14:paraId="4139BFE5" w14:textId="77777777" w:rsidR="0083034E" w:rsidRPr="0083034E" w:rsidRDefault="0083034E" w:rsidP="00417B7F">
      <w:pPr>
        <w:numPr>
          <w:ilvl w:val="0"/>
          <w:numId w:val="11"/>
        </w:numPr>
        <w:spacing w:line="480" w:lineRule="auto"/>
      </w:pPr>
      <w:r w:rsidRPr="0083034E">
        <w:t>I do not identify with a binary gender</w:t>
      </w:r>
    </w:p>
    <w:p w14:paraId="5F838410" w14:textId="77777777" w:rsidR="0083034E" w:rsidRPr="0083034E" w:rsidRDefault="0083034E" w:rsidP="00417B7F">
      <w:pPr>
        <w:numPr>
          <w:ilvl w:val="0"/>
          <w:numId w:val="11"/>
        </w:numPr>
        <w:spacing w:line="480" w:lineRule="auto"/>
        <w:rPr>
          <w:lang w:val="it-IT"/>
        </w:rPr>
      </w:pPr>
      <w:r w:rsidRPr="0083034E">
        <w:rPr>
          <w:lang w:val="it-IT"/>
        </w:rPr>
        <w:t>Other</w:t>
      </w:r>
    </w:p>
    <w:p w14:paraId="536E4BC7" w14:textId="77777777" w:rsidR="0083034E" w:rsidRPr="0083034E" w:rsidRDefault="0083034E" w:rsidP="00417B7F">
      <w:pPr>
        <w:numPr>
          <w:ilvl w:val="0"/>
          <w:numId w:val="11"/>
        </w:numPr>
        <w:spacing w:line="480" w:lineRule="auto"/>
        <w:rPr>
          <w:lang w:val="it-IT"/>
        </w:rPr>
      </w:pPr>
      <w:r w:rsidRPr="0083034E">
        <w:rPr>
          <w:lang w:val="it-IT"/>
        </w:rPr>
        <w:lastRenderedPageBreak/>
        <w:t>I prefer not to answer</w:t>
      </w:r>
    </w:p>
    <w:p w14:paraId="495DF5B2" w14:textId="77777777" w:rsidR="0083034E" w:rsidRPr="0083034E" w:rsidRDefault="00000000" w:rsidP="00417B7F">
      <w:pPr>
        <w:spacing w:line="480" w:lineRule="auto"/>
        <w:rPr>
          <w:lang w:val="it-IT"/>
        </w:rPr>
      </w:pPr>
      <w:r>
        <w:rPr>
          <w:lang w:val="it-IT"/>
        </w:rPr>
        <w:pict w14:anchorId="320F7450">
          <v:rect id="_x0000_i1027" style="width:0;height:1.5pt" o:hralign="center" o:hrstd="t" o:hr="t" fillcolor="#a0a0a0" stroked="f"/>
        </w:pict>
      </w:r>
    </w:p>
    <w:p w14:paraId="34A796CA" w14:textId="77777777" w:rsidR="0083034E" w:rsidRPr="0083034E" w:rsidRDefault="0083034E" w:rsidP="00417B7F">
      <w:pPr>
        <w:spacing w:line="480" w:lineRule="auto"/>
        <w:rPr>
          <w:b/>
          <w:bCs/>
        </w:rPr>
      </w:pPr>
      <w:r w:rsidRPr="0083034E">
        <w:rPr>
          <w:b/>
          <w:bCs/>
        </w:rPr>
        <w:t>3. How many years have you been living with HIV?</w:t>
      </w:r>
    </w:p>
    <w:p w14:paraId="1C509728" w14:textId="77777777" w:rsidR="0083034E" w:rsidRPr="0083034E" w:rsidRDefault="0083034E" w:rsidP="00417B7F">
      <w:pPr>
        <w:spacing w:line="480" w:lineRule="auto"/>
        <w:rPr>
          <w:lang w:val="it-IT"/>
        </w:rPr>
      </w:pPr>
      <w:r w:rsidRPr="0083034E">
        <w:rPr>
          <w:i/>
          <w:iCs/>
          <w:lang w:val="it-IT"/>
        </w:rPr>
        <w:t>Select only one answer</w:t>
      </w:r>
    </w:p>
    <w:p w14:paraId="5AC38FDA" w14:textId="77777777" w:rsidR="0083034E" w:rsidRPr="0083034E" w:rsidRDefault="0083034E" w:rsidP="00417B7F">
      <w:pPr>
        <w:numPr>
          <w:ilvl w:val="0"/>
          <w:numId w:val="12"/>
        </w:numPr>
        <w:spacing w:line="480" w:lineRule="auto"/>
        <w:rPr>
          <w:lang w:val="it-IT"/>
        </w:rPr>
      </w:pPr>
      <w:r w:rsidRPr="0083034E">
        <w:rPr>
          <w:lang w:val="it-IT"/>
        </w:rPr>
        <w:t>Less than 5 years</w:t>
      </w:r>
    </w:p>
    <w:p w14:paraId="1B72927D" w14:textId="77777777" w:rsidR="0083034E" w:rsidRPr="0083034E" w:rsidRDefault="0083034E" w:rsidP="00417B7F">
      <w:pPr>
        <w:numPr>
          <w:ilvl w:val="0"/>
          <w:numId w:val="12"/>
        </w:numPr>
        <w:spacing w:line="480" w:lineRule="auto"/>
        <w:rPr>
          <w:lang w:val="it-IT"/>
        </w:rPr>
      </w:pPr>
      <w:r w:rsidRPr="0083034E">
        <w:rPr>
          <w:lang w:val="it-IT"/>
        </w:rPr>
        <w:t>5-10 years</w:t>
      </w:r>
    </w:p>
    <w:p w14:paraId="156A754B" w14:textId="77777777" w:rsidR="0083034E" w:rsidRPr="0083034E" w:rsidRDefault="0083034E" w:rsidP="00417B7F">
      <w:pPr>
        <w:numPr>
          <w:ilvl w:val="0"/>
          <w:numId w:val="12"/>
        </w:numPr>
        <w:spacing w:line="480" w:lineRule="auto"/>
        <w:rPr>
          <w:lang w:val="it-IT"/>
        </w:rPr>
      </w:pPr>
      <w:r w:rsidRPr="0083034E">
        <w:rPr>
          <w:lang w:val="it-IT"/>
        </w:rPr>
        <w:t>10-20 years</w:t>
      </w:r>
    </w:p>
    <w:p w14:paraId="30227458" w14:textId="77777777" w:rsidR="0083034E" w:rsidRPr="0083034E" w:rsidRDefault="0083034E" w:rsidP="00417B7F">
      <w:pPr>
        <w:numPr>
          <w:ilvl w:val="0"/>
          <w:numId w:val="12"/>
        </w:numPr>
        <w:spacing w:line="480" w:lineRule="auto"/>
        <w:rPr>
          <w:lang w:val="it-IT"/>
        </w:rPr>
      </w:pPr>
      <w:r w:rsidRPr="0083034E">
        <w:rPr>
          <w:lang w:val="it-IT"/>
        </w:rPr>
        <w:t>More than 20 years</w:t>
      </w:r>
    </w:p>
    <w:p w14:paraId="34D6335A" w14:textId="77777777" w:rsidR="0083034E" w:rsidRPr="0083034E" w:rsidRDefault="00000000" w:rsidP="00417B7F">
      <w:pPr>
        <w:spacing w:line="480" w:lineRule="auto"/>
        <w:rPr>
          <w:lang w:val="it-IT"/>
        </w:rPr>
      </w:pPr>
      <w:r>
        <w:rPr>
          <w:lang w:val="it-IT"/>
        </w:rPr>
        <w:pict w14:anchorId="15EDE327">
          <v:rect id="_x0000_i1028" style="width:0;height:1.5pt" o:hralign="center" o:hrstd="t" o:hr="t" fillcolor="#a0a0a0" stroked="f"/>
        </w:pict>
      </w:r>
    </w:p>
    <w:p w14:paraId="187CE64E" w14:textId="77777777" w:rsidR="0083034E" w:rsidRPr="0083034E" w:rsidRDefault="0083034E" w:rsidP="00417B7F">
      <w:pPr>
        <w:spacing w:line="480" w:lineRule="auto"/>
        <w:rPr>
          <w:b/>
          <w:bCs/>
        </w:rPr>
      </w:pPr>
      <w:r w:rsidRPr="0083034E">
        <w:rPr>
          <w:b/>
          <w:bCs/>
        </w:rPr>
        <w:t>4. Do you smoke tobacco (cigarettes or loose tobacco)?</w:t>
      </w:r>
    </w:p>
    <w:p w14:paraId="0A9BF350" w14:textId="77777777" w:rsidR="0083034E" w:rsidRPr="0083034E" w:rsidRDefault="0083034E" w:rsidP="00417B7F">
      <w:pPr>
        <w:spacing w:line="480" w:lineRule="auto"/>
        <w:rPr>
          <w:lang w:val="it-IT"/>
        </w:rPr>
      </w:pPr>
      <w:r w:rsidRPr="0083034E">
        <w:rPr>
          <w:i/>
          <w:iCs/>
          <w:lang w:val="it-IT"/>
        </w:rPr>
        <w:t>Select only one answer</w:t>
      </w:r>
    </w:p>
    <w:p w14:paraId="1BD207A6" w14:textId="77777777" w:rsidR="0083034E" w:rsidRPr="0083034E" w:rsidRDefault="0083034E" w:rsidP="00417B7F">
      <w:pPr>
        <w:numPr>
          <w:ilvl w:val="0"/>
          <w:numId w:val="13"/>
        </w:numPr>
        <w:spacing w:line="480" w:lineRule="auto"/>
        <w:rPr>
          <w:lang w:val="it-IT"/>
        </w:rPr>
      </w:pPr>
      <w:r w:rsidRPr="0083034E">
        <w:rPr>
          <w:lang w:val="it-IT"/>
        </w:rPr>
        <w:t>Yes</w:t>
      </w:r>
    </w:p>
    <w:p w14:paraId="637C3EFF" w14:textId="77777777" w:rsidR="0083034E" w:rsidRPr="0083034E" w:rsidRDefault="0083034E" w:rsidP="00417B7F">
      <w:pPr>
        <w:numPr>
          <w:ilvl w:val="0"/>
          <w:numId w:val="13"/>
        </w:numPr>
        <w:spacing w:line="480" w:lineRule="auto"/>
        <w:rPr>
          <w:lang w:val="it-IT"/>
        </w:rPr>
      </w:pPr>
      <w:r w:rsidRPr="0083034E">
        <w:rPr>
          <w:lang w:val="it-IT"/>
        </w:rPr>
        <w:t>No</w:t>
      </w:r>
    </w:p>
    <w:p w14:paraId="3089B8B8" w14:textId="77777777" w:rsidR="0083034E" w:rsidRPr="0083034E" w:rsidRDefault="00000000" w:rsidP="00417B7F">
      <w:pPr>
        <w:spacing w:line="480" w:lineRule="auto"/>
        <w:rPr>
          <w:lang w:val="it-IT"/>
        </w:rPr>
      </w:pPr>
      <w:r>
        <w:rPr>
          <w:lang w:val="it-IT"/>
        </w:rPr>
        <w:pict w14:anchorId="62300A96">
          <v:rect id="_x0000_i1029" style="width:0;height:1.5pt" o:hralign="center" o:hrstd="t" o:hr="t" fillcolor="#a0a0a0" stroked="f"/>
        </w:pict>
      </w:r>
    </w:p>
    <w:p w14:paraId="2E803CE4" w14:textId="77777777" w:rsidR="0083034E" w:rsidRPr="0083034E" w:rsidRDefault="0083034E" w:rsidP="00417B7F">
      <w:pPr>
        <w:spacing w:line="480" w:lineRule="auto"/>
        <w:rPr>
          <w:b/>
          <w:bCs/>
        </w:rPr>
      </w:pPr>
      <w:r w:rsidRPr="0083034E">
        <w:rPr>
          <w:b/>
          <w:bCs/>
        </w:rPr>
        <w:t>5. If yes, how many cigarettes do you smoke per day?</w:t>
      </w:r>
    </w:p>
    <w:p w14:paraId="08ACCCB3" w14:textId="77777777" w:rsidR="0083034E" w:rsidRPr="0083034E" w:rsidRDefault="00000000" w:rsidP="00417B7F">
      <w:pPr>
        <w:spacing w:line="480" w:lineRule="auto"/>
        <w:rPr>
          <w:lang w:val="it-IT"/>
        </w:rPr>
      </w:pPr>
      <w:r>
        <w:rPr>
          <w:lang w:val="it-IT"/>
        </w:rPr>
        <w:pict w14:anchorId="6812F7E7">
          <v:rect id="_x0000_i1030" style="width:0;height:1.5pt" o:hralign="center" o:hrstd="t" o:hr="t" fillcolor="#a0a0a0" stroked="f"/>
        </w:pict>
      </w:r>
    </w:p>
    <w:p w14:paraId="6835A8A5" w14:textId="77777777" w:rsidR="0083034E" w:rsidRPr="0083034E" w:rsidRDefault="0083034E" w:rsidP="00417B7F">
      <w:pPr>
        <w:spacing w:line="480" w:lineRule="auto"/>
        <w:rPr>
          <w:b/>
          <w:bCs/>
        </w:rPr>
      </w:pPr>
      <w:r w:rsidRPr="0083034E">
        <w:rPr>
          <w:b/>
          <w:bCs/>
        </w:rPr>
        <w:t>6. If yes, how many years have you been smoking?</w:t>
      </w:r>
    </w:p>
    <w:p w14:paraId="6D93B5EE" w14:textId="77777777" w:rsidR="0083034E" w:rsidRPr="0083034E" w:rsidRDefault="00000000" w:rsidP="00417B7F">
      <w:pPr>
        <w:spacing w:line="480" w:lineRule="auto"/>
        <w:rPr>
          <w:lang w:val="it-IT"/>
        </w:rPr>
      </w:pPr>
      <w:r>
        <w:rPr>
          <w:lang w:val="it-IT"/>
        </w:rPr>
        <w:pict w14:anchorId="3ABD49D6">
          <v:rect id="_x0000_i1031" style="width:0;height:1.5pt" o:hralign="center" o:hrstd="t" o:hr="t" fillcolor="#a0a0a0" stroked="f"/>
        </w:pict>
      </w:r>
    </w:p>
    <w:p w14:paraId="56B74C31" w14:textId="77777777" w:rsidR="0083034E" w:rsidRPr="0083034E" w:rsidRDefault="0083034E" w:rsidP="00417B7F">
      <w:pPr>
        <w:spacing w:line="480" w:lineRule="auto"/>
        <w:rPr>
          <w:b/>
          <w:bCs/>
          <w:lang w:val="it-IT"/>
        </w:rPr>
      </w:pPr>
      <w:r w:rsidRPr="0083034E">
        <w:rPr>
          <w:b/>
          <w:bCs/>
        </w:rPr>
        <w:lastRenderedPageBreak/>
        <w:t xml:space="preserve">7. Have you ever smoked regularly in the past (even if you quit)? </w:t>
      </w:r>
      <w:r w:rsidRPr="0083034E">
        <w:rPr>
          <w:b/>
          <w:bCs/>
          <w:lang w:val="it-IT"/>
        </w:rPr>
        <w:t>*</w:t>
      </w:r>
    </w:p>
    <w:p w14:paraId="50F2E0D2" w14:textId="77777777" w:rsidR="0083034E" w:rsidRPr="0083034E" w:rsidRDefault="0083034E" w:rsidP="00417B7F">
      <w:pPr>
        <w:spacing w:line="480" w:lineRule="auto"/>
        <w:rPr>
          <w:lang w:val="it-IT"/>
        </w:rPr>
      </w:pPr>
      <w:r w:rsidRPr="0083034E">
        <w:rPr>
          <w:i/>
          <w:iCs/>
          <w:lang w:val="it-IT"/>
        </w:rPr>
        <w:t>Select only one answer</w:t>
      </w:r>
    </w:p>
    <w:p w14:paraId="10A7BD25" w14:textId="77777777" w:rsidR="0083034E" w:rsidRPr="0083034E" w:rsidRDefault="0083034E" w:rsidP="00417B7F">
      <w:pPr>
        <w:numPr>
          <w:ilvl w:val="0"/>
          <w:numId w:val="14"/>
        </w:numPr>
        <w:spacing w:line="480" w:lineRule="auto"/>
        <w:rPr>
          <w:lang w:val="it-IT"/>
        </w:rPr>
      </w:pPr>
      <w:r w:rsidRPr="0083034E">
        <w:rPr>
          <w:lang w:val="it-IT"/>
        </w:rPr>
        <w:t>No</w:t>
      </w:r>
    </w:p>
    <w:p w14:paraId="0E0FFAA7" w14:textId="77777777" w:rsidR="0083034E" w:rsidRPr="0083034E" w:rsidRDefault="0083034E" w:rsidP="00417B7F">
      <w:pPr>
        <w:numPr>
          <w:ilvl w:val="0"/>
          <w:numId w:val="14"/>
        </w:numPr>
        <w:spacing w:line="480" w:lineRule="auto"/>
        <w:rPr>
          <w:lang w:val="it-IT"/>
        </w:rPr>
      </w:pPr>
      <w:r w:rsidRPr="0083034E">
        <w:rPr>
          <w:lang w:val="it-IT"/>
        </w:rPr>
        <w:t>Yes</w:t>
      </w:r>
    </w:p>
    <w:p w14:paraId="160F93B7" w14:textId="77777777" w:rsidR="0083034E" w:rsidRPr="0083034E" w:rsidRDefault="00000000" w:rsidP="00417B7F">
      <w:pPr>
        <w:spacing w:line="480" w:lineRule="auto"/>
        <w:rPr>
          <w:lang w:val="it-IT"/>
        </w:rPr>
      </w:pPr>
      <w:r>
        <w:rPr>
          <w:lang w:val="it-IT"/>
        </w:rPr>
        <w:pict w14:anchorId="0AC66652">
          <v:rect id="_x0000_i1032" style="width:0;height:1.5pt" o:hralign="center" o:hrstd="t" o:hr="t" fillcolor="#a0a0a0" stroked="f"/>
        </w:pict>
      </w:r>
    </w:p>
    <w:p w14:paraId="6EA28C0C" w14:textId="77777777" w:rsidR="0083034E" w:rsidRPr="0083034E" w:rsidRDefault="0083034E" w:rsidP="00417B7F">
      <w:pPr>
        <w:spacing w:line="480" w:lineRule="auto"/>
        <w:rPr>
          <w:b/>
          <w:bCs/>
        </w:rPr>
      </w:pPr>
      <w:r w:rsidRPr="0083034E">
        <w:rPr>
          <w:b/>
          <w:bCs/>
        </w:rPr>
        <w:t>8. If you quit, how many cigarettes did you smoke per day?</w:t>
      </w:r>
    </w:p>
    <w:p w14:paraId="6CE3ADE1" w14:textId="77777777" w:rsidR="0083034E" w:rsidRPr="0083034E" w:rsidRDefault="00000000" w:rsidP="00417B7F">
      <w:pPr>
        <w:spacing w:line="480" w:lineRule="auto"/>
        <w:rPr>
          <w:lang w:val="it-IT"/>
        </w:rPr>
      </w:pPr>
      <w:r>
        <w:rPr>
          <w:lang w:val="it-IT"/>
        </w:rPr>
        <w:pict w14:anchorId="78500784">
          <v:rect id="_x0000_i1033" style="width:0;height:1.5pt" o:hralign="center" o:hrstd="t" o:hr="t" fillcolor="#a0a0a0" stroked="f"/>
        </w:pict>
      </w:r>
    </w:p>
    <w:p w14:paraId="759284F3" w14:textId="77777777" w:rsidR="0083034E" w:rsidRPr="0083034E" w:rsidRDefault="0083034E" w:rsidP="00417B7F">
      <w:pPr>
        <w:spacing w:line="480" w:lineRule="auto"/>
        <w:rPr>
          <w:b/>
          <w:bCs/>
        </w:rPr>
      </w:pPr>
      <w:r w:rsidRPr="0083034E">
        <w:rPr>
          <w:b/>
          <w:bCs/>
        </w:rPr>
        <w:t>9. If you quit, how many years did you smoke regularly before stopping?</w:t>
      </w:r>
    </w:p>
    <w:p w14:paraId="110353FE" w14:textId="77777777" w:rsidR="0083034E" w:rsidRPr="0083034E" w:rsidRDefault="00000000" w:rsidP="00417B7F">
      <w:pPr>
        <w:spacing w:line="480" w:lineRule="auto"/>
        <w:rPr>
          <w:lang w:val="it-IT"/>
        </w:rPr>
      </w:pPr>
      <w:r>
        <w:rPr>
          <w:lang w:val="it-IT"/>
        </w:rPr>
        <w:pict w14:anchorId="313D47D8">
          <v:rect id="_x0000_i1034" style="width:0;height:1.5pt" o:hralign="center" o:hrstd="t" o:hr="t" fillcolor="#a0a0a0" stroked="f"/>
        </w:pict>
      </w:r>
    </w:p>
    <w:p w14:paraId="47B9F889" w14:textId="77777777" w:rsidR="0083034E" w:rsidRPr="0083034E" w:rsidRDefault="0083034E" w:rsidP="00417B7F">
      <w:pPr>
        <w:spacing w:line="480" w:lineRule="auto"/>
        <w:rPr>
          <w:b/>
          <w:bCs/>
          <w:lang w:val="it-IT"/>
        </w:rPr>
      </w:pPr>
      <w:r w:rsidRPr="0083034E">
        <w:rPr>
          <w:b/>
          <w:bCs/>
        </w:rPr>
        <w:t xml:space="preserve">10. Do you smoke heated tobacco products (e.g., IQOS)? </w:t>
      </w:r>
      <w:r w:rsidRPr="0083034E">
        <w:rPr>
          <w:b/>
          <w:bCs/>
          <w:lang w:val="it-IT"/>
        </w:rPr>
        <w:t>*</w:t>
      </w:r>
    </w:p>
    <w:p w14:paraId="448081A0" w14:textId="77777777" w:rsidR="0083034E" w:rsidRPr="0083034E" w:rsidRDefault="0083034E" w:rsidP="00417B7F">
      <w:pPr>
        <w:spacing w:line="480" w:lineRule="auto"/>
        <w:rPr>
          <w:lang w:val="it-IT"/>
        </w:rPr>
      </w:pPr>
      <w:r w:rsidRPr="0083034E">
        <w:rPr>
          <w:i/>
          <w:iCs/>
          <w:lang w:val="it-IT"/>
        </w:rPr>
        <w:t>Select only one answer</w:t>
      </w:r>
    </w:p>
    <w:p w14:paraId="10F9B982" w14:textId="77777777" w:rsidR="0083034E" w:rsidRPr="0083034E" w:rsidRDefault="0083034E" w:rsidP="00417B7F">
      <w:pPr>
        <w:numPr>
          <w:ilvl w:val="0"/>
          <w:numId w:val="15"/>
        </w:numPr>
        <w:spacing w:line="480" w:lineRule="auto"/>
        <w:rPr>
          <w:lang w:val="it-IT"/>
        </w:rPr>
      </w:pPr>
      <w:r w:rsidRPr="0083034E">
        <w:rPr>
          <w:lang w:val="it-IT"/>
        </w:rPr>
        <w:t>Yes</w:t>
      </w:r>
    </w:p>
    <w:p w14:paraId="574E76A8" w14:textId="77777777" w:rsidR="0083034E" w:rsidRPr="0083034E" w:rsidRDefault="0083034E" w:rsidP="00417B7F">
      <w:pPr>
        <w:numPr>
          <w:ilvl w:val="0"/>
          <w:numId w:val="15"/>
        </w:numPr>
        <w:spacing w:line="480" w:lineRule="auto"/>
        <w:rPr>
          <w:lang w:val="it-IT"/>
        </w:rPr>
      </w:pPr>
      <w:r w:rsidRPr="0083034E">
        <w:rPr>
          <w:lang w:val="it-IT"/>
        </w:rPr>
        <w:t>No</w:t>
      </w:r>
    </w:p>
    <w:p w14:paraId="782B0157" w14:textId="77777777" w:rsidR="0083034E" w:rsidRPr="0083034E" w:rsidRDefault="00000000" w:rsidP="00417B7F">
      <w:pPr>
        <w:spacing w:line="480" w:lineRule="auto"/>
        <w:rPr>
          <w:lang w:val="it-IT"/>
        </w:rPr>
      </w:pPr>
      <w:r>
        <w:rPr>
          <w:lang w:val="it-IT"/>
        </w:rPr>
        <w:pict w14:anchorId="16F9EABC">
          <v:rect id="_x0000_i1035" style="width:0;height:1.5pt" o:hralign="center" o:hrstd="t" o:hr="t" fillcolor="#a0a0a0" stroked="f"/>
        </w:pict>
      </w:r>
    </w:p>
    <w:p w14:paraId="24DF5F8B" w14:textId="77777777" w:rsidR="0083034E" w:rsidRPr="0083034E" w:rsidRDefault="0083034E" w:rsidP="00417B7F">
      <w:pPr>
        <w:spacing w:line="480" w:lineRule="auto"/>
        <w:rPr>
          <w:b/>
          <w:bCs/>
        </w:rPr>
      </w:pPr>
      <w:r w:rsidRPr="0083034E">
        <w:rPr>
          <w:b/>
          <w:bCs/>
        </w:rPr>
        <w:t>11. If yes, how many heated tobacco sticks do you smoke per day?</w:t>
      </w:r>
    </w:p>
    <w:p w14:paraId="28611191" w14:textId="77777777" w:rsidR="0083034E" w:rsidRPr="0083034E" w:rsidRDefault="00000000" w:rsidP="00417B7F">
      <w:pPr>
        <w:spacing w:line="480" w:lineRule="auto"/>
        <w:rPr>
          <w:lang w:val="it-IT"/>
        </w:rPr>
      </w:pPr>
      <w:r>
        <w:rPr>
          <w:lang w:val="it-IT"/>
        </w:rPr>
        <w:pict w14:anchorId="0CAEE9CB">
          <v:rect id="_x0000_i1036" style="width:0;height:1.5pt" o:hralign="center" o:hrstd="t" o:hr="t" fillcolor="#a0a0a0" stroked="f"/>
        </w:pict>
      </w:r>
    </w:p>
    <w:p w14:paraId="2EEBB8C0" w14:textId="77777777" w:rsidR="0083034E" w:rsidRPr="0083034E" w:rsidRDefault="0083034E" w:rsidP="00417B7F">
      <w:pPr>
        <w:spacing w:line="480" w:lineRule="auto"/>
        <w:rPr>
          <w:b/>
          <w:bCs/>
        </w:rPr>
      </w:pPr>
      <w:r w:rsidRPr="0083034E">
        <w:rPr>
          <w:b/>
          <w:bCs/>
        </w:rPr>
        <w:t>12. If yes, how many years have you been using heated tobacco?</w:t>
      </w:r>
    </w:p>
    <w:p w14:paraId="241B65C2" w14:textId="77777777" w:rsidR="0083034E" w:rsidRPr="0083034E" w:rsidRDefault="00000000" w:rsidP="00417B7F">
      <w:pPr>
        <w:spacing w:line="480" w:lineRule="auto"/>
        <w:rPr>
          <w:lang w:val="it-IT"/>
        </w:rPr>
      </w:pPr>
      <w:r>
        <w:rPr>
          <w:lang w:val="it-IT"/>
        </w:rPr>
        <w:pict w14:anchorId="2D4BCCC4">
          <v:rect id="_x0000_i1037" style="width:0;height:1.5pt" o:hralign="center" o:hrstd="t" o:hr="t" fillcolor="#a0a0a0" stroked="f"/>
        </w:pict>
      </w:r>
    </w:p>
    <w:p w14:paraId="4A1B8C4E" w14:textId="77777777" w:rsidR="0083034E" w:rsidRPr="0083034E" w:rsidRDefault="0083034E" w:rsidP="00417B7F">
      <w:pPr>
        <w:spacing w:line="480" w:lineRule="auto"/>
        <w:rPr>
          <w:b/>
          <w:bCs/>
          <w:lang w:val="it-IT"/>
        </w:rPr>
      </w:pPr>
      <w:r w:rsidRPr="0083034E">
        <w:rPr>
          <w:b/>
          <w:bCs/>
        </w:rPr>
        <w:lastRenderedPageBreak/>
        <w:t xml:space="preserve">13. Do you use electronic cigarettes? </w:t>
      </w:r>
      <w:r w:rsidRPr="0083034E">
        <w:rPr>
          <w:b/>
          <w:bCs/>
          <w:lang w:val="it-IT"/>
        </w:rPr>
        <w:t>*</w:t>
      </w:r>
    </w:p>
    <w:p w14:paraId="1DE27B75" w14:textId="77777777" w:rsidR="0083034E" w:rsidRPr="0083034E" w:rsidRDefault="0083034E" w:rsidP="00417B7F">
      <w:pPr>
        <w:spacing w:line="480" w:lineRule="auto"/>
        <w:rPr>
          <w:lang w:val="it-IT"/>
        </w:rPr>
      </w:pPr>
      <w:r w:rsidRPr="0083034E">
        <w:rPr>
          <w:i/>
          <w:iCs/>
          <w:lang w:val="it-IT"/>
        </w:rPr>
        <w:t>Select only one answer</w:t>
      </w:r>
    </w:p>
    <w:p w14:paraId="14A6F94B" w14:textId="77777777" w:rsidR="0083034E" w:rsidRPr="0083034E" w:rsidRDefault="0083034E" w:rsidP="00417B7F">
      <w:pPr>
        <w:numPr>
          <w:ilvl w:val="0"/>
          <w:numId w:val="16"/>
        </w:numPr>
        <w:spacing w:line="480" w:lineRule="auto"/>
        <w:rPr>
          <w:lang w:val="it-IT"/>
        </w:rPr>
      </w:pPr>
      <w:r w:rsidRPr="0083034E">
        <w:rPr>
          <w:lang w:val="it-IT"/>
        </w:rPr>
        <w:t>Yes</w:t>
      </w:r>
    </w:p>
    <w:p w14:paraId="64B67827" w14:textId="77777777" w:rsidR="0083034E" w:rsidRPr="0083034E" w:rsidRDefault="0083034E" w:rsidP="00417B7F">
      <w:pPr>
        <w:numPr>
          <w:ilvl w:val="0"/>
          <w:numId w:val="16"/>
        </w:numPr>
        <w:spacing w:line="480" w:lineRule="auto"/>
        <w:rPr>
          <w:lang w:val="it-IT"/>
        </w:rPr>
      </w:pPr>
      <w:r w:rsidRPr="0083034E">
        <w:rPr>
          <w:lang w:val="it-IT"/>
        </w:rPr>
        <w:t>No</w:t>
      </w:r>
    </w:p>
    <w:p w14:paraId="472C5C11" w14:textId="77777777" w:rsidR="0083034E" w:rsidRPr="0083034E" w:rsidRDefault="00000000" w:rsidP="00417B7F">
      <w:pPr>
        <w:spacing w:line="480" w:lineRule="auto"/>
        <w:rPr>
          <w:lang w:val="it-IT"/>
        </w:rPr>
      </w:pPr>
      <w:r>
        <w:rPr>
          <w:lang w:val="it-IT"/>
        </w:rPr>
        <w:pict w14:anchorId="4FFB41A3">
          <v:rect id="_x0000_i1038" style="width:0;height:1.5pt" o:hralign="center" o:hrstd="t" o:hr="t" fillcolor="#a0a0a0" stroked="f"/>
        </w:pict>
      </w:r>
    </w:p>
    <w:p w14:paraId="0BD4C13C" w14:textId="77777777" w:rsidR="0083034E" w:rsidRPr="0083034E" w:rsidRDefault="0083034E" w:rsidP="00417B7F">
      <w:pPr>
        <w:spacing w:line="480" w:lineRule="auto"/>
        <w:rPr>
          <w:b/>
          <w:bCs/>
        </w:rPr>
      </w:pPr>
      <w:r w:rsidRPr="0083034E">
        <w:rPr>
          <w:b/>
          <w:bCs/>
        </w:rPr>
        <w:t>14. If yes, what nicotine dosage do you usually use?</w:t>
      </w:r>
    </w:p>
    <w:p w14:paraId="7C05D217" w14:textId="77777777" w:rsidR="0083034E" w:rsidRPr="0083034E" w:rsidRDefault="0083034E" w:rsidP="00417B7F">
      <w:pPr>
        <w:spacing w:line="480" w:lineRule="auto"/>
        <w:rPr>
          <w:lang w:val="it-IT"/>
        </w:rPr>
      </w:pPr>
      <w:r w:rsidRPr="0083034E">
        <w:rPr>
          <w:i/>
          <w:iCs/>
          <w:lang w:val="it-IT"/>
        </w:rPr>
        <w:t>Select only one answer</w:t>
      </w:r>
    </w:p>
    <w:p w14:paraId="0659BE82" w14:textId="77777777" w:rsidR="0083034E" w:rsidRPr="0083034E" w:rsidRDefault="0083034E" w:rsidP="00417B7F">
      <w:pPr>
        <w:numPr>
          <w:ilvl w:val="0"/>
          <w:numId w:val="17"/>
        </w:numPr>
        <w:spacing w:line="480" w:lineRule="auto"/>
        <w:rPr>
          <w:lang w:val="it-IT"/>
        </w:rPr>
      </w:pPr>
      <w:r w:rsidRPr="0083034E">
        <w:rPr>
          <w:lang w:val="it-IT"/>
        </w:rPr>
        <w:t>Nicotine-free</w:t>
      </w:r>
    </w:p>
    <w:p w14:paraId="3BEE4856" w14:textId="77777777" w:rsidR="0083034E" w:rsidRPr="0083034E" w:rsidRDefault="0083034E" w:rsidP="00417B7F">
      <w:pPr>
        <w:numPr>
          <w:ilvl w:val="0"/>
          <w:numId w:val="17"/>
        </w:numPr>
        <w:spacing w:line="480" w:lineRule="auto"/>
        <w:rPr>
          <w:lang w:val="it-IT"/>
        </w:rPr>
      </w:pPr>
      <w:r w:rsidRPr="0083034E">
        <w:rPr>
          <w:lang w:val="it-IT"/>
        </w:rPr>
        <w:t>&lt;5 mg/mL</w:t>
      </w:r>
    </w:p>
    <w:p w14:paraId="3F59CD2E" w14:textId="77777777" w:rsidR="0083034E" w:rsidRPr="0083034E" w:rsidRDefault="0083034E" w:rsidP="00417B7F">
      <w:pPr>
        <w:numPr>
          <w:ilvl w:val="0"/>
          <w:numId w:val="17"/>
        </w:numPr>
        <w:spacing w:line="480" w:lineRule="auto"/>
        <w:rPr>
          <w:lang w:val="it-IT"/>
        </w:rPr>
      </w:pPr>
      <w:r w:rsidRPr="0083034E">
        <w:rPr>
          <w:lang w:val="it-IT"/>
        </w:rPr>
        <w:t>5-10 mg/mL</w:t>
      </w:r>
    </w:p>
    <w:p w14:paraId="7321318E" w14:textId="77777777" w:rsidR="0083034E" w:rsidRPr="0083034E" w:rsidRDefault="0083034E" w:rsidP="00417B7F">
      <w:pPr>
        <w:numPr>
          <w:ilvl w:val="0"/>
          <w:numId w:val="17"/>
        </w:numPr>
        <w:spacing w:line="480" w:lineRule="auto"/>
        <w:rPr>
          <w:lang w:val="it-IT"/>
        </w:rPr>
      </w:pPr>
      <w:r w:rsidRPr="0083034E">
        <w:rPr>
          <w:lang w:val="it-IT"/>
        </w:rPr>
        <w:t>10 mg/mL</w:t>
      </w:r>
    </w:p>
    <w:p w14:paraId="5B76F83D" w14:textId="77777777" w:rsidR="0083034E" w:rsidRPr="0083034E" w:rsidRDefault="0083034E" w:rsidP="00417B7F">
      <w:pPr>
        <w:numPr>
          <w:ilvl w:val="0"/>
          <w:numId w:val="17"/>
        </w:numPr>
        <w:spacing w:line="480" w:lineRule="auto"/>
        <w:rPr>
          <w:lang w:val="it-IT"/>
        </w:rPr>
      </w:pPr>
      <w:r w:rsidRPr="0083034E">
        <w:rPr>
          <w:lang w:val="it-IT"/>
        </w:rPr>
        <w:t>I don’t know</w:t>
      </w:r>
    </w:p>
    <w:p w14:paraId="7E1E2C79" w14:textId="77777777" w:rsidR="0083034E" w:rsidRPr="0083034E" w:rsidRDefault="0083034E" w:rsidP="00417B7F">
      <w:pPr>
        <w:numPr>
          <w:ilvl w:val="0"/>
          <w:numId w:val="17"/>
        </w:numPr>
        <w:spacing w:line="480" w:lineRule="auto"/>
        <w:rPr>
          <w:lang w:val="it-IT"/>
        </w:rPr>
      </w:pPr>
      <w:r w:rsidRPr="0083034E">
        <w:rPr>
          <w:lang w:val="it-IT"/>
        </w:rPr>
        <w:t>Other: ________</w:t>
      </w:r>
    </w:p>
    <w:p w14:paraId="669D28DF" w14:textId="77777777" w:rsidR="0083034E" w:rsidRPr="0083034E" w:rsidRDefault="00000000" w:rsidP="00417B7F">
      <w:pPr>
        <w:spacing w:line="480" w:lineRule="auto"/>
        <w:rPr>
          <w:lang w:val="it-IT"/>
        </w:rPr>
      </w:pPr>
      <w:r>
        <w:rPr>
          <w:lang w:val="it-IT"/>
        </w:rPr>
        <w:pict w14:anchorId="7511DA29">
          <v:rect id="_x0000_i1039" style="width:0;height:1.5pt" o:hralign="center" o:hrstd="t" o:hr="t" fillcolor="#a0a0a0" stroked="f"/>
        </w:pict>
      </w:r>
    </w:p>
    <w:p w14:paraId="3635EA39" w14:textId="77777777" w:rsidR="0083034E" w:rsidRPr="0083034E" w:rsidRDefault="0083034E" w:rsidP="00417B7F">
      <w:pPr>
        <w:spacing w:line="480" w:lineRule="auto"/>
        <w:rPr>
          <w:b/>
          <w:bCs/>
        </w:rPr>
      </w:pPr>
      <w:r w:rsidRPr="0083034E">
        <w:rPr>
          <w:b/>
          <w:bCs/>
        </w:rPr>
        <w:t>15. If yes, how many mL do you vape per day?</w:t>
      </w:r>
    </w:p>
    <w:p w14:paraId="4D67662C" w14:textId="77777777" w:rsidR="0083034E" w:rsidRPr="0083034E" w:rsidRDefault="0083034E" w:rsidP="00417B7F">
      <w:pPr>
        <w:spacing w:line="480" w:lineRule="auto"/>
        <w:rPr>
          <w:lang w:val="it-IT"/>
        </w:rPr>
      </w:pPr>
      <w:r w:rsidRPr="0083034E">
        <w:rPr>
          <w:i/>
          <w:iCs/>
          <w:lang w:val="it-IT"/>
        </w:rPr>
        <w:t>Select only one answer</w:t>
      </w:r>
    </w:p>
    <w:p w14:paraId="12C77B2E" w14:textId="77777777" w:rsidR="0083034E" w:rsidRPr="0083034E" w:rsidRDefault="0083034E" w:rsidP="00417B7F">
      <w:pPr>
        <w:numPr>
          <w:ilvl w:val="0"/>
          <w:numId w:val="18"/>
        </w:numPr>
        <w:spacing w:line="480" w:lineRule="auto"/>
        <w:rPr>
          <w:lang w:val="it-IT"/>
        </w:rPr>
      </w:pPr>
      <w:r w:rsidRPr="0083034E">
        <w:rPr>
          <w:lang w:val="it-IT"/>
        </w:rPr>
        <w:t>Less than 2 mL</w:t>
      </w:r>
    </w:p>
    <w:p w14:paraId="09CD5B59" w14:textId="77777777" w:rsidR="0083034E" w:rsidRPr="0083034E" w:rsidRDefault="0083034E" w:rsidP="00417B7F">
      <w:pPr>
        <w:numPr>
          <w:ilvl w:val="0"/>
          <w:numId w:val="18"/>
        </w:numPr>
        <w:spacing w:line="480" w:lineRule="auto"/>
        <w:rPr>
          <w:lang w:val="it-IT"/>
        </w:rPr>
      </w:pPr>
      <w:r w:rsidRPr="0083034E">
        <w:rPr>
          <w:lang w:val="it-IT"/>
        </w:rPr>
        <w:t>2-4 mL</w:t>
      </w:r>
    </w:p>
    <w:p w14:paraId="26360B53" w14:textId="77777777" w:rsidR="0083034E" w:rsidRPr="0083034E" w:rsidRDefault="0083034E" w:rsidP="00417B7F">
      <w:pPr>
        <w:numPr>
          <w:ilvl w:val="0"/>
          <w:numId w:val="18"/>
        </w:numPr>
        <w:spacing w:line="480" w:lineRule="auto"/>
        <w:rPr>
          <w:lang w:val="it-IT"/>
        </w:rPr>
      </w:pPr>
      <w:r w:rsidRPr="0083034E">
        <w:rPr>
          <w:lang w:val="it-IT"/>
        </w:rPr>
        <w:lastRenderedPageBreak/>
        <w:t>4-8 mL</w:t>
      </w:r>
    </w:p>
    <w:p w14:paraId="025D2627" w14:textId="77777777" w:rsidR="0083034E" w:rsidRPr="0083034E" w:rsidRDefault="0083034E" w:rsidP="00417B7F">
      <w:pPr>
        <w:numPr>
          <w:ilvl w:val="0"/>
          <w:numId w:val="18"/>
        </w:numPr>
        <w:spacing w:line="480" w:lineRule="auto"/>
        <w:rPr>
          <w:lang w:val="it-IT"/>
        </w:rPr>
      </w:pPr>
      <w:r w:rsidRPr="0083034E">
        <w:rPr>
          <w:lang w:val="it-IT"/>
        </w:rPr>
        <w:t>More than 8 mL</w:t>
      </w:r>
    </w:p>
    <w:p w14:paraId="4A8D6615" w14:textId="77777777" w:rsidR="0083034E" w:rsidRPr="0083034E" w:rsidRDefault="0083034E" w:rsidP="00417B7F">
      <w:pPr>
        <w:numPr>
          <w:ilvl w:val="0"/>
          <w:numId w:val="18"/>
        </w:numPr>
        <w:spacing w:line="480" w:lineRule="auto"/>
        <w:rPr>
          <w:lang w:val="it-IT"/>
        </w:rPr>
      </w:pPr>
      <w:r w:rsidRPr="0083034E">
        <w:rPr>
          <w:lang w:val="it-IT"/>
        </w:rPr>
        <w:t>I don’t know</w:t>
      </w:r>
    </w:p>
    <w:p w14:paraId="2D920B26" w14:textId="77777777" w:rsidR="0083034E" w:rsidRPr="0083034E" w:rsidRDefault="0083034E" w:rsidP="00417B7F">
      <w:pPr>
        <w:numPr>
          <w:ilvl w:val="0"/>
          <w:numId w:val="18"/>
        </w:numPr>
        <w:spacing w:line="480" w:lineRule="auto"/>
        <w:rPr>
          <w:lang w:val="it-IT"/>
        </w:rPr>
      </w:pPr>
      <w:r w:rsidRPr="0083034E">
        <w:rPr>
          <w:lang w:val="it-IT"/>
        </w:rPr>
        <w:t>Other: ________</w:t>
      </w:r>
    </w:p>
    <w:p w14:paraId="56C28147" w14:textId="77777777" w:rsidR="0083034E" w:rsidRPr="0083034E" w:rsidRDefault="00000000" w:rsidP="00417B7F">
      <w:pPr>
        <w:spacing w:line="480" w:lineRule="auto"/>
        <w:rPr>
          <w:lang w:val="it-IT"/>
        </w:rPr>
      </w:pPr>
      <w:r>
        <w:rPr>
          <w:lang w:val="it-IT"/>
        </w:rPr>
        <w:pict w14:anchorId="48EB4FD4">
          <v:rect id="_x0000_i1040" style="width:0;height:1.5pt" o:hralign="center" o:hrstd="t" o:hr="t" fillcolor="#a0a0a0" stroked="f"/>
        </w:pict>
      </w:r>
    </w:p>
    <w:p w14:paraId="7EE65DC7" w14:textId="77777777" w:rsidR="0083034E" w:rsidRPr="0083034E" w:rsidRDefault="0083034E" w:rsidP="00417B7F">
      <w:pPr>
        <w:spacing w:line="480" w:lineRule="auto"/>
        <w:rPr>
          <w:b/>
          <w:bCs/>
          <w:lang w:val="it-IT"/>
        </w:rPr>
      </w:pPr>
      <w:r w:rsidRPr="0083034E">
        <w:rPr>
          <w:b/>
          <w:bCs/>
        </w:rPr>
        <w:t xml:space="preserve">16. Do you ever smoke both tobacco and electronic cigarettes? </w:t>
      </w:r>
      <w:r w:rsidRPr="0083034E">
        <w:rPr>
          <w:b/>
          <w:bCs/>
          <w:lang w:val="it-IT"/>
        </w:rPr>
        <w:t>*</w:t>
      </w:r>
    </w:p>
    <w:p w14:paraId="66A88517" w14:textId="77777777" w:rsidR="0083034E" w:rsidRPr="0083034E" w:rsidRDefault="0083034E" w:rsidP="00417B7F">
      <w:pPr>
        <w:spacing w:line="480" w:lineRule="auto"/>
        <w:rPr>
          <w:lang w:val="it-IT"/>
        </w:rPr>
      </w:pPr>
      <w:r w:rsidRPr="0083034E">
        <w:rPr>
          <w:i/>
          <w:iCs/>
          <w:lang w:val="it-IT"/>
        </w:rPr>
        <w:t>Select only one answer</w:t>
      </w:r>
    </w:p>
    <w:p w14:paraId="6A06AF7A" w14:textId="77777777" w:rsidR="0083034E" w:rsidRPr="0083034E" w:rsidRDefault="0083034E" w:rsidP="00417B7F">
      <w:pPr>
        <w:numPr>
          <w:ilvl w:val="0"/>
          <w:numId w:val="19"/>
        </w:numPr>
        <w:spacing w:line="480" w:lineRule="auto"/>
        <w:rPr>
          <w:lang w:val="it-IT"/>
        </w:rPr>
      </w:pPr>
      <w:r w:rsidRPr="0083034E">
        <w:rPr>
          <w:lang w:val="it-IT"/>
        </w:rPr>
        <w:t>Yes</w:t>
      </w:r>
    </w:p>
    <w:p w14:paraId="1D86B948" w14:textId="77777777" w:rsidR="0083034E" w:rsidRPr="0083034E" w:rsidRDefault="0083034E" w:rsidP="00417B7F">
      <w:pPr>
        <w:numPr>
          <w:ilvl w:val="0"/>
          <w:numId w:val="19"/>
        </w:numPr>
        <w:spacing w:line="480" w:lineRule="auto"/>
        <w:rPr>
          <w:lang w:val="it-IT"/>
        </w:rPr>
      </w:pPr>
      <w:r w:rsidRPr="0083034E">
        <w:rPr>
          <w:lang w:val="it-IT"/>
        </w:rPr>
        <w:t>No</w:t>
      </w:r>
    </w:p>
    <w:p w14:paraId="547ED074" w14:textId="77777777" w:rsidR="0083034E" w:rsidRPr="0083034E" w:rsidRDefault="00000000" w:rsidP="00417B7F">
      <w:pPr>
        <w:spacing w:line="480" w:lineRule="auto"/>
        <w:rPr>
          <w:lang w:val="it-IT"/>
        </w:rPr>
      </w:pPr>
      <w:r>
        <w:rPr>
          <w:lang w:val="it-IT"/>
        </w:rPr>
        <w:pict w14:anchorId="06625874">
          <v:rect id="_x0000_i1041" style="width:0;height:1.5pt" o:hralign="center" o:hrstd="t" o:hr="t" fillcolor="#a0a0a0" stroked="f"/>
        </w:pict>
      </w:r>
    </w:p>
    <w:p w14:paraId="200FCF0E" w14:textId="77777777" w:rsidR="0083034E" w:rsidRPr="0083034E" w:rsidRDefault="0083034E" w:rsidP="00417B7F">
      <w:pPr>
        <w:spacing w:line="480" w:lineRule="auto"/>
        <w:rPr>
          <w:b/>
          <w:bCs/>
          <w:lang w:val="it-IT"/>
        </w:rPr>
      </w:pPr>
      <w:r w:rsidRPr="0083034E">
        <w:rPr>
          <w:b/>
          <w:bCs/>
        </w:rPr>
        <w:t xml:space="preserve">17. What are the reasons you started using devices like heated tobacco or electronic cigarettes? </w:t>
      </w:r>
      <w:r w:rsidRPr="0083034E">
        <w:rPr>
          <w:b/>
          <w:bCs/>
          <w:i/>
          <w:iCs/>
          <w:lang w:val="it-IT"/>
        </w:rPr>
        <w:t>(You can select multiple options)</w:t>
      </w:r>
    </w:p>
    <w:p w14:paraId="1987088E" w14:textId="77777777" w:rsidR="0083034E" w:rsidRPr="0083034E" w:rsidRDefault="0083034E" w:rsidP="00417B7F">
      <w:pPr>
        <w:spacing w:line="480" w:lineRule="auto"/>
        <w:rPr>
          <w:lang w:val="it-IT"/>
        </w:rPr>
      </w:pPr>
      <w:r w:rsidRPr="0083034E">
        <w:rPr>
          <w:i/>
          <w:iCs/>
          <w:lang w:val="it-IT"/>
        </w:rPr>
        <w:t>Select all that apply</w:t>
      </w:r>
    </w:p>
    <w:p w14:paraId="6C5FF976" w14:textId="77777777" w:rsidR="0083034E" w:rsidRPr="0083034E" w:rsidRDefault="0083034E" w:rsidP="00417B7F">
      <w:pPr>
        <w:numPr>
          <w:ilvl w:val="0"/>
          <w:numId w:val="20"/>
        </w:numPr>
        <w:spacing w:line="480" w:lineRule="auto"/>
      </w:pPr>
      <w:r w:rsidRPr="0083034E">
        <w:t>To reduce or quit smoking traditional cigarettes</w:t>
      </w:r>
    </w:p>
    <w:p w14:paraId="38F227D1" w14:textId="77777777" w:rsidR="0083034E" w:rsidRPr="0083034E" w:rsidRDefault="0083034E" w:rsidP="00417B7F">
      <w:pPr>
        <w:numPr>
          <w:ilvl w:val="0"/>
          <w:numId w:val="20"/>
        </w:numPr>
        <w:spacing w:line="480" w:lineRule="auto"/>
        <w:rPr>
          <w:lang w:val="it-IT"/>
        </w:rPr>
      </w:pPr>
      <w:r w:rsidRPr="0083034E">
        <w:rPr>
          <w:lang w:val="it-IT"/>
        </w:rPr>
        <w:t>Out of curiosity</w:t>
      </w:r>
    </w:p>
    <w:p w14:paraId="3CEE51D2" w14:textId="77777777" w:rsidR="0083034E" w:rsidRPr="0083034E" w:rsidRDefault="0083034E" w:rsidP="00417B7F">
      <w:pPr>
        <w:numPr>
          <w:ilvl w:val="0"/>
          <w:numId w:val="20"/>
        </w:numPr>
        <w:spacing w:line="480" w:lineRule="auto"/>
      </w:pPr>
      <w:r w:rsidRPr="0083034E">
        <w:t>Because I think it’s less harmful than traditional tobacco</w:t>
      </w:r>
    </w:p>
    <w:p w14:paraId="1DC5B76A" w14:textId="77777777" w:rsidR="0083034E" w:rsidRPr="0083034E" w:rsidRDefault="0083034E" w:rsidP="00417B7F">
      <w:pPr>
        <w:numPr>
          <w:ilvl w:val="0"/>
          <w:numId w:val="20"/>
        </w:numPr>
        <w:spacing w:line="480" w:lineRule="auto"/>
        <w:rPr>
          <w:lang w:val="it-IT"/>
        </w:rPr>
      </w:pPr>
      <w:r w:rsidRPr="0083034E">
        <w:rPr>
          <w:lang w:val="it-IT"/>
        </w:rPr>
        <w:t>Because it’s cheaper</w:t>
      </w:r>
    </w:p>
    <w:p w14:paraId="451A13FB" w14:textId="77777777" w:rsidR="0083034E" w:rsidRPr="0083034E" w:rsidRDefault="0083034E" w:rsidP="00417B7F">
      <w:pPr>
        <w:numPr>
          <w:ilvl w:val="0"/>
          <w:numId w:val="20"/>
        </w:numPr>
        <w:spacing w:line="480" w:lineRule="auto"/>
      </w:pPr>
      <w:r w:rsidRPr="0083034E">
        <w:t>Because I can use it indoors</w:t>
      </w:r>
    </w:p>
    <w:p w14:paraId="147D600C" w14:textId="77777777" w:rsidR="0083034E" w:rsidRPr="0083034E" w:rsidRDefault="0083034E" w:rsidP="00417B7F">
      <w:pPr>
        <w:numPr>
          <w:ilvl w:val="0"/>
          <w:numId w:val="20"/>
        </w:numPr>
        <w:spacing w:line="480" w:lineRule="auto"/>
      </w:pPr>
      <w:r w:rsidRPr="0083034E">
        <w:t>To reduce the impact of second-hand smoke on others</w:t>
      </w:r>
    </w:p>
    <w:p w14:paraId="28DA7A5D" w14:textId="77777777" w:rsidR="0083034E" w:rsidRPr="0083034E" w:rsidRDefault="0083034E" w:rsidP="00417B7F">
      <w:pPr>
        <w:numPr>
          <w:ilvl w:val="0"/>
          <w:numId w:val="20"/>
        </w:numPr>
        <w:spacing w:line="480" w:lineRule="auto"/>
        <w:rPr>
          <w:lang w:val="it-IT"/>
        </w:rPr>
      </w:pPr>
      <w:r w:rsidRPr="0083034E">
        <w:rPr>
          <w:lang w:val="it-IT"/>
        </w:rPr>
        <w:lastRenderedPageBreak/>
        <w:t>Other: ________</w:t>
      </w:r>
    </w:p>
    <w:p w14:paraId="6094F8A2" w14:textId="77777777" w:rsidR="0083034E" w:rsidRPr="0083034E" w:rsidRDefault="00000000" w:rsidP="00417B7F">
      <w:pPr>
        <w:spacing w:line="480" w:lineRule="auto"/>
        <w:rPr>
          <w:lang w:val="it-IT"/>
        </w:rPr>
      </w:pPr>
      <w:r>
        <w:rPr>
          <w:lang w:val="it-IT"/>
        </w:rPr>
        <w:pict w14:anchorId="05E804DB">
          <v:rect id="_x0000_i1042" style="width:0;height:1.5pt" o:hralign="center" o:hrstd="t" o:hr="t" fillcolor="#a0a0a0" stroked="f"/>
        </w:pict>
      </w:r>
    </w:p>
    <w:p w14:paraId="4E133731" w14:textId="77777777" w:rsidR="0083034E" w:rsidRPr="0083034E" w:rsidRDefault="0083034E" w:rsidP="00417B7F">
      <w:pPr>
        <w:spacing w:line="480" w:lineRule="auto"/>
        <w:rPr>
          <w:b/>
          <w:bCs/>
          <w:lang w:val="it-IT"/>
        </w:rPr>
      </w:pPr>
      <w:r w:rsidRPr="0083034E">
        <w:rPr>
          <w:b/>
          <w:bCs/>
        </w:rPr>
        <w:t xml:space="preserve">18. Have you ever tried to quit smoking? </w:t>
      </w:r>
      <w:r w:rsidRPr="0083034E">
        <w:rPr>
          <w:b/>
          <w:bCs/>
          <w:lang w:val="it-IT"/>
        </w:rPr>
        <w:t>*</w:t>
      </w:r>
    </w:p>
    <w:p w14:paraId="5239328F" w14:textId="77777777" w:rsidR="0083034E" w:rsidRPr="0083034E" w:rsidRDefault="0083034E" w:rsidP="00417B7F">
      <w:pPr>
        <w:spacing w:line="480" w:lineRule="auto"/>
        <w:rPr>
          <w:lang w:val="it-IT"/>
        </w:rPr>
      </w:pPr>
      <w:r w:rsidRPr="0083034E">
        <w:rPr>
          <w:i/>
          <w:iCs/>
          <w:lang w:val="it-IT"/>
        </w:rPr>
        <w:t>Select only one answer</w:t>
      </w:r>
    </w:p>
    <w:p w14:paraId="77557708" w14:textId="77777777" w:rsidR="0083034E" w:rsidRPr="0083034E" w:rsidRDefault="0083034E" w:rsidP="00417B7F">
      <w:pPr>
        <w:numPr>
          <w:ilvl w:val="0"/>
          <w:numId w:val="21"/>
        </w:numPr>
        <w:spacing w:line="480" w:lineRule="auto"/>
        <w:rPr>
          <w:lang w:val="it-IT"/>
        </w:rPr>
      </w:pPr>
      <w:r w:rsidRPr="0083034E">
        <w:rPr>
          <w:lang w:val="it-IT"/>
        </w:rPr>
        <w:t>Yes</w:t>
      </w:r>
    </w:p>
    <w:p w14:paraId="24C45B01" w14:textId="77777777" w:rsidR="0083034E" w:rsidRPr="0083034E" w:rsidRDefault="0083034E" w:rsidP="00417B7F">
      <w:pPr>
        <w:numPr>
          <w:ilvl w:val="0"/>
          <w:numId w:val="21"/>
        </w:numPr>
        <w:spacing w:line="480" w:lineRule="auto"/>
        <w:rPr>
          <w:lang w:val="it-IT"/>
        </w:rPr>
      </w:pPr>
      <w:r w:rsidRPr="0083034E">
        <w:rPr>
          <w:lang w:val="it-IT"/>
        </w:rPr>
        <w:t>No</w:t>
      </w:r>
    </w:p>
    <w:p w14:paraId="1BE3FAD3" w14:textId="77777777" w:rsidR="0083034E" w:rsidRPr="0083034E" w:rsidRDefault="0083034E" w:rsidP="00417B7F">
      <w:pPr>
        <w:numPr>
          <w:ilvl w:val="0"/>
          <w:numId w:val="21"/>
        </w:numPr>
        <w:spacing w:line="480" w:lineRule="auto"/>
        <w:rPr>
          <w:lang w:val="it-IT"/>
        </w:rPr>
      </w:pPr>
      <w:r w:rsidRPr="0083034E">
        <w:rPr>
          <w:lang w:val="it-IT"/>
        </w:rPr>
        <w:t>I have never smoked</w:t>
      </w:r>
    </w:p>
    <w:p w14:paraId="141A32BE" w14:textId="77777777" w:rsidR="0083034E" w:rsidRPr="0083034E" w:rsidRDefault="00000000" w:rsidP="00417B7F">
      <w:pPr>
        <w:spacing w:line="480" w:lineRule="auto"/>
        <w:rPr>
          <w:lang w:val="it-IT"/>
        </w:rPr>
      </w:pPr>
      <w:r>
        <w:rPr>
          <w:lang w:val="it-IT"/>
        </w:rPr>
        <w:pict w14:anchorId="310EE734">
          <v:rect id="_x0000_i1043" style="width:0;height:1.5pt" o:hralign="center" o:hrstd="t" o:hr="t" fillcolor="#a0a0a0" stroked="f"/>
        </w:pict>
      </w:r>
    </w:p>
    <w:p w14:paraId="4C195E71" w14:textId="77777777" w:rsidR="0083034E" w:rsidRPr="0083034E" w:rsidRDefault="0083034E" w:rsidP="00417B7F">
      <w:pPr>
        <w:spacing w:line="480" w:lineRule="auto"/>
        <w:rPr>
          <w:b/>
          <w:bCs/>
          <w:lang w:val="it-IT"/>
        </w:rPr>
      </w:pPr>
      <w:r w:rsidRPr="0083034E">
        <w:rPr>
          <w:b/>
          <w:bCs/>
        </w:rPr>
        <w:t xml:space="preserve">19. Have you ever tried accessing a smoking cessation service? </w:t>
      </w:r>
      <w:r w:rsidRPr="0083034E">
        <w:rPr>
          <w:b/>
          <w:bCs/>
          <w:lang w:val="it-IT"/>
        </w:rPr>
        <w:t>*</w:t>
      </w:r>
    </w:p>
    <w:p w14:paraId="0448F078" w14:textId="77777777" w:rsidR="0083034E" w:rsidRPr="0083034E" w:rsidRDefault="0083034E" w:rsidP="00417B7F">
      <w:pPr>
        <w:spacing w:line="480" w:lineRule="auto"/>
        <w:rPr>
          <w:lang w:val="it-IT"/>
        </w:rPr>
      </w:pPr>
      <w:r w:rsidRPr="0083034E">
        <w:rPr>
          <w:i/>
          <w:iCs/>
          <w:lang w:val="it-IT"/>
        </w:rPr>
        <w:t>Select only one answer</w:t>
      </w:r>
    </w:p>
    <w:p w14:paraId="7D3DCFC8" w14:textId="77777777" w:rsidR="0083034E" w:rsidRPr="0083034E" w:rsidRDefault="0083034E" w:rsidP="00417B7F">
      <w:pPr>
        <w:numPr>
          <w:ilvl w:val="0"/>
          <w:numId w:val="22"/>
        </w:numPr>
        <w:spacing w:line="480" w:lineRule="auto"/>
        <w:rPr>
          <w:lang w:val="it-IT"/>
        </w:rPr>
      </w:pPr>
      <w:r w:rsidRPr="0083034E">
        <w:rPr>
          <w:lang w:val="it-IT"/>
        </w:rPr>
        <w:t>Yes</w:t>
      </w:r>
    </w:p>
    <w:p w14:paraId="47592198" w14:textId="77777777" w:rsidR="0083034E" w:rsidRPr="0083034E" w:rsidRDefault="0083034E" w:rsidP="00417B7F">
      <w:pPr>
        <w:numPr>
          <w:ilvl w:val="0"/>
          <w:numId w:val="22"/>
        </w:numPr>
        <w:spacing w:line="480" w:lineRule="auto"/>
        <w:rPr>
          <w:lang w:val="it-IT"/>
        </w:rPr>
      </w:pPr>
      <w:r w:rsidRPr="0083034E">
        <w:rPr>
          <w:lang w:val="it-IT"/>
        </w:rPr>
        <w:t>No</w:t>
      </w:r>
    </w:p>
    <w:p w14:paraId="416A9A76" w14:textId="77777777" w:rsidR="0083034E" w:rsidRPr="0083034E" w:rsidRDefault="0083034E" w:rsidP="00417B7F">
      <w:pPr>
        <w:numPr>
          <w:ilvl w:val="0"/>
          <w:numId w:val="22"/>
        </w:numPr>
        <w:spacing w:line="480" w:lineRule="auto"/>
        <w:rPr>
          <w:lang w:val="it-IT"/>
        </w:rPr>
      </w:pPr>
      <w:r w:rsidRPr="0083034E">
        <w:rPr>
          <w:lang w:val="it-IT"/>
        </w:rPr>
        <w:t>I have never smoked</w:t>
      </w:r>
    </w:p>
    <w:p w14:paraId="31B47D54" w14:textId="77777777" w:rsidR="0083034E" w:rsidRPr="0083034E" w:rsidRDefault="00000000" w:rsidP="00417B7F">
      <w:pPr>
        <w:spacing w:line="480" w:lineRule="auto"/>
        <w:rPr>
          <w:lang w:val="it-IT"/>
        </w:rPr>
      </w:pPr>
      <w:r>
        <w:rPr>
          <w:lang w:val="it-IT"/>
        </w:rPr>
        <w:pict w14:anchorId="23C87EB9">
          <v:rect id="_x0000_i1044" style="width:0;height:1.5pt" o:hralign="center" o:hrstd="t" o:hr="t" fillcolor="#a0a0a0" stroked="f"/>
        </w:pict>
      </w:r>
    </w:p>
    <w:p w14:paraId="7438DEE5" w14:textId="77777777" w:rsidR="0083034E" w:rsidRPr="0083034E" w:rsidRDefault="0083034E" w:rsidP="00417B7F">
      <w:pPr>
        <w:spacing w:line="480" w:lineRule="auto"/>
        <w:rPr>
          <w:b/>
          <w:bCs/>
          <w:lang w:val="it-IT"/>
        </w:rPr>
      </w:pPr>
      <w:r w:rsidRPr="0083034E">
        <w:rPr>
          <w:b/>
          <w:bCs/>
        </w:rPr>
        <w:t xml:space="preserve">20. Has your infectious disease specialist ever referred you to a smoking cessation center? </w:t>
      </w:r>
      <w:r w:rsidRPr="0083034E">
        <w:rPr>
          <w:b/>
          <w:bCs/>
          <w:lang w:val="it-IT"/>
        </w:rPr>
        <w:t>*</w:t>
      </w:r>
    </w:p>
    <w:p w14:paraId="44CC0029" w14:textId="77777777" w:rsidR="0083034E" w:rsidRPr="0083034E" w:rsidRDefault="0083034E" w:rsidP="00417B7F">
      <w:pPr>
        <w:spacing w:line="480" w:lineRule="auto"/>
        <w:rPr>
          <w:lang w:val="it-IT"/>
        </w:rPr>
      </w:pPr>
      <w:r w:rsidRPr="0083034E">
        <w:rPr>
          <w:i/>
          <w:iCs/>
          <w:lang w:val="it-IT"/>
        </w:rPr>
        <w:t>Select only one answer</w:t>
      </w:r>
    </w:p>
    <w:p w14:paraId="612F003B" w14:textId="77777777" w:rsidR="0083034E" w:rsidRPr="0083034E" w:rsidRDefault="0083034E" w:rsidP="00417B7F">
      <w:pPr>
        <w:numPr>
          <w:ilvl w:val="0"/>
          <w:numId w:val="23"/>
        </w:numPr>
        <w:spacing w:line="480" w:lineRule="auto"/>
        <w:rPr>
          <w:lang w:val="it-IT"/>
        </w:rPr>
      </w:pPr>
      <w:r w:rsidRPr="0083034E">
        <w:rPr>
          <w:lang w:val="it-IT"/>
        </w:rPr>
        <w:t>Yes</w:t>
      </w:r>
    </w:p>
    <w:p w14:paraId="6328C161" w14:textId="77777777" w:rsidR="0083034E" w:rsidRPr="0083034E" w:rsidRDefault="0083034E" w:rsidP="00417B7F">
      <w:pPr>
        <w:numPr>
          <w:ilvl w:val="0"/>
          <w:numId w:val="23"/>
        </w:numPr>
        <w:spacing w:line="480" w:lineRule="auto"/>
        <w:rPr>
          <w:lang w:val="it-IT"/>
        </w:rPr>
      </w:pPr>
      <w:r w:rsidRPr="0083034E">
        <w:rPr>
          <w:lang w:val="it-IT"/>
        </w:rPr>
        <w:t>No</w:t>
      </w:r>
    </w:p>
    <w:p w14:paraId="2D8FA04C" w14:textId="77777777" w:rsidR="0083034E" w:rsidRPr="0083034E" w:rsidRDefault="0083034E" w:rsidP="00417B7F">
      <w:pPr>
        <w:numPr>
          <w:ilvl w:val="0"/>
          <w:numId w:val="23"/>
        </w:numPr>
        <w:spacing w:line="480" w:lineRule="auto"/>
        <w:rPr>
          <w:lang w:val="it-IT"/>
        </w:rPr>
      </w:pPr>
      <w:r w:rsidRPr="0083034E">
        <w:rPr>
          <w:lang w:val="it-IT"/>
        </w:rPr>
        <w:lastRenderedPageBreak/>
        <w:t>I have never smoked</w:t>
      </w:r>
    </w:p>
    <w:p w14:paraId="7A055953" w14:textId="77777777" w:rsidR="0083034E" w:rsidRPr="0083034E" w:rsidRDefault="00000000" w:rsidP="00417B7F">
      <w:pPr>
        <w:spacing w:line="480" w:lineRule="auto"/>
        <w:rPr>
          <w:lang w:val="it-IT"/>
        </w:rPr>
      </w:pPr>
      <w:r>
        <w:rPr>
          <w:lang w:val="it-IT"/>
        </w:rPr>
        <w:pict w14:anchorId="5DB247F6">
          <v:rect id="_x0000_i1045" style="width:0;height:1.5pt" o:hralign="center" o:hrstd="t" o:hr="t" fillcolor="#a0a0a0" stroked="f"/>
        </w:pict>
      </w:r>
    </w:p>
    <w:p w14:paraId="3A40BD90" w14:textId="77777777" w:rsidR="0083034E" w:rsidRPr="0083034E" w:rsidRDefault="0083034E" w:rsidP="00417B7F">
      <w:pPr>
        <w:spacing w:line="480" w:lineRule="auto"/>
        <w:rPr>
          <w:b/>
          <w:bCs/>
        </w:rPr>
      </w:pPr>
      <w:r w:rsidRPr="0083034E">
        <w:rPr>
          <w:b/>
          <w:bCs/>
        </w:rPr>
        <w:t>21. Has your healthcare provider ever prescribed tests related to smoking?</w:t>
      </w:r>
    </w:p>
    <w:p w14:paraId="60B51341" w14:textId="77777777" w:rsidR="0083034E" w:rsidRPr="0083034E" w:rsidRDefault="0083034E" w:rsidP="00417B7F">
      <w:pPr>
        <w:spacing w:line="480" w:lineRule="auto"/>
        <w:rPr>
          <w:lang w:val="it-IT"/>
        </w:rPr>
      </w:pPr>
      <w:r w:rsidRPr="0083034E">
        <w:rPr>
          <w:i/>
          <w:iCs/>
          <w:lang w:val="it-IT"/>
        </w:rPr>
        <w:t>Select only one answer</w:t>
      </w:r>
    </w:p>
    <w:p w14:paraId="1DB08B91" w14:textId="77777777" w:rsidR="0083034E" w:rsidRPr="0083034E" w:rsidRDefault="0083034E" w:rsidP="00417B7F">
      <w:pPr>
        <w:numPr>
          <w:ilvl w:val="0"/>
          <w:numId w:val="24"/>
        </w:numPr>
        <w:spacing w:line="480" w:lineRule="auto"/>
        <w:rPr>
          <w:lang w:val="it-IT"/>
        </w:rPr>
      </w:pPr>
      <w:r w:rsidRPr="0083034E">
        <w:rPr>
          <w:lang w:val="it-IT"/>
        </w:rPr>
        <w:t>Yes</w:t>
      </w:r>
    </w:p>
    <w:p w14:paraId="18E7032F" w14:textId="77777777" w:rsidR="0083034E" w:rsidRPr="0083034E" w:rsidRDefault="0083034E" w:rsidP="00417B7F">
      <w:pPr>
        <w:numPr>
          <w:ilvl w:val="0"/>
          <w:numId w:val="24"/>
        </w:numPr>
        <w:spacing w:line="480" w:lineRule="auto"/>
        <w:rPr>
          <w:lang w:val="it-IT"/>
        </w:rPr>
      </w:pPr>
      <w:r w:rsidRPr="0083034E">
        <w:rPr>
          <w:lang w:val="it-IT"/>
        </w:rPr>
        <w:t>No</w:t>
      </w:r>
    </w:p>
    <w:p w14:paraId="7171DCD1" w14:textId="77777777" w:rsidR="0083034E" w:rsidRPr="0083034E" w:rsidRDefault="0083034E" w:rsidP="00417B7F">
      <w:pPr>
        <w:numPr>
          <w:ilvl w:val="0"/>
          <w:numId w:val="24"/>
        </w:numPr>
        <w:spacing w:line="480" w:lineRule="auto"/>
        <w:rPr>
          <w:lang w:val="it-IT"/>
        </w:rPr>
      </w:pPr>
      <w:r w:rsidRPr="0083034E">
        <w:rPr>
          <w:lang w:val="it-IT"/>
        </w:rPr>
        <w:t>I have never smoked</w:t>
      </w:r>
    </w:p>
    <w:p w14:paraId="3831275A" w14:textId="77777777" w:rsidR="0083034E" w:rsidRPr="0083034E" w:rsidRDefault="00000000" w:rsidP="00417B7F">
      <w:pPr>
        <w:spacing w:line="480" w:lineRule="auto"/>
        <w:rPr>
          <w:lang w:val="it-IT"/>
        </w:rPr>
      </w:pPr>
      <w:r>
        <w:rPr>
          <w:lang w:val="it-IT"/>
        </w:rPr>
        <w:pict w14:anchorId="1B7F9085">
          <v:rect id="_x0000_i1046" style="width:0;height:1.5pt" o:hralign="center" o:hrstd="t" o:hr="t" fillcolor="#a0a0a0" stroked="f"/>
        </w:pict>
      </w:r>
    </w:p>
    <w:p w14:paraId="50BF710D" w14:textId="77777777" w:rsidR="0083034E" w:rsidRPr="0083034E" w:rsidRDefault="0083034E" w:rsidP="00417B7F">
      <w:pPr>
        <w:spacing w:line="480" w:lineRule="auto"/>
        <w:rPr>
          <w:b/>
          <w:bCs/>
        </w:rPr>
      </w:pPr>
      <w:r w:rsidRPr="0083034E">
        <w:rPr>
          <w:b/>
          <w:bCs/>
        </w:rPr>
        <w:t xml:space="preserve">22. If yes, which tests? </w:t>
      </w:r>
      <w:r w:rsidRPr="0083034E">
        <w:rPr>
          <w:b/>
          <w:bCs/>
          <w:i/>
          <w:iCs/>
        </w:rPr>
        <w:t>(You can select multiple options)</w:t>
      </w:r>
    </w:p>
    <w:p w14:paraId="5B60D2E4" w14:textId="77777777" w:rsidR="0083034E" w:rsidRPr="0083034E" w:rsidRDefault="0083034E" w:rsidP="00417B7F">
      <w:pPr>
        <w:spacing w:line="480" w:lineRule="auto"/>
        <w:rPr>
          <w:lang w:val="it-IT"/>
        </w:rPr>
      </w:pPr>
      <w:r w:rsidRPr="0083034E">
        <w:rPr>
          <w:i/>
          <w:iCs/>
          <w:lang w:val="it-IT"/>
        </w:rPr>
        <w:t>Select all that apply</w:t>
      </w:r>
    </w:p>
    <w:p w14:paraId="2C87667F" w14:textId="77777777" w:rsidR="0083034E" w:rsidRPr="0083034E" w:rsidRDefault="0083034E" w:rsidP="00417B7F">
      <w:pPr>
        <w:numPr>
          <w:ilvl w:val="0"/>
          <w:numId w:val="25"/>
        </w:numPr>
        <w:spacing w:line="480" w:lineRule="auto"/>
        <w:rPr>
          <w:lang w:val="it-IT"/>
        </w:rPr>
      </w:pPr>
      <w:r w:rsidRPr="0083034E">
        <w:rPr>
          <w:lang w:val="it-IT"/>
        </w:rPr>
        <w:t>Pulmonology consultation</w:t>
      </w:r>
    </w:p>
    <w:p w14:paraId="6173DEAA" w14:textId="77777777" w:rsidR="0083034E" w:rsidRPr="0083034E" w:rsidRDefault="0083034E" w:rsidP="00417B7F">
      <w:pPr>
        <w:numPr>
          <w:ilvl w:val="0"/>
          <w:numId w:val="25"/>
        </w:numPr>
        <w:spacing w:line="480" w:lineRule="auto"/>
        <w:rPr>
          <w:lang w:val="it-IT"/>
        </w:rPr>
      </w:pPr>
      <w:r w:rsidRPr="0083034E">
        <w:rPr>
          <w:lang w:val="it-IT"/>
        </w:rPr>
        <w:t>Spirometry</w:t>
      </w:r>
    </w:p>
    <w:p w14:paraId="3532195E" w14:textId="77777777" w:rsidR="0083034E" w:rsidRPr="0083034E" w:rsidRDefault="0083034E" w:rsidP="00417B7F">
      <w:pPr>
        <w:numPr>
          <w:ilvl w:val="0"/>
          <w:numId w:val="25"/>
        </w:numPr>
        <w:spacing w:line="480" w:lineRule="auto"/>
        <w:rPr>
          <w:lang w:val="it-IT"/>
        </w:rPr>
      </w:pPr>
      <w:r w:rsidRPr="0083034E">
        <w:rPr>
          <w:lang w:val="it-IT"/>
        </w:rPr>
        <w:t>Chest X-ray</w:t>
      </w:r>
    </w:p>
    <w:p w14:paraId="5E03FD6B" w14:textId="77777777" w:rsidR="0083034E" w:rsidRPr="0083034E" w:rsidRDefault="0083034E" w:rsidP="00417B7F">
      <w:pPr>
        <w:numPr>
          <w:ilvl w:val="0"/>
          <w:numId w:val="25"/>
        </w:numPr>
        <w:spacing w:line="480" w:lineRule="auto"/>
        <w:rPr>
          <w:lang w:val="it-IT"/>
        </w:rPr>
      </w:pPr>
      <w:r w:rsidRPr="0083034E">
        <w:rPr>
          <w:lang w:val="it-IT"/>
        </w:rPr>
        <w:t>Chest CT scan</w:t>
      </w:r>
    </w:p>
    <w:p w14:paraId="42533536" w14:textId="07931F1E" w:rsidR="003D4721" w:rsidRDefault="003D4721" w:rsidP="00417B7F">
      <w:pPr>
        <w:spacing w:line="480" w:lineRule="auto"/>
      </w:pPr>
    </w:p>
    <w:sectPr w:rsidR="003D4721"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03185C80"/>
    <w:multiLevelType w:val="multilevel"/>
    <w:tmpl w:val="B3CC5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D5330D"/>
    <w:multiLevelType w:val="multilevel"/>
    <w:tmpl w:val="7B3AD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EC1CB5"/>
    <w:multiLevelType w:val="multilevel"/>
    <w:tmpl w:val="1086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515A1C"/>
    <w:multiLevelType w:val="multilevel"/>
    <w:tmpl w:val="46407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412C0C"/>
    <w:multiLevelType w:val="multilevel"/>
    <w:tmpl w:val="129E8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485019"/>
    <w:multiLevelType w:val="multilevel"/>
    <w:tmpl w:val="275C6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EA73A3"/>
    <w:multiLevelType w:val="multilevel"/>
    <w:tmpl w:val="01B4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EC7BA8"/>
    <w:multiLevelType w:val="multilevel"/>
    <w:tmpl w:val="4E269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B419F4"/>
    <w:multiLevelType w:val="multilevel"/>
    <w:tmpl w:val="AC525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372F73"/>
    <w:multiLevelType w:val="multilevel"/>
    <w:tmpl w:val="30662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B5143E"/>
    <w:multiLevelType w:val="multilevel"/>
    <w:tmpl w:val="6F2A3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031E6C"/>
    <w:multiLevelType w:val="multilevel"/>
    <w:tmpl w:val="765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1A6882"/>
    <w:multiLevelType w:val="multilevel"/>
    <w:tmpl w:val="FF32B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902D27"/>
    <w:multiLevelType w:val="multilevel"/>
    <w:tmpl w:val="FC06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A901E0"/>
    <w:multiLevelType w:val="multilevel"/>
    <w:tmpl w:val="5D18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387337"/>
    <w:multiLevelType w:val="multilevel"/>
    <w:tmpl w:val="B9E2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198351">
    <w:abstractNumId w:val="8"/>
  </w:num>
  <w:num w:numId="2" w16cid:durableId="533805806">
    <w:abstractNumId w:val="6"/>
  </w:num>
  <w:num w:numId="3" w16cid:durableId="1181621091">
    <w:abstractNumId w:val="5"/>
  </w:num>
  <w:num w:numId="4" w16cid:durableId="139229379">
    <w:abstractNumId w:val="4"/>
  </w:num>
  <w:num w:numId="5" w16cid:durableId="184901546">
    <w:abstractNumId w:val="7"/>
  </w:num>
  <w:num w:numId="6" w16cid:durableId="1055933277">
    <w:abstractNumId w:val="3"/>
  </w:num>
  <w:num w:numId="7" w16cid:durableId="1743913056">
    <w:abstractNumId w:val="2"/>
  </w:num>
  <w:num w:numId="8" w16cid:durableId="2118594145">
    <w:abstractNumId w:val="1"/>
  </w:num>
  <w:num w:numId="9" w16cid:durableId="507526102">
    <w:abstractNumId w:val="0"/>
  </w:num>
  <w:num w:numId="10" w16cid:durableId="2076656927">
    <w:abstractNumId w:val="9"/>
  </w:num>
  <w:num w:numId="11" w16cid:durableId="1679041684">
    <w:abstractNumId w:val="23"/>
  </w:num>
  <w:num w:numId="12" w16cid:durableId="563178034">
    <w:abstractNumId w:val="10"/>
  </w:num>
  <w:num w:numId="13" w16cid:durableId="1394231522">
    <w:abstractNumId w:val="20"/>
  </w:num>
  <w:num w:numId="14" w16cid:durableId="894778383">
    <w:abstractNumId w:val="17"/>
  </w:num>
  <w:num w:numId="15" w16cid:durableId="535430875">
    <w:abstractNumId w:val="21"/>
  </w:num>
  <w:num w:numId="16" w16cid:durableId="11877851">
    <w:abstractNumId w:val="16"/>
  </w:num>
  <w:num w:numId="17" w16cid:durableId="1265654399">
    <w:abstractNumId w:val="13"/>
  </w:num>
  <w:num w:numId="18" w16cid:durableId="2020308113">
    <w:abstractNumId w:val="11"/>
  </w:num>
  <w:num w:numId="19" w16cid:durableId="1475947954">
    <w:abstractNumId w:val="15"/>
  </w:num>
  <w:num w:numId="20" w16cid:durableId="592781809">
    <w:abstractNumId w:val="14"/>
  </w:num>
  <w:num w:numId="21" w16cid:durableId="327174530">
    <w:abstractNumId w:val="18"/>
  </w:num>
  <w:num w:numId="22" w16cid:durableId="2075464597">
    <w:abstractNumId w:val="19"/>
  </w:num>
  <w:num w:numId="23" w16cid:durableId="905723533">
    <w:abstractNumId w:val="24"/>
  </w:num>
  <w:num w:numId="24" w16cid:durableId="879249933">
    <w:abstractNumId w:val="22"/>
  </w:num>
  <w:num w:numId="25" w16cid:durableId="15285259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C06"/>
    <w:rsid w:val="0015074B"/>
    <w:rsid w:val="0029639D"/>
    <w:rsid w:val="00326F90"/>
    <w:rsid w:val="00391DEA"/>
    <w:rsid w:val="003D4721"/>
    <w:rsid w:val="00417B7F"/>
    <w:rsid w:val="0083034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744A9B"/>
  <w14:defaultImageDpi w14:val="300"/>
  <w15:docId w15:val="{C679AC88-1076-4CCC-B321-41CC17E30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1620">
      <w:bodyDiv w:val="1"/>
      <w:marLeft w:val="0"/>
      <w:marRight w:val="0"/>
      <w:marTop w:val="0"/>
      <w:marBottom w:val="0"/>
      <w:divBdr>
        <w:top w:val="none" w:sz="0" w:space="0" w:color="auto"/>
        <w:left w:val="none" w:sz="0" w:space="0" w:color="auto"/>
        <w:bottom w:val="none" w:sz="0" w:space="0" w:color="auto"/>
        <w:right w:val="none" w:sz="0" w:space="0" w:color="auto"/>
      </w:divBdr>
    </w:div>
    <w:div w:id="633830309">
      <w:bodyDiv w:val="1"/>
      <w:marLeft w:val="0"/>
      <w:marRight w:val="0"/>
      <w:marTop w:val="0"/>
      <w:marBottom w:val="0"/>
      <w:divBdr>
        <w:top w:val="none" w:sz="0" w:space="0" w:color="auto"/>
        <w:left w:val="none" w:sz="0" w:space="0" w:color="auto"/>
        <w:bottom w:val="none" w:sz="0" w:space="0" w:color="auto"/>
        <w:right w:val="none" w:sz="0" w:space="0" w:color="auto"/>
      </w:divBdr>
    </w:div>
    <w:div w:id="1473978954">
      <w:bodyDiv w:val="1"/>
      <w:marLeft w:val="0"/>
      <w:marRight w:val="0"/>
      <w:marTop w:val="0"/>
      <w:marBottom w:val="0"/>
      <w:divBdr>
        <w:top w:val="none" w:sz="0" w:space="0" w:color="auto"/>
        <w:left w:val="none" w:sz="0" w:space="0" w:color="auto"/>
        <w:bottom w:val="none" w:sz="0" w:space="0" w:color="auto"/>
        <w:right w:val="none" w:sz="0" w:space="0" w:color="auto"/>
      </w:divBdr>
    </w:div>
    <w:div w:id="1749183377">
      <w:bodyDiv w:val="1"/>
      <w:marLeft w:val="0"/>
      <w:marRight w:val="0"/>
      <w:marTop w:val="0"/>
      <w:marBottom w:val="0"/>
      <w:divBdr>
        <w:top w:val="none" w:sz="0" w:space="0" w:color="auto"/>
        <w:left w:val="none" w:sz="0" w:space="0" w:color="auto"/>
        <w:bottom w:val="none" w:sz="0" w:space="0" w:color="auto"/>
        <w:right w:val="none" w:sz="0" w:space="0" w:color="auto"/>
      </w:divBdr>
    </w:div>
    <w:div w:id="1782067363">
      <w:bodyDiv w:val="1"/>
      <w:marLeft w:val="0"/>
      <w:marRight w:val="0"/>
      <w:marTop w:val="0"/>
      <w:marBottom w:val="0"/>
      <w:divBdr>
        <w:top w:val="none" w:sz="0" w:space="0" w:color="auto"/>
        <w:left w:val="none" w:sz="0" w:space="0" w:color="auto"/>
        <w:bottom w:val="none" w:sz="0" w:space="0" w:color="auto"/>
        <w:right w:val="none" w:sz="0" w:space="0" w:color="auto"/>
      </w:divBdr>
      <w:divsChild>
        <w:div w:id="1964536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3188906">
      <w:bodyDiv w:val="1"/>
      <w:marLeft w:val="0"/>
      <w:marRight w:val="0"/>
      <w:marTop w:val="0"/>
      <w:marBottom w:val="0"/>
      <w:divBdr>
        <w:top w:val="none" w:sz="0" w:space="0" w:color="auto"/>
        <w:left w:val="none" w:sz="0" w:space="0" w:color="auto"/>
        <w:bottom w:val="none" w:sz="0" w:space="0" w:color="auto"/>
        <w:right w:val="none" w:sz="0" w:space="0" w:color="auto"/>
      </w:divBdr>
      <w:divsChild>
        <w:div w:id="69550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MADEDDU Giordano</cp:lastModifiedBy>
  <cp:revision>3</cp:revision>
  <dcterms:created xsi:type="dcterms:W3CDTF">2025-02-25T12:52:00Z</dcterms:created>
  <dcterms:modified xsi:type="dcterms:W3CDTF">2025-10-23T06:33:00Z</dcterms:modified>
  <cp:category/>
</cp:coreProperties>
</file>