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5CFEB6" w14:textId="73256427" w:rsidR="001E1ACA" w:rsidRPr="00BF7A03" w:rsidRDefault="008C48B0" w:rsidP="00B86D9C">
      <w:pPr>
        <w:spacing w:after="0" w:line="240" w:lineRule="auto"/>
        <w:rPr>
          <w:rFonts w:ascii="Arial" w:hAnsi="Arial" w:cs="Arial"/>
          <w:b/>
          <w:bCs/>
          <w:lang w:val="en-GB"/>
        </w:rPr>
      </w:pPr>
      <w:r w:rsidRPr="00BF7A03">
        <w:rPr>
          <w:rFonts w:ascii="Arial" w:hAnsi="Arial" w:cs="Arial"/>
          <w:b/>
          <w:bCs/>
          <w:lang w:val="en-GB"/>
        </w:rPr>
        <w:t>S</w:t>
      </w:r>
      <w:r w:rsidR="00F531DB" w:rsidRPr="00BF7A03">
        <w:rPr>
          <w:rFonts w:ascii="Arial" w:hAnsi="Arial" w:cs="Arial"/>
          <w:b/>
          <w:bCs/>
          <w:lang w:val="en-GB"/>
        </w:rPr>
        <w:t>upplement</w:t>
      </w:r>
      <w:r w:rsidR="00F531DB">
        <w:rPr>
          <w:rFonts w:ascii="Arial" w:hAnsi="Arial" w:cs="Arial"/>
          <w:b/>
          <w:bCs/>
          <w:lang w:val="en-GB"/>
        </w:rPr>
        <w:t xml:space="preserve"> to: </w:t>
      </w:r>
    </w:p>
    <w:p w14:paraId="1BF2C6C1" w14:textId="77777777" w:rsidR="008C48B0" w:rsidRDefault="008C48B0" w:rsidP="00B86D9C">
      <w:pPr>
        <w:spacing w:after="0" w:line="240" w:lineRule="auto"/>
        <w:rPr>
          <w:rFonts w:ascii="Arial" w:hAnsi="Arial" w:cs="Arial"/>
          <w:b/>
          <w:bCs/>
          <w:lang w:val="en-GB"/>
        </w:rPr>
      </w:pPr>
    </w:p>
    <w:p w14:paraId="1826BABE" w14:textId="77777777" w:rsidR="00F531DB" w:rsidRDefault="00F531DB" w:rsidP="00B86D9C">
      <w:pPr>
        <w:spacing w:after="0" w:line="240" w:lineRule="auto"/>
        <w:rPr>
          <w:rFonts w:ascii="Arial" w:hAnsi="Arial" w:cs="Arial"/>
          <w:b/>
          <w:bCs/>
          <w:lang w:val="en-GB"/>
        </w:rPr>
      </w:pPr>
    </w:p>
    <w:p w14:paraId="531BC220" w14:textId="77777777" w:rsidR="00F531DB" w:rsidRPr="00BF7A03" w:rsidRDefault="00F531DB" w:rsidP="00F531DB">
      <w:pPr>
        <w:spacing w:after="0" w:line="360" w:lineRule="auto"/>
        <w:rPr>
          <w:rFonts w:ascii="Arial" w:eastAsia="Times New Roman" w:hAnsi="Arial" w:cs="Arial"/>
          <w:b/>
          <w:bCs/>
          <w:sz w:val="28"/>
          <w:szCs w:val="28"/>
          <w:lang w:val="en-GB" w:eastAsia="en-GB"/>
        </w:rPr>
      </w:pPr>
      <w:r w:rsidRPr="00BF7A03">
        <w:rPr>
          <w:rFonts w:ascii="Arial" w:eastAsia="Times New Roman" w:hAnsi="Arial" w:cs="Arial"/>
          <w:b/>
          <w:bCs/>
          <w:sz w:val="28"/>
          <w:szCs w:val="28"/>
          <w:lang w:val="en-GB" w:eastAsia="en-GB"/>
        </w:rPr>
        <w:t xml:space="preserve">A retrospective, observational cohort study of treatment patterns and outcomes among patients with </w:t>
      </w:r>
      <w:r w:rsidRPr="00BF7A03">
        <w:rPr>
          <w:rFonts w:ascii="Arial" w:hAnsi="Arial" w:cs="Arial"/>
          <w:b/>
          <w:bCs/>
          <w:sz w:val="28"/>
          <w:szCs w:val="28"/>
        </w:rPr>
        <w:t>hormone receptor-positive/human epidermal growth factor receptor 2-negative metastatic breast cancer</w:t>
      </w:r>
      <w:r w:rsidRPr="00BF7A03">
        <w:rPr>
          <w:rFonts w:ascii="Arial" w:eastAsia="Times New Roman" w:hAnsi="Arial" w:cs="Arial"/>
          <w:b/>
          <w:bCs/>
          <w:sz w:val="28"/>
          <w:szCs w:val="28"/>
          <w:lang w:val="en-GB" w:eastAsia="en-GB"/>
        </w:rPr>
        <w:t xml:space="preserve"> in the United States following endocrine therapy </w:t>
      </w:r>
    </w:p>
    <w:p w14:paraId="6AF32262" w14:textId="77777777" w:rsidR="00F531DB" w:rsidRPr="00BF7A03" w:rsidRDefault="00F531DB" w:rsidP="00F531DB">
      <w:pPr>
        <w:spacing w:after="0" w:line="360" w:lineRule="auto"/>
        <w:rPr>
          <w:rFonts w:ascii="Arial" w:hAnsi="Arial" w:cs="Arial"/>
          <w:highlight w:val="yellow"/>
        </w:rPr>
      </w:pPr>
    </w:p>
    <w:p w14:paraId="0C7B04DD" w14:textId="4C44300C" w:rsidR="00F531DB" w:rsidRPr="00BF7A03" w:rsidRDefault="00F531DB" w:rsidP="00F531DB">
      <w:pPr>
        <w:spacing w:after="0" w:line="360" w:lineRule="auto"/>
        <w:rPr>
          <w:rFonts w:ascii="Arial" w:hAnsi="Arial" w:cs="Arial"/>
        </w:rPr>
      </w:pPr>
      <w:r w:rsidRPr="00BF7A03">
        <w:rPr>
          <w:rFonts w:ascii="Arial" w:hAnsi="Arial" w:cs="Arial"/>
        </w:rPr>
        <w:t>Joyce O’Shaughnessy, MK Rehnquist, Natalia Sadetsky, Wendy Verret, Pelin Cinar, Nikoleta Sjekloca, Linda Nguyen, Rita Nanda, Priyanka Sharma</w:t>
      </w:r>
    </w:p>
    <w:p w14:paraId="5102FA4E" w14:textId="77777777" w:rsidR="00F531DB" w:rsidRDefault="00F531DB" w:rsidP="00B86D9C">
      <w:pPr>
        <w:spacing w:after="0" w:line="240" w:lineRule="auto"/>
        <w:rPr>
          <w:rFonts w:ascii="Arial" w:hAnsi="Arial" w:cs="Arial"/>
          <w:b/>
          <w:bCs/>
          <w:lang w:val="en-GB"/>
        </w:rPr>
      </w:pPr>
    </w:p>
    <w:p w14:paraId="72E43E02" w14:textId="77777777" w:rsidR="00F531DB" w:rsidRDefault="00F531DB" w:rsidP="00B86D9C">
      <w:pPr>
        <w:spacing w:after="0" w:line="240" w:lineRule="auto"/>
        <w:rPr>
          <w:rFonts w:ascii="Arial" w:hAnsi="Arial" w:cs="Arial"/>
          <w:b/>
          <w:bCs/>
          <w:lang w:val="en-GB"/>
        </w:rPr>
      </w:pPr>
    </w:p>
    <w:sdt>
      <w:sdtPr>
        <w:rPr>
          <w:rFonts w:asciiTheme="minorHAnsi" w:eastAsiaTheme="minorHAnsi" w:hAnsiTheme="minorHAnsi" w:cstheme="minorBidi"/>
          <w:b w:val="0"/>
          <w:color w:val="auto"/>
          <w:sz w:val="22"/>
          <w:szCs w:val="22"/>
        </w:rPr>
        <w:id w:val="506339734"/>
        <w:docPartObj>
          <w:docPartGallery w:val="Table of Contents"/>
          <w:docPartUnique/>
        </w:docPartObj>
      </w:sdtPr>
      <w:sdtEndPr>
        <w:rPr>
          <w:bCs/>
          <w:noProof/>
        </w:rPr>
      </w:sdtEndPr>
      <w:sdtContent>
        <w:p w14:paraId="251F7F8C" w14:textId="34A73E8D" w:rsidR="00F531DB" w:rsidRDefault="00F531DB">
          <w:pPr>
            <w:pStyle w:val="TOCHeading"/>
          </w:pPr>
          <w:r>
            <w:t>Table of Contents</w:t>
          </w:r>
        </w:p>
        <w:p w14:paraId="7F8E5089" w14:textId="5C80DD3A" w:rsidR="00F531DB" w:rsidRDefault="00F531DB">
          <w:pPr>
            <w:pStyle w:val="TOC1"/>
            <w:tabs>
              <w:tab w:val="right" w:leader="dot" w:pos="9350"/>
            </w:tabs>
            <w:rPr>
              <w:rFonts w:eastAsiaTheme="minorEastAsia"/>
              <w:noProof/>
              <w:kern w:val="2"/>
              <w:sz w:val="24"/>
              <w:szCs w:val="24"/>
              <w14:ligatures w14:val="standardContextual"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221892451" w:history="1">
            <w:r w:rsidRPr="0056203C">
              <w:rPr>
                <w:rStyle w:val="Hyperlink"/>
                <w:b/>
                <w:bCs/>
                <w:noProof/>
                <w:lang w:val="en-GB"/>
              </w:rPr>
              <w:t>Supplement Fig. 1</w:t>
            </w:r>
            <w:r w:rsidRPr="0056203C">
              <w:rPr>
                <w:rStyle w:val="Hyperlink"/>
                <w:noProof/>
                <w:lang w:val="en-GB"/>
              </w:rPr>
              <w:t xml:space="preserve"> Study design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_Toc221892451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722D16"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1B48325" w14:textId="6F695483" w:rsidR="00F531DB" w:rsidRDefault="00F531DB">
          <w:pPr>
            <w:pStyle w:val="TOC1"/>
            <w:tabs>
              <w:tab w:val="right" w:leader="dot" w:pos="9350"/>
            </w:tabs>
            <w:rPr>
              <w:rFonts w:eastAsiaTheme="minorEastAsia"/>
              <w:noProof/>
              <w:kern w:val="2"/>
              <w:sz w:val="24"/>
              <w:szCs w:val="24"/>
              <w14:ligatures w14:val="standardContextual"/>
            </w:rPr>
          </w:pPr>
          <w:hyperlink w:anchor="_Toc221892452" w:history="1">
            <w:r w:rsidRPr="0056203C">
              <w:rPr>
                <w:rStyle w:val="Hyperlink"/>
                <w:b/>
                <w:bCs/>
                <w:noProof/>
              </w:rPr>
              <w:t>Supplement Table 1</w:t>
            </w:r>
            <w:r w:rsidRPr="0056203C">
              <w:rPr>
                <w:rStyle w:val="Hyperlink"/>
                <w:noProof/>
              </w:rPr>
              <w:t xml:space="preserve"> Demographic and clinical characteristics by race/ethnicity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_Toc221892452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722D16"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46CDDC7" w14:textId="286E906C" w:rsidR="00F531DB" w:rsidRDefault="00F531DB">
          <w:r>
            <w:rPr>
              <w:b/>
              <w:bCs/>
              <w:noProof/>
            </w:rPr>
            <w:fldChar w:fldCharType="end"/>
          </w:r>
        </w:p>
      </w:sdtContent>
    </w:sdt>
    <w:p w14:paraId="446A0114" w14:textId="77777777" w:rsidR="00F531DB" w:rsidRPr="00BF7A03" w:rsidRDefault="00F531DB" w:rsidP="00B86D9C">
      <w:pPr>
        <w:spacing w:after="0" w:line="240" w:lineRule="auto"/>
        <w:rPr>
          <w:rFonts w:ascii="Arial" w:hAnsi="Arial" w:cs="Arial"/>
          <w:b/>
          <w:bCs/>
          <w:lang w:val="en-GB"/>
        </w:rPr>
      </w:pPr>
    </w:p>
    <w:p w14:paraId="396FA9FC" w14:textId="77777777" w:rsidR="00F531DB" w:rsidRDefault="00F531DB">
      <w:pPr>
        <w:spacing w:after="0" w:line="240" w:lineRule="auto"/>
        <w:rPr>
          <w:rFonts w:ascii="Arial" w:hAnsi="Arial" w:cs="Arial"/>
          <w:b/>
          <w:bCs/>
          <w:lang w:val="en-GB"/>
        </w:rPr>
      </w:pPr>
      <w:r>
        <w:rPr>
          <w:rFonts w:ascii="Arial" w:hAnsi="Arial" w:cs="Arial"/>
          <w:b/>
          <w:bCs/>
          <w:lang w:val="en-GB"/>
        </w:rPr>
        <w:br w:type="page"/>
      </w:r>
    </w:p>
    <w:p w14:paraId="135940F9" w14:textId="6A53CC25" w:rsidR="008C48B0" w:rsidRPr="00BF7A03" w:rsidRDefault="008C48B0" w:rsidP="004D2CC3">
      <w:pPr>
        <w:pStyle w:val="Heading1"/>
        <w:rPr>
          <w:lang w:val="en-GB"/>
        </w:rPr>
      </w:pPr>
      <w:bookmarkStart w:id="0" w:name="_Toc221892451"/>
      <w:r w:rsidRPr="004D2CC3">
        <w:rPr>
          <w:b/>
          <w:bCs/>
          <w:lang w:val="en-GB"/>
        </w:rPr>
        <w:lastRenderedPageBreak/>
        <w:t>S</w:t>
      </w:r>
      <w:r w:rsidR="0076628C" w:rsidRPr="004D2CC3">
        <w:rPr>
          <w:b/>
          <w:bCs/>
          <w:lang w:val="en-GB"/>
        </w:rPr>
        <w:t>upplement</w:t>
      </w:r>
      <w:r w:rsidRPr="004D2CC3">
        <w:rPr>
          <w:b/>
          <w:bCs/>
          <w:lang w:val="en-GB"/>
        </w:rPr>
        <w:t xml:space="preserve"> Fig</w:t>
      </w:r>
      <w:r w:rsidR="003B0B77" w:rsidRPr="004D2CC3">
        <w:rPr>
          <w:b/>
          <w:bCs/>
          <w:lang w:val="en-GB"/>
        </w:rPr>
        <w:t>.</w:t>
      </w:r>
      <w:r w:rsidRPr="004D2CC3">
        <w:rPr>
          <w:b/>
          <w:bCs/>
          <w:lang w:val="en-GB"/>
        </w:rPr>
        <w:t xml:space="preserve"> 1</w:t>
      </w:r>
      <w:r w:rsidR="00DF1C5C" w:rsidRPr="00BF7A03">
        <w:rPr>
          <w:lang w:val="en-GB"/>
        </w:rPr>
        <w:t xml:space="preserve"> Study design</w:t>
      </w:r>
      <w:bookmarkEnd w:id="0"/>
    </w:p>
    <w:p w14:paraId="1189ADB3" w14:textId="7E3FC4A4" w:rsidR="00081BA0" w:rsidRPr="00BF7A03" w:rsidRDefault="00081BA0" w:rsidP="00081BA0">
      <w:pPr>
        <w:spacing w:after="0" w:line="360" w:lineRule="auto"/>
        <w:rPr>
          <w:rFonts w:ascii="Arial" w:hAnsi="Arial" w:cs="Arial"/>
          <w:lang w:val="en-GB"/>
        </w:rPr>
      </w:pPr>
      <w:r w:rsidRPr="00BF7A03">
        <w:rPr>
          <w:rFonts w:ascii="Arial" w:hAnsi="Arial" w:cs="Arial"/>
          <w:lang w:val="en-GB"/>
        </w:rPr>
        <w:t xml:space="preserve">1L, first-line; </w:t>
      </w:r>
      <w:r w:rsidR="002D1F07" w:rsidRPr="00BF7A03">
        <w:rPr>
          <w:rFonts w:ascii="Arial" w:hAnsi="Arial" w:cs="Arial"/>
          <w:lang w:val="en-GB"/>
        </w:rPr>
        <w:t xml:space="preserve">dx, diagnosis; ET, endocrine therapy; </w:t>
      </w:r>
      <w:r w:rsidRPr="00BF7A03">
        <w:rPr>
          <w:rFonts w:ascii="Arial" w:hAnsi="Arial" w:cs="Arial"/>
          <w:lang w:val="en-GB"/>
        </w:rPr>
        <w:t>mBC, metastatic breast cancer</w:t>
      </w:r>
      <w:r w:rsidR="00A76569">
        <w:rPr>
          <w:rFonts w:ascii="Arial" w:hAnsi="Arial" w:cs="Arial"/>
          <w:lang w:val="en-GB"/>
        </w:rPr>
        <w:t>.</w:t>
      </w:r>
    </w:p>
    <w:p w14:paraId="1962671E" w14:textId="77777777" w:rsidR="008C48B0" w:rsidRDefault="008C48B0" w:rsidP="00B86D9C">
      <w:pPr>
        <w:spacing w:after="0" w:line="240" w:lineRule="auto"/>
        <w:rPr>
          <w:rFonts w:ascii="Arial" w:hAnsi="Arial" w:cs="Arial"/>
          <w:sz w:val="18"/>
          <w:szCs w:val="18"/>
          <w:lang w:val="en-GB"/>
        </w:rPr>
      </w:pPr>
    </w:p>
    <w:p w14:paraId="34876F08" w14:textId="732A2B03" w:rsidR="003A7B92" w:rsidRPr="00694348" w:rsidRDefault="00694348" w:rsidP="00B86D9C">
      <w:pPr>
        <w:spacing w:after="0" w:line="240" w:lineRule="auto"/>
        <w:rPr>
          <w:rFonts w:ascii="Arial" w:hAnsi="Arial" w:cs="Arial"/>
          <w:sz w:val="18"/>
          <w:szCs w:val="18"/>
          <w:lang w:val="en-GB"/>
        </w:rPr>
      </w:pPr>
      <w:r>
        <w:rPr>
          <w:noProof/>
          <w:lang w:val="en-GB"/>
        </w:rPr>
        <w:drawing>
          <wp:inline distT="0" distB="0" distL="0" distR="0" wp14:anchorId="0E503012" wp14:editId="619A2FD7">
            <wp:extent cx="5943600" cy="2286000"/>
            <wp:effectExtent l="0" t="0" r="0" b="0"/>
            <wp:docPr id="139996610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228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BC91A9F" w14:textId="11B5BC45" w:rsidR="009B77EA" w:rsidRPr="00BF7A03" w:rsidRDefault="009B77EA" w:rsidP="00B86D9C">
      <w:pPr>
        <w:spacing w:after="0" w:line="240" w:lineRule="auto"/>
        <w:rPr>
          <w:rFonts w:ascii="Arial" w:hAnsi="Arial" w:cs="Arial"/>
          <w:sz w:val="18"/>
          <w:szCs w:val="18"/>
          <w:lang w:val="en-GB"/>
        </w:rPr>
        <w:sectPr w:rsidR="009B77EA" w:rsidRPr="00BF7A03" w:rsidSect="008C48B0">
          <w:headerReference w:type="even" r:id="rId9"/>
          <w:headerReference w:type="default" r:id="rId10"/>
          <w:footerReference w:type="default" r:id="rId11"/>
          <w:headerReference w:type="first" r:id="rId12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65EBA5FB" w14:textId="5644EF4B" w:rsidR="009359BA" w:rsidRPr="00BF7A03" w:rsidRDefault="00526DCE" w:rsidP="004D2CC3">
      <w:pPr>
        <w:pStyle w:val="Heading1"/>
        <w:rPr>
          <w:sz w:val="18"/>
          <w:szCs w:val="18"/>
          <w:lang w:val="en-GB"/>
        </w:rPr>
      </w:pPr>
      <w:bookmarkStart w:id="1" w:name="_Toc221892452"/>
      <w:r w:rsidRPr="00BF7A03">
        <w:rPr>
          <w:b/>
          <w:bCs/>
        </w:rPr>
        <w:lastRenderedPageBreak/>
        <w:t xml:space="preserve">Supplement </w:t>
      </w:r>
      <w:r w:rsidR="009359BA" w:rsidRPr="00BF7A03">
        <w:rPr>
          <w:b/>
          <w:bCs/>
        </w:rPr>
        <w:t>Table 1</w:t>
      </w:r>
      <w:r w:rsidR="009359BA" w:rsidRPr="00BF7A03">
        <w:t xml:space="preserve"> Demographic and clinical characteristics </w:t>
      </w:r>
      <w:r w:rsidR="00114A8F" w:rsidRPr="00BF7A03">
        <w:t>by race/ethnicity</w:t>
      </w:r>
      <w:bookmarkEnd w:id="1"/>
    </w:p>
    <w:tbl>
      <w:tblPr>
        <w:tblStyle w:val="PlainTable2"/>
        <w:tblW w:w="11871" w:type="dxa"/>
        <w:tblLook w:val="0620" w:firstRow="1" w:lastRow="0" w:firstColumn="0" w:lastColumn="0" w:noHBand="1" w:noVBand="1"/>
      </w:tblPr>
      <w:tblGrid>
        <w:gridCol w:w="4815"/>
        <w:gridCol w:w="1701"/>
        <w:gridCol w:w="1827"/>
        <w:gridCol w:w="1764"/>
        <w:gridCol w:w="1764"/>
      </w:tblGrid>
      <w:tr w:rsidR="00BF7A03" w:rsidRPr="00BF7A03" w14:paraId="58C7BEC3" w14:textId="0D0759C6" w:rsidTr="0008241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19"/>
          <w:tblHeader/>
        </w:trPr>
        <w:tc>
          <w:tcPr>
            <w:tcW w:w="4815" w:type="dxa"/>
            <w:hideMark/>
          </w:tcPr>
          <w:p w14:paraId="1C4B7716" w14:textId="77777777" w:rsidR="00FD37F3" w:rsidRPr="00BF7A03" w:rsidRDefault="00FD37F3" w:rsidP="003B0B77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BF7A03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Variables</w:t>
            </w:r>
          </w:p>
        </w:tc>
        <w:tc>
          <w:tcPr>
            <w:tcW w:w="1701" w:type="dxa"/>
          </w:tcPr>
          <w:p w14:paraId="162445DC" w14:textId="137F2784" w:rsidR="00FD37F3" w:rsidRPr="00BF7A03" w:rsidRDefault="00FD37F3" w:rsidP="003B0B77">
            <w:pPr>
              <w:spacing w:after="0" w:line="360" w:lineRule="auto"/>
              <w:jc w:val="center"/>
              <w:rPr>
                <w:rFonts w:ascii="Arial" w:eastAsia="Times New Roman" w:hAnsi="Arial" w:cs="Arial"/>
                <w:b w:val="0"/>
                <w:bCs w:val="0"/>
                <w:sz w:val="18"/>
                <w:szCs w:val="18"/>
                <w:lang w:val="en-GB" w:eastAsia="en-GB"/>
              </w:rPr>
            </w:pPr>
            <w:r w:rsidRPr="00BF7A03">
              <w:rPr>
                <w:rFonts w:ascii="Arial" w:eastAsia="Times New Roman" w:hAnsi="Arial" w:cs="Arial"/>
                <w:kern w:val="24"/>
                <w:sz w:val="18"/>
                <w:szCs w:val="18"/>
                <w:lang w:eastAsia="en-GB"/>
              </w:rPr>
              <w:t>Non-Hispanic White (</w:t>
            </w:r>
            <w:r w:rsidR="003B0B77">
              <w:rPr>
                <w:rFonts w:ascii="Arial" w:eastAsia="Times New Roman" w:hAnsi="Arial" w:cs="Arial"/>
                <w:kern w:val="24"/>
                <w:sz w:val="18"/>
                <w:szCs w:val="18"/>
                <w:lang w:eastAsia="en-GB"/>
              </w:rPr>
              <w:t xml:space="preserve">n = </w:t>
            </w:r>
            <w:r w:rsidRPr="00BF7A03">
              <w:rPr>
                <w:rFonts w:ascii="Arial" w:eastAsia="Times New Roman" w:hAnsi="Arial" w:cs="Arial"/>
                <w:kern w:val="24"/>
                <w:sz w:val="18"/>
                <w:szCs w:val="18"/>
                <w:lang w:eastAsia="en-GB"/>
              </w:rPr>
              <w:t>3150)</w:t>
            </w:r>
          </w:p>
        </w:tc>
        <w:tc>
          <w:tcPr>
            <w:tcW w:w="1827" w:type="dxa"/>
          </w:tcPr>
          <w:p w14:paraId="0898CB9D" w14:textId="12E03833" w:rsidR="00FD37F3" w:rsidRPr="00BF7A03" w:rsidRDefault="00FD37F3" w:rsidP="003B0B77">
            <w:pPr>
              <w:spacing w:after="0" w:line="360" w:lineRule="auto"/>
              <w:jc w:val="center"/>
              <w:rPr>
                <w:rFonts w:ascii="Arial" w:eastAsia="Times New Roman" w:hAnsi="Arial" w:cs="Arial"/>
                <w:b w:val="0"/>
                <w:bCs w:val="0"/>
                <w:sz w:val="18"/>
                <w:szCs w:val="18"/>
                <w:lang w:val="fr-FR" w:eastAsia="en-GB"/>
              </w:rPr>
            </w:pPr>
            <w:r w:rsidRPr="00BF7A03">
              <w:rPr>
                <w:rFonts w:ascii="Arial" w:eastAsia="Times New Roman" w:hAnsi="Arial" w:cs="Arial"/>
                <w:kern w:val="24"/>
                <w:sz w:val="18"/>
                <w:szCs w:val="18"/>
                <w:lang w:eastAsia="en-GB"/>
              </w:rPr>
              <w:t>Non-Hispanic Black (</w:t>
            </w:r>
            <w:r w:rsidR="003B0B77">
              <w:rPr>
                <w:rFonts w:ascii="Arial" w:eastAsia="Times New Roman" w:hAnsi="Arial" w:cs="Arial"/>
                <w:kern w:val="24"/>
                <w:sz w:val="18"/>
                <w:szCs w:val="18"/>
                <w:lang w:eastAsia="en-GB"/>
              </w:rPr>
              <w:t xml:space="preserve">n = </w:t>
            </w:r>
            <w:r w:rsidRPr="00BF7A03">
              <w:rPr>
                <w:rFonts w:ascii="Arial" w:eastAsia="Times New Roman" w:hAnsi="Arial" w:cs="Arial"/>
                <w:kern w:val="24"/>
                <w:sz w:val="18"/>
                <w:szCs w:val="18"/>
                <w:lang w:eastAsia="en-GB"/>
              </w:rPr>
              <w:t>519)</w:t>
            </w:r>
          </w:p>
        </w:tc>
        <w:tc>
          <w:tcPr>
            <w:tcW w:w="1764" w:type="dxa"/>
          </w:tcPr>
          <w:p w14:paraId="4CEAA25A" w14:textId="1D15434F" w:rsidR="00FD37F3" w:rsidRPr="00BF7A03" w:rsidRDefault="00FD37F3" w:rsidP="003B0B77">
            <w:pPr>
              <w:spacing w:after="0" w:line="360" w:lineRule="auto"/>
              <w:jc w:val="center"/>
              <w:rPr>
                <w:rFonts w:ascii="Arial" w:eastAsia="Times New Roman" w:hAnsi="Arial" w:cs="Arial"/>
                <w:b w:val="0"/>
                <w:bCs w:val="0"/>
                <w:sz w:val="18"/>
                <w:szCs w:val="18"/>
                <w:lang w:val="en-GB" w:eastAsia="en-GB"/>
              </w:rPr>
            </w:pPr>
            <w:r w:rsidRPr="00BF7A03">
              <w:rPr>
                <w:rFonts w:ascii="Arial" w:eastAsia="Times New Roman" w:hAnsi="Arial" w:cs="Arial"/>
                <w:kern w:val="24"/>
                <w:sz w:val="18"/>
                <w:szCs w:val="18"/>
                <w:lang w:eastAsia="en-GB"/>
              </w:rPr>
              <w:t>Non-Hispanic Asian (</w:t>
            </w:r>
            <w:r w:rsidR="003B0B77">
              <w:rPr>
                <w:rFonts w:ascii="Arial" w:eastAsia="Times New Roman" w:hAnsi="Arial" w:cs="Arial"/>
                <w:kern w:val="24"/>
                <w:sz w:val="18"/>
                <w:szCs w:val="18"/>
                <w:lang w:eastAsia="en-GB"/>
              </w:rPr>
              <w:t xml:space="preserve">n = </w:t>
            </w:r>
            <w:r w:rsidRPr="00BF7A03">
              <w:rPr>
                <w:rFonts w:ascii="Arial" w:eastAsia="Times New Roman" w:hAnsi="Arial" w:cs="Arial"/>
                <w:kern w:val="24"/>
                <w:sz w:val="18"/>
                <w:szCs w:val="18"/>
                <w:lang w:eastAsia="en-GB"/>
              </w:rPr>
              <w:t>88)</w:t>
            </w:r>
          </w:p>
        </w:tc>
        <w:tc>
          <w:tcPr>
            <w:tcW w:w="1764" w:type="dxa"/>
          </w:tcPr>
          <w:p w14:paraId="68C7EC79" w14:textId="1F656D35" w:rsidR="00FD37F3" w:rsidRPr="00BF7A03" w:rsidRDefault="00FD37F3" w:rsidP="003B0B77">
            <w:pPr>
              <w:spacing w:after="0" w:line="360" w:lineRule="auto"/>
              <w:jc w:val="center"/>
              <w:rPr>
                <w:rFonts w:ascii="Arial" w:eastAsia="Times New Roman" w:hAnsi="Arial" w:cs="Arial"/>
                <w:b w:val="0"/>
                <w:bCs w:val="0"/>
                <w:sz w:val="18"/>
                <w:szCs w:val="18"/>
                <w:lang w:val="en-GB" w:eastAsia="en-GB"/>
              </w:rPr>
            </w:pPr>
            <w:r w:rsidRPr="00BF7A03"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  <w:t>Hispanic/Latino (</w:t>
            </w:r>
            <w:r w:rsidR="003B0B77"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  <w:t xml:space="preserve">n = </w:t>
            </w:r>
            <w:r w:rsidRPr="00BF7A03">
              <w:rPr>
                <w:rFonts w:ascii="Arial" w:eastAsia="Times New Roman" w:hAnsi="Arial" w:cs="Arial"/>
                <w:sz w:val="18"/>
                <w:szCs w:val="18"/>
                <w:lang w:val="en-GB" w:eastAsia="en-GB"/>
              </w:rPr>
              <w:t>370)</w:t>
            </w:r>
          </w:p>
        </w:tc>
      </w:tr>
      <w:tr w:rsidR="00BF7A03" w:rsidRPr="00BF7A03" w14:paraId="427BB376" w14:textId="2AE73FD4" w:rsidTr="003B0B77">
        <w:trPr>
          <w:trHeight w:val="260"/>
        </w:trPr>
        <w:tc>
          <w:tcPr>
            <w:tcW w:w="4815" w:type="dxa"/>
            <w:hideMark/>
          </w:tcPr>
          <w:p w14:paraId="01EE32C2" w14:textId="77777777" w:rsidR="00FD37F3" w:rsidRPr="00BF7A03" w:rsidRDefault="00FD37F3" w:rsidP="003B0B77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BF7A03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Median (IQR) age at mBC diagnosis, years</w:t>
            </w:r>
          </w:p>
        </w:tc>
        <w:tc>
          <w:tcPr>
            <w:tcW w:w="1701" w:type="dxa"/>
          </w:tcPr>
          <w:p w14:paraId="2A1DEFE1" w14:textId="5263F89B" w:rsidR="00FD37F3" w:rsidRPr="00BF7A03" w:rsidRDefault="006A1894" w:rsidP="003B0B77">
            <w:pPr>
              <w:spacing w:after="0" w:line="36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BF7A03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64 (55</w:t>
            </w:r>
            <w:r w:rsidR="003B0B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–</w:t>
            </w:r>
            <w:r w:rsidRPr="00BF7A03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71)</w:t>
            </w:r>
          </w:p>
        </w:tc>
        <w:tc>
          <w:tcPr>
            <w:tcW w:w="1827" w:type="dxa"/>
          </w:tcPr>
          <w:p w14:paraId="59885571" w14:textId="5956B87E" w:rsidR="00FD37F3" w:rsidRPr="00BF7A03" w:rsidRDefault="00794BF2" w:rsidP="003B0B77">
            <w:pPr>
              <w:spacing w:after="0" w:line="36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BF7A03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59 (49</w:t>
            </w:r>
            <w:r w:rsidR="003B0B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–</w:t>
            </w:r>
            <w:r w:rsidRPr="00BF7A03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66)</w:t>
            </w:r>
          </w:p>
        </w:tc>
        <w:tc>
          <w:tcPr>
            <w:tcW w:w="1764" w:type="dxa"/>
          </w:tcPr>
          <w:p w14:paraId="4AB2315F" w14:textId="1F6FB34B" w:rsidR="00FD37F3" w:rsidRPr="00BF7A03" w:rsidRDefault="00667076" w:rsidP="003B0B77">
            <w:pPr>
              <w:spacing w:after="0" w:line="36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BF7A03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59 (</w:t>
            </w:r>
            <w:r w:rsidR="00897908" w:rsidRPr="00BF7A03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48</w:t>
            </w:r>
            <w:r w:rsidR="003B0B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–</w:t>
            </w:r>
            <w:r w:rsidR="00897908" w:rsidRPr="00BF7A03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66)</w:t>
            </w:r>
          </w:p>
        </w:tc>
        <w:tc>
          <w:tcPr>
            <w:tcW w:w="1764" w:type="dxa"/>
          </w:tcPr>
          <w:p w14:paraId="5E42C490" w14:textId="373D98E0" w:rsidR="00FD37F3" w:rsidRPr="00BF7A03" w:rsidRDefault="00795831" w:rsidP="003B0B77">
            <w:pPr>
              <w:spacing w:after="0" w:line="36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BF7A03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59 (</w:t>
            </w:r>
            <w:r w:rsidR="00584F9E" w:rsidRPr="00BF7A03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50</w:t>
            </w:r>
            <w:r w:rsidR="003B0B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–</w:t>
            </w:r>
            <w:r w:rsidR="00584F9E" w:rsidRPr="00BF7A03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66)</w:t>
            </w:r>
          </w:p>
        </w:tc>
      </w:tr>
      <w:tr w:rsidR="00BF7A03" w:rsidRPr="00BF7A03" w14:paraId="7207A324" w14:textId="7384646B" w:rsidTr="003B0B77">
        <w:trPr>
          <w:trHeight w:val="271"/>
        </w:trPr>
        <w:tc>
          <w:tcPr>
            <w:tcW w:w="4815" w:type="dxa"/>
            <w:hideMark/>
          </w:tcPr>
          <w:p w14:paraId="7FA1F1BB" w14:textId="7F13330D" w:rsidR="00FD37F3" w:rsidRPr="00BF7A03" w:rsidRDefault="00FD37F3" w:rsidP="003B0B77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BF7A03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Median (IQR) BMI, </w:t>
            </w:r>
            <w:r w:rsidR="00943447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k</w:t>
            </w:r>
            <w:r w:rsidRPr="00BF7A03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g/m</w:t>
            </w:r>
            <w:r w:rsidR="000A35D6" w:rsidRPr="000A35D6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en-GB"/>
              </w:rPr>
              <w:t>2</w:t>
            </w:r>
          </w:p>
        </w:tc>
        <w:tc>
          <w:tcPr>
            <w:tcW w:w="1701" w:type="dxa"/>
          </w:tcPr>
          <w:p w14:paraId="02C38CD9" w14:textId="1D23A0C7" w:rsidR="00FD37F3" w:rsidRPr="00BF7A03" w:rsidRDefault="00245084" w:rsidP="003B0B77">
            <w:pPr>
              <w:spacing w:after="0" w:line="36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BF7A03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27 (23</w:t>
            </w:r>
            <w:r w:rsidR="003B0B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–</w:t>
            </w:r>
            <w:r w:rsidRPr="00BF7A03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31)</w:t>
            </w:r>
          </w:p>
        </w:tc>
        <w:tc>
          <w:tcPr>
            <w:tcW w:w="1827" w:type="dxa"/>
          </w:tcPr>
          <w:p w14:paraId="22FF0254" w14:textId="5B671AB7" w:rsidR="00FD37F3" w:rsidRPr="00BF7A03" w:rsidRDefault="00147EC2" w:rsidP="003B0B77">
            <w:pPr>
              <w:spacing w:after="0" w:line="36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BF7A03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29</w:t>
            </w:r>
            <w:r w:rsidR="006537FB" w:rsidRPr="00BF7A03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 xml:space="preserve"> (24</w:t>
            </w:r>
            <w:r w:rsidR="003B0B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–</w:t>
            </w:r>
            <w:r w:rsidR="006537FB" w:rsidRPr="00BF7A03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33)</w:t>
            </w:r>
          </w:p>
        </w:tc>
        <w:tc>
          <w:tcPr>
            <w:tcW w:w="1764" w:type="dxa"/>
          </w:tcPr>
          <w:p w14:paraId="671F2268" w14:textId="3C4C6790" w:rsidR="00FD37F3" w:rsidRPr="00BF7A03" w:rsidRDefault="006537FB" w:rsidP="003B0B77">
            <w:pPr>
              <w:spacing w:after="0" w:line="36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BF7A03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24 (21</w:t>
            </w:r>
            <w:r w:rsidR="003B0B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–</w:t>
            </w:r>
            <w:r w:rsidRPr="00BF7A03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27)</w:t>
            </w:r>
          </w:p>
        </w:tc>
        <w:tc>
          <w:tcPr>
            <w:tcW w:w="1764" w:type="dxa"/>
          </w:tcPr>
          <w:p w14:paraId="2C090B6A" w14:textId="2C8BB7DC" w:rsidR="00FD37F3" w:rsidRPr="00BF7A03" w:rsidRDefault="00A54BE6" w:rsidP="003B0B77">
            <w:pPr>
              <w:spacing w:after="0" w:line="36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BF7A03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26 (</w:t>
            </w:r>
            <w:r w:rsidR="001465D6" w:rsidRPr="00BF7A03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23</w:t>
            </w:r>
            <w:r w:rsidR="003B0B77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–</w:t>
            </w:r>
            <w:r w:rsidR="001465D6" w:rsidRPr="00BF7A03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32)</w:t>
            </w:r>
          </w:p>
        </w:tc>
      </w:tr>
      <w:tr w:rsidR="00BF7A03" w:rsidRPr="00BF7A03" w14:paraId="59DF692D" w14:textId="5CE024C2" w:rsidTr="003B0B77">
        <w:trPr>
          <w:trHeight w:val="279"/>
        </w:trPr>
        <w:tc>
          <w:tcPr>
            <w:tcW w:w="4815" w:type="dxa"/>
            <w:hideMark/>
          </w:tcPr>
          <w:p w14:paraId="1A2199E5" w14:textId="77777777" w:rsidR="00FD37F3" w:rsidRPr="00BF7A03" w:rsidRDefault="00FD37F3" w:rsidP="003B0B77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BF7A03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Provider, n (%)</w:t>
            </w:r>
          </w:p>
        </w:tc>
        <w:tc>
          <w:tcPr>
            <w:tcW w:w="1701" w:type="dxa"/>
          </w:tcPr>
          <w:p w14:paraId="1619B924" w14:textId="77777777" w:rsidR="00FD37F3" w:rsidRPr="00BF7A03" w:rsidRDefault="00FD37F3" w:rsidP="003B0B77">
            <w:pPr>
              <w:spacing w:after="0" w:line="36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</w:p>
        </w:tc>
        <w:tc>
          <w:tcPr>
            <w:tcW w:w="1827" w:type="dxa"/>
          </w:tcPr>
          <w:p w14:paraId="73E05079" w14:textId="77777777" w:rsidR="00FD37F3" w:rsidRPr="00BF7A03" w:rsidRDefault="00FD37F3" w:rsidP="003B0B77">
            <w:pPr>
              <w:spacing w:after="0" w:line="36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</w:p>
        </w:tc>
        <w:tc>
          <w:tcPr>
            <w:tcW w:w="1764" w:type="dxa"/>
          </w:tcPr>
          <w:p w14:paraId="12B52CDF" w14:textId="77777777" w:rsidR="00FD37F3" w:rsidRPr="00BF7A03" w:rsidRDefault="00FD37F3" w:rsidP="003B0B77">
            <w:pPr>
              <w:spacing w:after="0" w:line="36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</w:p>
        </w:tc>
        <w:tc>
          <w:tcPr>
            <w:tcW w:w="1764" w:type="dxa"/>
          </w:tcPr>
          <w:p w14:paraId="7F7C2D36" w14:textId="2DC25149" w:rsidR="00FD37F3" w:rsidRPr="00BF7A03" w:rsidRDefault="00FD37F3" w:rsidP="003B0B77">
            <w:pPr>
              <w:spacing w:after="0" w:line="36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</w:p>
        </w:tc>
      </w:tr>
      <w:tr w:rsidR="00BF7A03" w:rsidRPr="00BF7A03" w14:paraId="56AFCE54" w14:textId="12F49A63" w:rsidTr="003B0B77">
        <w:trPr>
          <w:trHeight w:val="257"/>
        </w:trPr>
        <w:tc>
          <w:tcPr>
            <w:tcW w:w="4815" w:type="dxa"/>
            <w:hideMark/>
          </w:tcPr>
          <w:p w14:paraId="6AD2C73A" w14:textId="5ACDFDB9" w:rsidR="00FD37F3" w:rsidRPr="00BF7A03" w:rsidRDefault="00FD37F3" w:rsidP="003B0B77">
            <w:pPr>
              <w:spacing w:after="0" w:line="360" w:lineRule="auto"/>
              <w:ind w:left="113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BF7A03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Academic</w:t>
            </w:r>
          </w:p>
        </w:tc>
        <w:tc>
          <w:tcPr>
            <w:tcW w:w="1701" w:type="dxa"/>
          </w:tcPr>
          <w:p w14:paraId="3331DAC8" w14:textId="362E3236" w:rsidR="00FD37F3" w:rsidRPr="00BF7A03" w:rsidRDefault="004F6655" w:rsidP="003B0B77">
            <w:pPr>
              <w:spacing w:after="0" w:line="36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BF7A03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390 (</w:t>
            </w:r>
            <w:r w:rsidR="002907EB" w:rsidRPr="00BF7A03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12)</w:t>
            </w:r>
          </w:p>
        </w:tc>
        <w:tc>
          <w:tcPr>
            <w:tcW w:w="1827" w:type="dxa"/>
          </w:tcPr>
          <w:p w14:paraId="1AA2F4EA" w14:textId="7071179A" w:rsidR="00FD37F3" w:rsidRPr="00BF7A03" w:rsidRDefault="002907EB" w:rsidP="003B0B77">
            <w:pPr>
              <w:spacing w:after="0" w:line="36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BF7A03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76 (15)</w:t>
            </w:r>
          </w:p>
        </w:tc>
        <w:tc>
          <w:tcPr>
            <w:tcW w:w="1764" w:type="dxa"/>
          </w:tcPr>
          <w:p w14:paraId="6916BD25" w14:textId="1786A9DA" w:rsidR="00FD37F3" w:rsidRPr="00BF7A03" w:rsidRDefault="007574F3" w:rsidP="003B0B77">
            <w:pPr>
              <w:spacing w:after="0" w:line="36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BF7A03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8 (9)</w:t>
            </w:r>
          </w:p>
        </w:tc>
        <w:tc>
          <w:tcPr>
            <w:tcW w:w="1764" w:type="dxa"/>
          </w:tcPr>
          <w:p w14:paraId="789A68B5" w14:textId="45EBEE49" w:rsidR="00FD37F3" w:rsidRPr="00BF7A03" w:rsidRDefault="005515F8" w:rsidP="003B0B77">
            <w:pPr>
              <w:spacing w:after="0" w:line="36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BF7A03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44 (12)</w:t>
            </w:r>
          </w:p>
        </w:tc>
      </w:tr>
      <w:tr w:rsidR="00BF7A03" w:rsidRPr="00BF7A03" w14:paraId="7817142F" w14:textId="0D1C547B" w:rsidTr="003B0B77">
        <w:trPr>
          <w:trHeight w:val="263"/>
        </w:trPr>
        <w:tc>
          <w:tcPr>
            <w:tcW w:w="4815" w:type="dxa"/>
            <w:hideMark/>
          </w:tcPr>
          <w:p w14:paraId="318B5FFB" w14:textId="1803AC45" w:rsidR="00FD37F3" w:rsidRPr="00BF7A03" w:rsidRDefault="00FD37F3" w:rsidP="003B0B77">
            <w:pPr>
              <w:spacing w:after="0" w:line="360" w:lineRule="auto"/>
              <w:ind w:left="113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BF7A03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Community</w:t>
            </w:r>
          </w:p>
        </w:tc>
        <w:tc>
          <w:tcPr>
            <w:tcW w:w="1701" w:type="dxa"/>
          </w:tcPr>
          <w:p w14:paraId="4AEDF680" w14:textId="152A4F20" w:rsidR="00FD37F3" w:rsidRPr="00BF7A03" w:rsidRDefault="00533759" w:rsidP="003B0B77">
            <w:pPr>
              <w:spacing w:after="0" w:line="36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BF7A03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2534 (80)</w:t>
            </w:r>
          </w:p>
        </w:tc>
        <w:tc>
          <w:tcPr>
            <w:tcW w:w="1827" w:type="dxa"/>
          </w:tcPr>
          <w:p w14:paraId="26166FEF" w14:textId="4C52C44B" w:rsidR="00FD37F3" w:rsidRPr="00BF7A03" w:rsidRDefault="00533759" w:rsidP="003B0B77">
            <w:pPr>
              <w:spacing w:after="0" w:line="36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BF7A03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421 (81)</w:t>
            </w:r>
          </w:p>
        </w:tc>
        <w:tc>
          <w:tcPr>
            <w:tcW w:w="1764" w:type="dxa"/>
          </w:tcPr>
          <w:p w14:paraId="28E68997" w14:textId="4B030135" w:rsidR="00FD37F3" w:rsidRPr="00BF7A03" w:rsidRDefault="00533759" w:rsidP="003B0B77">
            <w:pPr>
              <w:spacing w:after="0" w:line="36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BF7A03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77 (88)</w:t>
            </w:r>
          </w:p>
        </w:tc>
        <w:tc>
          <w:tcPr>
            <w:tcW w:w="1764" w:type="dxa"/>
          </w:tcPr>
          <w:p w14:paraId="45D0D8B9" w14:textId="35336B65" w:rsidR="00FD37F3" w:rsidRPr="00BF7A03" w:rsidRDefault="00EA3D24" w:rsidP="003B0B77">
            <w:pPr>
              <w:spacing w:after="0" w:line="36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BF7A03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303 (82)</w:t>
            </w:r>
          </w:p>
        </w:tc>
      </w:tr>
      <w:tr w:rsidR="00BF7A03" w:rsidRPr="00BF7A03" w14:paraId="05B1E1C7" w14:textId="0C881DFB" w:rsidTr="003B0B77">
        <w:trPr>
          <w:trHeight w:val="269"/>
        </w:trPr>
        <w:tc>
          <w:tcPr>
            <w:tcW w:w="4815" w:type="dxa"/>
            <w:hideMark/>
          </w:tcPr>
          <w:p w14:paraId="286E4D41" w14:textId="17221F7F" w:rsidR="00FD37F3" w:rsidRPr="00BF7A03" w:rsidRDefault="00FD37F3" w:rsidP="003B0B77">
            <w:pPr>
              <w:spacing w:after="0" w:line="360" w:lineRule="auto"/>
              <w:ind w:left="113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BF7A03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Academic and community</w:t>
            </w:r>
          </w:p>
        </w:tc>
        <w:tc>
          <w:tcPr>
            <w:tcW w:w="1701" w:type="dxa"/>
          </w:tcPr>
          <w:p w14:paraId="2A968BF5" w14:textId="4A45B76B" w:rsidR="00FD37F3" w:rsidRPr="00BF7A03" w:rsidRDefault="00944916" w:rsidP="003B0B77">
            <w:pPr>
              <w:spacing w:after="0" w:line="36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BF7A03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226 (7)</w:t>
            </w:r>
          </w:p>
        </w:tc>
        <w:tc>
          <w:tcPr>
            <w:tcW w:w="1827" w:type="dxa"/>
          </w:tcPr>
          <w:p w14:paraId="6C840B92" w14:textId="1DE594D0" w:rsidR="00FD37F3" w:rsidRPr="00BF7A03" w:rsidRDefault="00F477FA" w:rsidP="003B0B77">
            <w:pPr>
              <w:spacing w:after="0" w:line="36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BF7A03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22 (4)</w:t>
            </w:r>
          </w:p>
        </w:tc>
        <w:tc>
          <w:tcPr>
            <w:tcW w:w="1764" w:type="dxa"/>
          </w:tcPr>
          <w:p w14:paraId="1A9DFF7B" w14:textId="76F99F63" w:rsidR="00FD37F3" w:rsidRPr="00BF7A03" w:rsidRDefault="00106692" w:rsidP="003B0B77">
            <w:pPr>
              <w:spacing w:after="0" w:line="36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&lt;5</w:t>
            </w:r>
          </w:p>
        </w:tc>
        <w:tc>
          <w:tcPr>
            <w:tcW w:w="1764" w:type="dxa"/>
          </w:tcPr>
          <w:p w14:paraId="20BCCA84" w14:textId="484E9993" w:rsidR="00FD37F3" w:rsidRPr="00BF7A03" w:rsidRDefault="00EA3D24" w:rsidP="003B0B77">
            <w:pPr>
              <w:spacing w:after="0" w:line="36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BF7A03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23 (6)</w:t>
            </w:r>
          </w:p>
        </w:tc>
      </w:tr>
      <w:tr w:rsidR="00BF7A03" w:rsidRPr="00BF7A03" w14:paraId="1797A429" w14:textId="71210741" w:rsidTr="003B0B77">
        <w:trPr>
          <w:trHeight w:val="261"/>
        </w:trPr>
        <w:tc>
          <w:tcPr>
            <w:tcW w:w="4815" w:type="dxa"/>
            <w:hideMark/>
          </w:tcPr>
          <w:p w14:paraId="142F4F23" w14:textId="0BBA8B2E" w:rsidR="00FD37F3" w:rsidRPr="00BF7A03" w:rsidRDefault="00FD37F3" w:rsidP="003B0B77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BF7A03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Socioeconomic status, n (%)</w:t>
            </w:r>
            <w:r w:rsidR="00C75190" w:rsidRPr="00BF7A03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en-GB"/>
              </w:rPr>
              <w:t>a</w:t>
            </w:r>
          </w:p>
        </w:tc>
        <w:tc>
          <w:tcPr>
            <w:tcW w:w="1701" w:type="dxa"/>
          </w:tcPr>
          <w:p w14:paraId="75FB9BE6" w14:textId="77777777" w:rsidR="00FD37F3" w:rsidRPr="00BF7A03" w:rsidRDefault="00FD37F3" w:rsidP="003B0B77">
            <w:pPr>
              <w:spacing w:after="0" w:line="36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</w:p>
        </w:tc>
        <w:tc>
          <w:tcPr>
            <w:tcW w:w="1827" w:type="dxa"/>
          </w:tcPr>
          <w:p w14:paraId="5098AA82" w14:textId="77777777" w:rsidR="00FD37F3" w:rsidRPr="00BF7A03" w:rsidRDefault="00FD37F3" w:rsidP="003B0B77">
            <w:pPr>
              <w:spacing w:after="0" w:line="36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</w:p>
        </w:tc>
        <w:tc>
          <w:tcPr>
            <w:tcW w:w="1764" w:type="dxa"/>
          </w:tcPr>
          <w:p w14:paraId="02981E3C" w14:textId="77777777" w:rsidR="00FD37F3" w:rsidRPr="00BF7A03" w:rsidRDefault="00FD37F3" w:rsidP="003B0B77">
            <w:pPr>
              <w:spacing w:after="0" w:line="36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</w:p>
        </w:tc>
        <w:tc>
          <w:tcPr>
            <w:tcW w:w="1764" w:type="dxa"/>
          </w:tcPr>
          <w:p w14:paraId="0BD2230F" w14:textId="4937F3FD" w:rsidR="00FD37F3" w:rsidRPr="00BF7A03" w:rsidRDefault="00FD37F3" w:rsidP="003B0B77">
            <w:pPr>
              <w:spacing w:after="0" w:line="36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</w:p>
        </w:tc>
      </w:tr>
      <w:tr w:rsidR="00BF7A03" w:rsidRPr="00BF7A03" w14:paraId="7AE231C4" w14:textId="385C630A" w:rsidTr="003B0B77">
        <w:trPr>
          <w:trHeight w:val="267"/>
        </w:trPr>
        <w:tc>
          <w:tcPr>
            <w:tcW w:w="4815" w:type="dxa"/>
            <w:hideMark/>
          </w:tcPr>
          <w:p w14:paraId="2F8164BB" w14:textId="6D6D35BE" w:rsidR="00FD37F3" w:rsidRPr="00BF7A03" w:rsidRDefault="00FD37F3" w:rsidP="003B0B77">
            <w:pPr>
              <w:spacing w:after="0" w:line="360" w:lineRule="auto"/>
              <w:ind w:left="113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BF7A03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 – Lowest</w:t>
            </w:r>
          </w:p>
        </w:tc>
        <w:tc>
          <w:tcPr>
            <w:tcW w:w="1701" w:type="dxa"/>
          </w:tcPr>
          <w:p w14:paraId="12021761" w14:textId="5C3939C9" w:rsidR="00FD37F3" w:rsidRPr="00BF7A03" w:rsidRDefault="000735DA" w:rsidP="003B0B77">
            <w:pPr>
              <w:spacing w:after="0" w:line="36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BF7A03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363 (12)</w:t>
            </w:r>
          </w:p>
        </w:tc>
        <w:tc>
          <w:tcPr>
            <w:tcW w:w="1827" w:type="dxa"/>
          </w:tcPr>
          <w:p w14:paraId="7547959D" w14:textId="20F413C5" w:rsidR="00FD37F3" w:rsidRPr="00BF7A03" w:rsidRDefault="007A1E03" w:rsidP="003B0B77">
            <w:pPr>
              <w:spacing w:after="0" w:line="36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BF7A03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169 (33)</w:t>
            </w:r>
          </w:p>
        </w:tc>
        <w:tc>
          <w:tcPr>
            <w:tcW w:w="1764" w:type="dxa"/>
          </w:tcPr>
          <w:p w14:paraId="619589AF" w14:textId="55656115" w:rsidR="00FD37F3" w:rsidRPr="00BF7A03" w:rsidRDefault="005B0DD2" w:rsidP="003B0B77">
            <w:pPr>
              <w:spacing w:after="0" w:line="36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BF7A03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6 (7)</w:t>
            </w:r>
          </w:p>
        </w:tc>
        <w:tc>
          <w:tcPr>
            <w:tcW w:w="1764" w:type="dxa"/>
          </w:tcPr>
          <w:p w14:paraId="56439CC6" w14:textId="1CEFCF90" w:rsidR="00FD37F3" w:rsidRPr="00BF7A03" w:rsidRDefault="00057E48" w:rsidP="003B0B77">
            <w:pPr>
              <w:spacing w:after="0" w:line="36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BF7A03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108 (29)</w:t>
            </w:r>
          </w:p>
        </w:tc>
      </w:tr>
      <w:tr w:rsidR="00BF7A03" w:rsidRPr="00BF7A03" w14:paraId="1CCF54CB" w14:textId="250EBF4B" w:rsidTr="003B0B77">
        <w:trPr>
          <w:trHeight w:val="131"/>
        </w:trPr>
        <w:tc>
          <w:tcPr>
            <w:tcW w:w="4815" w:type="dxa"/>
            <w:hideMark/>
          </w:tcPr>
          <w:p w14:paraId="529C243D" w14:textId="4838FE48" w:rsidR="00FD37F3" w:rsidRPr="00BF7A03" w:rsidRDefault="00FD37F3" w:rsidP="003B0B77">
            <w:pPr>
              <w:spacing w:after="0" w:line="360" w:lineRule="auto"/>
              <w:ind w:left="113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BF7A03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2</w:t>
            </w:r>
          </w:p>
        </w:tc>
        <w:tc>
          <w:tcPr>
            <w:tcW w:w="1701" w:type="dxa"/>
          </w:tcPr>
          <w:p w14:paraId="4B2711B3" w14:textId="228AF3AC" w:rsidR="00FD37F3" w:rsidRPr="00BF7A03" w:rsidRDefault="00C6194E" w:rsidP="003B0B77">
            <w:pPr>
              <w:spacing w:after="0" w:line="36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BF7A03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512 (16)</w:t>
            </w:r>
          </w:p>
        </w:tc>
        <w:tc>
          <w:tcPr>
            <w:tcW w:w="1827" w:type="dxa"/>
          </w:tcPr>
          <w:p w14:paraId="34DEDC31" w14:textId="28BEE141" w:rsidR="00FD37F3" w:rsidRPr="00BF7A03" w:rsidRDefault="005B0DD2" w:rsidP="003B0B77">
            <w:pPr>
              <w:spacing w:after="0" w:line="36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BF7A03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92 (18)</w:t>
            </w:r>
          </w:p>
        </w:tc>
        <w:tc>
          <w:tcPr>
            <w:tcW w:w="1764" w:type="dxa"/>
          </w:tcPr>
          <w:p w14:paraId="667726E3" w14:textId="7597B8E5" w:rsidR="00FD37F3" w:rsidRPr="00BF7A03" w:rsidRDefault="00575E1B" w:rsidP="003B0B77">
            <w:pPr>
              <w:spacing w:after="0" w:line="36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BF7A03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12 (14)</w:t>
            </w:r>
          </w:p>
        </w:tc>
        <w:tc>
          <w:tcPr>
            <w:tcW w:w="1764" w:type="dxa"/>
          </w:tcPr>
          <w:p w14:paraId="64B2074F" w14:textId="7F0E9ACF" w:rsidR="00FD37F3" w:rsidRPr="00BF7A03" w:rsidRDefault="009C241B" w:rsidP="003B0B77">
            <w:pPr>
              <w:spacing w:after="0" w:line="36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BF7A03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70 (19)</w:t>
            </w:r>
          </w:p>
        </w:tc>
      </w:tr>
      <w:tr w:rsidR="00BF7A03" w:rsidRPr="00BF7A03" w14:paraId="09597F3D" w14:textId="7145D146" w:rsidTr="003B0B77">
        <w:trPr>
          <w:trHeight w:val="307"/>
        </w:trPr>
        <w:tc>
          <w:tcPr>
            <w:tcW w:w="4815" w:type="dxa"/>
            <w:hideMark/>
          </w:tcPr>
          <w:p w14:paraId="58F4A338" w14:textId="47E15D45" w:rsidR="00FD37F3" w:rsidRPr="00BF7A03" w:rsidRDefault="00FD37F3" w:rsidP="003B0B77">
            <w:pPr>
              <w:spacing w:after="0" w:line="360" w:lineRule="auto"/>
              <w:ind w:left="113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BF7A03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3</w:t>
            </w:r>
          </w:p>
        </w:tc>
        <w:tc>
          <w:tcPr>
            <w:tcW w:w="1701" w:type="dxa"/>
          </w:tcPr>
          <w:p w14:paraId="3C269361" w14:textId="74472D82" w:rsidR="00FD37F3" w:rsidRPr="00BF7A03" w:rsidRDefault="00C6194E" w:rsidP="003B0B77">
            <w:pPr>
              <w:spacing w:after="0" w:line="36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BF7A03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604 (19)</w:t>
            </w:r>
          </w:p>
        </w:tc>
        <w:tc>
          <w:tcPr>
            <w:tcW w:w="1827" w:type="dxa"/>
          </w:tcPr>
          <w:p w14:paraId="2EF0C9A1" w14:textId="0307AE6B" w:rsidR="00FD37F3" w:rsidRPr="00BF7A03" w:rsidRDefault="005B0DD2" w:rsidP="003B0B77">
            <w:pPr>
              <w:spacing w:after="0" w:line="36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BF7A03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95 (18)</w:t>
            </w:r>
          </w:p>
        </w:tc>
        <w:tc>
          <w:tcPr>
            <w:tcW w:w="1764" w:type="dxa"/>
          </w:tcPr>
          <w:p w14:paraId="38BFA0AA" w14:textId="7ED1BAEA" w:rsidR="00FD37F3" w:rsidRPr="00BF7A03" w:rsidRDefault="00575E1B" w:rsidP="003B0B77">
            <w:pPr>
              <w:spacing w:after="0" w:line="36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BF7A03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16 (18)</w:t>
            </w:r>
          </w:p>
        </w:tc>
        <w:tc>
          <w:tcPr>
            <w:tcW w:w="1764" w:type="dxa"/>
          </w:tcPr>
          <w:p w14:paraId="6673F3B6" w14:textId="17D7FF05" w:rsidR="00FD37F3" w:rsidRPr="00BF7A03" w:rsidRDefault="009C241B" w:rsidP="003B0B77">
            <w:pPr>
              <w:spacing w:after="0" w:line="36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BF7A03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54 (15)</w:t>
            </w:r>
          </w:p>
        </w:tc>
      </w:tr>
      <w:tr w:rsidR="00BF7A03" w:rsidRPr="00BF7A03" w14:paraId="7DAEDF81" w14:textId="3B4CE7BE" w:rsidTr="003B0B77">
        <w:trPr>
          <w:trHeight w:val="129"/>
        </w:trPr>
        <w:tc>
          <w:tcPr>
            <w:tcW w:w="4815" w:type="dxa"/>
            <w:hideMark/>
          </w:tcPr>
          <w:p w14:paraId="4972ECC6" w14:textId="4234D864" w:rsidR="00FD37F3" w:rsidRPr="00BF7A03" w:rsidRDefault="00FD37F3" w:rsidP="003B0B77">
            <w:pPr>
              <w:spacing w:after="0" w:line="360" w:lineRule="auto"/>
              <w:ind w:left="113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BF7A03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4</w:t>
            </w:r>
          </w:p>
        </w:tc>
        <w:tc>
          <w:tcPr>
            <w:tcW w:w="1701" w:type="dxa"/>
          </w:tcPr>
          <w:p w14:paraId="58F248D0" w14:textId="6BE145F5" w:rsidR="00FD37F3" w:rsidRPr="00BF7A03" w:rsidRDefault="00C6194E" w:rsidP="003B0B77">
            <w:pPr>
              <w:spacing w:after="0" w:line="36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BF7A03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735 (23)</w:t>
            </w:r>
          </w:p>
        </w:tc>
        <w:tc>
          <w:tcPr>
            <w:tcW w:w="1827" w:type="dxa"/>
          </w:tcPr>
          <w:p w14:paraId="61E02814" w14:textId="383898F1" w:rsidR="00FD37F3" w:rsidRPr="00BF7A03" w:rsidRDefault="005B0DD2" w:rsidP="003B0B77">
            <w:pPr>
              <w:spacing w:after="0" w:line="36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BF7A03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71 (14)</w:t>
            </w:r>
          </w:p>
        </w:tc>
        <w:tc>
          <w:tcPr>
            <w:tcW w:w="1764" w:type="dxa"/>
          </w:tcPr>
          <w:p w14:paraId="0C5219D0" w14:textId="477CDEC7" w:rsidR="00FD37F3" w:rsidRPr="00BF7A03" w:rsidRDefault="00EB59FF" w:rsidP="003B0B77">
            <w:pPr>
              <w:spacing w:after="0" w:line="36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BF7A03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16 (18)</w:t>
            </w:r>
          </w:p>
        </w:tc>
        <w:tc>
          <w:tcPr>
            <w:tcW w:w="1764" w:type="dxa"/>
          </w:tcPr>
          <w:p w14:paraId="6F6E8345" w14:textId="5963B877" w:rsidR="00FD37F3" w:rsidRPr="00BF7A03" w:rsidRDefault="009C241B" w:rsidP="003B0B77">
            <w:pPr>
              <w:spacing w:after="0" w:line="36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BF7A03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50 (14)</w:t>
            </w:r>
          </w:p>
        </w:tc>
      </w:tr>
      <w:tr w:rsidR="00BF7A03" w:rsidRPr="00BF7A03" w14:paraId="01117900" w14:textId="1CC2C23A" w:rsidTr="003B0B77">
        <w:trPr>
          <w:trHeight w:val="305"/>
        </w:trPr>
        <w:tc>
          <w:tcPr>
            <w:tcW w:w="4815" w:type="dxa"/>
            <w:hideMark/>
          </w:tcPr>
          <w:p w14:paraId="38C1585E" w14:textId="79D9E0D0" w:rsidR="00FD37F3" w:rsidRPr="00BF7A03" w:rsidRDefault="00FD37F3" w:rsidP="003B0B77">
            <w:pPr>
              <w:spacing w:after="0" w:line="360" w:lineRule="auto"/>
              <w:ind w:left="113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BF7A03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5 – Highest </w:t>
            </w:r>
          </w:p>
        </w:tc>
        <w:tc>
          <w:tcPr>
            <w:tcW w:w="1701" w:type="dxa"/>
          </w:tcPr>
          <w:p w14:paraId="6C67D567" w14:textId="51E1A06F" w:rsidR="00FD37F3" w:rsidRPr="00BF7A03" w:rsidRDefault="00D133BA" w:rsidP="003B0B77">
            <w:pPr>
              <w:spacing w:after="0" w:line="36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BF7A03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658 (21)</w:t>
            </w:r>
          </w:p>
        </w:tc>
        <w:tc>
          <w:tcPr>
            <w:tcW w:w="1827" w:type="dxa"/>
          </w:tcPr>
          <w:p w14:paraId="6672C6A7" w14:textId="013F831A" w:rsidR="00FD37F3" w:rsidRPr="00BF7A03" w:rsidRDefault="005B0DD2" w:rsidP="003B0B77">
            <w:pPr>
              <w:spacing w:after="0" w:line="36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BF7A03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37 (7)</w:t>
            </w:r>
          </w:p>
        </w:tc>
        <w:tc>
          <w:tcPr>
            <w:tcW w:w="1764" w:type="dxa"/>
          </w:tcPr>
          <w:p w14:paraId="0CCDA5C6" w14:textId="70B6B009" w:rsidR="00FD37F3" w:rsidRPr="00BF7A03" w:rsidRDefault="00EB59FF" w:rsidP="003B0B77">
            <w:pPr>
              <w:spacing w:after="0" w:line="36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BF7A03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24 (27)</w:t>
            </w:r>
          </w:p>
        </w:tc>
        <w:tc>
          <w:tcPr>
            <w:tcW w:w="1764" w:type="dxa"/>
          </w:tcPr>
          <w:p w14:paraId="5C3BE6C8" w14:textId="548F8268" w:rsidR="00FD37F3" w:rsidRPr="00BF7A03" w:rsidRDefault="009C241B" w:rsidP="003B0B77">
            <w:pPr>
              <w:spacing w:after="0" w:line="36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BF7A03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44 (12)</w:t>
            </w:r>
          </w:p>
        </w:tc>
      </w:tr>
      <w:tr w:rsidR="00BF7A03" w:rsidRPr="00BF7A03" w14:paraId="0C7AF324" w14:textId="78A908F1" w:rsidTr="003B0B77">
        <w:trPr>
          <w:trHeight w:val="305"/>
        </w:trPr>
        <w:tc>
          <w:tcPr>
            <w:tcW w:w="4815" w:type="dxa"/>
          </w:tcPr>
          <w:p w14:paraId="165BAF86" w14:textId="77777777" w:rsidR="00FD37F3" w:rsidRPr="00BF7A03" w:rsidRDefault="00FD37F3" w:rsidP="003B0B77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BF7A03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Median (IQR) follow-up, months</w:t>
            </w:r>
          </w:p>
        </w:tc>
        <w:tc>
          <w:tcPr>
            <w:tcW w:w="1701" w:type="dxa"/>
          </w:tcPr>
          <w:p w14:paraId="566955D6" w14:textId="6BF6DC4F" w:rsidR="00FD37F3" w:rsidRPr="00BF7A03" w:rsidRDefault="0012610E" w:rsidP="003B0B77">
            <w:pPr>
              <w:spacing w:after="0" w:line="36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BF7A03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13 (</w:t>
            </w:r>
            <w:r w:rsidR="00026C23" w:rsidRPr="00BF7A03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5</w:t>
            </w:r>
            <w:r w:rsidR="003B0B77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–</w:t>
            </w:r>
            <w:r w:rsidR="00026C23" w:rsidRPr="00BF7A03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22)</w:t>
            </w:r>
          </w:p>
        </w:tc>
        <w:tc>
          <w:tcPr>
            <w:tcW w:w="1827" w:type="dxa"/>
          </w:tcPr>
          <w:p w14:paraId="220ED3E4" w14:textId="4A5ABF22" w:rsidR="00FD37F3" w:rsidRPr="00BF7A03" w:rsidRDefault="007E5CE5" w:rsidP="003B0B77">
            <w:pPr>
              <w:spacing w:after="0" w:line="36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BF7A03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10 (</w:t>
            </w:r>
            <w:r w:rsidR="009B70A1" w:rsidRPr="00BF7A03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5</w:t>
            </w:r>
            <w:r w:rsidR="003B0B77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–</w:t>
            </w:r>
            <w:r w:rsidR="009B70A1" w:rsidRPr="00BF7A03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18)</w:t>
            </w:r>
          </w:p>
        </w:tc>
        <w:tc>
          <w:tcPr>
            <w:tcW w:w="1764" w:type="dxa"/>
          </w:tcPr>
          <w:p w14:paraId="2455134B" w14:textId="7BCDCA36" w:rsidR="00FD37F3" w:rsidRPr="00BF7A03" w:rsidRDefault="009B70A1" w:rsidP="003B0B77">
            <w:pPr>
              <w:spacing w:after="0" w:line="36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BF7A03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11 (6</w:t>
            </w:r>
            <w:r w:rsidR="003B0B77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–</w:t>
            </w:r>
            <w:r w:rsidRPr="00BF7A03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21)</w:t>
            </w:r>
          </w:p>
        </w:tc>
        <w:tc>
          <w:tcPr>
            <w:tcW w:w="1764" w:type="dxa"/>
          </w:tcPr>
          <w:p w14:paraId="2DE3853B" w14:textId="6AA7CE09" w:rsidR="00FD37F3" w:rsidRPr="00BF7A03" w:rsidRDefault="001F5DB3" w:rsidP="003B0B77">
            <w:pPr>
              <w:spacing w:after="0" w:line="36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BF7A03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13 (6</w:t>
            </w:r>
            <w:r w:rsidR="003B0B77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–</w:t>
            </w:r>
            <w:r w:rsidRPr="00BF7A03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25)</w:t>
            </w:r>
          </w:p>
        </w:tc>
      </w:tr>
      <w:tr w:rsidR="00BF7A03" w:rsidRPr="00BF7A03" w14:paraId="71D16C72" w14:textId="57534C9E" w:rsidTr="003B0B77">
        <w:trPr>
          <w:trHeight w:val="384"/>
        </w:trPr>
        <w:tc>
          <w:tcPr>
            <w:tcW w:w="4815" w:type="dxa"/>
            <w:hideMark/>
          </w:tcPr>
          <w:p w14:paraId="63CE6339" w14:textId="77777777" w:rsidR="00FD37F3" w:rsidRPr="00BF7A03" w:rsidRDefault="00FD37F3" w:rsidP="003B0B77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BF7A03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Recurrent mBC, n (%)</w:t>
            </w:r>
          </w:p>
        </w:tc>
        <w:tc>
          <w:tcPr>
            <w:tcW w:w="1701" w:type="dxa"/>
          </w:tcPr>
          <w:p w14:paraId="7FC175EB" w14:textId="0FCCD244" w:rsidR="00FD37F3" w:rsidRPr="00BF7A03" w:rsidRDefault="00CB3FFD" w:rsidP="003B0B77">
            <w:pPr>
              <w:spacing w:after="0" w:line="36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BF7A03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2161 (69)</w:t>
            </w:r>
          </w:p>
        </w:tc>
        <w:tc>
          <w:tcPr>
            <w:tcW w:w="1827" w:type="dxa"/>
          </w:tcPr>
          <w:p w14:paraId="3BD5AE02" w14:textId="62A7ADB2" w:rsidR="00FD37F3" w:rsidRPr="00BF7A03" w:rsidRDefault="00523C43" w:rsidP="003B0B77">
            <w:pPr>
              <w:spacing w:after="0" w:line="36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BF7A03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357 69)</w:t>
            </w:r>
          </w:p>
        </w:tc>
        <w:tc>
          <w:tcPr>
            <w:tcW w:w="1764" w:type="dxa"/>
          </w:tcPr>
          <w:p w14:paraId="7D4B4ABA" w14:textId="0DBEC52C" w:rsidR="00FD37F3" w:rsidRPr="00BF7A03" w:rsidRDefault="002E2EC0" w:rsidP="003B0B77">
            <w:pPr>
              <w:spacing w:after="0" w:line="36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BF7A03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51 (58)</w:t>
            </w:r>
          </w:p>
        </w:tc>
        <w:tc>
          <w:tcPr>
            <w:tcW w:w="1764" w:type="dxa"/>
          </w:tcPr>
          <w:p w14:paraId="0F816376" w14:textId="1884CDF0" w:rsidR="00FD37F3" w:rsidRPr="00BF7A03" w:rsidRDefault="00FE4B22" w:rsidP="003B0B77">
            <w:pPr>
              <w:spacing w:after="0" w:line="36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BF7A03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241 (65)</w:t>
            </w:r>
          </w:p>
        </w:tc>
      </w:tr>
      <w:tr w:rsidR="00BF7A03" w:rsidRPr="00BF7A03" w14:paraId="2CC140D2" w14:textId="2B77ECF9" w:rsidTr="003B0B77">
        <w:trPr>
          <w:trHeight w:val="291"/>
        </w:trPr>
        <w:tc>
          <w:tcPr>
            <w:tcW w:w="4815" w:type="dxa"/>
            <w:hideMark/>
          </w:tcPr>
          <w:p w14:paraId="0A3A55AB" w14:textId="77777777" w:rsidR="00FD37F3" w:rsidRPr="00BF7A03" w:rsidRDefault="00FD37F3" w:rsidP="003B0B77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BF7A03"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en-GB"/>
              </w:rPr>
              <w:t>De novo</w:t>
            </w:r>
            <w:r w:rsidRPr="00BF7A03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mBC, n (%)</w:t>
            </w:r>
          </w:p>
        </w:tc>
        <w:tc>
          <w:tcPr>
            <w:tcW w:w="1701" w:type="dxa"/>
          </w:tcPr>
          <w:p w14:paraId="7AF52529" w14:textId="7869C28E" w:rsidR="00FD37F3" w:rsidRPr="00BF7A03" w:rsidRDefault="002E2EC0" w:rsidP="003B0B77">
            <w:pPr>
              <w:spacing w:after="0" w:line="36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BF7A03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989 (31)</w:t>
            </w:r>
          </w:p>
        </w:tc>
        <w:tc>
          <w:tcPr>
            <w:tcW w:w="1827" w:type="dxa"/>
          </w:tcPr>
          <w:p w14:paraId="299F7DE6" w14:textId="26EE6D79" w:rsidR="00FD37F3" w:rsidRPr="00BF7A03" w:rsidRDefault="002E2EC0" w:rsidP="003B0B77">
            <w:pPr>
              <w:spacing w:after="0" w:line="36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BF7A03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162 (31)</w:t>
            </w:r>
          </w:p>
        </w:tc>
        <w:tc>
          <w:tcPr>
            <w:tcW w:w="1764" w:type="dxa"/>
          </w:tcPr>
          <w:p w14:paraId="1BC16400" w14:textId="1A91F361" w:rsidR="00FD37F3" w:rsidRPr="00BF7A03" w:rsidRDefault="00061BF3" w:rsidP="003B0B77">
            <w:pPr>
              <w:spacing w:after="0" w:line="36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BF7A03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37 (42)</w:t>
            </w:r>
          </w:p>
        </w:tc>
        <w:tc>
          <w:tcPr>
            <w:tcW w:w="1764" w:type="dxa"/>
          </w:tcPr>
          <w:p w14:paraId="66AD9886" w14:textId="6F019343" w:rsidR="00FD37F3" w:rsidRPr="00BF7A03" w:rsidRDefault="00FE4B22" w:rsidP="003B0B77">
            <w:pPr>
              <w:spacing w:after="0" w:line="36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BF7A03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129 (35)</w:t>
            </w:r>
          </w:p>
        </w:tc>
      </w:tr>
      <w:tr w:rsidR="00BF7A03" w:rsidRPr="00BF7A03" w14:paraId="5C12064B" w14:textId="0BF260BA" w:rsidTr="003B0B77">
        <w:trPr>
          <w:trHeight w:val="291"/>
        </w:trPr>
        <w:tc>
          <w:tcPr>
            <w:tcW w:w="4815" w:type="dxa"/>
          </w:tcPr>
          <w:p w14:paraId="0CE08099" w14:textId="1636EA57" w:rsidR="00FD37F3" w:rsidRPr="00BF7A03" w:rsidRDefault="00FD37F3" w:rsidP="003B0B77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BF7A03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Median (IQR) time from mBC diagnosis to </w:t>
            </w:r>
            <w:r w:rsidR="003C3ECC" w:rsidRPr="00BF7A03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initiating 1L post-ET</w:t>
            </w:r>
            <w:r w:rsidRPr="00BF7A03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, months</w:t>
            </w:r>
          </w:p>
        </w:tc>
        <w:tc>
          <w:tcPr>
            <w:tcW w:w="1701" w:type="dxa"/>
          </w:tcPr>
          <w:p w14:paraId="1BB22BED" w14:textId="6142BF12" w:rsidR="00FD37F3" w:rsidRPr="00BF7A03" w:rsidRDefault="003E2BBC" w:rsidP="003B0B77">
            <w:pPr>
              <w:spacing w:after="0" w:line="36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BF7A03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20 (</w:t>
            </w:r>
            <w:r w:rsidR="00457F77" w:rsidRPr="00BF7A03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8</w:t>
            </w:r>
            <w:r w:rsidR="003B0B77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–</w:t>
            </w:r>
            <w:r w:rsidR="00457F77" w:rsidRPr="00BF7A03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35)</w:t>
            </w:r>
          </w:p>
        </w:tc>
        <w:tc>
          <w:tcPr>
            <w:tcW w:w="1827" w:type="dxa"/>
          </w:tcPr>
          <w:p w14:paraId="1D4BDB5F" w14:textId="65A07AA3" w:rsidR="00FD37F3" w:rsidRPr="00BF7A03" w:rsidRDefault="00D617DF" w:rsidP="003B0B77">
            <w:pPr>
              <w:spacing w:after="0" w:line="36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BF7A03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16 </w:t>
            </w:r>
            <w:r w:rsidR="005C4CB9" w:rsidRPr="00BF7A03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(6</w:t>
            </w:r>
            <w:r w:rsidR="003B0B77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–</w:t>
            </w:r>
            <w:r w:rsidR="005C4CB9" w:rsidRPr="00BF7A03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30)</w:t>
            </w:r>
          </w:p>
        </w:tc>
        <w:tc>
          <w:tcPr>
            <w:tcW w:w="1764" w:type="dxa"/>
          </w:tcPr>
          <w:p w14:paraId="378D6D01" w14:textId="50DB5EB5" w:rsidR="00FD37F3" w:rsidRPr="00BF7A03" w:rsidRDefault="0074604E" w:rsidP="003B0B77">
            <w:pPr>
              <w:spacing w:after="0" w:line="36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BF7A03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17 (6</w:t>
            </w:r>
            <w:r w:rsidR="003B0B77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–</w:t>
            </w:r>
            <w:r w:rsidRPr="00BF7A03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35)</w:t>
            </w:r>
          </w:p>
        </w:tc>
        <w:tc>
          <w:tcPr>
            <w:tcW w:w="1764" w:type="dxa"/>
          </w:tcPr>
          <w:p w14:paraId="022B8ECD" w14:textId="79FFBEDD" w:rsidR="00FD37F3" w:rsidRPr="00BF7A03" w:rsidRDefault="0077125E" w:rsidP="003B0B77">
            <w:pPr>
              <w:spacing w:after="0" w:line="36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BF7A03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19 (7</w:t>
            </w:r>
            <w:r w:rsidR="003B0B77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–</w:t>
            </w:r>
            <w:r w:rsidRPr="00BF7A03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37)</w:t>
            </w:r>
          </w:p>
        </w:tc>
      </w:tr>
      <w:tr w:rsidR="00BF7A03" w:rsidRPr="00BF7A03" w14:paraId="354F8DCB" w14:textId="55B0B5B6" w:rsidTr="003B0B77">
        <w:trPr>
          <w:trHeight w:val="269"/>
        </w:trPr>
        <w:tc>
          <w:tcPr>
            <w:tcW w:w="4815" w:type="dxa"/>
            <w:hideMark/>
          </w:tcPr>
          <w:p w14:paraId="3A885174" w14:textId="1BDE1CAB" w:rsidR="00FD37F3" w:rsidRPr="00BF7A03" w:rsidRDefault="00FD37F3" w:rsidP="003B0B77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BF7A03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ECOG PS, n (%)</w:t>
            </w:r>
            <w:r w:rsidR="005D58E3" w:rsidRPr="00BF7A03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en-GB"/>
              </w:rPr>
              <w:t>b</w:t>
            </w:r>
          </w:p>
        </w:tc>
        <w:tc>
          <w:tcPr>
            <w:tcW w:w="1701" w:type="dxa"/>
          </w:tcPr>
          <w:p w14:paraId="1AA99055" w14:textId="77777777" w:rsidR="00FD37F3" w:rsidRPr="00BF7A03" w:rsidRDefault="00FD37F3" w:rsidP="003B0B77">
            <w:pPr>
              <w:spacing w:after="0" w:line="36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</w:p>
        </w:tc>
        <w:tc>
          <w:tcPr>
            <w:tcW w:w="1827" w:type="dxa"/>
          </w:tcPr>
          <w:p w14:paraId="7612C167" w14:textId="77777777" w:rsidR="00FD37F3" w:rsidRPr="00BF7A03" w:rsidRDefault="00FD37F3" w:rsidP="003B0B77">
            <w:pPr>
              <w:spacing w:after="0" w:line="36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</w:p>
        </w:tc>
        <w:tc>
          <w:tcPr>
            <w:tcW w:w="1764" w:type="dxa"/>
          </w:tcPr>
          <w:p w14:paraId="68018FE6" w14:textId="77777777" w:rsidR="00FD37F3" w:rsidRPr="00BF7A03" w:rsidRDefault="00FD37F3" w:rsidP="003B0B77">
            <w:pPr>
              <w:spacing w:after="0" w:line="36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</w:p>
        </w:tc>
        <w:tc>
          <w:tcPr>
            <w:tcW w:w="1764" w:type="dxa"/>
          </w:tcPr>
          <w:p w14:paraId="489272EB" w14:textId="1B6E0D51" w:rsidR="00FD37F3" w:rsidRPr="00BF7A03" w:rsidRDefault="00FD37F3" w:rsidP="003B0B77">
            <w:pPr>
              <w:spacing w:after="0" w:line="36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</w:p>
        </w:tc>
      </w:tr>
      <w:tr w:rsidR="00BF7A03" w:rsidRPr="00BF7A03" w14:paraId="2E317ECC" w14:textId="7E78EC54" w:rsidTr="003B0B77">
        <w:trPr>
          <w:trHeight w:val="261"/>
        </w:trPr>
        <w:tc>
          <w:tcPr>
            <w:tcW w:w="4815" w:type="dxa"/>
            <w:hideMark/>
          </w:tcPr>
          <w:p w14:paraId="47FF7837" w14:textId="0FE32A59" w:rsidR="00FD37F3" w:rsidRPr="00BF7A03" w:rsidRDefault="00FD37F3" w:rsidP="003B0B77">
            <w:pPr>
              <w:spacing w:after="0" w:line="360" w:lineRule="auto"/>
              <w:ind w:left="113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BF7A03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1701" w:type="dxa"/>
          </w:tcPr>
          <w:p w14:paraId="2EB3BD28" w14:textId="7CD88E33" w:rsidR="00FD37F3" w:rsidRPr="00BF7A03" w:rsidRDefault="001D4743" w:rsidP="003B0B77">
            <w:pPr>
              <w:spacing w:after="0" w:line="36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BF7A03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749 (24)</w:t>
            </w:r>
          </w:p>
        </w:tc>
        <w:tc>
          <w:tcPr>
            <w:tcW w:w="1827" w:type="dxa"/>
          </w:tcPr>
          <w:p w14:paraId="406C85F1" w14:textId="4F26A25C" w:rsidR="00FD37F3" w:rsidRPr="00BF7A03" w:rsidRDefault="00734E3E" w:rsidP="003B0B77">
            <w:pPr>
              <w:spacing w:after="0" w:line="36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BF7A03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116 (22)</w:t>
            </w:r>
          </w:p>
        </w:tc>
        <w:tc>
          <w:tcPr>
            <w:tcW w:w="1764" w:type="dxa"/>
          </w:tcPr>
          <w:p w14:paraId="42E0BB4A" w14:textId="5D5820CA" w:rsidR="00FD37F3" w:rsidRPr="00BF7A03" w:rsidRDefault="00DB3558" w:rsidP="003B0B77">
            <w:pPr>
              <w:spacing w:after="0" w:line="36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BF7A03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21 (24)</w:t>
            </w:r>
          </w:p>
        </w:tc>
        <w:tc>
          <w:tcPr>
            <w:tcW w:w="1764" w:type="dxa"/>
          </w:tcPr>
          <w:p w14:paraId="1E5B434C" w14:textId="6927E83E" w:rsidR="00FD37F3" w:rsidRPr="00BF7A03" w:rsidRDefault="001465D6" w:rsidP="003B0B77">
            <w:pPr>
              <w:spacing w:after="0" w:line="36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BF7A03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102 (28)</w:t>
            </w:r>
          </w:p>
        </w:tc>
      </w:tr>
      <w:tr w:rsidR="00BF7A03" w:rsidRPr="00BF7A03" w14:paraId="67FF4FA8" w14:textId="552DD653" w:rsidTr="003B0B77">
        <w:trPr>
          <w:trHeight w:val="267"/>
        </w:trPr>
        <w:tc>
          <w:tcPr>
            <w:tcW w:w="4815" w:type="dxa"/>
            <w:hideMark/>
          </w:tcPr>
          <w:p w14:paraId="3BDA16D3" w14:textId="4CFEC28A" w:rsidR="00FD37F3" w:rsidRPr="00BF7A03" w:rsidRDefault="00FD37F3" w:rsidP="003B0B77">
            <w:pPr>
              <w:spacing w:after="0" w:line="360" w:lineRule="auto"/>
              <w:ind w:left="113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BF7A03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</w:t>
            </w:r>
          </w:p>
        </w:tc>
        <w:tc>
          <w:tcPr>
            <w:tcW w:w="1701" w:type="dxa"/>
          </w:tcPr>
          <w:p w14:paraId="38AA77C4" w14:textId="6E87C128" w:rsidR="00FD37F3" w:rsidRPr="00BF7A03" w:rsidRDefault="00E376D2" w:rsidP="003B0B77">
            <w:pPr>
              <w:spacing w:after="0" w:line="36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BF7A03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1111 (35)</w:t>
            </w:r>
          </w:p>
        </w:tc>
        <w:tc>
          <w:tcPr>
            <w:tcW w:w="1827" w:type="dxa"/>
          </w:tcPr>
          <w:p w14:paraId="7EC16F3E" w14:textId="49B86375" w:rsidR="00FD37F3" w:rsidRPr="00BF7A03" w:rsidRDefault="00FA4B9F" w:rsidP="003B0B77">
            <w:pPr>
              <w:spacing w:after="0" w:line="36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BF7A03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 xml:space="preserve">176 </w:t>
            </w:r>
            <w:r w:rsidR="0071450C" w:rsidRPr="00BF7A03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(34)</w:t>
            </w:r>
          </w:p>
        </w:tc>
        <w:tc>
          <w:tcPr>
            <w:tcW w:w="1764" w:type="dxa"/>
          </w:tcPr>
          <w:p w14:paraId="28C02CB4" w14:textId="55FD08F6" w:rsidR="00FD37F3" w:rsidRPr="00BF7A03" w:rsidRDefault="00DB3558" w:rsidP="003B0B77">
            <w:pPr>
              <w:spacing w:after="0" w:line="36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BF7A03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31 (35)</w:t>
            </w:r>
          </w:p>
        </w:tc>
        <w:tc>
          <w:tcPr>
            <w:tcW w:w="1764" w:type="dxa"/>
          </w:tcPr>
          <w:p w14:paraId="5DD5A3F1" w14:textId="7511C40C" w:rsidR="00FD37F3" w:rsidRPr="00BF7A03" w:rsidRDefault="0081603A" w:rsidP="003B0B77">
            <w:pPr>
              <w:spacing w:after="0" w:line="36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BF7A03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121 (33)</w:t>
            </w:r>
          </w:p>
        </w:tc>
      </w:tr>
      <w:tr w:rsidR="00BF7A03" w:rsidRPr="00BF7A03" w14:paraId="07FF620C" w14:textId="2CD06229" w:rsidTr="003B0B77">
        <w:trPr>
          <w:trHeight w:val="273"/>
        </w:trPr>
        <w:tc>
          <w:tcPr>
            <w:tcW w:w="4815" w:type="dxa"/>
            <w:hideMark/>
          </w:tcPr>
          <w:p w14:paraId="489FCA94" w14:textId="27A442E1" w:rsidR="00FD37F3" w:rsidRPr="00BF7A03" w:rsidRDefault="00FD37F3" w:rsidP="003B0B77">
            <w:pPr>
              <w:spacing w:after="0" w:line="360" w:lineRule="auto"/>
              <w:ind w:left="113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BF7A03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2+</w:t>
            </w:r>
          </w:p>
        </w:tc>
        <w:tc>
          <w:tcPr>
            <w:tcW w:w="1701" w:type="dxa"/>
          </w:tcPr>
          <w:p w14:paraId="352B74D8" w14:textId="7EC29F36" w:rsidR="00FD37F3" w:rsidRPr="00BF7A03" w:rsidRDefault="00E376D2" w:rsidP="003B0B77">
            <w:pPr>
              <w:spacing w:after="0" w:line="36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BF7A03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502 (16)</w:t>
            </w:r>
          </w:p>
        </w:tc>
        <w:tc>
          <w:tcPr>
            <w:tcW w:w="1827" w:type="dxa"/>
          </w:tcPr>
          <w:p w14:paraId="5F2E5D94" w14:textId="59768346" w:rsidR="00FD37F3" w:rsidRPr="00BF7A03" w:rsidRDefault="0071450C" w:rsidP="003B0B77">
            <w:pPr>
              <w:spacing w:after="0" w:line="36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BF7A03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102 (20)</w:t>
            </w:r>
          </w:p>
        </w:tc>
        <w:tc>
          <w:tcPr>
            <w:tcW w:w="1764" w:type="dxa"/>
          </w:tcPr>
          <w:p w14:paraId="657C87AD" w14:textId="5C8D0EA1" w:rsidR="00FD37F3" w:rsidRPr="00BF7A03" w:rsidRDefault="00DB3558" w:rsidP="003B0B77">
            <w:pPr>
              <w:spacing w:after="0" w:line="36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BF7A03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18 (21)</w:t>
            </w:r>
          </w:p>
        </w:tc>
        <w:tc>
          <w:tcPr>
            <w:tcW w:w="1764" w:type="dxa"/>
          </w:tcPr>
          <w:p w14:paraId="10C8F22D" w14:textId="3E42D5B1" w:rsidR="00FD37F3" w:rsidRPr="00BF7A03" w:rsidRDefault="00237821" w:rsidP="003B0B77">
            <w:pPr>
              <w:spacing w:after="0" w:line="36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BF7A03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45 (12)</w:t>
            </w:r>
          </w:p>
        </w:tc>
      </w:tr>
      <w:tr w:rsidR="00BF7A03" w:rsidRPr="00BF7A03" w14:paraId="41C49C94" w14:textId="4EA4D9B4" w:rsidTr="003B0B77">
        <w:trPr>
          <w:trHeight w:val="264"/>
        </w:trPr>
        <w:tc>
          <w:tcPr>
            <w:tcW w:w="4815" w:type="dxa"/>
            <w:hideMark/>
          </w:tcPr>
          <w:p w14:paraId="6B611496" w14:textId="75E27206" w:rsidR="00FD37F3" w:rsidRPr="00BF7A03" w:rsidRDefault="00FD37F3" w:rsidP="003B0B77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BF7A03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Metastatic sites, n (%)</w:t>
            </w:r>
            <w:r w:rsidR="00587577" w:rsidRPr="00BF7A03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en-GB"/>
              </w:rPr>
              <w:t>c</w:t>
            </w:r>
          </w:p>
        </w:tc>
        <w:tc>
          <w:tcPr>
            <w:tcW w:w="1701" w:type="dxa"/>
          </w:tcPr>
          <w:p w14:paraId="065FC178" w14:textId="77777777" w:rsidR="00FD37F3" w:rsidRPr="00BF7A03" w:rsidRDefault="00FD37F3" w:rsidP="003B0B77">
            <w:pPr>
              <w:spacing w:after="0" w:line="36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</w:p>
        </w:tc>
        <w:tc>
          <w:tcPr>
            <w:tcW w:w="1827" w:type="dxa"/>
          </w:tcPr>
          <w:p w14:paraId="228DDF8E" w14:textId="77777777" w:rsidR="00FD37F3" w:rsidRPr="00BF7A03" w:rsidRDefault="00FD37F3" w:rsidP="003B0B77">
            <w:pPr>
              <w:spacing w:after="0" w:line="36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</w:p>
        </w:tc>
        <w:tc>
          <w:tcPr>
            <w:tcW w:w="1764" w:type="dxa"/>
          </w:tcPr>
          <w:p w14:paraId="063B530C" w14:textId="77777777" w:rsidR="00FD37F3" w:rsidRPr="00BF7A03" w:rsidRDefault="00FD37F3" w:rsidP="003B0B77">
            <w:pPr>
              <w:spacing w:after="0" w:line="36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</w:p>
        </w:tc>
        <w:tc>
          <w:tcPr>
            <w:tcW w:w="1764" w:type="dxa"/>
          </w:tcPr>
          <w:p w14:paraId="37C5FE96" w14:textId="64FE2E19" w:rsidR="00FD37F3" w:rsidRPr="00BF7A03" w:rsidRDefault="00FD37F3" w:rsidP="003B0B77">
            <w:pPr>
              <w:spacing w:after="0" w:line="36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</w:p>
        </w:tc>
      </w:tr>
      <w:tr w:rsidR="00BF7A03" w:rsidRPr="00BF7A03" w14:paraId="187718E4" w14:textId="0194D3E9" w:rsidTr="003B0B77">
        <w:trPr>
          <w:trHeight w:val="271"/>
        </w:trPr>
        <w:tc>
          <w:tcPr>
            <w:tcW w:w="4815" w:type="dxa"/>
            <w:hideMark/>
          </w:tcPr>
          <w:p w14:paraId="2EB7BCAC" w14:textId="46BDCF76" w:rsidR="00FD37F3" w:rsidRPr="00BF7A03" w:rsidRDefault="00FD37F3" w:rsidP="003B0B77">
            <w:pPr>
              <w:spacing w:after="0" w:line="360" w:lineRule="auto"/>
              <w:ind w:left="113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BF7A03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</w:t>
            </w:r>
          </w:p>
        </w:tc>
        <w:tc>
          <w:tcPr>
            <w:tcW w:w="1701" w:type="dxa"/>
          </w:tcPr>
          <w:p w14:paraId="59CDE355" w14:textId="13B5A91E" w:rsidR="00FD37F3" w:rsidRPr="00BF7A03" w:rsidRDefault="00D84499" w:rsidP="003B0B77">
            <w:pPr>
              <w:spacing w:after="0" w:line="36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BF7A03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776 (25)</w:t>
            </w:r>
          </w:p>
        </w:tc>
        <w:tc>
          <w:tcPr>
            <w:tcW w:w="1827" w:type="dxa"/>
          </w:tcPr>
          <w:p w14:paraId="4A970D58" w14:textId="78DF9F13" w:rsidR="00FD37F3" w:rsidRPr="00BF7A03" w:rsidRDefault="003E6044" w:rsidP="003B0B77">
            <w:pPr>
              <w:spacing w:after="0" w:line="36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BF7A03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104 (20)</w:t>
            </w:r>
          </w:p>
        </w:tc>
        <w:tc>
          <w:tcPr>
            <w:tcW w:w="1764" w:type="dxa"/>
          </w:tcPr>
          <w:p w14:paraId="738EF6A9" w14:textId="1AFB90CD" w:rsidR="00FD37F3" w:rsidRPr="00BF7A03" w:rsidRDefault="00337EBA" w:rsidP="003B0B77">
            <w:pPr>
              <w:spacing w:after="0" w:line="36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BF7A03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22 (25)</w:t>
            </w:r>
          </w:p>
        </w:tc>
        <w:tc>
          <w:tcPr>
            <w:tcW w:w="1764" w:type="dxa"/>
          </w:tcPr>
          <w:p w14:paraId="1FE7BE2A" w14:textId="59AF635B" w:rsidR="00FD37F3" w:rsidRPr="00BF7A03" w:rsidRDefault="00BC2A79" w:rsidP="003B0B77">
            <w:pPr>
              <w:spacing w:after="0" w:line="36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BF7A03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100 (27)</w:t>
            </w:r>
          </w:p>
        </w:tc>
      </w:tr>
      <w:tr w:rsidR="00BF7A03" w:rsidRPr="00BF7A03" w14:paraId="724494D4" w14:textId="2F07B68B" w:rsidTr="003B0B77">
        <w:trPr>
          <w:trHeight w:val="200"/>
        </w:trPr>
        <w:tc>
          <w:tcPr>
            <w:tcW w:w="4815" w:type="dxa"/>
            <w:hideMark/>
          </w:tcPr>
          <w:p w14:paraId="2C02AF2E" w14:textId="3E1F9C3A" w:rsidR="00FD37F3" w:rsidRPr="00BF7A03" w:rsidRDefault="00FD37F3" w:rsidP="003B0B77">
            <w:pPr>
              <w:spacing w:after="0" w:line="360" w:lineRule="auto"/>
              <w:ind w:left="113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BF7A03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lastRenderedPageBreak/>
              <w:t>2</w:t>
            </w:r>
          </w:p>
        </w:tc>
        <w:tc>
          <w:tcPr>
            <w:tcW w:w="1701" w:type="dxa"/>
          </w:tcPr>
          <w:p w14:paraId="7E075511" w14:textId="1E067B41" w:rsidR="00FD37F3" w:rsidRPr="00BF7A03" w:rsidRDefault="000D314A" w:rsidP="003B0B77">
            <w:pPr>
              <w:spacing w:after="0" w:line="36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BF7A03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1077 (34)</w:t>
            </w:r>
          </w:p>
        </w:tc>
        <w:tc>
          <w:tcPr>
            <w:tcW w:w="1827" w:type="dxa"/>
          </w:tcPr>
          <w:p w14:paraId="7A5779D0" w14:textId="7E4343A3" w:rsidR="00FD37F3" w:rsidRPr="00BF7A03" w:rsidRDefault="00337EBA" w:rsidP="003B0B77">
            <w:pPr>
              <w:spacing w:after="0" w:line="36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BF7A03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168 (32)</w:t>
            </w:r>
          </w:p>
        </w:tc>
        <w:tc>
          <w:tcPr>
            <w:tcW w:w="1764" w:type="dxa"/>
          </w:tcPr>
          <w:p w14:paraId="12364F9F" w14:textId="606D4DEF" w:rsidR="00FD37F3" w:rsidRPr="00BF7A03" w:rsidRDefault="00337EBA" w:rsidP="003B0B77">
            <w:pPr>
              <w:spacing w:after="0" w:line="36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BF7A03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29 (33)</w:t>
            </w:r>
          </w:p>
        </w:tc>
        <w:tc>
          <w:tcPr>
            <w:tcW w:w="1764" w:type="dxa"/>
          </w:tcPr>
          <w:p w14:paraId="08E91E85" w14:textId="6209BC60" w:rsidR="00FD37F3" w:rsidRPr="00BF7A03" w:rsidRDefault="00405837" w:rsidP="003B0B77">
            <w:pPr>
              <w:spacing w:after="0" w:line="36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BF7A03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123 (33)</w:t>
            </w:r>
          </w:p>
        </w:tc>
      </w:tr>
      <w:tr w:rsidR="00BF7A03" w:rsidRPr="00BF7A03" w14:paraId="070239AA" w14:textId="0F5A37DD" w:rsidTr="003B0B77">
        <w:trPr>
          <w:trHeight w:val="200"/>
        </w:trPr>
        <w:tc>
          <w:tcPr>
            <w:tcW w:w="4815" w:type="dxa"/>
            <w:hideMark/>
          </w:tcPr>
          <w:p w14:paraId="4C0E71EA" w14:textId="1676EA77" w:rsidR="00FD37F3" w:rsidRPr="00BF7A03" w:rsidRDefault="00FD37F3" w:rsidP="003B0B77">
            <w:pPr>
              <w:spacing w:after="0" w:line="360" w:lineRule="auto"/>
              <w:ind w:left="113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BF7A03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3+</w:t>
            </w:r>
          </w:p>
        </w:tc>
        <w:tc>
          <w:tcPr>
            <w:tcW w:w="1701" w:type="dxa"/>
          </w:tcPr>
          <w:p w14:paraId="6135033C" w14:textId="65213CB5" w:rsidR="00FD37F3" w:rsidRPr="00BF7A03" w:rsidRDefault="000D314A" w:rsidP="003B0B77">
            <w:pPr>
              <w:spacing w:after="0" w:line="36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BF7A03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1244 (40)</w:t>
            </w:r>
          </w:p>
        </w:tc>
        <w:tc>
          <w:tcPr>
            <w:tcW w:w="1827" w:type="dxa"/>
          </w:tcPr>
          <w:p w14:paraId="49C9FDD9" w14:textId="31DD8E30" w:rsidR="00FD37F3" w:rsidRPr="00BF7A03" w:rsidRDefault="00337EBA" w:rsidP="003B0B77">
            <w:pPr>
              <w:spacing w:after="0" w:line="36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BF7A03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236 (46)</w:t>
            </w:r>
          </w:p>
        </w:tc>
        <w:tc>
          <w:tcPr>
            <w:tcW w:w="1764" w:type="dxa"/>
          </w:tcPr>
          <w:p w14:paraId="2BFE7C45" w14:textId="066121E2" w:rsidR="00FD37F3" w:rsidRPr="00BF7A03" w:rsidRDefault="00337EBA" w:rsidP="003B0B77">
            <w:pPr>
              <w:spacing w:after="0" w:line="36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BF7A03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34 (39)</w:t>
            </w:r>
          </w:p>
        </w:tc>
        <w:tc>
          <w:tcPr>
            <w:tcW w:w="1764" w:type="dxa"/>
          </w:tcPr>
          <w:p w14:paraId="651C3AA2" w14:textId="6F73029F" w:rsidR="00FD37F3" w:rsidRPr="00BF7A03" w:rsidRDefault="00405837" w:rsidP="003B0B77">
            <w:pPr>
              <w:spacing w:after="0" w:line="36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BF7A03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135 (37)</w:t>
            </w:r>
          </w:p>
        </w:tc>
      </w:tr>
      <w:tr w:rsidR="00BF7A03" w:rsidRPr="00BF7A03" w14:paraId="06A0011A" w14:textId="377BC026" w:rsidTr="003B0B77">
        <w:trPr>
          <w:trHeight w:val="234"/>
        </w:trPr>
        <w:tc>
          <w:tcPr>
            <w:tcW w:w="4815" w:type="dxa"/>
            <w:hideMark/>
          </w:tcPr>
          <w:p w14:paraId="7B6AD5F1" w14:textId="77777777" w:rsidR="00FD37F3" w:rsidRPr="00BF7A03" w:rsidRDefault="00FD37F3" w:rsidP="003B0B77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BF7A03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Bone metastasis, n (%)</w:t>
            </w:r>
          </w:p>
        </w:tc>
        <w:tc>
          <w:tcPr>
            <w:tcW w:w="1701" w:type="dxa"/>
          </w:tcPr>
          <w:p w14:paraId="4C9E7EAD" w14:textId="291625E5" w:rsidR="00FD37F3" w:rsidRPr="00BF7A03" w:rsidRDefault="00AD5A4F" w:rsidP="003B0B77">
            <w:pPr>
              <w:spacing w:after="0" w:line="36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BF7A03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2675 (85)</w:t>
            </w:r>
          </w:p>
        </w:tc>
        <w:tc>
          <w:tcPr>
            <w:tcW w:w="1827" w:type="dxa"/>
          </w:tcPr>
          <w:p w14:paraId="776EA410" w14:textId="20060DB1" w:rsidR="00FD37F3" w:rsidRPr="00BF7A03" w:rsidRDefault="00301B46" w:rsidP="003B0B77">
            <w:pPr>
              <w:spacing w:after="0" w:line="36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BF7A03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424 (82)</w:t>
            </w:r>
          </w:p>
        </w:tc>
        <w:tc>
          <w:tcPr>
            <w:tcW w:w="1764" w:type="dxa"/>
          </w:tcPr>
          <w:p w14:paraId="65A20455" w14:textId="68E5D2DF" w:rsidR="00FD37F3" w:rsidRPr="00BF7A03" w:rsidRDefault="007A09E5" w:rsidP="003B0B77">
            <w:pPr>
              <w:spacing w:after="0" w:line="36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BF7A03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71 (81)</w:t>
            </w:r>
          </w:p>
        </w:tc>
        <w:tc>
          <w:tcPr>
            <w:tcW w:w="1764" w:type="dxa"/>
          </w:tcPr>
          <w:p w14:paraId="6A98E542" w14:textId="7BB0E8BF" w:rsidR="00FD37F3" w:rsidRPr="00BF7A03" w:rsidRDefault="00DD3D06" w:rsidP="003B0B77">
            <w:pPr>
              <w:spacing w:after="0" w:line="36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BF7A03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310 (84)</w:t>
            </w:r>
          </w:p>
        </w:tc>
      </w:tr>
      <w:tr w:rsidR="00BF7A03" w:rsidRPr="00BF7A03" w14:paraId="57534DAA" w14:textId="1EF6134D" w:rsidTr="003B0B77">
        <w:trPr>
          <w:trHeight w:val="267"/>
        </w:trPr>
        <w:tc>
          <w:tcPr>
            <w:tcW w:w="4815" w:type="dxa"/>
            <w:hideMark/>
          </w:tcPr>
          <w:p w14:paraId="4356FA0B" w14:textId="77777777" w:rsidR="00FD37F3" w:rsidRPr="00BF7A03" w:rsidRDefault="00FD37F3" w:rsidP="003B0B77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BF7A03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Brain metastasis, n (%)</w:t>
            </w:r>
          </w:p>
        </w:tc>
        <w:tc>
          <w:tcPr>
            <w:tcW w:w="1701" w:type="dxa"/>
          </w:tcPr>
          <w:p w14:paraId="7AC3494A" w14:textId="56EFB3C2" w:rsidR="00FD37F3" w:rsidRPr="00BF7A03" w:rsidRDefault="00FC4315" w:rsidP="003B0B77">
            <w:pPr>
              <w:spacing w:after="0" w:line="36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BF7A03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266 (8)</w:t>
            </w:r>
          </w:p>
        </w:tc>
        <w:tc>
          <w:tcPr>
            <w:tcW w:w="1827" w:type="dxa"/>
          </w:tcPr>
          <w:p w14:paraId="30DF9F29" w14:textId="427BA4DB" w:rsidR="00FD37F3" w:rsidRPr="00BF7A03" w:rsidRDefault="00052679" w:rsidP="003B0B77">
            <w:pPr>
              <w:spacing w:after="0" w:line="36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BF7A03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48 (9)</w:t>
            </w:r>
          </w:p>
        </w:tc>
        <w:tc>
          <w:tcPr>
            <w:tcW w:w="1764" w:type="dxa"/>
          </w:tcPr>
          <w:p w14:paraId="611748BB" w14:textId="4DA16E1E" w:rsidR="00FD37F3" w:rsidRPr="00BF7A03" w:rsidRDefault="0063027C" w:rsidP="003B0B77">
            <w:pPr>
              <w:spacing w:after="0" w:line="36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BF7A03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7 (8)</w:t>
            </w:r>
          </w:p>
        </w:tc>
        <w:tc>
          <w:tcPr>
            <w:tcW w:w="1764" w:type="dxa"/>
          </w:tcPr>
          <w:p w14:paraId="0DE9A45D" w14:textId="0097083D" w:rsidR="00FD37F3" w:rsidRPr="00BF7A03" w:rsidRDefault="00DD3D06" w:rsidP="003B0B77">
            <w:pPr>
              <w:spacing w:after="0" w:line="36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BF7A03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38 (10)</w:t>
            </w:r>
          </w:p>
        </w:tc>
      </w:tr>
      <w:tr w:rsidR="00BF7A03" w:rsidRPr="00BF7A03" w14:paraId="73F5770E" w14:textId="048889DE" w:rsidTr="003B0B77">
        <w:trPr>
          <w:trHeight w:val="274"/>
        </w:trPr>
        <w:tc>
          <w:tcPr>
            <w:tcW w:w="4815" w:type="dxa"/>
            <w:hideMark/>
          </w:tcPr>
          <w:p w14:paraId="31D75058" w14:textId="77777777" w:rsidR="00FD37F3" w:rsidRPr="00BF7A03" w:rsidRDefault="00FD37F3" w:rsidP="003B0B77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BF7A03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Liver metastasis, n (%)</w:t>
            </w:r>
          </w:p>
        </w:tc>
        <w:tc>
          <w:tcPr>
            <w:tcW w:w="1701" w:type="dxa"/>
          </w:tcPr>
          <w:p w14:paraId="2C3214CA" w14:textId="2CDB7BE5" w:rsidR="00FD37F3" w:rsidRPr="00BF7A03" w:rsidRDefault="00FC4315" w:rsidP="003B0B77">
            <w:pPr>
              <w:spacing w:after="0" w:line="36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BF7A03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1679 (53)</w:t>
            </w:r>
          </w:p>
        </w:tc>
        <w:tc>
          <w:tcPr>
            <w:tcW w:w="1827" w:type="dxa"/>
          </w:tcPr>
          <w:p w14:paraId="1854548A" w14:textId="52329A78" w:rsidR="00FD37F3" w:rsidRPr="00BF7A03" w:rsidRDefault="00052679" w:rsidP="003B0B77">
            <w:pPr>
              <w:spacing w:after="0" w:line="36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BF7A03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283 (55)</w:t>
            </w:r>
          </w:p>
        </w:tc>
        <w:tc>
          <w:tcPr>
            <w:tcW w:w="1764" w:type="dxa"/>
          </w:tcPr>
          <w:p w14:paraId="7BC18E80" w14:textId="62C9EA3F" w:rsidR="00FD37F3" w:rsidRPr="00BF7A03" w:rsidRDefault="0063027C" w:rsidP="003B0B77">
            <w:pPr>
              <w:spacing w:after="0" w:line="36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BF7A03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44 (50)</w:t>
            </w:r>
          </w:p>
        </w:tc>
        <w:tc>
          <w:tcPr>
            <w:tcW w:w="1764" w:type="dxa"/>
          </w:tcPr>
          <w:p w14:paraId="763BECB9" w14:textId="2C382330" w:rsidR="00FD37F3" w:rsidRPr="00BF7A03" w:rsidRDefault="00093B81" w:rsidP="003B0B77">
            <w:pPr>
              <w:spacing w:after="0" w:line="36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BF7A03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177 (48)</w:t>
            </w:r>
          </w:p>
        </w:tc>
      </w:tr>
      <w:tr w:rsidR="00BF7A03" w:rsidRPr="00BF7A03" w14:paraId="32E7AABA" w14:textId="100404C5" w:rsidTr="003B0B77">
        <w:trPr>
          <w:trHeight w:val="267"/>
        </w:trPr>
        <w:tc>
          <w:tcPr>
            <w:tcW w:w="4815" w:type="dxa"/>
          </w:tcPr>
          <w:p w14:paraId="2AE54C0C" w14:textId="1EB41FC2" w:rsidR="00FD37F3" w:rsidRPr="00BF7A03" w:rsidRDefault="00052679" w:rsidP="003B0B77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BF7A03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L</w:t>
            </w:r>
            <w:r w:rsidR="00FD37F3" w:rsidRPr="00BF7A03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ung, n (%)</w:t>
            </w:r>
          </w:p>
        </w:tc>
        <w:tc>
          <w:tcPr>
            <w:tcW w:w="1701" w:type="dxa"/>
          </w:tcPr>
          <w:p w14:paraId="39A33ADB" w14:textId="2643BF97" w:rsidR="00FD37F3" w:rsidRPr="00BF7A03" w:rsidRDefault="00303972" w:rsidP="003B0B77">
            <w:pPr>
              <w:spacing w:after="0" w:line="36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BF7A03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999 (32)</w:t>
            </w:r>
          </w:p>
        </w:tc>
        <w:tc>
          <w:tcPr>
            <w:tcW w:w="1827" w:type="dxa"/>
          </w:tcPr>
          <w:p w14:paraId="4615BCE0" w14:textId="00E0DEA2" w:rsidR="00FD37F3" w:rsidRPr="00BF7A03" w:rsidRDefault="00303972" w:rsidP="003B0B77">
            <w:pPr>
              <w:spacing w:after="0" w:line="36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BF7A03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216 (42)</w:t>
            </w:r>
          </w:p>
        </w:tc>
        <w:tc>
          <w:tcPr>
            <w:tcW w:w="1764" w:type="dxa"/>
          </w:tcPr>
          <w:p w14:paraId="57400C98" w14:textId="535B275F" w:rsidR="00FD37F3" w:rsidRPr="00BF7A03" w:rsidRDefault="00303972" w:rsidP="003B0B77">
            <w:pPr>
              <w:spacing w:after="0" w:line="36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BF7A03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35 (40)</w:t>
            </w:r>
          </w:p>
        </w:tc>
        <w:tc>
          <w:tcPr>
            <w:tcW w:w="1764" w:type="dxa"/>
          </w:tcPr>
          <w:p w14:paraId="4AFBA4A2" w14:textId="2D4FF07F" w:rsidR="00FD37F3" w:rsidRPr="00BF7A03" w:rsidRDefault="00093B81" w:rsidP="003B0B77">
            <w:pPr>
              <w:spacing w:after="0" w:line="36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BF7A03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120 (32)</w:t>
            </w:r>
          </w:p>
        </w:tc>
      </w:tr>
      <w:tr w:rsidR="00BF7A03" w:rsidRPr="00BF7A03" w14:paraId="4ABD7650" w14:textId="4FAE4909" w:rsidTr="003B0B77">
        <w:trPr>
          <w:trHeight w:val="259"/>
        </w:trPr>
        <w:tc>
          <w:tcPr>
            <w:tcW w:w="4815" w:type="dxa"/>
            <w:hideMark/>
          </w:tcPr>
          <w:p w14:paraId="7C8D6D2B" w14:textId="6F79D2F5" w:rsidR="00FD37F3" w:rsidRPr="00BF7A03" w:rsidRDefault="00FD37F3" w:rsidP="003B0B77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BF7A03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HER2 expression, n (%)</w:t>
            </w:r>
            <w:r w:rsidR="00303972" w:rsidRPr="00BF7A03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en-GB"/>
              </w:rPr>
              <w:t>d</w:t>
            </w:r>
          </w:p>
        </w:tc>
        <w:tc>
          <w:tcPr>
            <w:tcW w:w="1701" w:type="dxa"/>
          </w:tcPr>
          <w:p w14:paraId="58A21563" w14:textId="77777777" w:rsidR="00FD37F3" w:rsidRPr="00BF7A03" w:rsidRDefault="00FD37F3" w:rsidP="003B0B77">
            <w:pPr>
              <w:spacing w:after="0" w:line="36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</w:p>
        </w:tc>
        <w:tc>
          <w:tcPr>
            <w:tcW w:w="1827" w:type="dxa"/>
          </w:tcPr>
          <w:p w14:paraId="5D1B6016" w14:textId="77777777" w:rsidR="00FD37F3" w:rsidRPr="00BF7A03" w:rsidRDefault="00FD37F3" w:rsidP="003B0B77">
            <w:pPr>
              <w:spacing w:after="0" w:line="36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</w:p>
        </w:tc>
        <w:tc>
          <w:tcPr>
            <w:tcW w:w="1764" w:type="dxa"/>
          </w:tcPr>
          <w:p w14:paraId="083EA368" w14:textId="77777777" w:rsidR="00FD37F3" w:rsidRPr="00BF7A03" w:rsidRDefault="00FD37F3" w:rsidP="003B0B77">
            <w:pPr>
              <w:spacing w:after="0" w:line="36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</w:p>
        </w:tc>
        <w:tc>
          <w:tcPr>
            <w:tcW w:w="1764" w:type="dxa"/>
          </w:tcPr>
          <w:p w14:paraId="7E42261F" w14:textId="0F99542B" w:rsidR="00FD37F3" w:rsidRPr="00BF7A03" w:rsidRDefault="00FD37F3" w:rsidP="003B0B77">
            <w:pPr>
              <w:spacing w:after="0" w:line="36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</w:p>
        </w:tc>
      </w:tr>
      <w:tr w:rsidR="00BF7A03" w:rsidRPr="00BF7A03" w14:paraId="273C0423" w14:textId="130719B7" w:rsidTr="003B0B77">
        <w:trPr>
          <w:trHeight w:val="265"/>
        </w:trPr>
        <w:tc>
          <w:tcPr>
            <w:tcW w:w="4815" w:type="dxa"/>
            <w:hideMark/>
          </w:tcPr>
          <w:p w14:paraId="6170A910" w14:textId="27DC1546" w:rsidR="00FD37F3" w:rsidRPr="00BF7A03" w:rsidRDefault="00FD37F3" w:rsidP="003B0B77">
            <w:pPr>
              <w:spacing w:after="0" w:line="360" w:lineRule="auto"/>
              <w:ind w:left="113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BF7A03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HER2 IHC0</w:t>
            </w:r>
          </w:p>
        </w:tc>
        <w:tc>
          <w:tcPr>
            <w:tcW w:w="1701" w:type="dxa"/>
          </w:tcPr>
          <w:p w14:paraId="3A12A806" w14:textId="174EE0D4" w:rsidR="00FD37F3" w:rsidRPr="00BF7A03" w:rsidRDefault="00CD67EF" w:rsidP="003B0B77">
            <w:pPr>
              <w:spacing w:after="0" w:line="36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BF7A03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869 (28)</w:t>
            </w:r>
          </w:p>
        </w:tc>
        <w:tc>
          <w:tcPr>
            <w:tcW w:w="1827" w:type="dxa"/>
          </w:tcPr>
          <w:p w14:paraId="78C4C684" w14:textId="62643EF9" w:rsidR="00FD37F3" w:rsidRPr="00BF7A03" w:rsidRDefault="00B43C72" w:rsidP="003B0B77">
            <w:pPr>
              <w:spacing w:after="0" w:line="36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BF7A03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129 (25)</w:t>
            </w:r>
          </w:p>
        </w:tc>
        <w:tc>
          <w:tcPr>
            <w:tcW w:w="1764" w:type="dxa"/>
          </w:tcPr>
          <w:p w14:paraId="21657B11" w14:textId="29DA573D" w:rsidR="00FD37F3" w:rsidRPr="00BF7A03" w:rsidRDefault="002E2D54" w:rsidP="003B0B77">
            <w:pPr>
              <w:spacing w:after="0" w:line="36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BF7A03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19 (22)</w:t>
            </w:r>
          </w:p>
        </w:tc>
        <w:tc>
          <w:tcPr>
            <w:tcW w:w="1764" w:type="dxa"/>
          </w:tcPr>
          <w:p w14:paraId="3000BC13" w14:textId="1EDAD688" w:rsidR="00FD37F3" w:rsidRPr="00BF7A03" w:rsidRDefault="00093B81" w:rsidP="003B0B77">
            <w:pPr>
              <w:spacing w:after="0" w:line="36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BF7A03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100 (27)</w:t>
            </w:r>
          </w:p>
        </w:tc>
      </w:tr>
      <w:tr w:rsidR="00BF7A03" w:rsidRPr="00BF7A03" w14:paraId="7EE1242A" w14:textId="31077562" w:rsidTr="003B0B77">
        <w:trPr>
          <w:trHeight w:val="20"/>
        </w:trPr>
        <w:tc>
          <w:tcPr>
            <w:tcW w:w="4815" w:type="dxa"/>
            <w:hideMark/>
          </w:tcPr>
          <w:p w14:paraId="44778762" w14:textId="5E5C14B0" w:rsidR="00FD37F3" w:rsidRPr="00BF7A03" w:rsidRDefault="00FD37F3" w:rsidP="003B0B77">
            <w:pPr>
              <w:spacing w:after="0" w:line="360" w:lineRule="auto"/>
              <w:ind w:left="113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BF7A03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HER2 Low</w:t>
            </w:r>
            <w:r w:rsidR="00CD67EF" w:rsidRPr="00BF7A03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en-GB"/>
              </w:rPr>
              <w:t>e</w:t>
            </w:r>
          </w:p>
        </w:tc>
        <w:tc>
          <w:tcPr>
            <w:tcW w:w="1701" w:type="dxa"/>
          </w:tcPr>
          <w:p w14:paraId="38919E2F" w14:textId="3B5B0DF5" w:rsidR="00FD37F3" w:rsidRPr="00BF7A03" w:rsidRDefault="00CD67EF" w:rsidP="003B0B77">
            <w:pPr>
              <w:spacing w:after="0" w:line="36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BF7A03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977 (31)</w:t>
            </w:r>
          </w:p>
        </w:tc>
        <w:tc>
          <w:tcPr>
            <w:tcW w:w="1827" w:type="dxa"/>
          </w:tcPr>
          <w:p w14:paraId="456E33E9" w14:textId="1A3A7C18" w:rsidR="00FD37F3" w:rsidRPr="00BF7A03" w:rsidRDefault="00860353" w:rsidP="003B0B77">
            <w:pPr>
              <w:spacing w:after="0" w:line="36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BF7A03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194 (37)</w:t>
            </w:r>
          </w:p>
        </w:tc>
        <w:tc>
          <w:tcPr>
            <w:tcW w:w="1764" w:type="dxa"/>
          </w:tcPr>
          <w:p w14:paraId="113CFC84" w14:textId="773CF42F" w:rsidR="00FD37F3" w:rsidRPr="00BF7A03" w:rsidRDefault="002E2D54" w:rsidP="003B0B77">
            <w:pPr>
              <w:spacing w:after="0" w:line="36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BF7A03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32 (36)</w:t>
            </w:r>
          </w:p>
        </w:tc>
        <w:tc>
          <w:tcPr>
            <w:tcW w:w="1764" w:type="dxa"/>
          </w:tcPr>
          <w:p w14:paraId="2FCA4C62" w14:textId="4AB901E1" w:rsidR="00FD37F3" w:rsidRPr="00BF7A03" w:rsidRDefault="00F825FE" w:rsidP="003B0B77">
            <w:pPr>
              <w:spacing w:after="0" w:line="36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</w:pPr>
            <w:r w:rsidRPr="00BF7A03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100 (27)</w:t>
            </w:r>
          </w:p>
        </w:tc>
      </w:tr>
      <w:tr w:rsidR="00BF7A03" w:rsidRPr="00BF7A03" w14:paraId="039A796A" w14:textId="0069CB14" w:rsidTr="003B0B77">
        <w:trPr>
          <w:trHeight w:val="20"/>
        </w:trPr>
        <w:tc>
          <w:tcPr>
            <w:tcW w:w="4815" w:type="dxa"/>
          </w:tcPr>
          <w:p w14:paraId="1E3553EC" w14:textId="68F91EBB" w:rsidR="00FD37F3" w:rsidRPr="00BF7A03" w:rsidRDefault="00FD37F3" w:rsidP="003B0B77">
            <w:pPr>
              <w:spacing w:after="0" w:line="36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BF7A03"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en-GB"/>
              </w:rPr>
              <w:t>BRCA</w:t>
            </w:r>
            <w:r w:rsidRPr="00BF7A03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1/2 mutation, n (%)</w:t>
            </w:r>
            <w:r w:rsidR="0089754D" w:rsidRPr="00BF7A03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en-GB"/>
              </w:rPr>
              <w:t>f</w:t>
            </w:r>
            <w:r w:rsidRPr="00BF7A03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en-GB"/>
              </w:rPr>
              <w:t xml:space="preserve"> </w:t>
            </w:r>
          </w:p>
        </w:tc>
        <w:tc>
          <w:tcPr>
            <w:tcW w:w="1701" w:type="dxa"/>
          </w:tcPr>
          <w:p w14:paraId="7EE15787" w14:textId="5DC0702F" w:rsidR="00FD37F3" w:rsidRPr="00BF7A03" w:rsidRDefault="002E2D54" w:rsidP="003B0B77">
            <w:pPr>
              <w:spacing w:after="0" w:line="36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BF7A03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164 (9)</w:t>
            </w:r>
          </w:p>
        </w:tc>
        <w:tc>
          <w:tcPr>
            <w:tcW w:w="1827" w:type="dxa"/>
          </w:tcPr>
          <w:p w14:paraId="25E7CB3C" w14:textId="471D5506" w:rsidR="00FD37F3" w:rsidRPr="00BF7A03" w:rsidRDefault="00C70070" w:rsidP="003B0B77">
            <w:pPr>
              <w:spacing w:after="0" w:line="36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BF7A03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29 (9)</w:t>
            </w:r>
          </w:p>
        </w:tc>
        <w:tc>
          <w:tcPr>
            <w:tcW w:w="1764" w:type="dxa"/>
          </w:tcPr>
          <w:p w14:paraId="2455E6E8" w14:textId="5ECFBAA9" w:rsidR="00FD37F3" w:rsidRPr="00BF7A03" w:rsidRDefault="00106692" w:rsidP="003B0B77">
            <w:pPr>
              <w:spacing w:after="0" w:line="36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&lt;5</w:t>
            </w:r>
          </w:p>
        </w:tc>
        <w:tc>
          <w:tcPr>
            <w:tcW w:w="1764" w:type="dxa"/>
          </w:tcPr>
          <w:p w14:paraId="486C7392" w14:textId="17B90B98" w:rsidR="00FD37F3" w:rsidRPr="00BF7A03" w:rsidRDefault="00CA7ECD" w:rsidP="003B0B77">
            <w:pPr>
              <w:spacing w:after="0" w:line="36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BF7A03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22 (10)</w:t>
            </w:r>
          </w:p>
        </w:tc>
      </w:tr>
    </w:tbl>
    <w:p w14:paraId="1BF3336B" w14:textId="6057DB5C" w:rsidR="000A35D6" w:rsidRDefault="00C75190" w:rsidP="009359BA">
      <w:pPr>
        <w:spacing w:after="0" w:line="360" w:lineRule="auto"/>
        <w:rPr>
          <w:rFonts w:ascii="Arial" w:eastAsia="Times New Roman" w:hAnsi="Arial" w:cs="Arial"/>
          <w:sz w:val="18"/>
          <w:szCs w:val="18"/>
          <w:lang w:eastAsia="en-GB"/>
        </w:rPr>
      </w:pPr>
      <w:r w:rsidRPr="00BF7A03">
        <w:rPr>
          <w:rFonts w:ascii="Arial" w:eastAsia="Times New Roman" w:hAnsi="Arial" w:cs="Arial"/>
          <w:sz w:val="18"/>
          <w:szCs w:val="18"/>
          <w:vertAlign w:val="superscript"/>
          <w:lang w:eastAsia="en-GB"/>
        </w:rPr>
        <w:t>a</w:t>
      </w:r>
      <w:r w:rsidR="009359BA" w:rsidRPr="00BF7A03">
        <w:rPr>
          <w:rFonts w:ascii="Arial" w:eastAsia="Times New Roman" w:hAnsi="Arial" w:cs="Arial"/>
          <w:sz w:val="18"/>
          <w:szCs w:val="18"/>
          <w:lang w:eastAsia="en-GB"/>
        </w:rPr>
        <w:t>Unknown (</w:t>
      </w:r>
      <w:r w:rsidR="003B0B77">
        <w:rPr>
          <w:rFonts w:ascii="Arial" w:eastAsia="Times New Roman" w:hAnsi="Arial" w:cs="Arial"/>
          <w:sz w:val="18"/>
          <w:szCs w:val="18"/>
          <w:lang w:eastAsia="en-GB"/>
        </w:rPr>
        <w:t xml:space="preserve">n = </w:t>
      </w:r>
      <w:r w:rsidR="005570E6" w:rsidRPr="00BF7A03">
        <w:rPr>
          <w:rFonts w:ascii="Arial" w:eastAsia="Times New Roman" w:hAnsi="Arial" w:cs="Arial"/>
          <w:sz w:val="18"/>
          <w:szCs w:val="18"/>
          <w:lang w:eastAsia="en-GB"/>
        </w:rPr>
        <w:t>278, 55, 14</w:t>
      </w:r>
      <w:r w:rsidR="009C241B" w:rsidRPr="00BF7A03">
        <w:rPr>
          <w:rFonts w:ascii="Arial" w:eastAsia="Times New Roman" w:hAnsi="Arial" w:cs="Arial"/>
          <w:sz w:val="18"/>
          <w:szCs w:val="18"/>
          <w:lang w:eastAsia="en-GB"/>
        </w:rPr>
        <w:t>,</w:t>
      </w:r>
      <w:r w:rsidR="001F5DB3" w:rsidRPr="00BF7A03">
        <w:rPr>
          <w:rFonts w:ascii="Arial" w:eastAsia="Times New Roman" w:hAnsi="Arial" w:cs="Arial"/>
          <w:sz w:val="18"/>
          <w:szCs w:val="18"/>
          <w:lang w:eastAsia="en-GB"/>
        </w:rPr>
        <w:t xml:space="preserve"> 44</w:t>
      </w:r>
      <w:r w:rsidR="009359BA" w:rsidRPr="00BF7A03">
        <w:rPr>
          <w:rFonts w:ascii="Arial" w:eastAsia="Times New Roman" w:hAnsi="Arial" w:cs="Arial"/>
          <w:sz w:val="18"/>
          <w:szCs w:val="18"/>
          <w:lang w:eastAsia="en-GB"/>
        </w:rPr>
        <w:t>)</w:t>
      </w:r>
      <w:r w:rsidR="000A35D6">
        <w:rPr>
          <w:rFonts w:ascii="Arial" w:eastAsia="Times New Roman" w:hAnsi="Arial" w:cs="Arial"/>
          <w:sz w:val="18"/>
          <w:szCs w:val="18"/>
          <w:lang w:eastAsia="en-GB"/>
        </w:rPr>
        <w:t>.</w:t>
      </w:r>
      <w:r w:rsidR="009359BA" w:rsidRPr="00BF7A03">
        <w:rPr>
          <w:rFonts w:ascii="Arial" w:eastAsia="Times New Roman" w:hAnsi="Arial" w:cs="Arial"/>
          <w:sz w:val="18"/>
          <w:szCs w:val="18"/>
          <w:lang w:eastAsia="en-GB"/>
        </w:rPr>
        <w:t xml:space="preserve"> </w:t>
      </w:r>
    </w:p>
    <w:p w14:paraId="1A13C56E" w14:textId="4EEAC2A6" w:rsidR="000A35D6" w:rsidRDefault="005D58E3" w:rsidP="009359BA">
      <w:pPr>
        <w:spacing w:after="0" w:line="360" w:lineRule="auto"/>
        <w:rPr>
          <w:rFonts w:ascii="Arial" w:eastAsia="Times New Roman" w:hAnsi="Arial" w:cs="Arial"/>
          <w:sz w:val="18"/>
          <w:szCs w:val="18"/>
          <w:lang w:eastAsia="en-GB"/>
        </w:rPr>
      </w:pPr>
      <w:r w:rsidRPr="00BF7A03">
        <w:rPr>
          <w:rFonts w:ascii="Arial" w:eastAsia="Times New Roman" w:hAnsi="Arial" w:cs="Arial"/>
          <w:sz w:val="18"/>
          <w:szCs w:val="18"/>
          <w:vertAlign w:val="superscript"/>
          <w:lang w:eastAsia="en-GB"/>
        </w:rPr>
        <w:t>b</w:t>
      </w:r>
      <w:r w:rsidR="009359BA" w:rsidRPr="00BF7A03">
        <w:rPr>
          <w:rFonts w:ascii="Arial" w:eastAsia="Times New Roman" w:hAnsi="Arial" w:cs="Arial"/>
          <w:sz w:val="18"/>
          <w:szCs w:val="18"/>
          <w:lang w:eastAsia="en-GB"/>
        </w:rPr>
        <w:t>Unknown (</w:t>
      </w:r>
      <w:r w:rsidR="003B0B77">
        <w:rPr>
          <w:rFonts w:ascii="Arial" w:eastAsia="Times New Roman" w:hAnsi="Arial" w:cs="Arial"/>
          <w:sz w:val="18"/>
          <w:szCs w:val="18"/>
          <w:lang w:eastAsia="en-GB"/>
        </w:rPr>
        <w:t xml:space="preserve">n = </w:t>
      </w:r>
      <w:r w:rsidR="001B262A" w:rsidRPr="00BF7A03">
        <w:rPr>
          <w:rFonts w:ascii="Arial" w:eastAsia="Times New Roman" w:hAnsi="Arial" w:cs="Arial"/>
          <w:sz w:val="18"/>
          <w:szCs w:val="18"/>
          <w:lang w:eastAsia="en-GB"/>
        </w:rPr>
        <w:t xml:space="preserve">788, 125, 18, </w:t>
      </w:r>
      <w:r w:rsidR="00467A40" w:rsidRPr="00BF7A03">
        <w:rPr>
          <w:rFonts w:ascii="Arial" w:eastAsia="Times New Roman" w:hAnsi="Arial" w:cs="Arial"/>
          <w:sz w:val="18"/>
          <w:szCs w:val="18"/>
          <w:lang w:eastAsia="en-GB"/>
        </w:rPr>
        <w:t>102</w:t>
      </w:r>
      <w:r w:rsidR="009359BA" w:rsidRPr="00BF7A03">
        <w:rPr>
          <w:rFonts w:ascii="Arial" w:eastAsia="Times New Roman" w:hAnsi="Arial" w:cs="Arial"/>
          <w:sz w:val="18"/>
          <w:szCs w:val="18"/>
          <w:lang w:eastAsia="en-GB"/>
        </w:rPr>
        <w:t>)</w:t>
      </w:r>
      <w:r w:rsidR="000A35D6">
        <w:rPr>
          <w:rFonts w:ascii="Arial" w:eastAsia="Times New Roman" w:hAnsi="Arial" w:cs="Arial"/>
          <w:sz w:val="18"/>
          <w:szCs w:val="18"/>
          <w:lang w:eastAsia="en-GB"/>
        </w:rPr>
        <w:t>.</w:t>
      </w:r>
      <w:r w:rsidR="009359BA" w:rsidRPr="00BF7A03">
        <w:rPr>
          <w:rFonts w:ascii="Arial" w:eastAsia="Times New Roman" w:hAnsi="Arial" w:cs="Arial"/>
          <w:sz w:val="18"/>
          <w:szCs w:val="18"/>
          <w:lang w:eastAsia="en-GB"/>
        </w:rPr>
        <w:t xml:space="preserve"> </w:t>
      </w:r>
    </w:p>
    <w:p w14:paraId="0291D464" w14:textId="180EB42F" w:rsidR="000A35D6" w:rsidRDefault="00D84499" w:rsidP="009359BA">
      <w:pPr>
        <w:spacing w:after="0" w:line="360" w:lineRule="auto"/>
        <w:rPr>
          <w:rFonts w:ascii="Arial" w:eastAsia="Times New Roman" w:hAnsi="Arial" w:cs="Arial"/>
          <w:sz w:val="18"/>
          <w:szCs w:val="18"/>
          <w:lang w:eastAsia="en-GB"/>
        </w:rPr>
      </w:pPr>
      <w:r w:rsidRPr="00BF7A03">
        <w:rPr>
          <w:rFonts w:ascii="Arial" w:eastAsia="Times New Roman" w:hAnsi="Arial" w:cs="Arial"/>
          <w:sz w:val="18"/>
          <w:szCs w:val="18"/>
          <w:vertAlign w:val="superscript"/>
          <w:lang w:eastAsia="en-GB"/>
        </w:rPr>
        <w:t>c</w:t>
      </w:r>
      <w:r w:rsidR="009359BA" w:rsidRPr="00BF7A03">
        <w:rPr>
          <w:rFonts w:ascii="Arial" w:eastAsia="Times New Roman" w:hAnsi="Arial" w:cs="Arial"/>
          <w:sz w:val="18"/>
          <w:szCs w:val="18"/>
          <w:lang w:eastAsia="en-GB"/>
        </w:rPr>
        <w:t>Unknown (</w:t>
      </w:r>
      <w:r w:rsidR="003B0B77">
        <w:rPr>
          <w:rFonts w:ascii="Arial" w:eastAsia="Times New Roman" w:hAnsi="Arial" w:cs="Arial"/>
          <w:sz w:val="18"/>
          <w:szCs w:val="18"/>
          <w:lang w:eastAsia="en-GB"/>
        </w:rPr>
        <w:t xml:space="preserve">n = </w:t>
      </w:r>
      <w:r w:rsidR="00804971">
        <w:rPr>
          <w:rFonts w:ascii="Arial" w:eastAsia="Times New Roman" w:hAnsi="Arial" w:cs="Arial"/>
          <w:sz w:val="18"/>
          <w:szCs w:val="18"/>
          <w:lang w:eastAsia="en-GB"/>
        </w:rPr>
        <w:t>53, 11, 3, 12</w:t>
      </w:r>
      <w:r w:rsidR="009359BA" w:rsidRPr="00BF7A03">
        <w:rPr>
          <w:rFonts w:ascii="Arial" w:eastAsia="Times New Roman" w:hAnsi="Arial" w:cs="Arial"/>
          <w:sz w:val="18"/>
          <w:szCs w:val="18"/>
          <w:lang w:eastAsia="en-GB"/>
        </w:rPr>
        <w:t>)</w:t>
      </w:r>
      <w:r w:rsidR="000A35D6">
        <w:rPr>
          <w:rFonts w:ascii="Arial" w:eastAsia="Times New Roman" w:hAnsi="Arial" w:cs="Arial"/>
          <w:sz w:val="18"/>
          <w:szCs w:val="18"/>
          <w:lang w:eastAsia="en-GB"/>
        </w:rPr>
        <w:t>.</w:t>
      </w:r>
      <w:r w:rsidR="009359BA" w:rsidRPr="00BF7A03">
        <w:rPr>
          <w:rFonts w:ascii="Arial" w:eastAsia="Times New Roman" w:hAnsi="Arial" w:cs="Arial"/>
          <w:sz w:val="18"/>
          <w:szCs w:val="18"/>
          <w:lang w:eastAsia="en-GB"/>
        </w:rPr>
        <w:t xml:space="preserve"> </w:t>
      </w:r>
    </w:p>
    <w:p w14:paraId="4761F777" w14:textId="6B5B7C99" w:rsidR="000A35D6" w:rsidRDefault="00303972" w:rsidP="009359BA">
      <w:pPr>
        <w:spacing w:after="0" w:line="360" w:lineRule="auto"/>
        <w:rPr>
          <w:rFonts w:ascii="Arial" w:eastAsia="Times New Roman" w:hAnsi="Arial" w:cs="Arial"/>
          <w:sz w:val="18"/>
          <w:szCs w:val="18"/>
          <w:lang w:eastAsia="en-GB"/>
        </w:rPr>
      </w:pPr>
      <w:r w:rsidRPr="00BF7A03">
        <w:rPr>
          <w:rFonts w:ascii="Arial" w:eastAsia="Times New Roman" w:hAnsi="Arial" w:cs="Arial"/>
          <w:sz w:val="18"/>
          <w:szCs w:val="18"/>
          <w:vertAlign w:val="superscript"/>
          <w:lang w:eastAsia="en-GB"/>
        </w:rPr>
        <w:t>d</w:t>
      </w:r>
      <w:r w:rsidR="001D3C7D" w:rsidRPr="00BF7A03">
        <w:rPr>
          <w:rFonts w:ascii="Arial" w:eastAsia="Times New Roman" w:hAnsi="Arial" w:cs="Arial"/>
          <w:sz w:val="18"/>
          <w:szCs w:val="18"/>
          <w:lang w:eastAsia="en-GB"/>
        </w:rPr>
        <w:t>Unknown</w:t>
      </w:r>
      <w:r w:rsidR="00AB33AA">
        <w:rPr>
          <w:rFonts w:ascii="Arial" w:eastAsia="Times New Roman" w:hAnsi="Arial" w:cs="Arial"/>
          <w:sz w:val="18"/>
          <w:szCs w:val="18"/>
          <w:lang w:eastAsia="en-GB"/>
        </w:rPr>
        <w:t>/not calculated</w:t>
      </w:r>
      <w:r w:rsidR="00FE179D" w:rsidRPr="00BF7A03">
        <w:rPr>
          <w:rFonts w:ascii="Arial" w:eastAsia="Times New Roman" w:hAnsi="Arial" w:cs="Arial"/>
          <w:sz w:val="18"/>
          <w:szCs w:val="18"/>
          <w:lang w:eastAsia="en-GB"/>
        </w:rPr>
        <w:t xml:space="preserve"> </w:t>
      </w:r>
      <w:r w:rsidR="009359BA" w:rsidRPr="00BF7A03">
        <w:rPr>
          <w:rFonts w:ascii="Arial" w:eastAsia="Times New Roman" w:hAnsi="Arial" w:cs="Arial"/>
          <w:sz w:val="18"/>
          <w:szCs w:val="18"/>
          <w:lang w:eastAsia="en-GB"/>
        </w:rPr>
        <w:t>(</w:t>
      </w:r>
      <w:r w:rsidR="003B0B77">
        <w:rPr>
          <w:rFonts w:ascii="Arial" w:eastAsia="Times New Roman" w:hAnsi="Arial" w:cs="Arial"/>
          <w:sz w:val="18"/>
          <w:szCs w:val="18"/>
          <w:lang w:eastAsia="en-GB"/>
        </w:rPr>
        <w:t xml:space="preserve">n = </w:t>
      </w:r>
      <w:r w:rsidR="00FE179D" w:rsidRPr="00BF7A03">
        <w:rPr>
          <w:rFonts w:ascii="Arial" w:eastAsia="Times New Roman" w:hAnsi="Arial" w:cs="Arial"/>
          <w:sz w:val="18"/>
          <w:szCs w:val="18"/>
          <w:lang w:eastAsia="en-GB"/>
        </w:rPr>
        <w:t xml:space="preserve">1304, </w:t>
      </w:r>
      <w:r w:rsidR="007616C9" w:rsidRPr="00BF7A03">
        <w:rPr>
          <w:rFonts w:ascii="Arial" w:eastAsia="Times New Roman" w:hAnsi="Arial" w:cs="Arial"/>
          <w:sz w:val="18"/>
          <w:szCs w:val="18"/>
          <w:lang w:eastAsia="en-GB"/>
        </w:rPr>
        <w:t xml:space="preserve">196, 37, </w:t>
      </w:r>
      <w:r w:rsidR="00F825FE" w:rsidRPr="00BF7A03">
        <w:rPr>
          <w:rFonts w:ascii="Arial" w:eastAsia="Times New Roman" w:hAnsi="Arial" w:cs="Arial"/>
          <w:sz w:val="18"/>
          <w:szCs w:val="18"/>
          <w:lang w:eastAsia="en-GB"/>
        </w:rPr>
        <w:t>170</w:t>
      </w:r>
      <w:r w:rsidR="008A5FD4" w:rsidRPr="00BF7A03">
        <w:rPr>
          <w:rFonts w:ascii="Arial" w:eastAsia="Times New Roman" w:hAnsi="Arial" w:cs="Arial"/>
          <w:sz w:val="18"/>
          <w:szCs w:val="18"/>
          <w:lang w:eastAsia="en-GB"/>
        </w:rPr>
        <w:t>)</w:t>
      </w:r>
      <w:r w:rsidR="000A35D6">
        <w:rPr>
          <w:rFonts w:ascii="Arial" w:eastAsia="Times New Roman" w:hAnsi="Arial" w:cs="Arial"/>
          <w:sz w:val="18"/>
          <w:szCs w:val="18"/>
          <w:lang w:eastAsia="en-GB"/>
        </w:rPr>
        <w:t>.</w:t>
      </w:r>
      <w:r w:rsidR="009359BA" w:rsidRPr="00BF7A03">
        <w:rPr>
          <w:rFonts w:ascii="Arial" w:eastAsia="Times New Roman" w:hAnsi="Arial" w:cs="Arial"/>
          <w:sz w:val="18"/>
          <w:szCs w:val="18"/>
          <w:lang w:eastAsia="en-GB"/>
        </w:rPr>
        <w:t xml:space="preserve"> </w:t>
      </w:r>
    </w:p>
    <w:p w14:paraId="069B9712" w14:textId="77777777" w:rsidR="000A35D6" w:rsidRDefault="00CD67EF" w:rsidP="009359BA">
      <w:pPr>
        <w:spacing w:after="0" w:line="360" w:lineRule="auto"/>
        <w:rPr>
          <w:rFonts w:ascii="Arial" w:eastAsia="Calibri" w:hAnsi="Arial" w:cs="Arial"/>
          <w:sz w:val="18"/>
          <w:szCs w:val="18"/>
          <w:lang w:eastAsia="en-GB"/>
        </w:rPr>
      </w:pPr>
      <w:r w:rsidRPr="00BF7A03">
        <w:rPr>
          <w:rFonts w:ascii="Arial" w:eastAsia="Times New Roman" w:hAnsi="Arial" w:cs="Arial"/>
          <w:sz w:val="18"/>
          <w:szCs w:val="18"/>
          <w:vertAlign w:val="superscript"/>
          <w:lang w:eastAsia="en-GB"/>
        </w:rPr>
        <w:t>e</w:t>
      </w:r>
      <w:r w:rsidR="009359BA" w:rsidRPr="00BF7A03">
        <w:rPr>
          <w:rFonts w:ascii="Arial" w:eastAsia="Times New Roman" w:hAnsi="Arial" w:cs="Arial"/>
          <w:sz w:val="18"/>
          <w:szCs w:val="18"/>
          <w:lang w:eastAsia="en-GB"/>
        </w:rPr>
        <w:t>HER2 low = IHC 1+ or 2+/ISH</w:t>
      </w:r>
      <w:r w:rsidR="009359BA" w:rsidRPr="00BF7A03">
        <w:rPr>
          <w:rFonts w:ascii="Arial" w:eastAsia="Calibri" w:hAnsi="Arial" w:cs="Arial"/>
          <w:sz w:val="18"/>
          <w:szCs w:val="18"/>
          <w:lang w:eastAsia="en-GB"/>
        </w:rPr>
        <w:t>‒</w:t>
      </w:r>
      <w:r w:rsidR="000A35D6">
        <w:rPr>
          <w:rFonts w:ascii="Arial" w:eastAsia="Calibri" w:hAnsi="Arial" w:cs="Arial"/>
          <w:sz w:val="18"/>
          <w:szCs w:val="18"/>
          <w:lang w:eastAsia="en-GB"/>
        </w:rPr>
        <w:t>.</w:t>
      </w:r>
      <w:r w:rsidR="0089754D" w:rsidRPr="00BF7A03">
        <w:rPr>
          <w:rFonts w:ascii="Arial" w:eastAsia="Calibri" w:hAnsi="Arial" w:cs="Arial"/>
          <w:sz w:val="18"/>
          <w:szCs w:val="18"/>
          <w:lang w:eastAsia="en-GB"/>
        </w:rPr>
        <w:t xml:space="preserve"> </w:t>
      </w:r>
    </w:p>
    <w:p w14:paraId="012CB5C5" w14:textId="2805EE81" w:rsidR="009359BA" w:rsidRPr="00BF7A03" w:rsidRDefault="00C50E79" w:rsidP="009359BA">
      <w:pPr>
        <w:spacing w:after="0" w:line="360" w:lineRule="auto"/>
        <w:rPr>
          <w:rFonts w:ascii="Arial" w:eastAsia="Times New Roman" w:hAnsi="Arial" w:cs="Arial"/>
          <w:sz w:val="18"/>
          <w:szCs w:val="18"/>
          <w:lang w:eastAsia="en-GB"/>
        </w:rPr>
      </w:pPr>
      <w:r w:rsidRPr="00BF7A03">
        <w:rPr>
          <w:rFonts w:ascii="Arial" w:eastAsia="Calibri" w:hAnsi="Arial" w:cs="Arial"/>
          <w:sz w:val="18"/>
          <w:szCs w:val="18"/>
          <w:vertAlign w:val="superscript"/>
          <w:lang w:eastAsia="en-GB"/>
        </w:rPr>
        <w:t>f</w:t>
      </w:r>
      <w:r w:rsidR="0089754D" w:rsidRPr="00BF7A03">
        <w:rPr>
          <w:rFonts w:ascii="Arial" w:eastAsia="Calibri" w:hAnsi="Arial" w:cs="Arial"/>
          <w:sz w:val="18"/>
          <w:szCs w:val="18"/>
          <w:lang w:eastAsia="en-GB"/>
        </w:rPr>
        <w:t>Mutations could be germline or somatic.</w:t>
      </w:r>
    </w:p>
    <w:p w14:paraId="62D5685E" w14:textId="3CB756D5" w:rsidR="00AB2815" w:rsidRPr="00D91021" w:rsidRDefault="00C50E79" w:rsidP="00C620BA">
      <w:pPr>
        <w:spacing w:after="0" w:line="360" w:lineRule="auto"/>
        <w:rPr>
          <w:rFonts w:ascii="Arial" w:eastAsia="Times New Roman" w:hAnsi="Arial" w:cs="Arial"/>
          <w:sz w:val="18"/>
          <w:szCs w:val="18"/>
          <w:lang w:eastAsia="en-GB"/>
        </w:rPr>
      </w:pPr>
      <w:r w:rsidRPr="00BF7A03">
        <w:rPr>
          <w:rFonts w:ascii="Arial" w:eastAsia="Times New Roman" w:hAnsi="Arial" w:cs="Arial"/>
          <w:sz w:val="18"/>
          <w:szCs w:val="18"/>
          <w:lang w:eastAsia="en-GB"/>
        </w:rPr>
        <w:t xml:space="preserve">1L, first-line; </w:t>
      </w:r>
      <w:r w:rsidR="009359BA" w:rsidRPr="00BF7A03">
        <w:rPr>
          <w:rFonts w:ascii="Arial" w:eastAsia="Times New Roman" w:hAnsi="Arial" w:cs="Arial"/>
          <w:sz w:val="18"/>
          <w:szCs w:val="18"/>
          <w:lang w:eastAsia="en-GB"/>
        </w:rPr>
        <w:t xml:space="preserve">BMI, body mass index; </w:t>
      </w:r>
      <w:r w:rsidR="009359BA" w:rsidRPr="00BF7A03">
        <w:rPr>
          <w:rFonts w:ascii="Arial" w:eastAsia="Times New Roman" w:hAnsi="Arial" w:cs="Arial"/>
          <w:i/>
          <w:iCs/>
          <w:sz w:val="18"/>
          <w:szCs w:val="18"/>
          <w:lang w:eastAsia="en-GB"/>
        </w:rPr>
        <w:t>BRCA</w:t>
      </w:r>
      <w:r w:rsidR="009359BA" w:rsidRPr="00BF7A03">
        <w:rPr>
          <w:rFonts w:ascii="Arial" w:eastAsia="Times New Roman" w:hAnsi="Arial" w:cs="Arial"/>
          <w:sz w:val="18"/>
          <w:szCs w:val="18"/>
          <w:lang w:eastAsia="en-GB"/>
        </w:rPr>
        <w:t xml:space="preserve"> 1/2, breast cancer gene 1 or 2; CPS, combined positive score; ECOG PS, </w:t>
      </w:r>
      <w:r w:rsidR="009359BA" w:rsidRPr="00BF7A03">
        <w:rPr>
          <w:rFonts w:ascii="Arial" w:hAnsi="Arial" w:cs="Arial"/>
          <w:sz w:val="18"/>
          <w:szCs w:val="18"/>
        </w:rPr>
        <w:t xml:space="preserve">Eastern Cooperative Oncology Group </w:t>
      </w:r>
      <w:r w:rsidR="00BF7A03" w:rsidRPr="00BF7A03">
        <w:rPr>
          <w:rFonts w:ascii="Arial" w:hAnsi="Arial" w:cs="Arial"/>
          <w:sz w:val="18"/>
          <w:szCs w:val="18"/>
        </w:rPr>
        <w:t>performance status</w:t>
      </w:r>
      <w:r w:rsidR="009359BA" w:rsidRPr="00BF7A03">
        <w:rPr>
          <w:rFonts w:ascii="Arial" w:hAnsi="Arial" w:cs="Arial"/>
          <w:sz w:val="18"/>
          <w:szCs w:val="18"/>
        </w:rPr>
        <w:t xml:space="preserve">; </w:t>
      </w:r>
      <w:r w:rsidR="009359BA" w:rsidRPr="00BF7A03">
        <w:rPr>
          <w:rFonts w:ascii="Arial" w:eastAsia="Times New Roman" w:hAnsi="Arial" w:cs="Arial"/>
          <w:sz w:val="18"/>
          <w:szCs w:val="18"/>
          <w:lang w:eastAsia="en-GB"/>
        </w:rPr>
        <w:t xml:space="preserve">HER2, </w:t>
      </w:r>
      <w:r w:rsidR="009359BA" w:rsidRPr="00BF7A03">
        <w:rPr>
          <w:rFonts w:ascii="Arial" w:hAnsi="Arial" w:cs="Arial"/>
          <w:sz w:val="18"/>
          <w:szCs w:val="18"/>
        </w:rPr>
        <w:t xml:space="preserve">human epidermal growth factor receptor 2; IHC, immunohistochemistry; ISH, </w:t>
      </w:r>
      <w:r w:rsidR="009359BA" w:rsidRPr="00BF7A03">
        <w:rPr>
          <w:rFonts w:ascii="Arial" w:hAnsi="Arial" w:cs="Arial"/>
          <w:i/>
          <w:iCs/>
          <w:sz w:val="18"/>
          <w:szCs w:val="18"/>
        </w:rPr>
        <w:t xml:space="preserve">in situ </w:t>
      </w:r>
      <w:r w:rsidR="009359BA" w:rsidRPr="00BF7A03">
        <w:rPr>
          <w:rFonts w:ascii="Arial" w:hAnsi="Arial" w:cs="Arial"/>
          <w:sz w:val="18"/>
          <w:szCs w:val="18"/>
        </w:rPr>
        <w:t xml:space="preserve">hybridization; </w:t>
      </w:r>
      <w:r w:rsidR="009359BA" w:rsidRPr="00BF7A03">
        <w:rPr>
          <w:rFonts w:ascii="Arial" w:eastAsia="Times New Roman" w:hAnsi="Arial" w:cs="Arial"/>
          <w:sz w:val="18"/>
          <w:szCs w:val="18"/>
          <w:lang w:eastAsia="en-GB"/>
        </w:rPr>
        <w:t>IQR, interquartile range; mBC, metastatic breast cancer.</w:t>
      </w:r>
    </w:p>
    <w:sectPr w:rsidR="00AB2815" w:rsidRPr="00D91021" w:rsidSect="009B77EA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B02E05" w14:textId="77777777" w:rsidR="00714C7F" w:rsidRDefault="00714C7F">
      <w:pPr>
        <w:spacing w:after="0" w:line="240" w:lineRule="auto"/>
      </w:pPr>
      <w:r>
        <w:separator/>
      </w:r>
    </w:p>
  </w:endnote>
  <w:endnote w:type="continuationSeparator" w:id="0">
    <w:p w14:paraId="1F5925C0" w14:textId="77777777" w:rsidR="00714C7F" w:rsidRDefault="00714C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8456E0" w14:textId="77777777" w:rsidR="00B675D5" w:rsidRPr="0042707B" w:rsidRDefault="00DB5F90">
    <w:pPr>
      <w:pStyle w:val="Footer"/>
      <w:jc w:val="right"/>
      <w:rPr>
        <w:rFonts w:ascii="Arial" w:hAnsi="Arial" w:cs="Arial"/>
      </w:rPr>
    </w:pPr>
    <w:r w:rsidRPr="0042707B">
      <w:rPr>
        <w:rFonts w:ascii="Arial" w:hAnsi="Arial" w:cs="Arial"/>
      </w:rPr>
      <w:fldChar w:fldCharType="begin"/>
    </w:r>
    <w:r w:rsidRPr="0042707B">
      <w:rPr>
        <w:rFonts w:ascii="Arial" w:hAnsi="Arial" w:cs="Arial"/>
      </w:rPr>
      <w:instrText xml:space="preserve"> PAGE   \* MERGEFORMAT </w:instrText>
    </w:r>
    <w:r w:rsidRPr="0042707B">
      <w:rPr>
        <w:rFonts w:ascii="Arial" w:hAnsi="Arial" w:cs="Arial"/>
      </w:rPr>
      <w:fldChar w:fldCharType="separate"/>
    </w:r>
    <w:r w:rsidRPr="0042707B">
      <w:rPr>
        <w:rFonts w:ascii="Arial" w:hAnsi="Arial" w:cs="Arial"/>
        <w:noProof/>
      </w:rPr>
      <w:t>1</w:t>
    </w:r>
    <w:r w:rsidRPr="0042707B">
      <w:rPr>
        <w:rFonts w:ascii="Arial" w:hAnsi="Arial" w:cs="Arial"/>
      </w:rPr>
      <w:fldChar w:fldCharType="end"/>
    </w:r>
  </w:p>
  <w:p w14:paraId="0B92E619" w14:textId="77777777" w:rsidR="00BE54E3" w:rsidRDefault="00BE54E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F00095" w14:textId="77777777" w:rsidR="00714C7F" w:rsidRDefault="00714C7F">
      <w:pPr>
        <w:spacing w:after="0" w:line="240" w:lineRule="auto"/>
      </w:pPr>
      <w:r>
        <w:separator/>
      </w:r>
    </w:p>
  </w:footnote>
  <w:footnote w:type="continuationSeparator" w:id="0">
    <w:p w14:paraId="6A1F467C" w14:textId="77777777" w:rsidR="00714C7F" w:rsidRDefault="00714C7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46D01F" w14:textId="3451631A" w:rsidR="00BE54E3" w:rsidRDefault="00694348">
    <w:pPr>
      <w:pStyle w:val="Header"/>
    </w:pPr>
    <w:r>
      <w:rPr>
        <w:noProof/>
      </w:rPr>
      <w:pict w14:anchorId="3DE01230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9387938" o:spid="_x0000_s1039" type="#_x0000_t136" alt="" style="position:absolute;margin-left:0;margin-top:0;width:571.8pt;height:87.95pt;rotation:315;z-index:-251657216;mso-wrap-edited:f;mso-width-percent:0;mso-height-percent:0;mso-position-horizontal:center;mso-position-horizontal-relative:margin;mso-position-vertical:center;mso-position-vertical-relative:margin;mso-width-percent:0;mso-height-percent:0" o:allowincell="f" fillcolor="silver" stroked="f">
          <v:fill opacity=".5"/>
          <v:textpath style="font-family:&quot;Arial&quot;;font-size:1pt" string="CONFIDENTIAL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816E67" w14:textId="01FB44E8" w:rsidR="00BE54E3" w:rsidRPr="006C7FF1" w:rsidRDefault="00DB5F90">
    <w:pPr>
      <w:pStyle w:val="Header"/>
      <w:rPr>
        <w:rFonts w:ascii="Arial" w:hAnsi="Arial"/>
        <w:color w:val="FF0000"/>
      </w:rPr>
    </w:pPr>
    <w:r w:rsidRPr="001E1BB1">
      <w:rPr>
        <w:rFonts w:ascii="Arial" w:hAnsi="Arial"/>
      </w:rPr>
      <w:t xml:space="preserve">Unmet Need </w:t>
    </w:r>
    <w:r w:rsidR="009E4A3B">
      <w:rPr>
        <w:rFonts w:ascii="Arial" w:hAnsi="Arial"/>
      </w:rPr>
      <w:t xml:space="preserve">in </w:t>
    </w:r>
    <w:r w:rsidR="004209C3">
      <w:rPr>
        <w:rFonts w:ascii="Arial" w:hAnsi="Arial"/>
      </w:rPr>
      <w:t>HR+/HER2</w:t>
    </w:r>
    <w:r w:rsidR="004209C3">
      <w:rPr>
        <w:rFonts w:ascii="Calibri" w:hAnsi="Calibri" w:cs="Calibri"/>
      </w:rPr>
      <w:t>‒</w:t>
    </w:r>
    <w:r w:rsidR="004209C3">
      <w:rPr>
        <w:rFonts w:ascii="Arial" w:hAnsi="Arial"/>
      </w:rPr>
      <w:t xml:space="preserve"> </w:t>
    </w:r>
    <w:r w:rsidRPr="001E1BB1">
      <w:rPr>
        <w:rFonts w:ascii="Arial" w:hAnsi="Arial"/>
      </w:rPr>
      <w:t>mBC</w:t>
    </w:r>
    <w:r w:rsidR="009E4A3B">
      <w:rPr>
        <w:rFonts w:ascii="Arial" w:hAnsi="Arial"/>
      </w:rPr>
      <w:t xml:space="preserve"> </w:t>
    </w:r>
    <w:r w:rsidR="006D4252">
      <w:rPr>
        <w:rFonts w:ascii="Arial" w:hAnsi="Arial"/>
      </w:rPr>
      <w:t>P</w:t>
    </w:r>
    <w:r w:rsidR="009E4A3B">
      <w:rPr>
        <w:rFonts w:ascii="Arial" w:hAnsi="Arial"/>
      </w:rPr>
      <w:t>ost-ET</w:t>
    </w:r>
    <w:r w:rsidRPr="001E1BB1">
      <w:rPr>
        <w:rFonts w:ascii="Arial" w:hAnsi="Arial"/>
      </w:rPr>
      <w:t xml:space="preserve">: </w:t>
    </w:r>
    <w:r w:rsidR="00591CB5">
      <w:rPr>
        <w:rFonts w:ascii="Arial" w:hAnsi="Arial"/>
      </w:rPr>
      <w:t>Final</w:t>
    </w:r>
    <w:r w:rsidR="0015418D">
      <w:rPr>
        <w:rFonts w:ascii="Arial" w:hAnsi="Arial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82503C" w14:textId="074E646C" w:rsidR="00BE54E3" w:rsidRDefault="00694348">
    <w:pPr>
      <w:pStyle w:val="Header"/>
    </w:pPr>
    <w:r>
      <w:rPr>
        <w:noProof/>
      </w:rPr>
      <w:pict w14:anchorId="02059347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9387937" o:spid="_x0000_s1037" type="#_x0000_t136" alt="" style="position:absolute;margin-left:0;margin-top:0;width:571.8pt;height:87.95pt;rotation:315;z-index:-251653120;mso-wrap-edited:f;mso-width-percent:0;mso-height-percent:0;mso-position-horizontal:center;mso-position-horizontal-relative:margin;mso-position-vertical:center;mso-position-vertical-relative:margin;mso-width-percent:0;mso-height-percent:0" o:allowincell="f" fillcolor="silver" stroked="f">
          <v:fill opacity=".5"/>
          <v:textpath style="font-family:&quot;Arial&quot;;font-size:1pt" string="CONFIDENTIAL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24B179B"/>
    <w:multiLevelType w:val="hybridMultilevel"/>
    <w:tmpl w:val="7BE2E97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0F782763"/>
    <w:multiLevelType w:val="hybridMultilevel"/>
    <w:tmpl w:val="2648DD06"/>
    <w:lvl w:ilvl="0" w:tplc="D4BA6E08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114B2A3F"/>
    <w:multiLevelType w:val="hybridMultilevel"/>
    <w:tmpl w:val="E3749A50"/>
    <w:lvl w:ilvl="0" w:tplc="9B522FBE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</w:rPr>
    </w:lvl>
    <w:lvl w:ilvl="1" w:tplc="FA32D7C6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61986D7E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3" w:tplc="F9C48D02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hint="default"/>
      </w:rPr>
    </w:lvl>
    <w:lvl w:ilvl="4" w:tplc="F63A9D38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F54E6840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6" w:tplc="CDD2AE32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hint="default"/>
      </w:rPr>
    </w:lvl>
    <w:lvl w:ilvl="7" w:tplc="63F2BA00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8D8B8A6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</w:abstractNum>
  <w:abstractNum w:abstractNumId="12" w15:restartNumberingAfterBreak="0">
    <w:nsid w:val="13414FC8"/>
    <w:multiLevelType w:val="hybridMultilevel"/>
    <w:tmpl w:val="DAB25B2A"/>
    <w:lvl w:ilvl="0" w:tplc="BF0A5B6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7774124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BFEF6AA">
      <w:numFmt w:val="bullet"/>
      <w:lvlText w:val="‒"/>
      <w:lvlJc w:val="left"/>
      <w:pPr>
        <w:tabs>
          <w:tab w:val="num" w:pos="2160"/>
        </w:tabs>
        <w:ind w:left="2160" w:hanging="360"/>
      </w:pPr>
      <w:rPr>
        <w:rFonts w:ascii="Calibri" w:hAnsi="Calibri" w:hint="default"/>
      </w:rPr>
    </w:lvl>
    <w:lvl w:ilvl="3" w:tplc="874C141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3ED003C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DAAFAD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74BCD57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CE563AA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B246A2A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3" w15:restartNumberingAfterBreak="0">
    <w:nsid w:val="1C6B65EE"/>
    <w:multiLevelType w:val="hybridMultilevel"/>
    <w:tmpl w:val="609CBA48"/>
    <w:lvl w:ilvl="0" w:tplc="F1A6F16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5AC80B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8402C3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9465AE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E0662F9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0C2EA6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2FA7DB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9D9AB0C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202BBE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4" w15:restartNumberingAfterBreak="0">
    <w:nsid w:val="20CB4B03"/>
    <w:multiLevelType w:val="multilevel"/>
    <w:tmpl w:val="E59C3836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26C760C4"/>
    <w:multiLevelType w:val="hybridMultilevel"/>
    <w:tmpl w:val="2F6A7D24"/>
    <w:lvl w:ilvl="0" w:tplc="678E2CF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F8CA116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2A26370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F2C5AC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764827A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BF06C53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5F22F47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4D947AB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B1ED09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6" w15:restartNumberingAfterBreak="0">
    <w:nsid w:val="290D0FF8"/>
    <w:multiLevelType w:val="hybridMultilevel"/>
    <w:tmpl w:val="981250E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9C64D35"/>
    <w:multiLevelType w:val="hybridMultilevel"/>
    <w:tmpl w:val="8150536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2A9C5239"/>
    <w:multiLevelType w:val="hybridMultilevel"/>
    <w:tmpl w:val="4B76604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2C46443E"/>
    <w:multiLevelType w:val="hybridMultilevel"/>
    <w:tmpl w:val="78167F26"/>
    <w:lvl w:ilvl="0" w:tplc="46E2E32E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</w:rPr>
    </w:lvl>
    <w:lvl w:ilvl="1" w:tplc="F8A0967C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8CA0499C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3" w:tplc="339688AC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hint="default"/>
      </w:rPr>
    </w:lvl>
    <w:lvl w:ilvl="4" w:tplc="C10A21A6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32CAB8E6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6" w:tplc="00A039AE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hint="default"/>
      </w:rPr>
    </w:lvl>
    <w:lvl w:ilvl="7" w:tplc="369C82CC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336E7B72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</w:abstractNum>
  <w:abstractNum w:abstractNumId="20" w15:restartNumberingAfterBreak="0">
    <w:nsid w:val="30637CE7"/>
    <w:multiLevelType w:val="hybridMultilevel"/>
    <w:tmpl w:val="F880E5B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315B208F"/>
    <w:multiLevelType w:val="hybridMultilevel"/>
    <w:tmpl w:val="75D041F0"/>
    <w:lvl w:ilvl="0" w:tplc="F12E35B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FCCE178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64F0E61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FE66186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CF28B4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ACF0FF8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FD893F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3AE73B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B0425F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2" w15:restartNumberingAfterBreak="0">
    <w:nsid w:val="3B921CEA"/>
    <w:multiLevelType w:val="hybridMultilevel"/>
    <w:tmpl w:val="F8B626B4"/>
    <w:lvl w:ilvl="0" w:tplc="49C0DFA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63AC21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6570E72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F32093A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01624AF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3034868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3AA1BC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272AC68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F2CCB4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3" w15:restartNumberingAfterBreak="0">
    <w:nsid w:val="3D2B6984"/>
    <w:multiLevelType w:val="hybridMultilevel"/>
    <w:tmpl w:val="708AE35C"/>
    <w:lvl w:ilvl="0" w:tplc="C7D02B84">
      <w:start w:val="1"/>
      <w:numFmt w:val="decimal"/>
      <w:lvlText w:val="%1)"/>
      <w:lvlJc w:val="left"/>
      <w:pPr>
        <w:ind w:left="1080" w:hanging="360"/>
      </w:pPr>
    </w:lvl>
    <w:lvl w:ilvl="1" w:tplc="F580BCD8">
      <w:start w:val="1"/>
      <w:numFmt w:val="decimal"/>
      <w:lvlText w:val="%2)"/>
      <w:lvlJc w:val="left"/>
      <w:pPr>
        <w:ind w:left="1080" w:hanging="360"/>
      </w:pPr>
    </w:lvl>
    <w:lvl w:ilvl="2" w:tplc="1C96F564">
      <w:start w:val="1"/>
      <w:numFmt w:val="decimal"/>
      <w:lvlText w:val="%3)"/>
      <w:lvlJc w:val="left"/>
      <w:pPr>
        <w:ind w:left="1080" w:hanging="360"/>
      </w:pPr>
    </w:lvl>
    <w:lvl w:ilvl="3" w:tplc="B688ED76">
      <w:start w:val="1"/>
      <w:numFmt w:val="decimal"/>
      <w:lvlText w:val="%4)"/>
      <w:lvlJc w:val="left"/>
      <w:pPr>
        <w:ind w:left="1080" w:hanging="360"/>
      </w:pPr>
    </w:lvl>
    <w:lvl w:ilvl="4" w:tplc="91CCAB98">
      <w:start w:val="1"/>
      <w:numFmt w:val="decimal"/>
      <w:lvlText w:val="%5)"/>
      <w:lvlJc w:val="left"/>
      <w:pPr>
        <w:ind w:left="1080" w:hanging="360"/>
      </w:pPr>
    </w:lvl>
    <w:lvl w:ilvl="5" w:tplc="54722B54">
      <w:start w:val="1"/>
      <w:numFmt w:val="decimal"/>
      <w:lvlText w:val="%6)"/>
      <w:lvlJc w:val="left"/>
      <w:pPr>
        <w:ind w:left="1080" w:hanging="360"/>
      </w:pPr>
    </w:lvl>
    <w:lvl w:ilvl="6" w:tplc="C1B24EBE">
      <w:start w:val="1"/>
      <w:numFmt w:val="decimal"/>
      <w:lvlText w:val="%7)"/>
      <w:lvlJc w:val="left"/>
      <w:pPr>
        <w:ind w:left="1080" w:hanging="360"/>
      </w:pPr>
    </w:lvl>
    <w:lvl w:ilvl="7" w:tplc="3A6EDD26">
      <w:start w:val="1"/>
      <w:numFmt w:val="decimal"/>
      <w:lvlText w:val="%8)"/>
      <w:lvlJc w:val="left"/>
      <w:pPr>
        <w:ind w:left="1080" w:hanging="360"/>
      </w:pPr>
    </w:lvl>
    <w:lvl w:ilvl="8" w:tplc="8D882586">
      <w:start w:val="1"/>
      <w:numFmt w:val="decimal"/>
      <w:lvlText w:val="%9)"/>
      <w:lvlJc w:val="left"/>
      <w:pPr>
        <w:ind w:left="1080" w:hanging="360"/>
      </w:pPr>
    </w:lvl>
  </w:abstractNum>
  <w:abstractNum w:abstractNumId="24" w15:restartNumberingAfterBreak="0">
    <w:nsid w:val="40B114B0"/>
    <w:multiLevelType w:val="hybridMultilevel"/>
    <w:tmpl w:val="C09E003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43780988"/>
    <w:multiLevelType w:val="hybridMultilevel"/>
    <w:tmpl w:val="C9E296B0"/>
    <w:lvl w:ilvl="0" w:tplc="5EB84E8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6448BEC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77A4382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C8202E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51547BB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FEC424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B478D1B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556812D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011AC10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6" w15:restartNumberingAfterBreak="0">
    <w:nsid w:val="452F5B9B"/>
    <w:multiLevelType w:val="hybridMultilevel"/>
    <w:tmpl w:val="3F0073B4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4A81728C"/>
    <w:multiLevelType w:val="hybridMultilevel"/>
    <w:tmpl w:val="80AE0C6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4434AEA"/>
    <w:multiLevelType w:val="hybridMultilevel"/>
    <w:tmpl w:val="84460992"/>
    <w:lvl w:ilvl="0" w:tplc="8750A7C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7B4E91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75C8E9C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D02264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D1EAB7B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786073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6B6343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CAF00DB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214278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9" w15:restartNumberingAfterBreak="0">
    <w:nsid w:val="58DE7A79"/>
    <w:multiLevelType w:val="hybridMultilevel"/>
    <w:tmpl w:val="B1885FF2"/>
    <w:lvl w:ilvl="0" w:tplc="3DAA339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4A2061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424860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BEAD7B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E44AACB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33C2FD6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FF62B0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5ACBC3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A8D4646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0" w15:restartNumberingAfterBreak="0">
    <w:nsid w:val="602A6C4A"/>
    <w:multiLevelType w:val="hybridMultilevel"/>
    <w:tmpl w:val="2E782352"/>
    <w:lvl w:ilvl="0" w:tplc="4FB2CFF4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</w:rPr>
    </w:lvl>
    <w:lvl w:ilvl="1" w:tplc="64A8169E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E8B4DDFA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3" w:tplc="6DF4B0C8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hint="default"/>
      </w:rPr>
    </w:lvl>
    <w:lvl w:ilvl="4" w:tplc="5FD03CE2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1154FEE0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6" w:tplc="853A6438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hint="default"/>
      </w:rPr>
    </w:lvl>
    <w:lvl w:ilvl="7" w:tplc="10421F0E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DA2A3B1A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</w:abstractNum>
  <w:abstractNum w:abstractNumId="31" w15:restartNumberingAfterBreak="0">
    <w:nsid w:val="66F04682"/>
    <w:multiLevelType w:val="hybridMultilevel"/>
    <w:tmpl w:val="5C405856"/>
    <w:lvl w:ilvl="0" w:tplc="6DA02850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</w:rPr>
    </w:lvl>
    <w:lvl w:ilvl="1" w:tplc="EC6C7AC4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1376FDF0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3" w:tplc="6F86D86A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hint="default"/>
      </w:rPr>
    </w:lvl>
    <w:lvl w:ilvl="4" w:tplc="14FEA09E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4FF85EAE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6" w:tplc="957C340E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hint="default"/>
      </w:rPr>
    </w:lvl>
    <w:lvl w:ilvl="7" w:tplc="8BF496AE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202C9876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</w:abstractNum>
  <w:abstractNum w:abstractNumId="32" w15:restartNumberingAfterBreak="0">
    <w:nsid w:val="6A3F45DF"/>
    <w:multiLevelType w:val="hybridMultilevel"/>
    <w:tmpl w:val="78AE3A34"/>
    <w:lvl w:ilvl="0" w:tplc="518237C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6358BED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323A2D8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B654618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0BF03F7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50D8FFF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B602E82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9EEBD3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74C04D5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3" w15:restartNumberingAfterBreak="0">
    <w:nsid w:val="6DD6799A"/>
    <w:multiLevelType w:val="hybridMultilevel"/>
    <w:tmpl w:val="B538BDA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6FB307BA"/>
    <w:multiLevelType w:val="hybridMultilevel"/>
    <w:tmpl w:val="4C7EEE16"/>
    <w:lvl w:ilvl="0" w:tplc="5B16E6F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61D813B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D75A193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F25E9E6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5CB885D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4F6C2C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C6D218A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2392247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00609C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5" w15:restartNumberingAfterBreak="0">
    <w:nsid w:val="700009F1"/>
    <w:multiLevelType w:val="hybridMultilevel"/>
    <w:tmpl w:val="9E30127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01526961">
    <w:abstractNumId w:val="8"/>
  </w:num>
  <w:num w:numId="2" w16cid:durableId="1582445800">
    <w:abstractNumId w:val="6"/>
  </w:num>
  <w:num w:numId="3" w16cid:durableId="300616110">
    <w:abstractNumId w:val="5"/>
  </w:num>
  <w:num w:numId="4" w16cid:durableId="1491871693">
    <w:abstractNumId w:val="4"/>
  </w:num>
  <w:num w:numId="5" w16cid:durableId="233008931">
    <w:abstractNumId w:val="7"/>
  </w:num>
  <w:num w:numId="6" w16cid:durableId="1659916224">
    <w:abstractNumId w:val="3"/>
  </w:num>
  <w:num w:numId="7" w16cid:durableId="558176483">
    <w:abstractNumId w:val="2"/>
  </w:num>
  <w:num w:numId="8" w16cid:durableId="656961289">
    <w:abstractNumId w:val="1"/>
  </w:num>
  <w:num w:numId="9" w16cid:durableId="165483808">
    <w:abstractNumId w:val="0"/>
  </w:num>
  <w:num w:numId="10" w16cid:durableId="822088526">
    <w:abstractNumId w:val="19"/>
  </w:num>
  <w:num w:numId="11" w16cid:durableId="456144616">
    <w:abstractNumId w:val="11"/>
  </w:num>
  <w:num w:numId="12" w16cid:durableId="927617654">
    <w:abstractNumId w:val="31"/>
  </w:num>
  <w:num w:numId="13" w16cid:durableId="203710730">
    <w:abstractNumId w:val="22"/>
  </w:num>
  <w:num w:numId="14" w16cid:durableId="1380593678">
    <w:abstractNumId w:val="30"/>
  </w:num>
  <w:num w:numId="15" w16cid:durableId="2053966449">
    <w:abstractNumId w:val="20"/>
  </w:num>
  <w:num w:numId="16" w16cid:durableId="1434593225">
    <w:abstractNumId w:val="21"/>
  </w:num>
  <w:num w:numId="17" w16cid:durableId="1851682108">
    <w:abstractNumId w:val="34"/>
  </w:num>
  <w:num w:numId="18" w16cid:durableId="384835829">
    <w:abstractNumId w:val="25"/>
  </w:num>
  <w:num w:numId="19" w16cid:durableId="107166421">
    <w:abstractNumId w:val="28"/>
  </w:num>
  <w:num w:numId="20" w16cid:durableId="1042440072">
    <w:abstractNumId w:val="32"/>
  </w:num>
  <w:num w:numId="21" w16cid:durableId="1824200244">
    <w:abstractNumId w:val="10"/>
  </w:num>
  <w:num w:numId="22" w16cid:durableId="1876384743">
    <w:abstractNumId w:val="13"/>
  </w:num>
  <w:num w:numId="23" w16cid:durableId="1964992238">
    <w:abstractNumId w:val="9"/>
  </w:num>
  <w:num w:numId="24" w16cid:durableId="795682176">
    <w:abstractNumId w:val="27"/>
  </w:num>
  <w:num w:numId="25" w16cid:durableId="785465892">
    <w:abstractNumId w:val="16"/>
  </w:num>
  <w:num w:numId="26" w16cid:durableId="796143911">
    <w:abstractNumId w:val="35"/>
  </w:num>
  <w:num w:numId="27" w16cid:durableId="1191802590">
    <w:abstractNumId w:val="29"/>
  </w:num>
  <w:num w:numId="28" w16cid:durableId="912423164">
    <w:abstractNumId w:val="12"/>
  </w:num>
  <w:num w:numId="29" w16cid:durableId="1715427605">
    <w:abstractNumId w:val="24"/>
  </w:num>
  <w:num w:numId="30" w16cid:durableId="195385477">
    <w:abstractNumId w:val="17"/>
  </w:num>
  <w:num w:numId="31" w16cid:durableId="1890265244">
    <w:abstractNumId w:val="18"/>
  </w:num>
  <w:num w:numId="32" w16cid:durableId="258753022">
    <w:abstractNumId w:val="33"/>
  </w:num>
  <w:num w:numId="33" w16cid:durableId="566573117">
    <w:abstractNumId w:val="15"/>
  </w:num>
  <w:num w:numId="34" w16cid:durableId="665865785">
    <w:abstractNumId w:val="14"/>
  </w:num>
  <w:num w:numId="35" w16cid:durableId="1992442871">
    <w:abstractNumId w:val="26"/>
  </w:num>
  <w:num w:numId="36" w16cid:durableId="2009481710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EN.InstantFormat" w:val="&lt;ENInstantFormat&gt;&lt;Enabled&gt;1&lt;/Enabled&gt;&lt;ScanUnformatted&gt;0&lt;/ScanUnformatted&gt;&lt;ScanChanges&gt;0&lt;/ScanChanges&gt;&lt;Suspended&gt;0&lt;/Suspended&gt;&lt;/ENInstantFormat&gt;"/>
    <w:docVar w:name="EN.Layout" w:val="&lt;ENLayout&gt;&lt;Style&gt;Breast Cancer Research and Treatment_23&lt;/Style&gt;&lt;LeftDelim&gt;{{&lt;/LeftDelim&gt;&lt;RightDelim&gt;}}&lt;/RightDelim&gt;&lt;FontName&gt;Arial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dvw2assex5v0aue9e5fpvdabd0s992fexdf9&quot;&gt;Unmet need 1L post-ET&lt;record-ids&gt;&lt;item&gt;1&lt;/item&gt;&lt;item&gt;2&lt;/item&gt;&lt;item&gt;3&lt;/item&gt;&lt;item&gt;4&lt;/item&gt;&lt;item&gt;5&lt;/item&gt;&lt;item&gt;6&lt;/item&gt;&lt;item&gt;7&lt;/item&gt;&lt;item&gt;8&lt;/item&gt;&lt;item&gt;9&lt;/item&gt;&lt;item&gt;12&lt;/item&gt;&lt;item&gt;13&lt;/item&gt;&lt;item&gt;16&lt;/item&gt;&lt;item&gt;20&lt;/item&gt;&lt;item&gt;22&lt;/item&gt;&lt;item&gt;24&lt;/item&gt;&lt;item&gt;25&lt;/item&gt;&lt;item&gt;26&lt;/item&gt;&lt;item&gt;27&lt;/item&gt;&lt;item&gt;28&lt;/item&gt;&lt;item&gt;29&lt;/item&gt;&lt;item&gt;32&lt;/item&gt;&lt;item&gt;35&lt;/item&gt;&lt;item&gt;38&lt;/item&gt;&lt;item&gt;39&lt;/item&gt;&lt;item&gt;40&lt;/item&gt;&lt;item&gt;41&lt;/item&gt;&lt;/record-ids&gt;&lt;/item&gt;&lt;/Libraries&gt;"/>
  </w:docVars>
  <w:rsids>
    <w:rsidRoot w:val="00B47730"/>
    <w:rsid w:val="000006AA"/>
    <w:rsid w:val="00001350"/>
    <w:rsid w:val="00001A75"/>
    <w:rsid w:val="000034A8"/>
    <w:rsid w:val="00003717"/>
    <w:rsid w:val="00003B09"/>
    <w:rsid w:val="0000417A"/>
    <w:rsid w:val="000042AB"/>
    <w:rsid w:val="00004DC4"/>
    <w:rsid w:val="0000522F"/>
    <w:rsid w:val="00006225"/>
    <w:rsid w:val="00006844"/>
    <w:rsid w:val="000068EE"/>
    <w:rsid w:val="00007DD5"/>
    <w:rsid w:val="000112F9"/>
    <w:rsid w:val="00011568"/>
    <w:rsid w:val="00013E59"/>
    <w:rsid w:val="0001693F"/>
    <w:rsid w:val="00016A8F"/>
    <w:rsid w:val="00017591"/>
    <w:rsid w:val="00017839"/>
    <w:rsid w:val="00020E49"/>
    <w:rsid w:val="00021215"/>
    <w:rsid w:val="000215C2"/>
    <w:rsid w:val="00021F13"/>
    <w:rsid w:val="000223F3"/>
    <w:rsid w:val="000224DB"/>
    <w:rsid w:val="00022C2A"/>
    <w:rsid w:val="00022C64"/>
    <w:rsid w:val="00023076"/>
    <w:rsid w:val="00023080"/>
    <w:rsid w:val="00023082"/>
    <w:rsid w:val="00023547"/>
    <w:rsid w:val="00023B8C"/>
    <w:rsid w:val="00026189"/>
    <w:rsid w:val="00026A8F"/>
    <w:rsid w:val="00026C23"/>
    <w:rsid w:val="00026E54"/>
    <w:rsid w:val="00027072"/>
    <w:rsid w:val="000275C7"/>
    <w:rsid w:val="000275D1"/>
    <w:rsid w:val="00027B0C"/>
    <w:rsid w:val="00030B9C"/>
    <w:rsid w:val="000311E2"/>
    <w:rsid w:val="00031751"/>
    <w:rsid w:val="00032286"/>
    <w:rsid w:val="00032823"/>
    <w:rsid w:val="00032AE4"/>
    <w:rsid w:val="0003342E"/>
    <w:rsid w:val="00033ACB"/>
    <w:rsid w:val="00034616"/>
    <w:rsid w:val="00034629"/>
    <w:rsid w:val="00034AC1"/>
    <w:rsid w:val="00034EB5"/>
    <w:rsid w:val="00036161"/>
    <w:rsid w:val="000363A1"/>
    <w:rsid w:val="0003686A"/>
    <w:rsid w:val="0003688A"/>
    <w:rsid w:val="0003706D"/>
    <w:rsid w:val="0003785A"/>
    <w:rsid w:val="00040754"/>
    <w:rsid w:val="00043B5E"/>
    <w:rsid w:val="000443B0"/>
    <w:rsid w:val="00045D44"/>
    <w:rsid w:val="00045EBC"/>
    <w:rsid w:val="00045FC4"/>
    <w:rsid w:val="0004600E"/>
    <w:rsid w:val="0004653E"/>
    <w:rsid w:val="00046B35"/>
    <w:rsid w:val="00046B52"/>
    <w:rsid w:val="0005101A"/>
    <w:rsid w:val="00052679"/>
    <w:rsid w:val="000530A1"/>
    <w:rsid w:val="000540A6"/>
    <w:rsid w:val="00055ACE"/>
    <w:rsid w:val="00056065"/>
    <w:rsid w:val="00056B70"/>
    <w:rsid w:val="000579B1"/>
    <w:rsid w:val="00057E48"/>
    <w:rsid w:val="0006013D"/>
    <w:rsid w:val="0006063C"/>
    <w:rsid w:val="00060F15"/>
    <w:rsid w:val="000615D8"/>
    <w:rsid w:val="00061BF3"/>
    <w:rsid w:val="00062E4B"/>
    <w:rsid w:val="0006447F"/>
    <w:rsid w:val="00064F6F"/>
    <w:rsid w:val="000651F2"/>
    <w:rsid w:val="000657B7"/>
    <w:rsid w:val="000662E0"/>
    <w:rsid w:val="000666E6"/>
    <w:rsid w:val="0006670A"/>
    <w:rsid w:val="000668CB"/>
    <w:rsid w:val="00070A76"/>
    <w:rsid w:val="0007120C"/>
    <w:rsid w:val="00071B67"/>
    <w:rsid w:val="00073137"/>
    <w:rsid w:val="000732DB"/>
    <w:rsid w:val="000735DA"/>
    <w:rsid w:val="000740C9"/>
    <w:rsid w:val="00075D83"/>
    <w:rsid w:val="000768BD"/>
    <w:rsid w:val="00076D0F"/>
    <w:rsid w:val="00077312"/>
    <w:rsid w:val="00077F48"/>
    <w:rsid w:val="000802BA"/>
    <w:rsid w:val="00080726"/>
    <w:rsid w:val="00080AA4"/>
    <w:rsid w:val="00080EE2"/>
    <w:rsid w:val="000810FA"/>
    <w:rsid w:val="00081BA0"/>
    <w:rsid w:val="00082024"/>
    <w:rsid w:val="00082417"/>
    <w:rsid w:val="000828C1"/>
    <w:rsid w:val="00082A95"/>
    <w:rsid w:val="000831D3"/>
    <w:rsid w:val="0008341C"/>
    <w:rsid w:val="00083B3C"/>
    <w:rsid w:val="00083E9B"/>
    <w:rsid w:val="00083ED8"/>
    <w:rsid w:val="00084135"/>
    <w:rsid w:val="00084901"/>
    <w:rsid w:val="00085A40"/>
    <w:rsid w:val="00085CBE"/>
    <w:rsid w:val="000878F9"/>
    <w:rsid w:val="00087A5A"/>
    <w:rsid w:val="00091760"/>
    <w:rsid w:val="00091F25"/>
    <w:rsid w:val="00091FE9"/>
    <w:rsid w:val="00092650"/>
    <w:rsid w:val="000927E8"/>
    <w:rsid w:val="00092A26"/>
    <w:rsid w:val="00092D51"/>
    <w:rsid w:val="000934E7"/>
    <w:rsid w:val="00093B81"/>
    <w:rsid w:val="00093D9A"/>
    <w:rsid w:val="00094689"/>
    <w:rsid w:val="00095680"/>
    <w:rsid w:val="00095765"/>
    <w:rsid w:val="00095971"/>
    <w:rsid w:val="00095E3C"/>
    <w:rsid w:val="000962E3"/>
    <w:rsid w:val="000969CA"/>
    <w:rsid w:val="00096F98"/>
    <w:rsid w:val="00097EE6"/>
    <w:rsid w:val="000A030B"/>
    <w:rsid w:val="000A031E"/>
    <w:rsid w:val="000A0A2A"/>
    <w:rsid w:val="000A0B04"/>
    <w:rsid w:val="000A0B92"/>
    <w:rsid w:val="000A1EA1"/>
    <w:rsid w:val="000A2548"/>
    <w:rsid w:val="000A35D6"/>
    <w:rsid w:val="000A376A"/>
    <w:rsid w:val="000A3944"/>
    <w:rsid w:val="000A398E"/>
    <w:rsid w:val="000A3C66"/>
    <w:rsid w:val="000A45FE"/>
    <w:rsid w:val="000A5044"/>
    <w:rsid w:val="000B12F7"/>
    <w:rsid w:val="000B140B"/>
    <w:rsid w:val="000B1E6E"/>
    <w:rsid w:val="000B320C"/>
    <w:rsid w:val="000B35C3"/>
    <w:rsid w:val="000B4D3B"/>
    <w:rsid w:val="000B5FF1"/>
    <w:rsid w:val="000B64D4"/>
    <w:rsid w:val="000B666B"/>
    <w:rsid w:val="000B6EC9"/>
    <w:rsid w:val="000B766C"/>
    <w:rsid w:val="000C04A0"/>
    <w:rsid w:val="000C0746"/>
    <w:rsid w:val="000C0B67"/>
    <w:rsid w:val="000C139A"/>
    <w:rsid w:val="000C1BD1"/>
    <w:rsid w:val="000C1C53"/>
    <w:rsid w:val="000C2E8B"/>
    <w:rsid w:val="000C34B7"/>
    <w:rsid w:val="000C37BA"/>
    <w:rsid w:val="000C37BF"/>
    <w:rsid w:val="000C38FA"/>
    <w:rsid w:val="000C3B96"/>
    <w:rsid w:val="000C422C"/>
    <w:rsid w:val="000C42E3"/>
    <w:rsid w:val="000C438F"/>
    <w:rsid w:val="000C451A"/>
    <w:rsid w:val="000C4E76"/>
    <w:rsid w:val="000C5529"/>
    <w:rsid w:val="000C6010"/>
    <w:rsid w:val="000C69E6"/>
    <w:rsid w:val="000C6C86"/>
    <w:rsid w:val="000C6F8C"/>
    <w:rsid w:val="000C7F69"/>
    <w:rsid w:val="000D0E91"/>
    <w:rsid w:val="000D1253"/>
    <w:rsid w:val="000D23EB"/>
    <w:rsid w:val="000D314A"/>
    <w:rsid w:val="000D3924"/>
    <w:rsid w:val="000D447C"/>
    <w:rsid w:val="000D469C"/>
    <w:rsid w:val="000D595B"/>
    <w:rsid w:val="000D5AC6"/>
    <w:rsid w:val="000D6470"/>
    <w:rsid w:val="000D66C9"/>
    <w:rsid w:val="000D6FD4"/>
    <w:rsid w:val="000D7868"/>
    <w:rsid w:val="000D7A52"/>
    <w:rsid w:val="000D7DFE"/>
    <w:rsid w:val="000E0BD5"/>
    <w:rsid w:val="000E1077"/>
    <w:rsid w:val="000E26FB"/>
    <w:rsid w:val="000E2A5F"/>
    <w:rsid w:val="000E3676"/>
    <w:rsid w:val="000E3B6E"/>
    <w:rsid w:val="000E3E32"/>
    <w:rsid w:val="000E4157"/>
    <w:rsid w:val="000E5275"/>
    <w:rsid w:val="000E5CC2"/>
    <w:rsid w:val="000E6799"/>
    <w:rsid w:val="000E750C"/>
    <w:rsid w:val="000F1C15"/>
    <w:rsid w:val="000F1E71"/>
    <w:rsid w:val="000F38ED"/>
    <w:rsid w:val="000F42C6"/>
    <w:rsid w:val="000F5953"/>
    <w:rsid w:val="000F6AF4"/>
    <w:rsid w:val="000F7EBF"/>
    <w:rsid w:val="00101DA9"/>
    <w:rsid w:val="00101E11"/>
    <w:rsid w:val="00102D77"/>
    <w:rsid w:val="00103363"/>
    <w:rsid w:val="00104454"/>
    <w:rsid w:val="00104B92"/>
    <w:rsid w:val="00106692"/>
    <w:rsid w:val="00106B9D"/>
    <w:rsid w:val="00106D87"/>
    <w:rsid w:val="00107BBA"/>
    <w:rsid w:val="00111276"/>
    <w:rsid w:val="00111DB0"/>
    <w:rsid w:val="00112725"/>
    <w:rsid w:val="00112A09"/>
    <w:rsid w:val="001131BE"/>
    <w:rsid w:val="00113E87"/>
    <w:rsid w:val="00114A8F"/>
    <w:rsid w:val="00116131"/>
    <w:rsid w:val="001165B6"/>
    <w:rsid w:val="00116681"/>
    <w:rsid w:val="001173CD"/>
    <w:rsid w:val="001178A0"/>
    <w:rsid w:val="00120D7A"/>
    <w:rsid w:val="00121530"/>
    <w:rsid w:val="001215F2"/>
    <w:rsid w:val="00121BC2"/>
    <w:rsid w:val="0012239C"/>
    <w:rsid w:val="001225B4"/>
    <w:rsid w:val="001225D7"/>
    <w:rsid w:val="00122623"/>
    <w:rsid w:val="00122B90"/>
    <w:rsid w:val="0012343B"/>
    <w:rsid w:val="00123BB2"/>
    <w:rsid w:val="00123D8A"/>
    <w:rsid w:val="00124175"/>
    <w:rsid w:val="00124C74"/>
    <w:rsid w:val="00125061"/>
    <w:rsid w:val="001252DB"/>
    <w:rsid w:val="0012610E"/>
    <w:rsid w:val="0012696C"/>
    <w:rsid w:val="00126996"/>
    <w:rsid w:val="00127024"/>
    <w:rsid w:val="001272C3"/>
    <w:rsid w:val="001272E6"/>
    <w:rsid w:val="00130454"/>
    <w:rsid w:val="0013066B"/>
    <w:rsid w:val="00130A28"/>
    <w:rsid w:val="0013148C"/>
    <w:rsid w:val="0013398A"/>
    <w:rsid w:val="00133E3B"/>
    <w:rsid w:val="00133EC2"/>
    <w:rsid w:val="001348D6"/>
    <w:rsid w:val="00134AE2"/>
    <w:rsid w:val="00135E53"/>
    <w:rsid w:val="00136902"/>
    <w:rsid w:val="0013757D"/>
    <w:rsid w:val="00137B7F"/>
    <w:rsid w:val="00137EB7"/>
    <w:rsid w:val="0014022A"/>
    <w:rsid w:val="00140C2C"/>
    <w:rsid w:val="00141032"/>
    <w:rsid w:val="00141A97"/>
    <w:rsid w:val="00141B17"/>
    <w:rsid w:val="001423E8"/>
    <w:rsid w:val="00142A02"/>
    <w:rsid w:val="00143176"/>
    <w:rsid w:val="0014453C"/>
    <w:rsid w:val="00144E26"/>
    <w:rsid w:val="00144F8E"/>
    <w:rsid w:val="001461BC"/>
    <w:rsid w:val="001465D6"/>
    <w:rsid w:val="001465DB"/>
    <w:rsid w:val="001468E8"/>
    <w:rsid w:val="00146A0A"/>
    <w:rsid w:val="00147C40"/>
    <w:rsid w:val="00147EC2"/>
    <w:rsid w:val="0015074B"/>
    <w:rsid w:val="00150C51"/>
    <w:rsid w:val="0015101E"/>
    <w:rsid w:val="0015179F"/>
    <w:rsid w:val="00152688"/>
    <w:rsid w:val="00152B22"/>
    <w:rsid w:val="0015418D"/>
    <w:rsid w:val="0015430C"/>
    <w:rsid w:val="00154665"/>
    <w:rsid w:val="0015491E"/>
    <w:rsid w:val="00154BA6"/>
    <w:rsid w:val="00154C04"/>
    <w:rsid w:val="001551E0"/>
    <w:rsid w:val="001555E1"/>
    <w:rsid w:val="0015769E"/>
    <w:rsid w:val="001576FC"/>
    <w:rsid w:val="00157895"/>
    <w:rsid w:val="001579B7"/>
    <w:rsid w:val="00160352"/>
    <w:rsid w:val="00160D81"/>
    <w:rsid w:val="00160EB3"/>
    <w:rsid w:val="001627A7"/>
    <w:rsid w:val="00162FBB"/>
    <w:rsid w:val="001648A2"/>
    <w:rsid w:val="001653F6"/>
    <w:rsid w:val="00165502"/>
    <w:rsid w:val="00165ADC"/>
    <w:rsid w:val="00165DB8"/>
    <w:rsid w:val="00166372"/>
    <w:rsid w:val="00166622"/>
    <w:rsid w:val="00167222"/>
    <w:rsid w:val="00167298"/>
    <w:rsid w:val="00167B87"/>
    <w:rsid w:val="001700DE"/>
    <w:rsid w:val="001704D9"/>
    <w:rsid w:val="0017167D"/>
    <w:rsid w:val="001716CE"/>
    <w:rsid w:val="00171D46"/>
    <w:rsid w:val="00174159"/>
    <w:rsid w:val="00174DB1"/>
    <w:rsid w:val="00175ED0"/>
    <w:rsid w:val="00176247"/>
    <w:rsid w:val="00176D24"/>
    <w:rsid w:val="00176FE5"/>
    <w:rsid w:val="00177222"/>
    <w:rsid w:val="00177493"/>
    <w:rsid w:val="0017766B"/>
    <w:rsid w:val="00177A31"/>
    <w:rsid w:val="00177BFC"/>
    <w:rsid w:val="00177EC3"/>
    <w:rsid w:val="001802CC"/>
    <w:rsid w:val="001809E3"/>
    <w:rsid w:val="00180F8D"/>
    <w:rsid w:val="00181D9E"/>
    <w:rsid w:val="00181FD8"/>
    <w:rsid w:val="00182AB0"/>
    <w:rsid w:val="00182EF6"/>
    <w:rsid w:val="00182F34"/>
    <w:rsid w:val="00183588"/>
    <w:rsid w:val="00183599"/>
    <w:rsid w:val="0018391F"/>
    <w:rsid w:val="001848A1"/>
    <w:rsid w:val="00187242"/>
    <w:rsid w:val="001900CE"/>
    <w:rsid w:val="00191E23"/>
    <w:rsid w:val="0019218D"/>
    <w:rsid w:val="00193695"/>
    <w:rsid w:val="00193E21"/>
    <w:rsid w:val="0019478E"/>
    <w:rsid w:val="00194CDE"/>
    <w:rsid w:val="00195154"/>
    <w:rsid w:val="0019525A"/>
    <w:rsid w:val="0019562C"/>
    <w:rsid w:val="001977E4"/>
    <w:rsid w:val="001A0215"/>
    <w:rsid w:val="001A064C"/>
    <w:rsid w:val="001A0C2C"/>
    <w:rsid w:val="001A10A0"/>
    <w:rsid w:val="001A1E67"/>
    <w:rsid w:val="001A2690"/>
    <w:rsid w:val="001A33DB"/>
    <w:rsid w:val="001A358D"/>
    <w:rsid w:val="001A3DD7"/>
    <w:rsid w:val="001A4034"/>
    <w:rsid w:val="001A4403"/>
    <w:rsid w:val="001A5035"/>
    <w:rsid w:val="001A52FF"/>
    <w:rsid w:val="001A6051"/>
    <w:rsid w:val="001A681F"/>
    <w:rsid w:val="001A6961"/>
    <w:rsid w:val="001A6BEB"/>
    <w:rsid w:val="001A74C3"/>
    <w:rsid w:val="001A780D"/>
    <w:rsid w:val="001A7AD7"/>
    <w:rsid w:val="001A7D26"/>
    <w:rsid w:val="001A7FA2"/>
    <w:rsid w:val="001B027B"/>
    <w:rsid w:val="001B0476"/>
    <w:rsid w:val="001B262A"/>
    <w:rsid w:val="001B2890"/>
    <w:rsid w:val="001B4040"/>
    <w:rsid w:val="001B421C"/>
    <w:rsid w:val="001B42B1"/>
    <w:rsid w:val="001B4319"/>
    <w:rsid w:val="001B46AE"/>
    <w:rsid w:val="001B471E"/>
    <w:rsid w:val="001B4991"/>
    <w:rsid w:val="001B4DA6"/>
    <w:rsid w:val="001B74CD"/>
    <w:rsid w:val="001B76D5"/>
    <w:rsid w:val="001B7D37"/>
    <w:rsid w:val="001C097D"/>
    <w:rsid w:val="001C1B4C"/>
    <w:rsid w:val="001C318F"/>
    <w:rsid w:val="001C319E"/>
    <w:rsid w:val="001C35B5"/>
    <w:rsid w:val="001C386E"/>
    <w:rsid w:val="001C3E85"/>
    <w:rsid w:val="001C5B6D"/>
    <w:rsid w:val="001C6070"/>
    <w:rsid w:val="001C6CA7"/>
    <w:rsid w:val="001C7882"/>
    <w:rsid w:val="001D0B11"/>
    <w:rsid w:val="001D0F32"/>
    <w:rsid w:val="001D2AB0"/>
    <w:rsid w:val="001D3C7D"/>
    <w:rsid w:val="001D4743"/>
    <w:rsid w:val="001D47B8"/>
    <w:rsid w:val="001D4989"/>
    <w:rsid w:val="001D5193"/>
    <w:rsid w:val="001D56B3"/>
    <w:rsid w:val="001D5CB7"/>
    <w:rsid w:val="001D6050"/>
    <w:rsid w:val="001D6F3A"/>
    <w:rsid w:val="001D70D9"/>
    <w:rsid w:val="001D7365"/>
    <w:rsid w:val="001E03B2"/>
    <w:rsid w:val="001E0865"/>
    <w:rsid w:val="001E0DD2"/>
    <w:rsid w:val="001E1ACA"/>
    <w:rsid w:val="001E1BB1"/>
    <w:rsid w:val="001E1DD2"/>
    <w:rsid w:val="001E20AE"/>
    <w:rsid w:val="001E2E58"/>
    <w:rsid w:val="001E362E"/>
    <w:rsid w:val="001E45B8"/>
    <w:rsid w:val="001E497B"/>
    <w:rsid w:val="001E58D2"/>
    <w:rsid w:val="001E5FBE"/>
    <w:rsid w:val="001E6582"/>
    <w:rsid w:val="001E7720"/>
    <w:rsid w:val="001E7936"/>
    <w:rsid w:val="001E7A5F"/>
    <w:rsid w:val="001F09CC"/>
    <w:rsid w:val="001F0C92"/>
    <w:rsid w:val="001F0F16"/>
    <w:rsid w:val="001F1088"/>
    <w:rsid w:val="001F12A4"/>
    <w:rsid w:val="001F2DED"/>
    <w:rsid w:val="001F38C3"/>
    <w:rsid w:val="001F3C19"/>
    <w:rsid w:val="001F4907"/>
    <w:rsid w:val="001F5A56"/>
    <w:rsid w:val="001F5AE1"/>
    <w:rsid w:val="001F5DB3"/>
    <w:rsid w:val="001F72A7"/>
    <w:rsid w:val="001F733C"/>
    <w:rsid w:val="001F777A"/>
    <w:rsid w:val="001F7969"/>
    <w:rsid w:val="002019D3"/>
    <w:rsid w:val="00201BDF"/>
    <w:rsid w:val="0020265A"/>
    <w:rsid w:val="00203B36"/>
    <w:rsid w:val="00205731"/>
    <w:rsid w:val="0020620E"/>
    <w:rsid w:val="002078EE"/>
    <w:rsid w:val="00207B3B"/>
    <w:rsid w:val="00207D3F"/>
    <w:rsid w:val="00211989"/>
    <w:rsid w:val="00211C38"/>
    <w:rsid w:val="00212F92"/>
    <w:rsid w:val="00214D1E"/>
    <w:rsid w:val="002155A5"/>
    <w:rsid w:val="002168BD"/>
    <w:rsid w:val="002171DB"/>
    <w:rsid w:val="002179F2"/>
    <w:rsid w:val="00217C8A"/>
    <w:rsid w:val="002203A9"/>
    <w:rsid w:val="00220AD3"/>
    <w:rsid w:val="002215D4"/>
    <w:rsid w:val="00222B20"/>
    <w:rsid w:val="002233CA"/>
    <w:rsid w:val="0022389A"/>
    <w:rsid w:val="00223D6C"/>
    <w:rsid w:val="0022476A"/>
    <w:rsid w:val="0022564F"/>
    <w:rsid w:val="00226121"/>
    <w:rsid w:val="0022627D"/>
    <w:rsid w:val="00226823"/>
    <w:rsid w:val="00226C48"/>
    <w:rsid w:val="0022766B"/>
    <w:rsid w:val="002276E4"/>
    <w:rsid w:val="002278D5"/>
    <w:rsid w:val="00227965"/>
    <w:rsid w:val="00230208"/>
    <w:rsid w:val="00230E0B"/>
    <w:rsid w:val="00231256"/>
    <w:rsid w:val="002324DF"/>
    <w:rsid w:val="002325BA"/>
    <w:rsid w:val="002338E0"/>
    <w:rsid w:val="002339E9"/>
    <w:rsid w:val="00234E16"/>
    <w:rsid w:val="00234E1C"/>
    <w:rsid w:val="00235091"/>
    <w:rsid w:val="002367AB"/>
    <w:rsid w:val="00236B25"/>
    <w:rsid w:val="00237821"/>
    <w:rsid w:val="0024040B"/>
    <w:rsid w:val="0024078E"/>
    <w:rsid w:val="00241858"/>
    <w:rsid w:val="00242EE2"/>
    <w:rsid w:val="0024377C"/>
    <w:rsid w:val="00243CE0"/>
    <w:rsid w:val="00245084"/>
    <w:rsid w:val="002452C4"/>
    <w:rsid w:val="00245AA0"/>
    <w:rsid w:val="00246F3F"/>
    <w:rsid w:val="00247ABE"/>
    <w:rsid w:val="0025067E"/>
    <w:rsid w:val="00250815"/>
    <w:rsid w:val="00250A30"/>
    <w:rsid w:val="00250B50"/>
    <w:rsid w:val="00251231"/>
    <w:rsid w:val="00251F2A"/>
    <w:rsid w:val="00251F8F"/>
    <w:rsid w:val="00252202"/>
    <w:rsid w:val="00253CB3"/>
    <w:rsid w:val="002541DA"/>
    <w:rsid w:val="002543AC"/>
    <w:rsid w:val="0025474B"/>
    <w:rsid w:val="00254816"/>
    <w:rsid w:val="0025481F"/>
    <w:rsid w:val="0025497C"/>
    <w:rsid w:val="00254AF7"/>
    <w:rsid w:val="00255393"/>
    <w:rsid w:val="00255FD5"/>
    <w:rsid w:val="00256940"/>
    <w:rsid w:val="00260126"/>
    <w:rsid w:val="002604A5"/>
    <w:rsid w:val="00260813"/>
    <w:rsid w:val="00260844"/>
    <w:rsid w:val="00261E62"/>
    <w:rsid w:val="002624F2"/>
    <w:rsid w:val="00262A30"/>
    <w:rsid w:val="00263982"/>
    <w:rsid w:val="00263E69"/>
    <w:rsid w:val="00264149"/>
    <w:rsid w:val="00264896"/>
    <w:rsid w:val="00265402"/>
    <w:rsid w:val="00265E28"/>
    <w:rsid w:val="00265EB7"/>
    <w:rsid w:val="00265F0F"/>
    <w:rsid w:val="00266695"/>
    <w:rsid w:val="00267E64"/>
    <w:rsid w:val="002706F1"/>
    <w:rsid w:val="00271403"/>
    <w:rsid w:val="002727F6"/>
    <w:rsid w:val="0027421E"/>
    <w:rsid w:val="002757FD"/>
    <w:rsid w:val="00276166"/>
    <w:rsid w:val="00276414"/>
    <w:rsid w:val="0027656E"/>
    <w:rsid w:val="002766C8"/>
    <w:rsid w:val="0027690C"/>
    <w:rsid w:val="00276AE2"/>
    <w:rsid w:val="00277D5D"/>
    <w:rsid w:val="00280306"/>
    <w:rsid w:val="00280F28"/>
    <w:rsid w:val="002816B3"/>
    <w:rsid w:val="00281A63"/>
    <w:rsid w:val="00282751"/>
    <w:rsid w:val="00282E02"/>
    <w:rsid w:val="00283038"/>
    <w:rsid w:val="002834AD"/>
    <w:rsid w:val="00284064"/>
    <w:rsid w:val="00284488"/>
    <w:rsid w:val="00284C2C"/>
    <w:rsid w:val="00286350"/>
    <w:rsid w:val="00286DA3"/>
    <w:rsid w:val="002870B0"/>
    <w:rsid w:val="00290102"/>
    <w:rsid w:val="002902E6"/>
    <w:rsid w:val="002907EB"/>
    <w:rsid w:val="00291CFA"/>
    <w:rsid w:val="002923C8"/>
    <w:rsid w:val="00292F25"/>
    <w:rsid w:val="002938D7"/>
    <w:rsid w:val="002946D1"/>
    <w:rsid w:val="00294D6C"/>
    <w:rsid w:val="00294EB9"/>
    <w:rsid w:val="00295BDC"/>
    <w:rsid w:val="00295FDB"/>
    <w:rsid w:val="002962DE"/>
    <w:rsid w:val="0029639D"/>
    <w:rsid w:val="002964C2"/>
    <w:rsid w:val="00296851"/>
    <w:rsid w:val="00296AD5"/>
    <w:rsid w:val="00296F74"/>
    <w:rsid w:val="00297B7B"/>
    <w:rsid w:val="00297C51"/>
    <w:rsid w:val="002A0273"/>
    <w:rsid w:val="002A02DA"/>
    <w:rsid w:val="002A095D"/>
    <w:rsid w:val="002A1C33"/>
    <w:rsid w:val="002A383E"/>
    <w:rsid w:val="002A4C14"/>
    <w:rsid w:val="002A548A"/>
    <w:rsid w:val="002A6084"/>
    <w:rsid w:val="002A6A09"/>
    <w:rsid w:val="002A7243"/>
    <w:rsid w:val="002A79A2"/>
    <w:rsid w:val="002B0722"/>
    <w:rsid w:val="002B0997"/>
    <w:rsid w:val="002B0D35"/>
    <w:rsid w:val="002B156D"/>
    <w:rsid w:val="002B1725"/>
    <w:rsid w:val="002B1E09"/>
    <w:rsid w:val="002B2909"/>
    <w:rsid w:val="002B2930"/>
    <w:rsid w:val="002B2B9C"/>
    <w:rsid w:val="002B2C1D"/>
    <w:rsid w:val="002B3EAB"/>
    <w:rsid w:val="002B4EF3"/>
    <w:rsid w:val="002B5245"/>
    <w:rsid w:val="002B5258"/>
    <w:rsid w:val="002B5657"/>
    <w:rsid w:val="002B73AD"/>
    <w:rsid w:val="002C02E3"/>
    <w:rsid w:val="002C0EEF"/>
    <w:rsid w:val="002C1015"/>
    <w:rsid w:val="002C1070"/>
    <w:rsid w:val="002C1637"/>
    <w:rsid w:val="002C16A7"/>
    <w:rsid w:val="002C2B2D"/>
    <w:rsid w:val="002C369D"/>
    <w:rsid w:val="002C3CFC"/>
    <w:rsid w:val="002C43DC"/>
    <w:rsid w:val="002C4D00"/>
    <w:rsid w:val="002C638F"/>
    <w:rsid w:val="002C645C"/>
    <w:rsid w:val="002C70DF"/>
    <w:rsid w:val="002C7277"/>
    <w:rsid w:val="002C7B48"/>
    <w:rsid w:val="002D0998"/>
    <w:rsid w:val="002D0A84"/>
    <w:rsid w:val="002D0DB8"/>
    <w:rsid w:val="002D1AA9"/>
    <w:rsid w:val="002D1F07"/>
    <w:rsid w:val="002D2473"/>
    <w:rsid w:val="002D34EE"/>
    <w:rsid w:val="002D3530"/>
    <w:rsid w:val="002D36B5"/>
    <w:rsid w:val="002D3DCE"/>
    <w:rsid w:val="002D518C"/>
    <w:rsid w:val="002D77F2"/>
    <w:rsid w:val="002E088B"/>
    <w:rsid w:val="002E09FA"/>
    <w:rsid w:val="002E20E9"/>
    <w:rsid w:val="002E2D54"/>
    <w:rsid w:val="002E2EC0"/>
    <w:rsid w:val="002E31F9"/>
    <w:rsid w:val="002E3273"/>
    <w:rsid w:val="002E33D3"/>
    <w:rsid w:val="002E3A6E"/>
    <w:rsid w:val="002E4996"/>
    <w:rsid w:val="002E4D11"/>
    <w:rsid w:val="002E5520"/>
    <w:rsid w:val="002E56E9"/>
    <w:rsid w:val="002E5CD6"/>
    <w:rsid w:val="002E6475"/>
    <w:rsid w:val="002E6856"/>
    <w:rsid w:val="002E6E03"/>
    <w:rsid w:val="002E75F5"/>
    <w:rsid w:val="002E7B6C"/>
    <w:rsid w:val="002E7E85"/>
    <w:rsid w:val="002F0B9D"/>
    <w:rsid w:val="002F0ED6"/>
    <w:rsid w:val="002F10D1"/>
    <w:rsid w:val="002F10D4"/>
    <w:rsid w:val="002F1202"/>
    <w:rsid w:val="002F319C"/>
    <w:rsid w:val="002F3B6A"/>
    <w:rsid w:val="002F4042"/>
    <w:rsid w:val="002F4E24"/>
    <w:rsid w:val="002F50B0"/>
    <w:rsid w:val="002F5F84"/>
    <w:rsid w:val="002F6BD6"/>
    <w:rsid w:val="002F6EE5"/>
    <w:rsid w:val="002F7D20"/>
    <w:rsid w:val="003001B8"/>
    <w:rsid w:val="00300BD9"/>
    <w:rsid w:val="00301274"/>
    <w:rsid w:val="00301A64"/>
    <w:rsid w:val="00301B46"/>
    <w:rsid w:val="00301F33"/>
    <w:rsid w:val="003023B3"/>
    <w:rsid w:val="003024F2"/>
    <w:rsid w:val="003038D3"/>
    <w:rsid w:val="00303972"/>
    <w:rsid w:val="00303D25"/>
    <w:rsid w:val="00303D6D"/>
    <w:rsid w:val="0030437F"/>
    <w:rsid w:val="0030573E"/>
    <w:rsid w:val="00305838"/>
    <w:rsid w:val="00306136"/>
    <w:rsid w:val="00306935"/>
    <w:rsid w:val="003069D6"/>
    <w:rsid w:val="003069DC"/>
    <w:rsid w:val="0031028E"/>
    <w:rsid w:val="00310930"/>
    <w:rsid w:val="00311AAA"/>
    <w:rsid w:val="00311E8B"/>
    <w:rsid w:val="00312948"/>
    <w:rsid w:val="0031296D"/>
    <w:rsid w:val="00313EEB"/>
    <w:rsid w:val="00314288"/>
    <w:rsid w:val="0031455B"/>
    <w:rsid w:val="003152A3"/>
    <w:rsid w:val="003155EF"/>
    <w:rsid w:val="00315799"/>
    <w:rsid w:val="00316458"/>
    <w:rsid w:val="00316D9A"/>
    <w:rsid w:val="003170FF"/>
    <w:rsid w:val="00317770"/>
    <w:rsid w:val="00317FF4"/>
    <w:rsid w:val="003200B8"/>
    <w:rsid w:val="003203AC"/>
    <w:rsid w:val="0032121F"/>
    <w:rsid w:val="00321C90"/>
    <w:rsid w:val="00322111"/>
    <w:rsid w:val="00323040"/>
    <w:rsid w:val="0032331F"/>
    <w:rsid w:val="00323B88"/>
    <w:rsid w:val="00324919"/>
    <w:rsid w:val="00326F90"/>
    <w:rsid w:val="00327AF6"/>
    <w:rsid w:val="003305C7"/>
    <w:rsid w:val="00331421"/>
    <w:rsid w:val="003315E9"/>
    <w:rsid w:val="00332538"/>
    <w:rsid w:val="0033488E"/>
    <w:rsid w:val="00334C80"/>
    <w:rsid w:val="0033679C"/>
    <w:rsid w:val="00336DBD"/>
    <w:rsid w:val="00337028"/>
    <w:rsid w:val="0033770D"/>
    <w:rsid w:val="00337EBA"/>
    <w:rsid w:val="00340436"/>
    <w:rsid w:val="00340958"/>
    <w:rsid w:val="0034126B"/>
    <w:rsid w:val="0034171F"/>
    <w:rsid w:val="00341D8C"/>
    <w:rsid w:val="0034227A"/>
    <w:rsid w:val="00343108"/>
    <w:rsid w:val="003435BF"/>
    <w:rsid w:val="00343C80"/>
    <w:rsid w:val="00344960"/>
    <w:rsid w:val="00345C3E"/>
    <w:rsid w:val="003460A1"/>
    <w:rsid w:val="0034725F"/>
    <w:rsid w:val="003477BB"/>
    <w:rsid w:val="0034789B"/>
    <w:rsid w:val="003503CD"/>
    <w:rsid w:val="00350506"/>
    <w:rsid w:val="00350A83"/>
    <w:rsid w:val="0035152C"/>
    <w:rsid w:val="00351595"/>
    <w:rsid w:val="00352182"/>
    <w:rsid w:val="00354DD0"/>
    <w:rsid w:val="003557C9"/>
    <w:rsid w:val="00355D9F"/>
    <w:rsid w:val="003566D2"/>
    <w:rsid w:val="00356D0C"/>
    <w:rsid w:val="0035727F"/>
    <w:rsid w:val="00357998"/>
    <w:rsid w:val="00357B53"/>
    <w:rsid w:val="00357F6D"/>
    <w:rsid w:val="00360710"/>
    <w:rsid w:val="003608AF"/>
    <w:rsid w:val="00361725"/>
    <w:rsid w:val="00362E10"/>
    <w:rsid w:val="00363340"/>
    <w:rsid w:val="003635B4"/>
    <w:rsid w:val="00363D21"/>
    <w:rsid w:val="003652E7"/>
    <w:rsid w:val="00366E8F"/>
    <w:rsid w:val="00371418"/>
    <w:rsid w:val="003719A0"/>
    <w:rsid w:val="00372454"/>
    <w:rsid w:val="00372793"/>
    <w:rsid w:val="003745F2"/>
    <w:rsid w:val="0037479A"/>
    <w:rsid w:val="003748E5"/>
    <w:rsid w:val="00374EF9"/>
    <w:rsid w:val="0037599B"/>
    <w:rsid w:val="00380C7C"/>
    <w:rsid w:val="00381E1A"/>
    <w:rsid w:val="00381F34"/>
    <w:rsid w:val="003831BA"/>
    <w:rsid w:val="00383385"/>
    <w:rsid w:val="0038379F"/>
    <w:rsid w:val="00383931"/>
    <w:rsid w:val="00383969"/>
    <w:rsid w:val="00383C4C"/>
    <w:rsid w:val="0038458C"/>
    <w:rsid w:val="00384A78"/>
    <w:rsid w:val="0038511D"/>
    <w:rsid w:val="003859A3"/>
    <w:rsid w:val="00385C59"/>
    <w:rsid w:val="00385F8D"/>
    <w:rsid w:val="00386F60"/>
    <w:rsid w:val="003876AF"/>
    <w:rsid w:val="00387CED"/>
    <w:rsid w:val="00387ED7"/>
    <w:rsid w:val="003903A4"/>
    <w:rsid w:val="003913DD"/>
    <w:rsid w:val="003922CE"/>
    <w:rsid w:val="003927C2"/>
    <w:rsid w:val="00392956"/>
    <w:rsid w:val="00394430"/>
    <w:rsid w:val="003945EE"/>
    <w:rsid w:val="003946F1"/>
    <w:rsid w:val="00394B62"/>
    <w:rsid w:val="00395011"/>
    <w:rsid w:val="00395933"/>
    <w:rsid w:val="00395FED"/>
    <w:rsid w:val="003961FB"/>
    <w:rsid w:val="00396B66"/>
    <w:rsid w:val="003972A3"/>
    <w:rsid w:val="0039773A"/>
    <w:rsid w:val="003A1BB5"/>
    <w:rsid w:val="003A1D21"/>
    <w:rsid w:val="003A1DA0"/>
    <w:rsid w:val="003A1F06"/>
    <w:rsid w:val="003A2701"/>
    <w:rsid w:val="003A2979"/>
    <w:rsid w:val="003A29D7"/>
    <w:rsid w:val="003A2DA2"/>
    <w:rsid w:val="003A2E02"/>
    <w:rsid w:val="003A2EAF"/>
    <w:rsid w:val="003A3615"/>
    <w:rsid w:val="003A36ED"/>
    <w:rsid w:val="003A4556"/>
    <w:rsid w:val="003A4A38"/>
    <w:rsid w:val="003A4C8D"/>
    <w:rsid w:val="003A545F"/>
    <w:rsid w:val="003A5C95"/>
    <w:rsid w:val="003A6CFC"/>
    <w:rsid w:val="003A76F4"/>
    <w:rsid w:val="003A7B92"/>
    <w:rsid w:val="003A7C12"/>
    <w:rsid w:val="003B042D"/>
    <w:rsid w:val="003B0B46"/>
    <w:rsid w:val="003B0B77"/>
    <w:rsid w:val="003B1178"/>
    <w:rsid w:val="003B3130"/>
    <w:rsid w:val="003B3521"/>
    <w:rsid w:val="003B4C70"/>
    <w:rsid w:val="003B4FED"/>
    <w:rsid w:val="003B5020"/>
    <w:rsid w:val="003B58A7"/>
    <w:rsid w:val="003B741A"/>
    <w:rsid w:val="003C07C1"/>
    <w:rsid w:val="003C16F5"/>
    <w:rsid w:val="003C250B"/>
    <w:rsid w:val="003C28E8"/>
    <w:rsid w:val="003C35CE"/>
    <w:rsid w:val="003C3ECC"/>
    <w:rsid w:val="003C416F"/>
    <w:rsid w:val="003C4B7D"/>
    <w:rsid w:val="003C5429"/>
    <w:rsid w:val="003C54ED"/>
    <w:rsid w:val="003C587A"/>
    <w:rsid w:val="003C639C"/>
    <w:rsid w:val="003C6556"/>
    <w:rsid w:val="003C7192"/>
    <w:rsid w:val="003C7E2A"/>
    <w:rsid w:val="003C7F53"/>
    <w:rsid w:val="003D0122"/>
    <w:rsid w:val="003D02F3"/>
    <w:rsid w:val="003D0439"/>
    <w:rsid w:val="003D045E"/>
    <w:rsid w:val="003D051B"/>
    <w:rsid w:val="003D0B60"/>
    <w:rsid w:val="003D1438"/>
    <w:rsid w:val="003D20E6"/>
    <w:rsid w:val="003D380B"/>
    <w:rsid w:val="003D3DA0"/>
    <w:rsid w:val="003D55AC"/>
    <w:rsid w:val="003D6973"/>
    <w:rsid w:val="003D6F1F"/>
    <w:rsid w:val="003E0247"/>
    <w:rsid w:val="003E096C"/>
    <w:rsid w:val="003E10B0"/>
    <w:rsid w:val="003E2968"/>
    <w:rsid w:val="003E2BBC"/>
    <w:rsid w:val="003E37FC"/>
    <w:rsid w:val="003E3DA9"/>
    <w:rsid w:val="003E3DD9"/>
    <w:rsid w:val="003E4594"/>
    <w:rsid w:val="003E4E94"/>
    <w:rsid w:val="003E6044"/>
    <w:rsid w:val="003E6C7A"/>
    <w:rsid w:val="003E6D5E"/>
    <w:rsid w:val="003E7F72"/>
    <w:rsid w:val="003F0026"/>
    <w:rsid w:val="003F0213"/>
    <w:rsid w:val="003F1000"/>
    <w:rsid w:val="003F1137"/>
    <w:rsid w:val="003F23E3"/>
    <w:rsid w:val="003F2556"/>
    <w:rsid w:val="003F286D"/>
    <w:rsid w:val="003F3FE4"/>
    <w:rsid w:val="003F62C2"/>
    <w:rsid w:val="003F6BC4"/>
    <w:rsid w:val="003F6C08"/>
    <w:rsid w:val="003F724E"/>
    <w:rsid w:val="00400934"/>
    <w:rsid w:val="004019D6"/>
    <w:rsid w:val="004019F6"/>
    <w:rsid w:val="00401D89"/>
    <w:rsid w:val="004020C3"/>
    <w:rsid w:val="00402811"/>
    <w:rsid w:val="00402EDE"/>
    <w:rsid w:val="00403B3E"/>
    <w:rsid w:val="00403C66"/>
    <w:rsid w:val="00405837"/>
    <w:rsid w:val="0040585A"/>
    <w:rsid w:val="00406464"/>
    <w:rsid w:val="004076E1"/>
    <w:rsid w:val="00410116"/>
    <w:rsid w:val="0041119C"/>
    <w:rsid w:val="00411981"/>
    <w:rsid w:val="0041251F"/>
    <w:rsid w:val="00412704"/>
    <w:rsid w:val="00412A7F"/>
    <w:rsid w:val="0041322A"/>
    <w:rsid w:val="004134AE"/>
    <w:rsid w:val="00413BE1"/>
    <w:rsid w:val="00413E92"/>
    <w:rsid w:val="00414050"/>
    <w:rsid w:val="00414361"/>
    <w:rsid w:val="0041447E"/>
    <w:rsid w:val="004154B5"/>
    <w:rsid w:val="00415BC4"/>
    <w:rsid w:val="00415D1A"/>
    <w:rsid w:val="00416949"/>
    <w:rsid w:val="00417436"/>
    <w:rsid w:val="004175AF"/>
    <w:rsid w:val="00417838"/>
    <w:rsid w:val="004205C0"/>
    <w:rsid w:val="004209C3"/>
    <w:rsid w:val="00420AE5"/>
    <w:rsid w:val="004210AE"/>
    <w:rsid w:val="00421327"/>
    <w:rsid w:val="00422C63"/>
    <w:rsid w:val="00422E33"/>
    <w:rsid w:val="00423043"/>
    <w:rsid w:val="00423578"/>
    <w:rsid w:val="0042378B"/>
    <w:rsid w:val="00423CDB"/>
    <w:rsid w:val="004243E2"/>
    <w:rsid w:val="004253D9"/>
    <w:rsid w:val="00425F94"/>
    <w:rsid w:val="00426E0B"/>
    <w:rsid w:val="0042707B"/>
    <w:rsid w:val="00427207"/>
    <w:rsid w:val="00427280"/>
    <w:rsid w:val="00431408"/>
    <w:rsid w:val="0043198B"/>
    <w:rsid w:val="00432C2F"/>
    <w:rsid w:val="004334DC"/>
    <w:rsid w:val="00433864"/>
    <w:rsid w:val="00433D6B"/>
    <w:rsid w:val="00434CBD"/>
    <w:rsid w:val="0043571D"/>
    <w:rsid w:val="00435F5F"/>
    <w:rsid w:val="00436014"/>
    <w:rsid w:val="00436409"/>
    <w:rsid w:val="00437343"/>
    <w:rsid w:val="00437A1E"/>
    <w:rsid w:val="00437CF4"/>
    <w:rsid w:val="00437EB7"/>
    <w:rsid w:val="00441528"/>
    <w:rsid w:val="004421CE"/>
    <w:rsid w:val="00442332"/>
    <w:rsid w:val="0044241B"/>
    <w:rsid w:val="00442BB4"/>
    <w:rsid w:val="00443DB0"/>
    <w:rsid w:val="00445DB1"/>
    <w:rsid w:val="00446606"/>
    <w:rsid w:val="00447843"/>
    <w:rsid w:val="004504B5"/>
    <w:rsid w:val="0045089C"/>
    <w:rsid w:val="00450D44"/>
    <w:rsid w:val="00450EBB"/>
    <w:rsid w:val="00452886"/>
    <w:rsid w:val="00453AFF"/>
    <w:rsid w:val="00453E66"/>
    <w:rsid w:val="0045429B"/>
    <w:rsid w:val="00454F09"/>
    <w:rsid w:val="00456052"/>
    <w:rsid w:val="00456098"/>
    <w:rsid w:val="00456113"/>
    <w:rsid w:val="00456CC1"/>
    <w:rsid w:val="0045710A"/>
    <w:rsid w:val="004571EE"/>
    <w:rsid w:val="00457798"/>
    <w:rsid w:val="00457F77"/>
    <w:rsid w:val="004605CC"/>
    <w:rsid w:val="0046083A"/>
    <w:rsid w:val="00461351"/>
    <w:rsid w:val="004613EA"/>
    <w:rsid w:val="00461996"/>
    <w:rsid w:val="00461A10"/>
    <w:rsid w:val="004620B4"/>
    <w:rsid w:val="0046254E"/>
    <w:rsid w:val="004626FC"/>
    <w:rsid w:val="0046310B"/>
    <w:rsid w:val="0046351F"/>
    <w:rsid w:val="00463660"/>
    <w:rsid w:val="004638ED"/>
    <w:rsid w:val="00463F23"/>
    <w:rsid w:val="004649F9"/>
    <w:rsid w:val="00464C27"/>
    <w:rsid w:val="00465480"/>
    <w:rsid w:val="004655AC"/>
    <w:rsid w:val="0046575E"/>
    <w:rsid w:val="00465BBE"/>
    <w:rsid w:val="00465D60"/>
    <w:rsid w:val="0046642F"/>
    <w:rsid w:val="00466EE8"/>
    <w:rsid w:val="00467A1F"/>
    <w:rsid w:val="00467A40"/>
    <w:rsid w:val="00467C1D"/>
    <w:rsid w:val="00470E51"/>
    <w:rsid w:val="00472EE9"/>
    <w:rsid w:val="00473723"/>
    <w:rsid w:val="00473A65"/>
    <w:rsid w:val="00475244"/>
    <w:rsid w:val="00476BC6"/>
    <w:rsid w:val="004804FA"/>
    <w:rsid w:val="00482D81"/>
    <w:rsid w:val="00482F2B"/>
    <w:rsid w:val="00484274"/>
    <w:rsid w:val="004843F7"/>
    <w:rsid w:val="00484A6A"/>
    <w:rsid w:val="00486CDC"/>
    <w:rsid w:val="00486F68"/>
    <w:rsid w:val="00487249"/>
    <w:rsid w:val="0049093D"/>
    <w:rsid w:val="00490A94"/>
    <w:rsid w:val="00491130"/>
    <w:rsid w:val="00491FAE"/>
    <w:rsid w:val="004920A7"/>
    <w:rsid w:val="00492139"/>
    <w:rsid w:val="004936D5"/>
    <w:rsid w:val="00493E2E"/>
    <w:rsid w:val="00493EF9"/>
    <w:rsid w:val="00494AE2"/>
    <w:rsid w:val="00495113"/>
    <w:rsid w:val="004953D8"/>
    <w:rsid w:val="004955D9"/>
    <w:rsid w:val="00497444"/>
    <w:rsid w:val="004A061C"/>
    <w:rsid w:val="004A0C63"/>
    <w:rsid w:val="004A0C9A"/>
    <w:rsid w:val="004A32BE"/>
    <w:rsid w:val="004A3AD5"/>
    <w:rsid w:val="004A3D55"/>
    <w:rsid w:val="004A3F63"/>
    <w:rsid w:val="004A514C"/>
    <w:rsid w:val="004A5CBE"/>
    <w:rsid w:val="004A6E6F"/>
    <w:rsid w:val="004A7329"/>
    <w:rsid w:val="004A784F"/>
    <w:rsid w:val="004A7876"/>
    <w:rsid w:val="004B11A1"/>
    <w:rsid w:val="004B1ABE"/>
    <w:rsid w:val="004B20E0"/>
    <w:rsid w:val="004B27A7"/>
    <w:rsid w:val="004B31AE"/>
    <w:rsid w:val="004B338B"/>
    <w:rsid w:val="004B38BC"/>
    <w:rsid w:val="004B3CF1"/>
    <w:rsid w:val="004B45DA"/>
    <w:rsid w:val="004B4D1E"/>
    <w:rsid w:val="004B54B1"/>
    <w:rsid w:val="004B558D"/>
    <w:rsid w:val="004B57AC"/>
    <w:rsid w:val="004B67C1"/>
    <w:rsid w:val="004B774D"/>
    <w:rsid w:val="004C0122"/>
    <w:rsid w:val="004C0EF2"/>
    <w:rsid w:val="004C1088"/>
    <w:rsid w:val="004C109E"/>
    <w:rsid w:val="004C11CE"/>
    <w:rsid w:val="004C16F3"/>
    <w:rsid w:val="004C18E4"/>
    <w:rsid w:val="004C2634"/>
    <w:rsid w:val="004C2E54"/>
    <w:rsid w:val="004C3FA9"/>
    <w:rsid w:val="004C42C4"/>
    <w:rsid w:val="004C5A3E"/>
    <w:rsid w:val="004C5D66"/>
    <w:rsid w:val="004C6862"/>
    <w:rsid w:val="004C74B8"/>
    <w:rsid w:val="004C7A38"/>
    <w:rsid w:val="004C7CD3"/>
    <w:rsid w:val="004D0296"/>
    <w:rsid w:val="004D084F"/>
    <w:rsid w:val="004D19F2"/>
    <w:rsid w:val="004D2CC3"/>
    <w:rsid w:val="004D3A35"/>
    <w:rsid w:val="004D565B"/>
    <w:rsid w:val="004D570C"/>
    <w:rsid w:val="004D6304"/>
    <w:rsid w:val="004D6655"/>
    <w:rsid w:val="004E0B83"/>
    <w:rsid w:val="004E16CE"/>
    <w:rsid w:val="004E1FFC"/>
    <w:rsid w:val="004E3E2B"/>
    <w:rsid w:val="004E48A5"/>
    <w:rsid w:val="004E4BAD"/>
    <w:rsid w:val="004E59C8"/>
    <w:rsid w:val="004E5EDC"/>
    <w:rsid w:val="004E63D5"/>
    <w:rsid w:val="004E6B7C"/>
    <w:rsid w:val="004F011C"/>
    <w:rsid w:val="004F02B2"/>
    <w:rsid w:val="004F0714"/>
    <w:rsid w:val="004F0956"/>
    <w:rsid w:val="004F0A04"/>
    <w:rsid w:val="004F1371"/>
    <w:rsid w:val="004F1E22"/>
    <w:rsid w:val="004F1EB1"/>
    <w:rsid w:val="004F3310"/>
    <w:rsid w:val="004F346B"/>
    <w:rsid w:val="004F3A48"/>
    <w:rsid w:val="004F3B42"/>
    <w:rsid w:val="004F3D76"/>
    <w:rsid w:val="004F4DE6"/>
    <w:rsid w:val="004F5196"/>
    <w:rsid w:val="004F6471"/>
    <w:rsid w:val="004F6476"/>
    <w:rsid w:val="004F6655"/>
    <w:rsid w:val="004F6A0B"/>
    <w:rsid w:val="004F7E0A"/>
    <w:rsid w:val="00500D70"/>
    <w:rsid w:val="00501B06"/>
    <w:rsid w:val="00502289"/>
    <w:rsid w:val="00502996"/>
    <w:rsid w:val="00503643"/>
    <w:rsid w:val="0050406F"/>
    <w:rsid w:val="00505292"/>
    <w:rsid w:val="005060B9"/>
    <w:rsid w:val="005061AB"/>
    <w:rsid w:val="00507722"/>
    <w:rsid w:val="005105AA"/>
    <w:rsid w:val="005109F6"/>
    <w:rsid w:val="00511BCE"/>
    <w:rsid w:val="00511D46"/>
    <w:rsid w:val="00513337"/>
    <w:rsid w:val="005139F1"/>
    <w:rsid w:val="00513BB9"/>
    <w:rsid w:val="00513EF7"/>
    <w:rsid w:val="00514262"/>
    <w:rsid w:val="0051463A"/>
    <w:rsid w:val="00514BDB"/>
    <w:rsid w:val="00514DC5"/>
    <w:rsid w:val="00514DDE"/>
    <w:rsid w:val="0051508B"/>
    <w:rsid w:val="0051531C"/>
    <w:rsid w:val="005154DE"/>
    <w:rsid w:val="0051557A"/>
    <w:rsid w:val="00515D24"/>
    <w:rsid w:val="00516788"/>
    <w:rsid w:val="00516A23"/>
    <w:rsid w:val="00520A3B"/>
    <w:rsid w:val="00520A84"/>
    <w:rsid w:val="0052170B"/>
    <w:rsid w:val="00521A86"/>
    <w:rsid w:val="00521E5F"/>
    <w:rsid w:val="00523C43"/>
    <w:rsid w:val="005249E5"/>
    <w:rsid w:val="00524D20"/>
    <w:rsid w:val="005256B0"/>
    <w:rsid w:val="00525EF4"/>
    <w:rsid w:val="005264D7"/>
    <w:rsid w:val="0052675B"/>
    <w:rsid w:val="00526AF8"/>
    <w:rsid w:val="00526C85"/>
    <w:rsid w:val="00526DCE"/>
    <w:rsid w:val="00527404"/>
    <w:rsid w:val="005302FF"/>
    <w:rsid w:val="00530C6C"/>
    <w:rsid w:val="00530D77"/>
    <w:rsid w:val="00531300"/>
    <w:rsid w:val="00531403"/>
    <w:rsid w:val="00531953"/>
    <w:rsid w:val="00532EA1"/>
    <w:rsid w:val="00532FED"/>
    <w:rsid w:val="00533759"/>
    <w:rsid w:val="00533794"/>
    <w:rsid w:val="00533ADB"/>
    <w:rsid w:val="005341B5"/>
    <w:rsid w:val="00534224"/>
    <w:rsid w:val="005344DC"/>
    <w:rsid w:val="00534732"/>
    <w:rsid w:val="005349B1"/>
    <w:rsid w:val="0053533F"/>
    <w:rsid w:val="00535AE7"/>
    <w:rsid w:val="00537278"/>
    <w:rsid w:val="00537500"/>
    <w:rsid w:val="0053782F"/>
    <w:rsid w:val="0053785D"/>
    <w:rsid w:val="005379E5"/>
    <w:rsid w:val="00540CF5"/>
    <w:rsid w:val="0054190F"/>
    <w:rsid w:val="00541982"/>
    <w:rsid w:val="00541B67"/>
    <w:rsid w:val="005425F3"/>
    <w:rsid w:val="00542B7E"/>
    <w:rsid w:val="00542CD9"/>
    <w:rsid w:val="0054309D"/>
    <w:rsid w:val="00543613"/>
    <w:rsid w:val="00544409"/>
    <w:rsid w:val="00545116"/>
    <w:rsid w:val="0054564A"/>
    <w:rsid w:val="00545907"/>
    <w:rsid w:val="00545F5D"/>
    <w:rsid w:val="005460F5"/>
    <w:rsid w:val="00546840"/>
    <w:rsid w:val="00547805"/>
    <w:rsid w:val="00547ED7"/>
    <w:rsid w:val="00550197"/>
    <w:rsid w:val="0055019A"/>
    <w:rsid w:val="0055073C"/>
    <w:rsid w:val="00550747"/>
    <w:rsid w:val="005509B8"/>
    <w:rsid w:val="0055124F"/>
    <w:rsid w:val="005515F8"/>
    <w:rsid w:val="00552385"/>
    <w:rsid w:val="00552507"/>
    <w:rsid w:val="00552CE7"/>
    <w:rsid w:val="005532C4"/>
    <w:rsid w:val="005533FC"/>
    <w:rsid w:val="00553493"/>
    <w:rsid w:val="005538C5"/>
    <w:rsid w:val="005543B8"/>
    <w:rsid w:val="00554681"/>
    <w:rsid w:val="00555E48"/>
    <w:rsid w:val="00556759"/>
    <w:rsid w:val="00556800"/>
    <w:rsid w:val="00556D65"/>
    <w:rsid w:val="00556EC3"/>
    <w:rsid w:val="005570E6"/>
    <w:rsid w:val="0055771D"/>
    <w:rsid w:val="00557B67"/>
    <w:rsid w:val="005605D8"/>
    <w:rsid w:val="00560819"/>
    <w:rsid w:val="00561363"/>
    <w:rsid w:val="00561513"/>
    <w:rsid w:val="0056179F"/>
    <w:rsid w:val="0056424A"/>
    <w:rsid w:val="00564F08"/>
    <w:rsid w:val="005652E3"/>
    <w:rsid w:val="005654E5"/>
    <w:rsid w:val="00565A71"/>
    <w:rsid w:val="00566287"/>
    <w:rsid w:val="005665F2"/>
    <w:rsid w:val="00566D03"/>
    <w:rsid w:val="005673D6"/>
    <w:rsid w:val="00570388"/>
    <w:rsid w:val="00570A73"/>
    <w:rsid w:val="00570A74"/>
    <w:rsid w:val="00570AB4"/>
    <w:rsid w:val="00570AE8"/>
    <w:rsid w:val="0057173A"/>
    <w:rsid w:val="00571FC8"/>
    <w:rsid w:val="00572028"/>
    <w:rsid w:val="00572421"/>
    <w:rsid w:val="00573976"/>
    <w:rsid w:val="00573B7A"/>
    <w:rsid w:val="005743D1"/>
    <w:rsid w:val="005759F7"/>
    <w:rsid w:val="00575E1B"/>
    <w:rsid w:val="00575EE0"/>
    <w:rsid w:val="00576313"/>
    <w:rsid w:val="005765DE"/>
    <w:rsid w:val="00576A38"/>
    <w:rsid w:val="00577A1A"/>
    <w:rsid w:val="00577F03"/>
    <w:rsid w:val="00580428"/>
    <w:rsid w:val="00580A4C"/>
    <w:rsid w:val="0058171F"/>
    <w:rsid w:val="00581AE2"/>
    <w:rsid w:val="00581F01"/>
    <w:rsid w:val="00581F65"/>
    <w:rsid w:val="0058223F"/>
    <w:rsid w:val="005843FD"/>
    <w:rsid w:val="00584AA0"/>
    <w:rsid w:val="00584AD6"/>
    <w:rsid w:val="00584F9E"/>
    <w:rsid w:val="0058511F"/>
    <w:rsid w:val="005852A9"/>
    <w:rsid w:val="00585C89"/>
    <w:rsid w:val="00586ABF"/>
    <w:rsid w:val="00586E81"/>
    <w:rsid w:val="00587577"/>
    <w:rsid w:val="00587C0A"/>
    <w:rsid w:val="00587DD5"/>
    <w:rsid w:val="005903E6"/>
    <w:rsid w:val="005909B9"/>
    <w:rsid w:val="00590D6A"/>
    <w:rsid w:val="0059147C"/>
    <w:rsid w:val="00591CB5"/>
    <w:rsid w:val="00591F8D"/>
    <w:rsid w:val="00593960"/>
    <w:rsid w:val="00593A84"/>
    <w:rsid w:val="00594663"/>
    <w:rsid w:val="00595276"/>
    <w:rsid w:val="005952AF"/>
    <w:rsid w:val="00595405"/>
    <w:rsid w:val="0059546F"/>
    <w:rsid w:val="00595D40"/>
    <w:rsid w:val="00595E68"/>
    <w:rsid w:val="00596BEF"/>
    <w:rsid w:val="00597524"/>
    <w:rsid w:val="0059771A"/>
    <w:rsid w:val="00597CC7"/>
    <w:rsid w:val="005A1328"/>
    <w:rsid w:val="005A1D35"/>
    <w:rsid w:val="005A412B"/>
    <w:rsid w:val="005A49B4"/>
    <w:rsid w:val="005A64DA"/>
    <w:rsid w:val="005A6704"/>
    <w:rsid w:val="005A7607"/>
    <w:rsid w:val="005B0087"/>
    <w:rsid w:val="005B041F"/>
    <w:rsid w:val="005B09E8"/>
    <w:rsid w:val="005B0DD2"/>
    <w:rsid w:val="005B1768"/>
    <w:rsid w:val="005B2792"/>
    <w:rsid w:val="005B2881"/>
    <w:rsid w:val="005B2BD6"/>
    <w:rsid w:val="005B304B"/>
    <w:rsid w:val="005B3EA9"/>
    <w:rsid w:val="005B5AAA"/>
    <w:rsid w:val="005B6672"/>
    <w:rsid w:val="005B66C7"/>
    <w:rsid w:val="005B680F"/>
    <w:rsid w:val="005C1E4B"/>
    <w:rsid w:val="005C1F13"/>
    <w:rsid w:val="005C2854"/>
    <w:rsid w:val="005C2D17"/>
    <w:rsid w:val="005C41A9"/>
    <w:rsid w:val="005C495E"/>
    <w:rsid w:val="005C4CB9"/>
    <w:rsid w:val="005C4DC1"/>
    <w:rsid w:val="005C761C"/>
    <w:rsid w:val="005C7772"/>
    <w:rsid w:val="005D0109"/>
    <w:rsid w:val="005D0DD5"/>
    <w:rsid w:val="005D147D"/>
    <w:rsid w:val="005D1905"/>
    <w:rsid w:val="005D1F64"/>
    <w:rsid w:val="005D1FC9"/>
    <w:rsid w:val="005D2DC9"/>
    <w:rsid w:val="005D300C"/>
    <w:rsid w:val="005D34F0"/>
    <w:rsid w:val="005D3E92"/>
    <w:rsid w:val="005D3E9C"/>
    <w:rsid w:val="005D44D5"/>
    <w:rsid w:val="005D4BD9"/>
    <w:rsid w:val="005D58E3"/>
    <w:rsid w:val="005D5DEE"/>
    <w:rsid w:val="005D6BE3"/>
    <w:rsid w:val="005D6CF3"/>
    <w:rsid w:val="005E00FF"/>
    <w:rsid w:val="005E215E"/>
    <w:rsid w:val="005E2EF2"/>
    <w:rsid w:val="005E420E"/>
    <w:rsid w:val="005E4327"/>
    <w:rsid w:val="005E5021"/>
    <w:rsid w:val="005E5381"/>
    <w:rsid w:val="005E56E1"/>
    <w:rsid w:val="005E651D"/>
    <w:rsid w:val="005E70D8"/>
    <w:rsid w:val="005E72B5"/>
    <w:rsid w:val="005E7B9E"/>
    <w:rsid w:val="005F0163"/>
    <w:rsid w:val="005F0694"/>
    <w:rsid w:val="005F0A1B"/>
    <w:rsid w:val="005F0ED1"/>
    <w:rsid w:val="005F3C0E"/>
    <w:rsid w:val="005F3C95"/>
    <w:rsid w:val="005F3D48"/>
    <w:rsid w:val="005F4BA6"/>
    <w:rsid w:val="005F50E6"/>
    <w:rsid w:val="005F516D"/>
    <w:rsid w:val="005F5CA6"/>
    <w:rsid w:val="005F6413"/>
    <w:rsid w:val="005F6F4B"/>
    <w:rsid w:val="005F71AD"/>
    <w:rsid w:val="005F7309"/>
    <w:rsid w:val="005F7748"/>
    <w:rsid w:val="005F78D3"/>
    <w:rsid w:val="005F7943"/>
    <w:rsid w:val="005F7994"/>
    <w:rsid w:val="00602035"/>
    <w:rsid w:val="006034EF"/>
    <w:rsid w:val="00603DBA"/>
    <w:rsid w:val="00604E49"/>
    <w:rsid w:val="006053B4"/>
    <w:rsid w:val="006053F0"/>
    <w:rsid w:val="00606698"/>
    <w:rsid w:val="006069C1"/>
    <w:rsid w:val="00606F42"/>
    <w:rsid w:val="006071B7"/>
    <w:rsid w:val="006073C6"/>
    <w:rsid w:val="0061110F"/>
    <w:rsid w:val="0061134D"/>
    <w:rsid w:val="006115B3"/>
    <w:rsid w:val="006118F9"/>
    <w:rsid w:val="00611BDB"/>
    <w:rsid w:val="0061282D"/>
    <w:rsid w:val="00612FE8"/>
    <w:rsid w:val="00613F45"/>
    <w:rsid w:val="0061506C"/>
    <w:rsid w:val="00615346"/>
    <w:rsid w:val="0061534A"/>
    <w:rsid w:val="00615F01"/>
    <w:rsid w:val="006162EF"/>
    <w:rsid w:val="00616CB4"/>
    <w:rsid w:val="00617F1A"/>
    <w:rsid w:val="00620285"/>
    <w:rsid w:val="006209CF"/>
    <w:rsid w:val="00620EE6"/>
    <w:rsid w:val="0062246D"/>
    <w:rsid w:val="00622822"/>
    <w:rsid w:val="00622861"/>
    <w:rsid w:val="00622884"/>
    <w:rsid w:val="006247D3"/>
    <w:rsid w:val="006255D8"/>
    <w:rsid w:val="0062571E"/>
    <w:rsid w:val="006262B8"/>
    <w:rsid w:val="00626608"/>
    <w:rsid w:val="0063027C"/>
    <w:rsid w:val="00630D89"/>
    <w:rsid w:val="00631969"/>
    <w:rsid w:val="00631FE6"/>
    <w:rsid w:val="0063244D"/>
    <w:rsid w:val="00632B98"/>
    <w:rsid w:val="00632FBB"/>
    <w:rsid w:val="00634C41"/>
    <w:rsid w:val="00634EFC"/>
    <w:rsid w:val="00635891"/>
    <w:rsid w:val="00635A5A"/>
    <w:rsid w:val="006363D4"/>
    <w:rsid w:val="0063769F"/>
    <w:rsid w:val="00637CE0"/>
    <w:rsid w:val="00640AD4"/>
    <w:rsid w:val="00641898"/>
    <w:rsid w:val="006419DC"/>
    <w:rsid w:val="0064200D"/>
    <w:rsid w:val="006420D8"/>
    <w:rsid w:val="0064230E"/>
    <w:rsid w:val="00643820"/>
    <w:rsid w:val="00643D1B"/>
    <w:rsid w:val="00645585"/>
    <w:rsid w:val="00645C53"/>
    <w:rsid w:val="00646ADA"/>
    <w:rsid w:val="00646DD8"/>
    <w:rsid w:val="00647611"/>
    <w:rsid w:val="00650245"/>
    <w:rsid w:val="006509DE"/>
    <w:rsid w:val="00651280"/>
    <w:rsid w:val="00652ACD"/>
    <w:rsid w:val="00652C75"/>
    <w:rsid w:val="00652EDF"/>
    <w:rsid w:val="006537FB"/>
    <w:rsid w:val="00655A5E"/>
    <w:rsid w:val="0065731B"/>
    <w:rsid w:val="00657F1A"/>
    <w:rsid w:val="00660437"/>
    <w:rsid w:val="0066068F"/>
    <w:rsid w:val="0066163A"/>
    <w:rsid w:val="00661D3B"/>
    <w:rsid w:val="0066239C"/>
    <w:rsid w:val="00662721"/>
    <w:rsid w:val="00662AF2"/>
    <w:rsid w:val="006631B4"/>
    <w:rsid w:val="00663BD4"/>
    <w:rsid w:val="00664559"/>
    <w:rsid w:val="00664CE0"/>
    <w:rsid w:val="0066638F"/>
    <w:rsid w:val="006667EF"/>
    <w:rsid w:val="00666C26"/>
    <w:rsid w:val="00667076"/>
    <w:rsid w:val="00667264"/>
    <w:rsid w:val="00670A7E"/>
    <w:rsid w:val="00671BA2"/>
    <w:rsid w:val="00671E49"/>
    <w:rsid w:val="00672459"/>
    <w:rsid w:val="00673653"/>
    <w:rsid w:val="006746BD"/>
    <w:rsid w:val="00674AAF"/>
    <w:rsid w:val="0067557A"/>
    <w:rsid w:val="0068083E"/>
    <w:rsid w:val="00680C5B"/>
    <w:rsid w:val="00681B39"/>
    <w:rsid w:val="00681E45"/>
    <w:rsid w:val="00682023"/>
    <w:rsid w:val="00684447"/>
    <w:rsid w:val="0068508A"/>
    <w:rsid w:val="0068564A"/>
    <w:rsid w:val="00685D3E"/>
    <w:rsid w:val="006868AC"/>
    <w:rsid w:val="00686FA9"/>
    <w:rsid w:val="00687020"/>
    <w:rsid w:val="00687049"/>
    <w:rsid w:val="006877A6"/>
    <w:rsid w:val="00691215"/>
    <w:rsid w:val="006919C8"/>
    <w:rsid w:val="00691EA7"/>
    <w:rsid w:val="00692296"/>
    <w:rsid w:val="00692398"/>
    <w:rsid w:val="00692789"/>
    <w:rsid w:val="00692D5F"/>
    <w:rsid w:val="00692ED6"/>
    <w:rsid w:val="00692FF7"/>
    <w:rsid w:val="00693EB2"/>
    <w:rsid w:val="006941FD"/>
    <w:rsid w:val="00694348"/>
    <w:rsid w:val="0069622F"/>
    <w:rsid w:val="00696792"/>
    <w:rsid w:val="00696B91"/>
    <w:rsid w:val="006A0285"/>
    <w:rsid w:val="006A06AF"/>
    <w:rsid w:val="006A082B"/>
    <w:rsid w:val="006A1175"/>
    <w:rsid w:val="006A16C8"/>
    <w:rsid w:val="006A1894"/>
    <w:rsid w:val="006A266A"/>
    <w:rsid w:val="006A3BD2"/>
    <w:rsid w:val="006A4554"/>
    <w:rsid w:val="006A54FB"/>
    <w:rsid w:val="006A5E1D"/>
    <w:rsid w:val="006A7900"/>
    <w:rsid w:val="006B0BFE"/>
    <w:rsid w:val="006B16BF"/>
    <w:rsid w:val="006B2533"/>
    <w:rsid w:val="006B2CC5"/>
    <w:rsid w:val="006B3D74"/>
    <w:rsid w:val="006B4413"/>
    <w:rsid w:val="006B4767"/>
    <w:rsid w:val="006B51F2"/>
    <w:rsid w:val="006B54B4"/>
    <w:rsid w:val="006B6CE8"/>
    <w:rsid w:val="006B6F43"/>
    <w:rsid w:val="006B7657"/>
    <w:rsid w:val="006B7CEF"/>
    <w:rsid w:val="006C041C"/>
    <w:rsid w:val="006C06C1"/>
    <w:rsid w:val="006C0BAB"/>
    <w:rsid w:val="006C11A4"/>
    <w:rsid w:val="006C15C3"/>
    <w:rsid w:val="006C1A38"/>
    <w:rsid w:val="006C2D1F"/>
    <w:rsid w:val="006C2F8C"/>
    <w:rsid w:val="006C36B4"/>
    <w:rsid w:val="006C515E"/>
    <w:rsid w:val="006C6261"/>
    <w:rsid w:val="006C7E22"/>
    <w:rsid w:val="006C7FF1"/>
    <w:rsid w:val="006D0663"/>
    <w:rsid w:val="006D0E9D"/>
    <w:rsid w:val="006D1D73"/>
    <w:rsid w:val="006D1F59"/>
    <w:rsid w:val="006D3548"/>
    <w:rsid w:val="006D3D66"/>
    <w:rsid w:val="006D4252"/>
    <w:rsid w:val="006D497A"/>
    <w:rsid w:val="006D4E0E"/>
    <w:rsid w:val="006D56F8"/>
    <w:rsid w:val="006D58DC"/>
    <w:rsid w:val="006D64EF"/>
    <w:rsid w:val="006D7635"/>
    <w:rsid w:val="006E18C4"/>
    <w:rsid w:val="006E2146"/>
    <w:rsid w:val="006E22E3"/>
    <w:rsid w:val="006E2793"/>
    <w:rsid w:val="006E27CD"/>
    <w:rsid w:val="006E3198"/>
    <w:rsid w:val="006E46E7"/>
    <w:rsid w:val="006E50AE"/>
    <w:rsid w:val="006E5D27"/>
    <w:rsid w:val="006E6249"/>
    <w:rsid w:val="006E6379"/>
    <w:rsid w:val="006E7329"/>
    <w:rsid w:val="006E743B"/>
    <w:rsid w:val="006E79D9"/>
    <w:rsid w:val="006F07BF"/>
    <w:rsid w:val="006F0AA5"/>
    <w:rsid w:val="006F0D59"/>
    <w:rsid w:val="006F0F96"/>
    <w:rsid w:val="006F17A0"/>
    <w:rsid w:val="006F1B3E"/>
    <w:rsid w:val="006F3219"/>
    <w:rsid w:val="006F33A7"/>
    <w:rsid w:val="006F3786"/>
    <w:rsid w:val="006F3979"/>
    <w:rsid w:val="006F5008"/>
    <w:rsid w:val="006F5D25"/>
    <w:rsid w:val="006F6297"/>
    <w:rsid w:val="006F67EA"/>
    <w:rsid w:val="006F6B48"/>
    <w:rsid w:val="006F7C32"/>
    <w:rsid w:val="007006DB"/>
    <w:rsid w:val="00701A69"/>
    <w:rsid w:val="00702372"/>
    <w:rsid w:val="007029DC"/>
    <w:rsid w:val="00702A0D"/>
    <w:rsid w:val="00703104"/>
    <w:rsid w:val="00703F35"/>
    <w:rsid w:val="00704A23"/>
    <w:rsid w:val="00704F03"/>
    <w:rsid w:val="00706566"/>
    <w:rsid w:val="0070783D"/>
    <w:rsid w:val="0070793D"/>
    <w:rsid w:val="0071006C"/>
    <w:rsid w:val="00710B07"/>
    <w:rsid w:val="00710F5D"/>
    <w:rsid w:val="007124EF"/>
    <w:rsid w:val="007128FB"/>
    <w:rsid w:val="007141C4"/>
    <w:rsid w:val="0071450C"/>
    <w:rsid w:val="00714751"/>
    <w:rsid w:val="007149F0"/>
    <w:rsid w:val="00714C7F"/>
    <w:rsid w:val="0071544B"/>
    <w:rsid w:val="0071638A"/>
    <w:rsid w:val="007163D1"/>
    <w:rsid w:val="00716477"/>
    <w:rsid w:val="007168E0"/>
    <w:rsid w:val="0071704E"/>
    <w:rsid w:val="00717BB7"/>
    <w:rsid w:val="007205E6"/>
    <w:rsid w:val="007227D8"/>
    <w:rsid w:val="00722D16"/>
    <w:rsid w:val="00723548"/>
    <w:rsid w:val="007237A7"/>
    <w:rsid w:val="00723FF0"/>
    <w:rsid w:val="007246F6"/>
    <w:rsid w:val="007249E8"/>
    <w:rsid w:val="007251E8"/>
    <w:rsid w:val="00725240"/>
    <w:rsid w:val="007253B4"/>
    <w:rsid w:val="00725B29"/>
    <w:rsid w:val="00725EDB"/>
    <w:rsid w:val="00726644"/>
    <w:rsid w:val="007274BE"/>
    <w:rsid w:val="00727700"/>
    <w:rsid w:val="00727AB4"/>
    <w:rsid w:val="00727C3A"/>
    <w:rsid w:val="0073039D"/>
    <w:rsid w:val="007304D3"/>
    <w:rsid w:val="0073141C"/>
    <w:rsid w:val="00731433"/>
    <w:rsid w:val="00731C5E"/>
    <w:rsid w:val="00733EC1"/>
    <w:rsid w:val="00734E3E"/>
    <w:rsid w:val="0073640B"/>
    <w:rsid w:val="0073682D"/>
    <w:rsid w:val="00737EC1"/>
    <w:rsid w:val="00737F2A"/>
    <w:rsid w:val="0074020B"/>
    <w:rsid w:val="0074032A"/>
    <w:rsid w:val="0074061F"/>
    <w:rsid w:val="00740B20"/>
    <w:rsid w:val="00740DB8"/>
    <w:rsid w:val="007417DB"/>
    <w:rsid w:val="00741CC1"/>
    <w:rsid w:val="00741FFA"/>
    <w:rsid w:val="00743200"/>
    <w:rsid w:val="0074327F"/>
    <w:rsid w:val="007434AF"/>
    <w:rsid w:val="00743586"/>
    <w:rsid w:val="0074375C"/>
    <w:rsid w:val="00744C8E"/>
    <w:rsid w:val="00744CC6"/>
    <w:rsid w:val="0074502F"/>
    <w:rsid w:val="00745BE7"/>
    <w:rsid w:val="00746023"/>
    <w:rsid w:val="0074604E"/>
    <w:rsid w:val="00747017"/>
    <w:rsid w:val="00747ABF"/>
    <w:rsid w:val="007505EE"/>
    <w:rsid w:val="00751481"/>
    <w:rsid w:val="00751B27"/>
    <w:rsid w:val="00751F74"/>
    <w:rsid w:val="00752A0F"/>
    <w:rsid w:val="00753257"/>
    <w:rsid w:val="00754072"/>
    <w:rsid w:val="007540E0"/>
    <w:rsid w:val="0075492D"/>
    <w:rsid w:val="007551FA"/>
    <w:rsid w:val="00755283"/>
    <w:rsid w:val="00755374"/>
    <w:rsid w:val="007553E8"/>
    <w:rsid w:val="00756446"/>
    <w:rsid w:val="007566E5"/>
    <w:rsid w:val="0075694B"/>
    <w:rsid w:val="00757064"/>
    <w:rsid w:val="007574F3"/>
    <w:rsid w:val="00757E2E"/>
    <w:rsid w:val="007608EA"/>
    <w:rsid w:val="00760B40"/>
    <w:rsid w:val="00761068"/>
    <w:rsid w:val="0076141D"/>
    <w:rsid w:val="007616C9"/>
    <w:rsid w:val="00761D2C"/>
    <w:rsid w:val="0076207D"/>
    <w:rsid w:val="00762258"/>
    <w:rsid w:val="0076238B"/>
    <w:rsid w:val="00762B60"/>
    <w:rsid w:val="00763DCF"/>
    <w:rsid w:val="00764800"/>
    <w:rsid w:val="007655F3"/>
    <w:rsid w:val="0076628C"/>
    <w:rsid w:val="00766350"/>
    <w:rsid w:val="0076644B"/>
    <w:rsid w:val="00767D43"/>
    <w:rsid w:val="00770093"/>
    <w:rsid w:val="0077125E"/>
    <w:rsid w:val="007713D6"/>
    <w:rsid w:val="00771657"/>
    <w:rsid w:val="0077191C"/>
    <w:rsid w:val="00771CEC"/>
    <w:rsid w:val="00771DAD"/>
    <w:rsid w:val="007725F9"/>
    <w:rsid w:val="00772A5A"/>
    <w:rsid w:val="00773634"/>
    <w:rsid w:val="00773C95"/>
    <w:rsid w:val="00775BD9"/>
    <w:rsid w:val="00775E87"/>
    <w:rsid w:val="00780260"/>
    <w:rsid w:val="00781058"/>
    <w:rsid w:val="007811CE"/>
    <w:rsid w:val="00781D2E"/>
    <w:rsid w:val="00781DBF"/>
    <w:rsid w:val="007820EE"/>
    <w:rsid w:val="00782210"/>
    <w:rsid w:val="0078274E"/>
    <w:rsid w:val="0078290A"/>
    <w:rsid w:val="00784938"/>
    <w:rsid w:val="0078529A"/>
    <w:rsid w:val="00787175"/>
    <w:rsid w:val="00787AC4"/>
    <w:rsid w:val="007907C0"/>
    <w:rsid w:val="00790AB8"/>
    <w:rsid w:val="00791529"/>
    <w:rsid w:val="007941BA"/>
    <w:rsid w:val="00794BF2"/>
    <w:rsid w:val="00795831"/>
    <w:rsid w:val="00795C44"/>
    <w:rsid w:val="00795EB4"/>
    <w:rsid w:val="00796916"/>
    <w:rsid w:val="00796D58"/>
    <w:rsid w:val="007A09E5"/>
    <w:rsid w:val="007A1542"/>
    <w:rsid w:val="007A1974"/>
    <w:rsid w:val="007A1B59"/>
    <w:rsid w:val="007A1E03"/>
    <w:rsid w:val="007A1F71"/>
    <w:rsid w:val="007A3049"/>
    <w:rsid w:val="007A308B"/>
    <w:rsid w:val="007A3FC3"/>
    <w:rsid w:val="007A5595"/>
    <w:rsid w:val="007A6C9E"/>
    <w:rsid w:val="007A7BC0"/>
    <w:rsid w:val="007A7E08"/>
    <w:rsid w:val="007B1C77"/>
    <w:rsid w:val="007B2172"/>
    <w:rsid w:val="007B2469"/>
    <w:rsid w:val="007B2923"/>
    <w:rsid w:val="007B3E32"/>
    <w:rsid w:val="007B3F80"/>
    <w:rsid w:val="007B477D"/>
    <w:rsid w:val="007B5705"/>
    <w:rsid w:val="007B59E5"/>
    <w:rsid w:val="007B5B0B"/>
    <w:rsid w:val="007B68B0"/>
    <w:rsid w:val="007B7797"/>
    <w:rsid w:val="007B7C5E"/>
    <w:rsid w:val="007B7D3D"/>
    <w:rsid w:val="007B7D5E"/>
    <w:rsid w:val="007C14C5"/>
    <w:rsid w:val="007C207D"/>
    <w:rsid w:val="007C269C"/>
    <w:rsid w:val="007C295D"/>
    <w:rsid w:val="007C3FA4"/>
    <w:rsid w:val="007C492C"/>
    <w:rsid w:val="007C4DA3"/>
    <w:rsid w:val="007C56FC"/>
    <w:rsid w:val="007C5F7C"/>
    <w:rsid w:val="007C5FC1"/>
    <w:rsid w:val="007C62F5"/>
    <w:rsid w:val="007C6433"/>
    <w:rsid w:val="007C6BAE"/>
    <w:rsid w:val="007D0D8E"/>
    <w:rsid w:val="007D19EB"/>
    <w:rsid w:val="007D1B84"/>
    <w:rsid w:val="007D2FBE"/>
    <w:rsid w:val="007D3396"/>
    <w:rsid w:val="007D3D47"/>
    <w:rsid w:val="007D3EF0"/>
    <w:rsid w:val="007D495A"/>
    <w:rsid w:val="007D4DE1"/>
    <w:rsid w:val="007D55ED"/>
    <w:rsid w:val="007D5E74"/>
    <w:rsid w:val="007D68DE"/>
    <w:rsid w:val="007D6EE9"/>
    <w:rsid w:val="007D70B4"/>
    <w:rsid w:val="007D73EC"/>
    <w:rsid w:val="007D7B79"/>
    <w:rsid w:val="007E0C42"/>
    <w:rsid w:val="007E1091"/>
    <w:rsid w:val="007E18F9"/>
    <w:rsid w:val="007E2D37"/>
    <w:rsid w:val="007E3138"/>
    <w:rsid w:val="007E3A35"/>
    <w:rsid w:val="007E3A84"/>
    <w:rsid w:val="007E43EA"/>
    <w:rsid w:val="007E498E"/>
    <w:rsid w:val="007E5AD8"/>
    <w:rsid w:val="007E5CDE"/>
    <w:rsid w:val="007E5CE5"/>
    <w:rsid w:val="007F0716"/>
    <w:rsid w:val="007F1231"/>
    <w:rsid w:val="007F1EB7"/>
    <w:rsid w:val="007F2FA5"/>
    <w:rsid w:val="007F48AE"/>
    <w:rsid w:val="007F529E"/>
    <w:rsid w:val="007F56D2"/>
    <w:rsid w:val="007F57F6"/>
    <w:rsid w:val="007F5D3C"/>
    <w:rsid w:val="007F6B28"/>
    <w:rsid w:val="007F717A"/>
    <w:rsid w:val="0080026B"/>
    <w:rsid w:val="008005C3"/>
    <w:rsid w:val="00801671"/>
    <w:rsid w:val="0080180A"/>
    <w:rsid w:val="00801A1E"/>
    <w:rsid w:val="008028BF"/>
    <w:rsid w:val="008044A0"/>
    <w:rsid w:val="00804971"/>
    <w:rsid w:val="008049F6"/>
    <w:rsid w:val="00804AE1"/>
    <w:rsid w:val="0080779B"/>
    <w:rsid w:val="008078CD"/>
    <w:rsid w:val="00807BEA"/>
    <w:rsid w:val="00807DB7"/>
    <w:rsid w:val="008100B0"/>
    <w:rsid w:val="0081011D"/>
    <w:rsid w:val="00810488"/>
    <w:rsid w:val="0081099A"/>
    <w:rsid w:val="00811441"/>
    <w:rsid w:val="00812C74"/>
    <w:rsid w:val="00812E6F"/>
    <w:rsid w:val="0081357F"/>
    <w:rsid w:val="00813C95"/>
    <w:rsid w:val="008146FA"/>
    <w:rsid w:val="0081480B"/>
    <w:rsid w:val="00814A49"/>
    <w:rsid w:val="00814CC5"/>
    <w:rsid w:val="008157BC"/>
    <w:rsid w:val="0081603A"/>
    <w:rsid w:val="00817FD0"/>
    <w:rsid w:val="00820AF1"/>
    <w:rsid w:val="00820B28"/>
    <w:rsid w:val="00820EC7"/>
    <w:rsid w:val="00820F00"/>
    <w:rsid w:val="008212C8"/>
    <w:rsid w:val="00821BBF"/>
    <w:rsid w:val="00822834"/>
    <w:rsid w:val="008235A3"/>
    <w:rsid w:val="008239F9"/>
    <w:rsid w:val="00824170"/>
    <w:rsid w:val="008252E0"/>
    <w:rsid w:val="00825963"/>
    <w:rsid w:val="00825BB7"/>
    <w:rsid w:val="00825D9D"/>
    <w:rsid w:val="00826BF7"/>
    <w:rsid w:val="00827225"/>
    <w:rsid w:val="008303EF"/>
    <w:rsid w:val="00830A24"/>
    <w:rsid w:val="00831589"/>
    <w:rsid w:val="00832037"/>
    <w:rsid w:val="00832C6C"/>
    <w:rsid w:val="00832E41"/>
    <w:rsid w:val="008330A0"/>
    <w:rsid w:val="0083362C"/>
    <w:rsid w:val="008336C8"/>
    <w:rsid w:val="00833D29"/>
    <w:rsid w:val="0083435B"/>
    <w:rsid w:val="00835A91"/>
    <w:rsid w:val="008374AD"/>
    <w:rsid w:val="008402E1"/>
    <w:rsid w:val="00840886"/>
    <w:rsid w:val="0084180B"/>
    <w:rsid w:val="0084222C"/>
    <w:rsid w:val="00842555"/>
    <w:rsid w:val="008445DA"/>
    <w:rsid w:val="00844D3D"/>
    <w:rsid w:val="00844DA5"/>
    <w:rsid w:val="00845A93"/>
    <w:rsid w:val="00845C39"/>
    <w:rsid w:val="00845E0B"/>
    <w:rsid w:val="008466FF"/>
    <w:rsid w:val="008475A8"/>
    <w:rsid w:val="00847683"/>
    <w:rsid w:val="00847A90"/>
    <w:rsid w:val="00847F30"/>
    <w:rsid w:val="00850E74"/>
    <w:rsid w:val="00851A7D"/>
    <w:rsid w:val="00851A82"/>
    <w:rsid w:val="00853879"/>
    <w:rsid w:val="00854A3E"/>
    <w:rsid w:val="0085567C"/>
    <w:rsid w:val="00855945"/>
    <w:rsid w:val="00855F44"/>
    <w:rsid w:val="00856525"/>
    <w:rsid w:val="00856CE8"/>
    <w:rsid w:val="00857D80"/>
    <w:rsid w:val="00857E00"/>
    <w:rsid w:val="008600CF"/>
    <w:rsid w:val="00860353"/>
    <w:rsid w:val="008603EF"/>
    <w:rsid w:val="00861474"/>
    <w:rsid w:val="008617F2"/>
    <w:rsid w:val="00861C7A"/>
    <w:rsid w:val="00862859"/>
    <w:rsid w:val="00862B14"/>
    <w:rsid w:val="00863349"/>
    <w:rsid w:val="00863B01"/>
    <w:rsid w:val="00863B8D"/>
    <w:rsid w:val="00863F2C"/>
    <w:rsid w:val="008641F7"/>
    <w:rsid w:val="00864984"/>
    <w:rsid w:val="008649C5"/>
    <w:rsid w:val="008655C4"/>
    <w:rsid w:val="0086593D"/>
    <w:rsid w:val="00866222"/>
    <w:rsid w:val="00866296"/>
    <w:rsid w:val="00866CA2"/>
    <w:rsid w:val="00867A71"/>
    <w:rsid w:val="00870085"/>
    <w:rsid w:val="008700F8"/>
    <w:rsid w:val="00870313"/>
    <w:rsid w:val="008706C7"/>
    <w:rsid w:val="0087157E"/>
    <w:rsid w:val="00871857"/>
    <w:rsid w:val="00872243"/>
    <w:rsid w:val="00872A38"/>
    <w:rsid w:val="008736A1"/>
    <w:rsid w:val="00874368"/>
    <w:rsid w:val="00874441"/>
    <w:rsid w:val="00874B90"/>
    <w:rsid w:val="00876A73"/>
    <w:rsid w:val="008771DC"/>
    <w:rsid w:val="00877233"/>
    <w:rsid w:val="00877383"/>
    <w:rsid w:val="00877AB9"/>
    <w:rsid w:val="00881A1A"/>
    <w:rsid w:val="00881FAF"/>
    <w:rsid w:val="00882387"/>
    <w:rsid w:val="0088298F"/>
    <w:rsid w:val="008837CE"/>
    <w:rsid w:val="008837CF"/>
    <w:rsid w:val="00883859"/>
    <w:rsid w:val="00884E48"/>
    <w:rsid w:val="008850FF"/>
    <w:rsid w:val="008851BF"/>
    <w:rsid w:val="008856A5"/>
    <w:rsid w:val="00885D22"/>
    <w:rsid w:val="008876AC"/>
    <w:rsid w:val="00887EB1"/>
    <w:rsid w:val="00891B37"/>
    <w:rsid w:val="00891C9D"/>
    <w:rsid w:val="00892292"/>
    <w:rsid w:val="008925CC"/>
    <w:rsid w:val="00892D40"/>
    <w:rsid w:val="00894408"/>
    <w:rsid w:val="008944A8"/>
    <w:rsid w:val="008967D4"/>
    <w:rsid w:val="00896C76"/>
    <w:rsid w:val="00896F72"/>
    <w:rsid w:val="008972E8"/>
    <w:rsid w:val="0089754D"/>
    <w:rsid w:val="008977F4"/>
    <w:rsid w:val="00897908"/>
    <w:rsid w:val="008A0042"/>
    <w:rsid w:val="008A0A8B"/>
    <w:rsid w:val="008A134F"/>
    <w:rsid w:val="008A1C87"/>
    <w:rsid w:val="008A27EC"/>
    <w:rsid w:val="008A2C01"/>
    <w:rsid w:val="008A3168"/>
    <w:rsid w:val="008A359B"/>
    <w:rsid w:val="008A4A19"/>
    <w:rsid w:val="008A4AF3"/>
    <w:rsid w:val="008A5FC6"/>
    <w:rsid w:val="008A5FD4"/>
    <w:rsid w:val="008A79E0"/>
    <w:rsid w:val="008B06BB"/>
    <w:rsid w:val="008B17EF"/>
    <w:rsid w:val="008B1ED3"/>
    <w:rsid w:val="008B23D1"/>
    <w:rsid w:val="008B2966"/>
    <w:rsid w:val="008B36F1"/>
    <w:rsid w:val="008B5202"/>
    <w:rsid w:val="008B577D"/>
    <w:rsid w:val="008B589D"/>
    <w:rsid w:val="008B6601"/>
    <w:rsid w:val="008B6796"/>
    <w:rsid w:val="008B6EB2"/>
    <w:rsid w:val="008B7E44"/>
    <w:rsid w:val="008C035A"/>
    <w:rsid w:val="008C03FD"/>
    <w:rsid w:val="008C177C"/>
    <w:rsid w:val="008C17E5"/>
    <w:rsid w:val="008C2AA1"/>
    <w:rsid w:val="008C48B0"/>
    <w:rsid w:val="008C5589"/>
    <w:rsid w:val="008C55CD"/>
    <w:rsid w:val="008C63A5"/>
    <w:rsid w:val="008C68CE"/>
    <w:rsid w:val="008C7245"/>
    <w:rsid w:val="008C7699"/>
    <w:rsid w:val="008D034A"/>
    <w:rsid w:val="008D0609"/>
    <w:rsid w:val="008D0924"/>
    <w:rsid w:val="008D0EF6"/>
    <w:rsid w:val="008D1F88"/>
    <w:rsid w:val="008D300F"/>
    <w:rsid w:val="008D3888"/>
    <w:rsid w:val="008D38AD"/>
    <w:rsid w:val="008D3A89"/>
    <w:rsid w:val="008D3F12"/>
    <w:rsid w:val="008D4192"/>
    <w:rsid w:val="008D4ACD"/>
    <w:rsid w:val="008D50C4"/>
    <w:rsid w:val="008D66F7"/>
    <w:rsid w:val="008D6830"/>
    <w:rsid w:val="008D745C"/>
    <w:rsid w:val="008E0B72"/>
    <w:rsid w:val="008E23AB"/>
    <w:rsid w:val="008E2AB2"/>
    <w:rsid w:val="008E2AB4"/>
    <w:rsid w:val="008E2F21"/>
    <w:rsid w:val="008E37BB"/>
    <w:rsid w:val="008E39A2"/>
    <w:rsid w:val="008E3CCA"/>
    <w:rsid w:val="008E3D4D"/>
    <w:rsid w:val="008E3ED0"/>
    <w:rsid w:val="008E3EEE"/>
    <w:rsid w:val="008E47E4"/>
    <w:rsid w:val="008E4D6C"/>
    <w:rsid w:val="008E4E02"/>
    <w:rsid w:val="008E5A7A"/>
    <w:rsid w:val="008E5EC2"/>
    <w:rsid w:val="008E6098"/>
    <w:rsid w:val="008E6706"/>
    <w:rsid w:val="008E6AD7"/>
    <w:rsid w:val="008E6E52"/>
    <w:rsid w:val="008E6EF8"/>
    <w:rsid w:val="008E768C"/>
    <w:rsid w:val="008F298E"/>
    <w:rsid w:val="008F2DEB"/>
    <w:rsid w:val="008F33FE"/>
    <w:rsid w:val="008F4205"/>
    <w:rsid w:val="008F460D"/>
    <w:rsid w:val="008F4652"/>
    <w:rsid w:val="008F46DB"/>
    <w:rsid w:val="008F4C50"/>
    <w:rsid w:val="008F5EC5"/>
    <w:rsid w:val="008F636C"/>
    <w:rsid w:val="008F6A22"/>
    <w:rsid w:val="009001A3"/>
    <w:rsid w:val="0090055F"/>
    <w:rsid w:val="00900B51"/>
    <w:rsid w:val="00901642"/>
    <w:rsid w:val="00903468"/>
    <w:rsid w:val="00905269"/>
    <w:rsid w:val="00905E99"/>
    <w:rsid w:val="00906805"/>
    <w:rsid w:val="00907971"/>
    <w:rsid w:val="009079DA"/>
    <w:rsid w:val="00907AA5"/>
    <w:rsid w:val="00910516"/>
    <w:rsid w:val="00912280"/>
    <w:rsid w:val="00912A6F"/>
    <w:rsid w:val="00912E1F"/>
    <w:rsid w:val="009135E4"/>
    <w:rsid w:val="00914781"/>
    <w:rsid w:val="00915064"/>
    <w:rsid w:val="00915462"/>
    <w:rsid w:val="00915AA8"/>
    <w:rsid w:val="00916579"/>
    <w:rsid w:val="0092096F"/>
    <w:rsid w:val="00920F5F"/>
    <w:rsid w:val="00921411"/>
    <w:rsid w:val="00922944"/>
    <w:rsid w:val="00923144"/>
    <w:rsid w:val="00923D7B"/>
    <w:rsid w:val="009246F2"/>
    <w:rsid w:val="00924D25"/>
    <w:rsid w:val="00927559"/>
    <w:rsid w:val="0093034D"/>
    <w:rsid w:val="00930E37"/>
    <w:rsid w:val="00931325"/>
    <w:rsid w:val="00931618"/>
    <w:rsid w:val="009316E1"/>
    <w:rsid w:val="00932859"/>
    <w:rsid w:val="00932BE3"/>
    <w:rsid w:val="00933DE8"/>
    <w:rsid w:val="00934B0B"/>
    <w:rsid w:val="00934C42"/>
    <w:rsid w:val="00934C53"/>
    <w:rsid w:val="00934E6C"/>
    <w:rsid w:val="009359BA"/>
    <w:rsid w:val="00935B2C"/>
    <w:rsid w:val="00936CEE"/>
    <w:rsid w:val="0093708C"/>
    <w:rsid w:val="00937A05"/>
    <w:rsid w:val="00937D85"/>
    <w:rsid w:val="00940281"/>
    <w:rsid w:val="0094157B"/>
    <w:rsid w:val="00941C36"/>
    <w:rsid w:val="0094233B"/>
    <w:rsid w:val="00942629"/>
    <w:rsid w:val="00943447"/>
    <w:rsid w:val="00943870"/>
    <w:rsid w:val="00943CF0"/>
    <w:rsid w:val="00944032"/>
    <w:rsid w:val="009443CB"/>
    <w:rsid w:val="009444C1"/>
    <w:rsid w:val="00944916"/>
    <w:rsid w:val="00944B82"/>
    <w:rsid w:val="00944BA3"/>
    <w:rsid w:val="00944FD2"/>
    <w:rsid w:val="00945E5D"/>
    <w:rsid w:val="0094629C"/>
    <w:rsid w:val="009462AE"/>
    <w:rsid w:val="00946C53"/>
    <w:rsid w:val="00947270"/>
    <w:rsid w:val="00947902"/>
    <w:rsid w:val="00947DC0"/>
    <w:rsid w:val="00947E82"/>
    <w:rsid w:val="009501DB"/>
    <w:rsid w:val="00950D09"/>
    <w:rsid w:val="00951C69"/>
    <w:rsid w:val="00951D51"/>
    <w:rsid w:val="00953076"/>
    <w:rsid w:val="00953ADE"/>
    <w:rsid w:val="00954513"/>
    <w:rsid w:val="00955066"/>
    <w:rsid w:val="00955126"/>
    <w:rsid w:val="00955404"/>
    <w:rsid w:val="00957280"/>
    <w:rsid w:val="009600A4"/>
    <w:rsid w:val="00960ED0"/>
    <w:rsid w:val="0096115A"/>
    <w:rsid w:val="00961F6D"/>
    <w:rsid w:val="009620C7"/>
    <w:rsid w:val="009634C1"/>
    <w:rsid w:val="009637AC"/>
    <w:rsid w:val="00963FED"/>
    <w:rsid w:val="0096509F"/>
    <w:rsid w:val="00965EC6"/>
    <w:rsid w:val="00966C98"/>
    <w:rsid w:val="00966E71"/>
    <w:rsid w:val="00966EF7"/>
    <w:rsid w:val="009673BB"/>
    <w:rsid w:val="0096774F"/>
    <w:rsid w:val="009678FE"/>
    <w:rsid w:val="00967BDF"/>
    <w:rsid w:val="0097091C"/>
    <w:rsid w:val="00970FC0"/>
    <w:rsid w:val="00972C45"/>
    <w:rsid w:val="00973586"/>
    <w:rsid w:val="009735A9"/>
    <w:rsid w:val="009744A3"/>
    <w:rsid w:val="00974721"/>
    <w:rsid w:val="009759D3"/>
    <w:rsid w:val="0097641B"/>
    <w:rsid w:val="00977D35"/>
    <w:rsid w:val="00977DD3"/>
    <w:rsid w:val="00980644"/>
    <w:rsid w:val="00981090"/>
    <w:rsid w:val="00981EF5"/>
    <w:rsid w:val="00982941"/>
    <w:rsid w:val="00983142"/>
    <w:rsid w:val="00983D6D"/>
    <w:rsid w:val="00984CC5"/>
    <w:rsid w:val="00985E08"/>
    <w:rsid w:val="00986520"/>
    <w:rsid w:val="00987833"/>
    <w:rsid w:val="00990067"/>
    <w:rsid w:val="00990865"/>
    <w:rsid w:val="009915BB"/>
    <w:rsid w:val="0099178E"/>
    <w:rsid w:val="00991C1A"/>
    <w:rsid w:val="00992247"/>
    <w:rsid w:val="00992C01"/>
    <w:rsid w:val="0099353A"/>
    <w:rsid w:val="00993A64"/>
    <w:rsid w:val="00994535"/>
    <w:rsid w:val="009947C9"/>
    <w:rsid w:val="00994E82"/>
    <w:rsid w:val="00995A0E"/>
    <w:rsid w:val="0099731B"/>
    <w:rsid w:val="00997447"/>
    <w:rsid w:val="00997715"/>
    <w:rsid w:val="00997B5B"/>
    <w:rsid w:val="00997E8F"/>
    <w:rsid w:val="009A06BF"/>
    <w:rsid w:val="009A16A4"/>
    <w:rsid w:val="009A3CE1"/>
    <w:rsid w:val="009A4072"/>
    <w:rsid w:val="009A4BDB"/>
    <w:rsid w:val="009A4F39"/>
    <w:rsid w:val="009A5FCE"/>
    <w:rsid w:val="009A6125"/>
    <w:rsid w:val="009A6278"/>
    <w:rsid w:val="009A6817"/>
    <w:rsid w:val="009A700F"/>
    <w:rsid w:val="009B3C09"/>
    <w:rsid w:val="009B4BF2"/>
    <w:rsid w:val="009B56E1"/>
    <w:rsid w:val="009B70A1"/>
    <w:rsid w:val="009B77EA"/>
    <w:rsid w:val="009B7DC1"/>
    <w:rsid w:val="009C06D0"/>
    <w:rsid w:val="009C13E7"/>
    <w:rsid w:val="009C241B"/>
    <w:rsid w:val="009C246F"/>
    <w:rsid w:val="009C265D"/>
    <w:rsid w:val="009C27BB"/>
    <w:rsid w:val="009C33FD"/>
    <w:rsid w:val="009C3887"/>
    <w:rsid w:val="009C4DC1"/>
    <w:rsid w:val="009C5301"/>
    <w:rsid w:val="009C5D3B"/>
    <w:rsid w:val="009C6D53"/>
    <w:rsid w:val="009C7086"/>
    <w:rsid w:val="009C7658"/>
    <w:rsid w:val="009D0ECF"/>
    <w:rsid w:val="009D1871"/>
    <w:rsid w:val="009D195F"/>
    <w:rsid w:val="009D22CA"/>
    <w:rsid w:val="009D26D7"/>
    <w:rsid w:val="009D3930"/>
    <w:rsid w:val="009D42FF"/>
    <w:rsid w:val="009D43E1"/>
    <w:rsid w:val="009D6F1B"/>
    <w:rsid w:val="009D7205"/>
    <w:rsid w:val="009E012D"/>
    <w:rsid w:val="009E04B4"/>
    <w:rsid w:val="009E336E"/>
    <w:rsid w:val="009E4A3B"/>
    <w:rsid w:val="009E594D"/>
    <w:rsid w:val="009E65AD"/>
    <w:rsid w:val="009E671F"/>
    <w:rsid w:val="009E7641"/>
    <w:rsid w:val="009F022C"/>
    <w:rsid w:val="009F0467"/>
    <w:rsid w:val="009F170E"/>
    <w:rsid w:val="009F1A7A"/>
    <w:rsid w:val="009F2740"/>
    <w:rsid w:val="009F2D09"/>
    <w:rsid w:val="009F2F00"/>
    <w:rsid w:val="009F3441"/>
    <w:rsid w:val="009F6995"/>
    <w:rsid w:val="009F6C0D"/>
    <w:rsid w:val="009F7B17"/>
    <w:rsid w:val="00A00083"/>
    <w:rsid w:val="00A009FE"/>
    <w:rsid w:val="00A01844"/>
    <w:rsid w:val="00A01E6E"/>
    <w:rsid w:val="00A029A4"/>
    <w:rsid w:val="00A02E2E"/>
    <w:rsid w:val="00A0303F"/>
    <w:rsid w:val="00A034E2"/>
    <w:rsid w:val="00A05070"/>
    <w:rsid w:val="00A0520D"/>
    <w:rsid w:val="00A057C0"/>
    <w:rsid w:val="00A05BC8"/>
    <w:rsid w:val="00A0693E"/>
    <w:rsid w:val="00A10009"/>
    <w:rsid w:val="00A1045E"/>
    <w:rsid w:val="00A10B48"/>
    <w:rsid w:val="00A11475"/>
    <w:rsid w:val="00A11643"/>
    <w:rsid w:val="00A12224"/>
    <w:rsid w:val="00A12643"/>
    <w:rsid w:val="00A140FE"/>
    <w:rsid w:val="00A1429C"/>
    <w:rsid w:val="00A152C1"/>
    <w:rsid w:val="00A1547D"/>
    <w:rsid w:val="00A154EE"/>
    <w:rsid w:val="00A15D63"/>
    <w:rsid w:val="00A16359"/>
    <w:rsid w:val="00A172CC"/>
    <w:rsid w:val="00A174DD"/>
    <w:rsid w:val="00A17647"/>
    <w:rsid w:val="00A17CA0"/>
    <w:rsid w:val="00A20518"/>
    <w:rsid w:val="00A20DD0"/>
    <w:rsid w:val="00A22A3E"/>
    <w:rsid w:val="00A23337"/>
    <w:rsid w:val="00A23706"/>
    <w:rsid w:val="00A23FAF"/>
    <w:rsid w:val="00A240C6"/>
    <w:rsid w:val="00A242D9"/>
    <w:rsid w:val="00A244F9"/>
    <w:rsid w:val="00A2455E"/>
    <w:rsid w:val="00A24985"/>
    <w:rsid w:val="00A24B9C"/>
    <w:rsid w:val="00A25445"/>
    <w:rsid w:val="00A25797"/>
    <w:rsid w:val="00A261A7"/>
    <w:rsid w:val="00A26826"/>
    <w:rsid w:val="00A2690F"/>
    <w:rsid w:val="00A2719C"/>
    <w:rsid w:val="00A274D4"/>
    <w:rsid w:val="00A30572"/>
    <w:rsid w:val="00A30747"/>
    <w:rsid w:val="00A30774"/>
    <w:rsid w:val="00A30D26"/>
    <w:rsid w:val="00A31953"/>
    <w:rsid w:val="00A3205F"/>
    <w:rsid w:val="00A32B4E"/>
    <w:rsid w:val="00A3333B"/>
    <w:rsid w:val="00A33B5B"/>
    <w:rsid w:val="00A34693"/>
    <w:rsid w:val="00A352E9"/>
    <w:rsid w:val="00A35DB5"/>
    <w:rsid w:val="00A35EF2"/>
    <w:rsid w:val="00A35F3E"/>
    <w:rsid w:val="00A3684E"/>
    <w:rsid w:val="00A368F3"/>
    <w:rsid w:val="00A373FF"/>
    <w:rsid w:val="00A37FDD"/>
    <w:rsid w:val="00A405BF"/>
    <w:rsid w:val="00A40AE8"/>
    <w:rsid w:val="00A42B7C"/>
    <w:rsid w:val="00A4371F"/>
    <w:rsid w:val="00A43D06"/>
    <w:rsid w:val="00A43EEC"/>
    <w:rsid w:val="00A4460E"/>
    <w:rsid w:val="00A45DB4"/>
    <w:rsid w:val="00A464EC"/>
    <w:rsid w:val="00A46AEC"/>
    <w:rsid w:val="00A47183"/>
    <w:rsid w:val="00A475DB"/>
    <w:rsid w:val="00A511DA"/>
    <w:rsid w:val="00A5147F"/>
    <w:rsid w:val="00A52108"/>
    <w:rsid w:val="00A523CE"/>
    <w:rsid w:val="00A5274F"/>
    <w:rsid w:val="00A52DDF"/>
    <w:rsid w:val="00A5345F"/>
    <w:rsid w:val="00A53A70"/>
    <w:rsid w:val="00A54BE6"/>
    <w:rsid w:val="00A5674E"/>
    <w:rsid w:val="00A56FD2"/>
    <w:rsid w:val="00A5791D"/>
    <w:rsid w:val="00A60E39"/>
    <w:rsid w:val="00A61969"/>
    <w:rsid w:val="00A623A4"/>
    <w:rsid w:val="00A62C30"/>
    <w:rsid w:val="00A630EA"/>
    <w:rsid w:val="00A63A7B"/>
    <w:rsid w:val="00A63B7C"/>
    <w:rsid w:val="00A65E40"/>
    <w:rsid w:val="00A65EB1"/>
    <w:rsid w:val="00A665CF"/>
    <w:rsid w:val="00A67075"/>
    <w:rsid w:val="00A67742"/>
    <w:rsid w:val="00A67955"/>
    <w:rsid w:val="00A701CF"/>
    <w:rsid w:val="00A702AD"/>
    <w:rsid w:val="00A7090C"/>
    <w:rsid w:val="00A7130C"/>
    <w:rsid w:val="00A7148D"/>
    <w:rsid w:val="00A71DBC"/>
    <w:rsid w:val="00A72307"/>
    <w:rsid w:val="00A7346F"/>
    <w:rsid w:val="00A74E6D"/>
    <w:rsid w:val="00A75416"/>
    <w:rsid w:val="00A75EFB"/>
    <w:rsid w:val="00A7611B"/>
    <w:rsid w:val="00A76569"/>
    <w:rsid w:val="00A76FB6"/>
    <w:rsid w:val="00A8033E"/>
    <w:rsid w:val="00A806F2"/>
    <w:rsid w:val="00A81875"/>
    <w:rsid w:val="00A82961"/>
    <w:rsid w:val="00A832AE"/>
    <w:rsid w:val="00A850D8"/>
    <w:rsid w:val="00A857AB"/>
    <w:rsid w:val="00A85CBF"/>
    <w:rsid w:val="00A86DF7"/>
    <w:rsid w:val="00A86E32"/>
    <w:rsid w:val="00A90176"/>
    <w:rsid w:val="00A90315"/>
    <w:rsid w:val="00A909FC"/>
    <w:rsid w:val="00A911C1"/>
    <w:rsid w:val="00A92123"/>
    <w:rsid w:val="00A933A5"/>
    <w:rsid w:val="00A935DE"/>
    <w:rsid w:val="00A93AC8"/>
    <w:rsid w:val="00A9453F"/>
    <w:rsid w:val="00A94A1F"/>
    <w:rsid w:val="00A94CBE"/>
    <w:rsid w:val="00A959BC"/>
    <w:rsid w:val="00A970DA"/>
    <w:rsid w:val="00A97EE4"/>
    <w:rsid w:val="00AA017E"/>
    <w:rsid w:val="00AA03B2"/>
    <w:rsid w:val="00AA097C"/>
    <w:rsid w:val="00AA0C9F"/>
    <w:rsid w:val="00AA0D67"/>
    <w:rsid w:val="00AA0F31"/>
    <w:rsid w:val="00AA16FB"/>
    <w:rsid w:val="00AA1D8D"/>
    <w:rsid w:val="00AA419E"/>
    <w:rsid w:val="00AA6589"/>
    <w:rsid w:val="00AA75B8"/>
    <w:rsid w:val="00AA7CFB"/>
    <w:rsid w:val="00AB0841"/>
    <w:rsid w:val="00AB1C49"/>
    <w:rsid w:val="00AB1DC3"/>
    <w:rsid w:val="00AB1EF6"/>
    <w:rsid w:val="00AB1F53"/>
    <w:rsid w:val="00AB224E"/>
    <w:rsid w:val="00AB2815"/>
    <w:rsid w:val="00AB33AA"/>
    <w:rsid w:val="00AB3FAE"/>
    <w:rsid w:val="00AB41B0"/>
    <w:rsid w:val="00AB4E36"/>
    <w:rsid w:val="00AB5F4C"/>
    <w:rsid w:val="00AB7D74"/>
    <w:rsid w:val="00AC0B56"/>
    <w:rsid w:val="00AC177B"/>
    <w:rsid w:val="00AC18EA"/>
    <w:rsid w:val="00AC2815"/>
    <w:rsid w:val="00AC2B4F"/>
    <w:rsid w:val="00AC4530"/>
    <w:rsid w:val="00AC456D"/>
    <w:rsid w:val="00AC5305"/>
    <w:rsid w:val="00AC5D35"/>
    <w:rsid w:val="00AC6493"/>
    <w:rsid w:val="00AC64DF"/>
    <w:rsid w:val="00AC6D75"/>
    <w:rsid w:val="00AC6F3C"/>
    <w:rsid w:val="00AC7DDD"/>
    <w:rsid w:val="00AD0B0C"/>
    <w:rsid w:val="00AD127D"/>
    <w:rsid w:val="00AD1B18"/>
    <w:rsid w:val="00AD36CE"/>
    <w:rsid w:val="00AD3EC4"/>
    <w:rsid w:val="00AD438C"/>
    <w:rsid w:val="00AD476C"/>
    <w:rsid w:val="00AD4E76"/>
    <w:rsid w:val="00AD5025"/>
    <w:rsid w:val="00AD5A4F"/>
    <w:rsid w:val="00AD5F78"/>
    <w:rsid w:val="00AD6096"/>
    <w:rsid w:val="00AD688D"/>
    <w:rsid w:val="00AD7E2E"/>
    <w:rsid w:val="00AE0385"/>
    <w:rsid w:val="00AE0A13"/>
    <w:rsid w:val="00AE0D83"/>
    <w:rsid w:val="00AE0E87"/>
    <w:rsid w:val="00AE182C"/>
    <w:rsid w:val="00AE23BF"/>
    <w:rsid w:val="00AE2F23"/>
    <w:rsid w:val="00AE38AD"/>
    <w:rsid w:val="00AE43BA"/>
    <w:rsid w:val="00AE49D0"/>
    <w:rsid w:val="00AE4FBF"/>
    <w:rsid w:val="00AE51F4"/>
    <w:rsid w:val="00AE5ABD"/>
    <w:rsid w:val="00AE5B7F"/>
    <w:rsid w:val="00AE5E7C"/>
    <w:rsid w:val="00AE60A7"/>
    <w:rsid w:val="00AE629B"/>
    <w:rsid w:val="00AE7966"/>
    <w:rsid w:val="00AF0471"/>
    <w:rsid w:val="00AF0D3F"/>
    <w:rsid w:val="00AF11B1"/>
    <w:rsid w:val="00AF182A"/>
    <w:rsid w:val="00AF1A14"/>
    <w:rsid w:val="00AF3A86"/>
    <w:rsid w:val="00AF3E1B"/>
    <w:rsid w:val="00AF4FCC"/>
    <w:rsid w:val="00AF51D9"/>
    <w:rsid w:val="00AF545B"/>
    <w:rsid w:val="00AF5EA8"/>
    <w:rsid w:val="00AF62E6"/>
    <w:rsid w:val="00AF6E89"/>
    <w:rsid w:val="00AF6EB5"/>
    <w:rsid w:val="00AF706F"/>
    <w:rsid w:val="00AF748B"/>
    <w:rsid w:val="00AF7C0E"/>
    <w:rsid w:val="00AF7DC8"/>
    <w:rsid w:val="00AF7F31"/>
    <w:rsid w:val="00B008BD"/>
    <w:rsid w:val="00B02F15"/>
    <w:rsid w:val="00B04456"/>
    <w:rsid w:val="00B045EF"/>
    <w:rsid w:val="00B04CC4"/>
    <w:rsid w:val="00B04DC9"/>
    <w:rsid w:val="00B06B17"/>
    <w:rsid w:val="00B06F88"/>
    <w:rsid w:val="00B1008B"/>
    <w:rsid w:val="00B10D11"/>
    <w:rsid w:val="00B11280"/>
    <w:rsid w:val="00B113B0"/>
    <w:rsid w:val="00B11FC7"/>
    <w:rsid w:val="00B1260F"/>
    <w:rsid w:val="00B1286B"/>
    <w:rsid w:val="00B13FE9"/>
    <w:rsid w:val="00B14A2F"/>
    <w:rsid w:val="00B15A12"/>
    <w:rsid w:val="00B1685F"/>
    <w:rsid w:val="00B1705E"/>
    <w:rsid w:val="00B1749C"/>
    <w:rsid w:val="00B20F3F"/>
    <w:rsid w:val="00B21684"/>
    <w:rsid w:val="00B21BF3"/>
    <w:rsid w:val="00B21E00"/>
    <w:rsid w:val="00B226BB"/>
    <w:rsid w:val="00B2316E"/>
    <w:rsid w:val="00B24821"/>
    <w:rsid w:val="00B24986"/>
    <w:rsid w:val="00B24C3F"/>
    <w:rsid w:val="00B24DDF"/>
    <w:rsid w:val="00B258C5"/>
    <w:rsid w:val="00B260AA"/>
    <w:rsid w:val="00B26C6A"/>
    <w:rsid w:val="00B30DC9"/>
    <w:rsid w:val="00B31239"/>
    <w:rsid w:val="00B33546"/>
    <w:rsid w:val="00B3502D"/>
    <w:rsid w:val="00B352D3"/>
    <w:rsid w:val="00B36753"/>
    <w:rsid w:val="00B4163F"/>
    <w:rsid w:val="00B417EC"/>
    <w:rsid w:val="00B41AD7"/>
    <w:rsid w:val="00B41C8E"/>
    <w:rsid w:val="00B426EB"/>
    <w:rsid w:val="00B432D4"/>
    <w:rsid w:val="00B43C72"/>
    <w:rsid w:val="00B43EC1"/>
    <w:rsid w:val="00B44317"/>
    <w:rsid w:val="00B443FF"/>
    <w:rsid w:val="00B4448C"/>
    <w:rsid w:val="00B44B0C"/>
    <w:rsid w:val="00B46A09"/>
    <w:rsid w:val="00B46EAE"/>
    <w:rsid w:val="00B47730"/>
    <w:rsid w:val="00B47FA7"/>
    <w:rsid w:val="00B50442"/>
    <w:rsid w:val="00B50549"/>
    <w:rsid w:val="00B50F75"/>
    <w:rsid w:val="00B5121B"/>
    <w:rsid w:val="00B51381"/>
    <w:rsid w:val="00B52314"/>
    <w:rsid w:val="00B526D3"/>
    <w:rsid w:val="00B52B41"/>
    <w:rsid w:val="00B543AD"/>
    <w:rsid w:val="00B545E9"/>
    <w:rsid w:val="00B54B3D"/>
    <w:rsid w:val="00B552C2"/>
    <w:rsid w:val="00B55DE5"/>
    <w:rsid w:val="00B56171"/>
    <w:rsid w:val="00B5648C"/>
    <w:rsid w:val="00B569F5"/>
    <w:rsid w:val="00B56AFF"/>
    <w:rsid w:val="00B57682"/>
    <w:rsid w:val="00B60D8B"/>
    <w:rsid w:val="00B614C2"/>
    <w:rsid w:val="00B626FF"/>
    <w:rsid w:val="00B62EDD"/>
    <w:rsid w:val="00B63111"/>
    <w:rsid w:val="00B63E23"/>
    <w:rsid w:val="00B6402D"/>
    <w:rsid w:val="00B658CE"/>
    <w:rsid w:val="00B66497"/>
    <w:rsid w:val="00B666A7"/>
    <w:rsid w:val="00B669CC"/>
    <w:rsid w:val="00B66B3B"/>
    <w:rsid w:val="00B675D5"/>
    <w:rsid w:val="00B702B4"/>
    <w:rsid w:val="00B702E6"/>
    <w:rsid w:val="00B70E94"/>
    <w:rsid w:val="00B7179E"/>
    <w:rsid w:val="00B71BD0"/>
    <w:rsid w:val="00B72500"/>
    <w:rsid w:val="00B729FE"/>
    <w:rsid w:val="00B73933"/>
    <w:rsid w:val="00B74128"/>
    <w:rsid w:val="00B74740"/>
    <w:rsid w:val="00B747D6"/>
    <w:rsid w:val="00B75519"/>
    <w:rsid w:val="00B76C5E"/>
    <w:rsid w:val="00B800C2"/>
    <w:rsid w:val="00B80CA4"/>
    <w:rsid w:val="00B81FC8"/>
    <w:rsid w:val="00B82F7B"/>
    <w:rsid w:val="00B834D6"/>
    <w:rsid w:val="00B83DE4"/>
    <w:rsid w:val="00B842C0"/>
    <w:rsid w:val="00B84E9C"/>
    <w:rsid w:val="00B85BB1"/>
    <w:rsid w:val="00B85CBF"/>
    <w:rsid w:val="00B863D0"/>
    <w:rsid w:val="00B869D1"/>
    <w:rsid w:val="00B86D9C"/>
    <w:rsid w:val="00B86F50"/>
    <w:rsid w:val="00B8771D"/>
    <w:rsid w:val="00B87CF6"/>
    <w:rsid w:val="00B90007"/>
    <w:rsid w:val="00B913DC"/>
    <w:rsid w:val="00B91832"/>
    <w:rsid w:val="00B91991"/>
    <w:rsid w:val="00B91E7D"/>
    <w:rsid w:val="00B93248"/>
    <w:rsid w:val="00B93631"/>
    <w:rsid w:val="00B93786"/>
    <w:rsid w:val="00B93BFE"/>
    <w:rsid w:val="00B94D2E"/>
    <w:rsid w:val="00B94D3F"/>
    <w:rsid w:val="00B94D6F"/>
    <w:rsid w:val="00B957E0"/>
    <w:rsid w:val="00B963E8"/>
    <w:rsid w:val="00B969D2"/>
    <w:rsid w:val="00B96F42"/>
    <w:rsid w:val="00BA0213"/>
    <w:rsid w:val="00BA0E6B"/>
    <w:rsid w:val="00BA1FF2"/>
    <w:rsid w:val="00BA22DF"/>
    <w:rsid w:val="00BA25BE"/>
    <w:rsid w:val="00BA2B83"/>
    <w:rsid w:val="00BA2FD9"/>
    <w:rsid w:val="00BA3329"/>
    <w:rsid w:val="00BA36AB"/>
    <w:rsid w:val="00BA3A0F"/>
    <w:rsid w:val="00BA44CA"/>
    <w:rsid w:val="00BA47A9"/>
    <w:rsid w:val="00BA5C56"/>
    <w:rsid w:val="00BA629D"/>
    <w:rsid w:val="00BA745A"/>
    <w:rsid w:val="00BA7BB4"/>
    <w:rsid w:val="00BB0056"/>
    <w:rsid w:val="00BB0245"/>
    <w:rsid w:val="00BB1025"/>
    <w:rsid w:val="00BB2E04"/>
    <w:rsid w:val="00BB3459"/>
    <w:rsid w:val="00BB349B"/>
    <w:rsid w:val="00BB3ACA"/>
    <w:rsid w:val="00BB5868"/>
    <w:rsid w:val="00BB5A2E"/>
    <w:rsid w:val="00BB758A"/>
    <w:rsid w:val="00BB7B67"/>
    <w:rsid w:val="00BB7BF6"/>
    <w:rsid w:val="00BC05EB"/>
    <w:rsid w:val="00BC0A1D"/>
    <w:rsid w:val="00BC0BB2"/>
    <w:rsid w:val="00BC0DB5"/>
    <w:rsid w:val="00BC1347"/>
    <w:rsid w:val="00BC1925"/>
    <w:rsid w:val="00BC1E6B"/>
    <w:rsid w:val="00BC2107"/>
    <w:rsid w:val="00BC21A2"/>
    <w:rsid w:val="00BC268B"/>
    <w:rsid w:val="00BC26AB"/>
    <w:rsid w:val="00BC2A79"/>
    <w:rsid w:val="00BC3CD9"/>
    <w:rsid w:val="00BC4201"/>
    <w:rsid w:val="00BC4589"/>
    <w:rsid w:val="00BD01EF"/>
    <w:rsid w:val="00BD1536"/>
    <w:rsid w:val="00BD1A73"/>
    <w:rsid w:val="00BD1B09"/>
    <w:rsid w:val="00BD2538"/>
    <w:rsid w:val="00BD2B6B"/>
    <w:rsid w:val="00BD2C7F"/>
    <w:rsid w:val="00BD3D2F"/>
    <w:rsid w:val="00BD3D30"/>
    <w:rsid w:val="00BD43A6"/>
    <w:rsid w:val="00BD447B"/>
    <w:rsid w:val="00BD45A2"/>
    <w:rsid w:val="00BD4D93"/>
    <w:rsid w:val="00BD550C"/>
    <w:rsid w:val="00BD59D3"/>
    <w:rsid w:val="00BD5DAF"/>
    <w:rsid w:val="00BD65E5"/>
    <w:rsid w:val="00BD67DD"/>
    <w:rsid w:val="00BD6BDB"/>
    <w:rsid w:val="00BD7256"/>
    <w:rsid w:val="00BD7A0E"/>
    <w:rsid w:val="00BD7A72"/>
    <w:rsid w:val="00BD7AE5"/>
    <w:rsid w:val="00BD7B92"/>
    <w:rsid w:val="00BE005C"/>
    <w:rsid w:val="00BE0B15"/>
    <w:rsid w:val="00BE0BEA"/>
    <w:rsid w:val="00BE38CE"/>
    <w:rsid w:val="00BE41F1"/>
    <w:rsid w:val="00BE4C16"/>
    <w:rsid w:val="00BE54E3"/>
    <w:rsid w:val="00BE5FDE"/>
    <w:rsid w:val="00BE691F"/>
    <w:rsid w:val="00BE720D"/>
    <w:rsid w:val="00BE786D"/>
    <w:rsid w:val="00BE7D78"/>
    <w:rsid w:val="00BF0346"/>
    <w:rsid w:val="00BF1A26"/>
    <w:rsid w:val="00BF27EE"/>
    <w:rsid w:val="00BF417D"/>
    <w:rsid w:val="00BF485A"/>
    <w:rsid w:val="00BF52F6"/>
    <w:rsid w:val="00BF5C90"/>
    <w:rsid w:val="00BF766F"/>
    <w:rsid w:val="00BF7A03"/>
    <w:rsid w:val="00C00E9A"/>
    <w:rsid w:val="00C00F59"/>
    <w:rsid w:val="00C01694"/>
    <w:rsid w:val="00C02024"/>
    <w:rsid w:val="00C02125"/>
    <w:rsid w:val="00C02D00"/>
    <w:rsid w:val="00C04236"/>
    <w:rsid w:val="00C04603"/>
    <w:rsid w:val="00C04C4B"/>
    <w:rsid w:val="00C05472"/>
    <w:rsid w:val="00C056EB"/>
    <w:rsid w:val="00C06136"/>
    <w:rsid w:val="00C068B5"/>
    <w:rsid w:val="00C06CBB"/>
    <w:rsid w:val="00C07D57"/>
    <w:rsid w:val="00C111C9"/>
    <w:rsid w:val="00C11735"/>
    <w:rsid w:val="00C1184C"/>
    <w:rsid w:val="00C120FF"/>
    <w:rsid w:val="00C13264"/>
    <w:rsid w:val="00C13E6F"/>
    <w:rsid w:val="00C158F7"/>
    <w:rsid w:val="00C161D4"/>
    <w:rsid w:val="00C1734F"/>
    <w:rsid w:val="00C17620"/>
    <w:rsid w:val="00C208E7"/>
    <w:rsid w:val="00C20C23"/>
    <w:rsid w:val="00C20D5B"/>
    <w:rsid w:val="00C21A19"/>
    <w:rsid w:val="00C229C9"/>
    <w:rsid w:val="00C22BDD"/>
    <w:rsid w:val="00C22C13"/>
    <w:rsid w:val="00C23236"/>
    <w:rsid w:val="00C25295"/>
    <w:rsid w:val="00C252D4"/>
    <w:rsid w:val="00C26077"/>
    <w:rsid w:val="00C26F4B"/>
    <w:rsid w:val="00C26F8A"/>
    <w:rsid w:val="00C271B3"/>
    <w:rsid w:val="00C2740D"/>
    <w:rsid w:val="00C30FEA"/>
    <w:rsid w:val="00C31985"/>
    <w:rsid w:val="00C31FDB"/>
    <w:rsid w:val="00C3251F"/>
    <w:rsid w:val="00C33776"/>
    <w:rsid w:val="00C34073"/>
    <w:rsid w:val="00C34AD9"/>
    <w:rsid w:val="00C35184"/>
    <w:rsid w:val="00C36316"/>
    <w:rsid w:val="00C36617"/>
    <w:rsid w:val="00C37502"/>
    <w:rsid w:val="00C37554"/>
    <w:rsid w:val="00C37BD9"/>
    <w:rsid w:val="00C37F66"/>
    <w:rsid w:val="00C37FF8"/>
    <w:rsid w:val="00C4080A"/>
    <w:rsid w:val="00C418D5"/>
    <w:rsid w:val="00C42A21"/>
    <w:rsid w:val="00C42DCB"/>
    <w:rsid w:val="00C4349B"/>
    <w:rsid w:val="00C437E3"/>
    <w:rsid w:val="00C43F74"/>
    <w:rsid w:val="00C4431B"/>
    <w:rsid w:val="00C44438"/>
    <w:rsid w:val="00C44B11"/>
    <w:rsid w:val="00C44C2A"/>
    <w:rsid w:val="00C44D14"/>
    <w:rsid w:val="00C45A49"/>
    <w:rsid w:val="00C45B05"/>
    <w:rsid w:val="00C46852"/>
    <w:rsid w:val="00C4798B"/>
    <w:rsid w:val="00C47C2A"/>
    <w:rsid w:val="00C50325"/>
    <w:rsid w:val="00C505D8"/>
    <w:rsid w:val="00C50BEB"/>
    <w:rsid w:val="00C50E79"/>
    <w:rsid w:val="00C5101B"/>
    <w:rsid w:val="00C5213A"/>
    <w:rsid w:val="00C529AC"/>
    <w:rsid w:val="00C53647"/>
    <w:rsid w:val="00C5437C"/>
    <w:rsid w:val="00C54E62"/>
    <w:rsid w:val="00C54E9D"/>
    <w:rsid w:val="00C55BDB"/>
    <w:rsid w:val="00C5610E"/>
    <w:rsid w:val="00C57624"/>
    <w:rsid w:val="00C600E8"/>
    <w:rsid w:val="00C606BC"/>
    <w:rsid w:val="00C60A54"/>
    <w:rsid w:val="00C6194E"/>
    <w:rsid w:val="00C620BA"/>
    <w:rsid w:val="00C62595"/>
    <w:rsid w:val="00C63BC6"/>
    <w:rsid w:val="00C6456F"/>
    <w:rsid w:val="00C65A1B"/>
    <w:rsid w:val="00C65ADD"/>
    <w:rsid w:val="00C65BBD"/>
    <w:rsid w:val="00C664D9"/>
    <w:rsid w:val="00C669DB"/>
    <w:rsid w:val="00C674D2"/>
    <w:rsid w:val="00C67CF8"/>
    <w:rsid w:val="00C70070"/>
    <w:rsid w:val="00C706F1"/>
    <w:rsid w:val="00C70C20"/>
    <w:rsid w:val="00C7116F"/>
    <w:rsid w:val="00C712BD"/>
    <w:rsid w:val="00C7179F"/>
    <w:rsid w:val="00C728C8"/>
    <w:rsid w:val="00C72E61"/>
    <w:rsid w:val="00C731D5"/>
    <w:rsid w:val="00C74116"/>
    <w:rsid w:val="00C75190"/>
    <w:rsid w:val="00C75B31"/>
    <w:rsid w:val="00C75F71"/>
    <w:rsid w:val="00C7613F"/>
    <w:rsid w:val="00C76465"/>
    <w:rsid w:val="00C76502"/>
    <w:rsid w:val="00C76ABA"/>
    <w:rsid w:val="00C77044"/>
    <w:rsid w:val="00C770BC"/>
    <w:rsid w:val="00C81891"/>
    <w:rsid w:val="00C82650"/>
    <w:rsid w:val="00C826FA"/>
    <w:rsid w:val="00C8279B"/>
    <w:rsid w:val="00C829C8"/>
    <w:rsid w:val="00C86B82"/>
    <w:rsid w:val="00C870B5"/>
    <w:rsid w:val="00C871E0"/>
    <w:rsid w:val="00C90B88"/>
    <w:rsid w:val="00C90BD0"/>
    <w:rsid w:val="00C914C2"/>
    <w:rsid w:val="00C915DE"/>
    <w:rsid w:val="00C91798"/>
    <w:rsid w:val="00C91AB8"/>
    <w:rsid w:val="00C94207"/>
    <w:rsid w:val="00C94D8D"/>
    <w:rsid w:val="00C95D79"/>
    <w:rsid w:val="00C9640C"/>
    <w:rsid w:val="00C964FE"/>
    <w:rsid w:val="00C9699A"/>
    <w:rsid w:val="00CA19BA"/>
    <w:rsid w:val="00CA207A"/>
    <w:rsid w:val="00CA2428"/>
    <w:rsid w:val="00CA24FC"/>
    <w:rsid w:val="00CA3704"/>
    <w:rsid w:val="00CA3753"/>
    <w:rsid w:val="00CA71C3"/>
    <w:rsid w:val="00CA77AF"/>
    <w:rsid w:val="00CA7C6F"/>
    <w:rsid w:val="00CA7ECD"/>
    <w:rsid w:val="00CB0664"/>
    <w:rsid w:val="00CB06B7"/>
    <w:rsid w:val="00CB1459"/>
    <w:rsid w:val="00CB1547"/>
    <w:rsid w:val="00CB17A6"/>
    <w:rsid w:val="00CB1DB0"/>
    <w:rsid w:val="00CB2718"/>
    <w:rsid w:val="00CB2BD3"/>
    <w:rsid w:val="00CB3FFD"/>
    <w:rsid w:val="00CB4B44"/>
    <w:rsid w:val="00CB5682"/>
    <w:rsid w:val="00CB64E5"/>
    <w:rsid w:val="00CB6D63"/>
    <w:rsid w:val="00CB6F0D"/>
    <w:rsid w:val="00CB721D"/>
    <w:rsid w:val="00CC033A"/>
    <w:rsid w:val="00CC05E7"/>
    <w:rsid w:val="00CC1AC6"/>
    <w:rsid w:val="00CC20E6"/>
    <w:rsid w:val="00CC2714"/>
    <w:rsid w:val="00CC28C2"/>
    <w:rsid w:val="00CC2A47"/>
    <w:rsid w:val="00CC5BD6"/>
    <w:rsid w:val="00CC61A1"/>
    <w:rsid w:val="00CC701F"/>
    <w:rsid w:val="00CC7B69"/>
    <w:rsid w:val="00CD0F70"/>
    <w:rsid w:val="00CD10B0"/>
    <w:rsid w:val="00CD1ED9"/>
    <w:rsid w:val="00CD271D"/>
    <w:rsid w:val="00CD2B7D"/>
    <w:rsid w:val="00CD2BF8"/>
    <w:rsid w:val="00CD2CD3"/>
    <w:rsid w:val="00CD2F3C"/>
    <w:rsid w:val="00CD3004"/>
    <w:rsid w:val="00CD3AC4"/>
    <w:rsid w:val="00CD3C10"/>
    <w:rsid w:val="00CD47A5"/>
    <w:rsid w:val="00CD51A6"/>
    <w:rsid w:val="00CD5695"/>
    <w:rsid w:val="00CD5999"/>
    <w:rsid w:val="00CD5A2B"/>
    <w:rsid w:val="00CD67EF"/>
    <w:rsid w:val="00CD75B5"/>
    <w:rsid w:val="00CD75BC"/>
    <w:rsid w:val="00CD787C"/>
    <w:rsid w:val="00CD7A9A"/>
    <w:rsid w:val="00CE0A4B"/>
    <w:rsid w:val="00CE140D"/>
    <w:rsid w:val="00CE1CBE"/>
    <w:rsid w:val="00CE1F85"/>
    <w:rsid w:val="00CE2071"/>
    <w:rsid w:val="00CE2C20"/>
    <w:rsid w:val="00CE3E07"/>
    <w:rsid w:val="00CE4556"/>
    <w:rsid w:val="00CE5D98"/>
    <w:rsid w:val="00CE65F6"/>
    <w:rsid w:val="00CE6920"/>
    <w:rsid w:val="00CE7952"/>
    <w:rsid w:val="00CE7B18"/>
    <w:rsid w:val="00CF0563"/>
    <w:rsid w:val="00CF0BE4"/>
    <w:rsid w:val="00CF17C0"/>
    <w:rsid w:val="00CF18B9"/>
    <w:rsid w:val="00CF193A"/>
    <w:rsid w:val="00CF1A0C"/>
    <w:rsid w:val="00CF1A3A"/>
    <w:rsid w:val="00CF1F3D"/>
    <w:rsid w:val="00CF2BBC"/>
    <w:rsid w:val="00CF366F"/>
    <w:rsid w:val="00CF4329"/>
    <w:rsid w:val="00CF4921"/>
    <w:rsid w:val="00CF4E0F"/>
    <w:rsid w:val="00CF4EC5"/>
    <w:rsid w:val="00CF5B13"/>
    <w:rsid w:val="00CF5F0F"/>
    <w:rsid w:val="00CF7D04"/>
    <w:rsid w:val="00D001EC"/>
    <w:rsid w:val="00D00B55"/>
    <w:rsid w:val="00D00C02"/>
    <w:rsid w:val="00D0158A"/>
    <w:rsid w:val="00D017E2"/>
    <w:rsid w:val="00D0235A"/>
    <w:rsid w:val="00D02A81"/>
    <w:rsid w:val="00D04B65"/>
    <w:rsid w:val="00D0577A"/>
    <w:rsid w:val="00D067B8"/>
    <w:rsid w:val="00D0775F"/>
    <w:rsid w:val="00D10214"/>
    <w:rsid w:val="00D105F6"/>
    <w:rsid w:val="00D1090E"/>
    <w:rsid w:val="00D112C4"/>
    <w:rsid w:val="00D119B5"/>
    <w:rsid w:val="00D119FF"/>
    <w:rsid w:val="00D11ECC"/>
    <w:rsid w:val="00D12D2B"/>
    <w:rsid w:val="00D12D63"/>
    <w:rsid w:val="00D133BA"/>
    <w:rsid w:val="00D136A6"/>
    <w:rsid w:val="00D137D5"/>
    <w:rsid w:val="00D14023"/>
    <w:rsid w:val="00D16BF3"/>
    <w:rsid w:val="00D177C2"/>
    <w:rsid w:val="00D17EA4"/>
    <w:rsid w:val="00D17F46"/>
    <w:rsid w:val="00D17FB6"/>
    <w:rsid w:val="00D20177"/>
    <w:rsid w:val="00D21C70"/>
    <w:rsid w:val="00D22227"/>
    <w:rsid w:val="00D22A81"/>
    <w:rsid w:val="00D2324E"/>
    <w:rsid w:val="00D239D4"/>
    <w:rsid w:val="00D23F18"/>
    <w:rsid w:val="00D24A14"/>
    <w:rsid w:val="00D24CB6"/>
    <w:rsid w:val="00D25E84"/>
    <w:rsid w:val="00D26244"/>
    <w:rsid w:val="00D268AF"/>
    <w:rsid w:val="00D2719E"/>
    <w:rsid w:val="00D27ED6"/>
    <w:rsid w:val="00D309AB"/>
    <w:rsid w:val="00D32469"/>
    <w:rsid w:val="00D3320E"/>
    <w:rsid w:val="00D34B1E"/>
    <w:rsid w:val="00D35F25"/>
    <w:rsid w:val="00D36414"/>
    <w:rsid w:val="00D367DB"/>
    <w:rsid w:val="00D36D60"/>
    <w:rsid w:val="00D377F3"/>
    <w:rsid w:val="00D37B16"/>
    <w:rsid w:val="00D40194"/>
    <w:rsid w:val="00D40AD7"/>
    <w:rsid w:val="00D41A34"/>
    <w:rsid w:val="00D42E4F"/>
    <w:rsid w:val="00D431E9"/>
    <w:rsid w:val="00D4340F"/>
    <w:rsid w:val="00D446CD"/>
    <w:rsid w:val="00D44894"/>
    <w:rsid w:val="00D44CAF"/>
    <w:rsid w:val="00D451C5"/>
    <w:rsid w:val="00D45B53"/>
    <w:rsid w:val="00D46B57"/>
    <w:rsid w:val="00D4703C"/>
    <w:rsid w:val="00D472A9"/>
    <w:rsid w:val="00D50224"/>
    <w:rsid w:val="00D50516"/>
    <w:rsid w:val="00D5051D"/>
    <w:rsid w:val="00D51712"/>
    <w:rsid w:val="00D517DE"/>
    <w:rsid w:val="00D51A53"/>
    <w:rsid w:val="00D530FE"/>
    <w:rsid w:val="00D536A4"/>
    <w:rsid w:val="00D54DB1"/>
    <w:rsid w:val="00D54E1F"/>
    <w:rsid w:val="00D54EF6"/>
    <w:rsid w:val="00D55EBB"/>
    <w:rsid w:val="00D57680"/>
    <w:rsid w:val="00D57CAC"/>
    <w:rsid w:val="00D60656"/>
    <w:rsid w:val="00D611FA"/>
    <w:rsid w:val="00D617DF"/>
    <w:rsid w:val="00D618F3"/>
    <w:rsid w:val="00D625F5"/>
    <w:rsid w:val="00D62D1D"/>
    <w:rsid w:val="00D62F2E"/>
    <w:rsid w:val="00D63905"/>
    <w:rsid w:val="00D63AC2"/>
    <w:rsid w:val="00D63E7E"/>
    <w:rsid w:val="00D641F7"/>
    <w:rsid w:val="00D643A4"/>
    <w:rsid w:val="00D658A1"/>
    <w:rsid w:val="00D65CAE"/>
    <w:rsid w:val="00D67E6C"/>
    <w:rsid w:val="00D71117"/>
    <w:rsid w:val="00D71B01"/>
    <w:rsid w:val="00D7227F"/>
    <w:rsid w:val="00D722E2"/>
    <w:rsid w:val="00D72E41"/>
    <w:rsid w:val="00D72F8D"/>
    <w:rsid w:val="00D734C6"/>
    <w:rsid w:val="00D74CCE"/>
    <w:rsid w:val="00D75C77"/>
    <w:rsid w:val="00D76213"/>
    <w:rsid w:val="00D77630"/>
    <w:rsid w:val="00D804BE"/>
    <w:rsid w:val="00D80C3D"/>
    <w:rsid w:val="00D8108C"/>
    <w:rsid w:val="00D82C73"/>
    <w:rsid w:val="00D82D55"/>
    <w:rsid w:val="00D8369E"/>
    <w:rsid w:val="00D8391E"/>
    <w:rsid w:val="00D83C4B"/>
    <w:rsid w:val="00D84499"/>
    <w:rsid w:val="00D84A2A"/>
    <w:rsid w:val="00D84C31"/>
    <w:rsid w:val="00D84CE1"/>
    <w:rsid w:val="00D84D9C"/>
    <w:rsid w:val="00D865EA"/>
    <w:rsid w:val="00D86FD6"/>
    <w:rsid w:val="00D87DF6"/>
    <w:rsid w:val="00D87F88"/>
    <w:rsid w:val="00D901C5"/>
    <w:rsid w:val="00D91021"/>
    <w:rsid w:val="00D91909"/>
    <w:rsid w:val="00D91AEF"/>
    <w:rsid w:val="00D91E4A"/>
    <w:rsid w:val="00D91E85"/>
    <w:rsid w:val="00D92183"/>
    <w:rsid w:val="00D92432"/>
    <w:rsid w:val="00D92CE0"/>
    <w:rsid w:val="00D936E3"/>
    <w:rsid w:val="00D939C7"/>
    <w:rsid w:val="00D93D2B"/>
    <w:rsid w:val="00D94250"/>
    <w:rsid w:val="00D943AF"/>
    <w:rsid w:val="00D94752"/>
    <w:rsid w:val="00D94D6E"/>
    <w:rsid w:val="00D953DA"/>
    <w:rsid w:val="00D95F88"/>
    <w:rsid w:val="00D963B4"/>
    <w:rsid w:val="00D96CB7"/>
    <w:rsid w:val="00D97063"/>
    <w:rsid w:val="00D978CF"/>
    <w:rsid w:val="00D978E7"/>
    <w:rsid w:val="00DA057F"/>
    <w:rsid w:val="00DA1215"/>
    <w:rsid w:val="00DA151B"/>
    <w:rsid w:val="00DA1D63"/>
    <w:rsid w:val="00DA2480"/>
    <w:rsid w:val="00DA25B5"/>
    <w:rsid w:val="00DA283E"/>
    <w:rsid w:val="00DA43AF"/>
    <w:rsid w:val="00DA444A"/>
    <w:rsid w:val="00DA4C61"/>
    <w:rsid w:val="00DA547A"/>
    <w:rsid w:val="00DA5680"/>
    <w:rsid w:val="00DA6DCA"/>
    <w:rsid w:val="00DA6F00"/>
    <w:rsid w:val="00DA77D3"/>
    <w:rsid w:val="00DA782F"/>
    <w:rsid w:val="00DA7E8E"/>
    <w:rsid w:val="00DB008D"/>
    <w:rsid w:val="00DB05AE"/>
    <w:rsid w:val="00DB0AA1"/>
    <w:rsid w:val="00DB18F1"/>
    <w:rsid w:val="00DB1C67"/>
    <w:rsid w:val="00DB1D37"/>
    <w:rsid w:val="00DB2E17"/>
    <w:rsid w:val="00DB3009"/>
    <w:rsid w:val="00DB3558"/>
    <w:rsid w:val="00DB359C"/>
    <w:rsid w:val="00DB3758"/>
    <w:rsid w:val="00DB37D6"/>
    <w:rsid w:val="00DB4AA3"/>
    <w:rsid w:val="00DB5F90"/>
    <w:rsid w:val="00DB6CC0"/>
    <w:rsid w:val="00DB7E64"/>
    <w:rsid w:val="00DC088B"/>
    <w:rsid w:val="00DC13A3"/>
    <w:rsid w:val="00DC1A08"/>
    <w:rsid w:val="00DC228B"/>
    <w:rsid w:val="00DC2A14"/>
    <w:rsid w:val="00DC334A"/>
    <w:rsid w:val="00DC335B"/>
    <w:rsid w:val="00DC3860"/>
    <w:rsid w:val="00DC4828"/>
    <w:rsid w:val="00DC552E"/>
    <w:rsid w:val="00DC55D4"/>
    <w:rsid w:val="00DC77CD"/>
    <w:rsid w:val="00DD140F"/>
    <w:rsid w:val="00DD149B"/>
    <w:rsid w:val="00DD1986"/>
    <w:rsid w:val="00DD2C11"/>
    <w:rsid w:val="00DD3048"/>
    <w:rsid w:val="00DD3A95"/>
    <w:rsid w:val="00DD3B6E"/>
    <w:rsid w:val="00DD3D06"/>
    <w:rsid w:val="00DD4238"/>
    <w:rsid w:val="00DD4672"/>
    <w:rsid w:val="00DD499D"/>
    <w:rsid w:val="00DD5D97"/>
    <w:rsid w:val="00DD6760"/>
    <w:rsid w:val="00DD6E13"/>
    <w:rsid w:val="00DE01C7"/>
    <w:rsid w:val="00DE0543"/>
    <w:rsid w:val="00DE0571"/>
    <w:rsid w:val="00DE12DA"/>
    <w:rsid w:val="00DE19B6"/>
    <w:rsid w:val="00DE2343"/>
    <w:rsid w:val="00DE2676"/>
    <w:rsid w:val="00DE3CAE"/>
    <w:rsid w:val="00DE4151"/>
    <w:rsid w:val="00DE4641"/>
    <w:rsid w:val="00DE4BBB"/>
    <w:rsid w:val="00DE4D5D"/>
    <w:rsid w:val="00DE653D"/>
    <w:rsid w:val="00DF0149"/>
    <w:rsid w:val="00DF04A8"/>
    <w:rsid w:val="00DF09D1"/>
    <w:rsid w:val="00DF0EA4"/>
    <w:rsid w:val="00DF1395"/>
    <w:rsid w:val="00DF1C5C"/>
    <w:rsid w:val="00DF1D08"/>
    <w:rsid w:val="00DF1D0E"/>
    <w:rsid w:val="00DF2243"/>
    <w:rsid w:val="00DF23EF"/>
    <w:rsid w:val="00DF2521"/>
    <w:rsid w:val="00DF360E"/>
    <w:rsid w:val="00DF3D24"/>
    <w:rsid w:val="00DF5CD1"/>
    <w:rsid w:val="00DF6B8E"/>
    <w:rsid w:val="00DF6F64"/>
    <w:rsid w:val="00E00B71"/>
    <w:rsid w:val="00E01091"/>
    <w:rsid w:val="00E016AE"/>
    <w:rsid w:val="00E016FF"/>
    <w:rsid w:val="00E019CA"/>
    <w:rsid w:val="00E01C9C"/>
    <w:rsid w:val="00E02760"/>
    <w:rsid w:val="00E02E68"/>
    <w:rsid w:val="00E0328D"/>
    <w:rsid w:val="00E03BCD"/>
    <w:rsid w:val="00E03DE3"/>
    <w:rsid w:val="00E05B7D"/>
    <w:rsid w:val="00E06187"/>
    <w:rsid w:val="00E06562"/>
    <w:rsid w:val="00E06EE4"/>
    <w:rsid w:val="00E07A8E"/>
    <w:rsid w:val="00E07C03"/>
    <w:rsid w:val="00E07D9D"/>
    <w:rsid w:val="00E10F5B"/>
    <w:rsid w:val="00E1155E"/>
    <w:rsid w:val="00E11790"/>
    <w:rsid w:val="00E1207A"/>
    <w:rsid w:val="00E12553"/>
    <w:rsid w:val="00E12620"/>
    <w:rsid w:val="00E13125"/>
    <w:rsid w:val="00E134CE"/>
    <w:rsid w:val="00E13B87"/>
    <w:rsid w:val="00E14C07"/>
    <w:rsid w:val="00E14D32"/>
    <w:rsid w:val="00E15359"/>
    <w:rsid w:val="00E156D0"/>
    <w:rsid w:val="00E159D4"/>
    <w:rsid w:val="00E17104"/>
    <w:rsid w:val="00E201A0"/>
    <w:rsid w:val="00E20F4A"/>
    <w:rsid w:val="00E20F64"/>
    <w:rsid w:val="00E21170"/>
    <w:rsid w:val="00E21BAF"/>
    <w:rsid w:val="00E2250E"/>
    <w:rsid w:val="00E22E0C"/>
    <w:rsid w:val="00E22FDE"/>
    <w:rsid w:val="00E23572"/>
    <w:rsid w:val="00E24D07"/>
    <w:rsid w:val="00E2511F"/>
    <w:rsid w:val="00E255B6"/>
    <w:rsid w:val="00E25746"/>
    <w:rsid w:val="00E25B9D"/>
    <w:rsid w:val="00E25E2C"/>
    <w:rsid w:val="00E261DA"/>
    <w:rsid w:val="00E26A1A"/>
    <w:rsid w:val="00E271AD"/>
    <w:rsid w:val="00E271D5"/>
    <w:rsid w:val="00E273CA"/>
    <w:rsid w:val="00E27FC6"/>
    <w:rsid w:val="00E307F2"/>
    <w:rsid w:val="00E30B32"/>
    <w:rsid w:val="00E3167E"/>
    <w:rsid w:val="00E323C5"/>
    <w:rsid w:val="00E33A45"/>
    <w:rsid w:val="00E34A45"/>
    <w:rsid w:val="00E35433"/>
    <w:rsid w:val="00E36795"/>
    <w:rsid w:val="00E36CAC"/>
    <w:rsid w:val="00E36D57"/>
    <w:rsid w:val="00E376D2"/>
    <w:rsid w:val="00E37AB3"/>
    <w:rsid w:val="00E401C0"/>
    <w:rsid w:val="00E40AE0"/>
    <w:rsid w:val="00E40E1C"/>
    <w:rsid w:val="00E40FEC"/>
    <w:rsid w:val="00E414BC"/>
    <w:rsid w:val="00E41B06"/>
    <w:rsid w:val="00E42C68"/>
    <w:rsid w:val="00E4314F"/>
    <w:rsid w:val="00E434D8"/>
    <w:rsid w:val="00E43AD5"/>
    <w:rsid w:val="00E43C6A"/>
    <w:rsid w:val="00E43E5E"/>
    <w:rsid w:val="00E443AC"/>
    <w:rsid w:val="00E450C2"/>
    <w:rsid w:val="00E45295"/>
    <w:rsid w:val="00E46AE1"/>
    <w:rsid w:val="00E501EC"/>
    <w:rsid w:val="00E50CBA"/>
    <w:rsid w:val="00E52533"/>
    <w:rsid w:val="00E526C3"/>
    <w:rsid w:val="00E5388B"/>
    <w:rsid w:val="00E54809"/>
    <w:rsid w:val="00E553BF"/>
    <w:rsid w:val="00E55675"/>
    <w:rsid w:val="00E55FA6"/>
    <w:rsid w:val="00E568DA"/>
    <w:rsid w:val="00E56C74"/>
    <w:rsid w:val="00E5751E"/>
    <w:rsid w:val="00E57A61"/>
    <w:rsid w:val="00E60001"/>
    <w:rsid w:val="00E600D8"/>
    <w:rsid w:val="00E604F9"/>
    <w:rsid w:val="00E61383"/>
    <w:rsid w:val="00E61A29"/>
    <w:rsid w:val="00E63FFB"/>
    <w:rsid w:val="00E64A2C"/>
    <w:rsid w:val="00E64D29"/>
    <w:rsid w:val="00E66742"/>
    <w:rsid w:val="00E671F2"/>
    <w:rsid w:val="00E70016"/>
    <w:rsid w:val="00E7044B"/>
    <w:rsid w:val="00E7088B"/>
    <w:rsid w:val="00E713CE"/>
    <w:rsid w:val="00E731DD"/>
    <w:rsid w:val="00E73F39"/>
    <w:rsid w:val="00E74E93"/>
    <w:rsid w:val="00E759EA"/>
    <w:rsid w:val="00E76E2D"/>
    <w:rsid w:val="00E777D9"/>
    <w:rsid w:val="00E80665"/>
    <w:rsid w:val="00E80AFF"/>
    <w:rsid w:val="00E80BD3"/>
    <w:rsid w:val="00E811C1"/>
    <w:rsid w:val="00E812E2"/>
    <w:rsid w:val="00E81A05"/>
    <w:rsid w:val="00E81F99"/>
    <w:rsid w:val="00E82254"/>
    <w:rsid w:val="00E822BF"/>
    <w:rsid w:val="00E82979"/>
    <w:rsid w:val="00E82D73"/>
    <w:rsid w:val="00E82D79"/>
    <w:rsid w:val="00E8341A"/>
    <w:rsid w:val="00E8407F"/>
    <w:rsid w:val="00E84AAF"/>
    <w:rsid w:val="00E860D0"/>
    <w:rsid w:val="00E86B75"/>
    <w:rsid w:val="00E87306"/>
    <w:rsid w:val="00E908B4"/>
    <w:rsid w:val="00E90930"/>
    <w:rsid w:val="00E91006"/>
    <w:rsid w:val="00E912AF"/>
    <w:rsid w:val="00E91341"/>
    <w:rsid w:val="00E93630"/>
    <w:rsid w:val="00E93650"/>
    <w:rsid w:val="00E9530C"/>
    <w:rsid w:val="00E95746"/>
    <w:rsid w:val="00E95B8B"/>
    <w:rsid w:val="00EA021C"/>
    <w:rsid w:val="00EA060D"/>
    <w:rsid w:val="00EA1845"/>
    <w:rsid w:val="00EA257D"/>
    <w:rsid w:val="00EA27E6"/>
    <w:rsid w:val="00EA3D24"/>
    <w:rsid w:val="00EA4597"/>
    <w:rsid w:val="00EA4797"/>
    <w:rsid w:val="00EA4A6E"/>
    <w:rsid w:val="00EA5930"/>
    <w:rsid w:val="00EA6223"/>
    <w:rsid w:val="00EA6DEF"/>
    <w:rsid w:val="00EA71CE"/>
    <w:rsid w:val="00EA7275"/>
    <w:rsid w:val="00EB0170"/>
    <w:rsid w:val="00EB0C10"/>
    <w:rsid w:val="00EB2316"/>
    <w:rsid w:val="00EB2FDE"/>
    <w:rsid w:val="00EB3FF6"/>
    <w:rsid w:val="00EB460C"/>
    <w:rsid w:val="00EB54E7"/>
    <w:rsid w:val="00EB59C2"/>
    <w:rsid w:val="00EB59FF"/>
    <w:rsid w:val="00EB651D"/>
    <w:rsid w:val="00EB6C1E"/>
    <w:rsid w:val="00EB76E8"/>
    <w:rsid w:val="00EC0971"/>
    <w:rsid w:val="00EC1B34"/>
    <w:rsid w:val="00EC234C"/>
    <w:rsid w:val="00EC24BF"/>
    <w:rsid w:val="00EC2EEA"/>
    <w:rsid w:val="00EC3CCE"/>
    <w:rsid w:val="00EC41E3"/>
    <w:rsid w:val="00EC46CD"/>
    <w:rsid w:val="00EC47C6"/>
    <w:rsid w:val="00EC51A8"/>
    <w:rsid w:val="00EC6131"/>
    <w:rsid w:val="00EC6143"/>
    <w:rsid w:val="00EC6183"/>
    <w:rsid w:val="00EC6294"/>
    <w:rsid w:val="00EC784B"/>
    <w:rsid w:val="00EC7B2F"/>
    <w:rsid w:val="00EC7D59"/>
    <w:rsid w:val="00EC7E87"/>
    <w:rsid w:val="00ED0219"/>
    <w:rsid w:val="00ED0343"/>
    <w:rsid w:val="00ED1051"/>
    <w:rsid w:val="00ED3229"/>
    <w:rsid w:val="00ED373F"/>
    <w:rsid w:val="00ED3906"/>
    <w:rsid w:val="00ED4ADF"/>
    <w:rsid w:val="00ED4C2E"/>
    <w:rsid w:val="00ED5DB8"/>
    <w:rsid w:val="00ED6AEB"/>
    <w:rsid w:val="00ED7C19"/>
    <w:rsid w:val="00EE053B"/>
    <w:rsid w:val="00EE0A70"/>
    <w:rsid w:val="00EE0EAF"/>
    <w:rsid w:val="00EE13C4"/>
    <w:rsid w:val="00EE173B"/>
    <w:rsid w:val="00EE1A0E"/>
    <w:rsid w:val="00EE1B2D"/>
    <w:rsid w:val="00EE1DFB"/>
    <w:rsid w:val="00EE22E4"/>
    <w:rsid w:val="00EE28DC"/>
    <w:rsid w:val="00EE2CE0"/>
    <w:rsid w:val="00EE3386"/>
    <w:rsid w:val="00EE3EBB"/>
    <w:rsid w:val="00EE49C8"/>
    <w:rsid w:val="00EE544B"/>
    <w:rsid w:val="00EE66CB"/>
    <w:rsid w:val="00EE67D3"/>
    <w:rsid w:val="00EE6F3C"/>
    <w:rsid w:val="00EE73B2"/>
    <w:rsid w:val="00EE7581"/>
    <w:rsid w:val="00EE76FF"/>
    <w:rsid w:val="00EF12C6"/>
    <w:rsid w:val="00EF134A"/>
    <w:rsid w:val="00EF19F5"/>
    <w:rsid w:val="00EF1C22"/>
    <w:rsid w:val="00EF1CB0"/>
    <w:rsid w:val="00EF2AAB"/>
    <w:rsid w:val="00EF2F3D"/>
    <w:rsid w:val="00EF4C74"/>
    <w:rsid w:val="00EF4F54"/>
    <w:rsid w:val="00EF5167"/>
    <w:rsid w:val="00EF6213"/>
    <w:rsid w:val="00EF6D2D"/>
    <w:rsid w:val="00EF7E47"/>
    <w:rsid w:val="00F000AB"/>
    <w:rsid w:val="00F016FB"/>
    <w:rsid w:val="00F02191"/>
    <w:rsid w:val="00F02940"/>
    <w:rsid w:val="00F02C1A"/>
    <w:rsid w:val="00F0316A"/>
    <w:rsid w:val="00F0388F"/>
    <w:rsid w:val="00F03FB8"/>
    <w:rsid w:val="00F05B60"/>
    <w:rsid w:val="00F07081"/>
    <w:rsid w:val="00F07128"/>
    <w:rsid w:val="00F075CF"/>
    <w:rsid w:val="00F07E26"/>
    <w:rsid w:val="00F11522"/>
    <w:rsid w:val="00F115E0"/>
    <w:rsid w:val="00F1177F"/>
    <w:rsid w:val="00F11B8F"/>
    <w:rsid w:val="00F12042"/>
    <w:rsid w:val="00F12376"/>
    <w:rsid w:val="00F134EB"/>
    <w:rsid w:val="00F13AB4"/>
    <w:rsid w:val="00F14F2C"/>
    <w:rsid w:val="00F15884"/>
    <w:rsid w:val="00F1588F"/>
    <w:rsid w:val="00F15B4F"/>
    <w:rsid w:val="00F15BC3"/>
    <w:rsid w:val="00F179DA"/>
    <w:rsid w:val="00F17B6C"/>
    <w:rsid w:val="00F205DA"/>
    <w:rsid w:val="00F20C3A"/>
    <w:rsid w:val="00F2101B"/>
    <w:rsid w:val="00F22630"/>
    <w:rsid w:val="00F229A7"/>
    <w:rsid w:val="00F22CBB"/>
    <w:rsid w:val="00F233C7"/>
    <w:rsid w:val="00F23677"/>
    <w:rsid w:val="00F23C47"/>
    <w:rsid w:val="00F2574B"/>
    <w:rsid w:val="00F25AD5"/>
    <w:rsid w:val="00F2600B"/>
    <w:rsid w:val="00F30F2B"/>
    <w:rsid w:val="00F31891"/>
    <w:rsid w:val="00F319FE"/>
    <w:rsid w:val="00F31DB0"/>
    <w:rsid w:val="00F32969"/>
    <w:rsid w:val="00F336D7"/>
    <w:rsid w:val="00F349F4"/>
    <w:rsid w:val="00F35ADE"/>
    <w:rsid w:val="00F37611"/>
    <w:rsid w:val="00F40607"/>
    <w:rsid w:val="00F41BF4"/>
    <w:rsid w:val="00F420C9"/>
    <w:rsid w:val="00F430FE"/>
    <w:rsid w:val="00F431EF"/>
    <w:rsid w:val="00F4385B"/>
    <w:rsid w:val="00F44FB2"/>
    <w:rsid w:val="00F454F7"/>
    <w:rsid w:val="00F459BB"/>
    <w:rsid w:val="00F460B8"/>
    <w:rsid w:val="00F47112"/>
    <w:rsid w:val="00F47468"/>
    <w:rsid w:val="00F47715"/>
    <w:rsid w:val="00F477FA"/>
    <w:rsid w:val="00F47BBE"/>
    <w:rsid w:val="00F5089A"/>
    <w:rsid w:val="00F51378"/>
    <w:rsid w:val="00F514F0"/>
    <w:rsid w:val="00F51787"/>
    <w:rsid w:val="00F51DAD"/>
    <w:rsid w:val="00F525FD"/>
    <w:rsid w:val="00F52B83"/>
    <w:rsid w:val="00F52D17"/>
    <w:rsid w:val="00F52E32"/>
    <w:rsid w:val="00F52F7D"/>
    <w:rsid w:val="00F531DB"/>
    <w:rsid w:val="00F53340"/>
    <w:rsid w:val="00F533B8"/>
    <w:rsid w:val="00F5378E"/>
    <w:rsid w:val="00F5411D"/>
    <w:rsid w:val="00F54217"/>
    <w:rsid w:val="00F543BB"/>
    <w:rsid w:val="00F5501C"/>
    <w:rsid w:val="00F55C1D"/>
    <w:rsid w:val="00F55C83"/>
    <w:rsid w:val="00F55D99"/>
    <w:rsid w:val="00F57128"/>
    <w:rsid w:val="00F57B11"/>
    <w:rsid w:val="00F602F5"/>
    <w:rsid w:val="00F619C6"/>
    <w:rsid w:val="00F61A17"/>
    <w:rsid w:val="00F62970"/>
    <w:rsid w:val="00F62C09"/>
    <w:rsid w:val="00F6542B"/>
    <w:rsid w:val="00F654C8"/>
    <w:rsid w:val="00F66F27"/>
    <w:rsid w:val="00F670C8"/>
    <w:rsid w:val="00F67226"/>
    <w:rsid w:val="00F675AF"/>
    <w:rsid w:val="00F70887"/>
    <w:rsid w:val="00F7164D"/>
    <w:rsid w:val="00F72346"/>
    <w:rsid w:val="00F727D5"/>
    <w:rsid w:val="00F72AC2"/>
    <w:rsid w:val="00F72D6A"/>
    <w:rsid w:val="00F735FA"/>
    <w:rsid w:val="00F73C13"/>
    <w:rsid w:val="00F74A5B"/>
    <w:rsid w:val="00F75BA3"/>
    <w:rsid w:val="00F765B2"/>
    <w:rsid w:val="00F7697B"/>
    <w:rsid w:val="00F76D3B"/>
    <w:rsid w:val="00F77258"/>
    <w:rsid w:val="00F779D2"/>
    <w:rsid w:val="00F80B16"/>
    <w:rsid w:val="00F810D8"/>
    <w:rsid w:val="00F82548"/>
    <w:rsid w:val="00F825FE"/>
    <w:rsid w:val="00F828A0"/>
    <w:rsid w:val="00F82C58"/>
    <w:rsid w:val="00F8497A"/>
    <w:rsid w:val="00F86338"/>
    <w:rsid w:val="00F86689"/>
    <w:rsid w:val="00F876DA"/>
    <w:rsid w:val="00F87876"/>
    <w:rsid w:val="00F87D66"/>
    <w:rsid w:val="00F90B73"/>
    <w:rsid w:val="00F910C3"/>
    <w:rsid w:val="00F9122C"/>
    <w:rsid w:val="00F9182B"/>
    <w:rsid w:val="00F91870"/>
    <w:rsid w:val="00F91D16"/>
    <w:rsid w:val="00F91D52"/>
    <w:rsid w:val="00F92C4F"/>
    <w:rsid w:val="00F93297"/>
    <w:rsid w:val="00F93301"/>
    <w:rsid w:val="00F93561"/>
    <w:rsid w:val="00F93A34"/>
    <w:rsid w:val="00F93A3C"/>
    <w:rsid w:val="00F9590E"/>
    <w:rsid w:val="00F96223"/>
    <w:rsid w:val="00F962A3"/>
    <w:rsid w:val="00F965B8"/>
    <w:rsid w:val="00F9665D"/>
    <w:rsid w:val="00F96A57"/>
    <w:rsid w:val="00F97186"/>
    <w:rsid w:val="00FA07F9"/>
    <w:rsid w:val="00FA096B"/>
    <w:rsid w:val="00FA23EE"/>
    <w:rsid w:val="00FA2FAB"/>
    <w:rsid w:val="00FA3764"/>
    <w:rsid w:val="00FA3FCC"/>
    <w:rsid w:val="00FA4323"/>
    <w:rsid w:val="00FA46A1"/>
    <w:rsid w:val="00FA4B9F"/>
    <w:rsid w:val="00FA4CC4"/>
    <w:rsid w:val="00FA5C5C"/>
    <w:rsid w:val="00FA5F2D"/>
    <w:rsid w:val="00FA6860"/>
    <w:rsid w:val="00FA6A01"/>
    <w:rsid w:val="00FA7041"/>
    <w:rsid w:val="00FA7B7D"/>
    <w:rsid w:val="00FB1286"/>
    <w:rsid w:val="00FB12A4"/>
    <w:rsid w:val="00FB15AB"/>
    <w:rsid w:val="00FB1F8C"/>
    <w:rsid w:val="00FB2881"/>
    <w:rsid w:val="00FB44F9"/>
    <w:rsid w:val="00FB5C6E"/>
    <w:rsid w:val="00FB69F3"/>
    <w:rsid w:val="00FB6A77"/>
    <w:rsid w:val="00FB6E80"/>
    <w:rsid w:val="00FB7276"/>
    <w:rsid w:val="00FB7337"/>
    <w:rsid w:val="00FB75B3"/>
    <w:rsid w:val="00FC0408"/>
    <w:rsid w:val="00FC0661"/>
    <w:rsid w:val="00FC0B5C"/>
    <w:rsid w:val="00FC2637"/>
    <w:rsid w:val="00FC2695"/>
    <w:rsid w:val="00FC29B2"/>
    <w:rsid w:val="00FC2F5D"/>
    <w:rsid w:val="00FC32C4"/>
    <w:rsid w:val="00FC36E0"/>
    <w:rsid w:val="00FC4315"/>
    <w:rsid w:val="00FC44C0"/>
    <w:rsid w:val="00FC4B0B"/>
    <w:rsid w:val="00FC4EA6"/>
    <w:rsid w:val="00FC5FF8"/>
    <w:rsid w:val="00FC66B1"/>
    <w:rsid w:val="00FC693F"/>
    <w:rsid w:val="00FC69DD"/>
    <w:rsid w:val="00FC6A2F"/>
    <w:rsid w:val="00FC7DEF"/>
    <w:rsid w:val="00FD1696"/>
    <w:rsid w:val="00FD1AB2"/>
    <w:rsid w:val="00FD28E6"/>
    <w:rsid w:val="00FD2B05"/>
    <w:rsid w:val="00FD2BD4"/>
    <w:rsid w:val="00FD37F3"/>
    <w:rsid w:val="00FD411E"/>
    <w:rsid w:val="00FD41AC"/>
    <w:rsid w:val="00FD5913"/>
    <w:rsid w:val="00FD5AB8"/>
    <w:rsid w:val="00FD5B98"/>
    <w:rsid w:val="00FD5D20"/>
    <w:rsid w:val="00FD5E07"/>
    <w:rsid w:val="00FD7468"/>
    <w:rsid w:val="00FE0C95"/>
    <w:rsid w:val="00FE0E8D"/>
    <w:rsid w:val="00FE0F04"/>
    <w:rsid w:val="00FE13C8"/>
    <w:rsid w:val="00FE179D"/>
    <w:rsid w:val="00FE1907"/>
    <w:rsid w:val="00FE1DF9"/>
    <w:rsid w:val="00FE22D4"/>
    <w:rsid w:val="00FE2DA0"/>
    <w:rsid w:val="00FE3DE2"/>
    <w:rsid w:val="00FE40B4"/>
    <w:rsid w:val="00FE47CA"/>
    <w:rsid w:val="00FE4B22"/>
    <w:rsid w:val="00FE5285"/>
    <w:rsid w:val="00FE52BC"/>
    <w:rsid w:val="00FE52D0"/>
    <w:rsid w:val="00FE5695"/>
    <w:rsid w:val="00FE5EA3"/>
    <w:rsid w:val="00FE6974"/>
    <w:rsid w:val="00FE6AC5"/>
    <w:rsid w:val="00FE70B1"/>
    <w:rsid w:val="00FE7140"/>
    <w:rsid w:val="00FE7788"/>
    <w:rsid w:val="00FF000F"/>
    <w:rsid w:val="00FF0C9D"/>
    <w:rsid w:val="00FF26B4"/>
    <w:rsid w:val="00FF31D0"/>
    <w:rsid w:val="00FF376C"/>
    <w:rsid w:val="00FF3F24"/>
    <w:rsid w:val="00FF4096"/>
    <w:rsid w:val="00FF4AEA"/>
    <w:rsid w:val="00FF5481"/>
    <w:rsid w:val="00FF6C60"/>
    <w:rsid w:val="00FF717A"/>
    <w:rsid w:val="00FF7E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oNotEmbedSmartTags/>
  <w:decimalSymbol w:val="."/>
  <w:listSeparator w:val=","/>
  <w14:docId w14:val="24062061"/>
  <w14:defaultImageDpi w14:val="300"/>
  <w15:docId w15:val="{F6CC2727-7C48-46D1-85E1-49E77B6A14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rFonts w:asciiTheme="minorHAnsi" w:eastAsiaTheme="minorHAnsi" w:hAnsiTheme="minorHAnsi" w:cstheme="minorBidi"/>
      <w:sz w:val="22"/>
      <w:szCs w:val="22"/>
      <w:lang w:val="en-US" w:eastAsia="en-US"/>
    </w:rPr>
  </w:style>
  <w:style w:type="paragraph" w:styleId="Heading1">
    <w:name w:val="heading 1"/>
    <w:basedOn w:val="Normal"/>
    <w:qFormat/>
    <w:rsid w:val="00F531DB"/>
    <w:pPr>
      <w:outlineLvl w:val="0"/>
    </w:pPr>
    <w:rPr>
      <w:rFonts w:ascii="Arial" w:hAnsi="Arial"/>
    </w:rPr>
  </w:style>
  <w:style w:type="paragraph" w:styleId="Heading2">
    <w:name w:val="heading 2"/>
    <w:basedOn w:val="Normal"/>
    <w:qFormat/>
    <w:rsid w:val="00DB5F90"/>
    <w:pPr>
      <w:outlineLvl w:val="1"/>
    </w:pPr>
  </w:style>
  <w:style w:type="paragraph" w:styleId="Heading3">
    <w:name w:val="heading 3"/>
    <w:basedOn w:val="Normal"/>
    <w:qFormat/>
    <w:rsid w:val="00DB5F90"/>
    <w:pPr>
      <w:outlineLvl w:val="2"/>
    </w:pPr>
  </w:style>
  <w:style w:type="paragraph" w:styleId="Heading4">
    <w:name w:val="heading 4"/>
    <w:basedOn w:val="Normal"/>
    <w:qFormat/>
    <w:rsid w:val="00DB5F90"/>
    <w:pPr>
      <w:outlineLvl w:val="3"/>
    </w:pPr>
  </w:style>
  <w:style w:type="paragraph" w:styleId="Heading5">
    <w:name w:val="heading 5"/>
    <w:basedOn w:val="Normal"/>
    <w:qFormat/>
    <w:rsid w:val="00DB5F90"/>
    <w:pPr>
      <w:outlineLvl w:val="4"/>
    </w:pPr>
  </w:style>
  <w:style w:type="paragraph" w:styleId="Heading6">
    <w:name w:val="heading 6"/>
    <w:basedOn w:val="Normal"/>
    <w:qFormat/>
    <w:rsid w:val="00DB5F90"/>
    <w:pPr>
      <w:outlineLvl w:val="5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1">
    <w:name w:val="1"/>
  </w:style>
  <w:style w:type="paragraph" w:customStyle="1" w:styleId="abstract">
    <w:name w:val="abstract"/>
    <w:basedOn w:val="Normal"/>
    <w:qFormat/>
  </w:style>
  <w:style w:type="paragraph" w:customStyle="1" w:styleId="EquationCaption">
    <w:name w:val="Equation Caption"/>
    <w:basedOn w:val="Normal"/>
    <w:qFormat/>
  </w:style>
  <w:style w:type="paragraph" w:customStyle="1" w:styleId="FigureCaption">
    <w:name w:val="Figure Caption"/>
    <w:basedOn w:val="Normal"/>
    <w:qFormat/>
  </w:style>
  <w:style w:type="paragraph" w:customStyle="1" w:styleId="FiguresSection">
    <w:name w:val="Figures Section"/>
    <w:basedOn w:val="Heading1"/>
    <w:qFormat/>
  </w:style>
  <w:style w:type="paragraph" w:styleId="Title">
    <w:name w:val="Title"/>
    <w:basedOn w:val="Normal"/>
    <w:qFormat/>
  </w:style>
  <w:style w:type="table" w:customStyle="1" w:styleId="Table">
    <w:name w:val="Table"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Caption">
    <w:name w:val="Table Caption"/>
    <w:basedOn w:val="Normal"/>
    <w:qFormat/>
  </w:style>
  <w:style w:type="character" w:customStyle="1" w:styleId="TextEndnote">
    <w:name w:val="Text Endnote"/>
    <w:qFormat/>
    <w:rPr>
      <w:vertAlign w:val="superscript"/>
    </w:rPr>
  </w:style>
  <w:style w:type="character" w:customStyle="1" w:styleId="TextFootnote">
    <w:name w:val="Text Footnote"/>
    <w:qFormat/>
    <w:rPr>
      <w:vertAlign w:val="superscript"/>
    </w:rPr>
  </w:style>
  <w:style w:type="paragraph" w:customStyle="1" w:styleId="TOCTOLTitle">
    <w:name w:val="TOC/ TOL Title"/>
    <w:qFormat/>
  </w:style>
  <w:style w:type="paragraph" w:styleId="TOC1">
    <w:name w:val="toc 1"/>
    <w:basedOn w:val="Normal"/>
    <w:uiPriority w:val="39"/>
    <w:qFormat/>
    <w:rsid w:val="00F531DB"/>
    <w:rPr>
      <w:rFonts w:ascii="Arial" w:hAnsi="Arial"/>
    </w:rPr>
  </w:style>
  <w:style w:type="paragraph" w:styleId="TOC2">
    <w:name w:val="toc 2"/>
    <w:basedOn w:val="Normal"/>
    <w:qFormat/>
  </w:style>
  <w:style w:type="paragraph" w:styleId="TOC3">
    <w:name w:val="toc 3"/>
    <w:basedOn w:val="Normal"/>
    <w:qFormat/>
  </w:style>
  <w:style w:type="paragraph" w:styleId="TOC4">
    <w:name w:val="toc 4"/>
    <w:basedOn w:val="Normal"/>
    <w:qFormat/>
  </w:style>
  <w:style w:type="paragraph" w:styleId="TOC5">
    <w:name w:val="toc 5"/>
    <w:basedOn w:val="Normal"/>
    <w:qFormat/>
  </w:style>
  <w:style w:type="paragraph" w:styleId="TOC6">
    <w:name w:val="toc 6"/>
    <w:basedOn w:val="Normal"/>
    <w:qFormat/>
  </w:style>
  <w:style w:type="paragraph" w:customStyle="1" w:styleId="TOL">
    <w:name w:val="TOL"/>
    <w:basedOn w:val="TOC2"/>
    <w:qFormat/>
  </w:style>
  <w:style w:type="paragraph" w:styleId="Header">
    <w:name w:val="header"/>
    <w:basedOn w:val="Normal"/>
    <w:link w:val="HeaderChar"/>
    <w:uiPriority w:val="99"/>
    <w:unhideWhenUsed/>
    <w:rsid w:val="00D67E6C"/>
    <w:pPr>
      <w:tabs>
        <w:tab w:val="center" w:pos="4680"/>
        <w:tab w:val="right" w:pos="9360"/>
      </w:tabs>
      <w:spacing w:after="0" w:line="240" w:lineRule="auto"/>
    </w:pPr>
  </w:style>
  <w:style w:type="paragraph" w:styleId="Footer">
    <w:name w:val="footer"/>
    <w:basedOn w:val="Normal"/>
    <w:link w:val="FooterChar"/>
    <w:uiPriority w:val="99"/>
    <w:unhideWhenUsed/>
    <w:rsid w:val="00D67E6C"/>
    <w:pPr>
      <w:tabs>
        <w:tab w:val="center" w:pos="4680"/>
        <w:tab w:val="right" w:pos="9360"/>
      </w:tabs>
      <w:spacing w:after="0" w:line="240" w:lineRule="auto"/>
    </w:pPr>
  </w:style>
  <w:style w:type="paragraph" w:styleId="NormalWeb">
    <w:name w:val="Normal (Web)"/>
    <w:basedOn w:val="Normal"/>
    <w:uiPriority w:val="99"/>
    <w:unhideWhenUsed/>
    <w:rsid w:val="00AD688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paragraph" w:styleId="ListParagraph">
    <w:name w:val="List Paragraph"/>
    <w:basedOn w:val="Normal"/>
    <w:link w:val="ListParagraphChar"/>
    <w:uiPriority w:val="34"/>
    <w:qFormat/>
    <w:pPr>
      <w:spacing w:after="0" w:line="240" w:lineRule="auto"/>
      <w:ind w:left="720"/>
      <w:contextualSpacing/>
    </w:pPr>
    <w:rPr>
      <w:rFonts w:ascii="Times New Roman" w:hAnsi="Times New Roman"/>
      <w:sz w:val="24"/>
    </w:rPr>
  </w:style>
  <w:style w:type="paragraph" w:styleId="CommentText">
    <w:name w:val="annotation text"/>
    <w:basedOn w:val="Normal"/>
    <w:link w:val="CommentTextChar"/>
    <w:uiPriority w:val="99"/>
    <w:unhideWhenUsed/>
    <w:rsid w:val="008475A8"/>
    <w:pPr>
      <w:spacing w:line="240" w:lineRule="auto"/>
    </w:pPr>
    <w:rPr>
      <w:sz w:val="20"/>
      <w:szCs w:val="20"/>
    </w:rPr>
  </w:style>
  <w:style w:type="paragraph" w:styleId="Revision">
    <w:name w:val="Revision"/>
    <w:hidden/>
    <w:uiPriority w:val="99"/>
    <w:semiHidden/>
    <w:rsid w:val="00F670C8"/>
    <w:rPr>
      <w:rFonts w:asciiTheme="minorHAnsi" w:eastAsiaTheme="minorHAnsi" w:hAnsiTheme="minorHAnsi" w:cstheme="minorBidi"/>
      <w:sz w:val="22"/>
      <w:szCs w:val="22"/>
      <w:lang w:val="en-US" w:eastAsia="en-US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character" w:customStyle="1" w:styleId="HeaderChar">
    <w:name w:val="Header Char"/>
    <w:basedOn w:val="DefaultParagraphFont"/>
    <w:link w:val="Header"/>
    <w:uiPriority w:val="99"/>
    <w:rsid w:val="001E1BB1"/>
    <w:rPr>
      <w:rFonts w:asciiTheme="minorHAnsi" w:eastAsiaTheme="minorHAnsi" w:hAnsiTheme="minorHAnsi" w:cstheme="minorBidi"/>
      <w:sz w:val="22"/>
      <w:szCs w:val="22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1E1BB1"/>
    <w:rPr>
      <w:rFonts w:asciiTheme="minorHAnsi" w:eastAsiaTheme="minorHAnsi" w:hAnsiTheme="minorHAnsi" w:cstheme="minorBidi"/>
      <w:sz w:val="22"/>
      <w:szCs w:val="22"/>
      <w:lang w:val="en-US" w:eastAsia="en-US"/>
    </w:rPr>
  </w:style>
  <w:style w:type="character" w:customStyle="1" w:styleId="CommentTextChar">
    <w:name w:val="Comment Text Char"/>
    <w:basedOn w:val="DefaultParagraphFont"/>
    <w:link w:val="CommentText"/>
    <w:uiPriority w:val="99"/>
    <w:rsid w:val="001E1BB1"/>
    <w:rPr>
      <w:rFonts w:asciiTheme="minorHAnsi" w:eastAsiaTheme="minorHAnsi" w:hAnsiTheme="minorHAnsi" w:cstheme="minorBidi"/>
      <w:lang w:val="en-US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475A8"/>
    <w:rPr>
      <w:b/>
      <w:bCs/>
    </w:rPr>
  </w:style>
  <w:style w:type="character" w:customStyle="1" w:styleId="CommentTextChar1">
    <w:name w:val="Comment Text Char1"/>
    <w:basedOn w:val="DefaultParagraphFont"/>
    <w:uiPriority w:val="99"/>
    <w:rsid w:val="001E1BB1"/>
    <w:rPr>
      <w:rFonts w:ascii="Calibri" w:hAnsi="Calibri"/>
    </w:rPr>
  </w:style>
  <w:style w:type="character" w:customStyle="1" w:styleId="CommentSubjectChar">
    <w:name w:val="Comment Subject Char"/>
    <w:basedOn w:val="CommentTextChar1"/>
    <w:link w:val="CommentSubject"/>
    <w:uiPriority w:val="99"/>
    <w:semiHidden/>
    <w:rsid w:val="001E1BB1"/>
    <w:rPr>
      <w:rFonts w:asciiTheme="minorHAnsi" w:eastAsiaTheme="minorHAnsi" w:hAnsiTheme="minorHAnsi" w:cstheme="minorBidi"/>
      <w:b/>
      <w:bCs/>
      <w:lang w:val="en-US" w:eastAsia="en-US"/>
    </w:rPr>
  </w:style>
  <w:style w:type="character" w:styleId="Hyperlink">
    <w:name w:val="Hyperlink"/>
    <w:basedOn w:val="DefaultParagraphFont"/>
    <w:uiPriority w:val="99"/>
    <w:unhideWhenUsed/>
    <w:rsid w:val="00C00F59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00F59"/>
    <w:rPr>
      <w:color w:val="605E5C"/>
      <w:shd w:val="clear" w:color="auto" w:fill="E1DFDD"/>
    </w:rPr>
  </w:style>
  <w:style w:type="paragraph" w:customStyle="1" w:styleId="EndNoteBibliographyTitle">
    <w:name w:val="EndNote Bibliography Title"/>
    <w:basedOn w:val="Normal"/>
    <w:link w:val="EndNoteBibliographyTitleChar"/>
    <w:rsid w:val="00AB2815"/>
    <w:pPr>
      <w:spacing w:after="0"/>
      <w:jc w:val="center"/>
    </w:pPr>
    <w:rPr>
      <w:rFonts w:ascii="Arial" w:hAnsi="Arial" w:cs="Arial"/>
      <w:noProof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AB2815"/>
    <w:rPr>
      <w:rFonts w:eastAsiaTheme="minorHAnsi" w:cstheme="minorBidi"/>
      <w:sz w:val="24"/>
      <w:szCs w:val="22"/>
      <w:lang w:val="en-US" w:eastAsia="en-US"/>
    </w:rPr>
  </w:style>
  <w:style w:type="character" w:customStyle="1" w:styleId="EndNoteBibliographyTitleChar">
    <w:name w:val="EndNote Bibliography Title Char"/>
    <w:basedOn w:val="ListParagraphChar"/>
    <w:link w:val="EndNoteBibliographyTitle"/>
    <w:rsid w:val="00AB2815"/>
    <w:rPr>
      <w:rFonts w:ascii="Arial" w:eastAsiaTheme="minorHAnsi" w:hAnsi="Arial" w:cs="Arial"/>
      <w:noProof/>
      <w:sz w:val="22"/>
      <w:szCs w:val="22"/>
      <w:lang w:val="en-US" w:eastAsia="en-US"/>
    </w:rPr>
  </w:style>
  <w:style w:type="paragraph" w:customStyle="1" w:styleId="EndNoteBibliography">
    <w:name w:val="EndNote Bibliography"/>
    <w:basedOn w:val="Normal"/>
    <w:link w:val="EndNoteBibliographyChar"/>
    <w:rsid w:val="00AB2815"/>
    <w:pPr>
      <w:spacing w:line="240" w:lineRule="auto"/>
    </w:pPr>
    <w:rPr>
      <w:rFonts w:ascii="Arial" w:hAnsi="Arial" w:cs="Arial"/>
      <w:noProof/>
    </w:rPr>
  </w:style>
  <w:style w:type="character" w:customStyle="1" w:styleId="EndNoteBibliographyChar">
    <w:name w:val="EndNote Bibliography Char"/>
    <w:basedOn w:val="ListParagraphChar"/>
    <w:link w:val="EndNoteBibliography"/>
    <w:rsid w:val="00AB2815"/>
    <w:rPr>
      <w:rFonts w:ascii="Arial" w:eastAsiaTheme="minorHAnsi" w:hAnsi="Arial" w:cs="Arial"/>
      <w:noProof/>
      <w:sz w:val="22"/>
      <w:szCs w:val="22"/>
      <w:lang w:val="en-US" w:eastAsia="en-US"/>
    </w:rPr>
  </w:style>
  <w:style w:type="character" w:styleId="FollowedHyperlink">
    <w:name w:val="FollowedHyperlink"/>
    <w:basedOn w:val="DefaultParagraphFont"/>
    <w:uiPriority w:val="99"/>
    <w:semiHidden/>
    <w:unhideWhenUsed/>
    <w:rsid w:val="002946D1"/>
    <w:rPr>
      <w:color w:val="954F72" w:themeColor="followedHyperlink"/>
      <w:u w:val="single"/>
    </w:rPr>
  </w:style>
  <w:style w:type="character" w:customStyle="1" w:styleId="cf01">
    <w:name w:val="cf01"/>
    <w:basedOn w:val="DefaultParagraphFont"/>
    <w:rsid w:val="00D001EC"/>
    <w:rPr>
      <w:rFonts w:ascii="Segoe UI" w:hAnsi="Segoe UI" w:cs="Segoe UI" w:hint="default"/>
      <w:sz w:val="18"/>
      <w:szCs w:val="18"/>
      <w:shd w:val="clear" w:color="auto" w:fill="FFFF00"/>
    </w:rPr>
  </w:style>
  <w:style w:type="table" w:styleId="PlainTable2">
    <w:name w:val="Plain Table 2"/>
    <w:basedOn w:val="TableNormal"/>
    <w:uiPriority w:val="42"/>
    <w:rsid w:val="003B0B77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styleId="TOCHeading">
    <w:name w:val="TOC Heading"/>
    <w:basedOn w:val="Heading1"/>
    <w:next w:val="Normal"/>
    <w:uiPriority w:val="39"/>
    <w:unhideWhenUsed/>
    <w:qFormat/>
    <w:rsid w:val="00F531DB"/>
    <w:pPr>
      <w:keepNext/>
      <w:keepLines/>
      <w:spacing w:before="240" w:after="120"/>
      <w:outlineLvl w:val="9"/>
    </w:pPr>
    <w:rPr>
      <w:rFonts w:eastAsiaTheme="majorEastAsia" w:cstheme="majorBidi"/>
      <w:b/>
      <w:color w:val="000000" w:themeColor="text1"/>
      <w:sz w:val="24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107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584586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259784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72433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37218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53773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89488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76472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70796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43613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64857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43568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302571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27151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54406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90965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338605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02797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144163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72271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97383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638317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82888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29592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57356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02291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43127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12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7198020">
          <w:marLeft w:val="73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957798">
          <w:marLeft w:val="73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202441">
          <w:marLeft w:val="73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1907178">
          <w:marLeft w:val="73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312624">
          <w:marLeft w:val="73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484898">
          <w:marLeft w:val="73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072655">
          <w:marLeft w:val="274"/>
          <w:marRight w:val="0"/>
          <w:marTop w:val="4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039561">
          <w:marLeft w:val="73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4386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314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8114660">
          <w:marLeft w:val="994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232815">
          <w:marLeft w:val="994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845797">
          <w:marLeft w:val="994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106829">
          <w:marLeft w:val="994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414142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796744">
          <w:marLeft w:val="821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094111">
          <w:marLeft w:val="994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806213">
          <w:marLeft w:val="821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724007">
          <w:marLeft w:val="994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313709">
          <w:marLeft w:val="994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935465">
          <w:marLeft w:val="547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8625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2552474">
          <w:marLeft w:val="73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668320">
          <w:marLeft w:val="73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580151">
          <w:marLeft w:val="73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922611">
          <w:marLeft w:val="73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8395166">
          <w:marLeft w:val="73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107450">
          <w:marLeft w:val="274"/>
          <w:marRight w:val="0"/>
          <w:marTop w:val="4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876650">
          <w:marLeft w:val="73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435781">
          <w:marLeft w:val="73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6095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8828836">
          <w:marLeft w:val="274"/>
          <w:marRight w:val="0"/>
          <w:marTop w:val="4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8860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215151">
          <w:marLeft w:val="677"/>
          <w:marRight w:val="0"/>
          <w:marTop w:val="57"/>
          <w:marBottom w:val="5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380605">
          <w:marLeft w:val="677"/>
          <w:marRight w:val="0"/>
          <w:marTop w:val="57"/>
          <w:marBottom w:val="5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7841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5253244">
          <w:marLeft w:val="994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819533">
          <w:marLeft w:val="994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069617">
          <w:marLeft w:val="907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999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133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2720998">
          <w:marLeft w:val="994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121553">
          <w:marLeft w:val="994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774614">
          <w:marLeft w:val="907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122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000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00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909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262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4720268">
          <w:marLeft w:val="994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946007">
          <w:marLeft w:val="994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451388">
          <w:marLeft w:val="994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7926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134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6648554">
          <w:marLeft w:val="274"/>
          <w:marRight w:val="0"/>
          <w:marTop w:val="4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DEFAULT.xsl" StyleName="Unknown" Version="2006"> </b:Sources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461</Words>
  <Characters>2634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3089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Dodoc Integration User</dc:creator>
  <cp:keywords/>
  <dc:description/>
  <cp:lastModifiedBy>Phillips, Samantha</cp:lastModifiedBy>
  <cp:revision>10</cp:revision>
  <cp:lastPrinted>2026-01-16T16:00:00Z</cp:lastPrinted>
  <dcterms:created xsi:type="dcterms:W3CDTF">2026-03-05T17:29:00Z</dcterms:created>
  <dcterms:modified xsi:type="dcterms:W3CDTF">2026-03-06T15:22:00Z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ae54d21a-ad6d-4fae-a6f9-e8f321a5fd89_Enabled">
    <vt:lpwstr>true</vt:lpwstr>
  </property>
  <property fmtid="{D5CDD505-2E9C-101B-9397-08002B2CF9AE}" pid="3" name="MSIP_Label_ae54d21a-ad6d-4fae-a6f9-e8f321a5fd89_SetDate">
    <vt:lpwstr>2026-03-06T04:48:48Z</vt:lpwstr>
  </property>
  <property fmtid="{D5CDD505-2E9C-101B-9397-08002B2CF9AE}" pid="4" name="MSIP_Label_ae54d21a-ad6d-4fae-a6f9-e8f321a5fd89_Method">
    <vt:lpwstr>Standard</vt:lpwstr>
  </property>
  <property fmtid="{D5CDD505-2E9C-101B-9397-08002B2CF9AE}" pid="5" name="MSIP_Label_ae54d21a-ad6d-4fae-a6f9-e8f321a5fd89_Name">
    <vt:lpwstr>Scanner-PHI</vt:lpwstr>
  </property>
  <property fmtid="{D5CDD505-2E9C-101B-9397-08002B2CF9AE}" pid="6" name="MSIP_Label_ae54d21a-ad6d-4fae-a6f9-e8f321a5fd89_SiteId">
    <vt:lpwstr>83d59944-34a0-4eb5-8cb0-80a49540e944</vt:lpwstr>
  </property>
  <property fmtid="{D5CDD505-2E9C-101B-9397-08002B2CF9AE}" pid="7" name="MSIP_Label_ae54d21a-ad6d-4fae-a6f9-e8f321a5fd89_ActionId">
    <vt:lpwstr>6207d7fa-ab94-4f29-a6b9-45f30ec73eec</vt:lpwstr>
  </property>
  <property fmtid="{D5CDD505-2E9C-101B-9397-08002B2CF9AE}" pid="8" name="MSIP_Label_ae54d21a-ad6d-4fae-a6f9-e8f321a5fd89_ContentBits">
    <vt:lpwstr>0</vt:lpwstr>
  </property>
</Properties>
</file>