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737B" w:rsidRPr="002B1DF8" w:rsidRDefault="000B737B">
      <w:pPr>
        <w:pStyle w:val="Heading1"/>
        <w:rPr>
          <w:sz w:val="20"/>
          <w:szCs w:val="20"/>
        </w:rPr>
      </w:pPr>
      <w:r w:rsidRPr="002B1DF8">
        <w:rPr>
          <w:sz w:val="20"/>
          <w:szCs w:val="20"/>
        </w:rPr>
        <w:t>Appendix</w:t>
      </w:r>
    </w:p>
    <w:p w:rsidR="00710D29" w:rsidRPr="002B1DF8" w:rsidRDefault="00000000">
      <w:pPr>
        <w:pStyle w:val="Heading1"/>
        <w:rPr>
          <w:sz w:val="20"/>
          <w:szCs w:val="20"/>
        </w:rPr>
      </w:pPr>
      <w:r w:rsidRPr="002B1DF8">
        <w:rPr>
          <w:sz w:val="20"/>
          <w:szCs w:val="20"/>
        </w:rPr>
        <w:t>Section 1: Personal Information</w:t>
      </w:r>
    </w:p>
    <w:p w:rsidR="00710D29" w:rsidRPr="002B1DF8" w:rsidRDefault="00000000">
      <w:pPr>
        <w:rPr>
          <w:sz w:val="20"/>
          <w:szCs w:val="20"/>
        </w:rPr>
      </w:pPr>
      <w:r w:rsidRPr="002B1DF8">
        <w:rPr>
          <w:sz w:val="20"/>
          <w:szCs w:val="20"/>
        </w:rPr>
        <w:t>1. Gender:</w:t>
      </w:r>
      <w:r w:rsidRPr="002B1DF8">
        <w:rPr>
          <w:sz w:val="20"/>
          <w:szCs w:val="20"/>
        </w:rPr>
        <w:br/>
        <w:t xml:space="preserve">☐ </w:t>
      </w:r>
      <w:r w:rsidR="00E53C20" w:rsidRPr="002B1DF8">
        <w:rPr>
          <w:sz w:val="20"/>
          <w:szCs w:val="20"/>
        </w:rPr>
        <w:t>Female </w:t>
      </w:r>
      <w:r w:rsidR="00E53C20"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 Male</w:t>
      </w:r>
    </w:p>
    <w:p w:rsidR="00710D29" w:rsidRPr="002B1DF8" w:rsidRDefault="00000000">
      <w:pPr>
        <w:rPr>
          <w:sz w:val="20"/>
          <w:szCs w:val="20"/>
        </w:rPr>
      </w:pPr>
      <w:r w:rsidRPr="002B1DF8">
        <w:rPr>
          <w:sz w:val="20"/>
          <w:szCs w:val="20"/>
        </w:rPr>
        <w:t>2. Which age group are you in?</w:t>
      </w:r>
      <w:r w:rsidRPr="002B1DF8">
        <w:rPr>
          <w:sz w:val="20"/>
          <w:szCs w:val="20"/>
        </w:rPr>
        <w:br/>
        <w:t>☐ Under 18 years</w:t>
      </w:r>
      <w:r w:rsidRPr="002B1DF8">
        <w:rPr>
          <w:sz w:val="20"/>
          <w:szCs w:val="20"/>
        </w:rPr>
        <w:br/>
        <w:t>☐ 18–24 years</w:t>
      </w:r>
      <w:r w:rsidRPr="002B1DF8">
        <w:rPr>
          <w:sz w:val="20"/>
          <w:szCs w:val="20"/>
        </w:rPr>
        <w:br/>
        <w:t>☐ 25–34 years</w:t>
      </w:r>
      <w:r w:rsidRPr="002B1DF8">
        <w:rPr>
          <w:sz w:val="20"/>
          <w:szCs w:val="20"/>
        </w:rPr>
        <w:br/>
        <w:t>☐ 35–44 years</w:t>
      </w:r>
      <w:r w:rsidRPr="002B1DF8">
        <w:rPr>
          <w:sz w:val="20"/>
          <w:szCs w:val="20"/>
        </w:rPr>
        <w:br/>
        <w:t>☐ 45–54 years</w:t>
      </w:r>
      <w:r w:rsidRPr="002B1DF8">
        <w:rPr>
          <w:sz w:val="20"/>
          <w:szCs w:val="20"/>
        </w:rPr>
        <w:br/>
        <w:t>☐ 55–64 years</w:t>
      </w:r>
      <w:r w:rsidRPr="002B1DF8">
        <w:rPr>
          <w:sz w:val="20"/>
          <w:szCs w:val="20"/>
        </w:rPr>
        <w:br/>
        <w:t>☐ 65 years and over</w:t>
      </w:r>
    </w:p>
    <w:p w:rsidR="00710D29" w:rsidRPr="002B1DF8" w:rsidRDefault="00000000">
      <w:pPr>
        <w:rPr>
          <w:sz w:val="20"/>
          <w:szCs w:val="20"/>
        </w:rPr>
      </w:pPr>
      <w:r w:rsidRPr="002B1DF8">
        <w:rPr>
          <w:sz w:val="20"/>
          <w:szCs w:val="20"/>
        </w:rPr>
        <w:t>3. What is your highest level of education?</w:t>
      </w:r>
      <w:r w:rsidRPr="002B1DF8">
        <w:rPr>
          <w:sz w:val="20"/>
          <w:szCs w:val="20"/>
        </w:rPr>
        <w:br/>
        <w:t>☐ High school diploma or below</w:t>
      </w:r>
      <w:r w:rsidRPr="002B1DF8">
        <w:rPr>
          <w:sz w:val="20"/>
          <w:szCs w:val="20"/>
        </w:rPr>
        <w:br/>
        <w:t>☐ Associate degree</w:t>
      </w:r>
      <w:r w:rsidRPr="002B1DF8">
        <w:rPr>
          <w:sz w:val="20"/>
          <w:szCs w:val="20"/>
        </w:rPr>
        <w:br/>
        <w:t>☐ Bachelor’s degree</w:t>
      </w:r>
      <w:r w:rsidRPr="002B1DF8">
        <w:rPr>
          <w:sz w:val="20"/>
          <w:szCs w:val="20"/>
        </w:rPr>
        <w:br/>
        <w:t>☐ Master’s degree</w:t>
      </w:r>
      <w:r w:rsidRPr="002B1DF8">
        <w:rPr>
          <w:sz w:val="20"/>
          <w:szCs w:val="20"/>
        </w:rPr>
        <w:br/>
        <w:t>☐ Doctorate</w:t>
      </w:r>
    </w:p>
    <w:p w:rsidR="00710D29" w:rsidRPr="002B1DF8" w:rsidRDefault="00000000">
      <w:pPr>
        <w:rPr>
          <w:sz w:val="20"/>
          <w:szCs w:val="20"/>
        </w:rPr>
      </w:pPr>
      <w:r w:rsidRPr="002B1DF8">
        <w:rPr>
          <w:sz w:val="20"/>
          <w:szCs w:val="20"/>
        </w:rPr>
        <w:t>4. Is your education or occupation related to green spaces (agriculture, horticulture, landscape engineering, landscape architecture, etc.)?</w:t>
      </w:r>
      <w:r w:rsidRPr="002B1DF8">
        <w:rPr>
          <w:sz w:val="20"/>
          <w:szCs w:val="20"/>
        </w:rPr>
        <w:br/>
        <w:t xml:space="preserve">☐ </w:t>
      </w:r>
      <w:proofErr w:type="gramStart"/>
      <w:r w:rsidRPr="002B1DF8">
        <w:rPr>
          <w:sz w:val="20"/>
          <w:szCs w:val="20"/>
        </w:rPr>
        <w:t>Yes  ☐</w:t>
      </w:r>
      <w:proofErr w:type="gramEnd"/>
      <w:r w:rsidRPr="002B1DF8">
        <w:rPr>
          <w:sz w:val="20"/>
          <w:szCs w:val="20"/>
        </w:rPr>
        <w:t xml:space="preserve"> No</w:t>
      </w:r>
    </w:p>
    <w:p w:rsidR="00710D29" w:rsidRPr="002B1DF8" w:rsidRDefault="00000000">
      <w:pPr>
        <w:rPr>
          <w:sz w:val="20"/>
          <w:szCs w:val="20"/>
        </w:rPr>
      </w:pPr>
      <w:r w:rsidRPr="002B1DF8">
        <w:rPr>
          <w:sz w:val="20"/>
          <w:szCs w:val="20"/>
        </w:rPr>
        <w:t>5. What is your household income?</w:t>
      </w:r>
      <w:r w:rsidRPr="002B1DF8">
        <w:rPr>
          <w:sz w:val="20"/>
          <w:szCs w:val="20"/>
        </w:rPr>
        <w:br/>
        <w:t>☐ Less than 15 million</w:t>
      </w:r>
      <w:r w:rsidR="001B2709" w:rsidRPr="002B1DF8">
        <w:rPr>
          <w:sz w:val="20"/>
          <w:szCs w:val="20"/>
        </w:rPr>
        <w:t xml:space="preserve"> tomans</w:t>
      </w:r>
      <w:r w:rsidRPr="002B1DF8">
        <w:rPr>
          <w:sz w:val="20"/>
          <w:szCs w:val="20"/>
        </w:rPr>
        <w:br/>
        <w:t>☐ Between 15 and 25 million</w:t>
      </w:r>
      <w:r w:rsidR="001B2709" w:rsidRPr="002B1DF8">
        <w:rPr>
          <w:sz w:val="20"/>
          <w:szCs w:val="20"/>
        </w:rPr>
        <w:t xml:space="preserve"> tomans</w:t>
      </w:r>
      <w:r w:rsidRPr="002B1DF8">
        <w:rPr>
          <w:sz w:val="20"/>
          <w:szCs w:val="20"/>
        </w:rPr>
        <w:br/>
        <w:t>☐ Between 25 and 40 million</w:t>
      </w:r>
      <w:r w:rsidR="001B2709" w:rsidRPr="002B1DF8">
        <w:rPr>
          <w:sz w:val="20"/>
          <w:szCs w:val="20"/>
        </w:rPr>
        <w:t xml:space="preserve"> tomans</w:t>
      </w:r>
      <w:r w:rsidRPr="002B1DF8">
        <w:rPr>
          <w:sz w:val="20"/>
          <w:szCs w:val="20"/>
        </w:rPr>
        <w:br/>
        <w:t>☐ Between 40 and 60 million</w:t>
      </w:r>
      <w:r w:rsidR="001B2709" w:rsidRPr="002B1DF8">
        <w:rPr>
          <w:sz w:val="20"/>
          <w:szCs w:val="20"/>
        </w:rPr>
        <w:t xml:space="preserve"> tomans</w:t>
      </w:r>
      <w:r w:rsidRPr="002B1DF8">
        <w:rPr>
          <w:sz w:val="20"/>
          <w:szCs w:val="20"/>
        </w:rPr>
        <w:br/>
        <w:t>☐ More than 60 million</w:t>
      </w:r>
      <w:r w:rsidR="001B2709" w:rsidRPr="002B1DF8">
        <w:rPr>
          <w:sz w:val="20"/>
          <w:szCs w:val="20"/>
        </w:rPr>
        <w:t xml:space="preserve"> tomans</w:t>
      </w:r>
    </w:p>
    <w:p w:rsidR="00710D29" w:rsidRPr="002B1DF8" w:rsidRDefault="00000000">
      <w:pPr>
        <w:rPr>
          <w:sz w:val="20"/>
          <w:szCs w:val="20"/>
        </w:rPr>
      </w:pPr>
      <w:r w:rsidRPr="002B1DF8">
        <w:rPr>
          <w:sz w:val="20"/>
          <w:szCs w:val="20"/>
        </w:rPr>
        <w:t>6. In which province of Iran have you lived in the past five years?</w:t>
      </w:r>
      <w:r w:rsidRPr="002B1DF8">
        <w:rPr>
          <w:sz w:val="20"/>
          <w:szCs w:val="20"/>
        </w:rPr>
        <w:br/>
        <w:t>__________________________</w:t>
      </w:r>
    </w:p>
    <w:p w:rsidR="00710D29" w:rsidRPr="002B1DF8" w:rsidRDefault="00000000">
      <w:pPr>
        <w:rPr>
          <w:sz w:val="20"/>
          <w:szCs w:val="20"/>
        </w:rPr>
      </w:pPr>
      <w:r w:rsidRPr="002B1DF8">
        <w:rPr>
          <w:sz w:val="20"/>
          <w:szCs w:val="20"/>
        </w:rPr>
        <w:t>7. What is your city of residence?</w:t>
      </w:r>
      <w:r w:rsidRPr="002B1DF8">
        <w:rPr>
          <w:sz w:val="20"/>
          <w:szCs w:val="20"/>
        </w:rPr>
        <w:br/>
        <w:t>__________________________</w:t>
      </w:r>
    </w:p>
    <w:p w:rsidR="00710D29" w:rsidRPr="002B1DF8" w:rsidRDefault="00000000">
      <w:pPr>
        <w:rPr>
          <w:sz w:val="20"/>
          <w:szCs w:val="20"/>
        </w:rPr>
      </w:pPr>
      <w:r w:rsidRPr="002B1DF8">
        <w:rPr>
          <w:sz w:val="20"/>
          <w:szCs w:val="20"/>
        </w:rPr>
        <w:t>8. What type of area is your residence located in?</w:t>
      </w:r>
      <w:r w:rsidRPr="002B1DF8">
        <w:rPr>
          <w:sz w:val="20"/>
          <w:szCs w:val="20"/>
        </w:rPr>
        <w:br/>
        <w:t>☐ Urban</w:t>
      </w:r>
      <w:r w:rsidRPr="002B1DF8">
        <w:rPr>
          <w:sz w:val="20"/>
          <w:szCs w:val="20"/>
        </w:rPr>
        <w:br/>
        <w:t>☐ Suburban</w:t>
      </w:r>
      <w:r w:rsidRPr="002B1DF8">
        <w:rPr>
          <w:sz w:val="20"/>
          <w:szCs w:val="20"/>
        </w:rPr>
        <w:br/>
        <w:t>☐ Rural</w:t>
      </w:r>
    </w:p>
    <w:p w:rsidR="00710D29" w:rsidRPr="002B1DF8" w:rsidRDefault="00000000">
      <w:pPr>
        <w:rPr>
          <w:sz w:val="20"/>
          <w:szCs w:val="20"/>
        </w:rPr>
      </w:pPr>
      <w:r w:rsidRPr="002B1DF8">
        <w:rPr>
          <w:sz w:val="20"/>
          <w:szCs w:val="20"/>
        </w:rPr>
        <w:lastRenderedPageBreak/>
        <w:t>9. Which climatic region is your residence located in?</w:t>
      </w:r>
      <w:r w:rsidRPr="002B1DF8">
        <w:rPr>
          <w:sz w:val="20"/>
          <w:szCs w:val="20"/>
        </w:rPr>
        <w:br/>
        <w:t>☐ Temperate and humid</w:t>
      </w:r>
      <w:r w:rsidRPr="002B1DF8">
        <w:rPr>
          <w:sz w:val="20"/>
          <w:szCs w:val="20"/>
        </w:rPr>
        <w:br/>
        <w:t>☐ semi-arid mountainous</w:t>
      </w:r>
      <w:r w:rsidRPr="002B1DF8">
        <w:rPr>
          <w:sz w:val="20"/>
          <w:szCs w:val="20"/>
        </w:rPr>
        <w:br/>
        <w:t xml:space="preserve">☐ Hot and dry </w:t>
      </w:r>
      <w:r w:rsidRPr="002B1DF8">
        <w:rPr>
          <w:sz w:val="20"/>
          <w:szCs w:val="20"/>
        </w:rPr>
        <w:br/>
        <w:t>☐ Humid southern coast</w:t>
      </w:r>
      <w:r w:rsidR="00DA1061" w:rsidRPr="002B1DF8">
        <w:rPr>
          <w:sz w:val="20"/>
          <w:szCs w:val="20"/>
        </w:rPr>
        <w:t>s</w:t>
      </w:r>
    </w:p>
    <w:p w:rsidR="00710D29" w:rsidRPr="002B1DF8" w:rsidRDefault="00000000">
      <w:pPr>
        <w:rPr>
          <w:sz w:val="20"/>
          <w:szCs w:val="20"/>
        </w:rPr>
      </w:pPr>
      <w:r w:rsidRPr="002B1DF8">
        <w:rPr>
          <w:sz w:val="20"/>
          <w:szCs w:val="20"/>
        </w:rPr>
        <w:t>10. What type of house do you live in?</w:t>
      </w:r>
      <w:r w:rsidRPr="002B1DF8">
        <w:rPr>
          <w:sz w:val="20"/>
          <w:szCs w:val="20"/>
        </w:rPr>
        <w:br/>
        <w:t>☐ Apartment</w:t>
      </w:r>
      <w:r w:rsidRPr="002B1DF8">
        <w:rPr>
          <w:sz w:val="20"/>
          <w:szCs w:val="20"/>
        </w:rPr>
        <w:br/>
        <w:t>☐ Villa</w:t>
      </w:r>
      <w:r w:rsidRPr="002B1DF8">
        <w:rPr>
          <w:sz w:val="20"/>
          <w:szCs w:val="20"/>
        </w:rPr>
        <w:br/>
        <w:t>☐ Row house</w:t>
      </w:r>
      <w:r w:rsidRPr="002B1DF8">
        <w:rPr>
          <w:sz w:val="20"/>
          <w:szCs w:val="20"/>
        </w:rPr>
        <w:br/>
        <w:t>☐ Rural house</w:t>
      </w:r>
      <w:r w:rsidRPr="002B1DF8">
        <w:rPr>
          <w:sz w:val="20"/>
          <w:szCs w:val="20"/>
        </w:rPr>
        <w:br/>
        <w:t>☐ Other (please specify): __________________________</w:t>
      </w:r>
    </w:p>
    <w:p w:rsidR="00710D29" w:rsidRPr="002B1DF8" w:rsidRDefault="00000000">
      <w:pPr>
        <w:rPr>
          <w:sz w:val="20"/>
          <w:szCs w:val="20"/>
        </w:rPr>
      </w:pPr>
      <w:r w:rsidRPr="002B1DF8">
        <w:rPr>
          <w:sz w:val="20"/>
          <w:szCs w:val="20"/>
        </w:rPr>
        <w:t>11. What is the approximate size of your garden/green space?</w:t>
      </w:r>
      <w:r w:rsidRPr="002B1DF8">
        <w:rPr>
          <w:sz w:val="20"/>
          <w:szCs w:val="20"/>
        </w:rPr>
        <w:br/>
        <w:t>☐ Less than 100 m²</w:t>
      </w:r>
      <w:r w:rsidRPr="002B1DF8">
        <w:rPr>
          <w:sz w:val="20"/>
          <w:szCs w:val="20"/>
        </w:rPr>
        <w:br/>
        <w:t>☐ Between 100 and 500 m²</w:t>
      </w:r>
      <w:r w:rsidRPr="002B1DF8">
        <w:rPr>
          <w:sz w:val="20"/>
          <w:szCs w:val="20"/>
        </w:rPr>
        <w:br/>
        <w:t>☐ Between 500 and 1,000 m²</w:t>
      </w:r>
      <w:r w:rsidRPr="002B1DF8">
        <w:rPr>
          <w:sz w:val="20"/>
          <w:szCs w:val="20"/>
        </w:rPr>
        <w:br/>
        <w:t>☐ More than 1,000 m²</w:t>
      </w:r>
    </w:p>
    <w:p w:rsidR="00FB1726" w:rsidRPr="002B1DF8" w:rsidRDefault="00CF6F2F" w:rsidP="00FB1726">
      <w:pPr>
        <w:pStyle w:val="Heading1"/>
        <w:rPr>
          <w:sz w:val="20"/>
          <w:szCs w:val="20"/>
        </w:rPr>
      </w:pPr>
      <w:r w:rsidRPr="002B1DF8">
        <w:rPr>
          <w:sz w:val="20"/>
          <w:szCs w:val="20"/>
        </w:rPr>
        <w:t xml:space="preserve">Section </w:t>
      </w:r>
      <w:r w:rsidRPr="002B1DF8">
        <w:rPr>
          <w:sz w:val="20"/>
          <w:szCs w:val="20"/>
        </w:rPr>
        <w:t>2</w:t>
      </w:r>
      <w:r w:rsidRPr="002B1DF8">
        <w:rPr>
          <w:sz w:val="20"/>
          <w:szCs w:val="20"/>
        </w:rPr>
        <w:t xml:space="preserve">: </w:t>
      </w:r>
      <w:r w:rsidR="00990050" w:rsidRPr="002B1DF8">
        <w:rPr>
          <w:sz w:val="20"/>
          <w:szCs w:val="20"/>
        </w:rPr>
        <w:t xml:space="preserve"> Climate Change </w:t>
      </w:r>
      <w:r w:rsidR="00FB1726" w:rsidRPr="002B1DF8">
        <w:rPr>
          <w:sz w:val="20"/>
          <w:szCs w:val="20"/>
        </w:rPr>
        <w:t xml:space="preserve">Experience &amp; </w:t>
      </w:r>
      <w:r w:rsidR="00990050" w:rsidRPr="002B1DF8">
        <w:rPr>
          <w:sz w:val="20"/>
          <w:szCs w:val="20"/>
        </w:rPr>
        <w:t>Risk Perception</w:t>
      </w:r>
    </w:p>
    <w:p w:rsidR="00FB1726" w:rsidRPr="002B1DF8" w:rsidRDefault="00FB1726" w:rsidP="00FB1726">
      <w:pPr>
        <w:rPr>
          <w:sz w:val="20"/>
          <w:szCs w:val="20"/>
        </w:rPr>
      </w:pPr>
    </w:p>
    <w:p w:rsidR="00FB1726" w:rsidRPr="002B1DF8" w:rsidRDefault="00FB1726" w:rsidP="00FB1726">
      <w:pPr>
        <w:jc w:val="both"/>
        <w:rPr>
          <w:sz w:val="20"/>
          <w:szCs w:val="20"/>
        </w:rPr>
      </w:pPr>
      <w:r w:rsidRPr="002B1DF8">
        <w:rPr>
          <w:sz w:val="20"/>
          <w:szCs w:val="20"/>
        </w:rPr>
        <w:t>To what extent have you experienced climate change effects such as droughts, floods, heatwaves, severe storms, or unusual cold events in recent years?</w:t>
      </w:r>
    </w:p>
    <w:p w:rsidR="00FB1726" w:rsidRPr="002B1DF8" w:rsidRDefault="00FB1726" w:rsidP="00FB1726">
      <w:pPr>
        <w:jc w:val="both"/>
        <w:rPr>
          <w:sz w:val="20"/>
          <w:szCs w:val="20"/>
        </w:rPr>
      </w:pPr>
      <w:r w:rsidRPr="002B1DF8">
        <w:rPr>
          <w:sz w:val="20"/>
          <w:szCs w:val="20"/>
        </w:rPr>
        <w:t>Very Little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 Little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 Moderate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 Much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> Very Much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In your opinion, how likely is each of the following to occur in the next 50 years due to global warming?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1. Around the world, the standard of living for many people will decline.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Not at All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 Unlikely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 Moderately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 Very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 Certain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2. There will be global water shortages.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Not at All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 Unlikely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 Moderately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 Very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 Certain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3. The global rate of serious diseases will increase.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Not at All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 Unlikely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 Moderately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 Very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 Certain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4. My personal standard of living will decline.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Not at All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 Unlikely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 Moderately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 Very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 Certain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5. Drought and water shortages will occur where I live.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lastRenderedPageBreak/>
        <w:t xml:space="preserve">Not at All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 Unlikely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 Moderately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 Very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 Certain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6. My personal risk of developing a serious disease will increase.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Not at All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 Unlikely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 Moderately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 Very Likely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 Certain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7. To what extent do you believe global warming poses a serious threat to non-human nature?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Not a Threat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 Slightly Serious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 Moderately Serious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 Very Serious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 Extremely Serious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8. How seriously do you view the current impacts of global warming worldwide?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Not a Threat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 Slightly Serious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 Moderately Serious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 Very Serious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 Extremely Serious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990050" w:rsidRDefault="00990050" w:rsidP="00990050">
      <w:pPr>
        <w:pStyle w:val="Heading2"/>
        <w:rPr>
          <w:sz w:val="20"/>
          <w:szCs w:val="20"/>
        </w:rPr>
      </w:pPr>
      <w:r w:rsidRPr="002B1DF8">
        <w:rPr>
          <w:sz w:val="20"/>
          <w:szCs w:val="20"/>
        </w:rPr>
        <w:t xml:space="preserve">Section 3: </w:t>
      </w:r>
      <w:r w:rsidRPr="002B1DF8">
        <w:rPr>
          <w:sz w:val="20"/>
          <w:szCs w:val="20"/>
        </w:rPr>
        <w:t>Climate Change Belief</w:t>
      </w:r>
      <w:r w:rsidRPr="002B1DF8">
        <w:rPr>
          <w:sz w:val="20"/>
          <w:szCs w:val="20"/>
        </w:rPr>
        <w:t xml:space="preserve"> </w:t>
      </w:r>
    </w:p>
    <w:p w:rsidR="002B1DF8" w:rsidRPr="002B1DF8" w:rsidRDefault="002B1DF8" w:rsidP="002B1DF8"/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To what extent do you agree with each of the following statements?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1. Climate change is happening.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Strongly 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 Neutral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 Strongly 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2. Climate change is primarily caused by human activities.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Strongly 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 Neutral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 Strongly 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3. How personally worried are you about climate change?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Very Little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 Little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 Moderate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 Much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 Very Much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990050" w:rsidRDefault="00990050" w:rsidP="00990050">
      <w:pPr>
        <w:pStyle w:val="Heading2"/>
        <w:rPr>
          <w:sz w:val="20"/>
          <w:szCs w:val="20"/>
        </w:rPr>
      </w:pPr>
      <w:r w:rsidRPr="002B1DF8">
        <w:rPr>
          <w:sz w:val="20"/>
          <w:szCs w:val="20"/>
        </w:rPr>
        <w:t xml:space="preserve">Section 4: </w:t>
      </w:r>
      <w:r w:rsidRPr="002B1DF8">
        <w:rPr>
          <w:sz w:val="20"/>
          <w:szCs w:val="20"/>
        </w:rPr>
        <w:t>Environmental Efficacy</w:t>
      </w:r>
      <w:r w:rsidRPr="002B1DF8">
        <w:rPr>
          <w:sz w:val="20"/>
          <w:szCs w:val="20"/>
        </w:rPr>
        <w:t xml:space="preserve"> </w:t>
      </w:r>
      <w:r w:rsidRPr="002B1DF8">
        <w:rPr>
          <w:sz w:val="20"/>
          <w:szCs w:val="20"/>
        </w:rPr>
        <w:t xml:space="preserve">To what extent </w:t>
      </w:r>
      <w:proofErr w:type="gramStart"/>
      <w:r w:rsidRPr="002B1DF8">
        <w:rPr>
          <w:sz w:val="20"/>
          <w:szCs w:val="20"/>
        </w:rPr>
        <w:t>do</w:t>
      </w:r>
      <w:proofErr w:type="gramEnd"/>
      <w:r w:rsidRPr="002B1DF8">
        <w:rPr>
          <w:sz w:val="20"/>
          <w:szCs w:val="20"/>
        </w:rPr>
        <w:t xml:space="preserve"> you agree with each of the following statements?</w:t>
      </w:r>
    </w:p>
    <w:p w:rsidR="002B1DF8" w:rsidRPr="002B1DF8" w:rsidRDefault="002B1DF8" w:rsidP="002B1DF8"/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1. As long as actions are taken to reduce global warming, climate change can be effectively reduced.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Strongly 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 Neutral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 Strongly 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2. I believe I have the ability to take actions to reduce global warming and prevent climate change.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Strongly 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 Neutral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 Strongly 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3. Although it may cause inconvenience, I can change my behavior to help reduce global warming.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Strongly 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 Neutral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 Strongly 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>4. I can do everything in my power and in every way possible to reduce global warming.</w:t>
      </w:r>
    </w:p>
    <w:p w:rsidR="00990050" w:rsidRPr="002B1DF8" w:rsidRDefault="00990050" w:rsidP="00990050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Strongly 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 Neutral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 Strongly 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0E0D6E" w:rsidRPr="002B1DF8" w:rsidRDefault="000E0D6E" w:rsidP="000E0D6E">
      <w:pPr>
        <w:pStyle w:val="Heading1"/>
        <w:rPr>
          <w:sz w:val="20"/>
          <w:szCs w:val="20"/>
        </w:rPr>
      </w:pPr>
      <w:bookmarkStart w:id="0" w:name="_Hlk198976952"/>
      <w:r w:rsidRPr="002B1DF8">
        <w:rPr>
          <w:sz w:val="20"/>
          <w:szCs w:val="20"/>
        </w:rPr>
        <w:lastRenderedPageBreak/>
        <w:t xml:space="preserve">Section </w:t>
      </w:r>
      <w:r w:rsidR="00CF6F2F" w:rsidRPr="002B1DF8">
        <w:rPr>
          <w:sz w:val="20"/>
          <w:szCs w:val="20"/>
        </w:rPr>
        <w:t>5</w:t>
      </w:r>
      <w:r w:rsidRPr="002B1DF8">
        <w:rPr>
          <w:sz w:val="20"/>
          <w:szCs w:val="20"/>
        </w:rPr>
        <w:t>: Water Conservation Practices in the Garden/Yard</w:t>
      </w:r>
    </w:p>
    <w:bookmarkEnd w:id="0"/>
    <w:p w:rsidR="000E0D6E" w:rsidRPr="002B1DF8" w:rsidRDefault="000E0D6E" w:rsidP="000E0D6E">
      <w:pPr>
        <w:rPr>
          <w:sz w:val="20"/>
          <w:szCs w:val="20"/>
        </w:rPr>
      </w:pPr>
      <w:r w:rsidRPr="002B1DF8">
        <w:rPr>
          <w:sz w:val="20"/>
          <w:szCs w:val="20"/>
        </w:rPr>
        <w:t>To what extent do you agree with each of the following statements?</w:t>
      </w:r>
    </w:p>
    <w:p w:rsidR="000E0D6E" w:rsidRPr="002B1DF8" w:rsidRDefault="000E0D6E" w:rsidP="000E0D6E">
      <w:pPr>
        <w:rPr>
          <w:sz w:val="20"/>
          <w:szCs w:val="20"/>
        </w:rPr>
      </w:pPr>
      <w:r w:rsidRPr="002B1DF8">
        <w:rPr>
          <w:sz w:val="20"/>
          <w:szCs w:val="20"/>
        </w:rPr>
        <w:t>1. "I currently choose my garden plants consciously based on their water needs."</w:t>
      </w:r>
    </w:p>
    <w:p w:rsidR="000E0D6E" w:rsidRPr="002B1DF8" w:rsidRDefault="000E0D6E" w:rsidP="000E0D6E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Strongly </w:t>
      </w:r>
      <w:r w:rsidR="002E57DA" w:rsidRPr="002B1DF8">
        <w:rPr>
          <w:sz w:val="20"/>
          <w:szCs w:val="20"/>
        </w:rPr>
        <w:t>Disagree</w:t>
      </w:r>
      <w:r w:rsidRPr="002B1DF8">
        <w:rPr>
          <w:sz w:val="20"/>
          <w:szCs w:val="20"/>
        </w:rPr>
        <w:t xml:space="preserve"> </w:t>
      </w:r>
      <w:r w:rsidR="002E57DA" w:rsidRPr="002B1DF8">
        <w:rPr>
          <w:rFonts w:ascii="Segoe UI Symbol" w:hAnsi="Segoe UI Symbol" w:cs="Segoe UI Symbol"/>
          <w:sz w:val="20"/>
          <w:szCs w:val="20"/>
        </w:rPr>
        <w:t>☐</w:t>
      </w:r>
      <w:r w:rsidR="002E57DA" w:rsidRPr="002B1DF8">
        <w:rPr>
          <w:sz w:val="20"/>
          <w:szCs w:val="20"/>
        </w:rPr>
        <w:t> Disagree</w:t>
      </w:r>
      <w:r w:rsidRPr="002B1DF8">
        <w:rPr>
          <w:sz w:val="20"/>
          <w:szCs w:val="20"/>
        </w:rPr>
        <w:t xml:space="preserve">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 Neutral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> </w:t>
      </w:r>
      <w:r w:rsidR="002E57DA" w:rsidRPr="002B1DF8">
        <w:rPr>
          <w:sz w:val="20"/>
          <w:szCs w:val="20"/>
        </w:rPr>
        <w:t>A</w:t>
      </w:r>
      <w:r w:rsidRPr="002B1DF8">
        <w:rPr>
          <w:sz w:val="20"/>
          <w:szCs w:val="20"/>
        </w:rPr>
        <w:t xml:space="preserve">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 Strongly </w:t>
      </w:r>
      <w:r w:rsidR="002E57DA" w:rsidRPr="002B1DF8">
        <w:rPr>
          <w:sz w:val="20"/>
          <w:szCs w:val="20"/>
        </w:rPr>
        <w:t>A</w:t>
      </w:r>
      <w:r w:rsidRPr="002B1DF8">
        <w:rPr>
          <w:sz w:val="20"/>
          <w:szCs w:val="20"/>
        </w:rPr>
        <w:t xml:space="preserve">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0E0D6E" w:rsidRPr="002B1DF8" w:rsidRDefault="000E0D6E" w:rsidP="000E0D6E">
      <w:pPr>
        <w:rPr>
          <w:sz w:val="20"/>
          <w:szCs w:val="20"/>
        </w:rPr>
      </w:pPr>
      <w:r w:rsidRPr="002B1DF8">
        <w:rPr>
          <w:sz w:val="20"/>
          <w:szCs w:val="20"/>
        </w:rPr>
        <w:t>2. "I currently plant drought-resistant species in my garden consciously."</w:t>
      </w:r>
    </w:p>
    <w:p w:rsidR="002E57DA" w:rsidRPr="002B1DF8" w:rsidRDefault="002E57DA" w:rsidP="002E57DA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Strongly 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 Neutral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 Strongly 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0E0D6E" w:rsidRPr="002B1DF8" w:rsidRDefault="000E0D6E" w:rsidP="000E0D6E">
      <w:pPr>
        <w:rPr>
          <w:sz w:val="20"/>
          <w:szCs w:val="20"/>
        </w:rPr>
      </w:pPr>
      <w:r w:rsidRPr="002B1DF8">
        <w:rPr>
          <w:sz w:val="20"/>
          <w:szCs w:val="20"/>
        </w:rPr>
        <w:t>3. "I currently group plants with similar water needs together in the garden to save water."</w:t>
      </w:r>
    </w:p>
    <w:p w:rsidR="002E57DA" w:rsidRPr="002B1DF8" w:rsidRDefault="002E57DA" w:rsidP="002E57DA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Strongly 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 Neutral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 Strongly 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0E0D6E" w:rsidRPr="002B1DF8" w:rsidRDefault="000E0D6E" w:rsidP="000E0D6E">
      <w:pPr>
        <w:rPr>
          <w:sz w:val="20"/>
          <w:szCs w:val="20"/>
        </w:rPr>
      </w:pPr>
      <w:r w:rsidRPr="002B1DF8">
        <w:rPr>
          <w:sz w:val="20"/>
          <w:szCs w:val="20"/>
        </w:rPr>
        <w:t>4. "I currently avoid planting lawn/grass areas in my garden to save water."</w:t>
      </w:r>
    </w:p>
    <w:p w:rsidR="002E57DA" w:rsidRPr="002B1DF8" w:rsidRDefault="002E57DA" w:rsidP="002E57DA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Strongly 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 Neutral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 Strongly 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0E0D6E" w:rsidRPr="002B1DF8" w:rsidRDefault="000E0D6E" w:rsidP="000E0D6E">
      <w:pPr>
        <w:rPr>
          <w:sz w:val="20"/>
          <w:szCs w:val="20"/>
        </w:rPr>
      </w:pPr>
      <w:r w:rsidRPr="002B1DF8">
        <w:rPr>
          <w:sz w:val="20"/>
          <w:szCs w:val="20"/>
        </w:rPr>
        <w:t>5. "I currently use greywater for irrigating my garden/yard."</w:t>
      </w:r>
    </w:p>
    <w:p w:rsidR="002E57DA" w:rsidRPr="002B1DF8" w:rsidRDefault="002E57DA" w:rsidP="002E57DA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Strongly 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 Neutral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 Strongly 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0E0D6E" w:rsidRPr="002B1DF8" w:rsidRDefault="000E0D6E" w:rsidP="000E0D6E">
      <w:pPr>
        <w:rPr>
          <w:sz w:val="20"/>
          <w:szCs w:val="20"/>
        </w:rPr>
      </w:pPr>
      <w:r w:rsidRPr="002B1DF8">
        <w:rPr>
          <w:sz w:val="20"/>
          <w:szCs w:val="20"/>
        </w:rPr>
        <w:t>6. "I currently use mulch in my garden to retain soil moisture."</w:t>
      </w:r>
    </w:p>
    <w:p w:rsidR="002E57DA" w:rsidRPr="002B1DF8" w:rsidRDefault="002E57DA" w:rsidP="002E57DA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Strongly 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 Neutral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 Strongly 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0E0D6E" w:rsidRPr="002B1DF8" w:rsidRDefault="000E0D6E" w:rsidP="000E0D6E">
      <w:pPr>
        <w:rPr>
          <w:sz w:val="20"/>
          <w:szCs w:val="20"/>
        </w:rPr>
      </w:pPr>
      <w:r w:rsidRPr="002B1DF8">
        <w:rPr>
          <w:sz w:val="20"/>
          <w:szCs w:val="20"/>
        </w:rPr>
        <w:t>7. "I currently use a drip irrigation system for my garden."</w:t>
      </w:r>
    </w:p>
    <w:p w:rsidR="002E57DA" w:rsidRPr="002B1DF8" w:rsidRDefault="002E57DA" w:rsidP="002E57DA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Strongly 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 Neutral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 Strongly 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0E0D6E" w:rsidRPr="002B1DF8" w:rsidRDefault="000E0D6E" w:rsidP="000E0D6E">
      <w:pPr>
        <w:rPr>
          <w:sz w:val="20"/>
          <w:szCs w:val="20"/>
        </w:rPr>
      </w:pPr>
      <w:r w:rsidRPr="002B1DF8">
        <w:rPr>
          <w:sz w:val="20"/>
          <w:szCs w:val="20"/>
        </w:rPr>
        <w:t>8. "I currently collect and use rainwater to irrigate my garden."</w:t>
      </w:r>
    </w:p>
    <w:p w:rsidR="002E57DA" w:rsidRPr="002B1DF8" w:rsidRDefault="002E57DA" w:rsidP="002E57DA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Strongly 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 Neutral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 Strongly 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p w:rsidR="000E0D6E" w:rsidRPr="002B1DF8" w:rsidRDefault="000E0D6E" w:rsidP="000E0D6E">
      <w:pPr>
        <w:rPr>
          <w:sz w:val="20"/>
          <w:szCs w:val="20"/>
        </w:rPr>
      </w:pPr>
      <w:r w:rsidRPr="002B1DF8">
        <w:rPr>
          <w:sz w:val="20"/>
          <w:szCs w:val="20"/>
        </w:rPr>
        <w:t>9. "I currently water my garden in the early morning before sunrise, in the evening after sunset, or at night."</w:t>
      </w:r>
    </w:p>
    <w:p w:rsidR="000E0D6E" w:rsidRPr="002B1DF8" w:rsidRDefault="002E57DA" w:rsidP="00871335">
      <w:pPr>
        <w:rPr>
          <w:sz w:val="20"/>
          <w:szCs w:val="20"/>
        </w:rPr>
      </w:pPr>
      <w:r w:rsidRPr="002B1DF8">
        <w:rPr>
          <w:sz w:val="20"/>
          <w:szCs w:val="20"/>
        </w:rPr>
        <w:t xml:space="preserve">Strongly 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 Disagree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 Neutral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  <w:r w:rsidRPr="002B1DF8">
        <w:rPr>
          <w:sz w:val="20"/>
          <w:szCs w:val="20"/>
        </w:rPr>
        <w:t xml:space="preserve"> Strongly Agree </w:t>
      </w:r>
      <w:r w:rsidRPr="002B1DF8">
        <w:rPr>
          <w:rFonts w:ascii="Segoe UI Symbol" w:hAnsi="Segoe UI Symbol" w:cs="Segoe UI Symbol"/>
          <w:sz w:val="20"/>
          <w:szCs w:val="20"/>
        </w:rPr>
        <w:t>☐</w:t>
      </w:r>
    </w:p>
    <w:sectPr w:rsidR="000E0D6E" w:rsidRPr="002B1DF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0958341">
    <w:abstractNumId w:val="8"/>
  </w:num>
  <w:num w:numId="2" w16cid:durableId="26831085">
    <w:abstractNumId w:val="6"/>
  </w:num>
  <w:num w:numId="3" w16cid:durableId="695735877">
    <w:abstractNumId w:val="5"/>
  </w:num>
  <w:num w:numId="4" w16cid:durableId="1608346216">
    <w:abstractNumId w:val="4"/>
  </w:num>
  <w:num w:numId="5" w16cid:durableId="1981618698">
    <w:abstractNumId w:val="7"/>
  </w:num>
  <w:num w:numId="6" w16cid:durableId="1444347937">
    <w:abstractNumId w:val="3"/>
  </w:num>
  <w:num w:numId="7" w16cid:durableId="834102878">
    <w:abstractNumId w:val="2"/>
  </w:num>
  <w:num w:numId="8" w16cid:durableId="1870752717">
    <w:abstractNumId w:val="1"/>
  </w:num>
  <w:num w:numId="9" w16cid:durableId="2006084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37B"/>
    <w:rsid w:val="000E0D6E"/>
    <w:rsid w:val="000F3946"/>
    <w:rsid w:val="0015074B"/>
    <w:rsid w:val="001B2709"/>
    <w:rsid w:val="0029639D"/>
    <w:rsid w:val="002B1DF8"/>
    <w:rsid w:val="002E57DA"/>
    <w:rsid w:val="00326F90"/>
    <w:rsid w:val="00531531"/>
    <w:rsid w:val="00710D29"/>
    <w:rsid w:val="00871335"/>
    <w:rsid w:val="00990050"/>
    <w:rsid w:val="00991F2D"/>
    <w:rsid w:val="00AA1D8D"/>
    <w:rsid w:val="00B47730"/>
    <w:rsid w:val="00B97E1A"/>
    <w:rsid w:val="00CB0664"/>
    <w:rsid w:val="00CF6F2F"/>
    <w:rsid w:val="00DA1061"/>
    <w:rsid w:val="00E53C20"/>
    <w:rsid w:val="00FB17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/"/>
  <w:listSeparator w:val="؛"/>
  <w14:docId w14:val="079FFAE8"/>
  <w14:defaultImageDpi w14:val="300"/>
  <w15:docId w15:val="{E7277C85-E0B3-4E46-AC77-17919D4C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Anonymous</cp:lastModifiedBy>
  <cp:revision>8</cp:revision>
  <dcterms:created xsi:type="dcterms:W3CDTF">2025-05-24T07:46:00Z</dcterms:created>
  <dcterms:modified xsi:type="dcterms:W3CDTF">2025-05-24T11:57:00Z</dcterms:modified>
  <cp:category/>
</cp:coreProperties>
</file>