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842E3" w14:textId="77777777" w:rsidR="0087138D" w:rsidRPr="0020482C" w:rsidRDefault="0087138D" w:rsidP="0087138D">
      <w:pPr>
        <w:spacing w:before="200" w:line="360" w:lineRule="auto"/>
        <w:rPr>
          <w:rFonts w:eastAsia="Times New Roman" w:cs="Times New Roman"/>
          <w:b/>
          <w:bCs/>
          <w:szCs w:val="24"/>
        </w:rPr>
      </w:pPr>
      <w:bookmarkStart w:id="0" w:name="_Hlk214176852"/>
      <w:bookmarkStart w:id="1" w:name="_GoBack"/>
      <w:r w:rsidRPr="0020482C">
        <w:rPr>
          <w:rFonts w:eastAsia="Times New Roman" w:cs="Times New Roman"/>
          <w:b/>
          <w:bCs/>
          <w:szCs w:val="24"/>
        </w:rPr>
        <w:t>SUPPLEMENTAL DATA</w:t>
      </w:r>
    </w:p>
    <w:p w14:paraId="5A1ADA1A" w14:textId="61F61ECA" w:rsidR="0087138D" w:rsidRPr="0020482C" w:rsidRDefault="00E54C3C" w:rsidP="00E54C3C">
      <w:pPr>
        <w:spacing w:before="200" w:line="360" w:lineRule="auto"/>
        <w:jc w:val="both"/>
        <w:rPr>
          <w:rFonts w:eastAsia="Times New Roman" w:cs="Times New Roman"/>
          <w:bCs/>
          <w:szCs w:val="24"/>
        </w:rPr>
      </w:pPr>
      <w:r w:rsidRPr="0020482C">
        <w:rPr>
          <w:rFonts w:eastAsia="Times New Roman" w:cs="Times New Roman"/>
          <w:b/>
          <w:szCs w:val="24"/>
        </w:rPr>
        <w:t xml:space="preserve">Supplementary Table S1: </w:t>
      </w:r>
      <w:r w:rsidRPr="0020482C">
        <w:rPr>
          <w:rFonts w:eastAsia="Times New Roman" w:cs="Times New Roman"/>
          <w:bCs/>
          <w:szCs w:val="24"/>
        </w:rPr>
        <w:t>Data sources for the 237 studies selected for systematic review on urban ecology. Columns: Study; bibliographic reference.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35"/>
        <w:gridCol w:w="6205"/>
      </w:tblGrid>
      <w:tr w:rsidR="0020482C" w:rsidRPr="0020482C" w14:paraId="6830F48E" w14:textId="77777777" w:rsidTr="00A15A1C">
        <w:tc>
          <w:tcPr>
            <w:tcW w:w="2435" w:type="dxa"/>
            <w:vAlign w:val="bottom"/>
          </w:tcPr>
          <w:bookmarkEnd w:id="0"/>
          <w:p w14:paraId="49884EDF" w14:textId="77777777" w:rsidR="0087138D" w:rsidRPr="0020482C" w:rsidRDefault="0087138D" w:rsidP="0056385C">
            <w:pPr>
              <w:rPr>
                <w:sz w:val="20"/>
                <w:szCs w:val="20"/>
              </w:rPr>
            </w:pPr>
            <w:r w:rsidRPr="0020482C">
              <w:rPr>
                <w:rFonts w:eastAsia="Times New Roman" w:cs="Times New Roman"/>
                <w:b/>
                <w:sz w:val="20"/>
                <w:szCs w:val="20"/>
              </w:rPr>
              <w:t>Study</w:t>
            </w:r>
          </w:p>
        </w:tc>
        <w:tc>
          <w:tcPr>
            <w:tcW w:w="6205" w:type="dxa"/>
            <w:vAlign w:val="bottom"/>
          </w:tcPr>
          <w:p w14:paraId="0D46978F" w14:textId="77777777" w:rsidR="0087138D" w:rsidRPr="0020482C" w:rsidRDefault="0087138D" w:rsidP="0056385C">
            <w:pPr>
              <w:rPr>
                <w:sz w:val="20"/>
                <w:szCs w:val="20"/>
              </w:rPr>
            </w:pPr>
            <w:r w:rsidRPr="0020482C">
              <w:rPr>
                <w:rFonts w:eastAsia="Times New Roman" w:cs="Times New Roman"/>
                <w:b/>
                <w:sz w:val="20"/>
                <w:szCs w:val="20"/>
              </w:rPr>
              <w:t>Bibliographic reference</w:t>
            </w:r>
          </w:p>
        </w:tc>
      </w:tr>
      <w:tr w:rsidR="0020482C" w:rsidRPr="0020482C" w14:paraId="73E16C70" w14:textId="77777777" w:rsidTr="00A15A1C">
        <w:tc>
          <w:tcPr>
            <w:tcW w:w="2435" w:type="dxa"/>
          </w:tcPr>
          <w:p w14:paraId="3922E0D9" w14:textId="1F874315" w:rsidR="0087138D" w:rsidRPr="0020482C" w:rsidRDefault="00A15A1C" w:rsidP="0056385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Li et al. 2023</w:t>
            </w:r>
          </w:p>
        </w:tc>
        <w:tc>
          <w:tcPr>
            <w:tcW w:w="6205" w:type="dxa"/>
          </w:tcPr>
          <w:p w14:paraId="0A18C8F1" w14:textId="0D855C3F" w:rsidR="0087138D" w:rsidRPr="0020482C" w:rsidRDefault="00233BD5" w:rsidP="0056385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Li, R., G. </w:t>
            </w:r>
            <w:proofErr w:type="spellStart"/>
            <w:r w:rsidRPr="0020482C">
              <w:rPr>
                <w:sz w:val="20"/>
                <w:szCs w:val="20"/>
              </w:rPr>
              <w:t>Filippelli</w:t>
            </w:r>
            <w:proofErr w:type="spellEnd"/>
            <w:r w:rsidRPr="0020482C">
              <w:rPr>
                <w:sz w:val="20"/>
                <w:szCs w:val="20"/>
              </w:rPr>
              <w:t xml:space="preserve">, &amp; L. Wang, 2023. Precipitation and discharge changes drive increases in Escherichia coli concentrations in an urban stream. Science of The Total Environment 886: 163892. </w:t>
            </w:r>
            <w:hyperlink r:id="rId6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https://doi.org/10.1016/j.scitotenv.2023.163892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2AD82E6A" w14:textId="77777777" w:rsidTr="00A15A1C">
        <w:tc>
          <w:tcPr>
            <w:tcW w:w="2435" w:type="dxa"/>
          </w:tcPr>
          <w:p w14:paraId="2A09E8F1" w14:textId="23255220" w:rsidR="0087138D" w:rsidRPr="0020482C" w:rsidRDefault="00A15A1C" w:rsidP="0056385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Richmond et al. 2024</w:t>
            </w:r>
          </w:p>
        </w:tc>
        <w:tc>
          <w:tcPr>
            <w:tcW w:w="6205" w:type="dxa"/>
          </w:tcPr>
          <w:p w14:paraId="593A40E3" w14:textId="3B2E2150" w:rsidR="0087138D" w:rsidRPr="0020482C" w:rsidRDefault="00233BD5" w:rsidP="0056385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Richmond, I. C., M. C. </w:t>
            </w:r>
            <w:proofErr w:type="spellStart"/>
            <w:r w:rsidRPr="0020482C">
              <w:rPr>
                <w:sz w:val="20"/>
                <w:szCs w:val="20"/>
              </w:rPr>
              <w:t>Perron</w:t>
            </w:r>
            <w:proofErr w:type="spellEnd"/>
            <w:r w:rsidRPr="0020482C">
              <w:rPr>
                <w:sz w:val="20"/>
                <w:szCs w:val="20"/>
              </w:rPr>
              <w:t xml:space="preserve">, S. P. Boyle, &amp; F. R. Pick, 2024. Connectivity of </w:t>
            </w:r>
            <w:proofErr w:type="spellStart"/>
            <w:r w:rsidRPr="0020482C">
              <w:rPr>
                <w:sz w:val="20"/>
                <w:szCs w:val="20"/>
              </w:rPr>
              <w:t>stormwater</w:t>
            </w:r>
            <w:proofErr w:type="spellEnd"/>
            <w:r w:rsidRPr="0020482C">
              <w:rPr>
                <w:sz w:val="20"/>
                <w:szCs w:val="20"/>
              </w:rPr>
              <w:t xml:space="preserve"> ponds impacts </w:t>
            </w:r>
            <w:proofErr w:type="spellStart"/>
            <w:r w:rsidRPr="0020482C">
              <w:rPr>
                <w:sz w:val="20"/>
                <w:szCs w:val="20"/>
              </w:rPr>
              <w:t>Odonata</w:t>
            </w:r>
            <w:proofErr w:type="spellEnd"/>
            <w:r w:rsidRPr="0020482C">
              <w:rPr>
                <w:sz w:val="20"/>
                <w:szCs w:val="20"/>
              </w:rPr>
              <w:t xml:space="preserve"> abundance and species richness. Landscape Ecology 39: 63. </w:t>
            </w:r>
            <w:hyperlink r:id="rId7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https://doi.org/10.1007/s10980-024-01817-z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6B741EB7" w14:textId="77777777" w:rsidTr="00A15A1C">
        <w:tc>
          <w:tcPr>
            <w:tcW w:w="2435" w:type="dxa"/>
          </w:tcPr>
          <w:p w14:paraId="42796C34" w14:textId="69CC52C4" w:rsidR="0087138D" w:rsidRPr="0020482C" w:rsidRDefault="00A15A1C" w:rsidP="0056385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Ebhodaghe</w:t>
            </w:r>
            <w:proofErr w:type="spellEnd"/>
            <w:r w:rsidRPr="0020482C">
              <w:rPr>
                <w:sz w:val="20"/>
                <w:szCs w:val="20"/>
              </w:rPr>
              <w:t xml:space="preserve"> et al. 2024</w:t>
            </w:r>
          </w:p>
        </w:tc>
        <w:tc>
          <w:tcPr>
            <w:tcW w:w="6205" w:type="dxa"/>
          </w:tcPr>
          <w:p w14:paraId="3F5EBE15" w14:textId="77777777" w:rsidR="00233BD5" w:rsidRPr="0020482C" w:rsidRDefault="00233BD5" w:rsidP="0056385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Ebhodaghe</w:t>
            </w:r>
            <w:proofErr w:type="spellEnd"/>
            <w:r w:rsidRPr="0020482C">
              <w:rPr>
                <w:sz w:val="20"/>
                <w:szCs w:val="20"/>
              </w:rPr>
              <w:t xml:space="preserve">, F. I., I. Sanchez-Vargas, C. Isaac, B. D. Foy, &amp; E. Hemming-Schroeder, 2024. Sibling species of the major malaria vector Anopheles </w:t>
            </w:r>
            <w:proofErr w:type="spellStart"/>
            <w:r w:rsidRPr="0020482C">
              <w:rPr>
                <w:sz w:val="20"/>
                <w:szCs w:val="20"/>
              </w:rPr>
              <w:t>gambiae</w:t>
            </w:r>
            <w:proofErr w:type="spellEnd"/>
            <w:r w:rsidRPr="0020482C">
              <w:rPr>
                <w:sz w:val="20"/>
                <w:szCs w:val="20"/>
              </w:rPr>
              <w:t xml:space="preserve"> display divergent preferences for aquatic breeding sites in southern Nigeria. Malaria Journal 23: 60.</w:t>
            </w:r>
          </w:p>
          <w:p w14:paraId="4738DC9C" w14:textId="3F692289" w:rsidR="0087138D" w:rsidRPr="0020482C" w:rsidRDefault="0020482C" w:rsidP="0056385C">
            <w:pPr>
              <w:rPr>
                <w:sz w:val="20"/>
                <w:szCs w:val="20"/>
              </w:rPr>
            </w:pPr>
            <w:hyperlink r:id="rId8" w:history="1">
              <w:r w:rsidR="00233BD5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https://doi.org/10.1186/s12936-024-04871-9</w:t>
              </w:r>
            </w:hyperlink>
            <w:r w:rsidR="00233BD5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38867ED0" w14:textId="77777777" w:rsidTr="00A15A1C">
        <w:tc>
          <w:tcPr>
            <w:tcW w:w="2435" w:type="dxa"/>
          </w:tcPr>
          <w:p w14:paraId="60CB4EB6" w14:textId="1A03B6D1" w:rsidR="0087138D" w:rsidRPr="0020482C" w:rsidRDefault="00A15A1C" w:rsidP="0056385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Bauduin</w:t>
            </w:r>
            <w:proofErr w:type="spellEnd"/>
            <w:r w:rsidRPr="0020482C">
              <w:rPr>
                <w:sz w:val="20"/>
                <w:szCs w:val="20"/>
              </w:rPr>
              <w:t xml:space="preserve"> et al. 2025</w:t>
            </w:r>
          </w:p>
        </w:tc>
        <w:tc>
          <w:tcPr>
            <w:tcW w:w="6205" w:type="dxa"/>
          </w:tcPr>
          <w:p w14:paraId="72977C3F" w14:textId="248F25C7" w:rsidR="0087138D" w:rsidRPr="0020482C" w:rsidRDefault="00233BD5" w:rsidP="0056385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Bauduin</w:t>
            </w:r>
            <w:proofErr w:type="spellEnd"/>
            <w:r w:rsidRPr="0020482C">
              <w:rPr>
                <w:sz w:val="20"/>
                <w:szCs w:val="20"/>
              </w:rPr>
              <w:t xml:space="preserve">, T., N. </w:t>
            </w:r>
            <w:proofErr w:type="spellStart"/>
            <w:r w:rsidRPr="0020482C">
              <w:rPr>
                <w:sz w:val="20"/>
                <w:szCs w:val="20"/>
              </w:rPr>
              <w:t>Gypens</w:t>
            </w:r>
            <w:proofErr w:type="spellEnd"/>
            <w:r w:rsidRPr="0020482C">
              <w:rPr>
                <w:sz w:val="20"/>
                <w:szCs w:val="20"/>
              </w:rPr>
              <w:t xml:space="preserve">, &amp; A. V. Borges, 2025. Sub-daily variability of carbon dioxide, methane, and nitrous oxide emissions from two urban ponds in Brussels (Belgium). Journal of Environmental Management 373: 123627. </w:t>
            </w:r>
            <w:hyperlink r:id="rId9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https://doi.org/10.1016/j.jenvman.2024.123627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58E4AD7E" w14:textId="77777777" w:rsidTr="00A15A1C">
        <w:tc>
          <w:tcPr>
            <w:tcW w:w="2435" w:type="dxa"/>
          </w:tcPr>
          <w:p w14:paraId="1ABBCA35" w14:textId="7569F10D" w:rsidR="0087138D" w:rsidRPr="0020482C" w:rsidRDefault="00A15A1C" w:rsidP="0056385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An et al. 2023</w:t>
            </w:r>
          </w:p>
        </w:tc>
        <w:tc>
          <w:tcPr>
            <w:tcW w:w="6205" w:type="dxa"/>
          </w:tcPr>
          <w:p w14:paraId="31490229" w14:textId="1623DB3D" w:rsidR="0087138D" w:rsidRPr="0020482C" w:rsidRDefault="00233BD5" w:rsidP="0056385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An, S., Z. Yan, Y. Song, Q. Fu, F. Ge, Z. Wu, W. An, &amp; W. Han, 2023. Decoupling of N and P aggravated upward along food chains in an urban river ecosystem. Chemosphere 313: 137555. </w:t>
            </w:r>
            <w:hyperlink r:id="rId10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https://doi.org/10.1016/j.chemosphere.2022.137555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6734B8DB" w14:textId="77777777" w:rsidTr="00A15A1C">
        <w:tc>
          <w:tcPr>
            <w:tcW w:w="2435" w:type="dxa"/>
          </w:tcPr>
          <w:p w14:paraId="57E0A95E" w14:textId="7C5168EB" w:rsidR="0087138D" w:rsidRPr="0020482C" w:rsidRDefault="00A15A1C" w:rsidP="0056385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Baker et al. 2024</w:t>
            </w:r>
          </w:p>
        </w:tc>
        <w:tc>
          <w:tcPr>
            <w:tcW w:w="6205" w:type="dxa"/>
          </w:tcPr>
          <w:p w14:paraId="60CE58E2" w14:textId="5C786BB5" w:rsidR="0087138D" w:rsidRPr="0020482C" w:rsidRDefault="00233BD5" w:rsidP="0056385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Baker, T., A. Bester, O. </w:t>
            </w:r>
            <w:proofErr w:type="spellStart"/>
            <w:r w:rsidRPr="0020482C">
              <w:rPr>
                <w:sz w:val="20"/>
                <w:szCs w:val="20"/>
              </w:rPr>
              <w:t>Sebolai</w:t>
            </w:r>
            <w:proofErr w:type="spellEnd"/>
            <w:r w:rsidRPr="0020482C">
              <w:rPr>
                <w:sz w:val="20"/>
                <w:szCs w:val="20"/>
              </w:rPr>
              <w:t xml:space="preserve">, J. </w:t>
            </w:r>
            <w:proofErr w:type="spellStart"/>
            <w:r w:rsidRPr="0020482C">
              <w:rPr>
                <w:sz w:val="20"/>
                <w:szCs w:val="20"/>
              </w:rPr>
              <w:t>Albertyn</w:t>
            </w:r>
            <w:proofErr w:type="spellEnd"/>
            <w:r w:rsidRPr="0020482C">
              <w:rPr>
                <w:sz w:val="20"/>
                <w:szCs w:val="20"/>
              </w:rPr>
              <w:t xml:space="preserve">, &amp; C. Pohl, 2024. Biofilms on urban aquatic plastic pollution as a reservoir for pathogenic yeasts. Journal of Water and Health 22: 1826–1842. </w:t>
            </w:r>
            <w:hyperlink r:id="rId11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https://doi.org/10.2166/wh.2024.133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5BC53B6F" w14:textId="77777777" w:rsidTr="00A15A1C">
        <w:tc>
          <w:tcPr>
            <w:tcW w:w="2435" w:type="dxa"/>
          </w:tcPr>
          <w:p w14:paraId="6CA492D5" w14:textId="20F380DA" w:rsidR="0087138D" w:rsidRPr="0020482C" w:rsidRDefault="00A15A1C" w:rsidP="0056385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Huebler</w:t>
            </w:r>
            <w:proofErr w:type="spellEnd"/>
            <w:r w:rsidRPr="0020482C">
              <w:rPr>
                <w:sz w:val="20"/>
                <w:szCs w:val="20"/>
              </w:rPr>
              <w:t xml:space="preserve"> &amp; </w:t>
            </w:r>
            <w:proofErr w:type="spellStart"/>
            <w:r w:rsidRPr="0020482C">
              <w:rPr>
                <w:sz w:val="20"/>
                <w:szCs w:val="20"/>
              </w:rPr>
              <w:t>Gedan</w:t>
            </w:r>
            <w:proofErr w:type="spellEnd"/>
            <w:r w:rsidR="00233BD5" w:rsidRPr="0020482C">
              <w:rPr>
                <w:sz w:val="20"/>
                <w:szCs w:val="20"/>
              </w:rPr>
              <w:t>,</w:t>
            </w:r>
            <w:r w:rsidRPr="0020482C">
              <w:rPr>
                <w:sz w:val="20"/>
                <w:szCs w:val="20"/>
              </w:rPr>
              <w:t xml:space="preserve"> 2024</w:t>
            </w:r>
          </w:p>
        </w:tc>
        <w:tc>
          <w:tcPr>
            <w:tcW w:w="6205" w:type="dxa"/>
          </w:tcPr>
          <w:p w14:paraId="09536451" w14:textId="77777777" w:rsidR="00233BD5" w:rsidRPr="0020482C" w:rsidRDefault="00233BD5" w:rsidP="0056385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Huebler</w:t>
            </w:r>
            <w:proofErr w:type="spellEnd"/>
            <w:r w:rsidRPr="0020482C">
              <w:rPr>
                <w:sz w:val="20"/>
                <w:szCs w:val="20"/>
              </w:rPr>
              <w:t xml:space="preserve">, T., &amp; K. </w:t>
            </w:r>
            <w:proofErr w:type="spellStart"/>
            <w:r w:rsidRPr="0020482C">
              <w:rPr>
                <w:sz w:val="20"/>
                <w:szCs w:val="20"/>
              </w:rPr>
              <w:t>Gedan</w:t>
            </w:r>
            <w:proofErr w:type="spellEnd"/>
            <w:r w:rsidRPr="0020482C">
              <w:rPr>
                <w:sz w:val="20"/>
                <w:szCs w:val="20"/>
              </w:rPr>
              <w:t xml:space="preserve">, 2024. Competition Overshadows Associational Defenses from </w:t>
            </w:r>
            <w:proofErr w:type="spellStart"/>
            <w:r w:rsidRPr="0020482C">
              <w:rPr>
                <w:sz w:val="20"/>
                <w:szCs w:val="20"/>
              </w:rPr>
              <w:t>Nuphar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advena</w:t>
            </w:r>
            <w:proofErr w:type="spellEnd"/>
            <w:r w:rsidRPr="0020482C">
              <w:rPr>
                <w:sz w:val="20"/>
                <w:szCs w:val="20"/>
              </w:rPr>
              <w:t xml:space="preserve"> for </w:t>
            </w:r>
            <w:proofErr w:type="spellStart"/>
            <w:r w:rsidRPr="0020482C">
              <w:rPr>
                <w:sz w:val="20"/>
                <w:szCs w:val="20"/>
              </w:rPr>
              <w:t>Zizania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aquatica</w:t>
            </w:r>
            <w:proofErr w:type="spellEnd"/>
            <w:r w:rsidRPr="0020482C">
              <w:rPr>
                <w:sz w:val="20"/>
                <w:szCs w:val="20"/>
              </w:rPr>
              <w:t xml:space="preserve"> in a Restored Tidal Freshwater Marsh. Wetlands 44: 30.</w:t>
            </w:r>
          </w:p>
          <w:p w14:paraId="00A1D717" w14:textId="5F3C220F" w:rsidR="0087138D" w:rsidRPr="0020482C" w:rsidRDefault="0020482C" w:rsidP="0056385C">
            <w:pPr>
              <w:rPr>
                <w:sz w:val="20"/>
                <w:szCs w:val="20"/>
              </w:rPr>
            </w:pPr>
            <w:hyperlink r:id="rId12" w:history="1">
              <w:r w:rsidR="00233BD5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https://doi.org/10.1007/s13157-024-01788-6</w:t>
              </w:r>
            </w:hyperlink>
            <w:r w:rsidR="00233BD5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3B7E2560" w14:textId="77777777" w:rsidTr="00A15A1C">
        <w:tc>
          <w:tcPr>
            <w:tcW w:w="2435" w:type="dxa"/>
          </w:tcPr>
          <w:p w14:paraId="3886065D" w14:textId="2A96EC30" w:rsidR="00A15A1C" w:rsidRPr="0020482C" w:rsidRDefault="00A15A1C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Li et al. 2023</w:t>
            </w:r>
          </w:p>
        </w:tc>
        <w:tc>
          <w:tcPr>
            <w:tcW w:w="6205" w:type="dxa"/>
          </w:tcPr>
          <w:p w14:paraId="08AEF874" w14:textId="7322B3D3" w:rsidR="00A15A1C" w:rsidRPr="0020482C" w:rsidRDefault="009154D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Li, X., S. Zhang, R. Huang, L. Feng, S. Xu, &amp; B. Liu, 2023. Diversity and distribution variation of urban spontaneous vegetation with distinct frequencies along river corridors in a fast-growing city. Journal of Environmental Management 333: 117446. </w:t>
            </w:r>
            <w:hyperlink r:id="rId13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https://doi.org/10.1016/j.jenvman.2023.117446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29B71975" w14:textId="77777777" w:rsidTr="00A15A1C">
        <w:tc>
          <w:tcPr>
            <w:tcW w:w="2435" w:type="dxa"/>
          </w:tcPr>
          <w:p w14:paraId="716CA64B" w14:textId="29061387" w:rsidR="00A15A1C" w:rsidRPr="0020482C" w:rsidRDefault="00A15A1C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Wang &amp; Yin</w:t>
            </w:r>
            <w:r w:rsidR="009154DA" w:rsidRPr="0020482C">
              <w:rPr>
                <w:sz w:val="20"/>
                <w:szCs w:val="20"/>
              </w:rPr>
              <w:t>,</w:t>
            </w:r>
            <w:r w:rsidRPr="0020482C">
              <w:rPr>
                <w:sz w:val="20"/>
                <w:szCs w:val="20"/>
              </w:rPr>
              <w:t xml:space="preserve"> 2023</w:t>
            </w:r>
          </w:p>
        </w:tc>
        <w:tc>
          <w:tcPr>
            <w:tcW w:w="6205" w:type="dxa"/>
          </w:tcPr>
          <w:p w14:paraId="703483F4" w14:textId="2652D735" w:rsidR="00A15A1C" w:rsidRPr="0020482C" w:rsidRDefault="009154DA" w:rsidP="00A15A1C">
            <w:pPr>
              <w:rPr>
                <w:sz w:val="20"/>
                <w:szCs w:val="20"/>
                <w:lang w:val="pt-BR"/>
              </w:rPr>
            </w:pPr>
            <w:r w:rsidRPr="0020482C">
              <w:rPr>
                <w:sz w:val="20"/>
                <w:szCs w:val="20"/>
              </w:rPr>
              <w:t xml:space="preserve">Wang, B., &amp; X. Yin, 2023. Homogenization of Functional Diversity of Rotifer Communities in Relation to Eutrophication in an Urban River of North China. </w:t>
            </w:r>
            <w:r w:rsidRPr="0020482C">
              <w:rPr>
                <w:sz w:val="20"/>
                <w:szCs w:val="20"/>
                <w:lang w:val="pt-BR"/>
              </w:rPr>
              <w:t xml:space="preserve">Multidisciplinary Digital Publishing Institute. Biology 12: 1488.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"https://doi.org/10.3390/biology1212</w:instrText>
            </w:r>
            <w:r w:rsidR="0020482C" w:rsidRPr="0020482C">
              <w:instrText xml:space="preserve">1488" </w:instrText>
            </w:r>
            <w:r w:rsidR="0020482C" w:rsidRPr="0020482C">
              <w:fldChar w:fldCharType="separate"/>
            </w:r>
            <w:r w:rsidRPr="0020482C">
              <w:rPr>
                <w:rStyle w:val="Hyperlink"/>
                <w:color w:val="auto"/>
                <w:sz w:val="20"/>
                <w:szCs w:val="20"/>
                <w:lang w:val="pt-BR"/>
              </w:rPr>
              <w:t>https://doi.org/10.3390/biology12121488</w:t>
            </w:r>
            <w:r w:rsidR="0020482C" w:rsidRPr="0020482C">
              <w:rPr>
                <w:rStyle w:val="Hyperlink"/>
                <w:color w:val="auto"/>
                <w:sz w:val="20"/>
                <w:szCs w:val="20"/>
                <w:lang w:val="pt-BR"/>
              </w:rPr>
              <w:fldChar w:fldCharType="end"/>
            </w:r>
            <w:r w:rsidRPr="0020482C">
              <w:rPr>
                <w:sz w:val="20"/>
                <w:szCs w:val="20"/>
                <w:lang w:val="pt-BR"/>
              </w:rPr>
              <w:t xml:space="preserve">. </w:t>
            </w:r>
          </w:p>
        </w:tc>
      </w:tr>
      <w:tr w:rsidR="0020482C" w:rsidRPr="0020482C" w14:paraId="29F405EE" w14:textId="77777777" w:rsidTr="00A15A1C">
        <w:tc>
          <w:tcPr>
            <w:tcW w:w="2435" w:type="dxa"/>
          </w:tcPr>
          <w:p w14:paraId="7058740B" w14:textId="0DC4448F" w:rsidR="00A15A1C" w:rsidRPr="0020482C" w:rsidRDefault="00A15A1C" w:rsidP="00A15A1C">
            <w:pPr>
              <w:rPr>
                <w:sz w:val="20"/>
                <w:szCs w:val="20"/>
                <w:lang w:val="pt-BR"/>
              </w:rPr>
            </w:pPr>
            <w:r w:rsidRPr="0020482C">
              <w:rPr>
                <w:sz w:val="20"/>
                <w:szCs w:val="20"/>
                <w:lang w:val="pt-BR"/>
              </w:rPr>
              <w:t>Ruiz-Arrondo et al. 2023</w:t>
            </w:r>
          </w:p>
        </w:tc>
        <w:tc>
          <w:tcPr>
            <w:tcW w:w="6205" w:type="dxa"/>
          </w:tcPr>
          <w:p w14:paraId="0C68C256" w14:textId="50B0CA28" w:rsidR="00A15A1C" w:rsidRPr="0020482C" w:rsidRDefault="009154DA" w:rsidP="009154DA">
            <w:pPr>
              <w:rPr>
                <w:sz w:val="20"/>
                <w:szCs w:val="20"/>
                <w:lang w:val="pt-BR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Ruiz-Arrondo, I., P. M. Alarcón-Elbal, L. Blanco-Sierra, S. Delacour-Estrella, I. de Blas, &amp; J. A. Oteo, 2023. </w:t>
            </w:r>
            <w:r w:rsidRPr="0020482C">
              <w:rPr>
                <w:sz w:val="20"/>
                <w:szCs w:val="20"/>
              </w:rPr>
              <w:t xml:space="preserve">Species Composition and Population Dynamics of </w:t>
            </w:r>
            <w:proofErr w:type="spellStart"/>
            <w:r w:rsidRPr="0020482C">
              <w:rPr>
                <w:sz w:val="20"/>
                <w:szCs w:val="20"/>
              </w:rPr>
              <w:t>Culicidae</w:t>
            </w:r>
            <w:proofErr w:type="spellEnd"/>
            <w:r w:rsidRPr="0020482C">
              <w:rPr>
                <w:sz w:val="20"/>
                <w:szCs w:val="20"/>
              </w:rPr>
              <w:t xml:space="preserve"> during their Peak Abundance Period in Three </w:t>
            </w:r>
            <w:proofErr w:type="spellStart"/>
            <w:r w:rsidRPr="0020482C">
              <w:rPr>
                <w:sz w:val="20"/>
                <w:szCs w:val="20"/>
              </w:rPr>
              <w:t>Peri</w:t>
            </w:r>
            <w:proofErr w:type="spellEnd"/>
            <w:r w:rsidRPr="0020482C">
              <w:rPr>
                <w:sz w:val="20"/>
                <w:szCs w:val="20"/>
              </w:rPr>
              <w:t xml:space="preserve">-Urban Aquatic Ecosystems in Northern Spain. </w:t>
            </w:r>
            <w:r w:rsidRPr="0020482C">
              <w:rPr>
                <w:sz w:val="20"/>
                <w:szCs w:val="20"/>
                <w:lang w:val="pt-BR"/>
              </w:rPr>
              <w:t xml:space="preserve">Multidisciplinary Digital Publishing Institute. Diversity 15: 938.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"https://doi.org/10.3390/d15080938" </w:instrText>
            </w:r>
            <w:r w:rsidR="0020482C" w:rsidRPr="0020482C">
              <w:fldChar w:fldCharType="separate"/>
            </w:r>
            <w:r w:rsidRPr="0020482C">
              <w:rPr>
                <w:rStyle w:val="Hyperlink"/>
                <w:color w:val="auto"/>
                <w:sz w:val="20"/>
                <w:szCs w:val="20"/>
                <w:lang w:val="pt-BR"/>
              </w:rPr>
              <w:t>https://doi.org/10.3390/d15080938</w:t>
            </w:r>
            <w:r w:rsidR="0020482C" w:rsidRPr="0020482C">
              <w:rPr>
                <w:rStyle w:val="Hyperlink"/>
                <w:color w:val="auto"/>
                <w:sz w:val="20"/>
                <w:szCs w:val="20"/>
                <w:lang w:val="pt-BR"/>
              </w:rPr>
              <w:fldChar w:fldCharType="end"/>
            </w:r>
            <w:r w:rsidRPr="0020482C">
              <w:rPr>
                <w:sz w:val="20"/>
                <w:szCs w:val="20"/>
                <w:lang w:val="pt-BR"/>
              </w:rPr>
              <w:t xml:space="preserve">. </w:t>
            </w:r>
            <w:r w:rsidR="00A15A1C" w:rsidRPr="0020482C">
              <w:rPr>
                <w:sz w:val="20"/>
                <w:szCs w:val="20"/>
                <w:lang w:val="pt-BR"/>
              </w:rPr>
              <w:t xml:space="preserve"> </w:t>
            </w:r>
          </w:p>
        </w:tc>
      </w:tr>
      <w:tr w:rsidR="0020482C" w:rsidRPr="0020482C" w14:paraId="61BC31FE" w14:textId="77777777" w:rsidTr="00A15A1C">
        <w:tc>
          <w:tcPr>
            <w:tcW w:w="2435" w:type="dxa"/>
          </w:tcPr>
          <w:p w14:paraId="11944724" w14:textId="28D26F4D" w:rsidR="00A15A1C" w:rsidRPr="0020482C" w:rsidRDefault="00A15A1C" w:rsidP="00A15A1C">
            <w:pPr>
              <w:rPr>
                <w:sz w:val="20"/>
                <w:szCs w:val="20"/>
                <w:lang w:val="pt-BR"/>
              </w:rPr>
            </w:pPr>
            <w:r w:rsidRPr="0020482C">
              <w:rPr>
                <w:sz w:val="20"/>
                <w:szCs w:val="20"/>
                <w:lang w:val="pt-BR"/>
              </w:rPr>
              <w:t>Hamer et al. 2024</w:t>
            </w:r>
          </w:p>
        </w:tc>
        <w:tc>
          <w:tcPr>
            <w:tcW w:w="6205" w:type="dxa"/>
          </w:tcPr>
          <w:p w14:paraId="0079F517" w14:textId="66769B77" w:rsidR="00A15A1C" w:rsidRPr="0020482C" w:rsidRDefault="009154D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Hamer, A. J., B. Barta, Z. Márton, C. F. Vad, B. Szabó, I. Tornero, &amp; Z. Horváth, 2024. </w:t>
            </w:r>
            <w:r w:rsidRPr="0020482C">
              <w:rPr>
                <w:sz w:val="20"/>
                <w:szCs w:val="20"/>
              </w:rPr>
              <w:t xml:space="preserve">Patterns and correlates in the distribution, design and </w:t>
            </w:r>
            <w:r w:rsidRPr="0020482C">
              <w:rPr>
                <w:sz w:val="20"/>
                <w:szCs w:val="20"/>
              </w:rPr>
              <w:lastRenderedPageBreak/>
              <w:t xml:space="preserve">management of garden ponds along an urban–rural gradient. Urban Ecosystems 27: 1915–1930. </w:t>
            </w:r>
            <w:hyperlink r:id="rId14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https://doi.org/10.1007/s11252-024-01559-5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27E1E030" w14:textId="77777777" w:rsidTr="00A15A1C">
        <w:tc>
          <w:tcPr>
            <w:tcW w:w="2435" w:type="dxa"/>
          </w:tcPr>
          <w:p w14:paraId="0BD6D7C9" w14:textId="2C04B347" w:rsidR="00A15A1C" w:rsidRPr="0020482C" w:rsidRDefault="00A15A1C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Szoszkiewicz</w:t>
            </w:r>
            <w:proofErr w:type="spellEnd"/>
            <w:r w:rsidRPr="0020482C">
              <w:rPr>
                <w:sz w:val="20"/>
                <w:szCs w:val="20"/>
              </w:rPr>
              <w:t xml:space="preserve"> et al. 2025</w:t>
            </w:r>
          </w:p>
        </w:tc>
        <w:tc>
          <w:tcPr>
            <w:tcW w:w="6205" w:type="dxa"/>
          </w:tcPr>
          <w:p w14:paraId="4C20F849" w14:textId="50A51AEF" w:rsidR="00A15A1C" w:rsidRPr="0020482C" w:rsidRDefault="009154DA" w:rsidP="009154DA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Szoszkiewicz</w:t>
            </w:r>
            <w:proofErr w:type="spellEnd"/>
            <w:r w:rsidRPr="0020482C">
              <w:rPr>
                <w:sz w:val="20"/>
                <w:szCs w:val="20"/>
              </w:rPr>
              <w:t xml:space="preserve">, K., K. Achtenberg, R. </w:t>
            </w:r>
            <w:proofErr w:type="spellStart"/>
            <w:r w:rsidRPr="0020482C">
              <w:rPr>
                <w:sz w:val="20"/>
                <w:szCs w:val="20"/>
              </w:rPr>
              <w:t>Debbaut</w:t>
            </w:r>
            <w:proofErr w:type="spellEnd"/>
            <w:r w:rsidRPr="0020482C">
              <w:rPr>
                <w:sz w:val="20"/>
                <w:szCs w:val="20"/>
              </w:rPr>
              <w:t xml:space="preserve">, V. D. </w:t>
            </w:r>
            <w:proofErr w:type="spellStart"/>
            <w:r w:rsidRPr="0020482C">
              <w:rPr>
                <w:sz w:val="20"/>
                <w:szCs w:val="20"/>
              </w:rPr>
              <w:t>Carreira</w:t>
            </w:r>
            <w:proofErr w:type="spellEnd"/>
            <w:r w:rsidRPr="0020482C">
              <w:rPr>
                <w:sz w:val="20"/>
                <w:szCs w:val="20"/>
              </w:rPr>
              <w:t xml:space="preserve">, D. </w:t>
            </w:r>
            <w:proofErr w:type="spellStart"/>
            <w:r w:rsidRPr="0020482C">
              <w:rPr>
                <w:sz w:val="20"/>
                <w:szCs w:val="20"/>
              </w:rPr>
              <w:t>Gebler</w:t>
            </w:r>
            <w:proofErr w:type="spellEnd"/>
            <w:r w:rsidRPr="0020482C">
              <w:rPr>
                <w:sz w:val="20"/>
                <w:szCs w:val="20"/>
              </w:rPr>
              <w:t xml:space="preserve">, S. </w:t>
            </w:r>
            <w:proofErr w:type="spellStart"/>
            <w:r w:rsidRPr="0020482C">
              <w:rPr>
                <w:sz w:val="20"/>
                <w:szCs w:val="20"/>
              </w:rPr>
              <w:t>Jusik</w:t>
            </w:r>
            <w:proofErr w:type="spellEnd"/>
            <w:r w:rsidRPr="0020482C">
              <w:rPr>
                <w:sz w:val="20"/>
                <w:szCs w:val="20"/>
              </w:rPr>
              <w:t xml:space="preserve">, T. </w:t>
            </w:r>
            <w:proofErr w:type="spellStart"/>
            <w:r w:rsidRPr="0020482C">
              <w:rPr>
                <w:sz w:val="20"/>
                <w:szCs w:val="20"/>
              </w:rPr>
              <w:t>Kałuża</w:t>
            </w:r>
            <w:proofErr w:type="spellEnd"/>
            <w:r w:rsidRPr="0020482C">
              <w:rPr>
                <w:sz w:val="20"/>
                <w:szCs w:val="20"/>
              </w:rPr>
              <w:t xml:space="preserve">, K. </w:t>
            </w:r>
            <w:proofErr w:type="spellStart"/>
            <w:r w:rsidRPr="0020482C">
              <w:rPr>
                <w:sz w:val="20"/>
                <w:szCs w:val="20"/>
              </w:rPr>
              <w:t>Karttunen</w:t>
            </w:r>
            <w:proofErr w:type="spellEnd"/>
            <w:r w:rsidRPr="0020482C">
              <w:rPr>
                <w:sz w:val="20"/>
                <w:szCs w:val="20"/>
              </w:rPr>
              <w:t xml:space="preserve">, N. </w:t>
            </w:r>
            <w:proofErr w:type="spellStart"/>
            <w:r w:rsidRPr="0020482C">
              <w:rPr>
                <w:sz w:val="20"/>
                <w:szCs w:val="20"/>
              </w:rPr>
              <w:t>Lehti</w:t>
            </w:r>
            <w:proofErr w:type="spellEnd"/>
            <w:r w:rsidRPr="0020482C">
              <w:rPr>
                <w:sz w:val="20"/>
                <w:szCs w:val="20"/>
              </w:rPr>
              <w:t xml:space="preserve">, S. M. Muñoz, M. </w:t>
            </w:r>
            <w:proofErr w:type="spellStart"/>
            <w:r w:rsidRPr="0020482C">
              <w:rPr>
                <w:sz w:val="20"/>
                <w:szCs w:val="20"/>
              </w:rPr>
              <w:t>Sojka</w:t>
            </w:r>
            <w:proofErr w:type="spellEnd"/>
            <w:r w:rsidRPr="0020482C">
              <w:rPr>
                <w:sz w:val="20"/>
                <w:szCs w:val="20"/>
              </w:rPr>
              <w:t xml:space="preserve">, A. J. Pereira, P. </w:t>
            </w:r>
            <w:proofErr w:type="spellStart"/>
            <w:r w:rsidRPr="0020482C">
              <w:rPr>
                <w:sz w:val="20"/>
                <w:szCs w:val="20"/>
              </w:rPr>
              <w:t>Pinho</w:t>
            </w:r>
            <w:proofErr w:type="spellEnd"/>
            <w:r w:rsidRPr="0020482C">
              <w:rPr>
                <w:sz w:val="20"/>
                <w:szCs w:val="20"/>
              </w:rPr>
              <w:t xml:space="preserve">, J. </w:t>
            </w:r>
            <w:proofErr w:type="spellStart"/>
            <w:r w:rsidRPr="0020482C">
              <w:rPr>
                <w:sz w:val="20"/>
                <w:szCs w:val="20"/>
              </w:rPr>
              <w:t>Schoelynck</w:t>
            </w:r>
            <w:proofErr w:type="spellEnd"/>
            <w:r w:rsidRPr="0020482C">
              <w:rPr>
                <w:sz w:val="20"/>
                <w:szCs w:val="20"/>
              </w:rPr>
              <w:t xml:space="preserve">, J. </w:t>
            </w:r>
            <w:proofErr w:type="spellStart"/>
            <w:r w:rsidRPr="0020482C">
              <w:rPr>
                <w:sz w:val="20"/>
                <w:szCs w:val="20"/>
              </w:rPr>
              <w:t>Staes</w:t>
            </w:r>
            <w:proofErr w:type="spellEnd"/>
            <w:r w:rsidRPr="0020482C">
              <w:rPr>
                <w:sz w:val="20"/>
                <w:szCs w:val="20"/>
              </w:rPr>
              <w:t xml:space="preserve">, D. </w:t>
            </w:r>
            <w:proofErr w:type="spellStart"/>
            <w:r w:rsidRPr="0020482C">
              <w:rPr>
                <w:sz w:val="20"/>
                <w:szCs w:val="20"/>
              </w:rPr>
              <w:t>Tetzlaff</w:t>
            </w:r>
            <w:proofErr w:type="spellEnd"/>
            <w:r w:rsidRPr="0020482C">
              <w:rPr>
                <w:sz w:val="20"/>
                <w:szCs w:val="20"/>
              </w:rPr>
              <w:t xml:space="preserve">, M. M. </w:t>
            </w:r>
            <w:proofErr w:type="spellStart"/>
            <w:r w:rsidRPr="0020482C">
              <w:rPr>
                <w:sz w:val="20"/>
                <w:szCs w:val="20"/>
              </w:rPr>
              <w:t>Warter</w:t>
            </w:r>
            <w:proofErr w:type="spellEnd"/>
            <w:r w:rsidRPr="0020482C">
              <w:rPr>
                <w:sz w:val="20"/>
                <w:szCs w:val="20"/>
              </w:rPr>
              <w:t xml:space="preserve">, &amp; K. </w:t>
            </w:r>
            <w:proofErr w:type="spellStart"/>
            <w:r w:rsidRPr="0020482C">
              <w:rPr>
                <w:sz w:val="20"/>
                <w:szCs w:val="20"/>
              </w:rPr>
              <w:t>Vierikko</w:t>
            </w:r>
            <w:proofErr w:type="spellEnd"/>
            <w:r w:rsidRPr="0020482C">
              <w:rPr>
                <w:sz w:val="20"/>
                <w:szCs w:val="20"/>
              </w:rPr>
              <w:t xml:space="preserve">, 2025. Diversification of </w:t>
            </w:r>
            <w:proofErr w:type="spellStart"/>
            <w:r w:rsidRPr="0020482C">
              <w:rPr>
                <w:sz w:val="20"/>
                <w:szCs w:val="20"/>
              </w:rPr>
              <w:t>macrophytes</w:t>
            </w:r>
            <w:proofErr w:type="spellEnd"/>
            <w:r w:rsidRPr="0020482C">
              <w:rPr>
                <w:sz w:val="20"/>
                <w:szCs w:val="20"/>
              </w:rPr>
              <w:t xml:space="preserve"> within aquatic nature-based solutions (NBS) developing under urban environmental conditions across European cities. Ecological Indicators 172: 113331. </w:t>
            </w:r>
            <w:hyperlink r:id="rId15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https://doi.org/10.1016/j.ecolind.2025.113331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89D7185" w14:textId="77777777" w:rsidTr="00A15A1C">
        <w:tc>
          <w:tcPr>
            <w:tcW w:w="2435" w:type="dxa"/>
          </w:tcPr>
          <w:p w14:paraId="1F6258D9" w14:textId="4B5E7755" w:rsidR="00A15A1C" w:rsidRPr="0020482C" w:rsidRDefault="00A15A1C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Xiong</w:t>
            </w:r>
            <w:proofErr w:type="spellEnd"/>
            <w:r w:rsidRPr="0020482C">
              <w:rPr>
                <w:sz w:val="20"/>
                <w:szCs w:val="20"/>
              </w:rPr>
              <w:t xml:space="preserve"> et al. 2025</w:t>
            </w:r>
          </w:p>
        </w:tc>
        <w:tc>
          <w:tcPr>
            <w:tcW w:w="6205" w:type="dxa"/>
          </w:tcPr>
          <w:p w14:paraId="1AF73448" w14:textId="3E8CE6A7" w:rsidR="00A15A1C" w:rsidRPr="0020482C" w:rsidRDefault="009154D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Xiong</w:t>
            </w:r>
            <w:proofErr w:type="spellEnd"/>
            <w:r w:rsidRPr="0020482C">
              <w:rPr>
                <w:sz w:val="20"/>
                <w:szCs w:val="20"/>
              </w:rPr>
              <w:t xml:space="preserve">, W., T. Chen, X. Du, L. </w:t>
            </w:r>
            <w:proofErr w:type="spellStart"/>
            <w:r w:rsidRPr="0020482C">
              <w:rPr>
                <w:sz w:val="20"/>
                <w:szCs w:val="20"/>
              </w:rPr>
              <w:t>Hou</w:t>
            </w:r>
            <w:proofErr w:type="spellEnd"/>
            <w:r w:rsidRPr="0020482C">
              <w:rPr>
                <w:sz w:val="20"/>
                <w:szCs w:val="20"/>
              </w:rPr>
              <w:t xml:space="preserve">, Y. Chen, J.-L. Han, &amp; A. Zhan, 2025. Ecological impacts of treated effluent on </w:t>
            </w:r>
            <w:proofErr w:type="spellStart"/>
            <w:r w:rsidRPr="0020482C">
              <w:rPr>
                <w:sz w:val="20"/>
                <w:szCs w:val="20"/>
              </w:rPr>
              <w:t>multitrophic</w:t>
            </w:r>
            <w:proofErr w:type="spellEnd"/>
            <w:r w:rsidRPr="0020482C">
              <w:rPr>
                <w:sz w:val="20"/>
                <w:szCs w:val="20"/>
              </w:rPr>
              <w:t xml:space="preserve"> biodiversity and their interactions. Environmental Research 277: 121585. </w:t>
            </w:r>
            <w:hyperlink r:id="rId16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https://doi.org/10.1016/j.envres.2025.121585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13F1ED4" w14:textId="77777777" w:rsidTr="00A15A1C">
        <w:tc>
          <w:tcPr>
            <w:tcW w:w="2435" w:type="dxa"/>
          </w:tcPr>
          <w:p w14:paraId="6B18BA1B" w14:textId="06729C49" w:rsidR="00A15A1C" w:rsidRPr="0020482C" w:rsidRDefault="00A15A1C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>Petriki &amp; Bobori</w:t>
            </w:r>
            <w:r w:rsidR="009154DA" w:rsidRPr="0020482C">
              <w:rPr>
                <w:sz w:val="20"/>
                <w:szCs w:val="20"/>
                <w:lang w:val="pt-BR"/>
              </w:rPr>
              <w:t>,</w:t>
            </w:r>
            <w:r w:rsidRPr="0020482C">
              <w:rPr>
                <w:sz w:val="20"/>
                <w:szCs w:val="20"/>
                <w:lang w:val="pt-BR"/>
              </w:rPr>
              <w:t xml:space="preserve"> 2024</w:t>
            </w:r>
          </w:p>
        </w:tc>
        <w:tc>
          <w:tcPr>
            <w:tcW w:w="6205" w:type="dxa"/>
          </w:tcPr>
          <w:p w14:paraId="2EA87FE4" w14:textId="4D1F68CA" w:rsidR="00A15A1C" w:rsidRPr="0020482C" w:rsidRDefault="009154DA" w:rsidP="009154DA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Petriki, O., &amp; D. C. Bobori, 2024. </w:t>
            </w:r>
            <w:r w:rsidRPr="0020482C">
              <w:rPr>
                <w:sz w:val="20"/>
                <w:szCs w:val="20"/>
              </w:rPr>
              <w:t>The Compositional and Functional Diversity of a Mediterranean Urban Lake’s Fish Fauna over the Past 120 Years. Multidisciplinary Digital Publishing Institute. Applied Sciences 14: 6099. https://doi.org/10.3390/app14146099.</w:t>
            </w:r>
          </w:p>
        </w:tc>
      </w:tr>
      <w:tr w:rsidR="0020482C" w:rsidRPr="0020482C" w14:paraId="342AA204" w14:textId="77777777" w:rsidTr="00A15A1C">
        <w:tc>
          <w:tcPr>
            <w:tcW w:w="2435" w:type="dxa"/>
          </w:tcPr>
          <w:p w14:paraId="3D8E6C0E" w14:textId="0214D37C" w:rsidR="00A15A1C" w:rsidRPr="0020482C" w:rsidRDefault="00A15A1C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Yang et al. 2025</w:t>
            </w:r>
          </w:p>
        </w:tc>
        <w:tc>
          <w:tcPr>
            <w:tcW w:w="6205" w:type="dxa"/>
          </w:tcPr>
          <w:p w14:paraId="1BD4220A" w14:textId="5D8A4B8C" w:rsidR="00A15A1C" w:rsidRPr="0020482C" w:rsidRDefault="009154D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Yang, Y., Q. Zhang, A. </w:t>
            </w:r>
            <w:proofErr w:type="spellStart"/>
            <w:r w:rsidRPr="0020482C">
              <w:rPr>
                <w:sz w:val="20"/>
                <w:szCs w:val="20"/>
              </w:rPr>
              <w:t>Covaci</w:t>
            </w:r>
            <w:proofErr w:type="spellEnd"/>
            <w:r w:rsidRPr="0020482C">
              <w:rPr>
                <w:sz w:val="20"/>
                <w:szCs w:val="20"/>
              </w:rPr>
              <w:t xml:space="preserve">, Y. Liu, Y. Xiao, Y. Xiao, S. Zhang, X. Jiang, &amp; X. Xia, 2025. Unraveling the Composition Profile and Ecological Risk of </w:t>
            </w:r>
            <w:proofErr w:type="spellStart"/>
            <w:r w:rsidRPr="0020482C">
              <w:rPr>
                <w:sz w:val="20"/>
                <w:szCs w:val="20"/>
              </w:rPr>
              <w:t>Triazine</w:t>
            </w:r>
            <w:proofErr w:type="spellEnd"/>
            <w:r w:rsidRPr="0020482C">
              <w:rPr>
                <w:sz w:val="20"/>
                <w:szCs w:val="20"/>
              </w:rPr>
              <w:t xml:space="preserve"> Herbicides and Their Transformation Products in Urban Sewage Discharge. American Chemical Society. Environmental Science &amp; Technology 59: 6235–6246. </w:t>
            </w:r>
            <w:hyperlink r:id="rId17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https://doi.org/10.1021/acs.est.4c12910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4F7F45B8" w14:textId="77777777" w:rsidTr="00A15A1C">
        <w:tc>
          <w:tcPr>
            <w:tcW w:w="2435" w:type="dxa"/>
          </w:tcPr>
          <w:p w14:paraId="629638C3" w14:textId="7401DE83" w:rsidR="00A15A1C" w:rsidRPr="0020482C" w:rsidRDefault="00A15A1C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Zou</w:t>
            </w:r>
            <w:proofErr w:type="spellEnd"/>
            <w:r w:rsidRPr="0020482C">
              <w:rPr>
                <w:sz w:val="20"/>
                <w:szCs w:val="20"/>
              </w:rPr>
              <w:t xml:space="preserve"> et al. 2023</w:t>
            </w:r>
          </w:p>
        </w:tc>
        <w:tc>
          <w:tcPr>
            <w:tcW w:w="6205" w:type="dxa"/>
          </w:tcPr>
          <w:p w14:paraId="380C6B5B" w14:textId="5D609E8C" w:rsidR="00A15A1C" w:rsidRPr="0020482C" w:rsidRDefault="00BC2592" w:rsidP="00BC2592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Zou</w:t>
            </w:r>
            <w:proofErr w:type="spellEnd"/>
            <w:r w:rsidRPr="0020482C">
              <w:rPr>
                <w:sz w:val="20"/>
                <w:szCs w:val="20"/>
              </w:rPr>
              <w:t xml:space="preserve">, H., Z. Zhou, B. Berglund, B. Zheng, M. </w:t>
            </w:r>
            <w:proofErr w:type="spellStart"/>
            <w:r w:rsidRPr="0020482C">
              <w:rPr>
                <w:sz w:val="20"/>
                <w:szCs w:val="20"/>
              </w:rPr>
              <w:t>Meng</w:t>
            </w:r>
            <w:proofErr w:type="spellEnd"/>
            <w:r w:rsidRPr="0020482C">
              <w:rPr>
                <w:sz w:val="20"/>
                <w:szCs w:val="20"/>
              </w:rPr>
              <w:t xml:space="preserve">, L. Zhao, H. Zhang, Z. Wang, T. Wu, Q. Li, &amp; X. Li, 2023. Persistent transmission of </w:t>
            </w:r>
            <w:proofErr w:type="spellStart"/>
            <w:r w:rsidRPr="0020482C">
              <w:rPr>
                <w:sz w:val="20"/>
                <w:szCs w:val="20"/>
              </w:rPr>
              <w:t>carbapenem</w:t>
            </w:r>
            <w:proofErr w:type="spellEnd"/>
            <w:r w:rsidRPr="0020482C">
              <w:rPr>
                <w:sz w:val="20"/>
                <w:szCs w:val="20"/>
              </w:rPr>
              <w:t xml:space="preserve">-resistant, </w:t>
            </w:r>
            <w:proofErr w:type="spellStart"/>
            <w:r w:rsidRPr="0020482C">
              <w:rPr>
                <w:sz w:val="20"/>
                <w:szCs w:val="20"/>
              </w:rPr>
              <w:t>hypervirulent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Klebsiella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pneumoniae</w:t>
            </w:r>
            <w:proofErr w:type="spellEnd"/>
            <w:r w:rsidRPr="0020482C">
              <w:rPr>
                <w:sz w:val="20"/>
                <w:szCs w:val="20"/>
              </w:rPr>
              <w:t xml:space="preserve"> between a hospital and urban aquatic environments. Water Research 242: 120263. </w:t>
            </w:r>
            <w:hyperlink r:id="rId18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https://doi.org/10.1016/j.watres.2023.120263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9CAFB13" w14:textId="77777777" w:rsidTr="00A15A1C">
        <w:tc>
          <w:tcPr>
            <w:tcW w:w="2435" w:type="dxa"/>
          </w:tcPr>
          <w:p w14:paraId="60A27E81" w14:textId="74E7DECC" w:rsidR="00A15A1C" w:rsidRPr="0020482C" w:rsidRDefault="00A15A1C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Yang et al. 2024</w:t>
            </w:r>
          </w:p>
        </w:tc>
        <w:tc>
          <w:tcPr>
            <w:tcW w:w="6205" w:type="dxa"/>
          </w:tcPr>
          <w:p w14:paraId="54DC12D3" w14:textId="0999DC48" w:rsidR="00A15A1C" w:rsidRPr="0020482C" w:rsidRDefault="00BC259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Yang, S., H. Zhou, Z. Pang, Y. Wang, &amp; J. Chao, 2024. Microbial community structure and diversity attached to the </w:t>
            </w:r>
            <w:proofErr w:type="spellStart"/>
            <w:r w:rsidRPr="0020482C">
              <w:rPr>
                <w:sz w:val="20"/>
                <w:szCs w:val="20"/>
              </w:rPr>
              <w:t>periphyton</w:t>
            </w:r>
            <w:proofErr w:type="spellEnd"/>
            <w:r w:rsidRPr="0020482C">
              <w:rPr>
                <w:sz w:val="20"/>
                <w:szCs w:val="20"/>
              </w:rPr>
              <w:t xml:space="preserve"> in different urban aquatic habitats. Environmental Monitoring and Assessment 196: 445. </w:t>
            </w:r>
            <w:hyperlink r:id="rId19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https://doi.org/10.1007/s10661-024-12599-x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206DB3FD" w14:textId="77777777" w:rsidTr="00A15A1C">
        <w:tc>
          <w:tcPr>
            <w:tcW w:w="2435" w:type="dxa"/>
          </w:tcPr>
          <w:p w14:paraId="1B0EDA40" w14:textId="19FB63E5" w:rsidR="00A15A1C" w:rsidRPr="0020482C" w:rsidRDefault="00A15A1C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Hamdhani</w:t>
            </w:r>
            <w:proofErr w:type="spellEnd"/>
            <w:r w:rsidRPr="0020482C">
              <w:rPr>
                <w:sz w:val="20"/>
                <w:szCs w:val="20"/>
              </w:rPr>
              <w:t xml:space="preserve"> et al. 2024</w:t>
            </w:r>
          </w:p>
        </w:tc>
        <w:tc>
          <w:tcPr>
            <w:tcW w:w="6205" w:type="dxa"/>
          </w:tcPr>
          <w:p w14:paraId="23D794A1" w14:textId="2D67AD74" w:rsidR="00A15A1C" w:rsidRPr="0020482C" w:rsidRDefault="00BC2592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Hamdhani</w:t>
            </w:r>
            <w:proofErr w:type="spellEnd"/>
            <w:r w:rsidRPr="0020482C">
              <w:rPr>
                <w:sz w:val="20"/>
                <w:szCs w:val="20"/>
              </w:rPr>
              <w:t xml:space="preserve">, H., M. </w:t>
            </w:r>
            <w:proofErr w:type="spellStart"/>
            <w:r w:rsidRPr="0020482C">
              <w:rPr>
                <w:sz w:val="20"/>
                <w:szCs w:val="20"/>
              </w:rPr>
              <w:t>Sharaha</w:t>
            </w:r>
            <w:proofErr w:type="spellEnd"/>
            <w:r w:rsidRPr="0020482C">
              <w:rPr>
                <w:sz w:val="20"/>
                <w:szCs w:val="20"/>
              </w:rPr>
              <w:t xml:space="preserve">, D. E. </w:t>
            </w:r>
            <w:proofErr w:type="spellStart"/>
            <w:r w:rsidRPr="0020482C">
              <w:rPr>
                <w:sz w:val="20"/>
                <w:szCs w:val="20"/>
              </w:rPr>
              <w:t>Eppehimer</w:t>
            </w:r>
            <w:proofErr w:type="spellEnd"/>
            <w:r w:rsidRPr="0020482C">
              <w:rPr>
                <w:sz w:val="20"/>
                <w:szCs w:val="20"/>
              </w:rPr>
              <w:t xml:space="preserve">, &amp; S. Rizal, 2024. Chlorophyll-a variation in response to precipitation in a tropical urban lake. Lakes &amp; Reservoirs: Science, Policy and Management for Sustainable Use 29: e12447. </w:t>
            </w:r>
            <w:hyperlink r:id="rId20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https://doi.org/10.1111/lre.12447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3D1C5742" w14:textId="77777777" w:rsidTr="00A15A1C">
        <w:tc>
          <w:tcPr>
            <w:tcW w:w="2435" w:type="dxa"/>
          </w:tcPr>
          <w:p w14:paraId="2B9EC009" w14:textId="75DADD76" w:rsidR="00A15A1C" w:rsidRPr="0020482C" w:rsidRDefault="00A15A1C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An et al. 2023</w:t>
            </w:r>
          </w:p>
        </w:tc>
        <w:tc>
          <w:tcPr>
            <w:tcW w:w="6205" w:type="dxa"/>
          </w:tcPr>
          <w:p w14:paraId="0439EBEB" w14:textId="569294AE" w:rsidR="00A15A1C" w:rsidRPr="0020482C" w:rsidRDefault="00BC259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An, S., Y. Song, Q. Fu, R. Qi, Z. Wu, F. Ge, X. Lu, W. An, &amp; W. Han, 2023. Reclaimed water use improved polluted water’s self-purification capacity --Evidenced by water quality factors and bacterial community structure. Journal of Cleaner Production 386: 135736. </w:t>
            </w:r>
            <w:hyperlink r:id="rId21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https://doi.org/10.1016/j.jclepro.2022.135736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79A34922" w14:textId="77777777" w:rsidTr="00A15A1C">
        <w:tc>
          <w:tcPr>
            <w:tcW w:w="2435" w:type="dxa"/>
          </w:tcPr>
          <w:p w14:paraId="034C645C" w14:textId="3F61FC72" w:rsidR="00A15A1C" w:rsidRPr="0020482C" w:rsidRDefault="00A15A1C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Liu et al. 2024</w:t>
            </w:r>
          </w:p>
        </w:tc>
        <w:tc>
          <w:tcPr>
            <w:tcW w:w="6205" w:type="dxa"/>
          </w:tcPr>
          <w:p w14:paraId="24B2C7AF" w14:textId="2FD37B9B" w:rsidR="00A15A1C" w:rsidRPr="0020482C" w:rsidRDefault="00BC259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Liu, S., Y. Chen, R. Yang, D. Li, Y. </w:t>
            </w:r>
            <w:proofErr w:type="spellStart"/>
            <w:r w:rsidRPr="0020482C">
              <w:rPr>
                <w:sz w:val="20"/>
                <w:szCs w:val="20"/>
              </w:rPr>
              <w:t>Qiu</w:t>
            </w:r>
            <w:proofErr w:type="spellEnd"/>
            <w:r w:rsidRPr="0020482C">
              <w:rPr>
                <w:sz w:val="20"/>
                <w:szCs w:val="20"/>
              </w:rPr>
              <w:t xml:space="preserve">, K. Lu, X. Cao, &amp; Q. Chen, 2024. Spatiotemporal Dynamics of Constructed Wetland Landscape Patterns during Rapid Urbanization in Chengdu, China. Multidisciplinary Digital Publishing Institute. Land 13: 806. </w:t>
            </w:r>
            <w:hyperlink r:id="rId22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https://doi.org/10.3390/land13060806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3749C664" w14:textId="77777777" w:rsidTr="00A15A1C">
        <w:tc>
          <w:tcPr>
            <w:tcW w:w="2435" w:type="dxa"/>
          </w:tcPr>
          <w:p w14:paraId="083995EA" w14:textId="7FBEAA70" w:rsidR="00A15A1C" w:rsidRPr="0020482C" w:rsidRDefault="00A15A1C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Song et al. 2023</w:t>
            </w:r>
          </w:p>
        </w:tc>
        <w:tc>
          <w:tcPr>
            <w:tcW w:w="6205" w:type="dxa"/>
          </w:tcPr>
          <w:p w14:paraId="2438EF87" w14:textId="7C7D9BB1" w:rsidR="00A15A1C" w:rsidRPr="0020482C" w:rsidRDefault="00BC259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Song, W., S. Wang, J. Zhao, S. Xu, X. Zhou, &amp; Y. Zhang, 2023. Comprehensive Treatment for River Pollution in a Coastal City with a Complex River Network: A Case Study in </w:t>
            </w:r>
            <w:proofErr w:type="spellStart"/>
            <w:r w:rsidRPr="0020482C">
              <w:rPr>
                <w:sz w:val="20"/>
                <w:szCs w:val="20"/>
              </w:rPr>
              <w:t>Sanya</w:t>
            </w:r>
            <w:proofErr w:type="spellEnd"/>
            <w:r w:rsidRPr="0020482C">
              <w:rPr>
                <w:sz w:val="20"/>
                <w:szCs w:val="20"/>
              </w:rPr>
              <w:t xml:space="preserve">, China. Multidisciplinary Digital Publishing Institute. Sustainability 15: 6830. </w:t>
            </w:r>
            <w:hyperlink r:id="rId23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https://doi.org/10.3390/su15086830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CCD4861" w14:textId="77777777" w:rsidTr="00A15A1C">
        <w:tc>
          <w:tcPr>
            <w:tcW w:w="2435" w:type="dxa"/>
          </w:tcPr>
          <w:p w14:paraId="244CB496" w14:textId="24AE0593" w:rsidR="00A15A1C" w:rsidRPr="0020482C" w:rsidRDefault="00A15A1C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>Segura et al. 2024</w:t>
            </w:r>
          </w:p>
        </w:tc>
        <w:tc>
          <w:tcPr>
            <w:tcW w:w="6205" w:type="dxa"/>
          </w:tcPr>
          <w:p w14:paraId="2DB89232" w14:textId="3F92232B" w:rsidR="00A15A1C" w:rsidRPr="0020482C" w:rsidRDefault="00BC259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Segura, B. M., C. L. G. Rivero-Wendt, A. B. C. Pizzotti, J. A. Otsubo Jaques, A. N. Santos, L. Franco-Belussi, &amp; C. E. dos S. Fernandes, 2024. </w:t>
            </w:r>
            <w:r w:rsidRPr="0020482C">
              <w:rPr>
                <w:sz w:val="20"/>
                <w:szCs w:val="20"/>
              </w:rPr>
              <w:t xml:space="preserve">Effects of urban streams on muscle non-protein </w:t>
            </w:r>
            <w:proofErr w:type="spellStart"/>
            <w:r w:rsidRPr="0020482C">
              <w:rPr>
                <w:sz w:val="20"/>
                <w:szCs w:val="20"/>
              </w:rPr>
              <w:t>thiols</w:t>
            </w:r>
            <w:proofErr w:type="spellEnd"/>
            <w:r w:rsidRPr="0020482C">
              <w:rPr>
                <w:sz w:val="20"/>
                <w:szCs w:val="20"/>
              </w:rPr>
              <w:t xml:space="preserve">, gill and liver histopathology in </w:t>
            </w:r>
            <w:proofErr w:type="spellStart"/>
            <w:r w:rsidRPr="0020482C">
              <w:rPr>
                <w:sz w:val="20"/>
                <w:szCs w:val="20"/>
              </w:rPr>
              <w:t>zebrafish</w:t>
            </w:r>
            <w:proofErr w:type="spellEnd"/>
            <w:r w:rsidRPr="0020482C">
              <w:rPr>
                <w:sz w:val="20"/>
                <w:szCs w:val="20"/>
              </w:rPr>
              <w:t xml:space="preserve"> (</w:t>
            </w:r>
            <w:proofErr w:type="spellStart"/>
            <w:r w:rsidRPr="0020482C">
              <w:rPr>
                <w:sz w:val="20"/>
                <w:szCs w:val="20"/>
              </w:rPr>
              <w:t>Danio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rerio</w:t>
            </w:r>
            <w:proofErr w:type="spellEnd"/>
            <w:r w:rsidRPr="0020482C">
              <w:rPr>
                <w:sz w:val="20"/>
                <w:szCs w:val="20"/>
              </w:rPr>
              <w:t xml:space="preserve">) assessed by active </w:t>
            </w:r>
            <w:proofErr w:type="spellStart"/>
            <w:r w:rsidRPr="0020482C">
              <w:rPr>
                <w:sz w:val="20"/>
                <w:szCs w:val="20"/>
              </w:rPr>
              <w:lastRenderedPageBreak/>
              <w:t>biomonitoring</w:t>
            </w:r>
            <w:proofErr w:type="spellEnd"/>
            <w:r w:rsidRPr="0020482C">
              <w:rPr>
                <w:sz w:val="20"/>
                <w:szCs w:val="20"/>
              </w:rPr>
              <w:t xml:space="preserve">. Environmental Pollution 359: 124513. </w:t>
            </w:r>
            <w:hyperlink r:id="rId24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https://doi.org/10.1016/j.envpol.2024.124513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45A0C846" w14:textId="77777777" w:rsidTr="00A15A1C">
        <w:tc>
          <w:tcPr>
            <w:tcW w:w="2435" w:type="dxa"/>
          </w:tcPr>
          <w:p w14:paraId="0A5E7E45" w14:textId="188788F8" w:rsidR="00A15A1C" w:rsidRPr="0020482C" w:rsidRDefault="0042615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Liu et al. 2024</w:t>
            </w:r>
          </w:p>
        </w:tc>
        <w:tc>
          <w:tcPr>
            <w:tcW w:w="6205" w:type="dxa"/>
          </w:tcPr>
          <w:p w14:paraId="661EC60D" w14:textId="5478067D" w:rsidR="00A15A1C" w:rsidRPr="0020482C" w:rsidRDefault="004734A6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Liu, B., R. Zhang, L. Zhu, J. Wang, B. Qin, &amp; W. Shi, 2024. An Outsized Contribution of Rivers to Carbon Emissions From Interconnected Urban River-Lake Networks Within Plains. Geophysical Research Letters 51: e2023GL107250. </w:t>
            </w:r>
            <w:hyperlink r:id="rId25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https://doi.org/10.1029/2023GL107250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244EB585" w14:textId="77777777" w:rsidTr="00A15A1C">
        <w:tc>
          <w:tcPr>
            <w:tcW w:w="2435" w:type="dxa"/>
          </w:tcPr>
          <w:p w14:paraId="44300051" w14:textId="0BA7EC26" w:rsidR="00A15A1C" w:rsidRPr="0020482C" w:rsidRDefault="00426158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Tian</w:t>
            </w:r>
            <w:proofErr w:type="spellEnd"/>
            <w:r w:rsidRPr="0020482C">
              <w:rPr>
                <w:sz w:val="20"/>
                <w:szCs w:val="20"/>
              </w:rPr>
              <w:t xml:space="preserve"> et al. 2024</w:t>
            </w:r>
          </w:p>
        </w:tc>
        <w:tc>
          <w:tcPr>
            <w:tcW w:w="6205" w:type="dxa"/>
          </w:tcPr>
          <w:p w14:paraId="008909EF" w14:textId="1F5BF9DD" w:rsidR="00A15A1C" w:rsidRPr="0020482C" w:rsidRDefault="004734A6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Tian</w:t>
            </w:r>
            <w:proofErr w:type="spellEnd"/>
            <w:r w:rsidRPr="0020482C">
              <w:rPr>
                <w:sz w:val="20"/>
                <w:szCs w:val="20"/>
              </w:rPr>
              <w:t xml:space="preserve">, Y., Z. Han, D. Su, X. Luan, L. Yu, Z. </w:t>
            </w:r>
            <w:proofErr w:type="spellStart"/>
            <w:r w:rsidRPr="0020482C">
              <w:rPr>
                <w:sz w:val="20"/>
                <w:szCs w:val="20"/>
              </w:rPr>
              <w:t>Tian</w:t>
            </w:r>
            <w:proofErr w:type="spellEnd"/>
            <w:r w:rsidRPr="0020482C">
              <w:rPr>
                <w:sz w:val="20"/>
                <w:szCs w:val="20"/>
              </w:rPr>
              <w:t xml:space="preserve">, Y. Zhang, &amp; M. Yang, 2024. Assessing impacts of municipal wastewater treatment plant upgrades on bacterial hazard contributions to the receiving urban river using </w:t>
            </w:r>
            <w:proofErr w:type="spellStart"/>
            <w:r w:rsidRPr="0020482C">
              <w:rPr>
                <w:sz w:val="20"/>
                <w:szCs w:val="20"/>
              </w:rPr>
              <w:t>SourceTracker</w:t>
            </w:r>
            <w:proofErr w:type="spellEnd"/>
            <w:r w:rsidRPr="0020482C">
              <w:rPr>
                <w:sz w:val="20"/>
                <w:szCs w:val="20"/>
              </w:rPr>
              <w:t xml:space="preserve">. Environmental Pollution 342: 123075. </w:t>
            </w:r>
            <w:hyperlink r:id="rId26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https://doi.org/10.1016/j.envpol.2023.123075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3A78D8D6" w14:textId="77777777" w:rsidTr="00A15A1C">
        <w:tc>
          <w:tcPr>
            <w:tcW w:w="2435" w:type="dxa"/>
          </w:tcPr>
          <w:p w14:paraId="7A9682C9" w14:textId="492A4DCA" w:rsidR="00A15A1C" w:rsidRPr="0020482C" w:rsidRDefault="00426158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Shivram</w:t>
            </w:r>
            <w:proofErr w:type="spellEnd"/>
            <w:r w:rsidRPr="0020482C">
              <w:rPr>
                <w:sz w:val="20"/>
                <w:szCs w:val="20"/>
              </w:rPr>
              <w:t xml:space="preserve"> et al. 2023</w:t>
            </w:r>
          </w:p>
        </w:tc>
        <w:tc>
          <w:tcPr>
            <w:tcW w:w="6205" w:type="dxa"/>
          </w:tcPr>
          <w:p w14:paraId="7B244BB2" w14:textId="0FCA5E1C" w:rsidR="00A15A1C" w:rsidRPr="0020482C" w:rsidRDefault="004734A6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Shivram</w:t>
            </w:r>
            <w:proofErr w:type="spellEnd"/>
            <w:r w:rsidRPr="0020482C">
              <w:rPr>
                <w:sz w:val="20"/>
                <w:szCs w:val="20"/>
              </w:rPr>
              <w:t xml:space="preserve">, A., N. </w:t>
            </w:r>
            <w:proofErr w:type="spellStart"/>
            <w:r w:rsidRPr="0020482C">
              <w:rPr>
                <w:sz w:val="20"/>
                <w:szCs w:val="20"/>
              </w:rPr>
              <w:t>Sivasothi</w:t>
            </w:r>
            <w:proofErr w:type="spellEnd"/>
            <w:r w:rsidRPr="0020482C">
              <w:rPr>
                <w:sz w:val="20"/>
                <w:szCs w:val="20"/>
              </w:rPr>
              <w:t xml:space="preserve">, C.-D. Hsu, &amp; K. E. Hodges, 2023. Population distribution and causes of mortality of smooth-coated otters, </w:t>
            </w:r>
            <w:proofErr w:type="spellStart"/>
            <w:r w:rsidRPr="0020482C">
              <w:rPr>
                <w:i/>
                <w:iCs/>
                <w:sz w:val="20"/>
                <w:szCs w:val="20"/>
              </w:rPr>
              <w:t>Lutrogale</w:t>
            </w:r>
            <w:proofErr w:type="spellEnd"/>
            <w:r w:rsidRPr="0020482C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i/>
                <w:iCs/>
                <w:sz w:val="20"/>
                <w:szCs w:val="20"/>
              </w:rPr>
              <w:t>perspicillata</w:t>
            </w:r>
            <w:proofErr w:type="spellEnd"/>
            <w:r w:rsidRPr="0020482C">
              <w:rPr>
                <w:sz w:val="20"/>
                <w:szCs w:val="20"/>
              </w:rPr>
              <w:t xml:space="preserve">, in Singapore. Journal of </w:t>
            </w:r>
            <w:proofErr w:type="spellStart"/>
            <w:r w:rsidRPr="0020482C">
              <w:rPr>
                <w:sz w:val="20"/>
                <w:szCs w:val="20"/>
              </w:rPr>
              <w:t>Mammalogy</w:t>
            </w:r>
            <w:proofErr w:type="spellEnd"/>
            <w:r w:rsidRPr="0020482C">
              <w:rPr>
                <w:sz w:val="20"/>
                <w:szCs w:val="20"/>
              </w:rPr>
              <w:t xml:space="preserve"> 104: 496–508. </w:t>
            </w:r>
            <w:hyperlink r:id="rId27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https://doi.org/10.1093/jmammal/gyad007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6B581D52" w14:textId="77777777" w:rsidTr="00A15A1C">
        <w:tc>
          <w:tcPr>
            <w:tcW w:w="2435" w:type="dxa"/>
          </w:tcPr>
          <w:p w14:paraId="4923563E" w14:textId="6055016B" w:rsidR="00A15A1C" w:rsidRPr="0020482C" w:rsidRDefault="00426158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</w:rPr>
              <w:t>Bradshaw</w:t>
            </w:r>
            <w:r w:rsidR="004734A6" w:rsidRPr="0020482C">
              <w:rPr>
                <w:sz w:val="20"/>
                <w:szCs w:val="20"/>
              </w:rPr>
              <w:t xml:space="preserve">, </w:t>
            </w:r>
            <w:r w:rsidRPr="0020482C">
              <w:rPr>
                <w:sz w:val="20"/>
                <w:szCs w:val="20"/>
              </w:rPr>
              <w:t>2024</w:t>
            </w:r>
          </w:p>
        </w:tc>
        <w:tc>
          <w:tcPr>
            <w:tcW w:w="6205" w:type="dxa"/>
            <w:shd w:val="clear" w:color="auto" w:fill="FFFFFF" w:themeFill="background1"/>
          </w:tcPr>
          <w:p w14:paraId="6BB073D2" w14:textId="3212F76C" w:rsidR="00A15A1C" w:rsidRPr="0020482C" w:rsidRDefault="004734A6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Bradshaw, A., 2024. Digital encounters with microbial ecologies in a polluted urban river. SAGE Publications Ltd. cultural geographies 31: 519–527. </w:t>
            </w:r>
            <w:hyperlink r:id="rId28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https://doi.org/10.1177/14744740231215508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2BB5565D" w14:textId="77777777" w:rsidTr="00A15A1C">
        <w:tc>
          <w:tcPr>
            <w:tcW w:w="2435" w:type="dxa"/>
          </w:tcPr>
          <w:p w14:paraId="2E69D17F" w14:textId="05F10AB8" w:rsidR="00A15A1C" w:rsidRPr="0020482C" w:rsidRDefault="004734A6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Muñoz-Pacheco et al. 2025</w:t>
            </w:r>
          </w:p>
        </w:tc>
        <w:tc>
          <w:tcPr>
            <w:tcW w:w="6205" w:type="dxa"/>
          </w:tcPr>
          <w:p w14:paraId="2C96AE9C" w14:textId="2FB06D22" w:rsidR="00A15A1C" w:rsidRPr="0020482C" w:rsidRDefault="004734A6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Muñoz-Pacheco, C. B., J. C. Gutiérrez, &amp; N. R. Villaseñor, 2025. </w:t>
            </w:r>
            <w:r w:rsidRPr="0020482C">
              <w:rPr>
                <w:sz w:val="20"/>
                <w:szCs w:val="20"/>
              </w:rPr>
              <w:t xml:space="preserve">Contribution of Seasonal Streams to the Conservation of Native and Migratory Birds in a Coastal Region Undergoing Urbanization. Multidisciplinary Digital Publishing Institute. Birds 6: 8. </w:t>
            </w:r>
            <w:hyperlink r:id="rId29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https://doi.org/10.3390/birds6010008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518E6F64" w14:textId="77777777" w:rsidTr="00A15A1C">
        <w:tc>
          <w:tcPr>
            <w:tcW w:w="2435" w:type="dxa"/>
          </w:tcPr>
          <w:p w14:paraId="66BEF065" w14:textId="57C9C082" w:rsidR="00A15A1C" w:rsidRPr="0020482C" w:rsidRDefault="0042615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Ye et al. 2025</w:t>
            </w:r>
          </w:p>
        </w:tc>
        <w:tc>
          <w:tcPr>
            <w:tcW w:w="6205" w:type="dxa"/>
          </w:tcPr>
          <w:p w14:paraId="46193EE3" w14:textId="00E416E0" w:rsidR="00A15A1C" w:rsidRPr="0020482C" w:rsidRDefault="004734A6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Ye, F., M. Deng, Z. Sun, H. J. M. Op den Camp, J. Wu, Y. Wang, &amp; Y. Hong, 2025. What causes the urban river to look darker? An underestimated source of sulfide production in </w:t>
            </w:r>
            <w:proofErr w:type="spellStart"/>
            <w:r w:rsidRPr="0020482C">
              <w:rPr>
                <w:sz w:val="20"/>
                <w:szCs w:val="20"/>
              </w:rPr>
              <w:t>methanogenic</w:t>
            </w:r>
            <w:proofErr w:type="spellEnd"/>
            <w:r w:rsidRPr="0020482C">
              <w:rPr>
                <w:sz w:val="20"/>
                <w:szCs w:val="20"/>
              </w:rPr>
              <w:t xml:space="preserve"> metabolism. Journal of Hazardous Materials 485: 136847. </w:t>
            </w:r>
            <w:hyperlink r:id="rId30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https://doi.org/10.1016/j.jhazmat.2024.136847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68BA7F21" w14:textId="77777777" w:rsidTr="00A15A1C">
        <w:tc>
          <w:tcPr>
            <w:tcW w:w="2435" w:type="dxa"/>
          </w:tcPr>
          <w:p w14:paraId="605442DE" w14:textId="27C2EEFB" w:rsidR="00A15A1C" w:rsidRPr="0020482C" w:rsidRDefault="0042615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Butterworth et al. 202</w:t>
            </w:r>
            <w:r w:rsidR="004734A6" w:rsidRPr="0020482C">
              <w:rPr>
                <w:sz w:val="20"/>
                <w:szCs w:val="20"/>
              </w:rPr>
              <w:t>4</w:t>
            </w:r>
          </w:p>
        </w:tc>
        <w:tc>
          <w:tcPr>
            <w:tcW w:w="6205" w:type="dxa"/>
          </w:tcPr>
          <w:p w14:paraId="00C23E73" w14:textId="77777777" w:rsidR="004734A6" w:rsidRPr="0020482C" w:rsidRDefault="004734A6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Butterworth, H. L., B. E. Van </w:t>
            </w:r>
            <w:proofErr w:type="spellStart"/>
            <w:r w:rsidRPr="0020482C">
              <w:rPr>
                <w:sz w:val="20"/>
                <w:szCs w:val="20"/>
              </w:rPr>
              <w:t>Helden</w:t>
            </w:r>
            <w:proofErr w:type="spellEnd"/>
            <w:r w:rsidRPr="0020482C">
              <w:rPr>
                <w:sz w:val="20"/>
                <w:szCs w:val="20"/>
              </w:rPr>
              <w:t>, &amp; P. G. Close, 2024. From ponds to patios: evidence of frog reproduction and recruitment in residential gardens. Urban Ecosystems 28: 58.</w:t>
            </w:r>
          </w:p>
          <w:p w14:paraId="1B961BF0" w14:textId="33BDCA5C" w:rsidR="00A15A1C" w:rsidRPr="0020482C" w:rsidRDefault="0020482C" w:rsidP="00A15A1C">
            <w:pPr>
              <w:rPr>
                <w:sz w:val="20"/>
                <w:szCs w:val="20"/>
              </w:rPr>
            </w:pPr>
            <w:hyperlink r:id="rId31" w:history="1">
              <w:r w:rsidR="004734A6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https://doi.org/10.1007/s11252-024-01653-8</w:t>
              </w:r>
            </w:hyperlink>
            <w:r w:rsidR="004734A6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40BF4AB9" w14:textId="77777777" w:rsidTr="00A15A1C">
        <w:tc>
          <w:tcPr>
            <w:tcW w:w="2435" w:type="dxa"/>
          </w:tcPr>
          <w:p w14:paraId="55AC16FD" w14:textId="41B7C318" w:rsidR="00A15A1C" w:rsidRPr="0020482C" w:rsidRDefault="0042615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Lawson et al. 2024</w:t>
            </w:r>
          </w:p>
        </w:tc>
        <w:tc>
          <w:tcPr>
            <w:tcW w:w="6205" w:type="dxa"/>
          </w:tcPr>
          <w:p w14:paraId="45FAC75E" w14:textId="7FC72C82" w:rsidR="00A15A1C" w:rsidRPr="0020482C" w:rsidRDefault="004734A6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Lawson, L., C. B. Edge, M.-J. Fortin, &amp; D. A. Jackson, 2024. Temporal change in urban fish biodiversity—Gains, losses, and drivers of change. Ecology and Evolution 14: e10845. </w:t>
            </w:r>
            <w:hyperlink r:id="rId32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https://doi.org/10.1002/ece3.10845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2F1FD520" w14:textId="77777777" w:rsidTr="00A15A1C">
        <w:tc>
          <w:tcPr>
            <w:tcW w:w="2435" w:type="dxa"/>
          </w:tcPr>
          <w:p w14:paraId="05A2726D" w14:textId="3AF65D71" w:rsidR="00A15A1C" w:rsidRPr="0020482C" w:rsidRDefault="0042615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Roux et al. 2024</w:t>
            </w:r>
          </w:p>
        </w:tc>
        <w:tc>
          <w:tcPr>
            <w:tcW w:w="6205" w:type="dxa"/>
          </w:tcPr>
          <w:p w14:paraId="440C838F" w14:textId="3ACA6B73" w:rsidR="00A15A1C" w:rsidRPr="0020482C" w:rsidRDefault="00D4242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Roux, C., C. </w:t>
            </w:r>
            <w:proofErr w:type="spellStart"/>
            <w:r w:rsidRPr="0020482C">
              <w:rPr>
                <w:sz w:val="20"/>
                <w:szCs w:val="20"/>
              </w:rPr>
              <w:t>Madru</w:t>
            </w:r>
            <w:proofErr w:type="spellEnd"/>
            <w:r w:rsidRPr="0020482C">
              <w:rPr>
                <w:sz w:val="20"/>
                <w:szCs w:val="20"/>
              </w:rPr>
              <w:t xml:space="preserve">, D. Millan Navarro, G. Jan, N. </w:t>
            </w:r>
            <w:proofErr w:type="spellStart"/>
            <w:r w:rsidRPr="0020482C">
              <w:rPr>
                <w:sz w:val="20"/>
                <w:szCs w:val="20"/>
              </w:rPr>
              <w:t>Mazzella</w:t>
            </w:r>
            <w:proofErr w:type="spellEnd"/>
            <w:r w:rsidRPr="0020482C">
              <w:rPr>
                <w:sz w:val="20"/>
                <w:szCs w:val="20"/>
              </w:rPr>
              <w:t xml:space="preserve">, A. Moreira, J. </w:t>
            </w:r>
            <w:proofErr w:type="spellStart"/>
            <w:r w:rsidRPr="0020482C">
              <w:rPr>
                <w:sz w:val="20"/>
                <w:szCs w:val="20"/>
              </w:rPr>
              <w:t>Vedrenne</w:t>
            </w:r>
            <w:proofErr w:type="spellEnd"/>
            <w:r w:rsidRPr="0020482C">
              <w:rPr>
                <w:sz w:val="20"/>
                <w:szCs w:val="20"/>
              </w:rPr>
              <w:t xml:space="preserve">, L. </w:t>
            </w:r>
            <w:proofErr w:type="spellStart"/>
            <w:r w:rsidRPr="0020482C">
              <w:rPr>
                <w:sz w:val="20"/>
                <w:szCs w:val="20"/>
              </w:rPr>
              <w:t>Carassou</w:t>
            </w:r>
            <w:proofErr w:type="spellEnd"/>
            <w:r w:rsidRPr="0020482C">
              <w:rPr>
                <w:sz w:val="20"/>
                <w:szCs w:val="20"/>
              </w:rPr>
              <w:t xml:space="preserve">, &amp; S. Morin, 2024. Impact of urban pollution on freshwater biofilms: Oxidative stress, photosynthesis and lipid responses. Journal of Hazardous Materials 472: 134523. </w:t>
            </w:r>
            <w:hyperlink r:id="rId33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https://doi.org/10.1016/j.jhazmat.2024.134523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6E3FB64" w14:textId="77777777" w:rsidTr="00A15A1C">
        <w:tc>
          <w:tcPr>
            <w:tcW w:w="2435" w:type="dxa"/>
          </w:tcPr>
          <w:p w14:paraId="733FEDBC" w14:textId="7DD69FEE" w:rsidR="00A15A1C" w:rsidRPr="0020482C" w:rsidRDefault="0042615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Chen et al. 2025</w:t>
            </w:r>
          </w:p>
        </w:tc>
        <w:tc>
          <w:tcPr>
            <w:tcW w:w="6205" w:type="dxa"/>
          </w:tcPr>
          <w:p w14:paraId="76903F94" w14:textId="71AC837A" w:rsidR="00A15A1C" w:rsidRPr="0020482C" w:rsidRDefault="00D4242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Chen, B., L. Shi, Y. Gao, F. Ai, Y. Wang, S. C. </w:t>
            </w:r>
            <w:proofErr w:type="spellStart"/>
            <w:r w:rsidRPr="0020482C">
              <w:rPr>
                <w:sz w:val="20"/>
                <w:szCs w:val="20"/>
              </w:rPr>
              <w:t>Lougheed</w:t>
            </w:r>
            <w:proofErr w:type="spellEnd"/>
            <w:r w:rsidRPr="0020482C">
              <w:rPr>
                <w:sz w:val="20"/>
                <w:szCs w:val="20"/>
              </w:rPr>
              <w:t xml:space="preserve">, &amp; Z. Wang, 2025. Adaptive advantages of invasive </w:t>
            </w:r>
            <w:proofErr w:type="spellStart"/>
            <w:r w:rsidRPr="0020482C">
              <w:rPr>
                <w:sz w:val="20"/>
                <w:szCs w:val="20"/>
              </w:rPr>
              <w:t>mosquitofish</w:t>
            </w:r>
            <w:proofErr w:type="spellEnd"/>
            <w:r w:rsidRPr="0020482C">
              <w:rPr>
                <w:sz w:val="20"/>
                <w:szCs w:val="20"/>
              </w:rPr>
              <w:t xml:space="preserve"> over native </w:t>
            </w:r>
            <w:proofErr w:type="spellStart"/>
            <w:r w:rsidRPr="0020482C">
              <w:rPr>
                <w:sz w:val="20"/>
                <w:szCs w:val="20"/>
              </w:rPr>
              <w:t>medaka</w:t>
            </w:r>
            <w:proofErr w:type="spellEnd"/>
            <w:r w:rsidRPr="0020482C">
              <w:rPr>
                <w:sz w:val="20"/>
                <w:szCs w:val="20"/>
              </w:rPr>
              <w:t xml:space="preserve"> in a warmer, hypoxic world: Comparative physiological and </w:t>
            </w:r>
            <w:proofErr w:type="spellStart"/>
            <w:r w:rsidRPr="0020482C">
              <w:rPr>
                <w:sz w:val="20"/>
                <w:szCs w:val="20"/>
              </w:rPr>
              <w:t>transcriptomic</w:t>
            </w:r>
            <w:proofErr w:type="spellEnd"/>
            <w:r w:rsidRPr="0020482C">
              <w:rPr>
                <w:sz w:val="20"/>
                <w:szCs w:val="20"/>
              </w:rPr>
              <w:t xml:space="preserve"> insights. Science of The Total Environment 959: 178277. </w:t>
            </w:r>
            <w:hyperlink r:id="rId34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https://doi.org/10.1016/j.scitotenv.2024.178277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4AB77FF0" w14:textId="77777777" w:rsidTr="00A15A1C">
        <w:tc>
          <w:tcPr>
            <w:tcW w:w="2435" w:type="dxa"/>
          </w:tcPr>
          <w:p w14:paraId="432FF116" w14:textId="67D26548" w:rsidR="00A15A1C" w:rsidRPr="0020482C" w:rsidRDefault="00426158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Bauduin</w:t>
            </w:r>
            <w:proofErr w:type="spellEnd"/>
            <w:r w:rsidRPr="0020482C">
              <w:rPr>
                <w:sz w:val="20"/>
                <w:szCs w:val="20"/>
              </w:rPr>
              <w:t xml:space="preserve"> et al. 2024</w:t>
            </w:r>
          </w:p>
        </w:tc>
        <w:tc>
          <w:tcPr>
            <w:tcW w:w="6205" w:type="dxa"/>
          </w:tcPr>
          <w:p w14:paraId="2140B6F4" w14:textId="4A6ABE27" w:rsidR="00A15A1C" w:rsidRPr="0020482C" w:rsidRDefault="00D42422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Bauduin</w:t>
            </w:r>
            <w:proofErr w:type="spellEnd"/>
            <w:r w:rsidRPr="0020482C">
              <w:rPr>
                <w:sz w:val="20"/>
                <w:szCs w:val="20"/>
              </w:rPr>
              <w:t xml:space="preserve">, T., N. </w:t>
            </w:r>
            <w:proofErr w:type="spellStart"/>
            <w:r w:rsidRPr="0020482C">
              <w:rPr>
                <w:sz w:val="20"/>
                <w:szCs w:val="20"/>
              </w:rPr>
              <w:t>Gypens</w:t>
            </w:r>
            <w:proofErr w:type="spellEnd"/>
            <w:r w:rsidRPr="0020482C">
              <w:rPr>
                <w:sz w:val="20"/>
                <w:szCs w:val="20"/>
              </w:rPr>
              <w:t xml:space="preserve">, &amp; A. V. Borges, 2024. Seasonal and spatial variations of greenhouse gas (CO2, CH4 and N2O) emissions from urban ponds in Brussels. Water Research 253: 121257. </w:t>
            </w:r>
            <w:hyperlink r:id="rId35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https://doi.org/10.1016/j.watres.2024.121257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77C846F5" w14:textId="77777777" w:rsidTr="00A15A1C">
        <w:tc>
          <w:tcPr>
            <w:tcW w:w="2435" w:type="dxa"/>
          </w:tcPr>
          <w:p w14:paraId="7CB3F718" w14:textId="17D950FA" w:rsidR="00A15A1C" w:rsidRPr="0020482C" w:rsidRDefault="0042615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Shi et al. 2024</w:t>
            </w:r>
          </w:p>
        </w:tc>
        <w:tc>
          <w:tcPr>
            <w:tcW w:w="6205" w:type="dxa"/>
          </w:tcPr>
          <w:p w14:paraId="1F1B5CEA" w14:textId="383D8634" w:rsidR="00A15A1C" w:rsidRPr="0020482C" w:rsidRDefault="00D4242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Shi, L., C. Gao, T. Wang, L. Liu, Y. Wu, &amp; X. You, 2024. Information extraction of seasonal dissolved oxygen in urban water bodies based on machine learning using sentinel-2 imagery: An open access application in </w:t>
            </w:r>
            <w:proofErr w:type="spellStart"/>
            <w:r w:rsidRPr="0020482C">
              <w:rPr>
                <w:sz w:val="20"/>
                <w:szCs w:val="20"/>
              </w:rPr>
              <w:t>Baiyangdian</w:t>
            </w:r>
            <w:proofErr w:type="spellEnd"/>
            <w:r w:rsidRPr="0020482C">
              <w:rPr>
                <w:sz w:val="20"/>
                <w:szCs w:val="20"/>
              </w:rPr>
              <w:t xml:space="preserve"> Lake. Ecological Informatics 82: 102782. </w:t>
            </w:r>
            <w:hyperlink r:id="rId36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https://doi.org/10.1016/j.ecoinf.2024.102782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369ECA98" w14:textId="77777777" w:rsidTr="00A15A1C">
        <w:tc>
          <w:tcPr>
            <w:tcW w:w="2435" w:type="dxa"/>
          </w:tcPr>
          <w:p w14:paraId="59572FEB" w14:textId="66ED1652" w:rsidR="00A15A1C" w:rsidRPr="0020482C" w:rsidRDefault="0042615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Jimenez et al. 2025</w:t>
            </w:r>
          </w:p>
        </w:tc>
        <w:tc>
          <w:tcPr>
            <w:tcW w:w="6205" w:type="dxa"/>
          </w:tcPr>
          <w:p w14:paraId="00D64196" w14:textId="61068615" w:rsidR="00A15A1C" w:rsidRPr="0020482C" w:rsidRDefault="00D4242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Jimenez, K., Y. Kong, Y. Zhang, D. </w:t>
            </w:r>
            <w:proofErr w:type="spellStart"/>
            <w:r w:rsidRPr="0020482C">
              <w:rPr>
                <w:sz w:val="20"/>
                <w:szCs w:val="20"/>
              </w:rPr>
              <w:t>Ferketic</w:t>
            </w:r>
            <w:proofErr w:type="spellEnd"/>
            <w:r w:rsidRPr="0020482C">
              <w:rPr>
                <w:sz w:val="20"/>
                <w:szCs w:val="20"/>
              </w:rPr>
              <w:t xml:space="preserve">, S. K. </w:t>
            </w:r>
            <w:proofErr w:type="spellStart"/>
            <w:r w:rsidRPr="0020482C">
              <w:rPr>
                <w:sz w:val="20"/>
                <w:szCs w:val="20"/>
              </w:rPr>
              <w:t>Nagori</w:t>
            </w:r>
            <w:proofErr w:type="spellEnd"/>
            <w:r w:rsidRPr="0020482C">
              <w:rPr>
                <w:sz w:val="20"/>
                <w:szCs w:val="20"/>
              </w:rPr>
              <w:t xml:space="preserve">, J. Yang, A. A. </w:t>
            </w:r>
            <w:proofErr w:type="spellStart"/>
            <w:r w:rsidRPr="0020482C">
              <w:rPr>
                <w:sz w:val="20"/>
                <w:szCs w:val="20"/>
              </w:rPr>
              <w:t>Yulo</w:t>
            </w:r>
            <w:proofErr w:type="spellEnd"/>
            <w:r w:rsidRPr="0020482C">
              <w:rPr>
                <w:sz w:val="20"/>
                <w:szCs w:val="20"/>
              </w:rPr>
              <w:t xml:space="preserve">, B. Kramer, O. G. Prado, T. Cason, R. </w:t>
            </w:r>
            <w:proofErr w:type="spellStart"/>
            <w:r w:rsidRPr="0020482C">
              <w:rPr>
                <w:sz w:val="20"/>
                <w:szCs w:val="20"/>
              </w:rPr>
              <w:t>Chowdhry</w:t>
            </w:r>
            <w:proofErr w:type="spellEnd"/>
            <w:r w:rsidRPr="0020482C">
              <w:rPr>
                <w:sz w:val="20"/>
                <w:szCs w:val="20"/>
              </w:rPr>
              <w:t xml:space="preserve">, A. </w:t>
            </w:r>
            <w:proofErr w:type="spellStart"/>
            <w:r w:rsidRPr="0020482C">
              <w:rPr>
                <w:sz w:val="20"/>
                <w:szCs w:val="20"/>
              </w:rPr>
              <w:t>Kemsley</w:t>
            </w:r>
            <w:proofErr w:type="spellEnd"/>
            <w:r w:rsidRPr="0020482C">
              <w:rPr>
                <w:sz w:val="20"/>
                <w:szCs w:val="20"/>
              </w:rPr>
              <w:t xml:space="preserve">, L. M. Espinosa, J. A. Steele, J. Griffith, &amp; J. A. Jay, 2025. Evaluation of a modified IDEXX method for antimicrobial resistance monitoring of extended Beta-lactamases-producing Escherichia coli in impacted waters near the U.S.-Mexico border. One Health 20: 100997. </w:t>
            </w:r>
            <w:hyperlink r:id="rId37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https://doi.org/10.1016/j.onehlt.2025.100997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517B2DA4" w14:textId="77777777" w:rsidTr="00A15A1C">
        <w:tc>
          <w:tcPr>
            <w:tcW w:w="2435" w:type="dxa"/>
          </w:tcPr>
          <w:p w14:paraId="04CEFE6B" w14:textId="16864FE0" w:rsidR="00A15A1C" w:rsidRPr="0020482C" w:rsidRDefault="0042615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Kan</w:t>
            </w:r>
            <w:r w:rsidR="001138BC" w:rsidRPr="0020482C">
              <w:rPr>
                <w:sz w:val="20"/>
                <w:szCs w:val="20"/>
              </w:rPr>
              <w:t>e</w:t>
            </w:r>
            <w:r w:rsidRPr="0020482C">
              <w:rPr>
                <w:sz w:val="20"/>
                <w:szCs w:val="20"/>
              </w:rPr>
              <w:t xml:space="preserve"> &amp; </w:t>
            </w:r>
            <w:proofErr w:type="spellStart"/>
            <w:r w:rsidRPr="0020482C">
              <w:rPr>
                <w:sz w:val="20"/>
                <w:szCs w:val="20"/>
              </w:rPr>
              <w:t>Praskievicz</w:t>
            </w:r>
            <w:proofErr w:type="spellEnd"/>
            <w:r w:rsidR="00D42422" w:rsidRPr="0020482C">
              <w:rPr>
                <w:sz w:val="20"/>
                <w:szCs w:val="20"/>
              </w:rPr>
              <w:t>,</w:t>
            </w:r>
            <w:r w:rsidRPr="0020482C">
              <w:rPr>
                <w:sz w:val="20"/>
                <w:szCs w:val="20"/>
              </w:rPr>
              <w:t xml:space="preserve"> 2023</w:t>
            </w:r>
          </w:p>
        </w:tc>
        <w:tc>
          <w:tcPr>
            <w:tcW w:w="6205" w:type="dxa"/>
          </w:tcPr>
          <w:p w14:paraId="1402FB9B" w14:textId="10729A83" w:rsidR="00A15A1C" w:rsidRPr="0020482C" w:rsidRDefault="00D4242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Kane, A., &amp; S. </w:t>
            </w:r>
            <w:proofErr w:type="spellStart"/>
            <w:r w:rsidRPr="0020482C">
              <w:rPr>
                <w:sz w:val="20"/>
                <w:szCs w:val="20"/>
              </w:rPr>
              <w:t>Praskievicz</w:t>
            </w:r>
            <w:proofErr w:type="spellEnd"/>
            <w:r w:rsidRPr="0020482C">
              <w:rPr>
                <w:sz w:val="20"/>
                <w:szCs w:val="20"/>
              </w:rPr>
              <w:t xml:space="preserve">, 2023. Effects of Human Disturbances on Avian Species Composition in Wetlands along an Urban–Rural Gradient in the North Carolina Piedmont. The University of North Carolina Press. Southeastern Geographer 63: 252–271. </w:t>
            </w:r>
            <w:hyperlink r:id="rId38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https://dx.doi.org/10.1353/sgo.2023.a904511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27CF514D" w14:textId="77777777" w:rsidTr="00A15A1C">
        <w:tc>
          <w:tcPr>
            <w:tcW w:w="2435" w:type="dxa"/>
          </w:tcPr>
          <w:p w14:paraId="7D92DF97" w14:textId="480B59E5" w:rsidR="00A15A1C" w:rsidRPr="0020482C" w:rsidRDefault="00426158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Vrba</w:t>
            </w:r>
            <w:proofErr w:type="spellEnd"/>
            <w:r w:rsidRPr="0020482C">
              <w:rPr>
                <w:sz w:val="20"/>
                <w:szCs w:val="20"/>
              </w:rPr>
              <w:t xml:space="preserve"> et al. 2024</w:t>
            </w:r>
          </w:p>
        </w:tc>
        <w:tc>
          <w:tcPr>
            <w:tcW w:w="6205" w:type="dxa"/>
          </w:tcPr>
          <w:p w14:paraId="06989D18" w14:textId="6C98DED2" w:rsidR="00A15A1C" w:rsidRPr="0020482C" w:rsidRDefault="00D42422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Vrba</w:t>
            </w:r>
            <w:proofErr w:type="spellEnd"/>
            <w:r w:rsidRPr="0020482C">
              <w:rPr>
                <w:sz w:val="20"/>
                <w:szCs w:val="20"/>
              </w:rPr>
              <w:t xml:space="preserve">, R., I. Lavoie, N. </w:t>
            </w:r>
            <w:proofErr w:type="spellStart"/>
            <w:r w:rsidRPr="0020482C">
              <w:rPr>
                <w:sz w:val="20"/>
                <w:szCs w:val="20"/>
              </w:rPr>
              <w:t>Creusot</w:t>
            </w:r>
            <w:proofErr w:type="spellEnd"/>
            <w:r w:rsidRPr="0020482C">
              <w:rPr>
                <w:sz w:val="20"/>
                <w:szCs w:val="20"/>
              </w:rPr>
              <w:t xml:space="preserve">, M. Eon, D. Millan-Navarro, A. </w:t>
            </w:r>
            <w:proofErr w:type="spellStart"/>
            <w:r w:rsidRPr="0020482C">
              <w:rPr>
                <w:sz w:val="20"/>
                <w:szCs w:val="20"/>
              </w:rPr>
              <w:t>Feurtet</w:t>
            </w:r>
            <w:proofErr w:type="spellEnd"/>
            <w:r w:rsidRPr="0020482C">
              <w:rPr>
                <w:sz w:val="20"/>
                <w:szCs w:val="20"/>
              </w:rPr>
              <w:t xml:space="preserve">-Mazel, N. </w:t>
            </w:r>
            <w:proofErr w:type="spellStart"/>
            <w:r w:rsidRPr="0020482C">
              <w:rPr>
                <w:sz w:val="20"/>
                <w:szCs w:val="20"/>
              </w:rPr>
              <w:t>Mazzella</w:t>
            </w:r>
            <w:proofErr w:type="spellEnd"/>
            <w:r w:rsidRPr="0020482C">
              <w:rPr>
                <w:sz w:val="20"/>
                <w:szCs w:val="20"/>
              </w:rPr>
              <w:t xml:space="preserve">, A. Moreira, D. </w:t>
            </w:r>
            <w:proofErr w:type="spellStart"/>
            <w:r w:rsidRPr="0020482C">
              <w:rPr>
                <w:sz w:val="20"/>
                <w:szCs w:val="20"/>
              </w:rPr>
              <w:t>Planas</w:t>
            </w:r>
            <w:proofErr w:type="spellEnd"/>
            <w:r w:rsidRPr="0020482C">
              <w:rPr>
                <w:sz w:val="20"/>
                <w:szCs w:val="20"/>
              </w:rPr>
              <w:t xml:space="preserve">, &amp; S. Morin, 2024. Experimental testing of two urban stressors on freshwater biofilms. Aquatic Toxicology 272: 106972. </w:t>
            </w:r>
            <w:hyperlink r:id="rId39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https://doi.org/10.1016/j.aquatox.2024.106972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7C7EAB08" w14:textId="77777777" w:rsidTr="00A15A1C">
        <w:tc>
          <w:tcPr>
            <w:tcW w:w="2435" w:type="dxa"/>
          </w:tcPr>
          <w:p w14:paraId="576EB78F" w14:textId="08CB5716" w:rsidR="00A15A1C" w:rsidRPr="0020482C" w:rsidRDefault="0042615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Du &amp; Murray</w:t>
            </w:r>
            <w:r w:rsidR="00D42422" w:rsidRPr="0020482C">
              <w:rPr>
                <w:sz w:val="20"/>
                <w:szCs w:val="20"/>
              </w:rPr>
              <w:t>,</w:t>
            </w:r>
            <w:r w:rsidRPr="0020482C">
              <w:rPr>
                <w:sz w:val="20"/>
                <w:szCs w:val="20"/>
              </w:rPr>
              <w:t xml:space="preserve"> 2023</w:t>
            </w:r>
          </w:p>
        </w:tc>
        <w:tc>
          <w:tcPr>
            <w:tcW w:w="6205" w:type="dxa"/>
          </w:tcPr>
          <w:p w14:paraId="4D84D8D1" w14:textId="6F011DF3" w:rsidR="00A15A1C" w:rsidRPr="0020482C" w:rsidRDefault="00D4242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Du, S., &amp; R. L. Murray, 2023. Road salt pollution alters sex ratios in emerging mosquito populations. Environmental Pollution 334: 122203. </w:t>
            </w:r>
            <w:hyperlink r:id="rId40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https://doi.org/10.1016/j.envpol.2023.122203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F10D1F8" w14:textId="77777777" w:rsidTr="00A15A1C">
        <w:tc>
          <w:tcPr>
            <w:tcW w:w="2435" w:type="dxa"/>
          </w:tcPr>
          <w:p w14:paraId="22743B55" w14:textId="751485F2" w:rsidR="00A15A1C" w:rsidRPr="0020482C" w:rsidRDefault="0042615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Kaya</w:t>
            </w:r>
            <w:r w:rsidR="005A256A" w:rsidRPr="0020482C">
              <w:rPr>
                <w:sz w:val="20"/>
                <w:szCs w:val="20"/>
              </w:rPr>
              <w:t xml:space="preserve">, </w:t>
            </w:r>
            <w:r w:rsidRPr="0020482C">
              <w:rPr>
                <w:sz w:val="20"/>
                <w:szCs w:val="20"/>
              </w:rPr>
              <w:t>2024</w:t>
            </w:r>
          </w:p>
        </w:tc>
        <w:tc>
          <w:tcPr>
            <w:tcW w:w="6205" w:type="dxa"/>
          </w:tcPr>
          <w:p w14:paraId="6014F53B" w14:textId="4C17B75E" w:rsidR="00A15A1C" w:rsidRPr="0020482C" w:rsidRDefault="005A256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Kaya, N., 2024. The effects of increased urbanization on amphibian diversity and distribution in Istanbul, </w:t>
            </w:r>
            <w:proofErr w:type="spellStart"/>
            <w:r w:rsidRPr="0020482C">
              <w:rPr>
                <w:sz w:val="20"/>
                <w:szCs w:val="20"/>
              </w:rPr>
              <w:t>Türkiye</w:t>
            </w:r>
            <w:proofErr w:type="spellEnd"/>
            <w:r w:rsidRPr="0020482C">
              <w:rPr>
                <w:sz w:val="20"/>
                <w:szCs w:val="20"/>
              </w:rPr>
              <w:t>. North-Western Journal of Zoology 20: 58.</w:t>
            </w:r>
          </w:p>
        </w:tc>
      </w:tr>
      <w:tr w:rsidR="0020482C" w:rsidRPr="0020482C" w14:paraId="0AF4D26C" w14:textId="77777777" w:rsidTr="00A15A1C">
        <w:tc>
          <w:tcPr>
            <w:tcW w:w="2435" w:type="dxa"/>
          </w:tcPr>
          <w:p w14:paraId="2433E0EF" w14:textId="4749B7BB" w:rsidR="00A15A1C" w:rsidRPr="0020482C" w:rsidRDefault="00426158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Perron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r w:rsidR="005A256A" w:rsidRPr="0020482C">
              <w:rPr>
                <w:sz w:val="20"/>
                <w:szCs w:val="20"/>
              </w:rPr>
              <w:t>et al.</w:t>
            </w:r>
            <w:r w:rsidRPr="0020482C">
              <w:rPr>
                <w:sz w:val="20"/>
                <w:szCs w:val="20"/>
              </w:rPr>
              <w:t xml:space="preserve"> 2024</w:t>
            </w:r>
          </w:p>
        </w:tc>
        <w:tc>
          <w:tcPr>
            <w:tcW w:w="6205" w:type="dxa"/>
          </w:tcPr>
          <w:p w14:paraId="7548F53B" w14:textId="667CB5FF" w:rsidR="00A15A1C" w:rsidRPr="0020482C" w:rsidRDefault="00E6599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Perron</w:t>
            </w:r>
            <w:proofErr w:type="spellEnd"/>
            <w:r w:rsidRPr="0020482C">
              <w:rPr>
                <w:sz w:val="20"/>
                <w:szCs w:val="20"/>
              </w:rPr>
              <w:t xml:space="preserve">, M. A. C., J. T. </w:t>
            </w:r>
            <w:proofErr w:type="spellStart"/>
            <w:r w:rsidRPr="0020482C">
              <w:rPr>
                <w:sz w:val="20"/>
                <w:szCs w:val="20"/>
              </w:rPr>
              <w:t>Bried</w:t>
            </w:r>
            <w:proofErr w:type="spellEnd"/>
            <w:r w:rsidRPr="0020482C">
              <w:rPr>
                <w:sz w:val="20"/>
                <w:szCs w:val="20"/>
              </w:rPr>
              <w:t xml:space="preserve">, I. C. Richmond, C. </w:t>
            </w:r>
            <w:proofErr w:type="spellStart"/>
            <w:r w:rsidRPr="0020482C">
              <w:rPr>
                <w:sz w:val="20"/>
                <w:szCs w:val="20"/>
              </w:rPr>
              <w:t>Charette</w:t>
            </w:r>
            <w:proofErr w:type="spellEnd"/>
            <w:r w:rsidRPr="0020482C">
              <w:rPr>
                <w:sz w:val="20"/>
                <w:szCs w:val="20"/>
              </w:rPr>
              <w:t xml:space="preserve"> &amp; F. R. Pick, 2024. Urban </w:t>
            </w:r>
            <w:proofErr w:type="spellStart"/>
            <w:r w:rsidRPr="0020482C">
              <w:rPr>
                <w:sz w:val="20"/>
                <w:szCs w:val="20"/>
              </w:rPr>
              <w:t>stormwater</w:t>
            </w:r>
            <w:proofErr w:type="spellEnd"/>
            <w:r w:rsidRPr="0020482C">
              <w:rPr>
                <w:sz w:val="20"/>
                <w:szCs w:val="20"/>
              </w:rPr>
              <w:t xml:space="preserve"> ponds can support dragonfly reproduction akin to natural ponds. International Journal of </w:t>
            </w:r>
            <w:proofErr w:type="spellStart"/>
            <w:r w:rsidRPr="0020482C">
              <w:rPr>
                <w:sz w:val="20"/>
                <w:szCs w:val="20"/>
              </w:rPr>
              <w:t>Odonatology</w:t>
            </w:r>
            <w:proofErr w:type="spellEnd"/>
            <w:r w:rsidRPr="0020482C">
              <w:rPr>
                <w:sz w:val="20"/>
                <w:szCs w:val="20"/>
              </w:rPr>
              <w:t xml:space="preserve"> 27: 187–198. </w:t>
            </w:r>
            <w:hyperlink r:id="rId41" w:history="1">
              <w:r w:rsidR="005A256A" w:rsidRPr="0020482C">
                <w:rPr>
                  <w:rStyle w:val="Hyperlink"/>
                  <w:color w:val="auto"/>
                  <w:sz w:val="20"/>
                  <w:szCs w:val="20"/>
                </w:rPr>
                <w:t>https://doi.org/10.48156/1388.2024.1917292</w:t>
              </w:r>
            </w:hyperlink>
            <w:r w:rsidR="005A256A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76CFCE1A" w14:textId="77777777" w:rsidTr="00A15A1C">
        <w:tc>
          <w:tcPr>
            <w:tcW w:w="2435" w:type="dxa"/>
          </w:tcPr>
          <w:p w14:paraId="6D39219E" w14:textId="6B0EA813" w:rsidR="00A15A1C" w:rsidRPr="0020482C" w:rsidRDefault="00426158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Xiong</w:t>
            </w:r>
            <w:proofErr w:type="spellEnd"/>
            <w:r w:rsidRPr="0020482C">
              <w:rPr>
                <w:sz w:val="20"/>
                <w:szCs w:val="20"/>
              </w:rPr>
              <w:t xml:space="preserve"> et al. 2024</w:t>
            </w:r>
          </w:p>
        </w:tc>
        <w:tc>
          <w:tcPr>
            <w:tcW w:w="6205" w:type="dxa"/>
          </w:tcPr>
          <w:p w14:paraId="43CBA6EE" w14:textId="2D1F9CE3" w:rsidR="00A15A1C" w:rsidRPr="0020482C" w:rsidRDefault="005A256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Xiong</w:t>
            </w:r>
            <w:proofErr w:type="spellEnd"/>
            <w:r w:rsidRPr="0020482C">
              <w:rPr>
                <w:sz w:val="20"/>
                <w:szCs w:val="20"/>
              </w:rPr>
              <w:t xml:space="preserve">, W., H. J. </w:t>
            </w:r>
            <w:proofErr w:type="spellStart"/>
            <w:r w:rsidRPr="0020482C">
              <w:rPr>
                <w:sz w:val="20"/>
                <w:szCs w:val="20"/>
              </w:rPr>
              <w:t>MacIsaac</w:t>
            </w:r>
            <w:proofErr w:type="spellEnd"/>
            <w:r w:rsidRPr="0020482C">
              <w:rPr>
                <w:sz w:val="20"/>
                <w:szCs w:val="20"/>
              </w:rPr>
              <w:t xml:space="preserve">, &amp; A. Zhan, 2024. An overlooked source of false positives in </w:t>
            </w:r>
            <w:proofErr w:type="spellStart"/>
            <w:r w:rsidRPr="0020482C">
              <w:rPr>
                <w:sz w:val="20"/>
                <w:szCs w:val="20"/>
              </w:rPr>
              <w:t>eDNA</w:t>
            </w:r>
            <w:proofErr w:type="spellEnd"/>
            <w:r w:rsidRPr="0020482C">
              <w:rPr>
                <w:sz w:val="20"/>
                <w:szCs w:val="20"/>
              </w:rPr>
              <w:t xml:space="preserve">-based biodiversity assessment and management. Journal of Environmental Management 358: 120949. </w:t>
            </w:r>
            <w:hyperlink r:id="rId42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https://doi.org/10.1016/j.jenvman.2024.120949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3D53B37E" w14:textId="77777777" w:rsidTr="00A15A1C">
        <w:tc>
          <w:tcPr>
            <w:tcW w:w="2435" w:type="dxa"/>
          </w:tcPr>
          <w:p w14:paraId="1D22ACE4" w14:textId="381411B4" w:rsidR="00A15A1C" w:rsidRPr="0020482C" w:rsidRDefault="0042615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>Toroitich</w:t>
            </w:r>
            <w:r w:rsidR="005A256A" w:rsidRPr="0020482C">
              <w:rPr>
                <w:sz w:val="20"/>
                <w:szCs w:val="20"/>
                <w:lang w:val="pt-BR"/>
              </w:rPr>
              <w:t xml:space="preserve"> et al. </w:t>
            </w:r>
            <w:r w:rsidRPr="0020482C">
              <w:rPr>
                <w:sz w:val="20"/>
                <w:szCs w:val="20"/>
                <w:lang w:val="pt-BR"/>
              </w:rPr>
              <w:t>2024</w:t>
            </w:r>
          </w:p>
        </w:tc>
        <w:tc>
          <w:tcPr>
            <w:tcW w:w="6205" w:type="dxa"/>
          </w:tcPr>
          <w:p w14:paraId="564F5A9A" w14:textId="1170AFBB" w:rsidR="00A15A1C" w:rsidRPr="0020482C" w:rsidRDefault="005A256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Toroitich, C., M. Njuguna, &amp; D. Karanja, 2024. </w:t>
            </w:r>
            <w:r w:rsidRPr="0020482C">
              <w:rPr>
                <w:sz w:val="20"/>
                <w:szCs w:val="20"/>
              </w:rPr>
              <w:t xml:space="preserve">Implications of </w:t>
            </w:r>
            <w:proofErr w:type="spellStart"/>
            <w:r w:rsidRPr="0020482C">
              <w:rPr>
                <w:sz w:val="20"/>
                <w:szCs w:val="20"/>
              </w:rPr>
              <w:t>palustrine</w:t>
            </w:r>
            <w:proofErr w:type="spellEnd"/>
            <w:r w:rsidRPr="0020482C">
              <w:rPr>
                <w:sz w:val="20"/>
                <w:szCs w:val="20"/>
              </w:rPr>
              <w:t xml:space="preserve"> wetland configuration on the biodiversity of urban aquatic </w:t>
            </w:r>
            <w:proofErr w:type="spellStart"/>
            <w:r w:rsidRPr="0020482C">
              <w:rPr>
                <w:sz w:val="20"/>
                <w:szCs w:val="20"/>
              </w:rPr>
              <w:t>macroinvertebrate</w:t>
            </w:r>
            <w:proofErr w:type="spellEnd"/>
            <w:r w:rsidRPr="0020482C">
              <w:rPr>
                <w:sz w:val="20"/>
                <w:szCs w:val="20"/>
              </w:rPr>
              <w:t xml:space="preserve"> communities. Journal of Urban Ecology 10: juae011. </w:t>
            </w:r>
            <w:hyperlink r:id="rId43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https://doi.org/10.1093/jue/juae011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5FB5C7DA" w14:textId="77777777" w:rsidTr="00A15A1C">
        <w:tc>
          <w:tcPr>
            <w:tcW w:w="2435" w:type="dxa"/>
          </w:tcPr>
          <w:p w14:paraId="4F19B1AE" w14:textId="608405D1" w:rsidR="00A15A1C" w:rsidRPr="0020482C" w:rsidRDefault="000635DE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Marque</w:t>
            </w:r>
            <w:r w:rsidR="001138BC" w:rsidRPr="0020482C">
              <w:rPr>
                <w:sz w:val="20"/>
                <w:szCs w:val="20"/>
              </w:rPr>
              <w:t>s</w:t>
            </w:r>
            <w:r w:rsidRPr="0020482C">
              <w:rPr>
                <w:sz w:val="20"/>
                <w:szCs w:val="20"/>
              </w:rPr>
              <w:t xml:space="preserve"> et al. 2024</w:t>
            </w:r>
          </w:p>
        </w:tc>
        <w:tc>
          <w:tcPr>
            <w:tcW w:w="6205" w:type="dxa"/>
          </w:tcPr>
          <w:p w14:paraId="27C22FF0" w14:textId="57DBB37D" w:rsidR="00A15A1C" w:rsidRPr="0020482C" w:rsidRDefault="005A256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Marques, P., A. T. M. Chin, J. L. W. </w:t>
            </w:r>
            <w:proofErr w:type="spellStart"/>
            <w:r w:rsidRPr="0020482C">
              <w:rPr>
                <w:sz w:val="20"/>
                <w:szCs w:val="20"/>
              </w:rPr>
              <w:t>Ruppert</w:t>
            </w:r>
            <w:proofErr w:type="spellEnd"/>
            <w:r w:rsidRPr="0020482C">
              <w:rPr>
                <w:sz w:val="20"/>
                <w:szCs w:val="20"/>
              </w:rPr>
              <w:t xml:space="preserve">, &amp; N. E. </w:t>
            </w:r>
            <w:proofErr w:type="spellStart"/>
            <w:r w:rsidRPr="0020482C">
              <w:rPr>
                <w:sz w:val="20"/>
                <w:szCs w:val="20"/>
              </w:rPr>
              <w:t>Mandrak</w:t>
            </w:r>
            <w:proofErr w:type="spellEnd"/>
            <w:r w:rsidRPr="0020482C">
              <w:rPr>
                <w:sz w:val="20"/>
                <w:szCs w:val="20"/>
              </w:rPr>
              <w:t xml:space="preserve">, 2024. The luxury effect in urban aquatic ecosystems: exploring drivers of change. Urban Ecosystems 27: 1723–1732. </w:t>
            </w:r>
            <w:hyperlink r:id="rId44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https://doi.org/10.1007/s11252-024-01549-7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3C8F5B7F" w14:textId="77777777" w:rsidTr="00A15A1C">
        <w:tc>
          <w:tcPr>
            <w:tcW w:w="2435" w:type="dxa"/>
          </w:tcPr>
          <w:p w14:paraId="5BC0E2D7" w14:textId="53905755" w:rsidR="00A15A1C" w:rsidRPr="0020482C" w:rsidRDefault="000635DE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Jehl</w:t>
            </w:r>
            <w:proofErr w:type="spellEnd"/>
            <w:r w:rsidRPr="0020482C">
              <w:rPr>
                <w:sz w:val="20"/>
                <w:szCs w:val="20"/>
              </w:rPr>
              <w:t xml:space="preserve"> et al. 2023</w:t>
            </w:r>
          </w:p>
        </w:tc>
        <w:tc>
          <w:tcPr>
            <w:tcW w:w="6205" w:type="dxa"/>
          </w:tcPr>
          <w:p w14:paraId="11CB3A7C" w14:textId="00CFD5E2" w:rsidR="00A15A1C" w:rsidRPr="0020482C" w:rsidRDefault="005A256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Jehle</w:t>
            </w:r>
            <w:proofErr w:type="spellEnd"/>
            <w:r w:rsidRPr="0020482C">
              <w:rPr>
                <w:sz w:val="20"/>
                <w:szCs w:val="20"/>
              </w:rPr>
              <w:t xml:space="preserve">, R., J. Hall, S. A. Hook, S. King, K. MacArthur, A. </w:t>
            </w:r>
            <w:proofErr w:type="spellStart"/>
            <w:r w:rsidRPr="0020482C">
              <w:rPr>
                <w:sz w:val="20"/>
                <w:szCs w:val="20"/>
              </w:rPr>
              <w:t>Miró</w:t>
            </w:r>
            <w:proofErr w:type="spellEnd"/>
            <w:r w:rsidRPr="0020482C">
              <w:rPr>
                <w:sz w:val="20"/>
                <w:szCs w:val="20"/>
              </w:rPr>
              <w:t>, M. Rae, &amp; D. O’Brien, 2023. High Evolutionary Potential Maintained in Common Frog (</w:t>
            </w:r>
            <w:proofErr w:type="spellStart"/>
            <w:r w:rsidRPr="0020482C">
              <w:rPr>
                <w:sz w:val="20"/>
                <w:szCs w:val="20"/>
              </w:rPr>
              <w:t>Rana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temporaria</w:t>
            </w:r>
            <w:proofErr w:type="spellEnd"/>
            <w:r w:rsidRPr="0020482C">
              <w:rPr>
                <w:sz w:val="20"/>
                <w:szCs w:val="20"/>
              </w:rPr>
              <w:t xml:space="preserve">) Populations Inhabiting Urban Drainage Ponds. Multidisciplinary Digital Publishing Institute. Diversity 15: 738. </w:t>
            </w:r>
            <w:hyperlink r:id="rId45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https://doi.org/10.3390/d15060738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304C2DB" w14:textId="77777777" w:rsidTr="00A15A1C">
        <w:tc>
          <w:tcPr>
            <w:tcW w:w="2435" w:type="dxa"/>
          </w:tcPr>
          <w:p w14:paraId="62B5F6AB" w14:textId="445ACF30" w:rsidR="00A15A1C" w:rsidRPr="0020482C" w:rsidRDefault="000635DE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Wang et al. 2023</w:t>
            </w:r>
          </w:p>
        </w:tc>
        <w:tc>
          <w:tcPr>
            <w:tcW w:w="6205" w:type="dxa"/>
          </w:tcPr>
          <w:p w14:paraId="79C4EEA9" w14:textId="07732B69" w:rsidR="00A15A1C" w:rsidRPr="0020482C" w:rsidRDefault="00B101E9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Wang, L., G. Wang, T. Chen, &amp; J. Liu, 2023. The Regulating Effect of Urban Large Planar Water Bodies on Residential Heat Islands: A Case Study of </w:t>
            </w:r>
            <w:proofErr w:type="spellStart"/>
            <w:r w:rsidRPr="0020482C">
              <w:rPr>
                <w:sz w:val="20"/>
                <w:szCs w:val="20"/>
              </w:rPr>
              <w:t>Meijiang</w:t>
            </w:r>
            <w:proofErr w:type="spellEnd"/>
            <w:r w:rsidRPr="0020482C">
              <w:rPr>
                <w:sz w:val="20"/>
                <w:szCs w:val="20"/>
              </w:rPr>
              <w:t xml:space="preserve"> Lake in Tianjin. Multidisciplinary Digital Publishing Institute. Land 12: 2126. </w:t>
            </w:r>
            <w:hyperlink r:id="rId46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https://doi.org/10.3390/land12122126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0D51EB3C" w14:textId="77777777" w:rsidTr="00A15A1C">
        <w:tc>
          <w:tcPr>
            <w:tcW w:w="2435" w:type="dxa"/>
          </w:tcPr>
          <w:p w14:paraId="38B40FF8" w14:textId="18205C33" w:rsidR="00A15A1C" w:rsidRPr="0020482C" w:rsidRDefault="000635DE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Hess et al. 2022</w:t>
            </w:r>
          </w:p>
        </w:tc>
        <w:tc>
          <w:tcPr>
            <w:tcW w:w="6205" w:type="dxa"/>
          </w:tcPr>
          <w:p w14:paraId="6ED570B6" w14:textId="01B853AF" w:rsidR="00A15A1C" w:rsidRPr="0020482C" w:rsidRDefault="00B101E9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Hess, K. M., J. S. Sinclair, A. J. </w:t>
            </w:r>
            <w:proofErr w:type="spellStart"/>
            <w:r w:rsidRPr="0020482C">
              <w:rPr>
                <w:sz w:val="20"/>
                <w:szCs w:val="20"/>
              </w:rPr>
              <w:t>Reisinger</w:t>
            </w:r>
            <w:proofErr w:type="spellEnd"/>
            <w:r w:rsidRPr="0020482C">
              <w:rPr>
                <w:sz w:val="20"/>
                <w:szCs w:val="20"/>
              </w:rPr>
              <w:t xml:space="preserve">, E. Z. Bean, &amp; B. V. </w:t>
            </w:r>
            <w:proofErr w:type="spellStart"/>
            <w:r w:rsidRPr="0020482C">
              <w:rPr>
                <w:sz w:val="20"/>
                <w:szCs w:val="20"/>
              </w:rPr>
              <w:t>Iannone</w:t>
            </w:r>
            <w:proofErr w:type="spellEnd"/>
            <w:r w:rsidRPr="0020482C">
              <w:rPr>
                <w:sz w:val="20"/>
                <w:szCs w:val="20"/>
              </w:rPr>
              <w:t xml:space="preserve"> III, 2022. Are </w:t>
            </w:r>
            <w:proofErr w:type="spellStart"/>
            <w:r w:rsidRPr="0020482C">
              <w:rPr>
                <w:sz w:val="20"/>
                <w:szCs w:val="20"/>
              </w:rPr>
              <w:t>stormwater</w:t>
            </w:r>
            <w:proofErr w:type="spellEnd"/>
            <w:r w:rsidRPr="0020482C">
              <w:rPr>
                <w:sz w:val="20"/>
                <w:szCs w:val="20"/>
              </w:rPr>
              <w:t xml:space="preserve"> detention ponds protecting urban aquatic ecosystems? </w:t>
            </w:r>
            <w:proofErr w:type="gramStart"/>
            <w:r w:rsidRPr="0020482C">
              <w:rPr>
                <w:sz w:val="20"/>
                <w:szCs w:val="20"/>
              </w:rPr>
              <w:t>a</w:t>
            </w:r>
            <w:proofErr w:type="gramEnd"/>
            <w:r w:rsidRPr="0020482C">
              <w:rPr>
                <w:sz w:val="20"/>
                <w:szCs w:val="20"/>
              </w:rPr>
              <w:t xml:space="preserve"> case study using </w:t>
            </w:r>
            <w:proofErr w:type="spellStart"/>
            <w:r w:rsidRPr="0020482C">
              <w:rPr>
                <w:sz w:val="20"/>
                <w:szCs w:val="20"/>
              </w:rPr>
              <w:t>depressional</w:t>
            </w:r>
            <w:proofErr w:type="spellEnd"/>
            <w:r w:rsidRPr="0020482C">
              <w:rPr>
                <w:sz w:val="20"/>
                <w:szCs w:val="20"/>
              </w:rPr>
              <w:t xml:space="preserve"> wetlands. Urban Ecosystems 25: 1155–1168. </w:t>
            </w:r>
            <w:hyperlink r:id="rId47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https://doi.org/10.1007/s11252-022-01208-9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04F52716" w14:textId="77777777" w:rsidTr="00A15A1C">
        <w:tc>
          <w:tcPr>
            <w:tcW w:w="2435" w:type="dxa"/>
          </w:tcPr>
          <w:p w14:paraId="1ABA0CAE" w14:textId="183BA578" w:rsidR="00A15A1C" w:rsidRPr="0020482C" w:rsidRDefault="000635DE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O’Brien et al. 2022</w:t>
            </w:r>
          </w:p>
        </w:tc>
        <w:tc>
          <w:tcPr>
            <w:tcW w:w="6205" w:type="dxa"/>
          </w:tcPr>
          <w:p w14:paraId="6E85254F" w14:textId="1629CF9B" w:rsidR="00A15A1C" w:rsidRPr="0020482C" w:rsidRDefault="00B101E9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O’Brien, A. M., Z. H. Yu, C. </w:t>
            </w:r>
            <w:proofErr w:type="spellStart"/>
            <w:r w:rsidRPr="0020482C">
              <w:rPr>
                <w:sz w:val="20"/>
                <w:szCs w:val="20"/>
              </w:rPr>
              <w:t>Pencer</w:t>
            </w:r>
            <w:proofErr w:type="spellEnd"/>
            <w:r w:rsidRPr="0020482C">
              <w:rPr>
                <w:sz w:val="20"/>
                <w:szCs w:val="20"/>
              </w:rPr>
              <w:t xml:space="preserve">, M. E. Frederickson, G. H. </w:t>
            </w:r>
            <w:proofErr w:type="spellStart"/>
            <w:r w:rsidRPr="0020482C">
              <w:rPr>
                <w:sz w:val="20"/>
                <w:szCs w:val="20"/>
              </w:rPr>
              <w:t>LeFevre</w:t>
            </w:r>
            <w:proofErr w:type="spellEnd"/>
            <w:r w:rsidRPr="0020482C">
              <w:rPr>
                <w:sz w:val="20"/>
                <w:szCs w:val="20"/>
              </w:rPr>
              <w:t xml:space="preserve">, &amp; E. </w:t>
            </w:r>
            <w:proofErr w:type="spellStart"/>
            <w:r w:rsidRPr="0020482C">
              <w:rPr>
                <w:sz w:val="20"/>
                <w:szCs w:val="20"/>
              </w:rPr>
              <w:t>Passeport</w:t>
            </w:r>
            <w:proofErr w:type="spellEnd"/>
            <w:r w:rsidRPr="0020482C">
              <w:rPr>
                <w:sz w:val="20"/>
                <w:szCs w:val="20"/>
              </w:rPr>
              <w:t>, 2022. Harnessing plant-</w:t>
            </w:r>
            <w:proofErr w:type="spellStart"/>
            <w:r w:rsidRPr="0020482C">
              <w:rPr>
                <w:sz w:val="20"/>
                <w:szCs w:val="20"/>
              </w:rPr>
              <w:t>microbiome</w:t>
            </w:r>
            <w:proofErr w:type="spellEnd"/>
            <w:r w:rsidRPr="0020482C">
              <w:rPr>
                <w:sz w:val="20"/>
                <w:szCs w:val="20"/>
              </w:rPr>
              <w:t xml:space="preserve"> interactions for bioremediation across a freshwater urbanization gradient. Water Research 223: 118926. </w:t>
            </w:r>
            <w:hyperlink r:id="rId48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https://doi.org/10.1016/j.watres.2022.118926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703E4C30" w14:textId="77777777" w:rsidTr="00A15A1C">
        <w:tc>
          <w:tcPr>
            <w:tcW w:w="2435" w:type="dxa"/>
          </w:tcPr>
          <w:p w14:paraId="4BE9334F" w14:textId="46A385C4" w:rsidR="00A15A1C" w:rsidRPr="0020482C" w:rsidRDefault="001138BC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Mukherjee</w:t>
            </w:r>
            <w:r w:rsidR="00B101E9" w:rsidRPr="0020482C">
              <w:rPr>
                <w:sz w:val="20"/>
                <w:szCs w:val="20"/>
              </w:rPr>
              <w:t xml:space="preserve">, </w:t>
            </w:r>
            <w:r w:rsidR="000635DE" w:rsidRPr="0020482C">
              <w:rPr>
                <w:sz w:val="20"/>
                <w:szCs w:val="20"/>
              </w:rPr>
              <w:t>2022</w:t>
            </w:r>
          </w:p>
        </w:tc>
        <w:tc>
          <w:tcPr>
            <w:tcW w:w="6205" w:type="dxa"/>
          </w:tcPr>
          <w:p w14:paraId="4C624001" w14:textId="2104DDB4" w:rsidR="00A15A1C" w:rsidRPr="0020482C" w:rsidRDefault="00B101E9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Mukherjee, J., 2022. “Living systems infrastructure” of Kolkata: exploring co-production of urban nature using historical urban political ecology (HUPE). SAGE Publications Ltd. Environment &amp; Urbanization 34: 32–51. </w:t>
            </w:r>
            <w:hyperlink r:id="rId49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https://doi.org/10.1177/09562478221084560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420FCCE" w14:textId="77777777" w:rsidTr="00A15A1C">
        <w:tc>
          <w:tcPr>
            <w:tcW w:w="2435" w:type="dxa"/>
          </w:tcPr>
          <w:p w14:paraId="20FDC7DF" w14:textId="1D697487" w:rsidR="00A15A1C" w:rsidRPr="0020482C" w:rsidRDefault="00B30939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Moi</w:t>
            </w:r>
            <w:proofErr w:type="spellEnd"/>
            <w:r w:rsidRPr="0020482C">
              <w:rPr>
                <w:sz w:val="20"/>
                <w:szCs w:val="20"/>
              </w:rPr>
              <w:t xml:space="preserve"> &amp; </w:t>
            </w:r>
            <w:r w:rsidRPr="0020482C">
              <w:rPr>
                <w:sz w:val="20"/>
                <w:szCs w:val="20"/>
                <w:lang w:val="pt-BR"/>
              </w:rPr>
              <w:t>Teixeira-de-Mello</w:t>
            </w:r>
            <w:r w:rsidR="00167030" w:rsidRPr="0020482C">
              <w:rPr>
                <w:sz w:val="20"/>
                <w:szCs w:val="20"/>
                <w:lang w:val="pt-BR"/>
              </w:rPr>
              <w:t>,</w:t>
            </w:r>
            <w:r w:rsidRPr="0020482C">
              <w:rPr>
                <w:sz w:val="20"/>
                <w:szCs w:val="20"/>
                <w:lang w:val="pt-BR"/>
              </w:rPr>
              <w:t xml:space="preserve"> 2022</w:t>
            </w:r>
          </w:p>
        </w:tc>
        <w:tc>
          <w:tcPr>
            <w:tcW w:w="6205" w:type="dxa"/>
          </w:tcPr>
          <w:p w14:paraId="42E9885C" w14:textId="2C47DE58" w:rsidR="00A15A1C" w:rsidRPr="0020482C" w:rsidRDefault="006667CD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Moi, D. A. &amp; F. Teixeira-de-Mello, 2022. </w:t>
            </w:r>
            <w:r w:rsidRPr="0020482C">
              <w:rPr>
                <w:sz w:val="20"/>
                <w:szCs w:val="20"/>
              </w:rPr>
              <w:t xml:space="preserve">Cascading impacts of urbanization on </w:t>
            </w:r>
            <w:proofErr w:type="spellStart"/>
            <w:r w:rsidRPr="0020482C">
              <w:rPr>
                <w:sz w:val="20"/>
                <w:szCs w:val="20"/>
              </w:rPr>
              <w:t>multitrophic</w:t>
            </w:r>
            <w:proofErr w:type="spellEnd"/>
            <w:r w:rsidRPr="0020482C">
              <w:rPr>
                <w:sz w:val="20"/>
                <w:szCs w:val="20"/>
              </w:rPr>
              <w:t xml:space="preserve"> richness and biomass stock in </w:t>
            </w:r>
            <w:proofErr w:type="spellStart"/>
            <w:r w:rsidRPr="0020482C">
              <w:rPr>
                <w:sz w:val="20"/>
                <w:szCs w:val="20"/>
              </w:rPr>
              <w:t>neotropical</w:t>
            </w:r>
            <w:proofErr w:type="spellEnd"/>
            <w:r w:rsidRPr="0020482C">
              <w:rPr>
                <w:sz w:val="20"/>
                <w:szCs w:val="20"/>
              </w:rPr>
              <w:t xml:space="preserve"> streams. Science of the Total Environment 806: 151398. </w:t>
            </w:r>
            <w:hyperlink r:id="rId50" w:history="1">
              <w:r w:rsidR="00A15A1C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https://doi.org/10.1016/j.scitotenv.2021.151398</w:t>
              </w:r>
            </w:hyperlink>
            <w:r w:rsidR="001D621A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7B4F54C6" w14:textId="77777777" w:rsidTr="00A15A1C">
        <w:tc>
          <w:tcPr>
            <w:tcW w:w="2435" w:type="dxa"/>
          </w:tcPr>
          <w:p w14:paraId="508F13F9" w14:textId="178F9DAD" w:rsidR="00A15A1C" w:rsidRPr="0020482C" w:rsidRDefault="00B30939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Jambhekar</w:t>
            </w:r>
            <w:proofErr w:type="spellEnd"/>
            <w:r w:rsidRPr="0020482C">
              <w:rPr>
                <w:sz w:val="20"/>
                <w:szCs w:val="20"/>
              </w:rPr>
              <w:t xml:space="preserve"> et al. 2021</w:t>
            </w:r>
          </w:p>
        </w:tc>
        <w:tc>
          <w:tcPr>
            <w:tcW w:w="6205" w:type="dxa"/>
          </w:tcPr>
          <w:p w14:paraId="1BFE0695" w14:textId="5C2998E1" w:rsidR="00A15A1C" w:rsidRPr="0020482C" w:rsidRDefault="006C15FB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Jambhekar</w:t>
            </w:r>
            <w:proofErr w:type="spellEnd"/>
            <w:r w:rsidRPr="0020482C">
              <w:rPr>
                <w:sz w:val="20"/>
                <w:szCs w:val="20"/>
              </w:rPr>
              <w:t xml:space="preserve">, R., K. </w:t>
            </w:r>
            <w:proofErr w:type="spellStart"/>
            <w:r w:rsidRPr="0020482C">
              <w:rPr>
                <w:sz w:val="20"/>
                <w:szCs w:val="20"/>
              </w:rPr>
              <w:t>Suryawanshi</w:t>
            </w:r>
            <w:proofErr w:type="spellEnd"/>
            <w:r w:rsidRPr="0020482C">
              <w:rPr>
                <w:sz w:val="20"/>
                <w:szCs w:val="20"/>
              </w:rPr>
              <w:t xml:space="preserve"> &amp; H. </w:t>
            </w:r>
            <w:proofErr w:type="spellStart"/>
            <w:r w:rsidRPr="0020482C">
              <w:rPr>
                <w:sz w:val="20"/>
                <w:szCs w:val="20"/>
              </w:rPr>
              <w:t>Nagendra</w:t>
            </w:r>
            <w:proofErr w:type="spellEnd"/>
            <w:r w:rsidRPr="0020482C">
              <w:rPr>
                <w:sz w:val="20"/>
                <w:szCs w:val="20"/>
              </w:rPr>
              <w:t xml:space="preserve">, 2021. Relationship between lake area and distance from the city </w:t>
            </w:r>
            <w:proofErr w:type="spellStart"/>
            <w:r w:rsidRPr="0020482C">
              <w:rPr>
                <w:sz w:val="20"/>
                <w:szCs w:val="20"/>
              </w:rPr>
              <w:t>centre</w:t>
            </w:r>
            <w:proofErr w:type="spellEnd"/>
            <w:r w:rsidRPr="0020482C">
              <w:rPr>
                <w:sz w:val="20"/>
                <w:szCs w:val="20"/>
              </w:rPr>
              <w:t xml:space="preserve"> on lake-dependent resident and migratory birds in urban Bangalore, a tropical mega-city in Southern India. Journal of Urban Ecology 7: juab028. </w:t>
            </w:r>
            <w:hyperlink r:id="rId51" w:history="1">
              <w:r w:rsidR="00A15A1C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https://doi.org/10.1093/jue/juab028</w:t>
              </w:r>
            </w:hyperlink>
            <w:r w:rsidR="001D621A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6F6373B8" w14:textId="77777777" w:rsidTr="00A15A1C">
        <w:tc>
          <w:tcPr>
            <w:tcW w:w="2435" w:type="dxa"/>
          </w:tcPr>
          <w:p w14:paraId="2D74172F" w14:textId="5C665E64" w:rsidR="00A15A1C" w:rsidRPr="0020482C" w:rsidRDefault="00B30939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Bezerra</w:t>
            </w:r>
            <w:proofErr w:type="spellEnd"/>
            <w:r w:rsidRPr="0020482C">
              <w:rPr>
                <w:sz w:val="20"/>
                <w:szCs w:val="20"/>
              </w:rPr>
              <w:t xml:space="preserve"> et al. 2022</w:t>
            </w:r>
          </w:p>
        </w:tc>
        <w:tc>
          <w:tcPr>
            <w:tcW w:w="6205" w:type="dxa"/>
          </w:tcPr>
          <w:p w14:paraId="59AA253D" w14:textId="42DAD172" w:rsidR="00A15A1C" w:rsidRPr="0020482C" w:rsidRDefault="006C15FB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Bezerra, M. P., E. A. P. Viana, L. P. M. Brandão, D. F. McGinnis, J. F. Bezerra-Neto &amp; F. A. R. Barbosa, 2022. </w:t>
            </w:r>
            <w:r w:rsidRPr="0020482C">
              <w:rPr>
                <w:sz w:val="20"/>
                <w:szCs w:val="20"/>
              </w:rPr>
              <w:t xml:space="preserve">Water quality evaluation and dissolved organic matter characterization of a tropical </w:t>
            </w:r>
            <w:proofErr w:type="spellStart"/>
            <w:r w:rsidRPr="0020482C">
              <w:rPr>
                <w:sz w:val="20"/>
                <w:szCs w:val="20"/>
              </w:rPr>
              <w:t>hypereutrophic</w:t>
            </w:r>
            <w:proofErr w:type="spellEnd"/>
            <w:r w:rsidRPr="0020482C">
              <w:rPr>
                <w:sz w:val="20"/>
                <w:szCs w:val="20"/>
              </w:rPr>
              <w:t xml:space="preserve"> reservoir and its streams treated with </w:t>
            </w:r>
            <w:proofErr w:type="spellStart"/>
            <w:r w:rsidRPr="0020482C">
              <w:rPr>
                <w:sz w:val="20"/>
                <w:szCs w:val="20"/>
              </w:rPr>
              <w:t>Phoslock</w:t>
            </w:r>
            <w:proofErr w:type="spellEnd"/>
            <w:r w:rsidRPr="0020482C">
              <w:rPr>
                <w:sz w:val="20"/>
                <w:szCs w:val="20"/>
              </w:rPr>
              <w:t xml:space="preserve">® and microbial bioremediation </w:t>
            </w:r>
            <w:proofErr w:type="spellStart"/>
            <w:r w:rsidRPr="0020482C">
              <w:rPr>
                <w:sz w:val="20"/>
                <w:szCs w:val="20"/>
              </w:rPr>
              <w:t>Enzilimp</w:t>
            </w:r>
            <w:proofErr w:type="spellEnd"/>
            <w:r w:rsidRPr="0020482C">
              <w:rPr>
                <w:sz w:val="20"/>
                <w:szCs w:val="20"/>
              </w:rPr>
              <w:t xml:space="preserve">®. Environmental Science and Pollution Research 29: 1375–1390. </w:t>
            </w:r>
            <w:hyperlink r:id="rId52" w:history="1">
              <w:r w:rsidR="00A15A1C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https://doi.org/10.1007/s11356-021-15645-0</w:t>
              </w:r>
            </w:hyperlink>
            <w:r w:rsidR="001D621A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7EA1033E" w14:textId="77777777" w:rsidTr="00A15A1C">
        <w:tc>
          <w:tcPr>
            <w:tcW w:w="2435" w:type="dxa"/>
          </w:tcPr>
          <w:p w14:paraId="555B3C86" w14:textId="1DEC7874" w:rsidR="00A15A1C" w:rsidRPr="0020482C" w:rsidRDefault="00B30939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Lai et al. 2021</w:t>
            </w:r>
          </w:p>
        </w:tc>
        <w:tc>
          <w:tcPr>
            <w:tcW w:w="6205" w:type="dxa"/>
          </w:tcPr>
          <w:p w14:paraId="282DC310" w14:textId="5FA1D6DB" w:rsidR="00A15A1C" w:rsidRPr="0020482C" w:rsidRDefault="006C15FB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Lai, F. Y., W. Muziasari, M. Virta, K. Wiberg &amp; L. Ahrens, 2021. </w:t>
            </w:r>
            <w:r w:rsidRPr="0020482C">
              <w:rPr>
                <w:sz w:val="20"/>
                <w:szCs w:val="20"/>
              </w:rPr>
              <w:t xml:space="preserve">Profiles of environmental antibiotic </w:t>
            </w:r>
            <w:proofErr w:type="spellStart"/>
            <w:r w:rsidRPr="0020482C">
              <w:rPr>
                <w:sz w:val="20"/>
                <w:szCs w:val="20"/>
              </w:rPr>
              <w:t>resistomes</w:t>
            </w:r>
            <w:proofErr w:type="spellEnd"/>
            <w:r w:rsidRPr="0020482C">
              <w:rPr>
                <w:sz w:val="20"/>
                <w:szCs w:val="20"/>
              </w:rPr>
              <w:t xml:space="preserve"> in the urban aquatic recipients of Sweden using high-throughput quantitative PCR analysis. </w:t>
            </w:r>
            <w:r w:rsidRPr="0020482C">
              <w:rPr>
                <w:sz w:val="20"/>
                <w:szCs w:val="20"/>
                <w:lang w:val="pt-BR"/>
              </w:rPr>
              <w:t xml:space="preserve">Environmental Pollution 287: 117651.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"https://doi.org/10.1016/j.envpol.2021.117651" </w:instrText>
            </w:r>
            <w:r w:rsidR="0020482C" w:rsidRPr="0020482C">
              <w:fldChar w:fldCharType="separate"/>
            </w:r>
            <w:r w:rsidR="00A15A1C" w:rsidRPr="0020482C">
              <w:rPr>
                <w:rStyle w:val="Hyperlink"/>
                <w:color w:val="auto"/>
                <w:sz w:val="20"/>
                <w:szCs w:val="20"/>
              </w:rPr>
              <w:t>https://doi.org/10.1016/j.envpol.2021.117651</w:t>
            </w:r>
            <w:r w:rsidR="0020482C" w:rsidRPr="0020482C">
              <w:rPr>
                <w:rStyle w:val="Hyperlink"/>
                <w:color w:val="auto"/>
                <w:sz w:val="20"/>
                <w:szCs w:val="20"/>
              </w:rPr>
              <w:fldChar w:fldCharType="end"/>
            </w:r>
            <w:r w:rsidR="001D621A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5277E038" w14:textId="77777777" w:rsidTr="00A15A1C">
        <w:tc>
          <w:tcPr>
            <w:tcW w:w="2435" w:type="dxa"/>
          </w:tcPr>
          <w:p w14:paraId="020657D7" w14:textId="0F26E552" w:rsidR="00A15A1C" w:rsidRPr="0020482C" w:rsidRDefault="00B30939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Florescu</w:t>
            </w:r>
            <w:proofErr w:type="spellEnd"/>
            <w:r w:rsidRPr="0020482C">
              <w:rPr>
                <w:sz w:val="20"/>
                <w:szCs w:val="20"/>
              </w:rPr>
              <w:t xml:space="preserve"> et al. 2022</w:t>
            </w:r>
          </w:p>
        </w:tc>
        <w:tc>
          <w:tcPr>
            <w:tcW w:w="6205" w:type="dxa"/>
          </w:tcPr>
          <w:p w14:paraId="48647F63" w14:textId="5EBC8498" w:rsidR="00A15A1C" w:rsidRPr="0020482C" w:rsidRDefault="006C15FB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Florescu</w:t>
            </w:r>
            <w:proofErr w:type="spellEnd"/>
            <w:r w:rsidRPr="0020482C">
              <w:rPr>
                <w:sz w:val="20"/>
                <w:szCs w:val="20"/>
              </w:rPr>
              <w:t xml:space="preserve">, L. I., M. M. </w:t>
            </w:r>
            <w:proofErr w:type="spellStart"/>
            <w:r w:rsidRPr="0020482C">
              <w:rPr>
                <w:sz w:val="20"/>
                <w:szCs w:val="20"/>
              </w:rPr>
              <w:t>Moldoveanu</w:t>
            </w:r>
            <w:proofErr w:type="spellEnd"/>
            <w:r w:rsidRPr="0020482C">
              <w:rPr>
                <w:sz w:val="20"/>
                <w:szCs w:val="20"/>
              </w:rPr>
              <w:t xml:space="preserve">, R. D. </w:t>
            </w:r>
            <w:proofErr w:type="spellStart"/>
            <w:r w:rsidRPr="0020482C">
              <w:rPr>
                <w:sz w:val="20"/>
                <w:szCs w:val="20"/>
              </w:rPr>
              <w:t>Catană</w:t>
            </w:r>
            <w:proofErr w:type="spellEnd"/>
            <w:r w:rsidRPr="0020482C">
              <w:rPr>
                <w:sz w:val="20"/>
                <w:szCs w:val="20"/>
              </w:rPr>
              <w:t xml:space="preserve">, I. </w:t>
            </w:r>
            <w:proofErr w:type="spellStart"/>
            <w:r w:rsidRPr="0020482C">
              <w:rPr>
                <w:sz w:val="20"/>
                <w:szCs w:val="20"/>
              </w:rPr>
              <w:t>Păceșilă</w:t>
            </w:r>
            <w:proofErr w:type="spellEnd"/>
            <w:r w:rsidRPr="0020482C">
              <w:rPr>
                <w:sz w:val="20"/>
                <w:szCs w:val="20"/>
              </w:rPr>
              <w:t xml:space="preserve">, A. </w:t>
            </w:r>
            <w:proofErr w:type="spellStart"/>
            <w:r w:rsidRPr="0020482C">
              <w:rPr>
                <w:sz w:val="20"/>
                <w:szCs w:val="20"/>
              </w:rPr>
              <w:t>Dumitrașcu</w:t>
            </w:r>
            <w:proofErr w:type="spellEnd"/>
            <w:r w:rsidRPr="0020482C">
              <w:rPr>
                <w:sz w:val="20"/>
                <w:szCs w:val="20"/>
              </w:rPr>
              <w:t xml:space="preserve">, A. A. </w:t>
            </w:r>
            <w:proofErr w:type="spellStart"/>
            <w:r w:rsidRPr="0020482C">
              <w:rPr>
                <w:sz w:val="20"/>
                <w:szCs w:val="20"/>
              </w:rPr>
              <w:t>Gavrilidis</w:t>
            </w:r>
            <w:proofErr w:type="spellEnd"/>
            <w:r w:rsidRPr="0020482C">
              <w:rPr>
                <w:sz w:val="20"/>
                <w:szCs w:val="20"/>
              </w:rPr>
              <w:t xml:space="preserve"> &amp; C. I. </w:t>
            </w:r>
            <w:proofErr w:type="spellStart"/>
            <w:r w:rsidRPr="0020482C">
              <w:rPr>
                <w:sz w:val="20"/>
                <w:szCs w:val="20"/>
              </w:rPr>
              <w:t>Iojă</w:t>
            </w:r>
            <w:proofErr w:type="spellEnd"/>
            <w:r w:rsidRPr="0020482C">
              <w:rPr>
                <w:sz w:val="20"/>
                <w:szCs w:val="20"/>
              </w:rPr>
              <w:t xml:space="preserve">, 2022. Assessing the effects of phytoplankton structure on zooplankton communities in different types of urban lakes. Diversity 14: 231. </w:t>
            </w:r>
            <w:hyperlink r:id="rId53" w:history="1">
              <w:r w:rsidR="00A15A1C" w:rsidRPr="0020482C">
                <w:rPr>
                  <w:rStyle w:val="Hyperlink"/>
                  <w:color w:val="auto"/>
                  <w:sz w:val="20"/>
                  <w:szCs w:val="20"/>
                </w:rPr>
                <w:t>https://doi.org/10.3390/d14030231</w:t>
              </w:r>
            </w:hyperlink>
            <w:r w:rsidR="001D621A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03CC5A5B" w14:textId="77777777" w:rsidTr="00A15A1C">
        <w:tc>
          <w:tcPr>
            <w:tcW w:w="2435" w:type="dxa"/>
          </w:tcPr>
          <w:p w14:paraId="5BE19A5C" w14:textId="673A82D9" w:rsidR="00A15A1C" w:rsidRPr="0020482C" w:rsidRDefault="00B30939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</w:rPr>
              <w:t>Valdez et al. 2021</w:t>
            </w:r>
          </w:p>
        </w:tc>
        <w:tc>
          <w:tcPr>
            <w:tcW w:w="6205" w:type="dxa"/>
          </w:tcPr>
          <w:p w14:paraId="78EBA957" w14:textId="0137B0C9" w:rsidR="00A15A1C" w:rsidRPr="0020482C" w:rsidRDefault="006C15FB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Valdez, J. W., J. Gould &amp; J. I. Garnham, 2021. </w:t>
            </w:r>
            <w:r w:rsidRPr="0020482C">
              <w:rPr>
                <w:sz w:val="20"/>
                <w:szCs w:val="20"/>
              </w:rPr>
              <w:t xml:space="preserve">Global assessment of artificial habitat use by amphibian species. Biological Conservation 257: 109129. </w:t>
            </w:r>
            <w:hyperlink r:id="rId54" w:history="1">
              <w:r w:rsidR="00A15A1C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https://doi.org/10.1016/j.biocon.2021.109129</w:t>
              </w:r>
            </w:hyperlink>
            <w:r w:rsidR="001D621A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00856A13" w14:textId="77777777" w:rsidTr="00A15A1C">
        <w:tc>
          <w:tcPr>
            <w:tcW w:w="2435" w:type="dxa"/>
          </w:tcPr>
          <w:p w14:paraId="51B31053" w14:textId="7C08BFA6" w:rsidR="00A15A1C" w:rsidRPr="0020482C" w:rsidRDefault="006C15FB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</w:rPr>
              <w:t>Al</w:t>
            </w:r>
            <w:r w:rsidR="00B30939" w:rsidRPr="0020482C">
              <w:rPr>
                <w:sz w:val="20"/>
                <w:szCs w:val="20"/>
              </w:rPr>
              <w:t xml:space="preserve"> et al. 2021</w:t>
            </w:r>
          </w:p>
        </w:tc>
        <w:tc>
          <w:tcPr>
            <w:tcW w:w="6205" w:type="dxa"/>
          </w:tcPr>
          <w:p w14:paraId="5D8633FD" w14:textId="5085C245" w:rsidR="00A15A1C" w:rsidRPr="0020482C" w:rsidRDefault="006C15FB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Al, M. A., Y. Xu, P. Xiao, H. Chen, C. Zhang, M. </w:t>
            </w:r>
            <w:proofErr w:type="spellStart"/>
            <w:r w:rsidRPr="0020482C">
              <w:rPr>
                <w:sz w:val="20"/>
                <w:szCs w:val="20"/>
              </w:rPr>
              <w:t>Duan</w:t>
            </w:r>
            <w:proofErr w:type="spellEnd"/>
            <w:r w:rsidRPr="0020482C">
              <w:rPr>
                <w:sz w:val="20"/>
                <w:szCs w:val="20"/>
              </w:rPr>
              <w:t xml:space="preserve"> &amp; J. Yang, 2021. DNA </w:t>
            </w:r>
            <w:proofErr w:type="spellStart"/>
            <w:r w:rsidRPr="0020482C">
              <w:rPr>
                <w:sz w:val="20"/>
                <w:szCs w:val="20"/>
              </w:rPr>
              <w:t>metabarcoding</w:t>
            </w:r>
            <w:proofErr w:type="spellEnd"/>
            <w:r w:rsidRPr="0020482C">
              <w:rPr>
                <w:sz w:val="20"/>
                <w:szCs w:val="20"/>
              </w:rPr>
              <w:t xml:space="preserve"> reveals the significant influence of anthropogenic effects on </w:t>
            </w:r>
            <w:proofErr w:type="spellStart"/>
            <w:r w:rsidRPr="0020482C">
              <w:rPr>
                <w:sz w:val="20"/>
                <w:szCs w:val="20"/>
              </w:rPr>
              <w:t>microeukaryotic</w:t>
            </w:r>
            <w:proofErr w:type="spellEnd"/>
            <w:r w:rsidRPr="0020482C">
              <w:rPr>
                <w:sz w:val="20"/>
                <w:szCs w:val="20"/>
              </w:rPr>
              <w:t xml:space="preserve"> communities in urban </w:t>
            </w:r>
            <w:proofErr w:type="spellStart"/>
            <w:r w:rsidRPr="0020482C">
              <w:rPr>
                <w:sz w:val="20"/>
                <w:szCs w:val="20"/>
              </w:rPr>
              <w:t>waterbodies</w:t>
            </w:r>
            <w:proofErr w:type="spellEnd"/>
            <w:r w:rsidRPr="0020482C">
              <w:rPr>
                <w:sz w:val="20"/>
                <w:szCs w:val="20"/>
              </w:rPr>
              <w:t xml:space="preserve">. Environmental Pollution 285: 117336. </w:t>
            </w:r>
            <w:hyperlink r:id="rId55" w:history="1">
              <w:r w:rsidR="00A15A1C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https://doi.org/10.1016/j.envpol.2021.117336</w:t>
              </w:r>
            </w:hyperlink>
            <w:r w:rsidR="001D621A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5653F7BD" w14:textId="77777777" w:rsidTr="00A15A1C">
        <w:tc>
          <w:tcPr>
            <w:tcW w:w="2435" w:type="dxa"/>
          </w:tcPr>
          <w:p w14:paraId="3A9279CD" w14:textId="0D923FE0" w:rsidR="00A15A1C" w:rsidRPr="0020482C" w:rsidRDefault="00B30939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Eppehimer</w:t>
            </w:r>
            <w:proofErr w:type="spellEnd"/>
            <w:r w:rsidRPr="0020482C">
              <w:rPr>
                <w:sz w:val="20"/>
                <w:szCs w:val="20"/>
              </w:rPr>
              <w:t xml:space="preserve"> et al. 2021</w:t>
            </w:r>
          </w:p>
        </w:tc>
        <w:tc>
          <w:tcPr>
            <w:tcW w:w="6205" w:type="dxa"/>
          </w:tcPr>
          <w:p w14:paraId="205775EE" w14:textId="1C5FD362" w:rsidR="00A15A1C" w:rsidRPr="0020482C" w:rsidRDefault="006C15FB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Eppehimer</w:t>
            </w:r>
            <w:proofErr w:type="spellEnd"/>
            <w:r w:rsidRPr="0020482C">
              <w:rPr>
                <w:sz w:val="20"/>
                <w:szCs w:val="20"/>
              </w:rPr>
              <w:t xml:space="preserve">, D. E., H. </w:t>
            </w:r>
            <w:proofErr w:type="spellStart"/>
            <w:r w:rsidRPr="0020482C">
              <w:rPr>
                <w:sz w:val="20"/>
                <w:szCs w:val="20"/>
              </w:rPr>
              <w:t>Hamdhani</w:t>
            </w:r>
            <w:proofErr w:type="spellEnd"/>
            <w:r w:rsidRPr="0020482C">
              <w:rPr>
                <w:sz w:val="20"/>
                <w:szCs w:val="20"/>
              </w:rPr>
              <w:t xml:space="preserve">, K. D. </w:t>
            </w:r>
            <w:proofErr w:type="spellStart"/>
            <w:r w:rsidRPr="0020482C">
              <w:rPr>
                <w:sz w:val="20"/>
                <w:szCs w:val="20"/>
              </w:rPr>
              <w:t>Hollien</w:t>
            </w:r>
            <w:proofErr w:type="spellEnd"/>
            <w:r w:rsidRPr="0020482C">
              <w:rPr>
                <w:sz w:val="20"/>
                <w:szCs w:val="20"/>
              </w:rPr>
              <w:t xml:space="preserve">, Z. C. </w:t>
            </w:r>
            <w:proofErr w:type="spellStart"/>
            <w:r w:rsidRPr="0020482C">
              <w:rPr>
                <w:sz w:val="20"/>
                <w:szCs w:val="20"/>
              </w:rPr>
              <w:t>Nemec</w:t>
            </w:r>
            <w:proofErr w:type="spellEnd"/>
            <w:r w:rsidRPr="0020482C">
              <w:rPr>
                <w:sz w:val="20"/>
                <w:szCs w:val="20"/>
              </w:rPr>
              <w:t xml:space="preserve">, L. N. Lee, D. M. </w:t>
            </w:r>
            <w:proofErr w:type="spellStart"/>
            <w:r w:rsidRPr="0020482C">
              <w:rPr>
                <w:sz w:val="20"/>
                <w:szCs w:val="20"/>
              </w:rPr>
              <w:t>Quanrud</w:t>
            </w:r>
            <w:proofErr w:type="spellEnd"/>
            <w:r w:rsidRPr="0020482C">
              <w:rPr>
                <w:sz w:val="20"/>
                <w:szCs w:val="20"/>
              </w:rPr>
              <w:t xml:space="preserve"> &amp; M. T. </w:t>
            </w:r>
            <w:proofErr w:type="spellStart"/>
            <w:r w:rsidRPr="0020482C">
              <w:rPr>
                <w:sz w:val="20"/>
                <w:szCs w:val="20"/>
              </w:rPr>
              <w:t>Bogan</w:t>
            </w:r>
            <w:proofErr w:type="spellEnd"/>
            <w:r w:rsidRPr="0020482C">
              <w:rPr>
                <w:sz w:val="20"/>
                <w:szCs w:val="20"/>
              </w:rPr>
              <w:t xml:space="preserve">, 2021. Impacts of </w:t>
            </w:r>
            <w:proofErr w:type="spellStart"/>
            <w:r w:rsidRPr="0020482C">
              <w:rPr>
                <w:sz w:val="20"/>
                <w:szCs w:val="20"/>
              </w:rPr>
              <w:t>baseflow</w:t>
            </w:r>
            <w:proofErr w:type="spellEnd"/>
            <w:r w:rsidRPr="0020482C">
              <w:rPr>
                <w:sz w:val="20"/>
                <w:szCs w:val="20"/>
              </w:rPr>
              <w:t xml:space="preserve"> and flooding on </w:t>
            </w:r>
            <w:proofErr w:type="spellStart"/>
            <w:r w:rsidRPr="0020482C">
              <w:rPr>
                <w:sz w:val="20"/>
                <w:szCs w:val="20"/>
              </w:rPr>
              <w:t>microplastic</w:t>
            </w:r>
            <w:proofErr w:type="spellEnd"/>
            <w:r w:rsidRPr="0020482C">
              <w:rPr>
                <w:sz w:val="20"/>
                <w:szCs w:val="20"/>
              </w:rPr>
              <w:t xml:space="preserve"> pollution in an effluent-dependent arid land river in the USA. Environmental Science and Pollution Research 28: 45375–45389. </w:t>
            </w:r>
            <w:r w:rsidR="00A15A1C" w:rsidRPr="0020482C">
              <w:rPr>
                <w:sz w:val="20"/>
                <w:szCs w:val="20"/>
              </w:rPr>
              <w:t xml:space="preserve"> </w:t>
            </w:r>
            <w:hyperlink r:id="rId56" w:history="1">
              <w:r w:rsidR="00A15A1C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https://doi.org/10.1007/s11356-021-13724-w</w:t>
              </w:r>
            </w:hyperlink>
            <w:r w:rsidR="001D621A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75AB40CE" w14:textId="77777777" w:rsidTr="00A15A1C">
        <w:tc>
          <w:tcPr>
            <w:tcW w:w="2435" w:type="dxa"/>
          </w:tcPr>
          <w:p w14:paraId="417657C6" w14:textId="515C5B47" w:rsidR="00A15A1C" w:rsidRPr="0020482C" w:rsidRDefault="00B30939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Lan</w:t>
            </w:r>
            <w:proofErr w:type="spellEnd"/>
            <w:r w:rsidRPr="0020482C">
              <w:rPr>
                <w:sz w:val="20"/>
                <w:szCs w:val="20"/>
              </w:rPr>
              <w:t xml:space="preserve"> et al. 2021</w:t>
            </w:r>
          </w:p>
        </w:tc>
        <w:tc>
          <w:tcPr>
            <w:tcW w:w="6205" w:type="dxa"/>
          </w:tcPr>
          <w:p w14:paraId="74121B39" w14:textId="7A5BF48B" w:rsidR="00A15A1C" w:rsidRPr="0020482C" w:rsidRDefault="006C15FB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Lan</w:t>
            </w:r>
            <w:proofErr w:type="spellEnd"/>
            <w:r w:rsidRPr="0020482C">
              <w:rPr>
                <w:sz w:val="20"/>
                <w:szCs w:val="20"/>
              </w:rPr>
              <w:t xml:space="preserve">, B., L. He, Y. Huang, X. </w:t>
            </w:r>
            <w:proofErr w:type="spellStart"/>
            <w:r w:rsidRPr="0020482C">
              <w:rPr>
                <w:sz w:val="20"/>
                <w:szCs w:val="20"/>
              </w:rPr>
              <w:t>Guo</w:t>
            </w:r>
            <w:proofErr w:type="spellEnd"/>
            <w:r w:rsidRPr="0020482C">
              <w:rPr>
                <w:sz w:val="20"/>
                <w:szCs w:val="20"/>
              </w:rPr>
              <w:t xml:space="preserve">, W. Xu &amp; C. Zhu, 2021. Tempo-spatial variations of zooplankton communities in relation to environmental factors and the ecological implications: a case study in the hinterland of the Three Gorges Reservoir area, China. </w:t>
            </w:r>
            <w:r w:rsidRPr="0020482C">
              <w:rPr>
                <w:sz w:val="20"/>
                <w:szCs w:val="20"/>
                <w:lang w:val="pt-BR"/>
              </w:rPr>
              <w:t xml:space="preserve">PLOS ONE 16: e0256313.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"https://doi.org/10.1371/journal.pone.0256313" </w:instrText>
            </w:r>
            <w:r w:rsidR="0020482C" w:rsidRPr="0020482C">
              <w:fldChar w:fldCharType="separate"/>
            </w:r>
            <w:r w:rsidR="00A15A1C" w:rsidRPr="0020482C">
              <w:rPr>
                <w:rStyle w:val="Hyperlink"/>
                <w:color w:val="auto"/>
                <w:sz w:val="20"/>
                <w:szCs w:val="20"/>
              </w:rPr>
              <w:t>https://doi.org/10.1371/journal.pone.0256313</w:t>
            </w:r>
            <w:r w:rsidR="0020482C" w:rsidRPr="0020482C">
              <w:rPr>
                <w:rStyle w:val="Hyperlink"/>
                <w:color w:val="auto"/>
                <w:sz w:val="20"/>
                <w:szCs w:val="20"/>
              </w:rPr>
              <w:fldChar w:fldCharType="end"/>
            </w:r>
            <w:r w:rsidR="001D621A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36F4F119" w14:textId="77777777" w:rsidTr="00A15A1C">
        <w:tc>
          <w:tcPr>
            <w:tcW w:w="2435" w:type="dxa"/>
          </w:tcPr>
          <w:p w14:paraId="45E21CA4" w14:textId="7EC03ADC" w:rsidR="00A15A1C" w:rsidRPr="0020482C" w:rsidRDefault="00E6599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Rodrigues et al. 2021</w:t>
            </w:r>
          </w:p>
        </w:tc>
        <w:tc>
          <w:tcPr>
            <w:tcW w:w="6205" w:type="dxa"/>
          </w:tcPr>
          <w:p w14:paraId="0E719885" w14:textId="34C16EE2" w:rsidR="00A15A1C" w:rsidRPr="0020482C" w:rsidRDefault="006C15FB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Rodrigues, J. G. C., H. P. Nair, C. </w:t>
            </w:r>
            <w:proofErr w:type="spellStart"/>
            <w:r w:rsidRPr="0020482C">
              <w:rPr>
                <w:sz w:val="20"/>
                <w:szCs w:val="20"/>
              </w:rPr>
              <w:t>O’Kane</w:t>
            </w:r>
            <w:proofErr w:type="spellEnd"/>
            <w:r w:rsidRPr="0020482C">
              <w:rPr>
                <w:sz w:val="20"/>
                <w:szCs w:val="20"/>
              </w:rPr>
              <w:t xml:space="preserve"> &amp; C. A. Walker, 2021. Prevalence of multidrug resistance in Pseudomonas spp. isolated from wild bird feces in an urban aquatic environment. Ecology and Evolution 11: 14303–14311. </w:t>
            </w:r>
            <w:hyperlink r:id="rId57" w:history="1">
              <w:r w:rsidR="00A15A1C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https://doi.org/10.1002/ece3.8146</w:t>
              </w:r>
            </w:hyperlink>
            <w:r w:rsidR="001D621A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3B2283A0" w14:textId="77777777" w:rsidTr="00A15A1C">
        <w:tc>
          <w:tcPr>
            <w:tcW w:w="2435" w:type="dxa"/>
          </w:tcPr>
          <w:p w14:paraId="6DD20A32" w14:textId="5B931829" w:rsidR="00A15A1C" w:rsidRPr="0020482C" w:rsidRDefault="00E6599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Liang et al. 2021</w:t>
            </w:r>
          </w:p>
        </w:tc>
        <w:tc>
          <w:tcPr>
            <w:tcW w:w="6205" w:type="dxa"/>
          </w:tcPr>
          <w:p w14:paraId="2DDE1042" w14:textId="7BC7ADA3" w:rsidR="00A15A1C" w:rsidRPr="0020482C" w:rsidRDefault="006C15FB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Liang, Z., W. Fang, Y. Luo, Q. Lu, P. Juneau, Z. He &amp; S. Wang, 2021. Mechanistic insights into organic carbon-driven water blackening and </w:t>
            </w:r>
            <w:proofErr w:type="spellStart"/>
            <w:r w:rsidRPr="0020482C">
              <w:rPr>
                <w:sz w:val="20"/>
                <w:szCs w:val="20"/>
              </w:rPr>
              <w:t>odorization</w:t>
            </w:r>
            <w:proofErr w:type="spellEnd"/>
            <w:r w:rsidRPr="0020482C">
              <w:rPr>
                <w:sz w:val="20"/>
                <w:szCs w:val="20"/>
              </w:rPr>
              <w:t xml:space="preserve"> of urban rivers. Journal of Hazardous Materials 405: 124663. </w:t>
            </w:r>
            <w:hyperlink r:id="rId58" w:history="1">
              <w:r w:rsidR="00A15A1C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https://doi.org/10.1016/j.jhazmat.2020.124663</w:t>
              </w:r>
            </w:hyperlink>
            <w:r w:rsidR="001D621A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6B5DAD1B" w14:textId="77777777" w:rsidTr="00A15A1C">
        <w:tc>
          <w:tcPr>
            <w:tcW w:w="2435" w:type="dxa"/>
          </w:tcPr>
          <w:p w14:paraId="36206E30" w14:textId="67E33595" w:rsidR="00A15A1C" w:rsidRPr="0020482C" w:rsidRDefault="00E6599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Zou</w:t>
            </w:r>
            <w:proofErr w:type="spellEnd"/>
            <w:r w:rsidRPr="0020482C">
              <w:rPr>
                <w:sz w:val="20"/>
                <w:szCs w:val="20"/>
              </w:rPr>
              <w:t xml:space="preserve"> et al. 2021</w:t>
            </w:r>
          </w:p>
        </w:tc>
        <w:tc>
          <w:tcPr>
            <w:tcW w:w="6205" w:type="dxa"/>
          </w:tcPr>
          <w:p w14:paraId="152FF1D8" w14:textId="365D48BE" w:rsidR="00A15A1C" w:rsidRPr="0020482C" w:rsidRDefault="006C15FB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Zou, K., R. Wang, S. Xu, Z. Li, L. Liu, M. Li &amp; L. Zhou, 2021. </w:t>
            </w:r>
            <w:r w:rsidRPr="0020482C">
              <w:rPr>
                <w:sz w:val="20"/>
                <w:szCs w:val="20"/>
              </w:rPr>
              <w:t xml:space="preserve">Changes in </w:t>
            </w:r>
            <w:proofErr w:type="spellStart"/>
            <w:r w:rsidRPr="0020482C">
              <w:rPr>
                <w:sz w:val="20"/>
                <w:szCs w:val="20"/>
              </w:rPr>
              <w:t>protist</w:t>
            </w:r>
            <w:proofErr w:type="spellEnd"/>
            <w:r w:rsidRPr="0020482C">
              <w:rPr>
                <w:sz w:val="20"/>
                <w:szCs w:val="20"/>
              </w:rPr>
              <w:t xml:space="preserve"> communities in drainages across the Pearl River Delta under anthropogenic influence. </w:t>
            </w:r>
            <w:r w:rsidRPr="0020482C">
              <w:rPr>
                <w:sz w:val="20"/>
                <w:szCs w:val="20"/>
                <w:lang w:val="pt-BR"/>
              </w:rPr>
              <w:t xml:space="preserve">Water Research 200: 117294.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"https://doi.org/10.1016/j.watres.2021.117294" </w:instrText>
            </w:r>
            <w:r w:rsidR="0020482C" w:rsidRPr="0020482C">
              <w:fldChar w:fldCharType="separate"/>
            </w:r>
            <w:r w:rsidR="00A15A1C" w:rsidRPr="0020482C">
              <w:rPr>
                <w:rStyle w:val="Hyperlink"/>
                <w:color w:val="auto"/>
                <w:sz w:val="20"/>
                <w:szCs w:val="20"/>
              </w:rPr>
              <w:t>https://doi.org/10.1016/j.watres.2021.117294</w:t>
            </w:r>
            <w:r w:rsidR="0020482C" w:rsidRPr="0020482C">
              <w:rPr>
                <w:rStyle w:val="Hyperlink"/>
                <w:color w:val="auto"/>
                <w:sz w:val="20"/>
                <w:szCs w:val="20"/>
              </w:rPr>
              <w:fldChar w:fldCharType="end"/>
            </w:r>
            <w:r w:rsidR="001D621A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5BFE7C85" w14:textId="77777777" w:rsidTr="00A15A1C">
        <w:tc>
          <w:tcPr>
            <w:tcW w:w="2435" w:type="dxa"/>
          </w:tcPr>
          <w:p w14:paraId="03C6C326" w14:textId="45193034" w:rsidR="00A15A1C" w:rsidRPr="0020482C" w:rsidRDefault="00E6599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Peeters</w:t>
            </w:r>
            <w:proofErr w:type="spellEnd"/>
            <w:r w:rsidRPr="0020482C">
              <w:rPr>
                <w:sz w:val="20"/>
                <w:szCs w:val="20"/>
              </w:rPr>
              <w:t xml:space="preserve"> et al. 2023</w:t>
            </w:r>
          </w:p>
        </w:tc>
        <w:tc>
          <w:tcPr>
            <w:tcW w:w="6205" w:type="dxa"/>
          </w:tcPr>
          <w:p w14:paraId="7B39304A" w14:textId="22C70E4B" w:rsidR="00A15A1C" w:rsidRPr="0020482C" w:rsidRDefault="004740B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Peeters</w:t>
            </w:r>
            <w:proofErr w:type="spellEnd"/>
            <w:r w:rsidRPr="0020482C">
              <w:rPr>
                <w:sz w:val="20"/>
                <w:szCs w:val="20"/>
              </w:rPr>
              <w:t xml:space="preserve">, E. T. H. M., M. Wilhelm, A. A. M. </w:t>
            </w:r>
            <w:proofErr w:type="spellStart"/>
            <w:r w:rsidRPr="0020482C">
              <w:rPr>
                <w:sz w:val="20"/>
                <w:szCs w:val="20"/>
              </w:rPr>
              <w:t>Gerritsen</w:t>
            </w:r>
            <w:proofErr w:type="spellEnd"/>
            <w:r w:rsidRPr="0020482C">
              <w:rPr>
                <w:sz w:val="20"/>
                <w:szCs w:val="20"/>
              </w:rPr>
              <w:t xml:space="preserve"> &amp; L. M. S. </w:t>
            </w:r>
            <w:proofErr w:type="spellStart"/>
            <w:r w:rsidRPr="0020482C">
              <w:rPr>
                <w:sz w:val="20"/>
                <w:szCs w:val="20"/>
              </w:rPr>
              <w:t>Seelen</w:t>
            </w:r>
            <w:proofErr w:type="spellEnd"/>
            <w:r w:rsidRPr="0020482C">
              <w:rPr>
                <w:sz w:val="20"/>
                <w:szCs w:val="20"/>
              </w:rPr>
              <w:t xml:space="preserve">, 2023. Ecological </w:t>
            </w:r>
            <w:proofErr w:type="spellStart"/>
            <w:r w:rsidRPr="0020482C">
              <w:rPr>
                <w:sz w:val="20"/>
                <w:szCs w:val="20"/>
              </w:rPr>
              <w:t>characterisation</w:t>
            </w:r>
            <w:proofErr w:type="spellEnd"/>
            <w:r w:rsidRPr="0020482C">
              <w:rPr>
                <w:sz w:val="20"/>
                <w:szCs w:val="20"/>
              </w:rPr>
              <w:t xml:space="preserve"> of urban ponds in the Netherlands: a study based on data collected by volunteers. Frontiers of Biogeography 15: e57816. </w:t>
            </w:r>
            <w:hyperlink r:id="rId59" w:history="1">
              <w:r w:rsidR="00A15A1C" w:rsidRPr="0020482C">
                <w:rPr>
                  <w:rStyle w:val="Hyperlink"/>
                  <w:color w:val="auto"/>
                  <w:sz w:val="20"/>
                  <w:szCs w:val="20"/>
                </w:rPr>
                <w:t>https://doi.org/10.21425/F5FBG57816</w:t>
              </w:r>
            </w:hyperlink>
            <w:r w:rsidR="001F1E55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6655B638" w14:textId="77777777" w:rsidTr="00A15A1C">
        <w:tc>
          <w:tcPr>
            <w:tcW w:w="2435" w:type="dxa"/>
          </w:tcPr>
          <w:p w14:paraId="4CFBDB0C" w14:textId="27A7F0B9" w:rsidR="00A15A1C" w:rsidRPr="0020482C" w:rsidRDefault="00E6599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Li et al. 2022</w:t>
            </w:r>
          </w:p>
        </w:tc>
        <w:tc>
          <w:tcPr>
            <w:tcW w:w="6205" w:type="dxa"/>
          </w:tcPr>
          <w:p w14:paraId="750F484D" w14:textId="497C1735" w:rsidR="00A15A1C" w:rsidRPr="0020482C" w:rsidRDefault="004740B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Li, D., S. Liu, Y. Yang, L. </w:t>
            </w:r>
            <w:proofErr w:type="spellStart"/>
            <w:r w:rsidRPr="0020482C">
              <w:rPr>
                <w:sz w:val="20"/>
                <w:szCs w:val="20"/>
              </w:rPr>
              <w:t>Guo</w:t>
            </w:r>
            <w:proofErr w:type="spellEnd"/>
            <w:r w:rsidRPr="0020482C">
              <w:rPr>
                <w:sz w:val="20"/>
                <w:szCs w:val="20"/>
              </w:rPr>
              <w:t xml:space="preserve">, F. Yang, Q. Chen et al., 2022. Metal-algae interaction contributes to the water environment heterogeneity in an urbanized river. Ecological Indicators 139: 108875. </w:t>
            </w:r>
            <w:hyperlink r:id="rId60" w:history="1">
              <w:r w:rsidR="00A15A1C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https://doi.org/10.1016/j.ecolind.2022.108875</w:t>
              </w:r>
            </w:hyperlink>
            <w:r w:rsidR="001F1E55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60833352" w14:textId="77777777" w:rsidTr="00A15A1C">
        <w:tc>
          <w:tcPr>
            <w:tcW w:w="2435" w:type="dxa"/>
          </w:tcPr>
          <w:p w14:paraId="013C731D" w14:textId="1B1735B7" w:rsidR="00A15A1C" w:rsidRPr="0020482C" w:rsidRDefault="00E6599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Johnson et al. 2020</w:t>
            </w:r>
          </w:p>
        </w:tc>
        <w:tc>
          <w:tcPr>
            <w:tcW w:w="6205" w:type="dxa"/>
          </w:tcPr>
          <w:p w14:paraId="0718E12D" w14:textId="5C63FC3F" w:rsidR="00A15A1C" w:rsidRPr="0020482C" w:rsidRDefault="004740B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Johnson, A., O. </w:t>
            </w:r>
            <w:proofErr w:type="spellStart"/>
            <w:r w:rsidRPr="0020482C">
              <w:rPr>
                <w:sz w:val="20"/>
                <w:szCs w:val="20"/>
              </w:rPr>
              <w:t>Ginn</w:t>
            </w:r>
            <w:proofErr w:type="spellEnd"/>
            <w:r w:rsidRPr="0020482C">
              <w:rPr>
                <w:sz w:val="20"/>
                <w:szCs w:val="20"/>
              </w:rPr>
              <w:t xml:space="preserve">, A. </w:t>
            </w:r>
            <w:proofErr w:type="spellStart"/>
            <w:r w:rsidRPr="0020482C">
              <w:rPr>
                <w:sz w:val="20"/>
                <w:szCs w:val="20"/>
              </w:rPr>
              <w:t>Bivins</w:t>
            </w:r>
            <w:proofErr w:type="spellEnd"/>
            <w:r w:rsidRPr="0020482C">
              <w:rPr>
                <w:sz w:val="20"/>
                <w:szCs w:val="20"/>
              </w:rPr>
              <w:t>, L. Rocha-</w:t>
            </w:r>
            <w:proofErr w:type="spellStart"/>
            <w:r w:rsidRPr="0020482C">
              <w:rPr>
                <w:sz w:val="20"/>
                <w:szCs w:val="20"/>
              </w:rPr>
              <w:t>Melogno</w:t>
            </w:r>
            <w:proofErr w:type="spellEnd"/>
            <w:r w:rsidRPr="0020482C">
              <w:rPr>
                <w:sz w:val="20"/>
                <w:szCs w:val="20"/>
              </w:rPr>
              <w:t xml:space="preserve">, S. N. </w:t>
            </w:r>
            <w:proofErr w:type="spellStart"/>
            <w:r w:rsidRPr="0020482C">
              <w:rPr>
                <w:sz w:val="20"/>
                <w:szCs w:val="20"/>
              </w:rPr>
              <w:t>Tripathi</w:t>
            </w:r>
            <w:proofErr w:type="spellEnd"/>
            <w:r w:rsidRPr="0020482C">
              <w:rPr>
                <w:sz w:val="20"/>
                <w:szCs w:val="20"/>
              </w:rPr>
              <w:t xml:space="preserve"> &amp; J. Brown, 2020. Extended-spectrum beta-lactamase (ESBL)-positive Escherichia coli presence in urban aquatic environments in Kanpur, India. Journal of Water and Health 18: 849–854. </w:t>
            </w:r>
            <w:hyperlink r:id="rId61" w:history="1">
              <w:r w:rsidR="001F1E55" w:rsidRPr="0020482C">
                <w:rPr>
                  <w:rStyle w:val="Hyperlink"/>
                  <w:color w:val="auto"/>
                  <w:sz w:val="20"/>
                  <w:szCs w:val="20"/>
                </w:rPr>
                <w:t>https://doi.org/10.2166/wh.2020.065</w:t>
              </w:r>
            </w:hyperlink>
            <w:r w:rsidR="001F1E55" w:rsidRPr="0020482C">
              <w:rPr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1654D82C" w14:textId="77777777" w:rsidTr="00A15A1C">
        <w:tc>
          <w:tcPr>
            <w:tcW w:w="2435" w:type="dxa"/>
          </w:tcPr>
          <w:p w14:paraId="2454AA11" w14:textId="59D467A6" w:rsidR="00A15A1C" w:rsidRPr="0020482C" w:rsidRDefault="00E6599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Abdullah et al. 2022</w:t>
            </w:r>
          </w:p>
        </w:tc>
        <w:tc>
          <w:tcPr>
            <w:tcW w:w="6205" w:type="dxa"/>
          </w:tcPr>
          <w:p w14:paraId="5F0D2517" w14:textId="02D0EFE8" w:rsidR="00A15A1C" w:rsidRPr="0020482C" w:rsidRDefault="004740B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Abdullah Al, M., Y. </w:t>
            </w:r>
            <w:proofErr w:type="spellStart"/>
            <w:r w:rsidRPr="0020482C">
              <w:rPr>
                <w:sz w:val="20"/>
                <w:szCs w:val="20"/>
              </w:rPr>
              <w:t>Xue</w:t>
            </w:r>
            <w:proofErr w:type="spellEnd"/>
            <w:r w:rsidRPr="0020482C">
              <w:rPr>
                <w:sz w:val="20"/>
                <w:szCs w:val="20"/>
              </w:rPr>
              <w:t xml:space="preserve">, P. Xiao, J. Xu, H. Chen, Y. Mo et al., 2022. Community assembly of microbial habitat generalists and specialists in urban aquatic ecosystems explained more by habitat type than pollution gradient. Water Research 220: 118693. </w:t>
            </w:r>
            <w:hyperlink r:id="rId62" w:history="1">
              <w:r w:rsidR="00A15A1C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https://doi.org/10.1016/j.watres.2022.118693</w:t>
              </w:r>
            </w:hyperlink>
            <w:r w:rsidR="001F1E55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652AC692" w14:textId="77777777" w:rsidTr="00A15A1C">
        <w:tc>
          <w:tcPr>
            <w:tcW w:w="2435" w:type="dxa"/>
          </w:tcPr>
          <w:p w14:paraId="4FF5CA47" w14:textId="25CA6D1C" w:rsidR="00A15A1C" w:rsidRPr="0020482C" w:rsidRDefault="00E6599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Xie</w:t>
            </w:r>
            <w:proofErr w:type="spellEnd"/>
            <w:r w:rsidR="001F1E55" w:rsidRPr="0020482C">
              <w:rPr>
                <w:sz w:val="20"/>
                <w:szCs w:val="20"/>
              </w:rPr>
              <w:t xml:space="preserve"> et al. 2</w:t>
            </w:r>
            <w:r w:rsidR="001F1E55" w:rsidRPr="0020482C">
              <w:t>022</w:t>
            </w:r>
          </w:p>
        </w:tc>
        <w:tc>
          <w:tcPr>
            <w:tcW w:w="6205" w:type="dxa"/>
          </w:tcPr>
          <w:p w14:paraId="235DEBC6" w14:textId="16D3E512" w:rsidR="00A15A1C" w:rsidRPr="0020482C" w:rsidRDefault="004740B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Xie</w:t>
            </w:r>
            <w:proofErr w:type="spellEnd"/>
            <w:r w:rsidRPr="0020482C">
              <w:rPr>
                <w:sz w:val="20"/>
                <w:szCs w:val="20"/>
              </w:rPr>
              <w:t xml:space="preserve">, S., J. M. </w:t>
            </w:r>
            <w:proofErr w:type="spellStart"/>
            <w:r w:rsidRPr="0020482C">
              <w:rPr>
                <w:sz w:val="20"/>
                <w:szCs w:val="20"/>
              </w:rPr>
              <w:t>Marzluff</w:t>
            </w:r>
            <w:proofErr w:type="spellEnd"/>
            <w:r w:rsidRPr="0020482C">
              <w:rPr>
                <w:sz w:val="20"/>
                <w:szCs w:val="20"/>
              </w:rPr>
              <w:t xml:space="preserve">, Y. Su, Y. Wang, N. </w:t>
            </w:r>
            <w:proofErr w:type="spellStart"/>
            <w:r w:rsidRPr="0020482C">
              <w:rPr>
                <w:sz w:val="20"/>
                <w:szCs w:val="20"/>
              </w:rPr>
              <w:t>Meng</w:t>
            </w:r>
            <w:proofErr w:type="spellEnd"/>
            <w:r w:rsidRPr="0020482C">
              <w:rPr>
                <w:sz w:val="20"/>
                <w:szCs w:val="20"/>
              </w:rPr>
              <w:t xml:space="preserve">, T. Wu &amp; Z. Ouyang, 2022. The role of urban </w:t>
            </w:r>
            <w:proofErr w:type="spellStart"/>
            <w:r w:rsidRPr="0020482C">
              <w:rPr>
                <w:sz w:val="20"/>
                <w:szCs w:val="20"/>
              </w:rPr>
              <w:t>waterbodies</w:t>
            </w:r>
            <w:proofErr w:type="spellEnd"/>
            <w:r w:rsidRPr="0020482C">
              <w:rPr>
                <w:sz w:val="20"/>
                <w:szCs w:val="20"/>
              </w:rPr>
              <w:t xml:space="preserve"> in maintaining bird species diversity within built area of Beijing. </w:t>
            </w:r>
            <w:r w:rsidR="00362C48" w:rsidRPr="0020482C">
              <w:rPr>
                <w:sz w:val="20"/>
                <w:szCs w:val="20"/>
              </w:rPr>
              <w:t xml:space="preserve">Science of the Total Environment </w:t>
            </w:r>
            <w:r w:rsidRPr="0020482C">
              <w:rPr>
                <w:sz w:val="20"/>
                <w:szCs w:val="20"/>
              </w:rPr>
              <w:t>806: 150430.</w:t>
            </w:r>
            <w:r w:rsidR="00A15A1C" w:rsidRPr="0020482C">
              <w:rPr>
                <w:sz w:val="20"/>
                <w:szCs w:val="20"/>
              </w:rPr>
              <w:t xml:space="preserve"> </w:t>
            </w:r>
            <w:hyperlink r:id="rId63" w:history="1">
              <w:r w:rsidR="00A15A1C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https://doi.org/10.1016/j.scitotenv.2021.150430</w:t>
              </w:r>
            </w:hyperlink>
            <w:r w:rsidR="001958F6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6BFA59BB" w14:textId="77777777" w:rsidTr="00A15A1C">
        <w:tc>
          <w:tcPr>
            <w:tcW w:w="2435" w:type="dxa"/>
          </w:tcPr>
          <w:p w14:paraId="3510BF5C" w14:textId="60FB1443" w:rsidR="00A15A1C" w:rsidRPr="0020482C" w:rsidRDefault="00E6599A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</w:rPr>
              <w:t>Hill</w:t>
            </w:r>
            <w:r w:rsidR="001F1E55" w:rsidRPr="0020482C">
              <w:rPr>
                <w:sz w:val="20"/>
                <w:szCs w:val="20"/>
              </w:rPr>
              <w:t xml:space="preserve"> et al. </w:t>
            </w:r>
            <w:r w:rsidR="001F1E55" w:rsidRPr="0020482C">
              <w:t>2021</w:t>
            </w:r>
          </w:p>
        </w:tc>
        <w:tc>
          <w:tcPr>
            <w:tcW w:w="6205" w:type="dxa"/>
          </w:tcPr>
          <w:p w14:paraId="5E89EA9C" w14:textId="5A07A241" w:rsidR="00A15A1C" w:rsidRPr="0020482C" w:rsidRDefault="004740B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Hill, M. J., J. C. White, J. Biggs, R. A. Briers, D. Gledhill, M. E. Ledger, I. </w:t>
            </w:r>
            <w:proofErr w:type="spellStart"/>
            <w:r w:rsidRPr="0020482C">
              <w:rPr>
                <w:sz w:val="20"/>
                <w:szCs w:val="20"/>
              </w:rPr>
              <w:t>Thornhill</w:t>
            </w:r>
            <w:proofErr w:type="spellEnd"/>
            <w:r w:rsidRPr="0020482C">
              <w:rPr>
                <w:sz w:val="20"/>
                <w:szCs w:val="20"/>
              </w:rPr>
              <w:t xml:space="preserve">, P. J. Wood &amp; C. Hassall, 2021. Local contributions to beta diversity in urban pond networks: implications for biodiversity conservation and management. Diversity and Distributions 27: 887–900. </w:t>
            </w:r>
            <w:hyperlink r:id="rId64" w:history="1">
              <w:r w:rsidR="00A15A1C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https://doi.org/10.1111/ddi.13239</w:t>
              </w:r>
            </w:hyperlink>
            <w:r w:rsidR="001958F6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7B91F14F" w14:textId="77777777" w:rsidTr="00A15A1C">
        <w:tc>
          <w:tcPr>
            <w:tcW w:w="2435" w:type="dxa"/>
          </w:tcPr>
          <w:p w14:paraId="7E514CD2" w14:textId="0AB3E955" w:rsidR="00A15A1C" w:rsidRPr="0020482C" w:rsidRDefault="00E6599A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</w:rPr>
              <w:t>Arias</w:t>
            </w:r>
            <w:r w:rsidR="001F1E55" w:rsidRPr="0020482C">
              <w:rPr>
                <w:sz w:val="20"/>
                <w:szCs w:val="20"/>
              </w:rPr>
              <w:t xml:space="preserve"> et al. 2022</w:t>
            </w:r>
          </w:p>
        </w:tc>
        <w:tc>
          <w:tcPr>
            <w:tcW w:w="6205" w:type="dxa"/>
          </w:tcPr>
          <w:p w14:paraId="0FFD1817" w14:textId="71E872B9" w:rsidR="00A15A1C" w:rsidRPr="0020482C" w:rsidRDefault="004740B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Arias, M. J., P. A. </w:t>
            </w:r>
            <w:proofErr w:type="spellStart"/>
            <w:r w:rsidRPr="0020482C">
              <w:rPr>
                <w:sz w:val="20"/>
                <w:szCs w:val="20"/>
              </w:rPr>
              <w:t>Vaschetto</w:t>
            </w:r>
            <w:proofErr w:type="spellEnd"/>
            <w:r w:rsidRPr="0020482C">
              <w:rPr>
                <w:sz w:val="20"/>
                <w:szCs w:val="20"/>
              </w:rPr>
              <w:t xml:space="preserve">, M. </w:t>
            </w:r>
            <w:proofErr w:type="spellStart"/>
            <w:r w:rsidRPr="0020482C">
              <w:rPr>
                <w:sz w:val="20"/>
                <w:szCs w:val="20"/>
              </w:rPr>
              <w:t>Marchese</w:t>
            </w:r>
            <w:proofErr w:type="spellEnd"/>
            <w:r w:rsidRPr="0020482C">
              <w:rPr>
                <w:sz w:val="20"/>
                <w:szCs w:val="20"/>
              </w:rPr>
              <w:t xml:space="preserve">, L. </w:t>
            </w:r>
            <w:proofErr w:type="spellStart"/>
            <w:r w:rsidRPr="0020482C">
              <w:rPr>
                <w:sz w:val="20"/>
                <w:szCs w:val="20"/>
              </w:rPr>
              <w:t>Regaldo</w:t>
            </w:r>
            <w:proofErr w:type="spellEnd"/>
            <w:r w:rsidRPr="0020482C">
              <w:rPr>
                <w:sz w:val="20"/>
                <w:szCs w:val="20"/>
              </w:rPr>
              <w:t xml:space="preserve"> &amp; A. M. </w:t>
            </w:r>
            <w:proofErr w:type="spellStart"/>
            <w:r w:rsidRPr="0020482C">
              <w:rPr>
                <w:sz w:val="20"/>
                <w:szCs w:val="20"/>
              </w:rPr>
              <w:t>Gagneten</w:t>
            </w:r>
            <w:proofErr w:type="spellEnd"/>
            <w:r w:rsidRPr="0020482C">
              <w:rPr>
                <w:sz w:val="20"/>
                <w:szCs w:val="20"/>
              </w:rPr>
              <w:t xml:space="preserve">, 2022. Benthic </w:t>
            </w:r>
            <w:proofErr w:type="spellStart"/>
            <w:r w:rsidRPr="0020482C">
              <w:rPr>
                <w:sz w:val="20"/>
                <w:szCs w:val="20"/>
              </w:rPr>
              <w:t>macroinvertebrates</w:t>
            </w:r>
            <w:proofErr w:type="spellEnd"/>
            <w:r w:rsidRPr="0020482C">
              <w:rPr>
                <w:sz w:val="20"/>
                <w:szCs w:val="20"/>
              </w:rPr>
              <w:t xml:space="preserve"> and zooplankton communities as ecological indicators in urban wetlands of Argentina. Sustainability 14: 4045</w:t>
            </w:r>
            <w:r w:rsidR="00A15A1C" w:rsidRPr="0020482C">
              <w:rPr>
                <w:sz w:val="20"/>
                <w:szCs w:val="20"/>
              </w:rPr>
              <w:t xml:space="preserve">. </w:t>
            </w:r>
            <w:hyperlink r:id="rId65" w:history="1">
              <w:r w:rsidR="00A15A1C" w:rsidRPr="0020482C">
                <w:rPr>
                  <w:rStyle w:val="Hyperlink"/>
                  <w:color w:val="auto"/>
                  <w:sz w:val="20"/>
                  <w:szCs w:val="20"/>
                </w:rPr>
                <w:t>https://doi.org/10.3390/su14074045</w:t>
              </w:r>
            </w:hyperlink>
            <w:r w:rsidR="001958F6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616B2D38" w14:textId="77777777" w:rsidTr="00A15A1C">
        <w:tc>
          <w:tcPr>
            <w:tcW w:w="2435" w:type="dxa"/>
          </w:tcPr>
          <w:p w14:paraId="28E3646E" w14:textId="79FC65AD" w:rsidR="00A15A1C" w:rsidRPr="0020482C" w:rsidRDefault="00E6599A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  <w:lang w:val="pt-BR"/>
              </w:rPr>
              <w:t>Catana</w:t>
            </w:r>
            <w:r w:rsidR="001F1E55" w:rsidRPr="0020482C">
              <w:rPr>
                <w:sz w:val="20"/>
                <w:szCs w:val="20"/>
                <w:lang w:val="pt-BR"/>
              </w:rPr>
              <w:t xml:space="preserve"> </w:t>
            </w:r>
            <w:r w:rsidR="001F1E55" w:rsidRPr="0020482C">
              <w:rPr>
                <w:sz w:val="20"/>
                <w:szCs w:val="20"/>
              </w:rPr>
              <w:t>et al. 2023</w:t>
            </w:r>
          </w:p>
        </w:tc>
        <w:tc>
          <w:tcPr>
            <w:tcW w:w="6205" w:type="dxa"/>
          </w:tcPr>
          <w:p w14:paraId="369085D6" w14:textId="7D861E9C" w:rsidR="00A15A1C" w:rsidRPr="0020482C" w:rsidRDefault="004740B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Catana, R. D., A. Podosu, L. I. Florescu, R. A. Mihai, M. Enache, R. Cojoc &amp; M. Moldoveanu, 2023. </w:t>
            </w:r>
            <w:r w:rsidRPr="0020482C">
              <w:rPr>
                <w:sz w:val="20"/>
                <w:szCs w:val="20"/>
              </w:rPr>
              <w:t xml:space="preserve">Quantitative analyses of chemical elements in </w:t>
            </w:r>
            <w:proofErr w:type="spellStart"/>
            <w:r w:rsidRPr="0020482C">
              <w:rPr>
                <w:sz w:val="20"/>
                <w:szCs w:val="20"/>
              </w:rPr>
              <w:t>Phragmites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australis</w:t>
            </w:r>
            <w:proofErr w:type="spellEnd"/>
            <w:r w:rsidRPr="0020482C">
              <w:rPr>
                <w:sz w:val="20"/>
                <w:szCs w:val="20"/>
              </w:rPr>
              <w:t xml:space="preserve"> as </w:t>
            </w:r>
            <w:proofErr w:type="spellStart"/>
            <w:r w:rsidRPr="0020482C">
              <w:rPr>
                <w:sz w:val="20"/>
                <w:szCs w:val="20"/>
              </w:rPr>
              <w:t>bioindication</w:t>
            </w:r>
            <w:proofErr w:type="spellEnd"/>
            <w:r w:rsidRPr="0020482C">
              <w:rPr>
                <w:sz w:val="20"/>
                <w:szCs w:val="20"/>
              </w:rPr>
              <w:t xml:space="preserve"> of </w:t>
            </w:r>
            <w:proofErr w:type="spellStart"/>
            <w:r w:rsidRPr="0020482C">
              <w:rPr>
                <w:sz w:val="20"/>
                <w:szCs w:val="20"/>
              </w:rPr>
              <w:t>anthropization</w:t>
            </w:r>
            <w:proofErr w:type="spellEnd"/>
            <w:r w:rsidRPr="0020482C">
              <w:rPr>
                <w:sz w:val="20"/>
                <w:szCs w:val="20"/>
              </w:rPr>
              <w:t xml:space="preserve"> in urban lakes. </w:t>
            </w:r>
            <w:r w:rsidRPr="0020482C">
              <w:rPr>
                <w:sz w:val="20"/>
                <w:szCs w:val="20"/>
                <w:lang w:val="pt-BR"/>
              </w:rPr>
              <w:t>Sustainability 15: 553</w:t>
            </w:r>
            <w:r w:rsidR="00A15A1C" w:rsidRPr="0020482C">
              <w:rPr>
                <w:sz w:val="20"/>
                <w:szCs w:val="20"/>
              </w:rPr>
              <w:t xml:space="preserve">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"https://doi.org/10.3390/su15010553" </w:instrText>
            </w:r>
            <w:r w:rsidR="0020482C" w:rsidRPr="0020482C">
              <w:fldChar w:fldCharType="separate"/>
            </w:r>
            <w:r w:rsidR="00A15A1C" w:rsidRPr="0020482C">
              <w:rPr>
                <w:rStyle w:val="Hyperlink"/>
                <w:color w:val="auto"/>
                <w:sz w:val="20"/>
                <w:szCs w:val="20"/>
              </w:rPr>
              <w:t>https://doi.org/10.3390/su15010553</w:t>
            </w:r>
            <w:r w:rsidR="0020482C" w:rsidRPr="0020482C">
              <w:rPr>
                <w:rStyle w:val="Hyperlink"/>
                <w:color w:val="auto"/>
                <w:sz w:val="20"/>
                <w:szCs w:val="20"/>
              </w:rPr>
              <w:fldChar w:fldCharType="end"/>
            </w:r>
            <w:r w:rsidR="001958F6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4B4C98F1" w14:textId="77777777" w:rsidTr="004740BA">
        <w:tc>
          <w:tcPr>
            <w:tcW w:w="2435" w:type="dxa"/>
          </w:tcPr>
          <w:p w14:paraId="67B2AC4F" w14:textId="1908E579" w:rsidR="00A15A1C" w:rsidRPr="0020482C" w:rsidRDefault="00E6599A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</w:rPr>
              <w:t>Yang</w:t>
            </w:r>
            <w:r w:rsidR="001F1E55" w:rsidRPr="0020482C">
              <w:rPr>
                <w:sz w:val="20"/>
                <w:szCs w:val="20"/>
              </w:rPr>
              <w:t xml:space="preserve"> et al. 2022</w:t>
            </w:r>
          </w:p>
        </w:tc>
        <w:tc>
          <w:tcPr>
            <w:tcW w:w="6205" w:type="dxa"/>
          </w:tcPr>
          <w:p w14:paraId="4C895347" w14:textId="1D514D2C" w:rsidR="00A15A1C" w:rsidRPr="0020482C" w:rsidRDefault="004740B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Yang, J., X. Zhang, J. </w:t>
            </w:r>
            <w:proofErr w:type="spellStart"/>
            <w:r w:rsidRPr="0020482C">
              <w:rPr>
                <w:sz w:val="20"/>
                <w:szCs w:val="20"/>
              </w:rPr>
              <w:t>Lü</w:t>
            </w:r>
            <w:proofErr w:type="spellEnd"/>
            <w:r w:rsidRPr="0020482C">
              <w:rPr>
                <w:sz w:val="20"/>
                <w:szCs w:val="20"/>
              </w:rPr>
              <w:t xml:space="preserve"> et al., 2022. Seasonal co-occurrence patterns of bacteria and eukaryotic phytoplankton and the ecological response in urban aquatic ecosystem. Journal of Oceanology and Limnology 40: 1508–1529. </w:t>
            </w:r>
            <w:hyperlink r:id="rId66" w:history="1">
              <w:r w:rsidR="00A15A1C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https://doi.org/10.1007/s00343-021-1214-7</w:t>
              </w:r>
            </w:hyperlink>
            <w:r w:rsidR="001958F6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76502321" w14:textId="77777777" w:rsidTr="004740BA">
        <w:tc>
          <w:tcPr>
            <w:tcW w:w="2435" w:type="dxa"/>
          </w:tcPr>
          <w:p w14:paraId="549440B3" w14:textId="1419B5E8" w:rsidR="00A15A1C" w:rsidRPr="0020482C" w:rsidRDefault="004740BA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  <w:lang w:val="pt-BR"/>
              </w:rPr>
              <w:t>Alistar</w:t>
            </w:r>
            <w:r w:rsidR="001F1E55" w:rsidRPr="0020482C">
              <w:rPr>
                <w:sz w:val="20"/>
                <w:szCs w:val="20"/>
                <w:lang w:val="pt-BR"/>
              </w:rPr>
              <w:t xml:space="preserve"> </w:t>
            </w:r>
            <w:r w:rsidR="001F1E55" w:rsidRPr="0020482C">
              <w:rPr>
                <w:sz w:val="20"/>
                <w:szCs w:val="20"/>
              </w:rPr>
              <w:t>et al. 2022</w:t>
            </w:r>
          </w:p>
        </w:tc>
        <w:tc>
          <w:tcPr>
            <w:tcW w:w="6205" w:type="dxa"/>
          </w:tcPr>
          <w:p w14:paraId="5682E320" w14:textId="530A4642" w:rsidR="00A15A1C" w:rsidRPr="0020482C" w:rsidRDefault="004740B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Alistar, C. F., I. C. Nica, M. Nita-Lazar, G. G. Vasile, S. Gheorghe, A.-M. Croitoru, G. Dolete, D. E. Mihaiescu, A. Ficai, N. Craciun, G. Gradisteanu Pircalabioru, M. C. Chifiriuc, M. S. Stan &amp; A. Dinischiotu, 2022. </w:t>
            </w:r>
            <w:proofErr w:type="spellStart"/>
            <w:r w:rsidRPr="0020482C">
              <w:rPr>
                <w:sz w:val="20"/>
                <w:szCs w:val="20"/>
              </w:rPr>
              <w:t>Antioxidative</w:t>
            </w:r>
            <w:proofErr w:type="spellEnd"/>
            <w:r w:rsidRPr="0020482C">
              <w:rPr>
                <w:sz w:val="20"/>
                <w:szCs w:val="20"/>
              </w:rPr>
              <w:t xml:space="preserve"> defense and gut microbial changes under pollution stress in </w:t>
            </w:r>
            <w:proofErr w:type="spellStart"/>
            <w:r w:rsidRPr="0020482C">
              <w:rPr>
                <w:sz w:val="20"/>
                <w:szCs w:val="20"/>
              </w:rPr>
              <w:t>Carassius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gibelio</w:t>
            </w:r>
            <w:proofErr w:type="spellEnd"/>
            <w:r w:rsidRPr="0020482C">
              <w:rPr>
                <w:sz w:val="20"/>
                <w:szCs w:val="20"/>
              </w:rPr>
              <w:t xml:space="preserve"> from Bucharest lakes. International Journal of Environmental Research and Public Health 19: 7510. </w:t>
            </w:r>
            <w:hyperlink r:id="rId67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https://doi.org/10.3390/ijerph19127510</w:t>
              </w:r>
            </w:hyperlink>
            <w:r w:rsidR="001958F6" w:rsidRPr="0020482C">
              <w:rPr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 </w:t>
            </w:r>
          </w:p>
        </w:tc>
      </w:tr>
      <w:tr w:rsidR="0020482C" w:rsidRPr="0020482C" w14:paraId="6B9A83EA" w14:textId="77777777" w:rsidTr="004740BA">
        <w:tc>
          <w:tcPr>
            <w:tcW w:w="2435" w:type="dxa"/>
          </w:tcPr>
          <w:p w14:paraId="7B60A764" w14:textId="4C3D01AD" w:rsidR="00A15A1C" w:rsidRPr="0020482C" w:rsidRDefault="004740BA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Vaschetto</w:t>
            </w:r>
            <w:proofErr w:type="spellEnd"/>
            <w:r w:rsidR="001F1E55" w:rsidRPr="0020482C">
              <w:rPr>
                <w:sz w:val="20"/>
                <w:szCs w:val="20"/>
              </w:rPr>
              <w:t xml:space="preserve"> et al. 2021</w:t>
            </w:r>
          </w:p>
        </w:tc>
        <w:tc>
          <w:tcPr>
            <w:tcW w:w="6205" w:type="dxa"/>
          </w:tcPr>
          <w:p w14:paraId="460291A7" w14:textId="4C36316F" w:rsidR="00A15A1C" w:rsidRPr="0020482C" w:rsidRDefault="004740B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Vaschetto</w:t>
            </w:r>
            <w:proofErr w:type="spellEnd"/>
            <w:r w:rsidRPr="0020482C">
              <w:rPr>
                <w:sz w:val="20"/>
                <w:szCs w:val="20"/>
              </w:rPr>
              <w:t xml:space="preserve">, P., L. </w:t>
            </w:r>
            <w:proofErr w:type="spellStart"/>
            <w:r w:rsidRPr="0020482C">
              <w:rPr>
                <w:sz w:val="20"/>
                <w:szCs w:val="20"/>
              </w:rPr>
              <w:t>Regaldo</w:t>
            </w:r>
            <w:proofErr w:type="spellEnd"/>
            <w:r w:rsidRPr="0020482C">
              <w:rPr>
                <w:sz w:val="20"/>
                <w:szCs w:val="20"/>
              </w:rPr>
              <w:t xml:space="preserve">, W. </w:t>
            </w:r>
            <w:proofErr w:type="spellStart"/>
            <w:r w:rsidRPr="0020482C">
              <w:rPr>
                <w:sz w:val="20"/>
                <w:szCs w:val="20"/>
              </w:rPr>
              <w:t>Polla</w:t>
            </w:r>
            <w:proofErr w:type="spellEnd"/>
            <w:r w:rsidRPr="0020482C">
              <w:rPr>
                <w:sz w:val="20"/>
                <w:szCs w:val="20"/>
              </w:rPr>
              <w:t xml:space="preserve">, V. Andrade, S. </w:t>
            </w:r>
            <w:proofErr w:type="spellStart"/>
            <w:r w:rsidRPr="0020482C">
              <w:rPr>
                <w:sz w:val="20"/>
                <w:szCs w:val="20"/>
              </w:rPr>
              <w:t>Gervasio</w:t>
            </w:r>
            <w:proofErr w:type="spellEnd"/>
            <w:r w:rsidRPr="0020482C">
              <w:rPr>
                <w:sz w:val="20"/>
                <w:szCs w:val="20"/>
              </w:rPr>
              <w:t xml:space="preserve"> &amp; A. M. </w:t>
            </w:r>
            <w:proofErr w:type="spellStart"/>
            <w:r w:rsidRPr="0020482C">
              <w:rPr>
                <w:sz w:val="20"/>
                <w:szCs w:val="20"/>
              </w:rPr>
              <w:t>Gagneten</w:t>
            </w:r>
            <w:proofErr w:type="spellEnd"/>
            <w:r w:rsidRPr="0020482C">
              <w:rPr>
                <w:sz w:val="20"/>
                <w:szCs w:val="20"/>
              </w:rPr>
              <w:t xml:space="preserve">, 2021. Plankton community responses to anthropogenic pollution in an Argentinian urban reserve. Water, Air, &amp; Soil Pollution 232: 427. </w:t>
            </w:r>
            <w:hyperlink r:id="rId68" w:history="1">
              <w:r w:rsidR="00A15A1C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https://doi.org/10.1007/s11270-021-05380-0</w:t>
              </w:r>
            </w:hyperlink>
            <w:r w:rsidR="001958F6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42C334ED" w14:textId="77777777" w:rsidTr="004740BA">
        <w:tc>
          <w:tcPr>
            <w:tcW w:w="2435" w:type="dxa"/>
          </w:tcPr>
          <w:p w14:paraId="21C39674" w14:textId="091ECF58" w:rsidR="00A15A1C" w:rsidRPr="0020482C" w:rsidRDefault="004740BA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  <w:lang w:val="pt-BR"/>
              </w:rPr>
              <w:t>Pinilla-Rosa</w:t>
            </w:r>
            <w:r w:rsidR="001F1E55" w:rsidRPr="0020482C">
              <w:rPr>
                <w:sz w:val="20"/>
                <w:szCs w:val="20"/>
                <w:lang w:val="pt-BR"/>
              </w:rPr>
              <w:t xml:space="preserve"> </w:t>
            </w:r>
            <w:r w:rsidR="001F1E55" w:rsidRPr="0020482C">
              <w:rPr>
                <w:sz w:val="20"/>
                <w:szCs w:val="20"/>
              </w:rPr>
              <w:t>et al. 2023</w:t>
            </w:r>
          </w:p>
        </w:tc>
        <w:tc>
          <w:tcPr>
            <w:tcW w:w="6205" w:type="dxa"/>
          </w:tcPr>
          <w:p w14:paraId="676FB016" w14:textId="561358E6" w:rsidR="00A15A1C" w:rsidRPr="0020482C" w:rsidRDefault="004740B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Pinilla-Rosa, M., G. García-Saúco, A. Santiago, P. Ferrandis &amp; M. Méndez, 2023. </w:t>
            </w:r>
            <w:r w:rsidRPr="0020482C">
              <w:rPr>
                <w:sz w:val="20"/>
                <w:szCs w:val="20"/>
              </w:rPr>
              <w:t xml:space="preserve">Can botanic gardens serve as refuges for taxonomic and functional diversity of </w:t>
            </w:r>
            <w:proofErr w:type="spellStart"/>
            <w:r w:rsidRPr="0020482C">
              <w:rPr>
                <w:sz w:val="20"/>
                <w:szCs w:val="20"/>
              </w:rPr>
              <w:t>Odonata</w:t>
            </w:r>
            <w:proofErr w:type="spellEnd"/>
            <w:r w:rsidRPr="0020482C">
              <w:rPr>
                <w:sz w:val="20"/>
                <w:szCs w:val="20"/>
              </w:rPr>
              <w:t xml:space="preserve">? The case of the botanic garden of </w:t>
            </w:r>
            <w:proofErr w:type="spellStart"/>
            <w:r w:rsidRPr="0020482C">
              <w:rPr>
                <w:sz w:val="20"/>
                <w:szCs w:val="20"/>
              </w:rPr>
              <w:t>Castilla</w:t>
            </w:r>
            <w:proofErr w:type="spellEnd"/>
            <w:r w:rsidRPr="0020482C">
              <w:rPr>
                <w:sz w:val="20"/>
                <w:szCs w:val="20"/>
              </w:rPr>
              <w:t xml:space="preserve">–La Mancha (Spain). Limnology 24: 37–50. </w:t>
            </w:r>
            <w:hyperlink r:id="rId69" w:history="1">
              <w:r w:rsidR="00A15A1C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https://doi.org/10.1007/s10201-022-00704-3</w:t>
              </w:r>
            </w:hyperlink>
            <w:r w:rsidR="001958F6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605014E8" w14:textId="77777777" w:rsidTr="004740BA">
        <w:tc>
          <w:tcPr>
            <w:tcW w:w="2435" w:type="dxa"/>
          </w:tcPr>
          <w:p w14:paraId="55D24861" w14:textId="1E9CBD35" w:rsidR="00A15A1C" w:rsidRPr="0020482C" w:rsidRDefault="00E6599A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Pinel-Alloul</w:t>
            </w:r>
            <w:proofErr w:type="spellEnd"/>
            <w:r w:rsidR="001F1E55" w:rsidRPr="0020482C">
              <w:rPr>
                <w:sz w:val="20"/>
                <w:szCs w:val="20"/>
              </w:rPr>
              <w:t xml:space="preserve"> et al. 2022</w:t>
            </w:r>
          </w:p>
        </w:tc>
        <w:tc>
          <w:tcPr>
            <w:tcW w:w="6205" w:type="dxa"/>
          </w:tcPr>
          <w:p w14:paraId="7F2F9ABC" w14:textId="3F4646C6" w:rsidR="00A15A1C" w:rsidRPr="0020482C" w:rsidRDefault="004740BA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Pinel-Alloul</w:t>
            </w:r>
            <w:proofErr w:type="spellEnd"/>
            <w:r w:rsidRPr="0020482C">
              <w:rPr>
                <w:sz w:val="20"/>
                <w:szCs w:val="20"/>
              </w:rPr>
              <w:t xml:space="preserve">, B., A. </w:t>
            </w:r>
            <w:proofErr w:type="spellStart"/>
            <w:r w:rsidRPr="0020482C">
              <w:rPr>
                <w:sz w:val="20"/>
                <w:szCs w:val="20"/>
              </w:rPr>
              <w:t>Giani</w:t>
            </w:r>
            <w:proofErr w:type="spellEnd"/>
            <w:r w:rsidRPr="0020482C">
              <w:rPr>
                <w:sz w:val="20"/>
                <w:szCs w:val="20"/>
              </w:rPr>
              <w:t xml:space="preserve">, Z. E. </w:t>
            </w:r>
            <w:proofErr w:type="spellStart"/>
            <w:r w:rsidRPr="0020482C">
              <w:rPr>
                <w:sz w:val="20"/>
                <w:szCs w:val="20"/>
              </w:rPr>
              <w:t>Taranu</w:t>
            </w:r>
            <w:proofErr w:type="spellEnd"/>
            <w:r w:rsidRPr="0020482C">
              <w:rPr>
                <w:sz w:val="20"/>
                <w:szCs w:val="20"/>
              </w:rPr>
              <w:t xml:space="preserve">, D. Lévesque, I. </w:t>
            </w:r>
            <w:proofErr w:type="spellStart"/>
            <w:r w:rsidRPr="0020482C">
              <w:rPr>
                <w:sz w:val="20"/>
                <w:szCs w:val="20"/>
              </w:rPr>
              <w:t>Marinescu</w:t>
            </w:r>
            <w:proofErr w:type="spellEnd"/>
            <w:r w:rsidRPr="0020482C">
              <w:rPr>
                <w:sz w:val="20"/>
                <w:szCs w:val="20"/>
              </w:rPr>
              <w:t xml:space="preserve">, D. </w:t>
            </w:r>
            <w:proofErr w:type="spellStart"/>
            <w:r w:rsidRPr="0020482C">
              <w:rPr>
                <w:sz w:val="20"/>
                <w:szCs w:val="20"/>
              </w:rPr>
              <w:t>Kufner</w:t>
            </w:r>
            <w:proofErr w:type="spellEnd"/>
            <w:r w:rsidRPr="0020482C">
              <w:rPr>
                <w:sz w:val="20"/>
                <w:szCs w:val="20"/>
              </w:rPr>
              <w:t xml:space="preserve">, E.-A. </w:t>
            </w:r>
            <w:proofErr w:type="spellStart"/>
            <w:r w:rsidRPr="0020482C">
              <w:rPr>
                <w:sz w:val="20"/>
                <w:szCs w:val="20"/>
              </w:rPr>
              <w:t>Mimouni</w:t>
            </w:r>
            <w:proofErr w:type="spellEnd"/>
            <w:r w:rsidRPr="0020482C">
              <w:rPr>
                <w:sz w:val="20"/>
                <w:szCs w:val="20"/>
              </w:rPr>
              <w:t xml:space="preserve"> &amp; M. Robert, 2022. </w:t>
            </w:r>
            <w:proofErr w:type="spellStart"/>
            <w:r w:rsidRPr="0020482C">
              <w:rPr>
                <w:sz w:val="20"/>
                <w:szCs w:val="20"/>
              </w:rPr>
              <w:t>Foodweb</w:t>
            </w:r>
            <w:proofErr w:type="spellEnd"/>
            <w:r w:rsidRPr="0020482C">
              <w:rPr>
                <w:sz w:val="20"/>
                <w:szCs w:val="20"/>
              </w:rPr>
              <w:t xml:space="preserve"> biodiversity and community structure in urban </w:t>
            </w:r>
            <w:proofErr w:type="spellStart"/>
            <w:r w:rsidRPr="0020482C">
              <w:rPr>
                <w:sz w:val="20"/>
                <w:szCs w:val="20"/>
              </w:rPr>
              <w:t>waterbodies</w:t>
            </w:r>
            <w:proofErr w:type="spellEnd"/>
            <w:r w:rsidRPr="0020482C">
              <w:rPr>
                <w:sz w:val="20"/>
                <w:szCs w:val="20"/>
              </w:rPr>
              <w:t xml:space="preserve"> vary with habitat complexity, </w:t>
            </w:r>
            <w:proofErr w:type="spellStart"/>
            <w:r w:rsidRPr="0020482C">
              <w:rPr>
                <w:sz w:val="20"/>
                <w:szCs w:val="20"/>
              </w:rPr>
              <w:t>macrophyte</w:t>
            </w:r>
            <w:proofErr w:type="spellEnd"/>
            <w:r w:rsidRPr="0020482C">
              <w:rPr>
                <w:sz w:val="20"/>
                <w:szCs w:val="20"/>
              </w:rPr>
              <w:t xml:space="preserve"> cover, and trophic status. </w:t>
            </w:r>
            <w:proofErr w:type="spellStart"/>
            <w:r w:rsidRPr="0020482C">
              <w:rPr>
                <w:sz w:val="20"/>
                <w:szCs w:val="20"/>
              </w:rPr>
              <w:t>Hydrobiologia</w:t>
            </w:r>
            <w:proofErr w:type="spellEnd"/>
            <w:r w:rsidRPr="0020482C">
              <w:rPr>
                <w:sz w:val="20"/>
                <w:szCs w:val="20"/>
              </w:rPr>
              <w:t xml:space="preserve"> 849: 3761–3787. </w:t>
            </w:r>
            <w:hyperlink r:id="rId70" w:history="1">
              <w:r w:rsidR="00A15A1C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https://doi.org/10.1007/s10750-021-04678-8</w:t>
              </w:r>
            </w:hyperlink>
            <w:r w:rsidR="001958F6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3B302430" w14:textId="77777777" w:rsidTr="00A15A1C">
        <w:tc>
          <w:tcPr>
            <w:tcW w:w="2435" w:type="dxa"/>
          </w:tcPr>
          <w:p w14:paraId="7B3EF6CC" w14:textId="2FD2C402" w:rsidR="00A15A1C" w:rsidRPr="0020482C" w:rsidRDefault="00E6599A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  <w:lang w:val="pt-BR"/>
              </w:rPr>
              <w:t>Sganzerla</w:t>
            </w:r>
            <w:r w:rsidR="001F1E55" w:rsidRPr="0020482C">
              <w:rPr>
                <w:sz w:val="20"/>
                <w:szCs w:val="20"/>
                <w:lang w:val="pt-BR"/>
              </w:rPr>
              <w:t xml:space="preserve"> </w:t>
            </w:r>
            <w:r w:rsidR="001F1E55" w:rsidRPr="0020482C">
              <w:rPr>
                <w:sz w:val="20"/>
                <w:szCs w:val="20"/>
              </w:rPr>
              <w:t>et al. 2021</w:t>
            </w:r>
          </w:p>
        </w:tc>
        <w:tc>
          <w:tcPr>
            <w:tcW w:w="6205" w:type="dxa"/>
          </w:tcPr>
          <w:p w14:paraId="398EED3E" w14:textId="0615DDE5" w:rsidR="00A15A1C" w:rsidRPr="0020482C" w:rsidRDefault="004740B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Sganzerla, C., M. S. Dalzochio, G. D. S. Prass &amp; E. Périco, 2021. </w:t>
            </w:r>
            <w:r w:rsidRPr="0020482C">
              <w:rPr>
                <w:sz w:val="20"/>
                <w:szCs w:val="20"/>
              </w:rPr>
              <w:t xml:space="preserve">Effects of urbanization on the fauna of </w:t>
            </w:r>
            <w:proofErr w:type="spellStart"/>
            <w:r w:rsidRPr="0020482C">
              <w:rPr>
                <w:sz w:val="20"/>
                <w:szCs w:val="20"/>
              </w:rPr>
              <w:t>Odonata</w:t>
            </w:r>
            <w:proofErr w:type="spellEnd"/>
            <w:r w:rsidRPr="0020482C">
              <w:rPr>
                <w:sz w:val="20"/>
                <w:szCs w:val="20"/>
              </w:rPr>
              <w:t xml:space="preserve"> on the coast of southern Brazil. </w:t>
            </w:r>
            <w:r w:rsidRPr="0020482C">
              <w:rPr>
                <w:sz w:val="20"/>
                <w:szCs w:val="20"/>
                <w:lang w:val="pt-BR"/>
              </w:rPr>
              <w:t>Biota Neotropica 21: e20201122</w:t>
            </w:r>
            <w:r w:rsidR="00A15A1C" w:rsidRPr="0020482C">
              <w:rPr>
                <w:sz w:val="20"/>
                <w:szCs w:val="20"/>
              </w:rPr>
              <w:t xml:space="preserve">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"https://doi.org/10.1590/1676-0611-bn-2020-1122" </w:instrText>
            </w:r>
            <w:r w:rsidR="0020482C" w:rsidRPr="0020482C">
              <w:fldChar w:fldCharType="separate"/>
            </w:r>
            <w:r w:rsidR="002C0030" w:rsidRPr="0020482C">
              <w:rPr>
                <w:rStyle w:val="Hyperlink"/>
                <w:color w:val="auto"/>
                <w:sz w:val="20"/>
                <w:szCs w:val="20"/>
              </w:rPr>
              <w:t>https://doi.org/10.1590/1676-0611-bn-2020-1122</w:t>
            </w:r>
            <w:r w:rsidR="0020482C" w:rsidRPr="0020482C">
              <w:rPr>
                <w:rStyle w:val="Hyperlink"/>
                <w:color w:val="auto"/>
                <w:sz w:val="20"/>
                <w:szCs w:val="20"/>
              </w:rPr>
              <w:fldChar w:fldCharType="end"/>
            </w:r>
            <w:r w:rsidR="001958F6" w:rsidRPr="0020482C">
              <w:rPr>
                <w:sz w:val="20"/>
                <w:szCs w:val="20"/>
              </w:rPr>
              <w:t>.</w:t>
            </w:r>
            <w:r w:rsidR="002C0030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498CD249" w14:textId="77777777" w:rsidTr="00A15A1C">
        <w:tc>
          <w:tcPr>
            <w:tcW w:w="2435" w:type="dxa"/>
          </w:tcPr>
          <w:p w14:paraId="40E915E9" w14:textId="6A9732B0" w:rsidR="00A15A1C" w:rsidRPr="0020482C" w:rsidRDefault="00E6599A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rFonts w:hint="eastAsia"/>
                <w:sz w:val="20"/>
                <w:szCs w:val="20"/>
                <w:lang w:val="pt-BR"/>
              </w:rPr>
              <w:t>Santana Marques</w:t>
            </w:r>
            <w:r w:rsidR="001F1E55" w:rsidRPr="0020482C">
              <w:rPr>
                <w:sz w:val="20"/>
                <w:szCs w:val="20"/>
                <w:lang w:val="pt-BR"/>
              </w:rPr>
              <w:t xml:space="preserve"> </w:t>
            </w:r>
            <w:r w:rsidR="001F1E55" w:rsidRPr="0020482C">
              <w:rPr>
                <w:sz w:val="20"/>
                <w:szCs w:val="20"/>
              </w:rPr>
              <w:t>et al. 2020</w:t>
            </w:r>
          </w:p>
        </w:tc>
        <w:tc>
          <w:tcPr>
            <w:tcW w:w="6205" w:type="dxa"/>
          </w:tcPr>
          <w:p w14:paraId="48FA68A1" w14:textId="0FEE4401" w:rsidR="00A15A1C" w:rsidRPr="0020482C" w:rsidRDefault="004740B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Santana Marques, P., L. Resende Manna, T. Clara Frauendorf, E. Zandonà, R. Mazzoni &amp; R. El-Sabaawi, 2020. </w:t>
            </w:r>
            <w:r w:rsidRPr="0020482C">
              <w:rPr>
                <w:sz w:val="20"/>
                <w:szCs w:val="20"/>
              </w:rPr>
              <w:t xml:space="preserve">Urbanization can increase the invasive potential of alien species. Journal of Animal Ecology 89: 2345–2355. </w:t>
            </w:r>
            <w:hyperlink r:id="rId71" w:history="1">
              <w:r w:rsidR="002C0030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https://doi.org/10.1111/1365-2656.13293</w:t>
              </w:r>
            </w:hyperlink>
            <w:r w:rsidR="001958F6" w:rsidRPr="0020482C">
              <w:rPr>
                <w:sz w:val="20"/>
                <w:szCs w:val="20"/>
              </w:rPr>
              <w:t>.</w:t>
            </w:r>
            <w:r w:rsidR="002C0030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1779626F" w14:textId="77777777" w:rsidTr="00A15A1C">
        <w:tc>
          <w:tcPr>
            <w:tcW w:w="2435" w:type="dxa"/>
          </w:tcPr>
          <w:p w14:paraId="3A6C26A4" w14:textId="7E6026B6" w:rsidR="00A15A1C" w:rsidRPr="0020482C" w:rsidRDefault="00E6599A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  <w:lang w:val="pt-BR"/>
              </w:rPr>
              <w:t>Sauer</w:t>
            </w:r>
            <w:r w:rsidR="001F1E55" w:rsidRPr="0020482C">
              <w:rPr>
                <w:sz w:val="20"/>
                <w:szCs w:val="20"/>
                <w:lang w:val="pt-BR"/>
              </w:rPr>
              <w:t xml:space="preserve"> </w:t>
            </w:r>
            <w:r w:rsidR="001F1E55" w:rsidRPr="0020482C">
              <w:rPr>
                <w:sz w:val="20"/>
                <w:szCs w:val="20"/>
              </w:rPr>
              <w:t>et al. 2022</w:t>
            </w:r>
          </w:p>
        </w:tc>
        <w:tc>
          <w:tcPr>
            <w:tcW w:w="6205" w:type="dxa"/>
          </w:tcPr>
          <w:p w14:paraId="62133F89" w14:textId="42B39B7A" w:rsidR="00A15A1C" w:rsidRPr="0020482C" w:rsidRDefault="004740B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Sauer, E. L., J. Cruz, E. Crone, C. Lewis, E. Plumier, B. </w:t>
            </w:r>
            <w:proofErr w:type="spellStart"/>
            <w:r w:rsidRPr="0020482C">
              <w:rPr>
                <w:sz w:val="20"/>
                <w:szCs w:val="20"/>
              </w:rPr>
              <w:t>Cwynar</w:t>
            </w:r>
            <w:proofErr w:type="spellEnd"/>
            <w:r w:rsidRPr="0020482C">
              <w:rPr>
                <w:sz w:val="20"/>
                <w:szCs w:val="20"/>
              </w:rPr>
              <w:t xml:space="preserve">, D. Drake, B. M. Herrick &amp; D. L. Preston, 2022. </w:t>
            </w:r>
            <w:proofErr w:type="spellStart"/>
            <w:r w:rsidRPr="0020482C">
              <w:rPr>
                <w:sz w:val="20"/>
                <w:szCs w:val="20"/>
              </w:rPr>
              <w:t>Multiscale</w:t>
            </w:r>
            <w:proofErr w:type="spellEnd"/>
            <w:r w:rsidRPr="0020482C">
              <w:rPr>
                <w:sz w:val="20"/>
                <w:szCs w:val="20"/>
              </w:rPr>
              <w:t xml:space="preserve"> drivers of amphibian community occupancy in urban ponds. Urban Ecosystems 25: 1469–1479. </w:t>
            </w:r>
            <w:hyperlink r:id="rId72" w:history="1">
              <w:r w:rsidR="002C0030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https://doi.org/10.1007/s11252-022-01239-2</w:t>
              </w:r>
            </w:hyperlink>
            <w:r w:rsidR="001958F6" w:rsidRPr="0020482C">
              <w:rPr>
                <w:sz w:val="20"/>
                <w:szCs w:val="20"/>
              </w:rPr>
              <w:t>.</w:t>
            </w:r>
            <w:r w:rsidR="002C0030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065E235A" w14:textId="77777777" w:rsidTr="00A15A1C">
        <w:tc>
          <w:tcPr>
            <w:tcW w:w="2435" w:type="dxa"/>
          </w:tcPr>
          <w:p w14:paraId="26C1F2E0" w14:textId="2D5F3FA5" w:rsidR="00A15A1C" w:rsidRPr="0020482C" w:rsidRDefault="00E6599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Perron</w:t>
            </w:r>
            <w:proofErr w:type="spellEnd"/>
            <w:r w:rsidR="001F1E55" w:rsidRPr="0020482C">
              <w:rPr>
                <w:sz w:val="20"/>
                <w:szCs w:val="20"/>
              </w:rPr>
              <w:t xml:space="preserve"> &amp; Pick 2020</w:t>
            </w:r>
          </w:p>
        </w:tc>
        <w:tc>
          <w:tcPr>
            <w:tcW w:w="6205" w:type="dxa"/>
          </w:tcPr>
          <w:p w14:paraId="798F37D7" w14:textId="7F606B3D" w:rsidR="00A15A1C" w:rsidRPr="0020482C" w:rsidRDefault="004740B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Perron</w:t>
            </w:r>
            <w:proofErr w:type="spellEnd"/>
            <w:r w:rsidRPr="0020482C">
              <w:rPr>
                <w:sz w:val="20"/>
                <w:szCs w:val="20"/>
              </w:rPr>
              <w:t xml:space="preserve">, M. A. C. &amp; F. R. Pick, 2020. </w:t>
            </w:r>
            <w:proofErr w:type="spellStart"/>
            <w:r w:rsidRPr="0020482C">
              <w:rPr>
                <w:sz w:val="20"/>
                <w:szCs w:val="20"/>
              </w:rPr>
              <w:t>Stormwater</w:t>
            </w:r>
            <w:proofErr w:type="spellEnd"/>
            <w:r w:rsidRPr="0020482C">
              <w:rPr>
                <w:sz w:val="20"/>
                <w:szCs w:val="20"/>
              </w:rPr>
              <w:t xml:space="preserve"> ponds as habitat for </w:t>
            </w:r>
            <w:proofErr w:type="spellStart"/>
            <w:r w:rsidRPr="0020482C">
              <w:rPr>
                <w:sz w:val="20"/>
                <w:szCs w:val="20"/>
              </w:rPr>
              <w:t>Odonata</w:t>
            </w:r>
            <w:proofErr w:type="spellEnd"/>
            <w:r w:rsidRPr="0020482C">
              <w:rPr>
                <w:sz w:val="20"/>
                <w:szCs w:val="20"/>
              </w:rPr>
              <w:t xml:space="preserve"> in urban areas: the importance of obligate wetland plant species. Biodiversity and Conservation 29: 913–931. </w:t>
            </w:r>
            <w:hyperlink r:id="rId73" w:history="1">
              <w:r w:rsidR="002C0030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https://doi.org/10.1007/s10531-019-01917-2</w:t>
              </w:r>
            </w:hyperlink>
            <w:r w:rsidR="001958F6" w:rsidRPr="0020482C">
              <w:rPr>
                <w:sz w:val="20"/>
                <w:szCs w:val="20"/>
              </w:rPr>
              <w:t>.</w:t>
            </w:r>
            <w:r w:rsidR="002C0030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2A450CBD" w14:textId="77777777" w:rsidTr="00A15A1C">
        <w:tc>
          <w:tcPr>
            <w:tcW w:w="2435" w:type="dxa"/>
          </w:tcPr>
          <w:p w14:paraId="647EEB11" w14:textId="788DF6EC" w:rsidR="00A15A1C" w:rsidRPr="0020482C" w:rsidRDefault="00E6599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>Brans</w:t>
            </w:r>
            <w:r w:rsidR="001F1E55" w:rsidRPr="0020482C">
              <w:rPr>
                <w:sz w:val="20"/>
                <w:szCs w:val="20"/>
                <w:lang w:val="pt-BR"/>
              </w:rPr>
              <w:t xml:space="preserve"> &amp; De Meester 2018</w:t>
            </w:r>
          </w:p>
        </w:tc>
        <w:tc>
          <w:tcPr>
            <w:tcW w:w="6205" w:type="dxa"/>
          </w:tcPr>
          <w:p w14:paraId="740CCDEE" w14:textId="30FEEDC9" w:rsidR="00A15A1C" w:rsidRPr="0020482C" w:rsidRDefault="00502B64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Brans, K. I. &amp; L. De Meester, 2018. </w:t>
            </w:r>
            <w:r w:rsidRPr="0020482C">
              <w:rPr>
                <w:sz w:val="20"/>
                <w:szCs w:val="20"/>
              </w:rPr>
              <w:t xml:space="preserve">City life on fast lanes: urbanization induces an evolutionary shift towards a faster lifestyle in the water flea Daphnia. </w:t>
            </w:r>
            <w:r w:rsidRPr="0020482C">
              <w:rPr>
                <w:sz w:val="20"/>
                <w:szCs w:val="20"/>
                <w:lang w:val="pt-BR"/>
              </w:rPr>
              <w:t xml:space="preserve">Functional Ecology 32: 2225–2240.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"https://doi.org/10.1111/1365-2435.13184" </w:instrText>
            </w:r>
            <w:r w:rsidR="0020482C" w:rsidRPr="0020482C">
              <w:fldChar w:fldCharType="separate"/>
            </w:r>
            <w:r w:rsidR="002C0030" w:rsidRPr="0020482C">
              <w:rPr>
                <w:rStyle w:val="Hyperlink"/>
                <w:color w:val="auto"/>
                <w:sz w:val="20"/>
                <w:szCs w:val="20"/>
              </w:rPr>
              <w:t>https://doi.org/10.1111/1365-2435.13184</w:t>
            </w:r>
            <w:r w:rsidR="0020482C" w:rsidRPr="0020482C">
              <w:rPr>
                <w:rStyle w:val="Hyperlink"/>
                <w:color w:val="auto"/>
                <w:sz w:val="20"/>
                <w:szCs w:val="20"/>
              </w:rPr>
              <w:fldChar w:fldCharType="end"/>
            </w:r>
            <w:r w:rsidR="001958F6" w:rsidRPr="0020482C">
              <w:rPr>
                <w:sz w:val="20"/>
                <w:szCs w:val="20"/>
              </w:rPr>
              <w:t>.</w:t>
            </w:r>
            <w:r w:rsidR="002C0030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079049C5" w14:textId="77777777" w:rsidTr="00A15A1C">
        <w:tc>
          <w:tcPr>
            <w:tcW w:w="2435" w:type="dxa"/>
          </w:tcPr>
          <w:p w14:paraId="36066A14" w14:textId="56A59CD9" w:rsidR="00A15A1C" w:rsidRPr="0020482C" w:rsidRDefault="00E6599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>Battisti</w:t>
            </w:r>
            <w:r w:rsidR="001F1E55" w:rsidRPr="0020482C">
              <w:rPr>
                <w:sz w:val="20"/>
                <w:szCs w:val="20"/>
                <w:lang w:val="pt-BR"/>
              </w:rPr>
              <w:t xml:space="preserve"> </w:t>
            </w:r>
            <w:r w:rsidR="001F1E55" w:rsidRPr="0020482C">
              <w:rPr>
                <w:sz w:val="20"/>
                <w:szCs w:val="20"/>
              </w:rPr>
              <w:t>et al. 2020</w:t>
            </w:r>
          </w:p>
        </w:tc>
        <w:tc>
          <w:tcPr>
            <w:tcW w:w="6205" w:type="dxa"/>
          </w:tcPr>
          <w:p w14:paraId="2F205CAE" w14:textId="14B8E827" w:rsidR="00A15A1C" w:rsidRPr="0020482C" w:rsidRDefault="00502B64" w:rsidP="00502B64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Battisti, C., M. P. Di Santo, L. Luiselli, G. Amori &amp; G. M. Carpaneto, 2020. </w:t>
            </w:r>
            <w:r w:rsidRPr="0020482C">
              <w:rPr>
                <w:sz w:val="20"/>
                <w:szCs w:val="20"/>
              </w:rPr>
              <w:t xml:space="preserve">Introduced fish assemblages in a mosaic of urban ponds: evidence for species-area and diversity-dominance patterns. </w:t>
            </w:r>
            <w:r w:rsidRPr="0020482C">
              <w:rPr>
                <w:sz w:val="20"/>
                <w:szCs w:val="20"/>
                <w:lang w:val="pt-BR"/>
              </w:rPr>
              <w:t>Zoology and Ecology 30: 116–121.</w:t>
            </w:r>
            <w:r w:rsidR="00A15A1C" w:rsidRPr="0020482C">
              <w:rPr>
                <w:sz w:val="20"/>
                <w:szCs w:val="20"/>
              </w:rPr>
              <w:t xml:space="preserve">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"https://doi.org/10.35513/21658005.2020.2.5" </w:instrText>
            </w:r>
            <w:r w:rsidR="0020482C" w:rsidRPr="0020482C">
              <w:fldChar w:fldCharType="separate"/>
            </w:r>
            <w:r w:rsidR="002C0030" w:rsidRPr="0020482C">
              <w:rPr>
                <w:rStyle w:val="Hyperlink"/>
                <w:color w:val="auto"/>
                <w:sz w:val="20"/>
                <w:szCs w:val="20"/>
              </w:rPr>
              <w:t>https://doi.org/10.35513/21658005.2020.2.5</w:t>
            </w:r>
            <w:r w:rsidR="0020482C" w:rsidRPr="0020482C">
              <w:rPr>
                <w:rStyle w:val="Hyperlink"/>
                <w:color w:val="auto"/>
                <w:sz w:val="20"/>
                <w:szCs w:val="20"/>
              </w:rPr>
              <w:fldChar w:fldCharType="end"/>
            </w:r>
            <w:r w:rsidR="008A36D2" w:rsidRPr="0020482C">
              <w:rPr>
                <w:sz w:val="20"/>
                <w:szCs w:val="20"/>
              </w:rPr>
              <w:t>.</w:t>
            </w:r>
            <w:r w:rsidR="002C0030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2278377E" w14:textId="77777777" w:rsidTr="00A15A1C">
        <w:tc>
          <w:tcPr>
            <w:tcW w:w="2435" w:type="dxa"/>
          </w:tcPr>
          <w:p w14:paraId="456AB3C7" w14:textId="1B5CAC4A" w:rsidR="00A15A1C" w:rsidRPr="0020482C" w:rsidRDefault="00E6599A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Adelowo</w:t>
            </w:r>
            <w:proofErr w:type="spellEnd"/>
            <w:r w:rsidR="001F1E55" w:rsidRPr="0020482C">
              <w:rPr>
                <w:sz w:val="20"/>
                <w:szCs w:val="20"/>
              </w:rPr>
              <w:t xml:space="preserve"> et al. 2020</w:t>
            </w:r>
          </w:p>
        </w:tc>
        <w:tc>
          <w:tcPr>
            <w:tcW w:w="6205" w:type="dxa"/>
          </w:tcPr>
          <w:p w14:paraId="297FAF63" w14:textId="14AECD6D" w:rsidR="00A15A1C" w:rsidRPr="0020482C" w:rsidRDefault="00502B64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Adelowo</w:t>
            </w:r>
            <w:proofErr w:type="spellEnd"/>
            <w:r w:rsidRPr="0020482C">
              <w:rPr>
                <w:sz w:val="20"/>
                <w:szCs w:val="20"/>
              </w:rPr>
              <w:t xml:space="preserve">, O. O., O. O. </w:t>
            </w:r>
            <w:proofErr w:type="spellStart"/>
            <w:r w:rsidRPr="0020482C">
              <w:rPr>
                <w:sz w:val="20"/>
                <w:szCs w:val="20"/>
              </w:rPr>
              <w:t>Ikhimiukor</w:t>
            </w:r>
            <w:proofErr w:type="spellEnd"/>
            <w:r w:rsidRPr="0020482C">
              <w:rPr>
                <w:sz w:val="20"/>
                <w:szCs w:val="20"/>
              </w:rPr>
              <w:t xml:space="preserve">, C. </w:t>
            </w:r>
            <w:proofErr w:type="spellStart"/>
            <w:r w:rsidRPr="0020482C">
              <w:rPr>
                <w:sz w:val="20"/>
                <w:szCs w:val="20"/>
              </w:rPr>
              <w:t>Knecht</w:t>
            </w:r>
            <w:proofErr w:type="spellEnd"/>
            <w:r w:rsidRPr="0020482C">
              <w:rPr>
                <w:sz w:val="20"/>
                <w:szCs w:val="20"/>
              </w:rPr>
              <w:t xml:space="preserve">, J. </w:t>
            </w:r>
            <w:proofErr w:type="spellStart"/>
            <w:r w:rsidRPr="0020482C">
              <w:rPr>
                <w:sz w:val="20"/>
                <w:szCs w:val="20"/>
              </w:rPr>
              <w:t>Vollmers</w:t>
            </w:r>
            <w:proofErr w:type="spellEnd"/>
            <w:r w:rsidRPr="0020482C">
              <w:rPr>
                <w:sz w:val="20"/>
                <w:szCs w:val="20"/>
              </w:rPr>
              <w:t xml:space="preserve">, M. Bhatia, A. K. </w:t>
            </w:r>
            <w:proofErr w:type="spellStart"/>
            <w:r w:rsidRPr="0020482C">
              <w:rPr>
                <w:sz w:val="20"/>
                <w:szCs w:val="20"/>
              </w:rPr>
              <w:t>Kaster</w:t>
            </w:r>
            <w:proofErr w:type="spellEnd"/>
            <w:r w:rsidRPr="0020482C">
              <w:rPr>
                <w:sz w:val="20"/>
                <w:szCs w:val="20"/>
              </w:rPr>
              <w:t xml:space="preserve"> &amp; J. A. Müller, 2020. A survey of extended-spectrum beta-lactamase-producing </w:t>
            </w:r>
            <w:proofErr w:type="spellStart"/>
            <w:r w:rsidRPr="0020482C">
              <w:rPr>
                <w:sz w:val="20"/>
                <w:szCs w:val="20"/>
              </w:rPr>
              <w:t>Enterobacteriaceae</w:t>
            </w:r>
            <w:proofErr w:type="spellEnd"/>
            <w:r w:rsidRPr="0020482C">
              <w:rPr>
                <w:sz w:val="20"/>
                <w:szCs w:val="20"/>
              </w:rPr>
              <w:t xml:space="preserve"> in urban wetlands in southwestern Nigeria as a step towards generating prevalence maps of antimicrobial resistance. PLOS ONE 15: e0229451. </w:t>
            </w:r>
            <w:hyperlink r:id="rId74" w:history="1">
              <w:r w:rsidR="002C0030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https://doi.org/10.1371/journal.pone.0229451</w:t>
              </w:r>
            </w:hyperlink>
            <w:r w:rsidR="008A36D2" w:rsidRPr="0020482C">
              <w:rPr>
                <w:sz w:val="20"/>
                <w:szCs w:val="20"/>
              </w:rPr>
              <w:t>.</w:t>
            </w:r>
            <w:r w:rsidR="002C0030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3C7E2B28" w14:textId="77777777" w:rsidTr="00A15A1C">
        <w:tc>
          <w:tcPr>
            <w:tcW w:w="2435" w:type="dxa"/>
          </w:tcPr>
          <w:p w14:paraId="78F59E08" w14:textId="19EB8BF8" w:rsidR="00A15A1C" w:rsidRPr="0020482C" w:rsidRDefault="00E6599A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  <w:lang w:val="pt-BR"/>
              </w:rPr>
              <w:t>Gomes-Silva</w:t>
            </w:r>
            <w:r w:rsidR="001F1E55" w:rsidRPr="0020482C">
              <w:rPr>
                <w:sz w:val="20"/>
                <w:szCs w:val="20"/>
                <w:lang w:val="pt-BR"/>
              </w:rPr>
              <w:t xml:space="preserve"> </w:t>
            </w:r>
            <w:r w:rsidR="001F1E55" w:rsidRPr="0020482C">
              <w:rPr>
                <w:sz w:val="20"/>
                <w:szCs w:val="20"/>
              </w:rPr>
              <w:t>et al. 2020</w:t>
            </w:r>
          </w:p>
        </w:tc>
        <w:tc>
          <w:tcPr>
            <w:tcW w:w="6205" w:type="dxa"/>
          </w:tcPr>
          <w:p w14:paraId="01BCA121" w14:textId="110B9D5A" w:rsidR="00A15A1C" w:rsidRPr="0020482C" w:rsidRDefault="00502B64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Gomes-Silva, G., B. B. Pereira, K. Liu, B. Chen, V. S. V. Santos, G. H. T. de Menezes, M. Plath et al., 2020. </w:t>
            </w:r>
            <w:r w:rsidRPr="0020482C">
              <w:rPr>
                <w:sz w:val="20"/>
                <w:szCs w:val="20"/>
              </w:rPr>
              <w:t xml:space="preserve">Using native and invasive </w:t>
            </w:r>
            <w:proofErr w:type="spellStart"/>
            <w:r w:rsidRPr="0020482C">
              <w:rPr>
                <w:sz w:val="20"/>
                <w:szCs w:val="20"/>
              </w:rPr>
              <w:t>livebearing</w:t>
            </w:r>
            <w:proofErr w:type="spellEnd"/>
            <w:r w:rsidRPr="0020482C">
              <w:rPr>
                <w:sz w:val="20"/>
                <w:szCs w:val="20"/>
              </w:rPr>
              <w:t xml:space="preserve"> fishes (</w:t>
            </w:r>
            <w:proofErr w:type="spellStart"/>
            <w:r w:rsidRPr="0020482C">
              <w:rPr>
                <w:sz w:val="20"/>
                <w:szCs w:val="20"/>
              </w:rPr>
              <w:t>Poeciliidae</w:t>
            </w:r>
            <w:proofErr w:type="spellEnd"/>
            <w:r w:rsidRPr="0020482C">
              <w:rPr>
                <w:sz w:val="20"/>
                <w:szCs w:val="20"/>
              </w:rPr>
              <w:t xml:space="preserve">, </w:t>
            </w:r>
            <w:proofErr w:type="spellStart"/>
            <w:r w:rsidRPr="0020482C">
              <w:rPr>
                <w:sz w:val="20"/>
                <w:szCs w:val="20"/>
              </w:rPr>
              <w:t>Teleostei</w:t>
            </w:r>
            <w:proofErr w:type="spellEnd"/>
            <w:r w:rsidRPr="0020482C">
              <w:rPr>
                <w:sz w:val="20"/>
                <w:szCs w:val="20"/>
              </w:rPr>
              <w:t>) for the integrated biological assessment of pollution in urban streams. Science of the Total Environment 698: 134336</w:t>
            </w:r>
            <w:r w:rsidR="00A15A1C" w:rsidRPr="0020482C">
              <w:rPr>
                <w:sz w:val="20"/>
                <w:szCs w:val="20"/>
              </w:rPr>
              <w:t xml:space="preserve">. </w:t>
            </w:r>
            <w:hyperlink r:id="rId75" w:history="1">
              <w:r w:rsidR="002C0030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https://doi.org/10.1016/j.scitotenv.2019.134336</w:t>
              </w:r>
            </w:hyperlink>
            <w:r w:rsidR="008A36D2" w:rsidRPr="0020482C">
              <w:rPr>
                <w:sz w:val="20"/>
                <w:szCs w:val="20"/>
              </w:rPr>
              <w:t>.</w:t>
            </w:r>
            <w:r w:rsidR="002C0030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0DACAFBF" w14:textId="77777777" w:rsidTr="00A15A1C">
        <w:tc>
          <w:tcPr>
            <w:tcW w:w="2435" w:type="dxa"/>
          </w:tcPr>
          <w:p w14:paraId="4F4A71E7" w14:textId="69BDD084" w:rsidR="00A15A1C" w:rsidRPr="0020482C" w:rsidRDefault="00E6599A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  <w:lang w:val="pt-BR"/>
              </w:rPr>
              <w:t>Rybak</w:t>
            </w:r>
            <w:r w:rsidR="001F1E55" w:rsidRPr="0020482C">
              <w:rPr>
                <w:sz w:val="20"/>
                <w:szCs w:val="20"/>
                <w:lang w:val="pt-BR"/>
              </w:rPr>
              <w:t xml:space="preserve"> </w:t>
            </w:r>
            <w:r w:rsidR="001F1E55" w:rsidRPr="0020482C">
              <w:rPr>
                <w:sz w:val="20"/>
                <w:szCs w:val="20"/>
              </w:rPr>
              <w:t>et al. 2019</w:t>
            </w:r>
          </w:p>
        </w:tc>
        <w:tc>
          <w:tcPr>
            <w:tcW w:w="6205" w:type="dxa"/>
          </w:tcPr>
          <w:p w14:paraId="760089A0" w14:textId="05A03581" w:rsidR="00A15A1C" w:rsidRPr="0020482C" w:rsidRDefault="00502B64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Rybak, M., T. Noga &amp; A. Poradowska, 2019. </w:t>
            </w:r>
            <w:r w:rsidRPr="0020482C">
              <w:rPr>
                <w:sz w:val="20"/>
                <w:szCs w:val="20"/>
              </w:rPr>
              <w:t xml:space="preserve">Diversity in anthropogenic environment: permanent puddle as a place for development of diatoms. </w:t>
            </w:r>
            <w:r w:rsidRPr="0020482C">
              <w:rPr>
                <w:sz w:val="20"/>
                <w:szCs w:val="20"/>
                <w:lang w:val="pt-BR"/>
              </w:rPr>
              <w:t xml:space="preserve">Journal of Ecological Engineering 20: 36–44.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"https://doi.org/10.12911/22998993/111463" </w:instrText>
            </w:r>
            <w:r w:rsidR="0020482C" w:rsidRPr="0020482C">
              <w:fldChar w:fldCharType="separate"/>
            </w:r>
            <w:r w:rsidR="002C0030" w:rsidRPr="0020482C">
              <w:rPr>
                <w:rStyle w:val="Hyperlink"/>
                <w:color w:val="auto"/>
                <w:sz w:val="20"/>
                <w:szCs w:val="20"/>
              </w:rPr>
              <w:t>https://doi.org/10.12911/22998993/111463</w:t>
            </w:r>
            <w:r w:rsidR="0020482C" w:rsidRPr="0020482C">
              <w:rPr>
                <w:rStyle w:val="Hyperlink"/>
                <w:color w:val="auto"/>
                <w:sz w:val="20"/>
                <w:szCs w:val="20"/>
              </w:rPr>
              <w:fldChar w:fldCharType="end"/>
            </w:r>
            <w:r w:rsidR="008A36D2" w:rsidRPr="0020482C">
              <w:rPr>
                <w:sz w:val="20"/>
                <w:szCs w:val="20"/>
              </w:rPr>
              <w:t>.</w:t>
            </w:r>
            <w:r w:rsidR="002C0030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7287D7F4" w14:textId="77777777" w:rsidTr="00A15A1C">
        <w:tc>
          <w:tcPr>
            <w:tcW w:w="2435" w:type="dxa"/>
          </w:tcPr>
          <w:p w14:paraId="34DEE62A" w14:textId="1FB8D075" w:rsidR="00A15A1C" w:rsidRPr="0020482C" w:rsidRDefault="00E6599A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</w:rPr>
              <w:t>Cao</w:t>
            </w:r>
            <w:r w:rsidR="001F1E55" w:rsidRPr="0020482C">
              <w:rPr>
                <w:sz w:val="20"/>
                <w:szCs w:val="20"/>
              </w:rPr>
              <w:t xml:space="preserve"> &amp; </w:t>
            </w:r>
            <w:proofErr w:type="spellStart"/>
            <w:r w:rsidR="001F1E55" w:rsidRPr="0020482C">
              <w:rPr>
                <w:sz w:val="20"/>
                <w:szCs w:val="20"/>
              </w:rPr>
              <w:t>Natuhara</w:t>
            </w:r>
            <w:proofErr w:type="spellEnd"/>
            <w:r w:rsidR="001F1E55" w:rsidRPr="0020482C">
              <w:rPr>
                <w:sz w:val="20"/>
                <w:szCs w:val="20"/>
              </w:rPr>
              <w:t xml:space="preserve"> 2019</w:t>
            </w:r>
          </w:p>
        </w:tc>
        <w:tc>
          <w:tcPr>
            <w:tcW w:w="6205" w:type="dxa"/>
          </w:tcPr>
          <w:p w14:paraId="6630A070" w14:textId="6E3144FE" w:rsidR="00A15A1C" w:rsidRPr="0020482C" w:rsidRDefault="00502B64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Cao, Y. &amp; Y. </w:t>
            </w:r>
            <w:proofErr w:type="spellStart"/>
            <w:r w:rsidRPr="0020482C">
              <w:rPr>
                <w:sz w:val="20"/>
                <w:szCs w:val="20"/>
              </w:rPr>
              <w:t>Natuhara</w:t>
            </w:r>
            <w:proofErr w:type="spellEnd"/>
            <w:r w:rsidRPr="0020482C">
              <w:rPr>
                <w:sz w:val="20"/>
                <w:szCs w:val="20"/>
              </w:rPr>
              <w:t>, 2019. Effect of urbanization on vegetation in riparian area: plant communities in artificial and semi-natural habitats. Sustainability 12: 204</w:t>
            </w:r>
            <w:r w:rsidR="00A15A1C" w:rsidRPr="0020482C">
              <w:rPr>
                <w:sz w:val="20"/>
                <w:szCs w:val="20"/>
              </w:rPr>
              <w:t xml:space="preserve">. </w:t>
            </w:r>
            <w:hyperlink r:id="rId76" w:history="1">
              <w:r w:rsidR="002C0030" w:rsidRPr="0020482C">
                <w:rPr>
                  <w:rStyle w:val="Hyperlink"/>
                  <w:color w:val="auto"/>
                  <w:sz w:val="20"/>
                  <w:szCs w:val="20"/>
                </w:rPr>
                <w:t>https://doi.org/10.3390/su12010204</w:t>
              </w:r>
            </w:hyperlink>
            <w:r w:rsidR="008A36D2" w:rsidRPr="0020482C">
              <w:rPr>
                <w:sz w:val="20"/>
                <w:szCs w:val="20"/>
              </w:rPr>
              <w:t>.</w:t>
            </w:r>
            <w:r w:rsidR="002C0030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7B541A3A" w14:textId="77777777" w:rsidTr="00A15A1C">
        <w:tc>
          <w:tcPr>
            <w:tcW w:w="2435" w:type="dxa"/>
          </w:tcPr>
          <w:p w14:paraId="6074A1BA" w14:textId="7DA52E35" w:rsidR="00A15A1C" w:rsidRPr="0020482C" w:rsidRDefault="00E6599A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Bogan</w:t>
            </w:r>
            <w:proofErr w:type="spellEnd"/>
            <w:r w:rsidR="001F1E55" w:rsidRPr="0020482C">
              <w:rPr>
                <w:sz w:val="20"/>
                <w:szCs w:val="20"/>
              </w:rPr>
              <w:t xml:space="preserve"> et al. 2020</w:t>
            </w:r>
          </w:p>
        </w:tc>
        <w:tc>
          <w:tcPr>
            <w:tcW w:w="6205" w:type="dxa"/>
          </w:tcPr>
          <w:p w14:paraId="756D4099" w14:textId="7330A7C7" w:rsidR="00A15A1C" w:rsidRPr="0020482C" w:rsidRDefault="00502B64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Bogan</w:t>
            </w:r>
            <w:proofErr w:type="spellEnd"/>
            <w:r w:rsidRPr="0020482C">
              <w:rPr>
                <w:sz w:val="20"/>
                <w:szCs w:val="20"/>
              </w:rPr>
              <w:t xml:space="preserve">, M. T., D. </w:t>
            </w:r>
            <w:proofErr w:type="spellStart"/>
            <w:r w:rsidRPr="0020482C">
              <w:rPr>
                <w:sz w:val="20"/>
                <w:szCs w:val="20"/>
              </w:rPr>
              <w:t>Eppehimer</w:t>
            </w:r>
            <w:proofErr w:type="spellEnd"/>
            <w:r w:rsidRPr="0020482C">
              <w:rPr>
                <w:sz w:val="20"/>
                <w:szCs w:val="20"/>
              </w:rPr>
              <w:t xml:space="preserve">, H. </w:t>
            </w:r>
            <w:proofErr w:type="spellStart"/>
            <w:r w:rsidRPr="0020482C">
              <w:rPr>
                <w:sz w:val="20"/>
                <w:szCs w:val="20"/>
              </w:rPr>
              <w:t>Hamdhani</w:t>
            </w:r>
            <w:proofErr w:type="spellEnd"/>
            <w:r w:rsidRPr="0020482C">
              <w:rPr>
                <w:sz w:val="20"/>
                <w:szCs w:val="20"/>
              </w:rPr>
              <w:t xml:space="preserve"> &amp; K. </w:t>
            </w:r>
            <w:proofErr w:type="spellStart"/>
            <w:r w:rsidRPr="0020482C">
              <w:rPr>
                <w:sz w:val="20"/>
                <w:szCs w:val="20"/>
              </w:rPr>
              <w:t>Hollien</w:t>
            </w:r>
            <w:proofErr w:type="spellEnd"/>
            <w:r w:rsidRPr="0020482C">
              <w:rPr>
                <w:sz w:val="20"/>
                <w:szCs w:val="20"/>
              </w:rPr>
              <w:t xml:space="preserve">, 2020. If you build it, they will come: rapid colonization by dragonflies in a new effluent-dependent river reach. </w:t>
            </w:r>
            <w:proofErr w:type="spellStart"/>
            <w:r w:rsidRPr="0020482C">
              <w:rPr>
                <w:sz w:val="20"/>
                <w:szCs w:val="20"/>
              </w:rPr>
              <w:t>PeerJ</w:t>
            </w:r>
            <w:proofErr w:type="spellEnd"/>
            <w:r w:rsidRPr="0020482C">
              <w:rPr>
                <w:sz w:val="20"/>
                <w:szCs w:val="20"/>
              </w:rPr>
              <w:t xml:space="preserve"> 8: e9856. </w:t>
            </w:r>
            <w:hyperlink r:id="rId77" w:history="1">
              <w:r w:rsidR="002C0030" w:rsidRPr="0020482C">
                <w:rPr>
                  <w:rStyle w:val="Hyperlink"/>
                  <w:color w:val="auto"/>
                  <w:sz w:val="20"/>
                  <w:szCs w:val="20"/>
                </w:rPr>
                <w:t>https://doi.org/10.7717/peerj.9856</w:t>
              </w:r>
            </w:hyperlink>
            <w:r w:rsidR="008A36D2" w:rsidRPr="0020482C">
              <w:rPr>
                <w:sz w:val="20"/>
                <w:szCs w:val="20"/>
              </w:rPr>
              <w:t>.</w:t>
            </w:r>
            <w:r w:rsidR="002C0030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2B041742" w14:textId="77777777" w:rsidTr="00A15A1C">
        <w:tc>
          <w:tcPr>
            <w:tcW w:w="2435" w:type="dxa"/>
          </w:tcPr>
          <w:p w14:paraId="647F0B98" w14:textId="3709907C" w:rsidR="00A15A1C" w:rsidRPr="0020482C" w:rsidRDefault="00E6599A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  <w:lang w:val="pt-BR"/>
              </w:rPr>
              <w:t>Martins</w:t>
            </w:r>
            <w:r w:rsidR="001F1E55" w:rsidRPr="0020482C">
              <w:rPr>
                <w:sz w:val="20"/>
                <w:szCs w:val="20"/>
                <w:lang w:val="pt-BR"/>
              </w:rPr>
              <w:t xml:space="preserve"> </w:t>
            </w:r>
            <w:r w:rsidR="001F1E55" w:rsidRPr="0020482C">
              <w:rPr>
                <w:sz w:val="20"/>
                <w:szCs w:val="20"/>
              </w:rPr>
              <w:t>et al. 2019</w:t>
            </w:r>
          </w:p>
        </w:tc>
        <w:tc>
          <w:tcPr>
            <w:tcW w:w="6205" w:type="dxa"/>
          </w:tcPr>
          <w:p w14:paraId="78ECAF0A" w14:textId="2CA15F87" w:rsidR="00A15A1C" w:rsidRPr="0020482C" w:rsidRDefault="00502B64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Martins, K. P., M. G. S. Bandeira, C. Palma-Silva &amp; E. F. Albertoni, 2019. </w:t>
            </w:r>
            <w:proofErr w:type="spellStart"/>
            <w:r w:rsidRPr="0020482C">
              <w:rPr>
                <w:sz w:val="20"/>
                <w:szCs w:val="20"/>
              </w:rPr>
              <w:t>Microcrustacean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metacommunities</w:t>
            </w:r>
            <w:proofErr w:type="spellEnd"/>
            <w:r w:rsidRPr="0020482C">
              <w:rPr>
                <w:sz w:val="20"/>
                <w:szCs w:val="20"/>
              </w:rPr>
              <w:t xml:space="preserve"> in urban temporary ponds. Aquatic Sciences 81: 56. </w:t>
            </w:r>
            <w:hyperlink r:id="rId78" w:history="1">
              <w:r w:rsidR="002C0030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https://doi.org/10.1007/s00027-019-0655-y</w:t>
              </w:r>
            </w:hyperlink>
            <w:r w:rsidR="008A36D2" w:rsidRPr="0020482C">
              <w:rPr>
                <w:sz w:val="20"/>
                <w:szCs w:val="20"/>
              </w:rPr>
              <w:t>.</w:t>
            </w:r>
            <w:r w:rsidR="002C0030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097E1987" w14:textId="77777777" w:rsidTr="00A15A1C">
        <w:tc>
          <w:tcPr>
            <w:tcW w:w="2435" w:type="dxa"/>
          </w:tcPr>
          <w:p w14:paraId="56FD05EF" w14:textId="5674365A" w:rsidR="00A15A1C" w:rsidRPr="0020482C" w:rsidRDefault="00E6599A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Szita</w:t>
            </w:r>
            <w:proofErr w:type="spellEnd"/>
            <w:r w:rsidR="001F1E55" w:rsidRPr="0020482C">
              <w:rPr>
                <w:sz w:val="20"/>
                <w:szCs w:val="20"/>
              </w:rPr>
              <w:t xml:space="preserve"> et al. 2019</w:t>
            </w:r>
          </w:p>
        </w:tc>
        <w:tc>
          <w:tcPr>
            <w:tcW w:w="6205" w:type="dxa"/>
          </w:tcPr>
          <w:p w14:paraId="43D97C30" w14:textId="45DA769D" w:rsidR="00A15A1C" w:rsidRPr="0020482C" w:rsidRDefault="00E52F55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Szita</w:t>
            </w:r>
            <w:proofErr w:type="spellEnd"/>
            <w:r w:rsidRPr="0020482C">
              <w:rPr>
                <w:sz w:val="20"/>
                <w:szCs w:val="20"/>
              </w:rPr>
              <w:t xml:space="preserve">, R., A. </w:t>
            </w:r>
            <w:proofErr w:type="spellStart"/>
            <w:r w:rsidRPr="0020482C">
              <w:rPr>
                <w:sz w:val="20"/>
                <w:szCs w:val="20"/>
              </w:rPr>
              <w:t>Horváth</w:t>
            </w:r>
            <w:proofErr w:type="spellEnd"/>
            <w:r w:rsidRPr="0020482C">
              <w:rPr>
                <w:sz w:val="20"/>
                <w:szCs w:val="20"/>
              </w:rPr>
              <w:t xml:space="preserve">, D. Winkler, P. </w:t>
            </w:r>
            <w:proofErr w:type="spellStart"/>
            <w:r w:rsidRPr="0020482C">
              <w:rPr>
                <w:sz w:val="20"/>
                <w:szCs w:val="20"/>
              </w:rPr>
              <w:t>Kalicz</w:t>
            </w:r>
            <w:proofErr w:type="spellEnd"/>
            <w:r w:rsidRPr="0020482C">
              <w:rPr>
                <w:sz w:val="20"/>
                <w:szCs w:val="20"/>
              </w:rPr>
              <w:t xml:space="preserve">, Z. </w:t>
            </w:r>
            <w:proofErr w:type="spellStart"/>
            <w:r w:rsidRPr="0020482C">
              <w:rPr>
                <w:sz w:val="20"/>
                <w:szCs w:val="20"/>
              </w:rPr>
              <w:t>Gribovszki</w:t>
            </w:r>
            <w:proofErr w:type="spellEnd"/>
            <w:r w:rsidRPr="0020482C">
              <w:rPr>
                <w:sz w:val="20"/>
                <w:szCs w:val="20"/>
              </w:rPr>
              <w:t xml:space="preserve"> &amp; P. </w:t>
            </w:r>
            <w:proofErr w:type="spellStart"/>
            <w:r w:rsidRPr="0020482C">
              <w:rPr>
                <w:sz w:val="20"/>
                <w:szCs w:val="20"/>
              </w:rPr>
              <w:t>Csáki</w:t>
            </w:r>
            <w:proofErr w:type="spellEnd"/>
            <w:r w:rsidRPr="0020482C">
              <w:rPr>
                <w:sz w:val="20"/>
                <w:szCs w:val="20"/>
              </w:rPr>
              <w:t xml:space="preserve">, 2019. A complex urban ecological investigation in a mid-sized Hungarian city: SITE assessment and monitoring of a </w:t>
            </w:r>
            <w:proofErr w:type="spellStart"/>
            <w:r w:rsidRPr="0020482C">
              <w:rPr>
                <w:sz w:val="20"/>
                <w:szCs w:val="20"/>
              </w:rPr>
              <w:t>liveable</w:t>
            </w:r>
            <w:proofErr w:type="spellEnd"/>
            <w:r w:rsidRPr="0020482C">
              <w:rPr>
                <w:sz w:val="20"/>
                <w:szCs w:val="20"/>
              </w:rPr>
              <w:t xml:space="preserve"> urban area, part 1 – water quality measurement. Journal of Environmental Management 247: 78–87. </w:t>
            </w:r>
            <w:hyperlink r:id="rId79" w:history="1">
              <w:r w:rsidR="002C0030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https://doi.org/10.1016/j.jenvman.2019.06.063</w:t>
              </w:r>
            </w:hyperlink>
            <w:r w:rsidR="008A36D2" w:rsidRPr="0020482C">
              <w:rPr>
                <w:sz w:val="20"/>
                <w:szCs w:val="20"/>
              </w:rPr>
              <w:t>.</w:t>
            </w:r>
            <w:r w:rsidR="002C0030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6E498E11" w14:textId="77777777" w:rsidTr="00A15A1C">
        <w:tc>
          <w:tcPr>
            <w:tcW w:w="2435" w:type="dxa"/>
          </w:tcPr>
          <w:p w14:paraId="45A60C96" w14:textId="5E0F4718" w:rsidR="00A15A1C" w:rsidRPr="0020482C" w:rsidRDefault="00E6599A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</w:rPr>
              <w:t>Cao</w:t>
            </w:r>
            <w:r w:rsidR="001F1E55" w:rsidRPr="0020482C">
              <w:rPr>
                <w:sz w:val="20"/>
                <w:szCs w:val="20"/>
              </w:rPr>
              <w:t xml:space="preserve"> &amp; </w:t>
            </w:r>
            <w:proofErr w:type="spellStart"/>
            <w:r w:rsidR="001F1E55" w:rsidRPr="0020482C">
              <w:rPr>
                <w:sz w:val="20"/>
                <w:szCs w:val="20"/>
              </w:rPr>
              <w:t>Natuhara</w:t>
            </w:r>
            <w:proofErr w:type="spellEnd"/>
            <w:r w:rsidR="001F1E55" w:rsidRPr="0020482C">
              <w:rPr>
                <w:sz w:val="20"/>
                <w:szCs w:val="20"/>
              </w:rPr>
              <w:t xml:space="preserve"> 2020</w:t>
            </w:r>
          </w:p>
        </w:tc>
        <w:tc>
          <w:tcPr>
            <w:tcW w:w="6205" w:type="dxa"/>
          </w:tcPr>
          <w:p w14:paraId="0E3DA758" w14:textId="69054431" w:rsidR="00A15A1C" w:rsidRPr="0020482C" w:rsidRDefault="002C003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Cao, Y. &amp; Y. </w:t>
            </w:r>
            <w:proofErr w:type="spellStart"/>
            <w:r w:rsidRPr="0020482C">
              <w:rPr>
                <w:sz w:val="20"/>
                <w:szCs w:val="20"/>
              </w:rPr>
              <w:t>Natuhara</w:t>
            </w:r>
            <w:proofErr w:type="spellEnd"/>
            <w:r w:rsidRPr="0020482C">
              <w:rPr>
                <w:sz w:val="20"/>
                <w:szCs w:val="20"/>
              </w:rPr>
              <w:t>, 2020. Composition and distribution of common reed (</w:t>
            </w:r>
            <w:proofErr w:type="spellStart"/>
            <w:r w:rsidRPr="0020482C">
              <w:rPr>
                <w:sz w:val="20"/>
                <w:szCs w:val="20"/>
              </w:rPr>
              <w:t>Phragmites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australis</w:t>
            </w:r>
            <w:proofErr w:type="spellEnd"/>
            <w:r w:rsidRPr="0020482C">
              <w:rPr>
                <w:sz w:val="20"/>
                <w:szCs w:val="20"/>
              </w:rPr>
              <w:t xml:space="preserve">) along an urbanized river: a case from Central Japan. Applied Ecology and Environmental Research 18: 3935–3950. </w:t>
            </w:r>
            <w:hyperlink r:id="rId80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https://doi.org/10.15666/aeer/1803_39353950</w:t>
              </w:r>
            </w:hyperlink>
            <w:r w:rsidR="008A36D2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246162B0" w14:textId="77777777" w:rsidTr="00A15A1C">
        <w:tc>
          <w:tcPr>
            <w:tcW w:w="2435" w:type="dxa"/>
          </w:tcPr>
          <w:p w14:paraId="16DC1DBC" w14:textId="66FFDF16" w:rsidR="00A15A1C" w:rsidRPr="0020482C" w:rsidRDefault="00E6599A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</w:rPr>
              <w:t>Zhao</w:t>
            </w:r>
            <w:r w:rsidR="001F1E55" w:rsidRPr="0020482C">
              <w:rPr>
                <w:sz w:val="20"/>
                <w:szCs w:val="20"/>
              </w:rPr>
              <w:t xml:space="preserve"> et al. 2019</w:t>
            </w:r>
          </w:p>
        </w:tc>
        <w:tc>
          <w:tcPr>
            <w:tcW w:w="6205" w:type="dxa"/>
          </w:tcPr>
          <w:p w14:paraId="156D7D02" w14:textId="0A15FFDE" w:rsidR="00A15A1C" w:rsidRPr="0020482C" w:rsidRDefault="002C003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Zhao, C. S., Y. Yang, S. T. Yang, H. Xiang, F. Wang, X. Chen et al., 2019. Impact of spatial variations in water quality and hydrological factors on the food-web structure in urban aquatic environments. Water Research 153: 121–133. </w:t>
            </w:r>
            <w:hyperlink r:id="rId81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https://doi.org/10.1016/j.watres.2019.01.015</w:t>
              </w:r>
            </w:hyperlink>
            <w:r w:rsidR="008A36D2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2D31A7FA" w14:textId="77777777" w:rsidTr="00A15A1C">
        <w:tc>
          <w:tcPr>
            <w:tcW w:w="2435" w:type="dxa"/>
          </w:tcPr>
          <w:p w14:paraId="4713ACD0" w14:textId="17BE873B" w:rsidR="00A15A1C" w:rsidRPr="0020482C" w:rsidRDefault="00E6599A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  <w:lang w:val="pt-BR"/>
              </w:rPr>
              <w:t>Zhang</w:t>
            </w:r>
            <w:r w:rsidR="001F1E55" w:rsidRPr="0020482C">
              <w:rPr>
                <w:sz w:val="20"/>
                <w:szCs w:val="20"/>
                <w:lang w:val="pt-BR"/>
              </w:rPr>
              <w:t xml:space="preserve"> et al. 2020</w:t>
            </w:r>
          </w:p>
        </w:tc>
        <w:tc>
          <w:tcPr>
            <w:tcW w:w="6205" w:type="dxa"/>
          </w:tcPr>
          <w:p w14:paraId="58D98E37" w14:textId="0905A8FD" w:rsidR="00A15A1C" w:rsidRPr="0020482C" w:rsidRDefault="002C003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Zhang, L., D. Tu, X. Li, W. Lu &amp; J. Li, 2020. </w:t>
            </w:r>
            <w:r w:rsidRPr="0020482C">
              <w:rPr>
                <w:sz w:val="20"/>
                <w:szCs w:val="20"/>
              </w:rPr>
              <w:t xml:space="preserve">Impact of long-term industrial contamination on the bacterial communities in urban river sediments. </w:t>
            </w:r>
            <w:r w:rsidRPr="0020482C">
              <w:rPr>
                <w:sz w:val="20"/>
                <w:szCs w:val="20"/>
                <w:lang w:val="pt-BR"/>
              </w:rPr>
              <w:t xml:space="preserve">BMC Microbiology 20: 254.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"https://doi.org/10.1186/s12866-020-01937-x" </w:instrText>
            </w:r>
            <w:r w:rsidR="0020482C" w:rsidRPr="0020482C">
              <w:fldChar w:fldCharType="separate"/>
            </w:r>
            <w:r w:rsidRPr="0020482C">
              <w:rPr>
                <w:rStyle w:val="Hyperlink"/>
                <w:color w:val="auto"/>
                <w:sz w:val="20"/>
                <w:szCs w:val="20"/>
              </w:rPr>
              <w:t>https://doi.org/10.1186/s12866-020-01937-x</w:t>
            </w:r>
            <w:r w:rsidR="0020482C" w:rsidRPr="0020482C">
              <w:rPr>
                <w:rStyle w:val="Hyperlink"/>
                <w:color w:val="auto"/>
                <w:sz w:val="20"/>
                <w:szCs w:val="20"/>
              </w:rPr>
              <w:fldChar w:fldCharType="end"/>
            </w:r>
            <w:r w:rsidR="008A36D2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22C740E3" w14:textId="77777777" w:rsidTr="00A15A1C">
        <w:tc>
          <w:tcPr>
            <w:tcW w:w="2435" w:type="dxa"/>
          </w:tcPr>
          <w:p w14:paraId="6505ED0C" w14:textId="7BF85C5D" w:rsidR="00A15A1C" w:rsidRPr="0020482C" w:rsidRDefault="00E6599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Lévesque</w:t>
            </w:r>
            <w:r w:rsidR="001F1E55" w:rsidRPr="0020482C">
              <w:rPr>
                <w:sz w:val="20"/>
                <w:szCs w:val="20"/>
              </w:rPr>
              <w:t xml:space="preserve"> et al. 2020</w:t>
            </w:r>
          </w:p>
        </w:tc>
        <w:tc>
          <w:tcPr>
            <w:tcW w:w="6205" w:type="dxa"/>
          </w:tcPr>
          <w:p w14:paraId="2F63CD49" w14:textId="3930B45F" w:rsidR="00A15A1C" w:rsidRPr="0020482C" w:rsidRDefault="002C003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Lévesque, D., B. </w:t>
            </w:r>
            <w:proofErr w:type="spellStart"/>
            <w:r w:rsidRPr="0020482C">
              <w:rPr>
                <w:sz w:val="20"/>
                <w:szCs w:val="20"/>
              </w:rPr>
              <w:t>Pinel-Alloul</w:t>
            </w:r>
            <w:proofErr w:type="spellEnd"/>
            <w:r w:rsidRPr="0020482C">
              <w:rPr>
                <w:sz w:val="20"/>
                <w:szCs w:val="20"/>
              </w:rPr>
              <w:t xml:space="preserve">, A. </w:t>
            </w:r>
            <w:proofErr w:type="spellStart"/>
            <w:r w:rsidRPr="0020482C">
              <w:rPr>
                <w:sz w:val="20"/>
                <w:szCs w:val="20"/>
              </w:rPr>
              <w:t>Giani</w:t>
            </w:r>
            <w:proofErr w:type="spellEnd"/>
            <w:r w:rsidRPr="0020482C">
              <w:rPr>
                <w:sz w:val="20"/>
                <w:szCs w:val="20"/>
              </w:rPr>
              <w:t xml:space="preserve">, D. C. </w:t>
            </w:r>
            <w:proofErr w:type="spellStart"/>
            <w:r w:rsidRPr="0020482C">
              <w:rPr>
                <w:sz w:val="20"/>
                <w:szCs w:val="20"/>
              </w:rPr>
              <w:t>Kufner</w:t>
            </w:r>
            <w:proofErr w:type="spellEnd"/>
            <w:r w:rsidRPr="0020482C">
              <w:rPr>
                <w:sz w:val="20"/>
                <w:szCs w:val="20"/>
              </w:rPr>
              <w:t xml:space="preserve"> &amp; E.-A. </w:t>
            </w:r>
            <w:proofErr w:type="spellStart"/>
            <w:r w:rsidRPr="0020482C">
              <w:rPr>
                <w:sz w:val="20"/>
                <w:szCs w:val="20"/>
              </w:rPr>
              <w:t>Mimouni</w:t>
            </w:r>
            <w:proofErr w:type="spellEnd"/>
            <w:r w:rsidRPr="0020482C">
              <w:rPr>
                <w:sz w:val="20"/>
                <w:szCs w:val="20"/>
              </w:rPr>
              <w:t xml:space="preserve">, 2020. Are </w:t>
            </w:r>
            <w:proofErr w:type="spellStart"/>
            <w:r w:rsidRPr="0020482C">
              <w:rPr>
                <w:sz w:val="20"/>
                <w:szCs w:val="20"/>
              </w:rPr>
              <w:t>fluorometric</w:t>
            </w:r>
            <w:proofErr w:type="spellEnd"/>
            <w:r w:rsidRPr="0020482C">
              <w:rPr>
                <w:sz w:val="20"/>
                <w:szCs w:val="20"/>
              </w:rPr>
              <w:t xml:space="preserve">, taxonomic, and functional indicators of phytoplankton community structure linked to environmental typology of urban ponds and lakes? Inland Waters 10: 71–88. </w:t>
            </w:r>
            <w:hyperlink r:id="rId82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https://doi.org/10.1080/20442041.2019.1678970</w:t>
              </w:r>
            </w:hyperlink>
            <w:r w:rsidR="008A36D2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18AF15B5" w14:textId="77777777" w:rsidTr="00A15A1C">
        <w:tc>
          <w:tcPr>
            <w:tcW w:w="2435" w:type="dxa"/>
          </w:tcPr>
          <w:p w14:paraId="5111165C" w14:textId="5357CE25" w:rsidR="00A15A1C" w:rsidRPr="0020482C" w:rsidRDefault="00E6599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Johansson</w:t>
            </w:r>
            <w:r w:rsidR="001F1E55" w:rsidRPr="0020482C">
              <w:rPr>
                <w:sz w:val="20"/>
                <w:szCs w:val="20"/>
              </w:rPr>
              <w:t xml:space="preserve"> et al. 2019</w:t>
            </w:r>
          </w:p>
        </w:tc>
        <w:tc>
          <w:tcPr>
            <w:tcW w:w="6205" w:type="dxa"/>
          </w:tcPr>
          <w:p w14:paraId="1793B5B8" w14:textId="1C847EC6" w:rsidR="00A15A1C" w:rsidRPr="0020482C" w:rsidRDefault="002C003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Johansson, F., L. M. </w:t>
            </w:r>
            <w:proofErr w:type="spellStart"/>
            <w:r w:rsidRPr="0020482C">
              <w:rPr>
                <w:sz w:val="20"/>
                <w:szCs w:val="20"/>
              </w:rPr>
              <w:t>Bini</w:t>
            </w:r>
            <w:proofErr w:type="spellEnd"/>
            <w:r w:rsidRPr="0020482C">
              <w:rPr>
                <w:sz w:val="20"/>
                <w:szCs w:val="20"/>
              </w:rPr>
              <w:t xml:space="preserve">, P. </w:t>
            </w:r>
            <w:proofErr w:type="spellStart"/>
            <w:r w:rsidRPr="0020482C">
              <w:rPr>
                <w:sz w:val="20"/>
                <w:szCs w:val="20"/>
              </w:rPr>
              <w:t>Coiffard</w:t>
            </w:r>
            <w:proofErr w:type="spellEnd"/>
            <w:r w:rsidRPr="0020482C">
              <w:rPr>
                <w:sz w:val="20"/>
                <w:szCs w:val="20"/>
              </w:rPr>
              <w:t xml:space="preserve">, R. </w:t>
            </w:r>
            <w:proofErr w:type="spellStart"/>
            <w:r w:rsidRPr="0020482C">
              <w:rPr>
                <w:sz w:val="20"/>
                <w:szCs w:val="20"/>
              </w:rPr>
              <w:t>Svanbäck</w:t>
            </w:r>
            <w:proofErr w:type="spellEnd"/>
            <w:r w:rsidRPr="0020482C">
              <w:rPr>
                <w:sz w:val="20"/>
                <w:szCs w:val="20"/>
              </w:rPr>
              <w:t xml:space="preserve">, J. </w:t>
            </w:r>
            <w:proofErr w:type="spellStart"/>
            <w:r w:rsidRPr="0020482C">
              <w:rPr>
                <w:sz w:val="20"/>
                <w:szCs w:val="20"/>
              </w:rPr>
              <w:t>Wester</w:t>
            </w:r>
            <w:proofErr w:type="spellEnd"/>
            <w:r w:rsidRPr="0020482C">
              <w:rPr>
                <w:sz w:val="20"/>
                <w:szCs w:val="20"/>
              </w:rPr>
              <w:t xml:space="preserve"> &amp; J. </w:t>
            </w:r>
            <w:proofErr w:type="spellStart"/>
            <w:r w:rsidRPr="0020482C">
              <w:rPr>
                <w:sz w:val="20"/>
                <w:szCs w:val="20"/>
              </w:rPr>
              <w:t>Heino</w:t>
            </w:r>
            <w:proofErr w:type="spellEnd"/>
            <w:r w:rsidRPr="0020482C">
              <w:rPr>
                <w:sz w:val="20"/>
                <w:szCs w:val="20"/>
              </w:rPr>
              <w:t xml:space="preserve">, 2019. Environmental variables drive differences in the beta diversity of dragonfly assemblages among urban </w:t>
            </w:r>
            <w:proofErr w:type="spellStart"/>
            <w:r w:rsidRPr="0020482C">
              <w:rPr>
                <w:sz w:val="20"/>
                <w:szCs w:val="20"/>
              </w:rPr>
              <w:t>stormwater</w:t>
            </w:r>
            <w:proofErr w:type="spellEnd"/>
            <w:r w:rsidRPr="0020482C">
              <w:rPr>
                <w:sz w:val="20"/>
                <w:szCs w:val="20"/>
              </w:rPr>
              <w:t xml:space="preserve"> ponds. Ecological Indicators 106: 105529. </w:t>
            </w:r>
            <w:hyperlink r:id="rId83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https://doi.org/10.1016/j.ecolind.2019.105529</w:t>
              </w:r>
            </w:hyperlink>
            <w:r w:rsidR="008A36D2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69229721" w14:textId="77777777" w:rsidTr="00A15A1C">
        <w:tc>
          <w:tcPr>
            <w:tcW w:w="2435" w:type="dxa"/>
          </w:tcPr>
          <w:p w14:paraId="0FE08DA2" w14:textId="770CE488" w:rsidR="00A15A1C" w:rsidRPr="0020482C" w:rsidRDefault="00E6599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Nascimento </w:t>
            </w:r>
            <w:r w:rsidR="001F1E55" w:rsidRPr="0020482C">
              <w:rPr>
                <w:sz w:val="20"/>
                <w:szCs w:val="20"/>
                <w:lang w:val="pt-BR"/>
              </w:rPr>
              <w:t>et al. 2017</w:t>
            </w:r>
          </w:p>
        </w:tc>
        <w:tc>
          <w:tcPr>
            <w:tcW w:w="6205" w:type="dxa"/>
          </w:tcPr>
          <w:p w14:paraId="34A64144" w14:textId="220038BD" w:rsidR="00A15A1C" w:rsidRPr="0020482C" w:rsidRDefault="002C003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Nascimento, T., R. Cantamessa, L. Melo, N. Lincopan, M. R. Fernandes, L. Cerdeira, E. Fraga, M. Dropa &amp; M. I. Z. Sato, 2017. </w:t>
            </w:r>
            <w:r w:rsidRPr="0020482C">
              <w:rPr>
                <w:sz w:val="20"/>
                <w:szCs w:val="20"/>
              </w:rPr>
              <w:t xml:space="preserve">International high-risk clones of </w:t>
            </w:r>
            <w:proofErr w:type="spellStart"/>
            <w:r w:rsidRPr="0020482C">
              <w:rPr>
                <w:sz w:val="20"/>
                <w:szCs w:val="20"/>
              </w:rPr>
              <w:t>Klebsiella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pneumoniae</w:t>
            </w:r>
            <w:proofErr w:type="spellEnd"/>
            <w:r w:rsidRPr="0020482C">
              <w:rPr>
                <w:sz w:val="20"/>
                <w:szCs w:val="20"/>
              </w:rPr>
              <w:t xml:space="preserve"> KPC-2/CC258 and Escherichia coli CTX-M-15/CC10 in urban lake waters. Science of the Total Environment 598: 910–915. </w:t>
            </w:r>
            <w:hyperlink r:id="rId84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https://doi.org/10.1016/j.scitotenv.2017.03.207</w:t>
              </w:r>
            </w:hyperlink>
            <w:r w:rsidR="008A36D2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40077D0F" w14:textId="77777777" w:rsidTr="00A15A1C">
        <w:tc>
          <w:tcPr>
            <w:tcW w:w="2435" w:type="dxa"/>
          </w:tcPr>
          <w:p w14:paraId="6F0CCD7D" w14:textId="5726E750" w:rsidR="00A15A1C" w:rsidRPr="0020482C" w:rsidRDefault="00E6599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Tüzün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r w:rsidR="001F1E55" w:rsidRPr="0020482C">
              <w:rPr>
                <w:sz w:val="20"/>
                <w:szCs w:val="20"/>
              </w:rPr>
              <w:t>et al. 2017</w:t>
            </w:r>
          </w:p>
        </w:tc>
        <w:tc>
          <w:tcPr>
            <w:tcW w:w="6205" w:type="dxa"/>
          </w:tcPr>
          <w:p w14:paraId="593421F4" w14:textId="7D8D7715" w:rsidR="00A15A1C" w:rsidRPr="0020482C" w:rsidRDefault="002C0030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Tüzün</w:t>
            </w:r>
            <w:proofErr w:type="spellEnd"/>
            <w:r w:rsidRPr="0020482C">
              <w:rPr>
                <w:sz w:val="20"/>
                <w:szCs w:val="20"/>
              </w:rPr>
              <w:t xml:space="preserve">, N., L. Op de </w:t>
            </w:r>
            <w:proofErr w:type="spellStart"/>
            <w:r w:rsidRPr="0020482C">
              <w:rPr>
                <w:sz w:val="20"/>
                <w:szCs w:val="20"/>
              </w:rPr>
              <w:t>Beeck</w:t>
            </w:r>
            <w:proofErr w:type="spellEnd"/>
            <w:r w:rsidRPr="0020482C">
              <w:rPr>
                <w:sz w:val="20"/>
                <w:szCs w:val="20"/>
              </w:rPr>
              <w:t xml:space="preserve">, K. I. Brans, L. </w:t>
            </w:r>
            <w:proofErr w:type="spellStart"/>
            <w:r w:rsidRPr="0020482C">
              <w:rPr>
                <w:sz w:val="20"/>
                <w:szCs w:val="20"/>
              </w:rPr>
              <w:t>Janssens</w:t>
            </w:r>
            <w:proofErr w:type="spellEnd"/>
            <w:r w:rsidRPr="0020482C">
              <w:rPr>
                <w:sz w:val="20"/>
                <w:szCs w:val="20"/>
              </w:rPr>
              <w:t xml:space="preserve"> &amp; R. </w:t>
            </w:r>
            <w:proofErr w:type="spellStart"/>
            <w:r w:rsidRPr="0020482C">
              <w:rPr>
                <w:sz w:val="20"/>
                <w:szCs w:val="20"/>
              </w:rPr>
              <w:t>Stoks</w:t>
            </w:r>
            <w:proofErr w:type="spellEnd"/>
            <w:r w:rsidRPr="0020482C">
              <w:rPr>
                <w:sz w:val="20"/>
                <w:szCs w:val="20"/>
              </w:rPr>
              <w:t xml:space="preserve">, 2017. </w:t>
            </w:r>
            <w:proofErr w:type="spellStart"/>
            <w:r w:rsidRPr="0020482C">
              <w:rPr>
                <w:sz w:val="20"/>
                <w:szCs w:val="20"/>
              </w:rPr>
              <w:t>Microgeographic</w:t>
            </w:r>
            <w:proofErr w:type="spellEnd"/>
            <w:r w:rsidRPr="0020482C">
              <w:rPr>
                <w:sz w:val="20"/>
                <w:szCs w:val="20"/>
              </w:rPr>
              <w:t xml:space="preserve"> differentiation in thermal performance curves between rural and urban populations of an aquatic insect. Evolutionary Applications 10: 1067–1075. </w:t>
            </w:r>
            <w:hyperlink r:id="rId85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https://doi.org/10.1111/eva.12512</w:t>
              </w:r>
            </w:hyperlink>
            <w:r w:rsidR="008A36D2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2365937A" w14:textId="77777777" w:rsidTr="00A15A1C">
        <w:tc>
          <w:tcPr>
            <w:tcW w:w="2435" w:type="dxa"/>
          </w:tcPr>
          <w:p w14:paraId="7A55861B" w14:textId="3C7B46E5" w:rsidR="00A15A1C" w:rsidRPr="0020482C" w:rsidRDefault="002C003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Yang</w:t>
            </w:r>
            <w:r w:rsidR="001F1E55" w:rsidRPr="0020482C">
              <w:rPr>
                <w:sz w:val="20"/>
                <w:szCs w:val="20"/>
              </w:rPr>
              <w:t xml:space="preserve"> et a</w:t>
            </w:r>
            <w:r w:rsidR="00362C48" w:rsidRPr="0020482C">
              <w:rPr>
                <w:sz w:val="20"/>
                <w:szCs w:val="20"/>
              </w:rPr>
              <w:t>l</w:t>
            </w:r>
            <w:r w:rsidR="001F1E55" w:rsidRPr="0020482C">
              <w:rPr>
                <w:sz w:val="20"/>
                <w:szCs w:val="20"/>
              </w:rPr>
              <w:t>. 2019</w:t>
            </w:r>
          </w:p>
        </w:tc>
        <w:tc>
          <w:tcPr>
            <w:tcW w:w="6205" w:type="dxa"/>
          </w:tcPr>
          <w:p w14:paraId="3E06BBF6" w14:textId="37EB7478" w:rsidR="00A15A1C" w:rsidRPr="0020482C" w:rsidRDefault="002C003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Yang, J., F. Wang, J. </w:t>
            </w:r>
            <w:proofErr w:type="spellStart"/>
            <w:r w:rsidRPr="0020482C">
              <w:rPr>
                <w:sz w:val="20"/>
                <w:szCs w:val="20"/>
              </w:rPr>
              <w:t>Lv</w:t>
            </w:r>
            <w:proofErr w:type="spellEnd"/>
            <w:r w:rsidRPr="0020482C">
              <w:rPr>
                <w:sz w:val="20"/>
                <w:szCs w:val="20"/>
              </w:rPr>
              <w:t xml:space="preserve">, Q. Liu, F. Nan, S. Xi &amp; J. Feng, 2019. Responses of freshwater algal cell density to </w:t>
            </w:r>
            <w:proofErr w:type="spellStart"/>
            <w:r w:rsidRPr="0020482C">
              <w:rPr>
                <w:sz w:val="20"/>
                <w:szCs w:val="20"/>
              </w:rPr>
              <w:t>hydrochemical</w:t>
            </w:r>
            <w:proofErr w:type="spellEnd"/>
            <w:r w:rsidRPr="0020482C">
              <w:rPr>
                <w:sz w:val="20"/>
                <w:szCs w:val="20"/>
              </w:rPr>
              <w:t xml:space="preserve"> variables in an urban aquatic ecosystem, northern China. Environmental Monitoring and Assessment 191: 29.</w:t>
            </w:r>
            <w:r w:rsidR="00A15A1C" w:rsidRPr="0020482C">
              <w:rPr>
                <w:sz w:val="20"/>
                <w:szCs w:val="20"/>
              </w:rPr>
              <w:t xml:space="preserve"> </w:t>
            </w:r>
            <w:hyperlink r:id="rId86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https://doi.org/10.1007/s10661-018-7177-2</w:t>
              </w:r>
            </w:hyperlink>
            <w:r w:rsidR="008A36D2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322B8FF2" w14:textId="77777777" w:rsidTr="00A15A1C">
        <w:tc>
          <w:tcPr>
            <w:tcW w:w="2435" w:type="dxa"/>
          </w:tcPr>
          <w:p w14:paraId="0AD77143" w14:textId="7FD398E5" w:rsidR="00A15A1C" w:rsidRPr="0020482C" w:rsidRDefault="002C003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>Levi</w:t>
            </w:r>
            <w:r w:rsidR="001F1E55" w:rsidRPr="0020482C">
              <w:rPr>
                <w:sz w:val="20"/>
                <w:szCs w:val="20"/>
                <w:lang w:val="pt-BR"/>
              </w:rPr>
              <w:t xml:space="preserve"> &amp; McIntyre 2020</w:t>
            </w:r>
          </w:p>
        </w:tc>
        <w:tc>
          <w:tcPr>
            <w:tcW w:w="6205" w:type="dxa"/>
          </w:tcPr>
          <w:p w14:paraId="0620C4D3" w14:textId="189D6BF7" w:rsidR="00A15A1C" w:rsidRPr="0020482C" w:rsidRDefault="002C003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Levi, P. S. &amp; P. B. McIntyre, 2020. </w:t>
            </w:r>
            <w:r w:rsidRPr="0020482C">
              <w:rPr>
                <w:sz w:val="20"/>
                <w:szCs w:val="20"/>
              </w:rPr>
              <w:t xml:space="preserve">Ecosystem responses to channel restoration decline with stream size in urban river networks. Ecological Applications 30: e02107. </w:t>
            </w:r>
            <w:hyperlink r:id="rId87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https://doi.org/10.1002/eap.2107</w:t>
              </w:r>
            </w:hyperlink>
            <w:r w:rsidR="00496D9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1B10ACCF" w14:textId="77777777" w:rsidTr="00A15A1C">
        <w:tc>
          <w:tcPr>
            <w:tcW w:w="2435" w:type="dxa"/>
          </w:tcPr>
          <w:p w14:paraId="4C3E00B8" w14:textId="524F7AAF" w:rsidR="00A15A1C" w:rsidRPr="0020482C" w:rsidRDefault="002C0030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Singhal</w:t>
            </w:r>
            <w:proofErr w:type="spellEnd"/>
            <w:r w:rsidR="001F1E55" w:rsidRPr="0020482C">
              <w:rPr>
                <w:sz w:val="20"/>
                <w:szCs w:val="20"/>
              </w:rPr>
              <w:t xml:space="preserve"> et al. 2019</w:t>
            </w:r>
          </w:p>
        </w:tc>
        <w:tc>
          <w:tcPr>
            <w:tcW w:w="6205" w:type="dxa"/>
          </w:tcPr>
          <w:p w14:paraId="01AE6977" w14:textId="6A43983A" w:rsidR="00A15A1C" w:rsidRPr="0020482C" w:rsidRDefault="002C0030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Singhal</w:t>
            </w:r>
            <w:proofErr w:type="spellEnd"/>
            <w:r w:rsidRPr="0020482C">
              <w:rPr>
                <w:sz w:val="20"/>
                <w:szCs w:val="20"/>
              </w:rPr>
              <w:t xml:space="preserve">, N., N. S. Singh, A. K. </w:t>
            </w:r>
            <w:proofErr w:type="spellStart"/>
            <w:r w:rsidRPr="0020482C">
              <w:rPr>
                <w:sz w:val="20"/>
                <w:szCs w:val="20"/>
              </w:rPr>
              <w:t>Maurya</w:t>
            </w:r>
            <w:proofErr w:type="spellEnd"/>
            <w:r w:rsidRPr="0020482C">
              <w:rPr>
                <w:sz w:val="20"/>
                <w:szCs w:val="20"/>
              </w:rPr>
              <w:t xml:space="preserve"> &amp; J. S. </w:t>
            </w:r>
            <w:proofErr w:type="spellStart"/>
            <w:r w:rsidRPr="0020482C">
              <w:rPr>
                <w:sz w:val="20"/>
                <w:szCs w:val="20"/>
              </w:rPr>
              <w:t>Virdi</w:t>
            </w:r>
            <w:proofErr w:type="spellEnd"/>
            <w:r w:rsidRPr="0020482C">
              <w:rPr>
                <w:sz w:val="20"/>
                <w:szCs w:val="20"/>
              </w:rPr>
              <w:t xml:space="preserve">, 2019. Virulence-associated traits and in vitro biofilm-forming ability of Escherichia coli isolated from a major river traversing Northern India. Environmental Science and Pollution Research 26: 21304–21311. </w:t>
            </w:r>
            <w:hyperlink r:id="rId88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https://doi.org/10.1007/s11356-019-05389-3</w:t>
              </w:r>
            </w:hyperlink>
            <w:r w:rsidR="00496D9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6943BDFF" w14:textId="77777777" w:rsidTr="00A15A1C">
        <w:tc>
          <w:tcPr>
            <w:tcW w:w="2435" w:type="dxa"/>
          </w:tcPr>
          <w:p w14:paraId="69C24BFA" w14:textId="64802146" w:rsidR="00A15A1C" w:rsidRPr="0020482C" w:rsidRDefault="002C0030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Bohling</w:t>
            </w:r>
            <w:proofErr w:type="spellEnd"/>
            <w:r w:rsidR="001F1E55" w:rsidRPr="0020482C">
              <w:rPr>
                <w:sz w:val="20"/>
                <w:szCs w:val="20"/>
              </w:rPr>
              <w:t xml:space="preserve"> et al. 2018</w:t>
            </w:r>
          </w:p>
        </w:tc>
        <w:tc>
          <w:tcPr>
            <w:tcW w:w="6205" w:type="dxa"/>
          </w:tcPr>
          <w:p w14:paraId="5DE9B14D" w14:textId="3E33DD6F" w:rsidR="00A15A1C" w:rsidRPr="0020482C" w:rsidRDefault="002C0030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Bohling</w:t>
            </w:r>
            <w:proofErr w:type="spellEnd"/>
            <w:r w:rsidRPr="0020482C">
              <w:rPr>
                <w:sz w:val="20"/>
                <w:szCs w:val="20"/>
              </w:rPr>
              <w:t xml:space="preserve">, J. H., T. A. </w:t>
            </w:r>
            <w:proofErr w:type="spellStart"/>
            <w:r w:rsidRPr="0020482C">
              <w:rPr>
                <w:sz w:val="20"/>
                <w:szCs w:val="20"/>
              </w:rPr>
              <w:t>Whitesel</w:t>
            </w:r>
            <w:proofErr w:type="spellEnd"/>
            <w:r w:rsidRPr="0020482C">
              <w:rPr>
                <w:sz w:val="20"/>
                <w:szCs w:val="20"/>
              </w:rPr>
              <w:t xml:space="preserve"> &amp; M. Brown, 2018. Genetic characteristics of coastal cutthroat trout inhabiting an urban watershed. Environmental Biology of Fishes 101: 799–811. </w:t>
            </w:r>
            <w:hyperlink r:id="rId89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https://doi.org/10.1007/s10641-018-0739-x</w:t>
              </w:r>
            </w:hyperlink>
            <w:r w:rsidR="00496D9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0689535A" w14:textId="77777777" w:rsidTr="00A15A1C">
        <w:tc>
          <w:tcPr>
            <w:tcW w:w="2435" w:type="dxa"/>
          </w:tcPr>
          <w:p w14:paraId="66DCD679" w14:textId="3F346EC9" w:rsidR="00A15A1C" w:rsidRPr="0020482C" w:rsidRDefault="002C0030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</w:rPr>
              <w:t>Parris</w:t>
            </w:r>
            <w:r w:rsidR="001F1E55" w:rsidRPr="0020482C">
              <w:rPr>
                <w:sz w:val="20"/>
                <w:szCs w:val="20"/>
              </w:rPr>
              <w:t xml:space="preserve"> (2018)</w:t>
            </w:r>
          </w:p>
        </w:tc>
        <w:tc>
          <w:tcPr>
            <w:tcW w:w="6205" w:type="dxa"/>
          </w:tcPr>
          <w:p w14:paraId="411CBCF1" w14:textId="66C2C888" w:rsidR="00A15A1C" w:rsidRPr="0020482C" w:rsidRDefault="002C003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Parris, K. M., 2018. Existing ecological theory applies to urban environments. Landscape and Ecological Engineering 14: 201–208. </w:t>
            </w:r>
            <w:hyperlink r:id="rId90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https://doi.org/10.1007/s11355-018-0351-4</w:t>
              </w:r>
            </w:hyperlink>
            <w:r w:rsidR="00496D9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2D6C67BE" w14:textId="77777777" w:rsidTr="00A15A1C">
        <w:tc>
          <w:tcPr>
            <w:tcW w:w="2435" w:type="dxa"/>
          </w:tcPr>
          <w:p w14:paraId="5D4F6974" w14:textId="6CECB25A" w:rsidR="00A15A1C" w:rsidRPr="0020482C" w:rsidRDefault="0002532D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Eppehimer</w:t>
            </w:r>
            <w:proofErr w:type="spellEnd"/>
            <w:r w:rsidR="001F1E55" w:rsidRPr="0020482C">
              <w:rPr>
                <w:sz w:val="20"/>
                <w:szCs w:val="20"/>
              </w:rPr>
              <w:t xml:space="preserve"> et al. 2020</w:t>
            </w:r>
          </w:p>
        </w:tc>
        <w:tc>
          <w:tcPr>
            <w:tcW w:w="6205" w:type="dxa"/>
          </w:tcPr>
          <w:p w14:paraId="4A8D651A" w14:textId="5994081C" w:rsidR="00A15A1C" w:rsidRPr="0020482C" w:rsidRDefault="002C0030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Eppehimer</w:t>
            </w:r>
            <w:proofErr w:type="spellEnd"/>
            <w:r w:rsidRPr="0020482C">
              <w:rPr>
                <w:sz w:val="20"/>
                <w:szCs w:val="20"/>
              </w:rPr>
              <w:t xml:space="preserve">, D. E., H. </w:t>
            </w:r>
            <w:proofErr w:type="spellStart"/>
            <w:r w:rsidRPr="0020482C">
              <w:rPr>
                <w:sz w:val="20"/>
                <w:szCs w:val="20"/>
              </w:rPr>
              <w:t>Hamdhani</w:t>
            </w:r>
            <w:proofErr w:type="spellEnd"/>
            <w:r w:rsidRPr="0020482C">
              <w:rPr>
                <w:sz w:val="20"/>
                <w:szCs w:val="20"/>
              </w:rPr>
              <w:t xml:space="preserve">, K. D. </w:t>
            </w:r>
            <w:proofErr w:type="spellStart"/>
            <w:r w:rsidRPr="0020482C">
              <w:rPr>
                <w:sz w:val="20"/>
                <w:szCs w:val="20"/>
              </w:rPr>
              <w:t>Hollien</w:t>
            </w:r>
            <w:proofErr w:type="spellEnd"/>
            <w:r w:rsidRPr="0020482C">
              <w:rPr>
                <w:sz w:val="20"/>
                <w:szCs w:val="20"/>
              </w:rPr>
              <w:t xml:space="preserve"> &amp; M. T. </w:t>
            </w:r>
            <w:proofErr w:type="spellStart"/>
            <w:r w:rsidRPr="0020482C">
              <w:rPr>
                <w:sz w:val="20"/>
                <w:szCs w:val="20"/>
              </w:rPr>
              <w:t>Bogan</w:t>
            </w:r>
            <w:proofErr w:type="spellEnd"/>
            <w:r w:rsidRPr="0020482C">
              <w:rPr>
                <w:sz w:val="20"/>
                <w:szCs w:val="20"/>
              </w:rPr>
              <w:t xml:space="preserve">, 2020. Evaluating the potential of treated effluent as novel habitats for aquatic invertebrates in arid regions. </w:t>
            </w:r>
            <w:proofErr w:type="spellStart"/>
            <w:r w:rsidRPr="0020482C">
              <w:rPr>
                <w:sz w:val="20"/>
                <w:szCs w:val="20"/>
              </w:rPr>
              <w:t>Hydrobiologia</w:t>
            </w:r>
            <w:proofErr w:type="spellEnd"/>
            <w:r w:rsidRPr="0020482C">
              <w:rPr>
                <w:sz w:val="20"/>
                <w:szCs w:val="20"/>
              </w:rPr>
              <w:t xml:space="preserve"> 847: 3381–3396. </w:t>
            </w:r>
            <w:hyperlink r:id="rId91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https://doi.org/10.1007/s10750-020-04343-6</w:t>
              </w:r>
            </w:hyperlink>
            <w:r w:rsidR="00496D9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7133BDE8" w14:textId="77777777" w:rsidTr="00A15A1C">
        <w:tc>
          <w:tcPr>
            <w:tcW w:w="2435" w:type="dxa"/>
          </w:tcPr>
          <w:p w14:paraId="32D4C0F0" w14:textId="682C73A1" w:rsidR="00A15A1C" w:rsidRPr="0020482C" w:rsidRDefault="0002532D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Veilleux</w:t>
            </w:r>
            <w:proofErr w:type="spellEnd"/>
            <w:r w:rsidR="00C255BA" w:rsidRPr="0020482C">
              <w:rPr>
                <w:sz w:val="20"/>
                <w:szCs w:val="20"/>
              </w:rPr>
              <w:t xml:space="preserve"> et al. 2018</w:t>
            </w:r>
          </w:p>
        </w:tc>
        <w:tc>
          <w:tcPr>
            <w:tcW w:w="6205" w:type="dxa"/>
          </w:tcPr>
          <w:p w14:paraId="26FA73A8" w14:textId="0E287D9F" w:rsidR="00A15A1C" w:rsidRPr="0020482C" w:rsidRDefault="0002532D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Veilleux</w:t>
            </w:r>
            <w:proofErr w:type="spellEnd"/>
            <w:r w:rsidRPr="0020482C">
              <w:rPr>
                <w:sz w:val="20"/>
                <w:szCs w:val="20"/>
              </w:rPr>
              <w:t xml:space="preserve">, M. A. N., J. D. </w:t>
            </w:r>
            <w:proofErr w:type="spellStart"/>
            <w:r w:rsidRPr="0020482C">
              <w:rPr>
                <w:sz w:val="20"/>
                <w:szCs w:val="20"/>
              </w:rPr>
              <w:t>Midwood</w:t>
            </w:r>
            <w:proofErr w:type="spellEnd"/>
            <w:r w:rsidRPr="0020482C">
              <w:rPr>
                <w:sz w:val="20"/>
                <w:szCs w:val="20"/>
              </w:rPr>
              <w:t xml:space="preserve">, N. W. R. </w:t>
            </w:r>
            <w:proofErr w:type="spellStart"/>
            <w:r w:rsidRPr="0020482C">
              <w:rPr>
                <w:sz w:val="20"/>
                <w:szCs w:val="20"/>
              </w:rPr>
              <w:t>Lapointe</w:t>
            </w:r>
            <w:proofErr w:type="spellEnd"/>
            <w:r w:rsidRPr="0020482C">
              <w:rPr>
                <w:sz w:val="20"/>
                <w:szCs w:val="20"/>
              </w:rPr>
              <w:t xml:space="preserve">, R. </w:t>
            </w:r>
            <w:proofErr w:type="spellStart"/>
            <w:r w:rsidRPr="0020482C">
              <w:rPr>
                <w:sz w:val="20"/>
                <w:szCs w:val="20"/>
              </w:rPr>
              <w:t>Portiss</w:t>
            </w:r>
            <w:proofErr w:type="spellEnd"/>
            <w:r w:rsidRPr="0020482C">
              <w:rPr>
                <w:sz w:val="20"/>
                <w:szCs w:val="20"/>
              </w:rPr>
              <w:t xml:space="preserve">, M. Wells, S. E. </w:t>
            </w:r>
            <w:proofErr w:type="spellStart"/>
            <w:r w:rsidRPr="0020482C">
              <w:rPr>
                <w:sz w:val="20"/>
                <w:szCs w:val="20"/>
              </w:rPr>
              <w:t>Doka</w:t>
            </w:r>
            <w:proofErr w:type="spellEnd"/>
            <w:r w:rsidRPr="0020482C">
              <w:rPr>
                <w:sz w:val="20"/>
                <w:szCs w:val="20"/>
              </w:rPr>
              <w:t xml:space="preserve"> &amp; S. J. Cooke, 2018. Assessing occupancy of freshwater fishes in </w:t>
            </w:r>
            <w:proofErr w:type="spellStart"/>
            <w:r w:rsidRPr="0020482C">
              <w:rPr>
                <w:sz w:val="20"/>
                <w:szCs w:val="20"/>
              </w:rPr>
              <w:t>urban</w:t>
            </w:r>
            <w:r w:rsidR="0004781F" w:rsidRPr="0020482C">
              <w:rPr>
                <w:sz w:val="20"/>
                <w:szCs w:val="20"/>
              </w:rPr>
              <w:t>qaaaaaaaaaaaaaa</w:t>
            </w:r>
            <w:proofErr w:type="spellEnd"/>
            <w:r w:rsidRPr="0020482C">
              <w:rPr>
                <w:sz w:val="20"/>
                <w:szCs w:val="20"/>
              </w:rPr>
              <w:t xml:space="preserve"> boat slips of Toronto </w:t>
            </w:r>
            <w:proofErr w:type="spellStart"/>
            <w:r w:rsidRPr="0020482C">
              <w:rPr>
                <w:sz w:val="20"/>
                <w:szCs w:val="20"/>
              </w:rPr>
              <w:t>Harbour</w:t>
            </w:r>
            <w:proofErr w:type="spellEnd"/>
            <w:r w:rsidRPr="0020482C">
              <w:rPr>
                <w:sz w:val="20"/>
                <w:szCs w:val="20"/>
              </w:rPr>
              <w:t>. Aquatic Ecosystem Health &amp; Management 21: 331–341</w:t>
            </w:r>
            <w:r w:rsidR="00A15A1C" w:rsidRPr="0020482C">
              <w:rPr>
                <w:sz w:val="20"/>
                <w:szCs w:val="20"/>
              </w:rPr>
              <w:t xml:space="preserve">. </w:t>
            </w:r>
            <w:hyperlink r:id="rId92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https://doi.org/10.1080/14634988.2018.1507530</w:t>
              </w:r>
            </w:hyperlink>
            <w:r w:rsidR="00465E0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69579DA3" w14:textId="77777777" w:rsidTr="00A15A1C">
        <w:tc>
          <w:tcPr>
            <w:tcW w:w="2435" w:type="dxa"/>
          </w:tcPr>
          <w:p w14:paraId="6909713A" w14:textId="0D9F750D" w:rsidR="00A15A1C" w:rsidRPr="0020482C" w:rsidRDefault="0002532D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Duckham</w:t>
            </w:r>
            <w:proofErr w:type="spellEnd"/>
            <w:r w:rsidR="00C255BA" w:rsidRPr="0020482C">
              <w:rPr>
                <w:sz w:val="20"/>
                <w:szCs w:val="20"/>
              </w:rPr>
              <w:t xml:space="preserve"> &amp; </w:t>
            </w:r>
            <w:proofErr w:type="spellStart"/>
            <w:r w:rsidR="00C255BA" w:rsidRPr="0020482C">
              <w:rPr>
                <w:sz w:val="20"/>
                <w:szCs w:val="20"/>
              </w:rPr>
              <w:t>Bendell</w:t>
            </w:r>
            <w:proofErr w:type="spellEnd"/>
            <w:r w:rsidR="00C255BA" w:rsidRPr="0020482C">
              <w:rPr>
                <w:sz w:val="20"/>
                <w:szCs w:val="20"/>
              </w:rPr>
              <w:t xml:space="preserve"> 2013</w:t>
            </w:r>
          </w:p>
        </w:tc>
        <w:tc>
          <w:tcPr>
            <w:tcW w:w="6205" w:type="dxa"/>
          </w:tcPr>
          <w:p w14:paraId="2A49B954" w14:textId="181D829B" w:rsidR="00A15A1C" w:rsidRPr="0020482C" w:rsidRDefault="0002532D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Duckham</w:t>
            </w:r>
            <w:proofErr w:type="spellEnd"/>
            <w:r w:rsidRPr="0020482C">
              <w:rPr>
                <w:sz w:val="20"/>
                <w:szCs w:val="20"/>
              </w:rPr>
              <w:t xml:space="preserve">, C. &amp; L. I. </w:t>
            </w:r>
            <w:proofErr w:type="spellStart"/>
            <w:r w:rsidRPr="0020482C">
              <w:rPr>
                <w:sz w:val="20"/>
                <w:szCs w:val="20"/>
              </w:rPr>
              <w:t>Bendell</w:t>
            </w:r>
            <w:proofErr w:type="spellEnd"/>
            <w:r w:rsidRPr="0020482C">
              <w:rPr>
                <w:sz w:val="20"/>
                <w:szCs w:val="20"/>
              </w:rPr>
              <w:t xml:space="preserve">, 2013. Legacy metals within urban aquatic environments and the challenge they pose to rehabilitation. Bulletin of Environmental Contamination and Toxicology 91: 396–401. </w:t>
            </w:r>
            <w:hyperlink r:id="rId93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https://doi.org/10.1007/s00128-013-1082-8</w:t>
              </w:r>
            </w:hyperlink>
            <w:r w:rsidR="00465E0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185F497F" w14:textId="77777777" w:rsidTr="00A15A1C">
        <w:tc>
          <w:tcPr>
            <w:tcW w:w="2435" w:type="dxa"/>
          </w:tcPr>
          <w:p w14:paraId="6147530D" w14:textId="08AAD104" w:rsidR="00A15A1C" w:rsidRPr="0020482C" w:rsidRDefault="0002532D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Guderyahn</w:t>
            </w:r>
            <w:proofErr w:type="spellEnd"/>
            <w:r w:rsidR="00C255BA" w:rsidRPr="0020482C">
              <w:rPr>
                <w:sz w:val="20"/>
                <w:szCs w:val="20"/>
              </w:rPr>
              <w:t xml:space="preserve"> et al. 2016</w:t>
            </w:r>
          </w:p>
        </w:tc>
        <w:tc>
          <w:tcPr>
            <w:tcW w:w="6205" w:type="dxa"/>
          </w:tcPr>
          <w:p w14:paraId="0849F597" w14:textId="3F283772" w:rsidR="00A15A1C" w:rsidRPr="0020482C" w:rsidRDefault="0002532D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Guderyahn</w:t>
            </w:r>
            <w:proofErr w:type="spellEnd"/>
            <w:r w:rsidRPr="0020482C">
              <w:rPr>
                <w:sz w:val="20"/>
                <w:szCs w:val="20"/>
              </w:rPr>
              <w:t xml:space="preserve">, L. B., A. P. </w:t>
            </w:r>
            <w:proofErr w:type="spellStart"/>
            <w:r w:rsidRPr="0020482C">
              <w:rPr>
                <w:sz w:val="20"/>
                <w:szCs w:val="20"/>
              </w:rPr>
              <w:t>Smithers</w:t>
            </w:r>
            <w:proofErr w:type="spellEnd"/>
            <w:r w:rsidRPr="0020482C">
              <w:rPr>
                <w:sz w:val="20"/>
                <w:szCs w:val="20"/>
              </w:rPr>
              <w:t xml:space="preserve"> &amp; M. C. Mims, 2016. Assessing habitat requirements of pond-breeding amphibians in a highly urbanized landscape: implications for management. Urban Ecosystems 19: 1801–1821. </w:t>
            </w:r>
            <w:hyperlink r:id="rId94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https://doi.org/10.1007/s11252-016-0569-6</w:t>
              </w:r>
            </w:hyperlink>
            <w:r w:rsidR="00465E0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12A9CE3A" w14:textId="77777777" w:rsidTr="00A15A1C">
        <w:tc>
          <w:tcPr>
            <w:tcW w:w="2435" w:type="dxa"/>
          </w:tcPr>
          <w:p w14:paraId="1A9343FD" w14:textId="175BA8D4" w:rsidR="00A15A1C" w:rsidRPr="0020482C" w:rsidRDefault="0002532D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Spromberg</w:t>
            </w:r>
            <w:proofErr w:type="spellEnd"/>
            <w:r w:rsidR="00C255BA" w:rsidRPr="0020482C">
              <w:rPr>
                <w:sz w:val="20"/>
                <w:szCs w:val="20"/>
              </w:rPr>
              <w:t xml:space="preserve"> et al. 2016</w:t>
            </w:r>
          </w:p>
        </w:tc>
        <w:tc>
          <w:tcPr>
            <w:tcW w:w="6205" w:type="dxa"/>
          </w:tcPr>
          <w:p w14:paraId="1EA3F2E4" w14:textId="04E3E0AB" w:rsidR="00A15A1C" w:rsidRPr="0020482C" w:rsidRDefault="0002532D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Spromberg</w:t>
            </w:r>
            <w:proofErr w:type="spellEnd"/>
            <w:r w:rsidRPr="0020482C">
              <w:rPr>
                <w:sz w:val="20"/>
                <w:szCs w:val="20"/>
              </w:rPr>
              <w:t xml:space="preserve">, J. A., D. H. Baldwin, S. E. </w:t>
            </w:r>
            <w:proofErr w:type="spellStart"/>
            <w:r w:rsidRPr="0020482C">
              <w:rPr>
                <w:sz w:val="20"/>
                <w:szCs w:val="20"/>
              </w:rPr>
              <w:t>Damm</w:t>
            </w:r>
            <w:proofErr w:type="spellEnd"/>
            <w:r w:rsidRPr="0020482C">
              <w:rPr>
                <w:sz w:val="20"/>
                <w:szCs w:val="20"/>
              </w:rPr>
              <w:t xml:space="preserve">, J. K. McIntyre, M. Huff, C. A. Sloan, B. F. </w:t>
            </w:r>
            <w:proofErr w:type="spellStart"/>
            <w:r w:rsidRPr="0020482C">
              <w:rPr>
                <w:sz w:val="20"/>
                <w:szCs w:val="20"/>
              </w:rPr>
              <w:t>Anulacion</w:t>
            </w:r>
            <w:proofErr w:type="spellEnd"/>
            <w:r w:rsidRPr="0020482C">
              <w:rPr>
                <w:sz w:val="20"/>
                <w:szCs w:val="20"/>
              </w:rPr>
              <w:t xml:space="preserve">, J. W. Davis &amp; N. L. </w:t>
            </w:r>
            <w:proofErr w:type="spellStart"/>
            <w:r w:rsidRPr="0020482C">
              <w:rPr>
                <w:sz w:val="20"/>
                <w:szCs w:val="20"/>
              </w:rPr>
              <w:t>Scholz</w:t>
            </w:r>
            <w:proofErr w:type="spellEnd"/>
            <w:r w:rsidRPr="0020482C">
              <w:rPr>
                <w:sz w:val="20"/>
                <w:szCs w:val="20"/>
              </w:rPr>
              <w:t xml:space="preserve">, 2016. Coho salmon </w:t>
            </w:r>
            <w:proofErr w:type="spellStart"/>
            <w:r w:rsidRPr="0020482C">
              <w:rPr>
                <w:sz w:val="20"/>
                <w:szCs w:val="20"/>
              </w:rPr>
              <w:t>spawner</w:t>
            </w:r>
            <w:proofErr w:type="spellEnd"/>
            <w:r w:rsidRPr="0020482C">
              <w:rPr>
                <w:sz w:val="20"/>
                <w:szCs w:val="20"/>
              </w:rPr>
              <w:t xml:space="preserve"> mortality in western US urban watersheds: </w:t>
            </w:r>
            <w:proofErr w:type="spellStart"/>
            <w:r w:rsidRPr="0020482C">
              <w:rPr>
                <w:sz w:val="20"/>
                <w:szCs w:val="20"/>
              </w:rPr>
              <w:t>bioinfiltration</w:t>
            </w:r>
            <w:proofErr w:type="spellEnd"/>
            <w:r w:rsidRPr="0020482C">
              <w:rPr>
                <w:sz w:val="20"/>
                <w:szCs w:val="20"/>
              </w:rPr>
              <w:t xml:space="preserve"> prevents lethal storm water impacts. Journal of Applied Ecology 53: 398–407. </w:t>
            </w:r>
            <w:hyperlink r:id="rId95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https://doi.org/10.1111/1365-2664.12534</w:t>
              </w:r>
            </w:hyperlink>
            <w:r w:rsidR="00465E0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1CD1D525" w14:textId="77777777" w:rsidTr="00A15A1C">
        <w:tc>
          <w:tcPr>
            <w:tcW w:w="2435" w:type="dxa"/>
          </w:tcPr>
          <w:p w14:paraId="17593FCB" w14:textId="211A4257" w:rsidR="00A15A1C" w:rsidRPr="0020482C" w:rsidRDefault="0002532D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Munshi</w:t>
            </w:r>
            <w:proofErr w:type="spellEnd"/>
            <w:r w:rsidRPr="0020482C">
              <w:rPr>
                <w:sz w:val="20"/>
                <w:szCs w:val="20"/>
              </w:rPr>
              <w:t>-South</w:t>
            </w:r>
            <w:r w:rsidR="00C255BA" w:rsidRPr="0020482C">
              <w:rPr>
                <w:sz w:val="20"/>
                <w:szCs w:val="20"/>
              </w:rPr>
              <w:t xml:space="preserve"> et al. 2013</w:t>
            </w:r>
          </w:p>
        </w:tc>
        <w:tc>
          <w:tcPr>
            <w:tcW w:w="6205" w:type="dxa"/>
          </w:tcPr>
          <w:p w14:paraId="55F1157A" w14:textId="7580AF91" w:rsidR="00A15A1C" w:rsidRPr="0020482C" w:rsidRDefault="0002532D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Munshi</w:t>
            </w:r>
            <w:proofErr w:type="spellEnd"/>
            <w:r w:rsidRPr="0020482C">
              <w:rPr>
                <w:sz w:val="20"/>
                <w:szCs w:val="20"/>
              </w:rPr>
              <w:t xml:space="preserve">-South, J., Y. Zak &amp; E. </w:t>
            </w:r>
            <w:proofErr w:type="spellStart"/>
            <w:r w:rsidRPr="0020482C">
              <w:rPr>
                <w:sz w:val="20"/>
                <w:szCs w:val="20"/>
              </w:rPr>
              <w:t>Pehek</w:t>
            </w:r>
            <w:proofErr w:type="spellEnd"/>
            <w:r w:rsidRPr="0020482C">
              <w:rPr>
                <w:sz w:val="20"/>
                <w:szCs w:val="20"/>
              </w:rPr>
              <w:t>, 2013. Conservation genetics of extremely isolated urban populations of the northern dusky salamander (</w:t>
            </w:r>
            <w:proofErr w:type="spellStart"/>
            <w:r w:rsidRPr="0020482C">
              <w:rPr>
                <w:sz w:val="20"/>
                <w:szCs w:val="20"/>
              </w:rPr>
              <w:t>Desmognathus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fuscus</w:t>
            </w:r>
            <w:proofErr w:type="spellEnd"/>
            <w:r w:rsidRPr="0020482C">
              <w:rPr>
                <w:sz w:val="20"/>
                <w:szCs w:val="20"/>
              </w:rPr>
              <w:t xml:space="preserve">) in New York City. </w:t>
            </w:r>
            <w:proofErr w:type="spellStart"/>
            <w:r w:rsidRPr="0020482C">
              <w:rPr>
                <w:sz w:val="20"/>
                <w:szCs w:val="20"/>
              </w:rPr>
              <w:t>PeerJ</w:t>
            </w:r>
            <w:proofErr w:type="spellEnd"/>
            <w:r w:rsidRPr="0020482C">
              <w:rPr>
                <w:sz w:val="20"/>
                <w:szCs w:val="20"/>
              </w:rPr>
              <w:t xml:space="preserve"> 1: e64.</w:t>
            </w:r>
            <w:r w:rsidR="00A15A1C" w:rsidRPr="0020482C">
              <w:rPr>
                <w:sz w:val="20"/>
                <w:szCs w:val="20"/>
              </w:rPr>
              <w:t xml:space="preserve"> </w:t>
            </w:r>
            <w:hyperlink r:id="rId96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https://doi.org/10.7717/peerj.64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25144411" w14:textId="77777777" w:rsidTr="00A15A1C">
        <w:tc>
          <w:tcPr>
            <w:tcW w:w="2435" w:type="dxa"/>
          </w:tcPr>
          <w:p w14:paraId="38EAAE87" w14:textId="21982D21" w:rsidR="00A15A1C" w:rsidRPr="0020482C" w:rsidRDefault="00B56A18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Pinel-Alloul</w:t>
            </w:r>
            <w:proofErr w:type="spellEnd"/>
            <w:r w:rsidRPr="0020482C">
              <w:rPr>
                <w:sz w:val="20"/>
                <w:szCs w:val="20"/>
              </w:rPr>
              <w:t xml:space="preserve"> &amp; </w:t>
            </w:r>
            <w:proofErr w:type="spellStart"/>
            <w:r w:rsidRPr="0020482C">
              <w:rPr>
                <w:sz w:val="20"/>
                <w:szCs w:val="20"/>
              </w:rPr>
              <w:t>Mimouni</w:t>
            </w:r>
            <w:proofErr w:type="spellEnd"/>
            <w:r w:rsidRPr="0020482C">
              <w:rPr>
                <w:sz w:val="20"/>
                <w:szCs w:val="20"/>
              </w:rPr>
              <w:t xml:space="preserve"> 2013</w:t>
            </w:r>
          </w:p>
        </w:tc>
        <w:tc>
          <w:tcPr>
            <w:tcW w:w="6205" w:type="dxa"/>
          </w:tcPr>
          <w:p w14:paraId="1E3652D4" w14:textId="64DC3F31" w:rsidR="00A15A1C" w:rsidRPr="0020482C" w:rsidRDefault="0002532D" w:rsidP="00A15A1C">
            <w:pPr>
              <w:rPr>
                <w:sz w:val="20"/>
                <w:szCs w:val="20"/>
                <w:highlight w:val="yellow"/>
                <w:lang w:val="pt-BR"/>
              </w:rPr>
            </w:pPr>
            <w:proofErr w:type="spellStart"/>
            <w:r w:rsidRPr="0020482C">
              <w:rPr>
                <w:sz w:val="20"/>
                <w:szCs w:val="20"/>
              </w:rPr>
              <w:t>Pinel-Alloul</w:t>
            </w:r>
            <w:proofErr w:type="spellEnd"/>
            <w:r w:rsidRPr="0020482C">
              <w:rPr>
                <w:sz w:val="20"/>
                <w:szCs w:val="20"/>
              </w:rPr>
              <w:t xml:space="preserve">, B. &amp; E.-A. </w:t>
            </w:r>
            <w:proofErr w:type="spellStart"/>
            <w:r w:rsidRPr="0020482C">
              <w:rPr>
                <w:sz w:val="20"/>
                <w:szCs w:val="20"/>
              </w:rPr>
              <w:t>Mimouni</w:t>
            </w:r>
            <w:proofErr w:type="spellEnd"/>
            <w:r w:rsidRPr="0020482C">
              <w:rPr>
                <w:sz w:val="20"/>
                <w:szCs w:val="20"/>
              </w:rPr>
              <w:t xml:space="preserve">, 2013. Are </w:t>
            </w:r>
            <w:proofErr w:type="spellStart"/>
            <w:r w:rsidRPr="0020482C">
              <w:rPr>
                <w:sz w:val="20"/>
                <w:szCs w:val="20"/>
              </w:rPr>
              <w:t>cladoceran</w:t>
            </w:r>
            <w:proofErr w:type="spellEnd"/>
            <w:r w:rsidRPr="0020482C">
              <w:rPr>
                <w:sz w:val="20"/>
                <w:szCs w:val="20"/>
              </w:rPr>
              <w:t xml:space="preserve"> diversity and community structure linked to spatial heterogeneity in urban landscapes and pond environments? </w:t>
            </w:r>
            <w:proofErr w:type="spellStart"/>
            <w:r w:rsidRPr="0020482C">
              <w:rPr>
                <w:sz w:val="20"/>
                <w:szCs w:val="20"/>
              </w:rPr>
              <w:t>Hydrobiologia</w:t>
            </w:r>
            <w:proofErr w:type="spellEnd"/>
            <w:r w:rsidRPr="0020482C">
              <w:rPr>
                <w:sz w:val="20"/>
                <w:szCs w:val="20"/>
              </w:rPr>
              <w:t xml:space="preserve"> 715: 195–212. </w:t>
            </w:r>
            <w:hyperlink r:id="rId97" w:history="1">
              <w:r w:rsidRPr="0020482C">
                <w:rPr>
                  <w:rStyle w:val="Hyperlink"/>
                  <w:color w:val="auto"/>
                  <w:sz w:val="20"/>
                  <w:szCs w:val="20"/>
                  <w:lang w:val="pt-BR"/>
                </w:rPr>
                <w:t>https://doi.org/10.1007/s10750-013-1484-y</w:t>
              </w:r>
            </w:hyperlink>
            <w:r w:rsidR="006B0D16" w:rsidRPr="0020482C">
              <w:rPr>
                <w:sz w:val="20"/>
                <w:szCs w:val="20"/>
                <w:lang w:val="pt-BR"/>
              </w:rPr>
              <w:t>.</w:t>
            </w:r>
            <w:r w:rsidRPr="0020482C">
              <w:rPr>
                <w:sz w:val="20"/>
                <w:szCs w:val="20"/>
                <w:lang w:val="pt-BR"/>
              </w:rPr>
              <w:t xml:space="preserve"> </w:t>
            </w:r>
          </w:p>
        </w:tc>
      </w:tr>
      <w:tr w:rsidR="0020482C" w:rsidRPr="0020482C" w14:paraId="5EA18C51" w14:textId="77777777" w:rsidTr="006123A7">
        <w:tc>
          <w:tcPr>
            <w:tcW w:w="2435" w:type="dxa"/>
          </w:tcPr>
          <w:p w14:paraId="15840ABB" w14:textId="27F715DF" w:rsidR="00A15A1C" w:rsidRPr="0020482C" w:rsidRDefault="0002532D" w:rsidP="00A15A1C">
            <w:pPr>
              <w:rPr>
                <w:sz w:val="20"/>
                <w:szCs w:val="20"/>
                <w:lang w:val="pt-BR"/>
              </w:rPr>
            </w:pPr>
            <w:proofErr w:type="spellStart"/>
            <w:r w:rsidRPr="0020482C">
              <w:rPr>
                <w:sz w:val="20"/>
                <w:szCs w:val="20"/>
              </w:rPr>
              <w:t>Buholc</w:t>
            </w:r>
            <w:proofErr w:type="spellEnd"/>
            <w:r w:rsidR="00D93767" w:rsidRPr="0020482C">
              <w:rPr>
                <w:sz w:val="20"/>
                <w:szCs w:val="20"/>
              </w:rPr>
              <w:t xml:space="preserve"> et al. 2015</w:t>
            </w:r>
          </w:p>
        </w:tc>
        <w:tc>
          <w:tcPr>
            <w:tcW w:w="6205" w:type="dxa"/>
          </w:tcPr>
          <w:p w14:paraId="059C7783" w14:textId="191C4B32" w:rsidR="00A15A1C" w:rsidRPr="0020482C" w:rsidRDefault="0002532D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Buholc</w:t>
            </w:r>
            <w:proofErr w:type="spellEnd"/>
            <w:r w:rsidRPr="0020482C">
              <w:rPr>
                <w:sz w:val="20"/>
                <w:szCs w:val="20"/>
              </w:rPr>
              <w:t xml:space="preserve">, L., V. Licit, E. </w:t>
            </w:r>
            <w:proofErr w:type="spellStart"/>
            <w:r w:rsidRPr="0020482C">
              <w:rPr>
                <w:sz w:val="20"/>
                <w:szCs w:val="20"/>
              </w:rPr>
              <w:t>Boikova</w:t>
            </w:r>
            <w:proofErr w:type="spellEnd"/>
            <w:r w:rsidRPr="0020482C">
              <w:rPr>
                <w:sz w:val="20"/>
                <w:szCs w:val="20"/>
              </w:rPr>
              <w:t xml:space="preserve"> &amp; U. </w:t>
            </w:r>
            <w:proofErr w:type="spellStart"/>
            <w:r w:rsidRPr="0020482C">
              <w:rPr>
                <w:sz w:val="20"/>
                <w:szCs w:val="20"/>
              </w:rPr>
              <w:t>Botva</w:t>
            </w:r>
            <w:proofErr w:type="spellEnd"/>
            <w:r w:rsidRPr="0020482C">
              <w:rPr>
                <w:sz w:val="20"/>
                <w:szCs w:val="20"/>
              </w:rPr>
              <w:t xml:space="preserve">, 2015. Structural composition of </w:t>
            </w:r>
            <w:proofErr w:type="spellStart"/>
            <w:r w:rsidRPr="0020482C">
              <w:rPr>
                <w:sz w:val="20"/>
                <w:szCs w:val="20"/>
              </w:rPr>
              <w:t>protozooplankton</w:t>
            </w:r>
            <w:proofErr w:type="spellEnd"/>
            <w:r w:rsidRPr="0020482C">
              <w:rPr>
                <w:sz w:val="20"/>
                <w:szCs w:val="20"/>
              </w:rPr>
              <w:t xml:space="preserve"> communities in relation to environmental factors in shallow lakes and reservoirs of Riga, Latvia. Proceedings of the Latvian Academy of Sciences, Section B, Natural, Exact, and Applied Sciences 69: 105–111. </w:t>
            </w:r>
            <w:hyperlink r:id="rId98" w:history="1">
              <w:r w:rsidR="006123A7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https://doi.org/10.1515/prolas-2015-0015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  <w:r w:rsidR="006123A7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0CBBB264" w14:textId="77777777" w:rsidTr="006123A7">
        <w:tc>
          <w:tcPr>
            <w:tcW w:w="2435" w:type="dxa"/>
          </w:tcPr>
          <w:p w14:paraId="3A6A9300" w14:textId="7DD39C46" w:rsidR="00A15A1C" w:rsidRPr="0020482C" w:rsidRDefault="0002532D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Jeanmougin</w:t>
            </w:r>
            <w:proofErr w:type="spellEnd"/>
            <w:r w:rsidR="00D93767" w:rsidRPr="0020482C">
              <w:rPr>
                <w:sz w:val="20"/>
                <w:szCs w:val="20"/>
              </w:rPr>
              <w:t xml:space="preserve"> et al. 2014</w:t>
            </w:r>
          </w:p>
        </w:tc>
        <w:tc>
          <w:tcPr>
            <w:tcW w:w="6205" w:type="dxa"/>
          </w:tcPr>
          <w:p w14:paraId="25962950" w14:textId="5A566E8B" w:rsidR="00A15A1C" w:rsidRPr="0020482C" w:rsidRDefault="0002532D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Jeanmougin</w:t>
            </w:r>
            <w:proofErr w:type="spellEnd"/>
            <w:r w:rsidRPr="0020482C">
              <w:rPr>
                <w:sz w:val="20"/>
                <w:szCs w:val="20"/>
              </w:rPr>
              <w:t xml:space="preserve">, M., F. </w:t>
            </w:r>
            <w:proofErr w:type="spellStart"/>
            <w:r w:rsidRPr="0020482C">
              <w:rPr>
                <w:sz w:val="20"/>
                <w:szCs w:val="20"/>
              </w:rPr>
              <w:t>Leprieur</w:t>
            </w:r>
            <w:proofErr w:type="spellEnd"/>
            <w:r w:rsidRPr="0020482C">
              <w:rPr>
                <w:sz w:val="20"/>
                <w:szCs w:val="20"/>
              </w:rPr>
              <w:t xml:space="preserve">, G. </w:t>
            </w:r>
            <w:proofErr w:type="spellStart"/>
            <w:r w:rsidRPr="0020482C">
              <w:rPr>
                <w:sz w:val="20"/>
                <w:szCs w:val="20"/>
              </w:rPr>
              <w:t>Loïs</w:t>
            </w:r>
            <w:proofErr w:type="spellEnd"/>
            <w:r w:rsidRPr="0020482C">
              <w:rPr>
                <w:sz w:val="20"/>
                <w:szCs w:val="20"/>
              </w:rPr>
              <w:t xml:space="preserve"> &amp; P. </w:t>
            </w:r>
            <w:proofErr w:type="spellStart"/>
            <w:r w:rsidRPr="0020482C">
              <w:rPr>
                <w:sz w:val="20"/>
                <w:szCs w:val="20"/>
              </w:rPr>
              <w:t>Clergeau</w:t>
            </w:r>
            <w:proofErr w:type="spellEnd"/>
            <w:r w:rsidRPr="0020482C">
              <w:rPr>
                <w:sz w:val="20"/>
                <w:szCs w:val="20"/>
              </w:rPr>
              <w:t xml:space="preserve">, 2014. Fine-scale urbanization affects </w:t>
            </w:r>
            <w:proofErr w:type="spellStart"/>
            <w:r w:rsidRPr="0020482C">
              <w:rPr>
                <w:sz w:val="20"/>
                <w:szCs w:val="20"/>
              </w:rPr>
              <w:t>Odonata</w:t>
            </w:r>
            <w:proofErr w:type="spellEnd"/>
            <w:r w:rsidRPr="0020482C">
              <w:rPr>
                <w:sz w:val="20"/>
                <w:szCs w:val="20"/>
              </w:rPr>
              <w:t xml:space="preserve"> species diversity in ponds of a megacity (Paris, France). </w:t>
            </w:r>
            <w:proofErr w:type="spellStart"/>
            <w:r w:rsidRPr="0020482C">
              <w:rPr>
                <w:sz w:val="20"/>
                <w:szCs w:val="20"/>
              </w:rPr>
              <w:t>Acta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Oecologica</w:t>
            </w:r>
            <w:proofErr w:type="spellEnd"/>
            <w:r w:rsidRPr="0020482C">
              <w:rPr>
                <w:sz w:val="20"/>
                <w:szCs w:val="20"/>
              </w:rPr>
              <w:t xml:space="preserve"> 59: 26–34.</w:t>
            </w:r>
            <w:r w:rsidR="006123A7" w:rsidRPr="0020482C">
              <w:rPr>
                <w:sz w:val="20"/>
                <w:szCs w:val="20"/>
              </w:rPr>
              <w:t xml:space="preserve"> </w:t>
            </w:r>
            <w:hyperlink r:id="rId99" w:history="1">
              <w:r w:rsidR="006123A7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https://doi.org/10.1016/j.actao.2014.05.008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  <w:r w:rsidR="006123A7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512D955C" w14:textId="77777777" w:rsidTr="006123A7">
        <w:tc>
          <w:tcPr>
            <w:tcW w:w="2435" w:type="dxa"/>
          </w:tcPr>
          <w:p w14:paraId="17B74F04" w14:textId="45827588" w:rsidR="00A15A1C" w:rsidRPr="0020482C" w:rsidRDefault="006123A7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Mimouni</w:t>
            </w:r>
            <w:proofErr w:type="spellEnd"/>
            <w:r w:rsidR="00D93767" w:rsidRPr="0020482C">
              <w:rPr>
                <w:sz w:val="20"/>
                <w:szCs w:val="20"/>
              </w:rPr>
              <w:t xml:space="preserve"> et al. 2015</w:t>
            </w:r>
          </w:p>
        </w:tc>
        <w:tc>
          <w:tcPr>
            <w:tcW w:w="6205" w:type="dxa"/>
          </w:tcPr>
          <w:p w14:paraId="6E5F1821" w14:textId="40DBB532" w:rsidR="00A15A1C" w:rsidRPr="0020482C" w:rsidRDefault="0002532D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Mimouni</w:t>
            </w:r>
            <w:proofErr w:type="spellEnd"/>
            <w:r w:rsidRPr="0020482C">
              <w:rPr>
                <w:sz w:val="20"/>
                <w:szCs w:val="20"/>
              </w:rPr>
              <w:t xml:space="preserve">, E.-A., B. </w:t>
            </w:r>
            <w:proofErr w:type="spellStart"/>
            <w:r w:rsidRPr="0020482C">
              <w:rPr>
                <w:sz w:val="20"/>
                <w:szCs w:val="20"/>
              </w:rPr>
              <w:t>Pinel-Alloul</w:t>
            </w:r>
            <w:proofErr w:type="spellEnd"/>
            <w:r w:rsidRPr="0020482C">
              <w:rPr>
                <w:sz w:val="20"/>
                <w:szCs w:val="20"/>
              </w:rPr>
              <w:t xml:space="preserve"> &amp; B. E. </w:t>
            </w:r>
            <w:proofErr w:type="spellStart"/>
            <w:r w:rsidRPr="0020482C">
              <w:rPr>
                <w:sz w:val="20"/>
                <w:szCs w:val="20"/>
              </w:rPr>
              <w:t>Beisner</w:t>
            </w:r>
            <w:proofErr w:type="spellEnd"/>
            <w:r w:rsidRPr="0020482C">
              <w:rPr>
                <w:sz w:val="20"/>
                <w:szCs w:val="20"/>
              </w:rPr>
              <w:t xml:space="preserve">, 2015. Assessing aquatic biodiversity of zooplankton communities in an urban landscape. Urban Ecosystems 18: 1353–1372. </w:t>
            </w:r>
            <w:hyperlink r:id="rId100" w:history="1">
              <w:r w:rsidR="006123A7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https://doi.org/10.1007/s11252-015-0457-5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  <w:r w:rsidR="006123A7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04D22815" w14:textId="77777777" w:rsidTr="006123A7">
        <w:tc>
          <w:tcPr>
            <w:tcW w:w="2435" w:type="dxa"/>
          </w:tcPr>
          <w:p w14:paraId="5CC7CF80" w14:textId="166A78EA" w:rsidR="00A15A1C" w:rsidRPr="0020482C" w:rsidRDefault="006123A7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Zhou</w:t>
            </w:r>
            <w:r w:rsidR="00D93767" w:rsidRPr="0020482C">
              <w:rPr>
                <w:sz w:val="20"/>
                <w:szCs w:val="20"/>
              </w:rPr>
              <w:t xml:space="preserve"> et al. 2016</w:t>
            </w:r>
          </w:p>
        </w:tc>
        <w:tc>
          <w:tcPr>
            <w:tcW w:w="6205" w:type="dxa"/>
          </w:tcPr>
          <w:p w14:paraId="78703C9C" w14:textId="47C30BD1" w:rsidR="00A15A1C" w:rsidRPr="0020482C" w:rsidRDefault="0002532D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Zhou, H., T. Ying, X. Wang &amp; J. Liu, 2016. Occurrence and preliminary environmental risk assessment of selected pharmaceuticals in the urban rivers, China. Scientific Reports 6: 34928. </w:t>
            </w:r>
            <w:hyperlink r:id="rId101" w:history="1">
              <w:r w:rsidR="006123A7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https://doi.org/10.1038/srep34928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  <w:r w:rsidR="006123A7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392978E4" w14:textId="77777777" w:rsidTr="006123A7">
        <w:tc>
          <w:tcPr>
            <w:tcW w:w="2435" w:type="dxa"/>
          </w:tcPr>
          <w:p w14:paraId="0D586767" w14:textId="0571CE85" w:rsidR="00A15A1C" w:rsidRPr="0020482C" w:rsidRDefault="006123A7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Bajaj</w:t>
            </w:r>
            <w:r w:rsidR="00724D6E" w:rsidRPr="0020482C">
              <w:rPr>
                <w:sz w:val="20"/>
                <w:szCs w:val="20"/>
              </w:rPr>
              <w:t xml:space="preserve"> et al. 2015</w:t>
            </w:r>
          </w:p>
        </w:tc>
        <w:tc>
          <w:tcPr>
            <w:tcW w:w="6205" w:type="dxa"/>
          </w:tcPr>
          <w:p w14:paraId="13838F9F" w14:textId="5FB70E92" w:rsidR="00A15A1C" w:rsidRPr="0020482C" w:rsidRDefault="0002532D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Bajaj, P., N. S. Singh, P. K. </w:t>
            </w:r>
            <w:proofErr w:type="spellStart"/>
            <w:r w:rsidRPr="0020482C">
              <w:rPr>
                <w:sz w:val="20"/>
                <w:szCs w:val="20"/>
              </w:rPr>
              <w:t>Kanaujia</w:t>
            </w:r>
            <w:proofErr w:type="spellEnd"/>
            <w:r w:rsidRPr="0020482C">
              <w:rPr>
                <w:sz w:val="20"/>
                <w:szCs w:val="20"/>
              </w:rPr>
              <w:t xml:space="preserve"> &amp; J. S. </w:t>
            </w:r>
            <w:proofErr w:type="spellStart"/>
            <w:r w:rsidRPr="0020482C">
              <w:rPr>
                <w:sz w:val="20"/>
                <w:szCs w:val="20"/>
              </w:rPr>
              <w:t>Virdi</w:t>
            </w:r>
            <w:proofErr w:type="spellEnd"/>
            <w:r w:rsidRPr="0020482C">
              <w:rPr>
                <w:sz w:val="20"/>
                <w:szCs w:val="20"/>
              </w:rPr>
              <w:t xml:space="preserve">, 2015. Distribution and molecular characterization of genes encoding CTX-M and </w:t>
            </w:r>
            <w:proofErr w:type="spellStart"/>
            <w:r w:rsidRPr="0020482C">
              <w:rPr>
                <w:sz w:val="20"/>
                <w:szCs w:val="20"/>
              </w:rPr>
              <w:t>AmpC</w:t>
            </w:r>
            <w:proofErr w:type="spellEnd"/>
            <w:r w:rsidRPr="0020482C">
              <w:rPr>
                <w:sz w:val="20"/>
                <w:szCs w:val="20"/>
              </w:rPr>
              <w:t xml:space="preserve"> β-lactamases in Escherichia coli isolated from an Indian urban aquatic environment. Science of the Total Environment 505: 350–356. </w:t>
            </w:r>
            <w:hyperlink r:id="rId102" w:history="1">
              <w:r w:rsidR="006123A7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https://doi.org/10.1016/j.scitotenv.2014.09.084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</w:p>
        </w:tc>
      </w:tr>
      <w:tr w:rsidR="0020482C" w:rsidRPr="0020482C" w14:paraId="3C65A324" w14:textId="77777777" w:rsidTr="00D93767">
        <w:tc>
          <w:tcPr>
            <w:tcW w:w="2435" w:type="dxa"/>
          </w:tcPr>
          <w:p w14:paraId="070F8A2A" w14:textId="375C076D" w:rsidR="00A15A1C" w:rsidRPr="0020482C" w:rsidRDefault="00D93767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Naquin et al. 2017</w:t>
            </w:r>
          </w:p>
        </w:tc>
        <w:tc>
          <w:tcPr>
            <w:tcW w:w="6205" w:type="dxa"/>
          </w:tcPr>
          <w:p w14:paraId="7A341DBC" w14:textId="0CB6D766" w:rsidR="00A15A1C" w:rsidRPr="0020482C" w:rsidRDefault="00D93767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Naquin, T., K. </w:t>
            </w:r>
            <w:proofErr w:type="spellStart"/>
            <w:r w:rsidRPr="0020482C">
              <w:rPr>
                <w:sz w:val="20"/>
                <w:szCs w:val="20"/>
              </w:rPr>
              <w:t>Robichaux</w:t>
            </w:r>
            <w:proofErr w:type="spellEnd"/>
            <w:r w:rsidRPr="0020482C">
              <w:rPr>
                <w:sz w:val="20"/>
                <w:szCs w:val="20"/>
              </w:rPr>
              <w:t xml:space="preserve">, C. Belding, S. Bergeron &amp; R. </w:t>
            </w:r>
            <w:proofErr w:type="spellStart"/>
            <w:r w:rsidRPr="0020482C">
              <w:rPr>
                <w:sz w:val="20"/>
                <w:szCs w:val="20"/>
              </w:rPr>
              <w:t>Boopathy</w:t>
            </w:r>
            <w:proofErr w:type="spellEnd"/>
            <w:r w:rsidRPr="0020482C">
              <w:rPr>
                <w:sz w:val="20"/>
                <w:szCs w:val="20"/>
              </w:rPr>
              <w:t xml:space="preserve">, 2017. Presence of sulfonamide and </w:t>
            </w:r>
            <w:proofErr w:type="spellStart"/>
            <w:r w:rsidRPr="0020482C">
              <w:rPr>
                <w:sz w:val="20"/>
                <w:szCs w:val="20"/>
              </w:rPr>
              <w:t>carbapenem</w:t>
            </w:r>
            <w:proofErr w:type="spellEnd"/>
            <w:r w:rsidRPr="0020482C">
              <w:rPr>
                <w:sz w:val="20"/>
                <w:szCs w:val="20"/>
              </w:rPr>
              <w:t xml:space="preserve"> resistance genes in a sewage treatment plant in southeast Louisiana, USA. International </w:t>
            </w:r>
            <w:proofErr w:type="spellStart"/>
            <w:r w:rsidRPr="0020482C">
              <w:rPr>
                <w:sz w:val="20"/>
                <w:szCs w:val="20"/>
              </w:rPr>
              <w:t>Biodeterioration</w:t>
            </w:r>
            <w:proofErr w:type="spellEnd"/>
            <w:r w:rsidRPr="0020482C">
              <w:rPr>
                <w:sz w:val="20"/>
                <w:szCs w:val="20"/>
              </w:rPr>
              <w:t xml:space="preserve"> &amp; Biodegradation 124: 10–16</w:t>
            </w:r>
            <w:r w:rsidR="00A15A1C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  <w:hyperlink r:id="rId103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https://doi.org/10.1016/j.ibiod.2017.04.005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46F9D934" w14:textId="77777777" w:rsidTr="00A15A1C">
        <w:tc>
          <w:tcPr>
            <w:tcW w:w="2435" w:type="dxa"/>
          </w:tcPr>
          <w:p w14:paraId="22308102" w14:textId="28F0CB40" w:rsidR="00A15A1C" w:rsidRPr="0020482C" w:rsidRDefault="006123A7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  <w:lang w:val="pt-BR"/>
              </w:rPr>
              <w:t>Coutinho</w:t>
            </w:r>
            <w:r w:rsidR="00724D6E" w:rsidRPr="0020482C">
              <w:rPr>
                <w:sz w:val="20"/>
                <w:szCs w:val="20"/>
                <w:lang w:val="pt-BR"/>
              </w:rPr>
              <w:t xml:space="preserve"> </w:t>
            </w:r>
            <w:r w:rsidR="00724D6E" w:rsidRPr="0020482C">
              <w:rPr>
                <w:sz w:val="20"/>
                <w:szCs w:val="20"/>
              </w:rPr>
              <w:t>et al. 2014</w:t>
            </w:r>
          </w:p>
        </w:tc>
        <w:tc>
          <w:tcPr>
            <w:tcW w:w="6205" w:type="dxa"/>
          </w:tcPr>
          <w:p w14:paraId="39D1F6E7" w14:textId="5D722E28" w:rsidR="00A15A1C" w:rsidRPr="0020482C" w:rsidRDefault="006123A7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Coutinho, F. H., C. B. Silveira, L. H. Pinto, G. R. B. Salloto, A. M. Cardoso, O. B. Martins, R. P. Vieira &amp; M. M. Clementino, 2014. </w:t>
            </w:r>
            <w:r w:rsidRPr="0020482C">
              <w:rPr>
                <w:sz w:val="20"/>
                <w:szCs w:val="20"/>
              </w:rPr>
              <w:t xml:space="preserve">Antibiotic resistance is widespread in urban aquatic environments of Rio de Janeiro, Brazil. </w:t>
            </w:r>
            <w:r w:rsidRPr="0020482C">
              <w:rPr>
                <w:sz w:val="20"/>
                <w:szCs w:val="20"/>
                <w:lang w:val="pt-BR"/>
              </w:rPr>
              <w:t xml:space="preserve">Microbial Ecology 68: 441–452.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"https://doi.org/10.1007/s00248-014-0422-5" </w:instrText>
            </w:r>
            <w:r w:rsidR="0020482C" w:rsidRPr="0020482C">
              <w:fldChar w:fldCharType="separate"/>
            </w:r>
            <w:r w:rsidRPr="0020482C">
              <w:rPr>
                <w:rStyle w:val="Hyperlink"/>
                <w:color w:val="auto"/>
                <w:sz w:val="20"/>
                <w:szCs w:val="20"/>
              </w:rPr>
              <w:t>https://doi.org/10.1007/s00248-014-0422-5</w:t>
            </w:r>
            <w:r w:rsidR="0020482C" w:rsidRPr="0020482C">
              <w:rPr>
                <w:rStyle w:val="Hyperlink"/>
                <w:color w:val="auto"/>
                <w:sz w:val="20"/>
                <w:szCs w:val="20"/>
              </w:rPr>
              <w:fldChar w:fldCharType="end"/>
            </w:r>
            <w:r w:rsidR="006B0D1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46AA61CB" w14:textId="77777777" w:rsidTr="00A15A1C">
        <w:tc>
          <w:tcPr>
            <w:tcW w:w="2435" w:type="dxa"/>
          </w:tcPr>
          <w:p w14:paraId="7A0E7F32" w14:textId="0E699F67" w:rsidR="00A15A1C" w:rsidRPr="0020482C" w:rsidRDefault="006123A7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</w:rPr>
              <w:t>O’Brien</w:t>
            </w:r>
            <w:r w:rsidR="00724D6E" w:rsidRPr="0020482C">
              <w:rPr>
                <w:sz w:val="20"/>
                <w:szCs w:val="20"/>
              </w:rPr>
              <w:t xml:space="preserve"> 2015</w:t>
            </w:r>
          </w:p>
        </w:tc>
        <w:tc>
          <w:tcPr>
            <w:tcW w:w="6205" w:type="dxa"/>
          </w:tcPr>
          <w:p w14:paraId="1932A32B" w14:textId="0061A707" w:rsidR="00A15A1C" w:rsidRPr="0020482C" w:rsidRDefault="006123A7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O’Brien, C. D., 2015. Sustainable drainage system (</w:t>
            </w:r>
            <w:proofErr w:type="spellStart"/>
            <w:r w:rsidRPr="0020482C">
              <w:rPr>
                <w:sz w:val="20"/>
                <w:szCs w:val="20"/>
              </w:rPr>
              <w:t>SuDS</w:t>
            </w:r>
            <w:proofErr w:type="spellEnd"/>
            <w:r w:rsidRPr="0020482C">
              <w:rPr>
                <w:sz w:val="20"/>
                <w:szCs w:val="20"/>
              </w:rPr>
              <w:t xml:space="preserve">) ponds in Inverness, UK and the </w:t>
            </w:r>
            <w:proofErr w:type="spellStart"/>
            <w:r w:rsidRPr="0020482C">
              <w:rPr>
                <w:sz w:val="20"/>
                <w:szCs w:val="20"/>
              </w:rPr>
              <w:t>favourable</w:t>
            </w:r>
            <w:proofErr w:type="spellEnd"/>
            <w:r w:rsidRPr="0020482C">
              <w:rPr>
                <w:sz w:val="20"/>
                <w:szCs w:val="20"/>
              </w:rPr>
              <w:t xml:space="preserve"> conservation status of amphibians. Urban Ecosystems 18: 321–331.</w:t>
            </w:r>
            <w:r w:rsidR="00A15A1C" w:rsidRPr="0020482C">
              <w:rPr>
                <w:sz w:val="20"/>
                <w:szCs w:val="20"/>
              </w:rPr>
              <w:t xml:space="preserve"> </w:t>
            </w:r>
            <w:hyperlink r:id="rId104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https://doi.org/10.1007/s11252-014-0397-5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5EB75F7F" w14:textId="77777777" w:rsidTr="00A15A1C">
        <w:tc>
          <w:tcPr>
            <w:tcW w:w="2435" w:type="dxa"/>
          </w:tcPr>
          <w:p w14:paraId="117672EE" w14:textId="204279E1" w:rsidR="00A15A1C" w:rsidRPr="0020482C" w:rsidRDefault="006123A7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Rybakov</w:t>
            </w:r>
            <w:proofErr w:type="spellEnd"/>
            <w:r w:rsidR="00724D6E" w:rsidRPr="0020482C">
              <w:rPr>
                <w:sz w:val="20"/>
                <w:szCs w:val="20"/>
              </w:rPr>
              <w:t xml:space="preserve"> et al. 2014</w:t>
            </w:r>
          </w:p>
        </w:tc>
        <w:tc>
          <w:tcPr>
            <w:tcW w:w="6205" w:type="dxa"/>
          </w:tcPr>
          <w:p w14:paraId="0823C132" w14:textId="3D5159A3" w:rsidR="00A15A1C" w:rsidRPr="0020482C" w:rsidRDefault="006123A7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Rybakov</w:t>
            </w:r>
            <w:proofErr w:type="spellEnd"/>
            <w:r w:rsidRPr="0020482C">
              <w:rPr>
                <w:sz w:val="20"/>
                <w:szCs w:val="20"/>
              </w:rPr>
              <w:t xml:space="preserve">, D. S. &amp; T. S. </w:t>
            </w:r>
            <w:proofErr w:type="spellStart"/>
            <w:r w:rsidRPr="0020482C">
              <w:rPr>
                <w:sz w:val="20"/>
                <w:szCs w:val="20"/>
              </w:rPr>
              <w:t>Shelekhova</w:t>
            </w:r>
            <w:proofErr w:type="spellEnd"/>
            <w:r w:rsidRPr="0020482C">
              <w:rPr>
                <w:sz w:val="20"/>
                <w:szCs w:val="20"/>
              </w:rPr>
              <w:t>, 2014. Diatoms in bottom sediments as indicators of pollution of urban aquatic ecosystems. Russian Journal of Ecology 45: 38–45.</w:t>
            </w:r>
            <w:r w:rsidR="00A15A1C" w:rsidRPr="0020482C">
              <w:rPr>
                <w:sz w:val="20"/>
                <w:szCs w:val="20"/>
              </w:rPr>
              <w:t xml:space="preserve"> </w:t>
            </w:r>
            <w:hyperlink r:id="rId105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https://doi.org/10.1134/S1067413614010111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4C70626D" w14:textId="77777777" w:rsidTr="00A15A1C">
        <w:tc>
          <w:tcPr>
            <w:tcW w:w="2435" w:type="dxa"/>
          </w:tcPr>
          <w:p w14:paraId="3BD77E27" w14:textId="7A0BF38C" w:rsidR="00A15A1C" w:rsidRPr="0020482C" w:rsidRDefault="006123A7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Hamer</w:t>
            </w:r>
            <w:proofErr w:type="spellEnd"/>
            <w:r w:rsidR="00724D6E" w:rsidRPr="0020482C">
              <w:rPr>
                <w:sz w:val="20"/>
                <w:szCs w:val="20"/>
              </w:rPr>
              <w:t xml:space="preserve"> et al. 2013</w:t>
            </w:r>
          </w:p>
        </w:tc>
        <w:tc>
          <w:tcPr>
            <w:tcW w:w="6205" w:type="dxa"/>
          </w:tcPr>
          <w:p w14:paraId="550F710A" w14:textId="74E88E7E" w:rsidR="00A15A1C" w:rsidRPr="0020482C" w:rsidRDefault="006123A7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Hamer</w:t>
            </w:r>
            <w:proofErr w:type="spellEnd"/>
            <w:r w:rsidRPr="0020482C">
              <w:rPr>
                <w:sz w:val="20"/>
                <w:szCs w:val="20"/>
              </w:rPr>
              <w:t xml:space="preserve">, A. J. &amp; K. M. Parris, 2013. Predation modifies larval amphibian communities in urban wetlands. Wetlands 33: 641–652. </w:t>
            </w:r>
            <w:hyperlink r:id="rId106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https://doi.org/10.1007/s13157-013-0420-2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140FD904" w14:textId="77777777" w:rsidTr="00A15A1C">
        <w:tc>
          <w:tcPr>
            <w:tcW w:w="2435" w:type="dxa"/>
          </w:tcPr>
          <w:p w14:paraId="0E7CC89E" w14:textId="42AADBFE" w:rsidR="00A15A1C" w:rsidRPr="0020482C" w:rsidRDefault="006123A7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</w:rPr>
              <w:t>Bliss</w:t>
            </w:r>
            <w:r w:rsidR="00724D6E" w:rsidRPr="0020482C">
              <w:rPr>
                <w:sz w:val="20"/>
                <w:szCs w:val="20"/>
              </w:rPr>
              <w:t xml:space="preserve"> et al. 2015</w:t>
            </w:r>
          </w:p>
        </w:tc>
        <w:tc>
          <w:tcPr>
            <w:tcW w:w="6205" w:type="dxa"/>
          </w:tcPr>
          <w:p w14:paraId="642900C8" w14:textId="18AF5C8E" w:rsidR="00A15A1C" w:rsidRPr="0020482C" w:rsidRDefault="006123A7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Bliss, S. M., J. D. </w:t>
            </w:r>
            <w:proofErr w:type="spellStart"/>
            <w:r w:rsidRPr="0020482C">
              <w:rPr>
                <w:sz w:val="20"/>
                <w:szCs w:val="20"/>
              </w:rPr>
              <w:t>Midwood</w:t>
            </w:r>
            <w:proofErr w:type="spellEnd"/>
            <w:r w:rsidRPr="0020482C">
              <w:rPr>
                <w:sz w:val="20"/>
                <w:szCs w:val="20"/>
              </w:rPr>
              <w:t xml:space="preserve">, K. M. </w:t>
            </w:r>
            <w:proofErr w:type="spellStart"/>
            <w:r w:rsidRPr="0020482C">
              <w:rPr>
                <w:sz w:val="20"/>
                <w:szCs w:val="20"/>
              </w:rPr>
              <w:t>Stamplecoskie</w:t>
            </w:r>
            <w:proofErr w:type="spellEnd"/>
            <w:r w:rsidRPr="0020482C">
              <w:rPr>
                <w:sz w:val="20"/>
                <w:szCs w:val="20"/>
              </w:rPr>
              <w:t xml:space="preserve"> &amp; S. J. Cooke, 2015. Seasonal movements and residency of small-bodied fish in a north temperate urban watershed demonstrate connectivity between a stream and </w:t>
            </w:r>
            <w:proofErr w:type="spellStart"/>
            <w:r w:rsidRPr="0020482C">
              <w:rPr>
                <w:sz w:val="20"/>
                <w:szCs w:val="20"/>
              </w:rPr>
              <w:t>stormwater</w:t>
            </w:r>
            <w:proofErr w:type="spellEnd"/>
            <w:r w:rsidRPr="0020482C">
              <w:rPr>
                <w:sz w:val="20"/>
                <w:szCs w:val="20"/>
              </w:rPr>
              <w:t xml:space="preserve"> drain. </w:t>
            </w:r>
            <w:proofErr w:type="spellStart"/>
            <w:r w:rsidRPr="0020482C">
              <w:rPr>
                <w:sz w:val="20"/>
                <w:szCs w:val="20"/>
              </w:rPr>
              <w:t>Hydrobiologia</w:t>
            </w:r>
            <w:proofErr w:type="spellEnd"/>
            <w:r w:rsidRPr="0020482C">
              <w:rPr>
                <w:sz w:val="20"/>
                <w:szCs w:val="20"/>
              </w:rPr>
              <w:t xml:space="preserve"> 742: 327–338. </w:t>
            </w:r>
            <w:hyperlink r:id="rId107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https://doi.org/10.1007/s10750-014-1996-0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288BD1B9" w14:textId="77777777" w:rsidTr="00A15A1C">
        <w:tc>
          <w:tcPr>
            <w:tcW w:w="2435" w:type="dxa"/>
          </w:tcPr>
          <w:p w14:paraId="3F05388F" w14:textId="19F54770" w:rsidR="00A15A1C" w:rsidRPr="0020482C" w:rsidRDefault="006123A7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Holzer</w:t>
            </w:r>
            <w:proofErr w:type="spellEnd"/>
            <w:r w:rsidR="00724D6E" w:rsidRPr="0020482C"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6205" w:type="dxa"/>
          </w:tcPr>
          <w:p w14:paraId="46579214" w14:textId="1A7E72E7" w:rsidR="00A15A1C" w:rsidRPr="0020482C" w:rsidRDefault="006123A7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Holzer</w:t>
            </w:r>
            <w:proofErr w:type="spellEnd"/>
            <w:r w:rsidRPr="0020482C">
              <w:rPr>
                <w:sz w:val="20"/>
                <w:szCs w:val="20"/>
              </w:rPr>
              <w:t xml:space="preserve">, K. A., 2014. Amphibian use of constructed and remnant wetlands in an urban landscape. Urban Ecosystems 17: 955–968. </w:t>
            </w:r>
            <w:hyperlink r:id="rId108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https://doi.org/10.1007/s11252-014-0373-0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606E1416" w14:textId="77777777" w:rsidTr="00A15A1C">
        <w:tc>
          <w:tcPr>
            <w:tcW w:w="2435" w:type="dxa"/>
          </w:tcPr>
          <w:p w14:paraId="16F9727D" w14:textId="45746E22" w:rsidR="00A15A1C" w:rsidRPr="0020482C" w:rsidRDefault="00D55720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</w:rPr>
              <w:t>Perkin</w:t>
            </w:r>
            <w:r w:rsidR="00724D6E" w:rsidRPr="0020482C">
              <w:rPr>
                <w:sz w:val="20"/>
                <w:szCs w:val="20"/>
              </w:rPr>
              <w:t xml:space="preserve"> et al. 2014</w:t>
            </w:r>
          </w:p>
        </w:tc>
        <w:tc>
          <w:tcPr>
            <w:tcW w:w="6205" w:type="dxa"/>
          </w:tcPr>
          <w:p w14:paraId="7AA9D570" w14:textId="000ACE0E" w:rsidR="00A15A1C" w:rsidRPr="0020482C" w:rsidRDefault="006123A7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Perkin, E. K., F. </w:t>
            </w:r>
            <w:proofErr w:type="spellStart"/>
            <w:r w:rsidRPr="0020482C">
              <w:rPr>
                <w:sz w:val="20"/>
                <w:szCs w:val="20"/>
              </w:rPr>
              <w:t>Hölker</w:t>
            </w:r>
            <w:proofErr w:type="spellEnd"/>
            <w:r w:rsidRPr="0020482C">
              <w:rPr>
                <w:sz w:val="20"/>
                <w:szCs w:val="20"/>
              </w:rPr>
              <w:t xml:space="preserve">, S. Heller &amp; R. </w:t>
            </w:r>
            <w:proofErr w:type="spellStart"/>
            <w:r w:rsidRPr="0020482C">
              <w:rPr>
                <w:sz w:val="20"/>
                <w:szCs w:val="20"/>
              </w:rPr>
              <w:t>Berghahn</w:t>
            </w:r>
            <w:proofErr w:type="spellEnd"/>
            <w:r w:rsidRPr="0020482C">
              <w:rPr>
                <w:sz w:val="20"/>
                <w:szCs w:val="20"/>
              </w:rPr>
              <w:t xml:space="preserve">, 2014. Artificial light and nocturnal activity in </w:t>
            </w:r>
            <w:proofErr w:type="spellStart"/>
            <w:r w:rsidRPr="0020482C">
              <w:rPr>
                <w:sz w:val="20"/>
                <w:szCs w:val="20"/>
              </w:rPr>
              <w:t>gammarids</w:t>
            </w:r>
            <w:proofErr w:type="spellEnd"/>
            <w:r w:rsidRPr="0020482C">
              <w:rPr>
                <w:sz w:val="20"/>
                <w:szCs w:val="20"/>
              </w:rPr>
              <w:t xml:space="preserve">. </w:t>
            </w:r>
            <w:proofErr w:type="spellStart"/>
            <w:r w:rsidRPr="0020482C">
              <w:rPr>
                <w:sz w:val="20"/>
                <w:szCs w:val="20"/>
              </w:rPr>
              <w:t>PeerJ</w:t>
            </w:r>
            <w:proofErr w:type="spellEnd"/>
            <w:r w:rsidRPr="0020482C">
              <w:rPr>
                <w:sz w:val="20"/>
                <w:szCs w:val="20"/>
              </w:rPr>
              <w:t xml:space="preserve"> 2: e279. </w:t>
            </w:r>
            <w:hyperlink r:id="rId109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https://doi.org/10.7717/peerj.279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403B0233" w14:textId="77777777" w:rsidTr="00A15A1C">
        <w:tc>
          <w:tcPr>
            <w:tcW w:w="2435" w:type="dxa"/>
          </w:tcPr>
          <w:p w14:paraId="7A056721" w14:textId="473BE27B" w:rsidR="00A15A1C" w:rsidRPr="0020482C" w:rsidRDefault="00D55720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Henn</w:t>
            </w:r>
            <w:proofErr w:type="spellEnd"/>
            <w:r w:rsidR="00724D6E" w:rsidRPr="0020482C">
              <w:rPr>
                <w:sz w:val="20"/>
                <w:szCs w:val="20"/>
              </w:rPr>
              <w:t xml:space="preserve"> et al. 2014</w:t>
            </w:r>
          </w:p>
        </w:tc>
        <w:tc>
          <w:tcPr>
            <w:tcW w:w="6205" w:type="dxa"/>
          </w:tcPr>
          <w:p w14:paraId="3C5266B5" w14:textId="398FA329" w:rsidR="00A15A1C" w:rsidRPr="0020482C" w:rsidRDefault="006123A7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Henn</w:t>
            </w:r>
            <w:proofErr w:type="spellEnd"/>
            <w:r w:rsidRPr="0020482C">
              <w:rPr>
                <w:sz w:val="20"/>
                <w:szCs w:val="20"/>
              </w:rPr>
              <w:t xml:space="preserve">, M., H. Nichols, Y. Zhang &amp; T. H. Bonner, 2014. Effect of artificial light on the drift of aquatic insects in urban central Texas streams. Journal of Freshwater Ecology 29: 307–318. </w:t>
            </w:r>
            <w:hyperlink r:id="rId110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https://doi.org/10.1080/02705060.2014.900654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2A1492F9" w14:textId="77777777" w:rsidTr="00A15A1C">
        <w:tc>
          <w:tcPr>
            <w:tcW w:w="2435" w:type="dxa"/>
          </w:tcPr>
          <w:p w14:paraId="32D02D34" w14:textId="683BD962" w:rsidR="00A15A1C" w:rsidRPr="0020482C" w:rsidRDefault="00D55720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  <w:lang w:val="pt-BR"/>
              </w:rPr>
              <w:t>Tchakonté</w:t>
            </w:r>
            <w:r w:rsidR="00724D6E" w:rsidRPr="0020482C">
              <w:rPr>
                <w:sz w:val="20"/>
                <w:szCs w:val="20"/>
                <w:lang w:val="pt-BR"/>
              </w:rPr>
              <w:t xml:space="preserve"> </w:t>
            </w:r>
            <w:r w:rsidR="00724D6E" w:rsidRPr="0020482C">
              <w:rPr>
                <w:sz w:val="20"/>
                <w:szCs w:val="20"/>
              </w:rPr>
              <w:t>et al. 2015</w:t>
            </w:r>
          </w:p>
        </w:tc>
        <w:tc>
          <w:tcPr>
            <w:tcW w:w="6205" w:type="dxa"/>
          </w:tcPr>
          <w:p w14:paraId="7762F316" w14:textId="56733EF3" w:rsidR="00A15A1C" w:rsidRPr="0020482C" w:rsidRDefault="006123A7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Tchakonté, S., G. A. Ajeagah, A. I. Camara, D. Diomandé, N. L. Nyamsi Tchatcho &amp; P. Ngassam, 2015. </w:t>
            </w:r>
            <w:r w:rsidRPr="0020482C">
              <w:rPr>
                <w:sz w:val="20"/>
                <w:szCs w:val="20"/>
              </w:rPr>
              <w:t xml:space="preserve">Impact of urbanization on aquatic insect assemblages in the coastal zone of Cameroon: the use of </w:t>
            </w:r>
            <w:proofErr w:type="spellStart"/>
            <w:r w:rsidRPr="0020482C">
              <w:rPr>
                <w:sz w:val="20"/>
                <w:szCs w:val="20"/>
              </w:rPr>
              <w:t>biotraits</w:t>
            </w:r>
            <w:proofErr w:type="spellEnd"/>
            <w:r w:rsidRPr="0020482C">
              <w:rPr>
                <w:sz w:val="20"/>
                <w:szCs w:val="20"/>
              </w:rPr>
              <w:t xml:space="preserve"> and indicator taxa to assess environmental pollution. </w:t>
            </w:r>
            <w:proofErr w:type="spellStart"/>
            <w:r w:rsidRPr="0020482C">
              <w:rPr>
                <w:sz w:val="20"/>
                <w:szCs w:val="20"/>
              </w:rPr>
              <w:t>Hydrobiologia</w:t>
            </w:r>
            <w:proofErr w:type="spellEnd"/>
            <w:r w:rsidRPr="0020482C">
              <w:rPr>
                <w:sz w:val="20"/>
                <w:szCs w:val="20"/>
              </w:rPr>
              <w:t xml:space="preserve"> 755: 123–144.</w:t>
            </w:r>
            <w:r w:rsidR="00A15A1C" w:rsidRPr="0020482C">
              <w:rPr>
                <w:sz w:val="20"/>
                <w:szCs w:val="20"/>
              </w:rPr>
              <w:t xml:space="preserve"> </w:t>
            </w:r>
            <w:hyperlink r:id="rId111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https://doi.org/10.1007/s10750-015-2221-5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5BE43B1E" w14:textId="77777777" w:rsidTr="00A15A1C">
        <w:tc>
          <w:tcPr>
            <w:tcW w:w="2435" w:type="dxa"/>
          </w:tcPr>
          <w:p w14:paraId="72571739" w14:textId="7F87F725" w:rsidR="00A15A1C" w:rsidRPr="0020482C" w:rsidRDefault="00D55720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McManamay</w:t>
            </w:r>
            <w:proofErr w:type="spellEnd"/>
            <w:r w:rsidR="00724D6E" w:rsidRPr="0020482C">
              <w:rPr>
                <w:sz w:val="20"/>
                <w:szCs w:val="20"/>
              </w:rPr>
              <w:t xml:space="preserve"> et al. 2017</w:t>
            </w:r>
          </w:p>
        </w:tc>
        <w:tc>
          <w:tcPr>
            <w:tcW w:w="6205" w:type="dxa"/>
          </w:tcPr>
          <w:p w14:paraId="1222CB76" w14:textId="1E42DCB3" w:rsidR="00A15A1C" w:rsidRPr="0020482C" w:rsidRDefault="006123A7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McManamay</w:t>
            </w:r>
            <w:proofErr w:type="spellEnd"/>
            <w:r w:rsidRPr="0020482C">
              <w:rPr>
                <w:sz w:val="20"/>
                <w:szCs w:val="20"/>
              </w:rPr>
              <w:t xml:space="preserve">, R. A., S. S. Nair, C. R. </w:t>
            </w:r>
            <w:proofErr w:type="spellStart"/>
            <w:r w:rsidRPr="0020482C">
              <w:rPr>
                <w:sz w:val="20"/>
                <w:szCs w:val="20"/>
              </w:rPr>
              <w:t>DeRolph</w:t>
            </w:r>
            <w:proofErr w:type="spellEnd"/>
            <w:r w:rsidRPr="0020482C">
              <w:rPr>
                <w:sz w:val="20"/>
                <w:szCs w:val="20"/>
              </w:rPr>
              <w:t xml:space="preserve">, B. L. </w:t>
            </w:r>
            <w:proofErr w:type="spellStart"/>
            <w:r w:rsidRPr="0020482C">
              <w:rPr>
                <w:sz w:val="20"/>
                <w:szCs w:val="20"/>
              </w:rPr>
              <w:t>Ruddell</w:t>
            </w:r>
            <w:proofErr w:type="spellEnd"/>
            <w:r w:rsidRPr="0020482C">
              <w:rPr>
                <w:sz w:val="20"/>
                <w:szCs w:val="20"/>
              </w:rPr>
              <w:t xml:space="preserve">, A. M. Morton, R. N. Stewart, M. J. </w:t>
            </w:r>
            <w:proofErr w:type="spellStart"/>
            <w:r w:rsidRPr="0020482C">
              <w:rPr>
                <w:sz w:val="20"/>
                <w:szCs w:val="20"/>
              </w:rPr>
              <w:t>Troia</w:t>
            </w:r>
            <w:proofErr w:type="spellEnd"/>
            <w:r w:rsidRPr="0020482C">
              <w:rPr>
                <w:sz w:val="20"/>
                <w:szCs w:val="20"/>
              </w:rPr>
              <w:t xml:space="preserve">, L. Tran, H. Kim &amp; B. L. </w:t>
            </w:r>
            <w:proofErr w:type="spellStart"/>
            <w:r w:rsidRPr="0020482C">
              <w:rPr>
                <w:sz w:val="20"/>
                <w:szCs w:val="20"/>
              </w:rPr>
              <w:t>Bhaduri</w:t>
            </w:r>
            <w:proofErr w:type="spellEnd"/>
            <w:r w:rsidRPr="0020482C">
              <w:rPr>
                <w:sz w:val="20"/>
                <w:szCs w:val="20"/>
              </w:rPr>
              <w:t>, 2017. US cities can manage national hydrology and biodiversity using local infrastructure policy. Proceedings of the National Academy of Sciences 114: 9581–9586.</w:t>
            </w:r>
            <w:r w:rsidR="00A15A1C" w:rsidRPr="0020482C">
              <w:rPr>
                <w:sz w:val="20"/>
                <w:szCs w:val="20"/>
              </w:rPr>
              <w:t xml:space="preserve"> </w:t>
            </w:r>
            <w:hyperlink r:id="rId112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https://doi.org/10.1073/pnas.1706201114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65C26812" w14:textId="77777777" w:rsidTr="00A15A1C">
        <w:tc>
          <w:tcPr>
            <w:tcW w:w="2435" w:type="dxa"/>
          </w:tcPr>
          <w:p w14:paraId="5DBCD227" w14:textId="3A8DB199" w:rsidR="00A15A1C" w:rsidRPr="0020482C" w:rsidRDefault="00D55720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</w:rPr>
              <w:t>Van Meter</w:t>
            </w:r>
            <w:r w:rsidR="00724D6E" w:rsidRPr="0020482C">
              <w:rPr>
                <w:sz w:val="20"/>
                <w:szCs w:val="20"/>
              </w:rPr>
              <w:t xml:space="preserve"> et al. 2014</w:t>
            </w:r>
          </w:p>
        </w:tc>
        <w:tc>
          <w:tcPr>
            <w:tcW w:w="6205" w:type="dxa"/>
          </w:tcPr>
          <w:p w14:paraId="2FD6FD5B" w14:textId="06199280" w:rsidR="00A15A1C" w:rsidRPr="0020482C" w:rsidRDefault="006123A7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Van Meter, R. J. &amp; C. M. Swan, 2014. Road salts as environmental constraints in urban pond food webs. PLOS ONE 9: e90168. </w:t>
            </w:r>
            <w:hyperlink r:id="rId113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https://doi.org/10.1371/journal.pone.0090168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56CBFF1F" w14:textId="77777777" w:rsidTr="00A15A1C">
        <w:tc>
          <w:tcPr>
            <w:tcW w:w="2435" w:type="dxa"/>
          </w:tcPr>
          <w:p w14:paraId="6E1F5679" w14:textId="7BEA1CA6" w:rsidR="00A15A1C" w:rsidRPr="0020482C" w:rsidRDefault="00D55720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Rouquette</w:t>
            </w:r>
            <w:proofErr w:type="spellEnd"/>
            <w:r w:rsidR="00724D6E" w:rsidRPr="0020482C">
              <w:rPr>
                <w:sz w:val="20"/>
                <w:szCs w:val="20"/>
              </w:rPr>
              <w:t xml:space="preserve"> et al. 2013</w:t>
            </w:r>
          </w:p>
        </w:tc>
        <w:tc>
          <w:tcPr>
            <w:tcW w:w="6205" w:type="dxa"/>
          </w:tcPr>
          <w:p w14:paraId="43455B4A" w14:textId="1E15F951" w:rsidR="00A15A1C" w:rsidRPr="0020482C" w:rsidRDefault="006123A7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Rouquette</w:t>
            </w:r>
            <w:proofErr w:type="spellEnd"/>
            <w:r w:rsidRPr="0020482C">
              <w:rPr>
                <w:sz w:val="20"/>
                <w:szCs w:val="20"/>
              </w:rPr>
              <w:t xml:space="preserve">, J. R., M. </w:t>
            </w:r>
            <w:proofErr w:type="spellStart"/>
            <w:r w:rsidRPr="0020482C">
              <w:rPr>
                <w:sz w:val="20"/>
                <w:szCs w:val="20"/>
              </w:rPr>
              <w:t>Dallimer</w:t>
            </w:r>
            <w:proofErr w:type="spellEnd"/>
            <w:r w:rsidRPr="0020482C">
              <w:rPr>
                <w:sz w:val="20"/>
                <w:szCs w:val="20"/>
              </w:rPr>
              <w:t xml:space="preserve">, P. R. </w:t>
            </w:r>
            <w:proofErr w:type="spellStart"/>
            <w:r w:rsidRPr="0020482C">
              <w:rPr>
                <w:sz w:val="20"/>
                <w:szCs w:val="20"/>
              </w:rPr>
              <w:t>Armsworth</w:t>
            </w:r>
            <w:proofErr w:type="spellEnd"/>
            <w:r w:rsidRPr="0020482C">
              <w:rPr>
                <w:sz w:val="20"/>
                <w:szCs w:val="20"/>
              </w:rPr>
              <w:t xml:space="preserve">, K. J. Gaston, L. </w:t>
            </w:r>
            <w:proofErr w:type="spellStart"/>
            <w:r w:rsidRPr="0020482C">
              <w:rPr>
                <w:sz w:val="20"/>
                <w:szCs w:val="20"/>
              </w:rPr>
              <w:t>Maltby</w:t>
            </w:r>
            <w:proofErr w:type="spellEnd"/>
            <w:r w:rsidRPr="0020482C">
              <w:rPr>
                <w:sz w:val="20"/>
                <w:szCs w:val="20"/>
              </w:rPr>
              <w:t xml:space="preserve"> &amp; P. H. Warren, 2013. Species turnover and geographic distance in an urban river network. Diversity and Distributions 19: 1429–1439. </w:t>
            </w:r>
            <w:hyperlink r:id="rId114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https://doi.org/10.1111/ddi.12120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3F0A40AB" w14:textId="77777777" w:rsidTr="00A15A1C">
        <w:tc>
          <w:tcPr>
            <w:tcW w:w="2435" w:type="dxa"/>
          </w:tcPr>
          <w:p w14:paraId="6B072EE9" w14:textId="500B552E" w:rsidR="00A15A1C" w:rsidRPr="0020482C" w:rsidRDefault="00D55720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Mehring</w:t>
            </w:r>
            <w:proofErr w:type="spellEnd"/>
            <w:r w:rsidR="00724D6E" w:rsidRPr="0020482C">
              <w:rPr>
                <w:sz w:val="20"/>
                <w:szCs w:val="20"/>
              </w:rPr>
              <w:t xml:space="preserve"> et al. 2017</w:t>
            </w:r>
          </w:p>
        </w:tc>
        <w:tc>
          <w:tcPr>
            <w:tcW w:w="6205" w:type="dxa"/>
          </w:tcPr>
          <w:p w14:paraId="0D9F9B01" w14:textId="4C0A5079" w:rsidR="00A15A1C" w:rsidRPr="0020482C" w:rsidRDefault="006123A7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Mehring</w:t>
            </w:r>
            <w:proofErr w:type="spellEnd"/>
            <w:r w:rsidRPr="0020482C">
              <w:rPr>
                <w:sz w:val="20"/>
                <w:szCs w:val="20"/>
              </w:rPr>
              <w:t xml:space="preserve">, A. S., P. L. M. Cook, V. </w:t>
            </w:r>
            <w:proofErr w:type="spellStart"/>
            <w:r w:rsidRPr="0020482C">
              <w:rPr>
                <w:sz w:val="20"/>
                <w:szCs w:val="20"/>
              </w:rPr>
              <w:t>Evrard</w:t>
            </w:r>
            <w:proofErr w:type="spellEnd"/>
            <w:r w:rsidRPr="0020482C">
              <w:rPr>
                <w:sz w:val="20"/>
                <w:szCs w:val="20"/>
              </w:rPr>
              <w:t xml:space="preserve">, S. B. Grant &amp; L. A. Levin, 2017. Pollution-tolerant invertebrates enhance greenhouse gas flux in urban wetlands. Ecological Applications 27: 1852–1861. </w:t>
            </w:r>
            <w:hyperlink r:id="rId115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https://doi.org/10.1002/eap.1572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5748A047" w14:textId="77777777" w:rsidTr="00A15A1C">
        <w:tc>
          <w:tcPr>
            <w:tcW w:w="2435" w:type="dxa"/>
          </w:tcPr>
          <w:p w14:paraId="075FA8A8" w14:textId="52E86A4E" w:rsidR="00A15A1C" w:rsidRPr="0020482C" w:rsidRDefault="00D5572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Barber</w:t>
            </w:r>
            <w:r w:rsidR="00724D6E" w:rsidRPr="0020482C">
              <w:rPr>
                <w:sz w:val="20"/>
                <w:szCs w:val="20"/>
              </w:rPr>
              <w:t xml:space="preserve"> et al. 2011</w:t>
            </w:r>
          </w:p>
        </w:tc>
        <w:tc>
          <w:tcPr>
            <w:tcW w:w="6205" w:type="dxa"/>
          </w:tcPr>
          <w:p w14:paraId="7BD5E1E9" w14:textId="42BE06B3" w:rsidR="00A15A1C" w:rsidRPr="0020482C" w:rsidRDefault="006123A7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Barber, L. B., G. K. Brown, T. G. </w:t>
            </w:r>
            <w:proofErr w:type="spellStart"/>
            <w:r w:rsidRPr="0020482C">
              <w:rPr>
                <w:sz w:val="20"/>
                <w:szCs w:val="20"/>
              </w:rPr>
              <w:t>Nettesheim</w:t>
            </w:r>
            <w:proofErr w:type="spellEnd"/>
            <w:r w:rsidRPr="0020482C">
              <w:rPr>
                <w:sz w:val="20"/>
                <w:szCs w:val="20"/>
              </w:rPr>
              <w:t xml:space="preserve">, E. W. Murphy, S. E. Bartell &amp; H. L. </w:t>
            </w:r>
            <w:proofErr w:type="spellStart"/>
            <w:r w:rsidRPr="0020482C">
              <w:rPr>
                <w:sz w:val="20"/>
                <w:szCs w:val="20"/>
              </w:rPr>
              <w:t>Schoenfuss</w:t>
            </w:r>
            <w:proofErr w:type="spellEnd"/>
            <w:r w:rsidRPr="0020482C">
              <w:rPr>
                <w:sz w:val="20"/>
                <w:szCs w:val="20"/>
              </w:rPr>
              <w:t xml:space="preserve">, 2011. Effects of biologically active chemical mixtures on fish in a wastewater-impacted urban stream. Science of the Total Environment 409: 4720–4728. </w:t>
            </w:r>
            <w:hyperlink r:id="rId116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https://doi.org/10.1016/j.scitotenv.2011.06.039</w:t>
              </w:r>
            </w:hyperlink>
            <w:r w:rsidR="006B0D16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61063A23" w14:textId="77777777" w:rsidTr="00A15A1C">
        <w:tc>
          <w:tcPr>
            <w:tcW w:w="2435" w:type="dxa"/>
          </w:tcPr>
          <w:p w14:paraId="1839AEB8" w14:textId="450ECD97" w:rsidR="00A15A1C" w:rsidRPr="0020482C" w:rsidRDefault="00DE66EA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</w:rPr>
              <w:t xml:space="preserve">Reuben </w:t>
            </w:r>
            <w:r w:rsidR="00724D6E" w:rsidRPr="0020482C">
              <w:rPr>
                <w:sz w:val="20"/>
                <w:szCs w:val="20"/>
              </w:rPr>
              <w:t>et al. 2012</w:t>
            </w:r>
          </w:p>
        </w:tc>
        <w:tc>
          <w:tcPr>
            <w:tcW w:w="6205" w:type="dxa"/>
          </w:tcPr>
          <w:p w14:paraId="77F08409" w14:textId="0A5AD63D" w:rsidR="00A15A1C" w:rsidRPr="0020482C" w:rsidRDefault="000267D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Reuben, S., C. L. N. Chua, K. D. </w:t>
            </w:r>
            <w:proofErr w:type="spellStart"/>
            <w:r w:rsidRPr="0020482C">
              <w:rPr>
                <w:sz w:val="20"/>
                <w:szCs w:val="20"/>
              </w:rPr>
              <w:t>Fam</w:t>
            </w:r>
            <w:proofErr w:type="spellEnd"/>
            <w:r w:rsidRPr="0020482C">
              <w:rPr>
                <w:sz w:val="20"/>
                <w:szCs w:val="20"/>
              </w:rPr>
              <w:t xml:space="preserve">, Z. Y. A. </w:t>
            </w:r>
            <w:proofErr w:type="spellStart"/>
            <w:r w:rsidRPr="0020482C">
              <w:rPr>
                <w:sz w:val="20"/>
                <w:szCs w:val="20"/>
              </w:rPr>
              <w:t>Thian</w:t>
            </w:r>
            <w:proofErr w:type="spellEnd"/>
            <w:r w:rsidRPr="0020482C">
              <w:rPr>
                <w:sz w:val="20"/>
                <w:szCs w:val="20"/>
              </w:rPr>
              <w:t xml:space="preserve">, M. K. Kang &amp; S. </w:t>
            </w:r>
            <w:proofErr w:type="spellStart"/>
            <w:r w:rsidRPr="0020482C">
              <w:rPr>
                <w:sz w:val="20"/>
                <w:szCs w:val="20"/>
              </w:rPr>
              <w:t>Swarup</w:t>
            </w:r>
            <w:proofErr w:type="spellEnd"/>
            <w:r w:rsidRPr="0020482C">
              <w:rPr>
                <w:sz w:val="20"/>
                <w:szCs w:val="20"/>
              </w:rPr>
              <w:t xml:space="preserve">, 2012. Bacterial diversity on different surfaces in urban freshwater. Water Science and Technology 65: 1869–1874. </w:t>
            </w:r>
            <w:hyperlink r:id="rId117" w:history="1">
              <w:r w:rsidR="005740B8" w:rsidRPr="0020482C">
                <w:rPr>
                  <w:rStyle w:val="Hyperlink"/>
                  <w:color w:val="auto"/>
                  <w:sz w:val="20"/>
                  <w:szCs w:val="20"/>
                </w:rPr>
                <w:t>https://doi.org/10.2166/wst.2012.952</w:t>
              </w:r>
            </w:hyperlink>
            <w:r w:rsidR="005740B8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49EBDC8A" w14:textId="77777777" w:rsidTr="00A15A1C">
        <w:tc>
          <w:tcPr>
            <w:tcW w:w="2435" w:type="dxa"/>
          </w:tcPr>
          <w:p w14:paraId="46F14E12" w14:textId="560EE259" w:rsidR="00A15A1C" w:rsidRPr="0020482C" w:rsidRDefault="00DE66E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Vermonden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r w:rsidR="00724D6E" w:rsidRPr="0020482C">
              <w:rPr>
                <w:sz w:val="20"/>
                <w:szCs w:val="20"/>
              </w:rPr>
              <w:t>et al. 2012</w:t>
            </w:r>
          </w:p>
        </w:tc>
        <w:tc>
          <w:tcPr>
            <w:tcW w:w="6205" w:type="dxa"/>
          </w:tcPr>
          <w:p w14:paraId="324CDDF5" w14:textId="59D9A79E" w:rsidR="00A15A1C" w:rsidRPr="0020482C" w:rsidRDefault="000267D2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Vermonden</w:t>
            </w:r>
            <w:proofErr w:type="spellEnd"/>
            <w:r w:rsidRPr="0020482C">
              <w:rPr>
                <w:sz w:val="20"/>
                <w:szCs w:val="20"/>
              </w:rPr>
              <w:t xml:space="preserve">, K., G. van der </w:t>
            </w:r>
            <w:proofErr w:type="spellStart"/>
            <w:r w:rsidRPr="0020482C">
              <w:rPr>
                <w:sz w:val="20"/>
                <w:szCs w:val="20"/>
              </w:rPr>
              <w:t>Velde</w:t>
            </w:r>
            <w:proofErr w:type="spellEnd"/>
            <w:r w:rsidRPr="0020482C">
              <w:rPr>
                <w:sz w:val="20"/>
                <w:szCs w:val="20"/>
              </w:rPr>
              <w:t xml:space="preserve"> &amp; R. S. E. W. Leuven, 2012. Key factors for biodiversity of surface waters in climate proof cities. Resources, Conservation and Recycling 64: 56–62. </w:t>
            </w:r>
            <w:hyperlink r:id="rId118" w:history="1">
              <w:r w:rsidR="005740B8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https://doi.org/10.1016/j.resconrec.2011.01.003</w:t>
              </w:r>
            </w:hyperlink>
            <w:r w:rsidR="005740B8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244A241B" w14:textId="77777777" w:rsidTr="00A15A1C">
        <w:tc>
          <w:tcPr>
            <w:tcW w:w="2435" w:type="dxa"/>
          </w:tcPr>
          <w:p w14:paraId="34283932" w14:textId="6139F6F6" w:rsidR="00A15A1C" w:rsidRPr="0020482C" w:rsidRDefault="00DE66E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Johnston </w:t>
            </w:r>
            <w:r w:rsidR="00724D6E" w:rsidRPr="0020482C">
              <w:rPr>
                <w:sz w:val="20"/>
                <w:szCs w:val="20"/>
              </w:rPr>
              <w:t>et al. 2006</w:t>
            </w:r>
          </w:p>
        </w:tc>
        <w:tc>
          <w:tcPr>
            <w:tcW w:w="6205" w:type="dxa"/>
          </w:tcPr>
          <w:p w14:paraId="06271480" w14:textId="0E24DB07" w:rsidR="00A15A1C" w:rsidRPr="0020482C" w:rsidRDefault="000267D2" w:rsidP="00A15A1C">
            <w:pPr>
              <w:rPr>
                <w:sz w:val="20"/>
                <w:szCs w:val="20"/>
              </w:rPr>
            </w:pPr>
            <w:r w:rsidRPr="0020482C">
              <w:rPr>
                <w:rFonts w:hint="eastAsia"/>
                <w:sz w:val="20"/>
                <w:szCs w:val="20"/>
              </w:rPr>
              <w:t xml:space="preserve">Johnston, C., J. G. Day, H. </w:t>
            </w:r>
            <w:proofErr w:type="spellStart"/>
            <w:r w:rsidRPr="0020482C">
              <w:rPr>
                <w:rFonts w:hint="eastAsia"/>
                <w:sz w:val="20"/>
                <w:szCs w:val="20"/>
              </w:rPr>
              <w:t>Staines</w:t>
            </w:r>
            <w:proofErr w:type="spellEnd"/>
            <w:r w:rsidRPr="0020482C">
              <w:rPr>
                <w:rFonts w:hint="eastAsia"/>
                <w:sz w:val="20"/>
                <w:szCs w:val="20"/>
              </w:rPr>
              <w:t xml:space="preserve"> &amp; E. E. Benson, 2006. The development of a 2</w:t>
            </w:r>
            <w:proofErr w:type="gramStart"/>
            <w:r w:rsidRPr="0020482C">
              <w:rPr>
                <w:rFonts w:hint="eastAsia"/>
                <w:sz w:val="20"/>
                <w:szCs w:val="20"/>
              </w:rPr>
              <w:t>,2</w:t>
            </w:r>
            <w:proofErr w:type="gramEnd"/>
            <w:r w:rsidRPr="0020482C">
              <w:rPr>
                <w:rFonts w:hint="eastAsia"/>
                <w:sz w:val="20"/>
                <w:szCs w:val="20"/>
              </w:rPr>
              <w:t>′</w:t>
            </w:r>
            <w:r w:rsidRPr="0020482C">
              <w:rPr>
                <w:rFonts w:hint="eastAsia"/>
                <w:sz w:val="20"/>
                <w:szCs w:val="20"/>
              </w:rPr>
              <w:t xml:space="preserve">-azinobis-(3-ethyl-benzothiazoline-6-sulfonic acid) radical </w:t>
            </w:r>
            <w:proofErr w:type="spellStart"/>
            <w:r w:rsidRPr="0020482C">
              <w:rPr>
                <w:rFonts w:hint="eastAsia"/>
                <w:sz w:val="20"/>
                <w:szCs w:val="20"/>
              </w:rPr>
              <w:t>cation</w:t>
            </w:r>
            <w:proofErr w:type="spellEnd"/>
            <w:r w:rsidRPr="0020482C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rFonts w:hint="eastAsia"/>
                <w:sz w:val="20"/>
                <w:szCs w:val="20"/>
              </w:rPr>
              <w:t>decolourisation</w:t>
            </w:r>
            <w:proofErr w:type="spellEnd"/>
            <w:r w:rsidRPr="0020482C">
              <w:rPr>
                <w:rFonts w:hint="eastAsia"/>
                <w:sz w:val="20"/>
                <w:szCs w:val="20"/>
              </w:rPr>
              <w:t xml:space="preserve"> assay for evaluating total antioxidant status in an alga used to monitor environmental imp</w:t>
            </w:r>
            <w:r w:rsidRPr="0020482C">
              <w:rPr>
                <w:sz w:val="20"/>
                <w:szCs w:val="20"/>
              </w:rPr>
              <w:t xml:space="preserve">acts in urban aquatic habitats. Ecological Indicators 6: 280–289. </w:t>
            </w:r>
            <w:hyperlink r:id="rId119" w:history="1">
              <w:r w:rsidR="005740B8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https://doi.org/10.1016/j.ecolind.2005.03.003</w:t>
              </w:r>
            </w:hyperlink>
            <w:r w:rsidR="005740B8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2BE5746A" w14:textId="77777777" w:rsidTr="00A15A1C">
        <w:tc>
          <w:tcPr>
            <w:tcW w:w="2435" w:type="dxa"/>
          </w:tcPr>
          <w:p w14:paraId="4B57DCBA" w14:textId="30F734BC" w:rsidR="00A15A1C" w:rsidRPr="0020482C" w:rsidRDefault="00DE66E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Le</w:t>
            </w:r>
            <w:r w:rsidR="00724D6E" w:rsidRPr="0020482C">
              <w:rPr>
                <w:sz w:val="20"/>
                <w:szCs w:val="20"/>
              </w:rPr>
              <w:t xml:space="preserve"> et al. 2012</w:t>
            </w:r>
          </w:p>
        </w:tc>
        <w:tc>
          <w:tcPr>
            <w:tcW w:w="6205" w:type="dxa"/>
          </w:tcPr>
          <w:p w14:paraId="04BB98E6" w14:textId="0713A24E" w:rsidR="00A15A1C" w:rsidRPr="0020482C" w:rsidRDefault="000267D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Lee, B.-Y., S.-J. Park, M. C. </w:t>
            </w:r>
            <w:proofErr w:type="spellStart"/>
            <w:r w:rsidRPr="0020482C">
              <w:rPr>
                <w:sz w:val="20"/>
                <w:szCs w:val="20"/>
              </w:rPr>
              <w:t>Paule</w:t>
            </w:r>
            <w:proofErr w:type="spellEnd"/>
            <w:r w:rsidRPr="0020482C">
              <w:rPr>
                <w:sz w:val="20"/>
                <w:szCs w:val="20"/>
              </w:rPr>
              <w:t xml:space="preserve">-Mercado, W. Jun &amp; C.-H. Lee, 2012. Effects of impervious cover on the surface water quality and aquatic ecosystem of the </w:t>
            </w:r>
            <w:proofErr w:type="spellStart"/>
            <w:r w:rsidRPr="0020482C">
              <w:rPr>
                <w:sz w:val="20"/>
                <w:szCs w:val="20"/>
              </w:rPr>
              <w:t>Kyeongan</w:t>
            </w:r>
            <w:proofErr w:type="spellEnd"/>
            <w:r w:rsidRPr="0020482C">
              <w:rPr>
                <w:sz w:val="20"/>
                <w:szCs w:val="20"/>
              </w:rPr>
              <w:t xml:space="preserve"> stream in South Korea. Water Environment Research 84: 635–645. </w:t>
            </w:r>
            <w:hyperlink r:id="rId120" w:history="1">
              <w:r w:rsidR="005740B8" w:rsidRPr="0020482C">
                <w:rPr>
                  <w:rStyle w:val="Hyperlink"/>
                  <w:color w:val="auto"/>
                  <w:sz w:val="20"/>
                  <w:szCs w:val="20"/>
                </w:rPr>
                <w:t>https://doi.org/10.2175/106143012X13373550426878</w:t>
              </w:r>
            </w:hyperlink>
            <w:r w:rsidR="005740B8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63C719CC" w14:textId="77777777" w:rsidTr="00A15A1C">
        <w:tc>
          <w:tcPr>
            <w:tcW w:w="2435" w:type="dxa"/>
          </w:tcPr>
          <w:p w14:paraId="1CAFDD94" w14:textId="3EEB62AC" w:rsidR="00A15A1C" w:rsidRPr="0020482C" w:rsidRDefault="00DE66E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Van </w:t>
            </w:r>
            <w:proofErr w:type="spellStart"/>
            <w:r w:rsidRPr="0020482C">
              <w:rPr>
                <w:sz w:val="20"/>
                <w:szCs w:val="20"/>
              </w:rPr>
              <w:t>Wyk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r w:rsidR="00724D6E" w:rsidRPr="0020482C">
              <w:rPr>
                <w:sz w:val="20"/>
                <w:szCs w:val="20"/>
              </w:rPr>
              <w:t>et al. 2000</w:t>
            </w:r>
          </w:p>
        </w:tc>
        <w:tc>
          <w:tcPr>
            <w:tcW w:w="6205" w:type="dxa"/>
          </w:tcPr>
          <w:p w14:paraId="21D42CCB" w14:textId="17464BFA" w:rsidR="00A15A1C" w:rsidRPr="0020482C" w:rsidRDefault="000267D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Van </w:t>
            </w:r>
            <w:proofErr w:type="spellStart"/>
            <w:r w:rsidRPr="0020482C">
              <w:rPr>
                <w:sz w:val="20"/>
                <w:szCs w:val="20"/>
              </w:rPr>
              <w:t>Wyk</w:t>
            </w:r>
            <w:proofErr w:type="spellEnd"/>
            <w:r w:rsidRPr="0020482C">
              <w:rPr>
                <w:sz w:val="20"/>
                <w:szCs w:val="20"/>
              </w:rPr>
              <w:t xml:space="preserve">, E., S. S. </w:t>
            </w:r>
            <w:proofErr w:type="spellStart"/>
            <w:r w:rsidRPr="0020482C">
              <w:rPr>
                <w:sz w:val="20"/>
                <w:szCs w:val="20"/>
              </w:rPr>
              <w:t>Cilliers</w:t>
            </w:r>
            <w:proofErr w:type="spellEnd"/>
            <w:r w:rsidRPr="0020482C">
              <w:rPr>
                <w:sz w:val="20"/>
                <w:szCs w:val="20"/>
              </w:rPr>
              <w:t xml:space="preserve"> &amp; G. J. </w:t>
            </w:r>
            <w:proofErr w:type="spellStart"/>
            <w:r w:rsidRPr="0020482C">
              <w:rPr>
                <w:sz w:val="20"/>
                <w:szCs w:val="20"/>
              </w:rPr>
              <w:t>Bredenkamp</w:t>
            </w:r>
            <w:proofErr w:type="spellEnd"/>
            <w:r w:rsidRPr="0020482C">
              <w:rPr>
                <w:sz w:val="20"/>
                <w:szCs w:val="20"/>
              </w:rPr>
              <w:t xml:space="preserve">, 2000. Vegetation analysis of wetlands in the Klerksdorp Municipal Area, North West Province, South Africa. South African Journal of Botany 66: 52–62. </w:t>
            </w:r>
            <w:hyperlink r:id="rId121" w:history="1">
              <w:r w:rsidR="005740B8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https://doi.org/10.1016/S0254-6299(15)31051-6</w:t>
              </w:r>
            </w:hyperlink>
            <w:r w:rsidR="005740B8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33A657DD" w14:textId="77777777" w:rsidTr="00A15A1C">
        <w:tc>
          <w:tcPr>
            <w:tcW w:w="2435" w:type="dxa"/>
          </w:tcPr>
          <w:p w14:paraId="68358DD5" w14:textId="3D74A635" w:rsidR="00A15A1C" w:rsidRPr="0020482C" w:rsidRDefault="00DE66E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Francis </w:t>
            </w:r>
            <w:r w:rsidR="00724D6E" w:rsidRPr="0020482C">
              <w:rPr>
                <w:sz w:val="20"/>
                <w:szCs w:val="20"/>
              </w:rPr>
              <w:t>et al. 2007</w:t>
            </w:r>
          </w:p>
        </w:tc>
        <w:tc>
          <w:tcPr>
            <w:tcW w:w="6205" w:type="dxa"/>
          </w:tcPr>
          <w:p w14:paraId="698F25B4" w14:textId="7EDD6DCA" w:rsidR="00A15A1C" w:rsidRPr="0020482C" w:rsidRDefault="000267D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Francis, T. B., D. E. Schindler, J. M. Fox &amp; E. </w:t>
            </w:r>
            <w:proofErr w:type="spellStart"/>
            <w:r w:rsidRPr="0020482C">
              <w:rPr>
                <w:sz w:val="20"/>
                <w:szCs w:val="20"/>
              </w:rPr>
              <w:t>Seminet-Reneau</w:t>
            </w:r>
            <w:proofErr w:type="spellEnd"/>
            <w:r w:rsidRPr="0020482C">
              <w:rPr>
                <w:sz w:val="20"/>
                <w:szCs w:val="20"/>
              </w:rPr>
              <w:t xml:space="preserve">, 2007. Effects of urbanization on the dynamics of organic sediments in temperate lakes. Ecosystems 10: 1057–1068. </w:t>
            </w:r>
            <w:hyperlink r:id="rId122" w:history="1">
              <w:r w:rsidR="005740B8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https://doi.org/10.1007/s10021-007-9077-0</w:t>
              </w:r>
            </w:hyperlink>
            <w:r w:rsidR="005740B8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E75BDE1" w14:textId="77777777" w:rsidTr="00A15A1C">
        <w:tc>
          <w:tcPr>
            <w:tcW w:w="2435" w:type="dxa"/>
          </w:tcPr>
          <w:p w14:paraId="0F857B3A" w14:textId="2BA12256" w:rsidR="00A15A1C" w:rsidRPr="0020482C" w:rsidRDefault="00DE66E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Dallimer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r w:rsidR="00724D6E" w:rsidRPr="0020482C">
              <w:rPr>
                <w:sz w:val="20"/>
                <w:szCs w:val="20"/>
              </w:rPr>
              <w:t>et al. 2012</w:t>
            </w:r>
          </w:p>
        </w:tc>
        <w:tc>
          <w:tcPr>
            <w:tcW w:w="6205" w:type="dxa"/>
          </w:tcPr>
          <w:p w14:paraId="0ED50D8E" w14:textId="67AB6E91" w:rsidR="00A15A1C" w:rsidRPr="0020482C" w:rsidRDefault="000267D2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Dallimer</w:t>
            </w:r>
            <w:proofErr w:type="spellEnd"/>
            <w:r w:rsidRPr="0020482C">
              <w:rPr>
                <w:sz w:val="20"/>
                <w:szCs w:val="20"/>
              </w:rPr>
              <w:t xml:space="preserve">, M., J. R. </w:t>
            </w:r>
            <w:proofErr w:type="spellStart"/>
            <w:r w:rsidRPr="0020482C">
              <w:rPr>
                <w:sz w:val="20"/>
                <w:szCs w:val="20"/>
              </w:rPr>
              <w:t>Rouquette</w:t>
            </w:r>
            <w:proofErr w:type="spellEnd"/>
            <w:r w:rsidRPr="0020482C">
              <w:rPr>
                <w:sz w:val="20"/>
                <w:szCs w:val="20"/>
              </w:rPr>
              <w:t xml:space="preserve">, A. M. J. Skinner, P. R. </w:t>
            </w:r>
            <w:proofErr w:type="spellStart"/>
            <w:r w:rsidRPr="0020482C">
              <w:rPr>
                <w:sz w:val="20"/>
                <w:szCs w:val="20"/>
              </w:rPr>
              <w:t>Armsworth</w:t>
            </w:r>
            <w:proofErr w:type="spellEnd"/>
            <w:r w:rsidRPr="0020482C">
              <w:rPr>
                <w:sz w:val="20"/>
                <w:szCs w:val="20"/>
              </w:rPr>
              <w:t xml:space="preserve">, L. M. </w:t>
            </w:r>
            <w:proofErr w:type="spellStart"/>
            <w:r w:rsidRPr="0020482C">
              <w:rPr>
                <w:sz w:val="20"/>
                <w:szCs w:val="20"/>
              </w:rPr>
              <w:t>Maltby</w:t>
            </w:r>
            <w:proofErr w:type="spellEnd"/>
            <w:r w:rsidRPr="0020482C">
              <w:rPr>
                <w:sz w:val="20"/>
                <w:szCs w:val="20"/>
              </w:rPr>
              <w:t xml:space="preserve">, P. H. Warren &amp; K. J. Gaston, 2012. Contrasting patterns in species richness of birds, butterflies and plants along riparian corridors in an urban landscape. Diversity and Distributions 18: 742–753. </w:t>
            </w:r>
            <w:hyperlink r:id="rId123" w:history="1">
              <w:r w:rsidR="005740B8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https://doi.org/10.1111/j.1472-4642.2012.00891.x</w:t>
              </w:r>
            </w:hyperlink>
            <w:r w:rsidR="005740B8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0F8CF20C" w14:textId="77777777" w:rsidTr="00A15A1C">
        <w:tc>
          <w:tcPr>
            <w:tcW w:w="2435" w:type="dxa"/>
          </w:tcPr>
          <w:p w14:paraId="482CF519" w14:textId="40BA7F3B" w:rsidR="00A15A1C" w:rsidRPr="0020482C" w:rsidRDefault="00DE66E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Oberholster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r w:rsidR="00724D6E" w:rsidRPr="0020482C">
              <w:rPr>
                <w:sz w:val="20"/>
                <w:szCs w:val="20"/>
              </w:rPr>
              <w:t>et al. 2006</w:t>
            </w:r>
          </w:p>
        </w:tc>
        <w:tc>
          <w:tcPr>
            <w:tcW w:w="6205" w:type="dxa"/>
          </w:tcPr>
          <w:p w14:paraId="7FC3A48F" w14:textId="36BDAA96" w:rsidR="00A15A1C" w:rsidRPr="0020482C" w:rsidRDefault="000267D2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Oberholster</w:t>
            </w:r>
            <w:proofErr w:type="spellEnd"/>
            <w:r w:rsidRPr="0020482C">
              <w:rPr>
                <w:sz w:val="20"/>
                <w:szCs w:val="20"/>
              </w:rPr>
              <w:t xml:space="preserve">, P. J., A.-M. Botha &amp; T. E. </w:t>
            </w:r>
            <w:proofErr w:type="spellStart"/>
            <w:r w:rsidRPr="0020482C">
              <w:rPr>
                <w:sz w:val="20"/>
                <w:szCs w:val="20"/>
              </w:rPr>
              <w:t>Cloete</w:t>
            </w:r>
            <w:proofErr w:type="spellEnd"/>
            <w:r w:rsidRPr="0020482C">
              <w:rPr>
                <w:sz w:val="20"/>
                <w:szCs w:val="20"/>
              </w:rPr>
              <w:t xml:space="preserve">, 2006. Toxic </w:t>
            </w:r>
            <w:proofErr w:type="spellStart"/>
            <w:r w:rsidRPr="0020482C">
              <w:rPr>
                <w:sz w:val="20"/>
                <w:szCs w:val="20"/>
              </w:rPr>
              <w:t>cyanobacterial</w:t>
            </w:r>
            <w:proofErr w:type="spellEnd"/>
            <w:r w:rsidRPr="0020482C">
              <w:rPr>
                <w:sz w:val="20"/>
                <w:szCs w:val="20"/>
              </w:rPr>
              <w:t xml:space="preserve"> blooms in a shallow, artificially mixed urban lake in Colorado, USA. Lakes &amp; Reservoirs: Research &amp; Management 11: 111–123. </w:t>
            </w:r>
            <w:hyperlink r:id="rId124" w:history="1">
              <w:r w:rsidR="005740B8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https://doi.org/10.1111/j.1440-1770.2006.00297.x</w:t>
              </w:r>
            </w:hyperlink>
            <w:r w:rsidR="005740B8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22AA62C5" w14:textId="77777777" w:rsidTr="00A15A1C">
        <w:tc>
          <w:tcPr>
            <w:tcW w:w="2435" w:type="dxa"/>
          </w:tcPr>
          <w:p w14:paraId="2D2E5FA5" w14:textId="758228F0" w:rsidR="00A15A1C" w:rsidRPr="0020482C" w:rsidRDefault="00DE66E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Contardo-Jara </w:t>
            </w:r>
            <w:r w:rsidR="00724D6E" w:rsidRPr="0020482C">
              <w:rPr>
                <w:sz w:val="20"/>
                <w:szCs w:val="20"/>
                <w:lang w:val="pt-BR"/>
              </w:rPr>
              <w:t>&amp; Wiegand</w:t>
            </w:r>
            <w:r w:rsidR="00167030" w:rsidRPr="0020482C">
              <w:rPr>
                <w:sz w:val="20"/>
                <w:szCs w:val="20"/>
                <w:lang w:val="pt-BR"/>
              </w:rPr>
              <w:t>,</w:t>
            </w:r>
            <w:r w:rsidR="00724D6E" w:rsidRPr="0020482C">
              <w:rPr>
                <w:sz w:val="20"/>
                <w:szCs w:val="20"/>
                <w:lang w:val="pt-BR"/>
              </w:rPr>
              <w:t xml:space="preserve"> 2008</w:t>
            </w:r>
          </w:p>
        </w:tc>
        <w:tc>
          <w:tcPr>
            <w:tcW w:w="6205" w:type="dxa"/>
          </w:tcPr>
          <w:p w14:paraId="67181A00" w14:textId="25461B47" w:rsidR="00A15A1C" w:rsidRPr="0020482C" w:rsidRDefault="000267D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Contardo-Jara, V. &amp; C. Wiegand, 2008. </w:t>
            </w:r>
            <w:r w:rsidRPr="0020482C">
              <w:rPr>
                <w:sz w:val="20"/>
                <w:szCs w:val="20"/>
              </w:rPr>
              <w:t xml:space="preserve">Biotransformation and antioxidant enzymes of </w:t>
            </w:r>
            <w:proofErr w:type="spellStart"/>
            <w:r w:rsidRPr="0020482C">
              <w:rPr>
                <w:sz w:val="20"/>
                <w:szCs w:val="20"/>
              </w:rPr>
              <w:t>Lumbriculus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variegatus</w:t>
            </w:r>
            <w:proofErr w:type="spellEnd"/>
            <w:r w:rsidRPr="0020482C">
              <w:rPr>
                <w:sz w:val="20"/>
                <w:szCs w:val="20"/>
              </w:rPr>
              <w:t xml:space="preserve"> as biomarkers of contaminated sediment exposure. </w:t>
            </w:r>
            <w:r w:rsidRPr="0020482C">
              <w:rPr>
                <w:sz w:val="20"/>
                <w:szCs w:val="20"/>
                <w:lang w:val="pt-BR"/>
              </w:rPr>
              <w:t xml:space="preserve">Chemosphere 70: 1879–1888.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"https://doi.org/10.1016/j.chemosphere.2007.07.072" </w:instrText>
            </w:r>
            <w:r w:rsidR="0020482C" w:rsidRPr="0020482C">
              <w:fldChar w:fldCharType="separate"/>
            </w:r>
            <w:r w:rsidR="005740B8" w:rsidRPr="0020482C">
              <w:rPr>
                <w:rStyle w:val="Hyperlink"/>
                <w:color w:val="auto"/>
                <w:sz w:val="20"/>
                <w:szCs w:val="20"/>
              </w:rPr>
              <w:t>https://doi.org/10.1016/j.chemosphere.2007.07.072</w:t>
            </w:r>
            <w:r w:rsidR="0020482C" w:rsidRPr="0020482C">
              <w:rPr>
                <w:rStyle w:val="Hyperlink"/>
                <w:color w:val="auto"/>
                <w:sz w:val="20"/>
                <w:szCs w:val="20"/>
              </w:rPr>
              <w:fldChar w:fldCharType="end"/>
            </w:r>
            <w:r w:rsidR="005740B8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62D8CEC" w14:textId="77777777" w:rsidTr="00A15A1C">
        <w:tc>
          <w:tcPr>
            <w:tcW w:w="2435" w:type="dxa"/>
          </w:tcPr>
          <w:p w14:paraId="7D9BE133" w14:textId="7851F702" w:rsidR="00A15A1C" w:rsidRPr="0020482C" w:rsidRDefault="00DE66E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Vermonden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r w:rsidR="00724D6E" w:rsidRPr="0020482C">
              <w:rPr>
                <w:sz w:val="20"/>
                <w:szCs w:val="20"/>
              </w:rPr>
              <w:t>et al. 2011</w:t>
            </w:r>
          </w:p>
        </w:tc>
        <w:tc>
          <w:tcPr>
            <w:tcW w:w="6205" w:type="dxa"/>
          </w:tcPr>
          <w:p w14:paraId="601B6639" w14:textId="0D914405" w:rsidR="00A15A1C" w:rsidRPr="0020482C" w:rsidRDefault="000267D2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Vermonden</w:t>
            </w:r>
            <w:proofErr w:type="spellEnd"/>
            <w:r w:rsidRPr="0020482C">
              <w:rPr>
                <w:sz w:val="20"/>
                <w:szCs w:val="20"/>
              </w:rPr>
              <w:t xml:space="preserve">, K., K. P. </w:t>
            </w:r>
            <w:proofErr w:type="spellStart"/>
            <w:r w:rsidRPr="0020482C">
              <w:rPr>
                <w:sz w:val="20"/>
                <w:szCs w:val="20"/>
              </w:rPr>
              <w:t>Brodersen</w:t>
            </w:r>
            <w:proofErr w:type="spellEnd"/>
            <w:r w:rsidRPr="0020482C">
              <w:rPr>
                <w:sz w:val="20"/>
                <w:szCs w:val="20"/>
              </w:rPr>
              <w:t xml:space="preserve">, D. Jacobsen, H. van </w:t>
            </w:r>
            <w:proofErr w:type="spellStart"/>
            <w:r w:rsidRPr="0020482C">
              <w:rPr>
                <w:sz w:val="20"/>
                <w:szCs w:val="20"/>
              </w:rPr>
              <w:t>Kleef</w:t>
            </w:r>
            <w:proofErr w:type="spellEnd"/>
            <w:r w:rsidRPr="0020482C">
              <w:rPr>
                <w:sz w:val="20"/>
                <w:szCs w:val="20"/>
              </w:rPr>
              <w:t xml:space="preserve">, G. van der </w:t>
            </w:r>
            <w:proofErr w:type="spellStart"/>
            <w:r w:rsidRPr="0020482C">
              <w:rPr>
                <w:sz w:val="20"/>
                <w:szCs w:val="20"/>
              </w:rPr>
              <w:t>Velde</w:t>
            </w:r>
            <w:proofErr w:type="spellEnd"/>
            <w:r w:rsidRPr="0020482C">
              <w:rPr>
                <w:sz w:val="20"/>
                <w:szCs w:val="20"/>
              </w:rPr>
              <w:t xml:space="preserve"> &amp; R. S. E. W. Leuven, 2011. The influence of environmental factors and dredging on </w:t>
            </w:r>
            <w:proofErr w:type="spellStart"/>
            <w:r w:rsidRPr="0020482C">
              <w:rPr>
                <w:sz w:val="20"/>
                <w:szCs w:val="20"/>
              </w:rPr>
              <w:t>chironomid</w:t>
            </w:r>
            <w:proofErr w:type="spellEnd"/>
            <w:r w:rsidRPr="0020482C">
              <w:rPr>
                <w:sz w:val="20"/>
                <w:szCs w:val="20"/>
              </w:rPr>
              <w:t xml:space="preserve"> larval diversity in urban drainage systems in polders strongly influenced by seepage from large rivers. Journal of the North American </w:t>
            </w:r>
            <w:proofErr w:type="spellStart"/>
            <w:r w:rsidRPr="0020482C">
              <w:rPr>
                <w:sz w:val="20"/>
                <w:szCs w:val="20"/>
              </w:rPr>
              <w:t>Benthological</w:t>
            </w:r>
            <w:proofErr w:type="spellEnd"/>
            <w:r w:rsidRPr="0020482C">
              <w:rPr>
                <w:sz w:val="20"/>
                <w:szCs w:val="20"/>
              </w:rPr>
              <w:t xml:space="preserve"> Society 30: 1074–1092. </w:t>
            </w:r>
            <w:hyperlink r:id="rId125" w:history="1">
              <w:r w:rsidR="005740B8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https://doi.org/10.1899/10-047.1</w:t>
              </w:r>
            </w:hyperlink>
            <w:r w:rsidR="005740B8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48E01FC8" w14:textId="77777777" w:rsidTr="00A15A1C">
        <w:tc>
          <w:tcPr>
            <w:tcW w:w="2435" w:type="dxa"/>
          </w:tcPr>
          <w:p w14:paraId="6C840902" w14:textId="59824446" w:rsidR="00A15A1C" w:rsidRPr="0020482C" w:rsidRDefault="00DE66E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Ranta</w:t>
            </w:r>
            <w:proofErr w:type="spellEnd"/>
            <w:r w:rsidR="00724D6E" w:rsidRPr="0020482C">
              <w:rPr>
                <w:sz w:val="20"/>
                <w:szCs w:val="20"/>
              </w:rPr>
              <w:t xml:space="preserve"> &amp; </w:t>
            </w:r>
            <w:proofErr w:type="spellStart"/>
            <w:r w:rsidR="00724D6E" w:rsidRPr="0020482C">
              <w:rPr>
                <w:sz w:val="20"/>
                <w:szCs w:val="20"/>
              </w:rPr>
              <w:t>Toivonen</w:t>
            </w:r>
            <w:proofErr w:type="spellEnd"/>
            <w:r w:rsidR="00167030" w:rsidRPr="0020482C">
              <w:rPr>
                <w:sz w:val="20"/>
                <w:szCs w:val="20"/>
              </w:rPr>
              <w:t>,</w:t>
            </w:r>
            <w:r w:rsidR="00724D6E" w:rsidRPr="0020482C">
              <w:rPr>
                <w:sz w:val="20"/>
                <w:szCs w:val="20"/>
              </w:rPr>
              <w:t xml:space="preserve"> 2008</w:t>
            </w:r>
          </w:p>
        </w:tc>
        <w:tc>
          <w:tcPr>
            <w:tcW w:w="6205" w:type="dxa"/>
          </w:tcPr>
          <w:p w14:paraId="205A7250" w14:textId="18EB2366" w:rsidR="00A15A1C" w:rsidRPr="0020482C" w:rsidRDefault="000267D2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Ranta</w:t>
            </w:r>
            <w:proofErr w:type="spellEnd"/>
            <w:r w:rsidRPr="0020482C">
              <w:rPr>
                <w:sz w:val="20"/>
                <w:szCs w:val="20"/>
              </w:rPr>
              <w:t xml:space="preserve">, P. &amp; H. </w:t>
            </w:r>
            <w:proofErr w:type="spellStart"/>
            <w:r w:rsidRPr="0020482C">
              <w:rPr>
                <w:sz w:val="20"/>
                <w:szCs w:val="20"/>
              </w:rPr>
              <w:t>Toivonen</w:t>
            </w:r>
            <w:proofErr w:type="spellEnd"/>
            <w:r w:rsidRPr="0020482C">
              <w:rPr>
                <w:sz w:val="20"/>
                <w:szCs w:val="20"/>
              </w:rPr>
              <w:t xml:space="preserve">, 2008. Changes in aquatic </w:t>
            </w:r>
            <w:proofErr w:type="spellStart"/>
            <w:r w:rsidRPr="0020482C">
              <w:rPr>
                <w:sz w:val="20"/>
                <w:szCs w:val="20"/>
              </w:rPr>
              <w:t>macrophytes</w:t>
            </w:r>
            <w:proofErr w:type="spellEnd"/>
            <w:r w:rsidRPr="0020482C">
              <w:rPr>
                <w:sz w:val="20"/>
                <w:szCs w:val="20"/>
              </w:rPr>
              <w:t xml:space="preserve"> since 1933 in an urban lake, </w:t>
            </w:r>
            <w:proofErr w:type="spellStart"/>
            <w:r w:rsidRPr="0020482C">
              <w:rPr>
                <w:sz w:val="20"/>
                <w:szCs w:val="20"/>
              </w:rPr>
              <w:t>Lidesjärvi</w:t>
            </w:r>
            <w:proofErr w:type="spellEnd"/>
            <w:r w:rsidRPr="0020482C">
              <w:rPr>
                <w:sz w:val="20"/>
                <w:szCs w:val="20"/>
              </w:rPr>
              <w:t xml:space="preserve">, SW Finland. </w:t>
            </w:r>
            <w:proofErr w:type="spellStart"/>
            <w:r w:rsidRPr="0020482C">
              <w:rPr>
                <w:sz w:val="20"/>
                <w:szCs w:val="20"/>
              </w:rPr>
              <w:t>Annales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Botanici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Fennici</w:t>
            </w:r>
            <w:proofErr w:type="spellEnd"/>
            <w:r w:rsidRPr="0020482C">
              <w:rPr>
                <w:sz w:val="20"/>
                <w:szCs w:val="20"/>
              </w:rPr>
              <w:t xml:space="preserve"> 45: 359–371. </w:t>
            </w:r>
            <w:hyperlink r:id="rId126" w:history="1">
              <w:r w:rsidR="005740B8" w:rsidRPr="0020482C">
                <w:rPr>
                  <w:rStyle w:val="Hyperlink"/>
                  <w:color w:val="auto"/>
                  <w:sz w:val="20"/>
                  <w:szCs w:val="20"/>
                </w:rPr>
                <w:t>https://doi.org/10.5735/085.045.0503</w:t>
              </w:r>
            </w:hyperlink>
            <w:r w:rsidR="005740B8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5E57E7E" w14:textId="77777777" w:rsidTr="00A15A1C">
        <w:tc>
          <w:tcPr>
            <w:tcW w:w="2435" w:type="dxa"/>
          </w:tcPr>
          <w:p w14:paraId="593028C0" w14:textId="549F5E30" w:rsidR="00A15A1C" w:rsidRPr="0020482C" w:rsidRDefault="00DE66E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Herringshaw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r w:rsidR="00724D6E" w:rsidRPr="0020482C">
              <w:rPr>
                <w:sz w:val="20"/>
                <w:szCs w:val="20"/>
              </w:rPr>
              <w:t>et al. 2010</w:t>
            </w:r>
          </w:p>
        </w:tc>
        <w:tc>
          <w:tcPr>
            <w:tcW w:w="6205" w:type="dxa"/>
          </w:tcPr>
          <w:p w14:paraId="27983993" w14:textId="0FB9C0A5" w:rsidR="00A15A1C" w:rsidRPr="0020482C" w:rsidRDefault="000267D2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Herringshaw</w:t>
            </w:r>
            <w:proofErr w:type="spellEnd"/>
            <w:r w:rsidRPr="0020482C">
              <w:rPr>
                <w:sz w:val="20"/>
                <w:szCs w:val="20"/>
              </w:rPr>
              <w:t xml:space="preserve">, C. J., J. R. Thompson &amp; T. W. Stewart, 2010. Learning about restoration of urban ecosystems: a case study integrating public participation, </w:t>
            </w:r>
            <w:proofErr w:type="spellStart"/>
            <w:r w:rsidRPr="0020482C">
              <w:rPr>
                <w:sz w:val="20"/>
                <w:szCs w:val="20"/>
              </w:rPr>
              <w:t>stormwater</w:t>
            </w:r>
            <w:proofErr w:type="spellEnd"/>
            <w:r w:rsidRPr="0020482C">
              <w:rPr>
                <w:sz w:val="20"/>
                <w:szCs w:val="20"/>
              </w:rPr>
              <w:t xml:space="preserve"> management, and ecological research. Urban Ecosystems 13: 535–562. </w:t>
            </w:r>
            <w:hyperlink r:id="rId127" w:history="1">
              <w:r w:rsidR="005740B8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https://doi.org/10.1007/s11252-010-0134-7</w:t>
              </w:r>
            </w:hyperlink>
            <w:r w:rsidR="005740B8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48A44A89" w14:textId="77777777" w:rsidTr="00A15A1C">
        <w:tc>
          <w:tcPr>
            <w:tcW w:w="2435" w:type="dxa"/>
          </w:tcPr>
          <w:p w14:paraId="20326332" w14:textId="55F8D112" w:rsidR="00A15A1C" w:rsidRPr="0020482C" w:rsidRDefault="00DE66E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Carew </w:t>
            </w:r>
            <w:r w:rsidR="00724D6E" w:rsidRPr="0020482C">
              <w:rPr>
                <w:sz w:val="20"/>
                <w:szCs w:val="20"/>
              </w:rPr>
              <w:t>et al. 2007</w:t>
            </w:r>
          </w:p>
        </w:tc>
        <w:tc>
          <w:tcPr>
            <w:tcW w:w="6205" w:type="dxa"/>
          </w:tcPr>
          <w:p w14:paraId="48142A37" w14:textId="24147C5E" w:rsidR="00A15A1C" w:rsidRPr="0020482C" w:rsidRDefault="000267D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Carew, M. E., V. </w:t>
            </w:r>
            <w:proofErr w:type="spellStart"/>
            <w:r w:rsidRPr="0020482C">
              <w:rPr>
                <w:sz w:val="20"/>
                <w:szCs w:val="20"/>
              </w:rPr>
              <w:t>Pettigrove</w:t>
            </w:r>
            <w:proofErr w:type="spellEnd"/>
            <w:r w:rsidRPr="0020482C">
              <w:rPr>
                <w:sz w:val="20"/>
                <w:szCs w:val="20"/>
              </w:rPr>
              <w:t xml:space="preserve">, R. L. Cox &amp; A. A. Hoffmann, 2007. The response of </w:t>
            </w:r>
            <w:proofErr w:type="spellStart"/>
            <w:r w:rsidRPr="0020482C">
              <w:rPr>
                <w:sz w:val="20"/>
                <w:szCs w:val="20"/>
              </w:rPr>
              <w:t>Chironomidae</w:t>
            </w:r>
            <w:proofErr w:type="spellEnd"/>
            <w:r w:rsidRPr="0020482C">
              <w:rPr>
                <w:sz w:val="20"/>
                <w:szCs w:val="20"/>
              </w:rPr>
              <w:t xml:space="preserve"> to sediment pollution and other environmental characteristics in urban wetlands. Freshwater Biology 52: 2444–2462. </w:t>
            </w:r>
            <w:hyperlink r:id="rId128" w:history="1">
              <w:r w:rsidR="005740B8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https://doi.org/10.1111/j.1365-2427.2007.01840.x</w:t>
              </w:r>
            </w:hyperlink>
            <w:r w:rsidR="005740B8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66D52356" w14:textId="77777777" w:rsidTr="00A15A1C">
        <w:tc>
          <w:tcPr>
            <w:tcW w:w="2435" w:type="dxa"/>
          </w:tcPr>
          <w:p w14:paraId="61CC3957" w14:textId="572D6558" w:rsidR="00A15A1C" w:rsidRPr="0020482C" w:rsidRDefault="00DE66E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Vermonden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r w:rsidR="00724D6E" w:rsidRPr="0020482C">
              <w:rPr>
                <w:sz w:val="20"/>
                <w:szCs w:val="20"/>
              </w:rPr>
              <w:t>et al. 2009</w:t>
            </w:r>
          </w:p>
        </w:tc>
        <w:tc>
          <w:tcPr>
            <w:tcW w:w="6205" w:type="dxa"/>
          </w:tcPr>
          <w:p w14:paraId="72C0BB0F" w14:textId="7E86BA8D" w:rsidR="00A15A1C" w:rsidRPr="0020482C" w:rsidRDefault="000267D2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Vermonden</w:t>
            </w:r>
            <w:proofErr w:type="spellEnd"/>
            <w:r w:rsidRPr="0020482C">
              <w:rPr>
                <w:sz w:val="20"/>
                <w:szCs w:val="20"/>
              </w:rPr>
              <w:t xml:space="preserve">, K., R. S. E. W. Leuven, G. van der </w:t>
            </w:r>
            <w:proofErr w:type="spellStart"/>
            <w:r w:rsidRPr="0020482C">
              <w:rPr>
                <w:sz w:val="20"/>
                <w:szCs w:val="20"/>
              </w:rPr>
              <w:t>Velde</w:t>
            </w:r>
            <w:proofErr w:type="spellEnd"/>
            <w:r w:rsidRPr="0020482C">
              <w:rPr>
                <w:sz w:val="20"/>
                <w:szCs w:val="20"/>
              </w:rPr>
              <w:t xml:space="preserve">, M. M. van </w:t>
            </w:r>
            <w:proofErr w:type="spellStart"/>
            <w:r w:rsidRPr="0020482C">
              <w:rPr>
                <w:sz w:val="20"/>
                <w:szCs w:val="20"/>
              </w:rPr>
              <w:t>Katwijk</w:t>
            </w:r>
            <w:proofErr w:type="spellEnd"/>
            <w:r w:rsidRPr="0020482C">
              <w:rPr>
                <w:sz w:val="20"/>
                <w:szCs w:val="20"/>
              </w:rPr>
              <w:t xml:space="preserve">, J. G. M. </w:t>
            </w:r>
            <w:proofErr w:type="spellStart"/>
            <w:r w:rsidRPr="0020482C">
              <w:rPr>
                <w:sz w:val="20"/>
                <w:szCs w:val="20"/>
              </w:rPr>
              <w:t>Roelofs</w:t>
            </w:r>
            <w:proofErr w:type="spellEnd"/>
            <w:r w:rsidRPr="0020482C">
              <w:rPr>
                <w:sz w:val="20"/>
                <w:szCs w:val="20"/>
              </w:rPr>
              <w:t xml:space="preserve"> &amp; A. Jan </w:t>
            </w:r>
            <w:proofErr w:type="spellStart"/>
            <w:r w:rsidRPr="0020482C">
              <w:rPr>
                <w:sz w:val="20"/>
                <w:szCs w:val="20"/>
              </w:rPr>
              <w:t>Hendriks</w:t>
            </w:r>
            <w:proofErr w:type="spellEnd"/>
            <w:r w:rsidRPr="0020482C">
              <w:rPr>
                <w:sz w:val="20"/>
                <w:szCs w:val="20"/>
              </w:rPr>
              <w:t xml:space="preserve">, 2009. Urban drainage systems: an undervalued habitat for aquatic </w:t>
            </w:r>
            <w:proofErr w:type="spellStart"/>
            <w:r w:rsidRPr="0020482C">
              <w:rPr>
                <w:sz w:val="20"/>
                <w:szCs w:val="20"/>
              </w:rPr>
              <w:t>macroinvertebrates</w:t>
            </w:r>
            <w:proofErr w:type="spellEnd"/>
            <w:r w:rsidRPr="0020482C">
              <w:rPr>
                <w:sz w:val="20"/>
                <w:szCs w:val="20"/>
              </w:rPr>
              <w:t xml:space="preserve">. Biological Conservation 142: 1105–1115. </w:t>
            </w:r>
            <w:hyperlink r:id="rId129" w:history="1">
              <w:r w:rsidR="00567472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https://doi.org/10.1016/j.biocon.2009.01.026</w:t>
              </w:r>
            </w:hyperlink>
            <w:r w:rsidR="00567472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2585920" w14:textId="77777777" w:rsidTr="00A15A1C">
        <w:tc>
          <w:tcPr>
            <w:tcW w:w="2435" w:type="dxa"/>
          </w:tcPr>
          <w:p w14:paraId="41A58D65" w14:textId="47773577" w:rsidR="00A15A1C" w:rsidRPr="0020482C" w:rsidRDefault="00DE66E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Yli-Pelkonen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r w:rsidR="00724D6E" w:rsidRPr="0020482C">
              <w:rPr>
                <w:sz w:val="20"/>
                <w:szCs w:val="20"/>
              </w:rPr>
              <w:t>et al. 2006</w:t>
            </w:r>
          </w:p>
        </w:tc>
        <w:tc>
          <w:tcPr>
            <w:tcW w:w="6205" w:type="dxa"/>
          </w:tcPr>
          <w:p w14:paraId="072E329D" w14:textId="1D7DCF4F" w:rsidR="00A15A1C" w:rsidRPr="0020482C" w:rsidRDefault="000267D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Yli-Pelkonen, V., K. Pispa &amp; I. Helin, 2006. </w:t>
            </w:r>
            <w:r w:rsidRPr="0020482C">
              <w:rPr>
                <w:sz w:val="20"/>
                <w:szCs w:val="20"/>
              </w:rPr>
              <w:t xml:space="preserve">The role of stream ecosystems in urban planning: a case study from the stream </w:t>
            </w:r>
            <w:proofErr w:type="spellStart"/>
            <w:r w:rsidRPr="0020482C">
              <w:rPr>
                <w:sz w:val="20"/>
                <w:szCs w:val="20"/>
              </w:rPr>
              <w:t>Rekolanoja</w:t>
            </w:r>
            <w:proofErr w:type="spellEnd"/>
            <w:r w:rsidRPr="0020482C">
              <w:rPr>
                <w:sz w:val="20"/>
                <w:szCs w:val="20"/>
              </w:rPr>
              <w:t xml:space="preserve"> in Finland. Management of Environmental Quality: An International Journal 17: 673–688. </w:t>
            </w:r>
            <w:hyperlink r:id="rId130" w:history="1">
              <w:r w:rsidR="00567472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https://doi.org/10.1108/14777830610702511</w:t>
              </w:r>
            </w:hyperlink>
            <w:r w:rsidR="00567472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4716EB57" w14:textId="77777777" w:rsidTr="00A15A1C">
        <w:tc>
          <w:tcPr>
            <w:tcW w:w="2435" w:type="dxa"/>
          </w:tcPr>
          <w:p w14:paraId="625FDAEB" w14:textId="098BF6A8" w:rsidR="00A15A1C" w:rsidRPr="0020482C" w:rsidRDefault="00DE66E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Costa </w:t>
            </w:r>
            <w:r w:rsidR="00724D6E" w:rsidRPr="0020482C">
              <w:rPr>
                <w:sz w:val="20"/>
                <w:szCs w:val="20"/>
                <w:lang w:val="pt-BR"/>
              </w:rPr>
              <w:t>&amp; Dantas</w:t>
            </w:r>
            <w:r w:rsidR="00167030" w:rsidRPr="0020482C">
              <w:rPr>
                <w:sz w:val="20"/>
                <w:szCs w:val="20"/>
                <w:lang w:val="pt-BR"/>
              </w:rPr>
              <w:t>,</w:t>
            </w:r>
            <w:r w:rsidR="00724D6E" w:rsidRPr="0020482C">
              <w:rPr>
                <w:sz w:val="20"/>
                <w:szCs w:val="20"/>
                <w:lang w:val="pt-BR"/>
              </w:rPr>
              <w:t xml:space="preserve"> 2011</w:t>
            </w:r>
          </w:p>
        </w:tc>
        <w:tc>
          <w:tcPr>
            <w:tcW w:w="6205" w:type="dxa"/>
          </w:tcPr>
          <w:p w14:paraId="125E4F5A" w14:textId="56B94AF7" w:rsidR="00A15A1C" w:rsidRPr="0020482C" w:rsidRDefault="000267D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Costa, D. F. &amp; E. W. Dantas, 2011. </w:t>
            </w:r>
            <w:r w:rsidRPr="0020482C">
              <w:rPr>
                <w:sz w:val="20"/>
                <w:szCs w:val="20"/>
              </w:rPr>
              <w:t xml:space="preserve">Diversity of phytoplankton community in different urban aquatic ecosystems in metropolitan </w:t>
            </w:r>
            <w:proofErr w:type="spellStart"/>
            <w:r w:rsidRPr="0020482C">
              <w:rPr>
                <w:sz w:val="20"/>
                <w:szCs w:val="20"/>
              </w:rPr>
              <w:t>João</w:t>
            </w:r>
            <w:proofErr w:type="spellEnd"/>
            <w:r w:rsidRPr="0020482C">
              <w:rPr>
                <w:sz w:val="20"/>
                <w:szCs w:val="20"/>
              </w:rPr>
              <w:t xml:space="preserve"> Pessoa, state of </w:t>
            </w:r>
            <w:proofErr w:type="spellStart"/>
            <w:r w:rsidRPr="0020482C">
              <w:rPr>
                <w:sz w:val="20"/>
                <w:szCs w:val="20"/>
              </w:rPr>
              <w:t>Paraíba</w:t>
            </w:r>
            <w:proofErr w:type="spellEnd"/>
            <w:r w:rsidRPr="0020482C">
              <w:rPr>
                <w:sz w:val="20"/>
                <w:szCs w:val="20"/>
              </w:rPr>
              <w:t xml:space="preserve">, Brazil. </w:t>
            </w:r>
            <w:r w:rsidRPr="0020482C">
              <w:rPr>
                <w:sz w:val="20"/>
                <w:szCs w:val="20"/>
                <w:lang w:val="pt-BR"/>
              </w:rPr>
              <w:t xml:space="preserve">Acta Limnologica Brasiliensia 23: 394–405.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"https://doi.org/10.1590/s2179-975x2012005000018" </w:instrText>
            </w:r>
            <w:r w:rsidR="0020482C" w:rsidRPr="0020482C">
              <w:fldChar w:fldCharType="separate"/>
            </w:r>
            <w:r w:rsidR="00567472" w:rsidRPr="0020482C">
              <w:rPr>
                <w:rStyle w:val="Hyperlink"/>
                <w:color w:val="auto"/>
                <w:sz w:val="20"/>
                <w:szCs w:val="20"/>
              </w:rPr>
              <w:t>https://doi.org/10.1590/s2179-975x2012005000018</w:t>
            </w:r>
            <w:r w:rsidR="0020482C" w:rsidRPr="0020482C">
              <w:rPr>
                <w:rStyle w:val="Hyperlink"/>
                <w:color w:val="auto"/>
                <w:sz w:val="20"/>
                <w:szCs w:val="20"/>
              </w:rPr>
              <w:fldChar w:fldCharType="end"/>
            </w:r>
            <w:r w:rsidR="00567472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4FDC318F" w14:textId="77777777" w:rsidTr="00A15A1C">
        <w:tc>
          <w:tcPr>
            <w:tcW w:w="2435" w:type="dxa"/>
          </w:tcPr>
          <w:p w14:paraId="554F328F" w14:textId="30B8EFA4" w:rsidR="00A15A1C" w:rsidRPr="0020482C" w:rsidRDefault="00DE66E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Oliveira-Filho </w:t>
            </w:r>
            <w:r w:rsidR="00724D6E" w:rsidRPr="0020482C">
              <w:rPr>
                <w:sz w:val="20"/>
                <w:szCs w:val="20"/>
              </w:rPr>
              <w:t>et al. 2011</w:t>
            </w:r>
          </w:p>
        </w:tc>
        <w:tc>
          <w:tcPr>
            <w:tcW w:w="6205" w:type="dxa"/>
          </w:tcPr>
          <w:p w14:paraId="5A537C80" w14:textId="74EA2C7A" w:rsidR="00A15A1C" w:rsidRPr="0020482C" w:rsidRDefault="000267D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Oliveira-Filho, E. C., M. G. Ramos, I. S. Freire &amp; D. H. de Freitas Muniz, 2011. </w:t>
            </w:r>
            <w:r w:rsidRPr="0020482C">
              <w:rPr>
                <w:sz w:val="20"/>
                <w:szCs w:val="20"/>
              </w:rPr>
              <w:t xml:space="preserve">Comparison between the efficiency of two </w:t>
            </w:r>
            <w:proofErr w:type="spellStart"/>
            <w:r w:rsidRPr="0020482C">
              <w:rPr>
                <w:sz w:val="20"/>
                <w:szCs w:val="20"/>
              </w:rPr>
              <w:t>bioindicators</w:t>
            </w:r>
            <w:proofErr w:type="spellEnd"/>
            <w:r w:rsidRPr="0020482C">
              <w:rPr>
                <w:sz w:val="20"/>
                <w:szCs w:val="20"/>
              </w:rPr>
              <w:t xml:space="preserve"> for determining surface water quality in an urban environment. </w:t>
            </w:r>
            <w:r w:rsidRPr="0020482C">
              <w:rPr>
                <w:sz w:val="20"/>
                <w:szCs w:val="20"/>
                <w:lang w:val="pt-BR"/>
              </w:rPr>
              <w:t xml:space="preserve">Acta Scientiarum. Biological Sciences 33: 311–317.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"https://doi.org/10.4025/actascibiolsci.v33i3.7725" </w:instrText>
            </w:r>
            <w:r w:rsidR="0020482C" w:rsidRPr="0020482C">
              <w:fldChar w:fldCharType="separate"/>
            </w:r>
            <w:r w:rsidR="00A15A1C" w:rsidRPr="0020482C">
              <w:rPr>
                <w:rStyle w:val="Hyperlink"/>
                <w:color w:val="auto"/>
                <w:sz w:val="20"/>
                <w:szCs w:val="20"/>
              </w:rPr>
              <w:t>https://doi.org/10.4025/actascibiolsci.v33i3.7725</w:t>
            </w:r>
            <w:r w:rsidR="0020482C" w:rsidRPr="0020482C">
              <w:rPr>
                <w:rStyle w:val="Hyperlink"/>
                <w:color w:val="auto"/>
                <w:sz w:val="20"/>
                <w:szCs w:val="20"/>
              </w:rPr>
              <w:fldChar w:fldCharType="end"/>
            </w:r>
            <w:r w:rsidR="00567472" w:rsidRPr="0020482C">
              <w:rPr>
                <w:rStyle w:val="Hyperlink"/>
                <w:color w:val="auto"/>
                <w:sz w:val="20"/>
                <w:szCs w:val="20"/>
              </w:rPr>
              <w:t>.</w:t>
            </w:r>
            <w:r w:rsidR="00A15A1C" w:rsidRPr="0020482C">
              <w:rPr>
                <w:sz w:val="20"/>
                <w:szCs w:val="20"/>
              </w:rPr>
              <w:t xml:space="preserve"> </w:t>
            </w:r>
            <w:r w:rsidR="00567472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3354C861" w14:textId="77777777" w:rsidTr="00A15A1C">
        <w:tc>
          <w:tcPr>
            <w:tcW w:w="2435" w:type="dxa"/>
          </w:tcPr>
          <w:p w14:paraId="4D662CD7" w14:textId="35054D34" w:rsidR="00A15A1C" w:rsidRPr="0020482C" w:rsidRDefault="00DE66E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Han </w:t>
            </w:r>
            <w:r w:rsidR="00724D6E" w:rsidRPr="0020482C">
              <w:rPr>
                <w:sz w:val="20"/>
                <w:szCs w:val="20"/>
              </w:rPr>
              <w:t>et al. 2012</w:t>
            </w:r>
          </w:p>
        </w:tc>
        <w:tc>
          <w:tcPr>
            <w:tcW w:w="6205" w:type="dxa"/>
          </w:tcPr>
          <w:p w14:paraId="63D3118A" w14:textId="283E30FD" w:rsidR="00A15A1C" w:rsidRPr="0020482C" w:rsidRDefault="000267D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Han, M., H. Yu, B. Zhou, Y. Zhang &amp; B. Wang, 2012. The impact of run-of-stream dams on benthic </w:t>
            </w:r>
            <w:proofErr w:type="spellStart"/>
            <w:r w:rsidRPr="0020482C">
              <w:rPr>
                <w:sz w:val="20"/>
                <w:szCs w:val="20"/>
              </w:rPr>
              <w:t>macroinvertebrate</w:t>
            </w:r>
            <w:proofErr w:type="spellEnd"/>
            <w:r w:rsidRPr="0020482C">
              <w:rPr>
                <w:sz w:val="20"/>
                <w:szCs w:val="20"/>
              </w:rPr>
              <w:t xml:space="preserve"> assemblages in urban streams. </w:t>
            </w:r>
            <w:proofErr w:type="spellStart"/>
            <w:r w:rsidRPr="0020482C">
              <w:rPr>
                <w:sz w:val="20"/>
                <w:szCs w:val="20"/>
              </w:rPr>
              <w:t>Acta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Ecologica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Sinica</w:t>
            </w:r>
            <w:proofErr w:type="spellEnd"/>
            <w:r w:rsidRPr="0020482C">
              <w:rPr>
                <w:sz w:val="20"/>
                <w:szCs w:val="20"/>
              </w:rPr>
              <w:t xml:space="preserve"> 32: 380–385. </w:t>
            </w:r>
            <w:hyperlink r:id="rId131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https://doi.org/10.5846/stxb201012081751</w:t>
              </w:r>
            </w:hyperlink>
            <w:r w:rsidR="00567472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2FA770FB" w14:textId="77777777" w:rsidTr="00A15A1C">
        <w:tc>
          <w:tcPr>
            <w:tcW w:w="2435" w:type="dxa"/>
          </w:tcPr>
          <w:p w14:paraId="569804A2" w14:textId="51F8136B" w:rsidR="00A15A1C" w:rsidRPr="0020482C" w:rsidRDefault="00DE66E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Walker </w:t>
            </w:r>
            <w:r w:rsidR="00D70B23" w:rsidRPr="0020482C">
              <w:rPr>
                <w:sz w:val="20"/>
                <w:szCs w:val="20"/>
              </w:rPr>
              <w:t>et al. 2010</w:t>
            </w:r>
          </w:p>
        </w:tc>
        <w:tc>
          <w:tcPr>
            <w:tcW w:w="6205" w:type="dxa"/>
          </w:tcPr>
          <w:p w14:paraId="20F69B10" w14:textId="11AF9D8D" w:rsidR="00A15A1C" w:rsidRPr="0020482C" w:rsidRDefault="000267D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Walker, R. P., A. C. O’Toole, Z. </w:t>
            </w:r>
            <w:proofErr w:type="spellStart"/>
            <w:r w:rsidRPr="0020482C">
              <w:rPr>
                <w:sz w:val="20"/>
                <w:szCs w:val="20"/>
              </w:rPr>
              <w:t>Whynot</w:t>
            </w:r>
            <w:proofErr w:type="spellEnd"/>
            <w:r w:rsidRPr="0020482C">
              <w:rPr>
                <w:sz w:val="20"/>
                <w:szCs w:val="20"/>
              </w:rPr>
              <w:t xml:space="preserve">, K. C. Hanson &amp; S. J. Cooke, 2010. Evaluation of the aquatic habitat and fish assemblage in an urban reach of the historic Rideau Canal, Ottawa, Canada: implications for management in an engineered system. Urban Ecosystems 13: 563–582. </w:t>
            </w:r>
            <w:hyperlink r:id="rId132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https://doi.org/10.1007/s11252-010-0135-6</w:t>
              </w:r>
            </w:hyperlink>
            <w:r w:rsidR="00567472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797E6C90" w14:textId="77777777" w:rsidTr="00A15A1C">
        <w:tc>
          <w:tcPr>
            <w:tcW w:w="2435" w:type="dxa"/>
          </w:tcPr>
          <w:p w14:paraId="45A6218E" w14:textId="07E689B8" w:rsidR="00A15A1C" w:rsidRPr="0020482C" w:rsidRDefault="00DE66E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Barrett </w:t>
            </w:r>
            <w:r w:rsidR="002A66CA" w:rsidRPr="0020482C">
              <w:rPr>
                <w:sz w:val="20"/>
                <w:szCs w:val="20"/>
              </w:rPr>
              <w:t>et al. 2010</w:t>
            </w:r>
          </w:p>
        </w:tc>
        <w:tc>
          <w:tcPr>
            <w:tcW w:w="6205" w:type="dxa"/>
          </w:tcPr>
          <w:p w14:paraId="11620C4C" w14:textId="193BD41C" w:rsidR="00A15A1C" w:rsidRPr="0020482C" w:rsidRDefault="000267D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Barrett, K., C. </w:t>
            </w:r>
            <w:proofErr w:type="spellStart"/>
            <w:r w:rsidRPr="0020482C">
              <w:rPr>
                <w:sz w:val="20"/>
                <w:szCs w:val="20"/>
              </w:rPr>
              <w:t>Guyer</w:t>
            </w:r>
            <w:proofErr w:type="spellEnd"/>
            <w:r w:rsidRPr="0020482C">
              <w:rPr>
                <w:sz w:val="20"/>
                <w:szCs w:val="20"/>
              </w:rPr>
              <w:t xml:space="preserve"> &amp; D. Watson, 2010. Water from urban streams slows growth and speeds metamorphosis in Fowler’s toad (</w:t>
            </w:r>
            <w:proofErr w:type="spellStart"/>
            <w:r w:rsidRPr="0020482C">
              <w:rPr>
                <w:sz w:val="20"/>
                <w:szCs w:val="20"/>
              </w:rPr>
              <w:t>Bufo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fowleri</w:t>
            </w:r>
            <w:proofErr w:type="spellEnd"/>
            <w:r w:rsidRPr="0020482C">
              <w:rPr>
                <w:sz w:val="20"/>
                <w:szCs w:val="20"/>
              </w:rPr>
              <w:t xml:space="preserve">) larvae. Journal of Herpetology 44: 297–300. </w:t>
            </w:r>
            <w:hyperlink r:id="rId133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https://doi.org/10.1670/08-315.1</w:t>
              </w:r>
            </w:hyperlink>
            <w:r w:rsidR="00567472" w:rsidRPr="0020482C">
              <w:rPr>
                <w:sz w:val="20"/>
                <w:szCs w:val="20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0A20ABC3" w14:textId="77777777" w:rsidTr="00A15A1C">
        <w:tc>
          <w:tcPr>
            <w:tcW w:w="2435" w:type="dxa"/>
          </w:tcPr>
          <w:p w14:paraId="5C3B6D73" w14:textId="4979AD9D" w:rsidR="00A15A1C" w:rsidRPr="0020482C" w:rsidRDefault="00DE66E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Hou</w:t>
            </w:r>
            <w:proofErr w:type="spellEnd"/>
            <w:r w:rsidR="002A66CA" w:rsidRPr="0020482C">
              <w:rPr>
                <w:sz w:val="20"/>
                <w:szCs w:val="20"/>
              </w:rPr>
              <w:t xml:space="preserve"> et al. 2025</w:t>
            </w:r>
          </w:p>
        </w:tc>
        <w:tc>
          <w:tcPr>
            <w:tcW w:w="6205" w:type="dxa"/>
          </w:tcPr>
          <w:p w14:paraId="6EE2B402" w14:textId="2744FE41" w:rsidR="00A15A1C" w:rsidRPr="0020482C" w:rsidRDefault="000267D2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Hou</w:t>
            </w:r>
            <w:proofErr w:type="spellEnd"/>
            <w:r w:rsidRPr="0020482C">
              <w:rPr>
                <w:sz w:val="20"/>
                <w:szCs w:val="20"/>
              </w:rPr>
              <w:t xml:space="preserve">, L., W. </w:t>
            </w:r>
            <w:proofErr w:type="spellStart"/>
            <w:r w:rsidRPr="0020482C">
              <w:rPr>
                <w:sz w:val="20"/>
                <w:szCs w:val="20"/>
              </w:rPr>
              <w:t>Xiong</w:t>
            </w:r>
            <w:proofErr w:type="spellEnd"/>
            <w:r w:rsidRPr="0020482C">
              <w:rPr>
                <w:sz w:val="20"/>
                <w:szCs w:val="20"/>
              </w:rPr>
              <w:t xml:space="preserve">, M. Chen, J. Xu, A. C. Johnson, A. B. Zhan &amp; X. W. Jin, 2025. Pesticide pollution reduces the functional diversity of </w:t>
            </w:r>
            <w:proofErr w:type="spellStart"/>
            <w:r w:rsidRPr="0020482C">
              <w:rPr>
                <w:sz w:val="20"/>
                <w:szCs w:val="20"/>
              </w:rPr>
              <w:t>macroinvertebrates</w:t>
            </w:r>
            <w:proofErr w:type="spellEnd"/>
            <w:r w:rsidRPr="0020482C">
              <w:rPr>
                <w:sz w:val="20"/>
                <w:szCs w:val="20"/>
              </w:rPr>
              <w:t xml:space="preserve"> in urban aquatic ecosystems. Environmental Science &amp; Technology 59: 8568–8577. </w:t>
            </w:r>
            <w:hyperlink r:id="rId134" w:history="1">
              <w:r w:rsidR="00F87881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https://doi.org/10.1021/acs.est.5c01093</w:t>
              </w:r>
            </w:hyperlink>
            <w:r w:rsidR="00567472" w:rsidRPr="0020482C">
              <w:rPr>
                <w:sz w:val="20"/>
                <w:szCs w:val="20"/>
              </w:rPr>
              <w:t>.</w:t>
            </w:r>
            <w:r w:rsidR="00F87881"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082FD60B" w14:textId="77777777" w:rsidTr="00A15A1C">
        <w:tc>
          <w:tcPr>
            <w:tcW w:w="2435" w:type="dxa"/>
          </w:tcPr>
          <w:p w14:paraId="226A1535" w14:textId="00A563FA" w:rsidR="00A15A1C" w:rsidRPr="0020482C" w:rsidRDefault="00DE66E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>Sganzerla</w:t>
            </w:r>
            <w:r w:rsidR="002A66CA" w:rsidRPr="0020482C">
              <w:rPr>
                <w:sz w:val="20"/>
                <w:szCs w:val="20"/>
                <w:lang w:val="pt-BR"/>
              </w:rPr>
              <w:t xml:space="preserve"> </w:t>
            </w:r>
            <w:r w:rsidR="002A66CA" w:rsidRPr="0020482C">
              <w:rPr>
                <w:sz w:val="20"/>
                <w:szCs w:val="20"/>
              </w:rPr>
              <w:t>et al. 2021</w:t>
            </w:r>
          </w:p>
        </w:tc>
        <w:tc>
          <w:tcPr>
            <w:tcW w:w="6205" w:type="dxa"/>
          </w:tcPr>
          <w:p w14:paraId="5ABC6306" w14:textId="1CDAD36A" w:rsidR="00A15A1C" w:rsidRPr="0020482C" w:rsidRDefault="000267D2" w:rsidP="00A15A1C">
            <w:pPr>
              <w:rPr>
                <w:rFonts w:cs="Times New Roman"/>
                <w:sz w:val="20"/>
                <w:szCs w:val="20"/>
              </w:rPr>
            </w:pPr>
            <w:r w:rsidRPr="0020482C">
              <w:rPr>
                <w:rFonts w:cs="Times New Roman"/>
                <w:sz w:val="20"/>
                <w:szCs w:val="20"/>
                <w:lang w:val="pt-BR"/>
              </w:rPr>
              <w:t xml:space="preserve">Sganzerla, C., M. S. Dalzochio, G. D. S. Prass &amp; E. Périco, 2021. </w:t>
            </w:r>
            <w:r w:rsidRPr="0020482C">
              <w:rPr>
                <w:rFonts w:cs="Times New Roman"/>
                <w:sz w:val="20"/>
                <w:szCs w:val="20"/>
              </w:rPr>
              <w:t xml:space="preserve">Effects of urbanization on the fauna of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Odonata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on the coast of southern Brazil. </w:t>
            </w:r>
            <w:r w:rsidRPr="0020482C">
              <w:rPr>
                <w:rFonts w:cs="Times New Roman"/>
                <w:sz w:val="20"/>
                <w:szCs w:val="20"/>
                <w:lang w:val="pt-BR"/>
              </w:rPr>
              <w:t xml:space="preserve">Biota Neotropica 21: e20201122.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"https://doi.org/10.1590/1676-0611-BN-2020-1122" </w:instrText>
            </w:r>
            <w:r w:rsidR="0020482C" w:rsidRPr="0020482C">
              <w:fldChar w:fldCharType="separate"/>
            </w:r>
            <w:r w:rsidR="00F87881" w:rsidRPr="0020482C">
              <w:rPr>
                <w:rStyle w:val="Hyperlink"/>
                <w:rFonts w:cs="Times New Roman"/>
                <w:color w:val="auto"/>
                <w:sz w:val="20"/>
                <w:szCs w:val="20"/>
              </w:rPr>
              <w:t>https://doi.org/10.1590/1676-0611-BN-2020-1122</w:t>
            </w:r>
            <w:r w:rsidR="0020482C" w:rsidRPr="0020482C">
              <w:rPr>
                <w:rStyle w:val="Hyperlink"/>
                <w:rFonts w:cs="Times New Roman"/>
                <w:color w:val="auto"/>
                <w:sz w:val="20"/>
                <w:szCs w:val="20"/>
              </w:rPr>
              <w:fldChar w:fldCharType="end"/>
            </w:r>
            <w:r w:rsidR="00567472" w:rsidRPr="0020482C">
              <w:rPr>
                <w:rFonts w:cs="Times New Roman"/>
                <w:sz w:val="20"/>
                <w:szCs w:val="20"/>
              </w:rPr>
              <w:t>.</w:t>
            </w:r>
            <w:r w:rsidR="00F87881" w:rsidRPr="0020482C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20482C" w:rsidRPr="0020482C" w14:paraId="30A06AA5" w14:textId="77777777" w:rsidTr="00A15A1C">
        <w:tc>
          <w:tcPr>
            <w:tcW w:w="2435" w:type="dxa"/>
          </w:tcPr>
          <w:p w14:paraId="2E3316F3" w14:textId="5DF90F83" w:rsidR="00A15A1C" w:rsidRPr="0020482C" w:rsidRDefault="00DE66E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Zhang</w:t>
            </w:r>
            <w:r w:rsidR="002A66CA" w:rsidRPr="0020482C">
              <w:rPr>
                <w:sz w:val="20"/>
                <w:szCs w:val="20"/>
              </w:rPr>
              <w:t xml:space="preserve"> et al. 2022</w:t>
            </w:r>
          </w:p>
        </w:tc>
        <w:tc>
          <w:tcPr>
            <w:tcW w:w="6205" w:type="dxa"/>
          </w:tcPr>
          <w:p w14:paraId="79042F88" w14:textId="0E6C0AF5" w:rsidR="00A15A1C" w:rsidRPr="0020482C" w:rsidRDefault="000267D2" w:rsidP="00A15A1C">
            <w:pPr>
              <w:rPr>
                <w:rFonts w:cs="Times New Roman"/>
                <w:sz w:val="20"/>
                <w:szCs w:val="20"/>
              </w:rPr>
            </w:pPr>
            <w:r w:rsidRPr="0020482C">
              <w:rPr>
                <w:rFonts w:cs="Times New Roman"/>
                <w:sz w:val="20"/>
                <w:szCs w:val="20"/>
              </w:rPr>
              <w:t xml:space="preserve">Zhang, S., Y. T. Zheng, A. B. Zhan, C. X. Dong, J. D. Zhao &amp; M. Yao, 2022. Environmental DNA captures native and non-native fish community variations across the lentic and lotic systems of a megacity. Science Advances 8: eabk0097. </w:t>
            </w:r>
            <w:hyperlink r:id="rId135" w:history="1">
              <w:r w:rsidR="00F87881"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https://doi.org/10.1126/sciadv.abk0097</w:t>
              </w:r>
            </w:hyperlink>
            <w:r w:rsidR="00567472" w:rsidRPr="0020482C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20482C" w:rsidRPr="0020482C" w14:paraId="36E48B76" w14:textId="77777777" w:rsidTr="00A15A1C">
        <w:tc>
          <w:tcPr>
            <w:tcW w:w="2435" w:type="dxa"/>
          </w:tcPr>
          <w:p w14:paraId="152807B2" w14:textId="3E65D77C" w:rsidR="00A15A1C" w:rsidRPr="0020482C" w:rsidRDefault="00DE66E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Fedorovsky</w:t>
            </w:r>
            <w:proofErr w:type="spellEnd"/>
            <w:r w:rsidR="002A66CA" w:rsidRPr="0020482C">
              <w:rPr>
                <w:sz w:val="20"/>
                <w:szCs w:val="20"/>
              </w:rPr>
              <w:t xml:space="preserve"> et al. 2021</w:t>
            </w:r>
          </w:p>
        </w:tc>
        <w:tc>
          <w:tcPr>
            <w:tcW w:w="6205" w:type="dxa"/>
          </w:tcPr>
          <w:p w14:paraId="3BBC03A4" w14:textId="61ED23EE" w:rsidR="00A15A1C" w:rsidRPr="0020482C" w:rsidRDefault="000267D2" w:rsidP="00A15A1C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20482C">
              <w:rPr>
                <w:rFonts w:cs="Times New Roman"/>
                <w:sz w:val="20"/>
                <w:szCs w:val="20"/>
              </w:rPr>
              <w:t>Fedorovsky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O. D., A. V.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Khyzhniak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&amp; O. V.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Tomchenko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2021. Assessing aquatic environment quality of the urban water bodies by system analysis methods based on integrating remote sensing data. Space Science and Technology 27: 11–18. </w:t>
            </w:r>
            <w:r w:rsidR="000A746D" w:rsidRPr="0020482C">
              <w:rPr>
                <w:rFonts w:cs="Times New Roman"/>
                <w:sz w:val="20"/>
                <w:szCs w:val="20"/>
              </w:rPr>
              <w:t xml:space="preserve"> </w:t>
            </w:r>
            <w:hyperlink r:id="rId136" w:history="1">
              <w:r w:rsidR="00F87881"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https://doi.org/10.15407/knit2021.05.011</w:t>
              </w:r>
            </w:hyperlink>
            <w:r w:rsidR="00567472" w:rsidRPr="0020482C">
              <w:rPr>
                <w:rFonts w:cs="Times New Roman"/>
                <w:sz w:val="20"/>
                <w:szCs w:val="20"/>
              </w:rPr>
              <w:t>.</w:t>
            </w:r>
            <w:r w:rsidR="00F87881" w:rsidRPr="0020482C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20482C" w:rsidRPr="0020482C" w14:paraId="783CC56A" w14:textId="77777777" w:rsidTr="00A15A1C">
        <w:tc>
          <w:tcPr>
            <w:tcW w:w="2435" w:type="dxa"/>
          </w:tcPr>
          <w:p w14:paraId="1C1D6B9D" w14:textId="0ED6494B" w:rsidR="00A15A1C" w:rsidRPr="0020482C" w:rsidRDefault="00DE66E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Jones</w:t>
            </w:r>
            <w:r w:rsidR="000A5239" w:rsidRPr="0020482C">
              <w:rPr>
                <w:sz w:val="20"/>
                <w:szCs w:val="20"/>
              </w:rPr>
              <w:t xml:space="preserve"> </w:t>
            </w:r>
            <w:r w:rsidR="000A5239" w:rsidRPr="0020482C">
              <w:rPr>
                <w:sz w:val="20"/>
                <w:szCs w:val="20"/>
                <w:lang w:val="pt-BR"/>
              </w:rPr>
              <w:t>et al. 2015</w:t>
            </w:r>
          </w:p>
        </w:tc>
        <w:tc>
          <w:tcPr>
            <w:tcW w:w="6205" w:type="dxa"/>
          </w:tcPr>
          <w:p w14:paraId="2FB61B29" w14:textId="4606A03A" w:rsidR="00A15A1C" w:rsidRPr="0020482C" w:rsidRDefault="000267D2" w:rsidP="00A15A1C">
            <w:pPr>
              <w:rPr>
                <w:rFonts w:cs="Times New Roman"/>
                <w:sz w:val="20"/>
                <w:szCs w:val="20"/>
              </w:rPr>
            </w:pPr>
            <w:r w:rsidRPr="0020482C">
              <w:rPr>
                <w:rFonts w:cs="Times New Roman"/>
                <w:sz w:val="20"/>
                <w:szCs w:val="20"/>
              </w:rPr>
              <w:t xml:space="preserve">Jones, B., J. W. Snodgrass &amp; D. R.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Ownby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2015. Relative toxicity of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NaCl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and road deicing salt to developing amphibians.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Copeia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103: 72–77. </w:t>
            </w:r>
            <w:hyperlink r:id="rId137" w:history="1">
              <w:r w:rsidR="00F87881"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https://doi.org/10.1643/CP-13-082</w:t>
              </w:r>
            </w:hyperlink>
            <w:r w:rsidR="00567472" w:rsidRPr="0020482C">
              <w:rPr>
                <w:rFonts w:cs="Times New Roman"/>
                <w:sz w:val="20"/>
                <w:szCs w:val="20"/>
              </w:rPr>
              <w:t>.</w:t>
            </w:r>
            <w:r w:rsidR="00F87881" w:rsidRPr="0020482C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20482C" w:rsidRPr="0020482C" w14:paraId="7ED9685F" w14:textId="77777777" w:rsidTr="00A15A1C">
        <w:tc>
          <w:tcPr>
            <w:tcW w:w="2435" w:type="dxa"/>
          </w:tcPr>
          <w:p w14:paraId="61FA2799" w14:textId="2FDEC7C5" w:rsidR="00167030" w:rsidRPr="0020482C" w:rsidRDefault="00167030" w:rsidP="00A15A1C">
            <w:pPr>
              <w:rPr>
                <w:sz w:val="20"/>
                <w:szCs w:val="20"/>
                <w:lang w:val="pt-BR"/>
              </w:rPr>
            </w:pPr>
            <w:r w:rsidRPr="0020482C">
              <w:rPr>
                <w:sz w:val="20"/>
                <w:szCs w:val="20"/>
                <w:lang w:val="pt-BR"/>
              </w:rPr>
              <w:t>Hjalmarson &amp; Patten, 2019</w:t>
            </w:r>
          </w:p>
        </w:tc>
        <w:tc>
          <w:tcPr>
            <w:tcW w:w="6205" w:type="dxa"/>
          </w:tcPr>
          <w:p w14:paraId="54CE066D" w14:textId="652C4A7E" w:rsidR="00167030" w:rsidRPr="0020482C" w:rsidRDefault="00167030" w:rsidP="00A15A1C">
            <w:pPr>
              <w:rPr>
                <w:rFonts w:cs="Times New Roman"/>
                <w:sz w:val="20"/>
                <w:szCs w:val="20"/>
                <w:lang w:val="pt-BR"/>
              </w:rPr>
            </w:pPr>
            <w:proofErr w:type="spellStart"/>
            <w:r w:rsidRPr="0020482C">
              <w:rPr>
                <w:rFonts w:cs="Times New Roman"/>
                <w:sz w:val="20"/>
                <w:szCs w:val="20"/>
              </w:rPr>
              <w:t>Hjalmarson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E. A. &amp; M. A. Patten, 2019. Win–win urban ecology: near-home fishing promotes diversity of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Odonata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. </w:t>
            </w:r>
            <w:r w:rsidRPr="0020482C">
              <w:rPr>
                <w:rFonts w:cs="Times New Roman"/>
                <w:sz w:val="20"/>
                <w:szCs w:val="20"/>
                <w:lang w:val="pt-BR"/>
              </w:rPr>
              <w:t xml:space="preserve">Urban Ecosystems 22: 1201–1206.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"https://doi.org/10.1007/s11252-019-00896-0" </w:instrText>
            </w:r>
            <w:r w:rsidR="0020482C" w:rsidRPr="0020482C">
              <w:fldChar w:fldCharType="separate"/>
            </w:r>
            <w:r w:rsidRPr="0020482C">
              <w:rPr>
                <w:rStyle w:val="Hyperlink"/>
                <w:rFonts w:cs="Times New Roman"/>
                <w:color w:val="auto"/>
                <w:sz w:val="20"/>
                <w:szCs w:val="20"/>
                <w:lang w:val="pt-BR"/>
              </w:rPr>
              <w:t>https://doi.org/10.1007/s11252-019-00896-0</w:t>
            </w:r>
            <w:r w:rsidR="0020482C" w:rsidRPr="0020482C">
              <w:rPr>
                <w:rStyle w:val="Hyperlink"/>
                <w:rFonts w:cs="Times New Roman"/>
                <w:color w:val="auto"/>
                <w:sz w:val="20"/>
                <w:szCs w:val="20"/>
                <w:lang w:val="pt-BR"/>
              </w:rPr>
              <w:fldChar w:fldCharType="end"/>
            </w:r>
            <w:r w:rsidRPr="0020482C">
              <w:rPr>
                <w:rFonts w:cs="Times New Roman"/>
                <w:sz w:val="20"/>
                <w:szCs w:val="20"/>
                <w:lang w:val="pt-BR"/>
              </w:rPr>
              <w:t xml:space="preserve">. </w:t>
            </w:r>
          </w:p>
        </w:tc>
      </w:tr>
      <w:tr w:rsidR="0020482C" w:rsidRPr="0020482C" w14:paraId="4D98F370" w14:textId="77777777" w:rsidTr="00A15A1C">
        <w:tc>
          <w:tcPr>
            <w:tcW w:w="2435" w:type="dxa"/>
          </w:tcPr>
          <w:p w14:paraId="379CFAAD" w14:textId="73C9DD0A" w:rsidR="00A15A1C" w:rsidRPr="0020482C" w:rsidRDefault="00F87881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  <w:lang w:val="pt-BR"/>
              </w:rPr>
              <w:t>Ortiz</w:t>
            </w:r>
            <w:r w:rsidR="006351C3" w:rsidRPr="0020482C">
              <w:rPr>
                <w:sz w:val="20"/>
                <w:szCs w:val="20"/>
                <w:lang w:val="pt-BR"/>
              </w:rPr>
              <w:t xml:space="preserve"> et al. 2024</w:t>
            </w:r>
          </w:p>
        </w:tc>
        <w:tc>
          <w:tcPr>
            <w:tcW w:w="6205" w:type="dxa"/>
          </w:tcPr>
          <w:p w14:paraId="1C4992FF" w14:textId="6A4274A7" w:rsidR="00A15A1C" w:rsidRPr="0020482C" w:rsidRDefault="00F87881" w:rsidP="00A15A1C">
            <w:pPr>
              <w:rPr>
                <w:rFonts w:cs="Times New Roman"/>
                <w:sz w:val="20"/>
                <w:szCs w:val="20"/>
              </w:rPr>
            </w:pPr>
            <w:r w:rsidRPr="0020482C">
              <w:rPr>
                <w:rFonts w:cs="Times New Roman"/>
                <w:sz w:val="20"/>
                <w:szCs w:val="20"/>
                <w:lang w:val="pt-BR"/>
              </w:rPr>
              <w:t xml:space="preserve">Ortiz, C., M. Jofre &amp; P. González, 2024. </w:t>
            </w:r>
            <w:r w:rsidRPr="0020482C">
              <w:rPr>
                <w:rFonts w:cs="Times New Roman"/>
                <w:sz w:val="20"/>
                <w:szCs w:val="20"/>
              </w:rPr>
              <w:t xml:space="preserve">Comprehensive diagnosis of an urban river: application of biological, physicochemical and riparian forest metrics. </w:t>
            </w:r>
            <w:r w:rsidRPr="0020482C">
              <w:rPr>
                <w:rFonts w:cs="Times New Roman"/>
                <w:sz w:val="20"/>
                <w:szCs w:val="20"/>
                <w:lang w:val="pt-BR"/>
              </w:rPr>
              <w:t>Ecosistemas 33: 2613–2613.</w:t>
            </w:r>
            <w:r w:rsidR="00A15A1C" w:rsidRPr="0020482C">
              <w:rPr>
                <w:rFonts w:cs="Times New Roman"/>
                <w:sz w:val="20"/>
                <w:szCs w:val="20"/>
              </w:rPr>
              <w:t xml:space="preserve">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"https://doi.org/10.7818/ECOS.2613" </w:instrText>
            </w:r>
            <w:r w:rsidR="0020482C" w:rsidRPr="0020482C">
              <w:fldChar w:fldCharType="separate"/>
            </w:r>
            <w:r w:rsidRPr="0020482C">
              <w:rPr>
                <w:rStyle w:val="Hyperlink"/>
                <w:rFonts w:cs="Times New Roman"/>
                <w:color w:val="auto"/>
                <w:sz w:val="20"/>
                <w:szCs w:val="20"/>
              </w:rPr>
              <w:t>https://doi.org/10.7818/ECOS.2613</w:t>
            </w:r>
            <w:r w:rsidR="0020482C" w:rsidRPr="0020482C">
              <w:rPr>
                <w:rStyle w:val="Hyperlink"/>
                <w:rFonts w:cs="Times New Roman"/>
                <w:color w:val="auto"/>
                <w:sz w:val="20"/>
                <w:szCs w:val="20"/>
              </w:rPr>
              <w:fldChar w:fldCharType="end"/>
            </w:r>
            <w:r w:rsidR="00CB7EF0" w:rsidRPr="0020482C">
              <w:rPr>
                <w:rFonts w:cs="Times New Roman"/>
                <w:sz w:val="20"/>
                <w:szCs w:val="20"/>
              </w:rPr>
              <w:t>.</w:t>
            </w:r>
            <w:r w:rsidRPr="0020482C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20482C" w:rsidRPr="0020482C" w14:paraId="4B18D657" w14:textId="77777777" w:rsidTr="00A15A1C">
        <w:tc>
          <w:tcPr>
            <w:tcW w:w="2435" w:type="dxa"/>
          </w:tcPr>
          <w:p w14:paraId="7FBFEF5E" w14:textId="7F22C83B" w:rsidR="00A15A1C" w:rsidRPr="0020482C" w:rsidRDefault="00F87881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Pelsma</w:t>
            </w:r>
            <w:proofErr w:type="spellEnd"/>
            <w:r w:rsidR="006351C3" w:rsidRPr="0020482C">
              <w:rPr>
                <w:sz w:val="20"/>
                <w:szCs w:val="20"/>
              </w:rPr>
              <w:t xml:space="preserve"> et al. 2022</w:t>
            </w:r>
          </w:p>
        </w:tc>
        <w:tc>
          <w:tcPr>
            <w:tcW w:w="6205" w:type="dxa"/>
          </w:tcPr>
          <w:p w14:paraId="014EE7A2" w14:textId="12820A21" w:rsidR="00A15A1C" w:rsidRPr="0020482C" w:rsidRDefault="00F87881" w:rsidP="00A15A1C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20482C">
              <w:rPr>
                <w:rFonts w:cs="Times New Roman"/>
                <w:sz w:val="20"/>
                <w:szCs w:val="20"/>
              </w:rPr>
              <w:t>Pelsma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K. A. J., M. H. </w:t>
            </w:r>
            <w:proofErr w:type="gramStart"/>
            <w:r w:rsidRPr="0020482C">
              <w:rPr>
                <w:rFonts w:cs="Times New Roman"/>
                <w:sz w:val="20"/>
                <w:szCs w:val="20"/>
              </w:rPr>
              <w:t>in ’t</w:t>
            </w:r>
            <w:proofErr w:type="gramEnd"/>
            <w:r w:rsidRPr="0020482C">
              <w:rPr>
                <w:rFonts w:cs="Times New Roman"/>
                <w:sz w:val="20"/>
                <w:szCs w:val="20"/>
              </w:rPr>
              <w:t xml:space="preserve"> Zandt, H. J. M. Op den Camp, M. S. M.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Jetten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J. F. Dean &amp; C. U.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Welte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2022. Amsterdam urban canals contain novel niches for methane-cycling microorganisms. Environmental Microbiology 24: 82–97. </w:t>
            </w:r>
            <w:hyperlink r:id="rId138" w:history="1">
              <w:r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https://doi.org/10.1111/1462-2920.15864</w:t>
              </w:r>
            </w:hyperlink>
            <w:r w:rsidR="00CB7EF0" w:rsidRPr="0020482C">
              <w:rPr>
                <w:rFonts w:cs="Times New Roman"/>
                <w:sz w:val="20"/>
                <w:szCs w:val="20"/>
              </w:rPr>
              <w:t>.</w:t>
            </w:r>
            <w:r w:rsidRPr="0020482C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20482C" w:rsidRPr="0020482C" w14:paraId="232879E7" w14:textId="77777777" w:rsidTr="00A15A1C">
        <w:tc>
          <w:tcPr>
            <w:tcW w:w="2435" w:type="dxa"/>
          </w:tcPr>
          <w:p w14:paraId="12E3B30F" w14:textId="4DC66982" w:rsidR="00A15A1C" w:rsidRPr="0020482C" w:rsidRDefault="00F87881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</w:rPr>
              <w:t>Zhou</w:t>
            </w:r>
            <w:r w:rsidR="006351C3" w:rsidRPr="0020482C">
              <w:rPr>
                <w:sz w:val="20"/>
                <w:szCs w:val="20"/>
              </w:rPr>
              <w:t xml:space="preserve"> et al. 2024</w:t>
            </w:r>
          </w:p>
        </w:tc>
        <w:tc>
          <w:tcPr>
            <w:tcW w:w="6205" w:type="dxa"/>
          </w:tcPr>
          <w:p w14:paraId="4458F129" w14:textId="21CB5733" w:rsidR="00A15A1C" w:rsidRPr="0020482C" w:rsidRDefault="00F87881" w:rsidP="00A15A1C">
            <w:pPr>
              <w:rPr>
                <w:rFonts w:cs="Times New Roman"/>
                <w:sz w:val="20"/>
                <w:szCs w:val="20"/>
              </w:rPr>
            </w:pPr>
            <w:r w:rsidRPr="0020482C">
              <w:rPr>
                <w:rFonts w:cs="Times New Roman"/>
                <w:sz w:val="20"/>
                <w:szCs w:val="20"/>
              </w:rPr>
              <w:t xml:space="preserve">Zhou, X. D., C. C. Wang, G.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Kattel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J. H. Zhang &amp; M. Z. Xu, 2024. Hydrodynamic and trophic variations reshape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macroinvertebrate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food webs in urban ecosystems. Environmental Science and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Ecotechnology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22: 100478. </w:t>
            </w:r>
            <w:hyperlink r:id="rId139" w:history="1">
              <w:r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https://doi.org/10.1016/j.ese.2024.100478</w:t>
              </w:r>
            </w:hyperlink>
            <w:r w:rsidR="00CB7EF0" w:rsidRPr="0020482C">
              <w:rPr>
                <w:rFonts w:cs="Times New Roman"/>
                <w:sz w:val="20"/>
                <w:szCs w:val="20"/>
              </w:rPr>
              <w:t>.</w:t>
            </w:r>
            <w:r w:rsidRPr="0020482C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20482C" w:rsidRPr="0020482C" w14:paraId="1E244604" w14:textId="77777777" w:rsidTr="00A15A1C">
        <w:tc>
          <w:tcPr>
            <w:tcW w:w="2435" w:type="dxa"/>
          </w:tcPr>
          <w:p w14:paraId="62D95BBF" w14:textId="5371D52A" w:rsidR="00A15A1C" w:rsidRPr="0020482C" w:rsidRDefault="00F87881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Saxena</w:t>
            </w:r>
            <w:proofErr w:type="spellEnd"/>
            <w:r w:rsidR="006351C3" w:rsidRPr="0020482C">
              <w:rPr>
                <w:sz w:val="20"/>
                <w:szCs w:val="20"/>
              </w:rPr>
              <w:t xml:space="preserve"> et al. 2015</w:t>
            </w:r>
          </w:p>
        </w:tc>
        <w:tc>
          <w:tcPr>
            <w:tcW w:w="6205" w:type="dxa"/>
          </w:tcPr>
          <w:p w14:paraId="47A19D81" w14:textId="10DD16BF" w:rsidR="00A15A1C" w:rsidRPr="0020482C" w:rsidRDefault="00F87881" w:rsidP="00A15A1C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20482C">
              <w:rPr>
                <w:rFonts w:cs="Times New Roman"/>
                <w:sz w:val="20"/>
                <w:szCs w:val="20"/>
              </w:rPr>
              <w:t>Saxena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G., E. M.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Marzinelli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N. N.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Naing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Z. L. He, Y. T. Liang, L. Tom, S.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Mitra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H. Ping, U. M. Joshi, S. Reuben, K. C.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Mynampati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S. Mishra, S.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Umashankar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J. Z. Zhou, G. L. Andersen, S.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Kjelleberg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&amp; S.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Swarup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2015.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Ecogenomics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reveals metals and land-use pressures on microbial communities in the waterways of a megacity. Environmental Science &amp; Technology 49: 1462–1471. </w:t>
            </w:r>
            <w:hyperlink r:id="rId140" w:history="1">
              <w:r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https://doi.org/10.1021/es504531s</w:t>
              </w:r>
            </w:hyperlink>
            <w:r w:rsidR="00CB7EF0" w:rsidRPr="0020482C">
              <w:rPr>
                <w:rFonts w:cs="Times New Roman"/>
                <w:sz w:val="20"/>
                <w:szCs w:val="20"/>
              </w:rPr>
              <w:t>.</w:t>
            </w:r>
            <w:r w:rsidRPr="0020482C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20482C" w:rsidRPr="0020482C" w14:paraId="07B2C8D9" w14:textId="77777777" w:rsidTr="00A15A1C">
        <w:tc>
          <w:tcPr>
            <w:tcW w:w="2435" w:type="dxa"/>
          </w:tcPr>
          <w:p w14:paraId="709ECD5C" w14:textId="1D68C4CE" w:rsidR="00A15A1C" w:rsidRPr="0020482C" w:rsidRDefault="00F87881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  <w:lang w:val="pt-BR"/>
              </w:rPr>
              <w:t>Souza</w:t>
            </w:r>
            <w:r w:rsidR="006351C3" w:rsidRPr="0020482C">
              <w:rPr>
                <w:sz w:val="20"/>
                <w:szCs w:val="20"/>
                <w:lang w:val="pt-BR"/>
              </w:rPr>
              <w:t xml:space="preserve"> et al</w:t>
            </w:r>
            <w:r w:rsidR="001138BC" w:rsidRPr="0020482C">
              <w:rPr>
                <w:sz w:val="20"/>
                <w:szCs w:val="20"/>
                <w:lang w:val="pt-BR"/>
              </w:rPr>
              <w:t>.</w:t>
            </w:r>
            <w:r w:rsidR="006351C3" w:rsidRPr="0020482C">
              <w:rPr>
                <w:sz w:val="20"/>
                <w:szCs w:val="20"/>
                <w:lang w:val="pt-BR"/>
              </w:rPr>
              <w:t xml:space="preserve"> 2025</w:t>
            </w:r>
          </w:p>
        </w:tc>
        <w:tc>
          <w:tcPr>
            <w:tcW w:w="6205" w:type="dxa"/>
          </w:tcPr>
          <w:p w14:paraId="17392E52" w14:textId="740C9D4C" w:rsidR="00A15A1C" w:rsidRPr="0020482C" w:rsidRDefault="00F87881" w:rsidP="00A15A1C">
            <w:pPr>
              <w:rPr>
                <w:rFonts w:cs="Times New Roman"/>
                <w:sz w:val="20"/>
                <w:szCs w:val="20"/>
              </w:rPr>
            </w:pPr>
            <w:r w:rsidRPr="0020482C">
              <w:rPr>
                <w:rFonts w:cs="Times New Roman"/>
                <w:sz w:val="20"/>
                <w:szCs w:val="20"/>
                <w:lang w:val="pt-BR"/>
              </w:rPr>
              <w:t xml:space="preserve">Souza, D. C. D., L. F. Viana, F. Kummrow, C. A. L. Cardoso, N. A. de Lima, I. A. R. Lacerda, B. D. Crispim, A. Barufatti, L. A. V. Dias &amp; A. C. Florentino, 2025. </w:t>
            </w:r>
            <w:r w:rsidRPr="0020482C">
              <w:rPr>
                <w:rFonts w:cs="Times New Roman"/>
                <w:sz w:val="20"/>
                <w:szCs w:val="20"/>
              </w:rPr>
              <w:t xml:space="preserve">Bioaccumulation of metals in fish collected from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Macapá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urban aquatic environments (Brazilian Amazon) and the risks to human health. </w:t>
            </w:r>
            <w:r w:rsidRPr="0020482C">
              <w:rPr>
                <w:rFonts w:cs="Times New Roman"/>
                <w:sz w:val="20"/>
                <w:szCs w:val="20"/>
                <w:lang w:val="pt-BR"/>
              </w:rPr>
              <w:t xml:space="preserve">Toxics 13: 67.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"https://doi.org/10.3390/toxics13020067" </w:instrText>
            </w:r>
            <w:r w:rsidR="0020482C" w:rsidRPr="0020482C">
              <w:fldChar w:fldCharType="separate"/>
            </w:r>
            <w:r w:rsidRPr="0020482C">
              <w:rPr>
                <w:rStyle w:val="Hyperlink"/>
                <w:rFonts w:cs="Times New Roman"/>
                <w:color w:val="auto"/>
                <w:sz w:val="20"/>
                <w:szCs w:val="20"/>
              </w:rPr>
              <w:t>https://doi.org/10.3390/toxics13020067</w:t>
            </w:r>
            <w:r w:rsidR="0020482C" w:rsidRPr="0020482C">
              <w:rPr>
                <w:rStyle w:val="Hyperlink"/>
                <w:rFonts w:cs="Times New Roman"/>
                <w:color w:val="auto"/>
                <w:sz w:val="20"/>
                <w:szCs w:val="20"/>
              </w:rPr>
              <w:fldChar w:fldCharType="end"/>
            </w:r>
            <w:r w:rsidR="00CB7EF0" w:rsidRPr="0020482C">
              <w:rPr>
                <w:rFonts w:cs="Times New Roman"/>
                <w:sz w:val="20"/>
                <w:szCs w:val="20"/>
              </w:rPr>
              <w:t>.</w:t>
            </w:r>
            <w:r w:rsidRPr="0020482C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20482C" w:rsidRPr="0020482C" w14:paraId="3F9E1666" w14:textId="77777777" w:rsidTr="00A15A1C">
        <w:tc>
          <w:tcPr>
            <w:tcW w:w="2435" w:type="dxa"/>
          </w:tcPr>
          <w:p w14:paraId="70CFE420" w14:textId="6A2A63E7" w:rsidR="00A15A1C" w:rsidRPr="0020482C" w:rsidRDefault="00B30939" w:rsidP="00A15A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0482C">
              <w:rPr>
                <w:sz w:val="20"/>
                <w:szCs w:val="20"/>
              </w:rPr>
              <w:t>Vermonden</w:t>
            </w:r>
            <w:proofErr w:type="spellEnd"/>
            <w:r w:rsidRPr="0020482C">
              <w:rPr>
                <w:sz w:val="20"/>
                <w:szCs w:val="20"/>
              </w:rPr>
              <w:t xml:space="preserve"> et al. 2010</w:t>
            </w:r>
          </w:p>
        </w:tc>
        <w:tc>
          <w:tcPr>
            <w:tcW w:w="6205" w:type="dxa"/>
          </w:tcPr>
          <w:p w14:paraId="726FA1C6" w14:textId="7EA96380" w:rsidR="00A15A1C" w:rsidRPr="0020482C" w:rsidRDefault="00F87881" w:rsidP="00A15A1C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20482C">
              <w:rPr>
                <w:rFonts w:cs="Times New Roman"/>
                <w:sz w:val="20"/>
                <w:szCs w:val="20"/>
              </w:rPr>
              <w:t>Vermonden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K., R. S. E. W. Leuven &amp; G. van der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Velde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2010. Environmental factors determining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invasibility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of urban waters for exotic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macroinvertebrates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. Diversity and Distributions 16: 1009–1021. </w:t>
            </w:r>
            <w:hyperlink r:id="rId141" w:history="1">
              <w:r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https://doi.org/10.1111/j.1472-4642.2010.00702.x</w:t>
              </w:r>
            </w:hyperlink>
            <w:r w:rsidR="00CB7EF0" w:rsidRPr="0020482C">
              <w:rPr>
                <w:rFonts w:cs="Times New Roman"/>
                <w:sz w:val="20"/>
                <w:szCs w:val="20"/>
              </w:rPr>
              <w:t>.</w:t>
            </w:r>
            <w:r w:rsidRPr="0020482C">
              <w:rPr>
                <w:rFonts w:cs="Times New Roman"/>
                <w:sz w:val="20"/>
                <w:szCs w:val="20"/>
              </w:rPr>
              <w:t xml:space="preserve">  </w:t>
            </w:r>
          </w:p>
        </w:tc>
      </w:tr>
      <w:tr w:rsidR="0020482C" w:rsidRPr="0020482C" w14:paraId="592CB076" w14:textId="77777777" w:rsidTr="00A15A1C">
        <w:tc>
          <w:tcPr>
            <w:tcW w:w="2435" w:type="dxa"/>
          </w:tcPr>
          <w:p w14:paraId="2ECE2F6E" w14:textId="3A1786E2" w:rsidR="00A15A1C" w:rsidRPr="0020482C" w:rsidRDefault="00B30939" w:rsidP="00A15A1C">
            <w:pPr>
              <w:rPr>
                <w:sz w:val="20"/>
                <w:szCs w:val="20"/>
                <w:highlight w:val="yellow"/>
              </w:rPr>
            </w:pPr>
            <w:r w:rsidRPr="0020482C">
              <w:rPr>
                <w:sz w:val="20"/>
                <w:szCs w:val="20"/>
              </w:rPr>
              <w:t>Liu et al. 2023</w:t>
            </w:r>
          </w:p>
        </w:tc>
        <w:tc>
          <w:tcPr>
            <w:tcW w:w="6205" w:type="dxa"/>
          </w:tcPr>
          <w:p w14:paraId="36FE69C6" w14:textId="435B3357" w:rsidR="00A15A1C" w:rsidRPr="0020482C" w:rsidRDefault="00F87881" w:rsidP="00A15A1C">
            <w:pPr>
              <w:rPr>
                <w:rFonts w:cs="Times New Roman"/>
                <w:sz w:val="20"/>
                <w:szCs w:val="20"/>
              </w:rPr>
            </w:pPr>
            <w:r w:rsidRPr="0020482C">
              <w:rPr>
                <w:rFonts w:cs="Times New Roman"/>
                <w:sz w:val="20"/>
                <w:szCs w:val="20"/>
              </w:rPr>
              <w:t xml:space="preserve">Liu, Z. Y., J.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Heino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Y. H. Ge, T. T. Zhou, Y. N. Jiang, Y. X. Mo, Y. D. Cui, W. M. Wang, Y. S. Chen, J. Q. Zhang &amp; Z. C.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Xie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2023. A refined functional group approach reveals novel insights into effects of urbanization on river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macroinvertebrate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communities. Landscape Ecology 38: 3791–3808. </w:t>
            </w:r>
            <w:hyperlink r:id="rId142" w:history="1">
              <w:r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https://doi.org/10.1007/s10980-023-01612-2</w:t>
              </w:r>
            </w:hyperlink>
            <w:r w:rsidR="00CB7EF0" w:rsidRPr="0020482C">
              <w:rPr>
                <w:rFonts w:cs="Times New Roman"/>
                <w:sz w:val="20"/>
                <w:szCs w:val="20"/>
              </w:rPr>
              <w:t>.</w:t>
            </w:r>
            <w:r w:rsidRPr="0020482C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20482C" w:rsidRPr="0020482C" w14:paraId="707D48DB" w14:textId="77777777" w:rsidTr="00A15A1C">
        <w:tc>
          <w:tcPr>
            <w:tcW w:w="2435" w:type="dxa"/>
          </w:tcPr>
          <w:p w14:paraId="227A8F69" w14:textId="4F222931" w:rsidR="00A15A1C" w:rsidRPr="0020482C" w:rsidRDefault="00D95AED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Gill &amp; McGuire</w:t>
            </w:r>
            <w:r w:rsidR="00167030" w:rsidRPr="0020482C">
              <w:rPr>
                <w:sz w:val="20"/>
                <w:szCs w:val="20"/>
              </w:rPr>
              <w:t>,</w:t>
            </w:r>
            <w:r w:rsidRPr="0020482C">
              <w:rPr>
                <w:sz w:val="20"/>
                <w:szCs w:val="20"/>
              </w:rPr>
              <w:t xml:space="preserve"> 2017</w:t>
            </w:r>
          </w:p>
        </w:tc>
        <w:tc>
          <w:tcPr>
            <w:tcW w:w="6205" w:type="dxa"/>
          </w:tcPr>
          <w:p w14:paraId="52DC823D" w14:textId="1CCD649A" w:rsidR="00A15A1C" w:rsidRPr="0020482C" w:rsidRDefault="00F87881" w:rsidP="00A15A1C">
            <w:pPr>
              <w:rPr>
                <w:rFonts w:cs="Times New Roman"/>
                <w:sz w:val="20"/>
                <w:szCs w:val="20"/>
              </w:rPr>
            </w:pPr>
            <w:r w:rsidRPr="0020482C">
              <w:rPr>
                <w:rFonts w:cs="Times New Roman"/>
                <w:sz w:val="20"/>
                <w:szCs w:val="20"/>
              </w:rPr>
              <w:t xml:space="preserve">Gill, A. S., A. Lee &amp; K. L. McGuire, 2017. Phylogenetic and functional diversity of total (DNA) and expressed (RNA) bacterial communities in urban green infrastructure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bioswale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soils. Applied and Environmental Microbiology 83: e00287-17. </w:t>
            </w:r>
            <w:hyperlink r:id="rId143" w:history="1">
              <w:r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https://doi.org/10.1128/AEM.00287-17</w:t>
              </w:r>
            </w:hyperlink>
            <w:r w:rsidR="00CB7EF0" w:rsidRPr="0020482C">
              <w:rPr>
                <w:rFonts w:cs="Times New Roman"/>
                <w:sz w:val="20"/>
                <w:szCs w:val="20"/>
              </w:rPr>
              <w:t>.</w:t>
            </w:r>
            <w:r w:rsidRPr="0020482C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20482C" w:rsidRPr="0020482C" w14:paraId="2AA3FA78" w14:textId="77777777" w:rsidTr="00CB69A0">
        <w:trPr>
          <w:trHeight w:val="1145"/>
        </w:trPr>
        <w:tc>
          <w:tcPr>
            <w:tcW w:w="2435" w:type="dxa"/>
          </w:tcPr>
          <w:p w14:paraId="1C674E73" w14:textId="0B47EBEC" w:rsidR="00D3319F" w:rsidRPr="0020482C" w:rsidRDefault="00FE4CD3" w:rsidP="00FE4CD3">
            <w:pPr>
              <w:ind w:left="720" w:hanging="720"/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Hou</w:t>
            </w:r>
            <w:proofErr w:type="spellEnd"/>
            <w:r w:rsidRPr="0020482C">
              <w:rPr>
                <w:sz w:val="20"/>
                <w:szCs w:val="20"/>
              </w:rPr>
              <w:t xml:space="preserve"> et al. 2025</w:t>
            </w:r>
          </w:p>
        </w:tc>
        <w:tc>
          <w:tcPr>
            <w:tcW w:w="6205" w:type="dxa"/>
          </w:tcPr>
          <w:p w14:paraId="423948A0" w14:textId="05A0F79D" w:rsidR="00D3319F" w:rsidRPr="0020482C" w:rsidRDefault="00B101E9" w:rsidP="00A15A1C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20482C">
              <w:rPr>
                <w:rFonts w:cs="Times New Roman"/>
                <w:sz w:val="20"/>
                <w:szCs w:val="20"/>
              </w:rPr>
              <w:t>Hou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L., W.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Xiong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M. Chen, J. Xu, A. C. Johnson, A. Zhan, &amp; X. Jin, 2025. Pesticide Pollution Reduces the Functional Diversity of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Macroinvertebrates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in Urban Aquatic Ecosystems. American Chemical Society. Environmental Science &amp; Technology 59: 8568–8577. </w:t>
            </w:r>
            <w:hyperlink r:id="rId144" w:history="1">
              <w:r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https://doi.org/10.1021/acs.est.5c01093</w:t>
              </w:r>
            </w:hyperlink>
            <w:r w:rsidRPr="0020482C">
              <w:rPr>
                <w:rFonts w:cs="Times New Roman"/>
                <w:sz w:val="20"/>
                <w:szCs w:val="20"/>
              </w:rPr>
              <w:t xml:space="preserve">. </w:t>
            </w:r>
          </w:p>
        </w:tc>
      </w:tr>
      <w:tr w:rsidR="0020482C" w:rsidRPr="0020482C" w14:paraId="452BF056" w14:textId="77777777" w:rsidTr="00CB69A0">
        <w:trPr>
          <w:trHeight w:val="977"/>
        </w:trPr>
        <w:tc>
          <w:tcPr>
            <w:tcW w:w="2435" w:type="dxa"/>
          </w:tcPr>
          <w:p w14:paraId="047A9AE0" w14:textId="20304AF3" w:rsidR="00FE4CD3" w:rsidRPr="0020482C" w:rsidRDefault="00CB69A0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Sganzerla</w:t>
            </w:r>
            <w:proofErr w:type="spellEnd"/>
            <w:r w:rsidRPr="0020482C">
              <w:rPr>
                <w:sz w:val="20"/>
                <w:szCs w:val="20"/>
              </w:rPr>
              <w:t xml:space="preserve"> et al. 2021</w:t>
            </w:r>
          </w:p>
        </w:tc>
        <w:tc>
          <w:tcPr>
            <w:tcW w:w="6205" w:type="dxa"/>
          </w:tcPr>
          <w:p w14:paraId="07F5CDC7" w14:textId="77777777" w:rsidR="00A34282" w:rsidRPr="0020482C" w:rsidRDefault="00A34282" w:rsidP="00A15A1C">
            <w:pPr>
              <w:rPr>
                <w:rFonts w:cs="Times New Roman"/>
                <w:sz w:val="20"/>
                <w:szCs w:val="20"/>
                <w:lang w:val="pt-BR"/>
              </w:rPr>
            </w:pPr>
            <w:r w:rsidRPr="0020482C">
              <w:rPr>
                <w:rFonts w:cs="Times New Roman"/>
                <w:sz w:val="20"/>
                <w:szCs w:val="20"/>
                <w:lang w:val="pt-BR"/>
              </w:rPr>
              <w:t xml:space="preserve">Sganzerla, C., M. S. Dalzochio, G. dos S. Prass, &amp; E. Périco, 2021. </w:t>
            </w:r>
            <w:r w:rsidRPr="0020482C">
              <w:rPr>
                <w:rFonts w:cs="Times New Roman"/>
                <w:sz w:val="20"/>
                <w:szCs w:val="20"/>
              </w:rPr>
              <w:t xml:space="preserve">Effects of urbanization on the fauna of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Odonata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on the coast of southern Brazil. </w:t>
            </w:r>
            <w:r w:rsidRPr="0020482C">
              <w:rPr>
                <w:rFonts w:cs="Times New Roman"/>
                <w:sz w:val="20"/>
                <w:szCs w:val="20"/>
                <w:lang w:val="pt-BR"/>
              </w:rPr>
              <w:t xml:space="preserve">Instituto Virtual da Biodiversidade | BIOTA - FAPESP. Biota Neotropica 21: e20201122. </w:t>
            </w:r>
          </w:p>
          <w:p w14:paraId="6E942A69" w14:textId="4D3A4091" w:rsidR="00FE4CD3" w:rsidRPr="0020482C" w:rsidRDefault="0020482C" w:rsidP="00A15A1C">
            <w:pPr>
              <w:rPr>
                <w:rFonts w:cs="Times New Roman"/>
                <w:sz w:val="20"/>
                <w:szCs w:val="20"/>
                <w:lang w:val="pt-BR"/>
              </w:rPr>
            </w:pPr>
            <w:hyperlink r:id="rId145" w:history="1">
              <w:r w:rsidR="00A34282"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  <w:lang w:val="pt-BR"/>
                </w:rPr>
                <w:t>https://doi.org/10.1590/1676-0611-BN-2020-1122</w:t>
              </w:r>
            </w:hyperlink>
            <w:r w:rsidR="00A34282" w:rsidRPr="0020482C">
              <w:rPr>
                <w:rFonts w:cs="Times New Roman"/>
                <w:sz w:val="20"/>
                <w:szCs w:val="20"/>
                <w:lang w:val="pt-BR"/>
              </w:rPr>
              <w:t xml:space="preserve">. </w:t>
            </w:r>
          </w:p>
        </w:tc>
      </w:tr>
      <w:tr w:rsidR="0020482C" w:rsidRPr="0020482C" w14:paraId="4CAAE9E5" w14:textId="77777777" w:rsidTr="00373332">
        <w:trPr>
          <w:trHeight w:val="991"/>
        </w:trPr>
        <w:tc>
          <w:tcPr>
            <w:tcW w:w="2435" w:type="dxa"/>
          </w:tcPr>
          <w:p w14:paraId="755B256B" w14:textId="77B81ED8" w:rsidR="00FE4CD3" w:rsidRPr="0020482C" w:rsidRDefault="0037333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Zhang et al. 2022</w:t>
            </w:r>
          </w:p>
        </w:tc>
        <w:tc>
          <w:tcPr>
            <w:tcW w:w="6205" w:type="dxa"/>
          </w:tcPr>
          <w:p w14:paraId="44B7725B" w14:textId="2723B700" w:rsidR="00FE4CD3" w:rsidRPr="0020482C" w:rsidRDefault="00A34282" w:rsidP="00A15A1C">
            <w:pPr>
              <w:rPr>
                <w:rFonts w:cs="Times New Roman"/>
                <w:sz w:val="20"/>
                <w:szCs w:val="20"/>
              </w:rPr>
            </w:pPr>
            <w:r w:rsidRPr="0020482C">
              <w:rPr>
                <w:rFonts w:cs="Times New Roman"/>
                <w:sz w:val="20"/>
                <w:szCs w:val="20"/>
              </w:rPr>
              <w:t xml:space="preserve">Zhang, S., Y. Zheng, A. Zhan, C. Dong, J. Zhao, &amp; M. Yao, 2022. Environmental DNA captures native and non-native fish community variations across the lentic and lotic systems of a megacity. American Association for the Advancement of Science. Science Advances 8: eabk0097. </w:t>
            </w:r>
            <w:hyperlink r:id="rId146" w:history="1">
              <w:r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https://doi.org/10.1126/sciadv.abk0097</w:t>
              </w:r>
            </w:hyperlink>
            <w:r w:rsidRPr="0020482C">
              <w:rPr>
                <w:rFonts w:cs="Times New Roman"/>
                <w:sz w:val="20"/>
                <w:szCs w:val="20"/>
              </w:rPr>
              <w:t xml:space="preserve">. </w:t>
            </w:r>
          </w:p>
        </w:tc>
      </w:tr>
      <w:tr w:rsidR="0020482C" w:rsidRPr="0020482C" w14:paraId="5B858036" w14:textId="77777777" w:rsidTr="00373332">
        <w:trPr>
          <w:trHeight w:val="991"/>
        </w:trPr>
        <w:tc>
          <w:tcPr>
            <w:tcW w:w="2435" w:type="dxa"/>
          </w:tcPr>
          <w:p w14:paraId="14A341AA" w14:textId="48D78BB3" w:rsidR="00A34282" w:rsidRPr="0020482C" w:rsidRDefault="00A3428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Jones et al. 2015</w:t>
            </w:r>
          </w:p>
        </w:tc>
        <w:tc>
          <w:tcPr>
            <w:tcW w:w="6205" w:type="dxa"/>
          </w:tcPr>
          <w:p w14:paraId="561AC1B1" w14:textId="2B947A73" w:rsidR="00A34282" w:rsidRPr="0020482C" w:rsidRDefault="00A34282" w:rsidP="00A15A1C">
            <w:pPr>
              <w:rPr>
                <w:rFonts w:cs="Times New Roman"/>
                <w:sz w:val="20"/>
                <w:szCs w:val="20"/>
              </w:rPr>
            </w:pPr>
            <w:r w:rsidRPr="0020482C">
              <w:rPr>
                <w:rFonts w:cs="Times New Roman"/>
                <w:sz w:val="20"/>
                <w:szCs w:val="20"/>
              </w:rPr>
              <w:t xml:space="preserve">Jones, B., J. W. Snodgrass, &amp; D. R.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Ownby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2015. Relative Toxicity of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NaCl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and Road Deicing Salt to Developing Amphibians. The American Society of Ichthyologists and Herpetologists.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Copeia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2015: 72–77. </w:t>
            </w:r>
            <w:hyperlink r:id="rId147" w:history="1">
              <w:r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https://doi.org/10.1643/CP-13-082</w:t>
              </w:r>
            </w:hyperlink>
            <w:r w:rsidRPr="0020482C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20482C" w:rsidRPr="0020482C" w14:paraId="43EF92D9" w14:textId="77777777" w:rsidTr="00373332">
        <w:trPr>
          <w:trHeight w:val="694"/>
        </w:trPr>
        <w:tc>
          <w:tcPr>
            <w:tcW w:w="2435" w:type="dxa"/>
          </w:tcPr>
          <w:p w14:paraId="74D960F7" w14:textId="15293D0E" w:rsidR="00373332" w:rsidRPr="0020482C" w:rsidRDefault="00A3428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Lawson &amp; Jackson, 2021</w:t>
            </w:r>
          </w:p>
        </w:tc>
        <w:tc>
          <w:tcPr>
            <w:tcW w:w="6205" w:type="dxa"/>
          </w:tcPr>
          <w:p w14:paraId="5269E7D4" w14:textId="63F9763D" w:rsidR="00373332" w:rsidRPr="0020482C" w:rsidRDefault="00A34282" w:rsidP="00A15A1C">
            <w:pPr>
              <w:rPr>
                <w:rFonts w:cs="Times New Roman"/>
                <w:sz w:val="20"/>
                <w:szCs w:val="20"/>
              </w:rPr>
            </w:pPr>
            <w:r w:rsidRPr="0020482C">
              <w:rPr>
                <w:rFonts w:cs="Times New Roman"/>
                <w:sz w:val="20"/>
                <w:szCs w:val="20"/>
              </w:rPr>
              <w:t xml:space="preserve">Lawson, L., &amp; D. A. Jackson, 2021. Salty summertime streams—road salt contaminated watersheds and estimates of the proportion of impacted species. Canadian Science Publishing. FACETS 6: 317–333. </w:t>
            </w:r>
            <w:hyperlink r:id="rId148" w:history="1">
              <w:r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https://doi.org/10.1139/facets-2020-0068</w:t>
              </w:r>
            </w:hyperlink>
            <w:r w:rsidRPr="0020482C">
              <w:rPr>
                <w:rFonts w:cs="Times New Roman"/>
                <w:sz w:val="20"/>
                <w:szCs w:val="20"/>
              </w:rPr>
              <w:t xml:space="preserve">. </w:t>
            </w:r>
          </w:p>
        </w:tc>
      </w:tr>
      <w:tr w:rsidR="0020482C" w:rsidRPr="0020482C" w14:paraId="6924C585" w14:textId="77777777" w:rsidTr="00373332">
        <w:trPr>
          <w:trHeight w:val="694"/>
        </w:trPr>
        <w:tc>
          <w:tcPr>
            <w:tcW w:w="2435" w:type="dxa"/>
          </w:tcPr>
          <w:p w14:paraId="3CD49D36" w14:textId="278CC307" w:rsidR="00373332" w:rsidRPr="0020482C" w:rsidRDefault="00745A71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rFonts w:hint="eastAsia"/>
                <w:sz w:val="20"/>
                <w:szCs w:val="20"/>
              </w:rPr>
              <w:t>Pelsma</w:t>
            </w:r>
            <w:proofErr w:type="spellEnd"/>
            <w:r w:rsidRPr="0020482C">
              <w:rPr>
                <w:sz w:val="20"/>
                <w:szCs w:val="20"/>
              </w:rPr>
              <w:t xml:space="preserve"> et al. 2022</w:t>
            </w:r>
          </w:p>
        </w:tc>
        <w:tc>
          <w:tcPr>
            <w:tcW w:w="6205" w:type="dxa"/>
          </w:tcPr>
          <w:p w14:paraId="439FEBC5" w14:textId="54BF5EBE" w:rsidR="00373332" w:rsidRPr="0020482C" w:rsidRDefault="00A34282" w:rsidP="00A15A1C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20482C">
              <w:rPr>
                <w:rFonts w:cs="Times New Roman"/>
                <w:sz w:val="20"/>
                <w:szCs w:val="20"/>
              </w:rPr>
              <w:t>Pelsma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K. A. J., M. H. </w:t>
            </w:r>
            <w:proofErr w:type="gramStart"/>
            <w:r w:rsidRPr="0020482C">
              <w:rPr>
                <w:rFonts w:cs="Times New Roman"/>
                <w:sz w:val="20"/>
                <w:szCs w:val="20"/>
              </w:rPr>
              <w:t>in ’t</w:t>
            </w:r>
            <w:proofErr w:type="gramEnd"/>
            <w:r w:rsidRPr="0020482C">
              <w:rPr>
                <w:rFonts w:cs="Times New Roman"/>
                <w:sz w:val="20"/>
                <w:szCs w:val="20"/>
              </w:rPr>
              <w:t xml:space="preserve"> Zandt, H. J. M. Op den Camp, M. S. M.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Jetten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J. F. Dean, &amp; C. U.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Welte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2022. Amsterdam urban canals contain novel niches for methane-cycling microorganisms. Environmental Microbiology 24: 82–97. </w:t>
            </w:r>
            <w:hyperlink r:id="rId149" w:history="1">
              <w:r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https://doi.org/10.1111/1462-2920.15864</w:t>
              </w:r>
            </w:hyperlink>
            <w:r w:rsidRPr="0020482C">
              <w:rPr>
                <w:rFonts w:cs="Times New Roman"/>
                <w:sz w:val="20"/>
                <w:szCs w:val="20"/>
              </w:rPr>
              <w:t xml:space="preserve">. </w:t>
            </w:r>
          </w:p>
        </w:tc>
      </w:tr>
      <w:tr w:rsidR="0020482C" w:rsidRPr="0020482C" w14:paraId="60D76F65" w14:textId="77777777" w:rsidTr="00373332">
        <w:trPr>
          <w:trHeight w:val="694"/>
        </w:trPr>
        <w:tc>
          <w:tcPr>
            <w:tcW w:w="2435" w:type="dxa"/>
          </w:tcPr>
          <w:p w14:paraId="21AFF6E5" w14:textId="3DC5FE7F" w:rsidR="00373332" w:rsidRPr="0020482C" w:rsidRDefault="00A94B49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Zhou et al. 2024</w:t>
            </w:r>
          </w:p>
        </w:tc>
        <w:tc>
          <w:tcPr>
            <w:tcW w:w="6205" w:type="dxa"/>
          </w:tcPr>
          <w:p w14:paraId="769F85A8" w14:textId="518EA184" w:rsidR="00373332" w:rsidRPr="0020482C" w:rsidRDefault="00C75C42" w:rsidP="00A15A1C">
            <w:pPr>
              <w:rPr>
                <w:rFonts w:cs="Times New Roman"/>
                <w:sz w:val="20"/>
                <w:szCs w:val="20"/>
              </w:rPr>
            </w:pPr>
            <w:r w:rsidRPr="0020482C">
              <w:rPr>
                <w:rFonts w:cs="Times New Roman"/>
                <w:sz w:val="20"/>
                <w:szCs w:val="20"/>
              </w:rPr>
              <w:t xml:space="preserve">Zhou, X., C. Wang, G.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Kattel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J. Zhang, &amp; M. Xu, 2024. Hydrodynamic and trophic variations reshape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macroinvertebrate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food webs in urban ecosystems. Environmental Science and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Ecotechnology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22: 100478. </w:t>
            </w:r>
            <w:hyperlink r:id="rId150" w:history="1">
              <w:r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https://doi.org/10.1016/j.ese.2024.100478</w:t>
              </w:r>
            </w:hyperlink>
            <w:r w:rsidRPr="0020482C">
              <w:rPr>
                <w:rFonts w:cs="Times New Roman"/>
                <w:sz w:val="20"/>
                <w:szCs w:val="20"/>
              </w:rPr>
              <w:t xml:space="preserve">. </w:t>
            </w:r>
          </w:p>
        </w:tc>
      </w:tr>
      <w:tr w:rsidR="0020482C" w:rsidRPr="0020482C" w14:paraId="55E0FA72" w14:textId="77777777" w:rsidTr="00373332">
        <w:trPr>
          <w:trHeight w:val="694"/>
        </w:trPr>
        <w:tc>
          <w:tcPr>
            <w:tcW w:w="2435" w:type="dxa"/>
          </w:tcPr>
          <w:p w14:paraId="51B5F484" w14:textId="721C6ED0" w:rsidR="00373332" w:rsidRPr="0020482C" w:rsidRDefault="00A94B49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Saxena</w:t>
            </w:r>
            <w:proofErr w:type="spellEnd"/>
            <w:r w:rsidRPr="0020482C">
              <w:rPr>
                <w:sz w:val="20"/>
                <w:szCs w:val="20"/>
              </w:rPr>
              <w:t xml:space="preserve"> et al. 2015</w:t>
            </w:r>
          </w:p>
        </w:tc>
        <w:tc>
          <w:tcPr>
            <w:tcW w:w="6205" w:type="dxa"/>
          </w:tcPr>
          <w:p w14:paraId="4C723ED3" w14:textId="62C0AACA" w:rsidR="00373332" w:rsidRPr="0020482C" w:rsidRDefault="00C75C42" w:rsidP="00A15A1C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20482C">
              <w:rPr>
                <w:rFonts w:cs="Times New Roman"/>
                <w:sz w:val="20"/>
                <w:szCs w:val="20"/>
              </w:rPr>
              <w:t>Saxena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G., E. M.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Marzinelli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N. N.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Naing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Z. He, Y. Liang, L. Tom, S.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Mitra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H. Ping, U. M. Joshi, S. Reuben, K. C.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Mynampati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S. Mishra, S.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Umashankar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J. Zhou, G. L. Andersen, S.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Kjelleberg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&amp; S.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Swarup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2015.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Ecogenomics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Reveals Metals and Land-Use Pressures on Microbial Communities in the Waterways of a Megacity. American Chemical Society. Environmental Science &amp; Technology 49: 1462–1471. </w:t>
            </w:r>
            <w:hyperlink r:id="rId151" w:history="1">
              <w:r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https://doi.org/10.1021/es504531s</w:t>
              </w:r>
            </w:hyperlink>
            <w:r w:rsidRPr="0020482C">
              <w:rPr>
                <w:rFonts w:cs="Times New Roman"/>
                <w:sz w:val="20"/>
                <w:szCs w:val="20"/>
              </w:rPr>
              <w:t xml:space="preserve">. </w:t>
            </w:r>
          </w:p>
        </w:tc>
      </w:tr>
      <w:tr w:rsidR="0020482C" w:rsidRPr="0020482C" w14:paraId="4BA3BA72" w14:textId="77777777" w:rsidTr="00373332">
        <w:trPr>
          <w:trHeight w:val="694"/>
        </w:trPr>
        <w:tc>
          <w:tcPr>
            <w:tcW w:w="2435" w:type="dxa"/>
          </w:tcPr>
          <w:p w14:paraId="4225B91D" w14:textId="55AA4100" w:rsidR="00373332" w:rsidRPr="0020482C" w:rsidRDefault="00A94B49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Souza et al. 2025</w:t>
            </w:r>
          </w:p>
        </w:tc>
        <w:tc>
          <w:tcPr>
            <w:tcW w:w="6205" w:type="dxa"/>
          </w:tcPr>
          <w:p w14:paraId="3C3B57CA" w14:textId="04549E9F" w:rsidR="00373332" w:rsidRPr="0020482C" w:rsidRDefault="00C75C42" w:rsidP="00A15A1C">
            <w:pPr>
              <w:rPr>
                <w:rFonts w:cs="Times New Roman"/>
                <w:sz w:val="20"/>
                <w:szCs w:val="20"/>
              </w:rPr>
            </w:pPr>
            <w:r w:rsidRPr="0020482C">
              <w:rPr>
                <w:rFonts w:cs="Times New Roman"/>
                <w:sz w:val="20"/>
                <w:szCs w:val="20"/>
                <w:lang w:val="pt-BR"/>
              </w:rPr>
              <w:t xml:space="preserve">Souza, D. C. D. de, L. F. Viana, F. Kummrow, C. A. L. Cardoso, N. A. de Lima, I. A. R. Lacerda, B. do A. Crispim, A. Barufatti, L. A. V. Dias, &amp; A. C. Florentino, 2025. </w:t>
            </w:r>
            <w:r w:rsidRPr="0020482C">
              <w:rPr>
                <w:rFonts w:cs="Times New Roman"/>
                <w:sz w:val="20"/>
                <w:szCs w:val="20"/>
              </w:rPr>
              <w:t xml:space="preserve">Bioaccumulation of Metals in Fish Collected from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Macapá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Urban Aquatic Environments (Brazilian Amazon) and the Risks to Human Health. Multidisciplinary Digital Publishing Institute. Toxics 13: 67. </w:t>
            </w:r>
            <w:hyperlink r:id="rId152" w:history="1">
              <w:r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https://doi.org/10.3390/toxics13020067</w:t>
              </w:r>
            </w:hyperlink>
            <w:r w:rsidRPr="0020482C">
              <w:rPr>
                <w:rFonts w:cs="Times New Roman"/>
                <w:sz w:val="20"/>
                <w:szCs w:val="20"/>
              </w:rPr>
              <w:t xml:space="preserve">. </w:t>
            </w:r>
          </w:p>
        </w:tc>
      </w:tr>
      <w:tr w:rsidR="0020482C" w:rsidRPr="0020482C" w14:paraId="05A4E071" w14:textId="77777777" w:rsidTr="00373332">
        <w:trPr>
          <w:trHeight w:val="694"/>
        </w:trPr>
        <w:tc>
          <w:tcPr>
            <w:tcW w:w="2435" w:type="dxa"/>
          </w:tcPr>
          <w:p w14:paraId="6CBC5752" w14:textId="7F8C86B8" w:rsidR="00373332" w:rsidRPr="0020482C" w:rsidRDefault="00A94B49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Vermonden</w:t>
            </w:r>
            <w:proofErr w:type="spellEnd"/>
            <w:r w:rsidRPr="0020482C">
              <w:rPr>
                <w:sz w:val="20"/>
                <w:szCs w:val="20"/>
              </w:rPr>
              <w:t xml:space="preserve"> et al. 2010</w:t>
            </w:r>
          </w:p>
        </w:tc>
        <w:tc>
          <w:tcPr>
            <w:tcW w:w="6205" w:type="dxa"/>
          </w:tcPr>
          <w:p w14:paraId="106ECC6B" w14:textId="5D4B3EB5" w:rsidR="00373332" w:rsidRPr="0020482C" w:rsidRDefault="00C75C42" w:rsidP="00A15A1C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20482C">
              <w:rPr>
                <w:rFonts w:cs="Times New Roman"/>
                <w:sz w:val="20"/>
                <w:szCs w:val="20"/>
              </w:rPr>
              <w:t>Vermonden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K., R. S. E. W. Leuven, &amp; G. Van Der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Velde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2010. Environmental factors determining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invasibility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of urban waters for exotic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macroinvertebrates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. Diversity and Distributions 16: 1009–1021. </w:t>
            </w:r>
            <w:hyperlink r:id="rId153" w:history="1">
              <w:r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https://doi.org/10.1111/j.1472-4642.2010.00702.x</w:t>
              </w:r>
            </w:hyperlink>
            <w:r w:rsidRPr="0020482C">
              <w:rPr>
                <w:rFonts w:cs="Times New Roman"/>
                <w:sz w:val="20"/>
                <w:szCs w:val="20"/>
              </w:rPr>
              <w:t xml:space="preserve">. </w:t>
            </w:r>
          </w:p>
        </w:tc>
      </w:tr>
      <w:tr w:rsidR="0020482C" w:rsidRPr="0020482C" w14:paraId="567BD54B" w14:textId="77777777" w:rsidTr="00373332">
        <w:trPr>
          <w:trHeight w:val="694"/>
        </w:trPr>
        <w:tc>
          <w:tcPr>
            <w:tcW w:w="2435" w:type="dxa"/>
          </w:tcPr>
          <w:p w14:paraId="1CF7D33D" w14:textId="600D14A6" w:rsidR="00373332" w:rsidRPr="0020482C" w:rsidRDefault="00A94B49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Liu et al. 2023</w:t>
            </w:r>
          </w:p>
        </w:tc>
        <w:tc>
          <w:tcPr>
            <w:tcW w:w="6205" w:type="dxa"/>
          </w:tcPr>
          <w:p w14:paraId="6A6F9A35" w14:textId="1B2463C8" w:rsidR="00373332" w:rsidRPr="0020482C" w:rsidRDefault="00C75C42" w:rsidP="00A15A1C">
            <w:pPr>
              <w:rPr>
                <w:rFonts w:cs="Times New Roman"/>
                <w:sz w:val="20"/>
                <w:szCs w:val="20"/>
              </w:rPr>
            </w:pPr>
            <w:r w:rsidRPr="0020482C">
              <w:rPr>
                <w:rFonts w:cs="Times New Roman"/>
                <w:sz w:val="20"/>
                <w:szCs w:val="20"/>
              </w:rPr>
              <w:t xml:space="preserve">Liu, Z., J.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Heino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Y. Ge, T. Zhou, Y. Jiang, Y. Mo, Y. Cui, W. Wang, Y. Chen, J. Zhang, &amp; Z.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Xie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, 2023. A refined functional group approach reveals novel insights into effects of urbanization on river </w:t>
            </w:r>
            <w:proofErr w:type="spellStart"/>
            <w:r w:rsidRPr="0020482C">
              <w:rPr>
                <w:rFonts w:cs="Times New Roman"/>
                <w:sz w:val="20"/>
                <w:szCs w:val="20"/>
              </w:rPr>
              <w:t>macroinvertebrate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communities. Landscape Ecology 38: 3791–3808. </w:t>
            </w:r>
            <w:hyperlink r:id="rId154" w:history="1">
              <w:r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https://doi.org/10.1007/s10980-023-01612-2</w:t>
              </w:r>
            </w:hyperlink>
            <w:r w:rsidRPr="0020482C">
              <w:rPr>
                <w:rFonts w:cs="Times New Roman"/>
                <w:sz w:val="20"/>
                <w:szCs w:val="20"/>
              </w:rPr>
              <w:t xml:space="preserve">. </w:t>
            </w:r>
          </w:p>
        </w:tc>
      </w:tr>
      <w:tr w:rsidR="0020482C" w:rsidRPr="0020482C" w14:paraId="441E0F01" w14:textId="77777777" w:rsidTr="00373332">
        <w:trPr>
          <w:trHeight w:val="694"/>
        </w:trPr>
        <w:tc>
          <w:tcPr>
            <w:tcW w:w="2435" w:type="dxa"/>
          </w:tcPr>
          <w:p w14:paraId="3EC46E62" w14:textId="5F791A3B" w:rsidR="00373332" w:rsidRPr="0020482C" w:rsidRDefault="00684F1C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Wang et al. 2025</w:t>
            </w:r>
          </w:p>
          <w:p w14:paraId="5663DE90" w14:textId="09BFD09B" w:rsidR="00684F1C" w:rsidRPr="0020482C" w:rsidRDefault="00684F1C" w:rsidP="00A15A1C">
            <w:pPr>
              <w:rPr>
                <w:sz w:val="20"/>
                <w:szCs w:val="20"/>
              </w:rPr>
            </w:pPr>
          </w:p>
        </w:tc>
        <w:tc>
          <w:tcPr>
            <w:tcW w:w="6205" w:type="dxa"/>
          </w:tcPr>
          <w:p w14:paraId="505E137A" w14:textId="4CE0E715" w:rsidR="00373332" w:rsidRPr="0020482C" w:rsidRDefault="00C75C4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Wang, J., J. Yu, M. Shen, &amp; S. </w:t>
            </w:r>
            <w:proofErr w:type="spellStart"/>
            <w:r w:rsidRPr="0020482C">
              <w:rPr>
                <w:sz w:val="20"/>
                <w:szCs w:val="20"/>
              </w:rPr>
              <w:t>Che</w:t>
            </w:r>
            <w:proofErr w:type="spellEnd"/>
            <w:r w:rsidRPr="0020482C">
              <w:rPr>
                <w:sz w:val="20"/>
                <w:szCs w:val="20"/>
              </w:rPr>
              <w:t xml:space="preserve">, 2025. Analysis of Carbon Density Distribution Characteristics in Urban Wetland Ecosystems: A Case Study of Shanghai Fish and </w:t>
            </w:r>
            <w:proofErr w:type="spellStart"/>
            <w:r w:rsidRPr="0020482C">
              <w:rPr>
                <w:sz w:val="20"/>
                <w:szCs w:val="20"/>
              </w:rPr>
              <w:t>Dishui</w:t>
            </w:r>
            <w:proofErr w:type="spellEnd"/>
            <w:r w:rsidRPr="0020482C">
              <w:rPr>
                <w:sz w:val="20"/>
                <w:szCs w:val="20"/>
              </w:rPr>
              <w:t xml:space="preserve"> Lake. Multidisciplinary Digital Publishing Institute. Water 17: 650. </w:t>
            </w:r>
            <w:hyperlink r:id="rId155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https://doi.org/10.3390/w17050650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2DEAEEAA" w14:textId="77777777" w:rsidTr="00373332">
        <w:trPr>
          <w:trHeight w:val="694"/>
        </w:trPr>
        <w:tc>
          <w:tcPr>
            <w:tcW w:w="2435" w:type="dxa"/>
          </w:tcPr>
          <w:p w14:paraId="1BF6E138" w14:textId="3E2EC23B" w:rsidR="00373332" w:rsidRPr="0020482C" w:rsidRDefault="00684F1C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Rodríguez et al.</w:t>
            </w:r>
            <w:r w:rsidR="00FA2A6E" w:rsidRPr="0020482C">
              <w:rPr>
                <w:sz w:val="20"/>
                <w:szCs w:val="20"/>
              </w:rPr>
              <w:t xml:space="preserve"> 2024</w:t>
            </w:r>
          </w:p>
        </w:tc>
        <w:tc>
          <w:tcPr>
            <w:tcW w:w="6205" w:type="dxa"/>
          </w:tcPr>
          <w:p w14:paraId="692AE6F3" w14:textId="4530BBC9" w:rsidR="00373332" w:rsidRPr="0020482C" w:rsidRDefault="00FA2A6E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Rodríguez, S., A. Huerta, Á. Palma, F. Vicencio, &amp; J. E. Araya, 2024. </w:t>
            </w:r>
            <w:r w:rsidRPr="0020482C">
              <w:rPr>
                <w:sz w:val="20"/>
                <w:szCs w:val="20"/>
              </w:rPr>
              <w:t xml:space="preserve">Utilizing Insects as </w:t>
            </w:r>
            <w:proofErr w:type="spellStart"/>
            <w:r w:rsidRPr="0020482C">
              <w:rPr>
                <w:sz w:val="20"/>
                <w:szCs w:val="20"/>
              </w:rPr>
              <w:t>Bioindicators</w:t>
            </w:r>
            <w:proofErr w:type="spellEnd"/>
            <w:r w:rsidRPr="0020482C">
              <w:rPr>
                <w:sz w:val="20"/>
                <w:szCs w:val="20"/>
              </w:rPr>
              <w:t xml:space="preserve">: An Approximation for Conservation in Urban Lentic Ecosystems in Central Chile. Multidisciplinary Digital Publishing Institute. Insects 15: 831. </w:t>
            </w:r>
            <w:hyperlink r:id="rId156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https://doi.org/10.3390/insects15110831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00A41623" w14:textId="77777777" w:rsidTr="00373332">
        <w:trPr>
          <w:trHeight w:val="694"/>
        </w:trPr>
        <w:tc>
          <w:tcPr>
            <w:tcW w:w="2435" w:type="dxa"/>
          </w:tcPr>
          <w:p w14:paraId="2F382371" w14:textId="319D1F1D" w:rsidR="00373332" w:rsidRPr="0020482C" w:rsidRDefault="00684F1C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Liao, 2024</w:t>
            </w:r>
          </w:p>
        </w:tc>
        <w:tc>
          <w:tcPr>
            <w:tcW w:w="6205" w:type="dxa"/>
          </w:tcPr>
          <w:p w14:paraId="17B472C8" w14:textId="255E2CAD" w:rsidR="00373332" w:rsidRPr="0020482C" w:rsidRDefault="00FA2A6E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Liao, W., 2024. Water </w:t>
            </w:r>
            <w:proofErr w:type="spellStart"/>
            <w:r w:rsidRPr="0020482C">
              <w:rPr>
                <w:sz w:val="20"/>
                <w:szCs w:val="20"/>
              </w:rPr>
              <w:t>Colour</w:t>
            </w:r>
            <w:proofErr w:type="spellEnd"/>
            <w:r w:rsidRPr="0020482C">
              <w:rPr>
                <w:sz w:val="20"/>
                <w:szCs w:val="20"/>
              </w:rPr>
              <w:t xml:space="preserve"> Shapes Diving Beetle (</w:t>
            </w:r>
            <w:proofErr w:type="spellStart"/>
            <w:r w:rsidRPr="0020482C">
              <w:rPr>
                <w:sz w:val="20"/>
                <w:szCs w:val="20"/>
              </w:rPr>
              <w:t>Coleoptera</w:t>
            </w:r>
            <w:proofErr w:type="spellEnd"/>
            <w:r w:rsidRPr="0020482C">
              <w:rPr>
                <w:sz w:val="20"/>
                <w:szCs w:val="20"/>
              </w:rPr>
              <w:t xml:space="preserve">: </w:t>
            </w:r>
            <w:proofErr w:type="spellStart"/>
            <w:r w:rsidRPr="0020482C">
              <w:rPr>
                <w:sz w:val="20"/>
                <w:szCs w:val="20"/>
              </w:rPr>
              <w:t>Dytiscidae</w:t>
            </w:r>
            <w:proofErr w:type="spellEnd"/>
            <w:r w:rsidRPr="0020482C">
              <w:rPr>
                <w:sz w:val="20"/>
                <w:szCs w:val="20"/>
              </w:rPr>
              <w:t xml:space="preserve">) Assemblages in Urban Ponds. Multidisciplinary Digital Publishing Institute. Insects 15: 308. </w:t>
            </w:r>
            <w:hyperlink r:id="rId157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https://doi.org/10.3390/insects15050308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41D9E8BC" w14:textId="77777777" w:rsidTr="00373332">
        <w:trPr>
          <w:trHeight w:val="694"/>
        </w:trPr>
        <w:tc>
          <w:tcPr>
            <w:tcW w:w="2435" w:type="dxa"/>
          </w:tcPr>
          <w:p w14:paraId="6211CAC0" w14:textId="149E6892" w:rsidR="00373332" w:rsidRPr="0020482C" w:rsidRDefault="00684F1C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Hu et al. 2023</w:t>
            </w:r>
          </w:p>
          <w:p w14:paraId="60B245C4" w14:textId="5EBC5161" w:rsidR="00684F1C" w:rsidRPr="0020482C" w:rsidRDefault="00684F1C" w:rsidP="00A15A1C">
            <w:pPr>
              <w:rPr>
                <w:sz w:val="20"/>
                <w:szCs w:val="20"/>
              </w:rPr>
            </w:pPr>
          </w:p>
        </w:tc>
        <w:tc>
          <w:tcPr>
            <w:tcW w:w="6205" w:type="dxa"/>
          </w:tcPr>
          <w:p w14:paraId="322B4A9B" w14:textId="78B8FF74" w:rsidR="00373332" w:rsidRPr="0020482C" w:rsidRDefault="00FA2A6E" w:rsidP="006B7FCE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Hu, J., L. Hua, A. You, L. Chen, Z. Xu, Z. Wang, W. Zhang, C. Zhang, G. Yu, &amp; W. Tang, 2023. Taxon-specific effects of seasonal variation and water connectivity on the diversity of phytoplankton, zooplankton and benthic organisms in urban wetland. Taylor &amp; Francis. Journal of Freshwater Ecology 38: 2253265. </w:t>
            </w:r>
            <w:hyperlink r:id="rId158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https://doi.org/10.1080/02705060.2023.2253265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393BF5EF" w14:textId="77777777" w:rsidTr="008C351D">
        <w:trPr>
          <w:trHeight w:val="1010"/>
        </w:trPr>
        <w:tc>
          <w:tcPr>
            <w:tcW w:w="2435" w:type="dxa"/>
          </w:tcPr>
          <w:p w14:paraId="42B2A60C" w14:textId="5AA612D2" w:rsidR="00373332" w:rsidRPr="0020482C" w:rsidRDefault="0052128D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Wu et al. 2025</w:t>
            </w:r>
          </w:p>
        </w:tc>
        <w:tc>
          <w:tcPr>
            <w:tcW w:w="6205" w:type="dxa"/>
          </w:tcPr>
          <w:p w14:paraId="5A98F6AB" w14:textId="01E7F963" w:rsidR="00373332" w:rsidRPr="0020482C" w:rsidRDefault="00FA2A6E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Wu, S., H. Zou, N. Li, X. Yan, &amp; W. Liu, 2025. </w:t>
            </w:r>
            <w:r w:rsidRPr="0020482C">
              <w:rPr>
                <w:sz w:val="20"/>
                <w:szCs w:val="20"/>
              </w:rPr>
              <w:t xml:space="preserve">Heavy metal stress strengthens the stability and complexity of microbial molecular ecological networks in </w:t>
            </w:r>
            <w:proofErr w:type="spellStart"/>
            <w:r w:rsidRPr="0020482C">
              <w:rPr>
                <w:sz w:val="20"/>
                <w:szCs w:val="20"/>
              </w:rPr>
              <w:t>Sanyang</w:t>
            </w:r>
            <w:proofErr w:type="spellEnd"/>
            <w:r w:rsidRPr="0020482C">
              <w:rPr>
                <w:sz w:val="20"/>
                <w:szCs w:val="20"/>
              </w:rPr>
              <w:t xml:space="preserve"> wetland sediments. Journal of Oceanology and Limnology 43: 103–118. </w:t>
            </w:r>
            <w:hyperlink r:id="rId159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https://doi.org/10.1007/s00343-024-4028-6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5FBE0CB3" w14:textId="77777777" w:rsidTr="008C351D">
        <w:trPr>
          <w:trHeight w:val="698"/>
        </w:trPr>
        <w:tc>
          <w:tcPr>
            <w:tcW w:w="2435" w:type="dxa"/>
          </w:tcPr>
          <w:p w14:paraId="0068134D" w14:textId="3E263599" w:rsidR="008C351D" w:rsidRPr="0020482C" w:rsidRDefault="008C351D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Liu &amp; Zhang, 202</w:t>
            </w:r>
            <w:r w:rsidR="00FA2A6E" w:rsidRPr="0020482C">
              <w:rPr>
                <w:sz w:val="20"/>
                <w:szCs w:val="20"/>
              </w:rPr>
              <w:t>5</w:t>
            </w:r>
          </w:p>
        </w:tc>
        <w:tc>
          <w:tcPr>
            <w:tcW w:w="6205" w:type="dxa"/>
          </w:tcPr>
          <w:p w14:paraId="33B91DEE" w14:textId="22257E98" w:rsidR="008C351D" w:rsidRPr="0020482C" w:rsidRDefault="00FA2A6E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Liu, Y., &amp; Z. Zhang, 2025. Effects of Atmospheric Particulate Matter on Microbial Communities in Wetland Ecosystems. Multidisciplinary Digital Publishing Institute. Water 17: 66. https://doi.org/10.3390/w17010066.</w:t>
            </w:r>
          </w:p>
        </w:tc>
      </w:tr>
      <w:tr w:rsidR="0020482C" w:rsidRPr="0020482C" w14:paraId="5C2B8F7D" w14:textId="77777777" w:rsidTr="008C351D">
        <w:trPr>
          <w:trHeight w:val="992"/>
        </w:trPr>
        <w:tc>
          <w:tcPr>
            <w:tcW w:w="2435" w:type="dxa"/>
          </w:tcPr>
          <w:p w14:paraId="18FA2411" w14:textId="757E1FFE" w:rsidR="008C351D" w:rsidRPr="0020482C" w:rsidRDefault="008C351D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Du et al. 2025</w:t>
            </w:r>
          </w:p>
        </w:tc>
        <w:tc>
          <w:tcPr>
            <w:tcW w:w="6205" w:type="dxa"/>
          </w:tcPr>
          <w:p w14:paraId="4F466F60" w14:textId="62B85C8B" w:rsidR="008C351D" w:rsidRPr="0020482C" w:rsidRDefault="00FA2A6E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Du, L., J. Ge, M. Zhang, H. Zhang, Y. Yu, Y. </w:t>
            </w:r>
            <w:proofErr w:type="spellStart"/>
            <w:r w:rsidRPr="0020482C">
              <w:rPr>
                <w:sz w:val="20"/>
                <w:szCs w:val="20"/>
              </w:rPr>
              <w:t>Xie</w:t>
            </w:r>
            <w:proofErr w:type="spellEnd"/>
            <w:r w:rsidRPr="0020482C">
              <w:rPr>
                <w:sz w:val="20"/>
                <w:szCs w:val="20"/>
              </w:rPr>
              <w:t xml:space="preserve">, Y. Zhang, C. Zeng, W. Peng, Q. Chen, &amp; X. Qu, 2025. The Relationship Between </w:t>
            </w:r>
            <w:proofErr w:type="spellStart"/>
            <w:r w:rsidRPr="0020482C">
              <w:rPr>
                <w:sz w:val="20"/>
                <w:szCs w:val="20"/>
              </w:rPr>
              <w:t>Macroinvertebrate</w:t>
            </w:r>
            <w:proofErr w:type="spellEnd"/>
            <w:r w:rsidRPr="0020482C">
              <w:rPr>
                <w:sz w:val="20"/>
                <w:szCs w:val="20"/>
              </w:rPr>
              <w:t xml:space="preserve"> Diversity Indices and Community Stability in the North Canal River Basin of Urban Beijing, China. Multidisciplinary Digital Publishing Institute. Sustainability 17: 4479. </w:t>
            </w:r>
            <w:hyperlink r:id="rId160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https://doi.org/10.3390/su17104479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5D18298A" w14:textId="77777777" w:rsidTr="008C351D">
        <w:trPr>
          <w:trHeight w:val="992"/>
        </w:trPr>
        <w:tc>
          <w:tcPr>
            <w:tcW w:w="2435" w:type="dxa"/>
          </w:tcPr>
          <w:p w14:paraId="4788EB2A" w14:textId="536451B7" w:rsidR="00FA2A6E" w:rsidRPr="0020482C" w:rsidRDefault="00FA2A6E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Klock</w:t>
            </w:r>
            <w:proofErr w:type="spellEnd"/>
            <w:r w:rsidRPr="0020482C">
              <w:rPr>
                <w:sz w:val="20"/>
                <w:szCs w:val="20"/>
              </w:rPr>
              <w:t xml:space="preserve"> et al. 2024</w:t>
            </w:r>
          </w:p>
        </w:tc>
        <w:tc>
          <w:tcPr>
            <w:tcW w:w="6205" w:type="dxa"/>
          </w:tcPr>
          <w:p w14:paraId="6AB28152" w14:textId="1542AEC6" w:rsidR="00FA2A6E" w:rsidRPr="0020482C" w:rsidRDefault="00FA2A6E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Klock</w:t>
            </w:r>
            <w:proofErr w:type="spellEnd"/>
            <w:r w:rsidRPr="0020482C">
              <w:rPr>
                <w:sz w:val="20"/>
                <w:szCs w:val="20"/>
              </w:rPr>
              <w:t xml:space="preserve">, A. M., C. E. </w:t>
            </w:r>
            <w:proofErr w:type="spellStart"/>
            <w:r w:rsidRPr="0020482C">
              <w:rPr>
                <w:sz w:val="20"/>
                <w:szCs w:val="20"/>
              </w:rPr>
              <w:t>Torgersen</w:t>
            </w:r>
            <w:proofErr w:type="spellEnd"/>
            <w:r w:rsidRPr="0020482C">
              <w:rPr>
                <w:sz w:val="20"/>
                <w:szCs w:val="20"/>
              </w:rPr>
              <w:t xml:space="preserve">, M. C. Roberts, D. J. Vogt, &amp; K. A. Vogt, 2024. Environmental drivers and spatial patterns of antibiotic-resistant, enteric coliforms across a forest–urban </w:t>
            </w:r>
            <w:proofErr w:type="spellStart"/>
            <w:r w:rsidRPr="0020482C">
              <w:rPr>
                <w:sz w:val="20"/>
                <w:szCs w:val="20"/>
              </w:rPr>
              <w:t>riverscape</w:t>
            </w:r>
            <w:proofErr w:type="spellEnd"/>
            <w:r w:rsidRPr="0020482C">
              <w:rPr>
                <w:sz w:val="20"/>
                <w:szCs w:val="20"/>
              </w:rPr>
              <w:t xml:space="preserve">. The University of Chicago Press. Freshwater Science 43: 231–249. </w:t>
            </w:r>
            <w:hyperlink r:id="rId161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https://doi.org/10.1086/731976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DAD80A8" w14:textId="77777777" w:rsidTr="008C351D">
        <w:trPr>
          <w:trHeight w:val="1125"/>
        </w:trPr>
        <w:tc>
          <w:tcPr>
            <w:tcW w:w="2435" w:type="dxa"/>
          </w:tcPr>
          <w:p w14:paraId="4D34BDFE" w14:textId="238218DE" w:rsidR="008C351D" w:rsidRPr="0020482C" w:rsidRDefault="008C351D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Gutowsky</w:t>
            </w:r>
            <w:proofErr w:type="spellEnd"/>
            <w:r w:rsidRPr="0020482C">
              <w:rPr>
                <w:sz w:val="20"/>
                <w:szCs w:val="20"/>
              </w:rPr>
              <w:t xml:space="preserve"> et al. 2023</w:t>
            </w:r>
          </w:p>
        </w:tc>
        <w:tc>
          <w:tcPr>
            <w:tcW w:w="6205" w:type="dxa"/>
          </w:tcPr>
          <w:p w14:paraId="6979FCFD" w14:textId="77777777" w:rsidR="00146AB3" w:rsidRPr="0020482C" w:rsidRDefault="00146AB3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Gutowsky</w:t>
            </w:r>
            <w:proofErr w:type="spellEnd"/>
            <w:r w:rsidRPr="0020482C">
              <w:rPr>
                <w:sz w:val="20"/>
                <w:szCs w:val="20"/>
              </w:rPr>
              <w:t>, L. F. G., S. G. Blair, S. J. Cooke, &amp; M. G. Fox, 2023. Summer and autumn movement ecology of native brook trout (</w:t>
            </w:r>
            <w:proofErr w:type="spellStart"/>
            <w:r w:rsidRPr="0020482C">
              <w:rPr>
                <w:sz w:val="20"/>
                <w:szCs w:val="20"/>
              </w:rPr>
              <w:t>Salvelinus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fontinalis</w:t>
            </w:r>
            <w:proofErr w:type="spellEnd"/>
            <w:r w:rsidRPr="0020482C">
              <w:rPr>
                <w:sz w:val="20"/>
                <w:szCs w:val="20"/>
              </w:rPr>
              <w:t xml:space="preserve">) in urban headwater streams of Eastern North America. </w:t>
            </w:r>
            <w:proofErr w:type="spellStart"/>
            <w:r w:rsidRPr="0020482C">
              <w:rPr>
                <w:sz w:val="20"/>
                <w:szCs w:val="20"/>
              </w:rPr>
              <w:t>Hydrobiologia</w:t>
            </w:r>
            <w:proofErr w:type="spellEnd"/>
            <w:r w:rsidRPr="0020482C">
              <w:rPr>
                <w:sz w:val="20"/>
                <w:szCs w:val="20"/>
              </w:rPr>
              <w:t xml:space="preserve"> 850: 3481–3495. </w:t>
            </w:r>
          </w:p>
          <w:p w14:paraId="7B699CB3" w14:textId="439BCC83" w:rsidR="008C351D" w:rsidRPr="0020482C" w:rsidRDefault="0020482C" w:rsidP="00A15A1C">
            <w:pPr>
              <w:rPr>
                <w:sz w:val="20"/>
                <w:szCs w:val="20"/>
              </w:rPr>
            </w:pPr>
            <w:hyperlink r:id="rId162" w:history="1">
              <w:r w:rsidR="00146AB3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https://doi.org/10.1007/s10750-023-05169-8</w:t>
              </w:r>
            </w:hyperlink>
            <w:r w:rsidR="00146AB3"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32CE9763" w14:textId="77777777" w:rsidTr="008C351D">
        <w:trPr>
          <w:trHeight w:val="1099"/>
        </w:trPr>
        <w:tc>
          <w:tcPr>
            <w:tcW w:w="2435" w:type="dxa"/>
          </w:tcPr>
          <w:p w14:paraId="242D69CD" w14:textId="6B51F92B" w:rsidR="008C351D" w:rsidRPr="0020482C" w:rsidRDefault="008C351D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Liao &amp; </w:t>
            </w:r>
            <w:proofErr w:type="spellStart"/>
            <w:r w:rsidRPr="0020482C">
              <w:rPr>
                <w:sz w:val="20"/>
                <w:szCs w:val="20"/>
              </w:rPr>
              <w:t>Soininen</w:t>
            </w:r>
            <w:proofErr w:type="spellEnd"/>
            <w:r w:rsidRPr="0020482C">
              <w:rPr>
                <w:sz w:val="20"/>
                <w:szCs w:val="20"/>
              </w:rPr>
              <w:t>, 2025</w:t>
            </w:r>
          </w:p>
        </w:tc>
        <w:tc>
          <w:tcPr>
            <w:tcW w:w="6205" w:type="dxa"/>
          </w:tcPr>
          <w:p w14:paraId="7D409CDC" w14:textId="3D8FCAF7" w:rsidR="008C351D" w:rsidRPr="0020482C" w:rsidRDefault="00146AB3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Liao, W., &amp; J. </w:t>
            </w:r>
            <w:proofErr w:type="spellStart"/>
            <w:r w:rsidRPr="0020482C">
              <w:rPr>
                <w:sz w:val="20"/>
                <w:szCs w:val="20"/>
              </w:rPr>
              <w:t>Soininen</w:t>
            </w:r>
            <w:proofErr w:type="spellEnd"/>
            <w:r w:rsidRPr="0020482C">
              <w:rPr>
                <w:sz w:val="20"/>
                <w:szCs w:val="20"/>
              </w:rPr>
              <w:t>, 2025. Temporal Alpha and Beta Diversity of Diving Beetles (</w:t>
            </w:r>
            <w:proofErr w:type="spellStart"/>
            <w:r w:rsidRPr="0020482C">
              <w:rPr>
                <w:sz w:val="20"/>
                <w:szCs w:val="20"/>
              </w:rPr>
              <w:t>Coleoptera</w:t>
            </w:r>
            <w:proofErr w:type="spellEnd"/>
            <w:r w:rsidRPr="0020482C">
              <w:rPr>
                <w:sz w:val="20"/>
                <w:szCs w:val="20"/>
              </w:rPr>
              <w:t xml:space="preserve">: </w:t>
            </w:r>
            <w:proofErr w:type="spellStart"/>
            <w:r w:rsidRPr="0020482C">
              <w:rPr>
                <w:sz w:val="20"/>
                <w:szCs w:val="20"/>
              </w:rPr>
              <w:t>Dytiscidae</w:t>
            </w:r>
            <w:proofErr w:type="spellEnd"/>
            <w:r w:rsidRPr="0020482C">
              <w:rPr>
                <w:sz w:val="20"/>
                <w:szCs w:val="20"/>
              </w:rPr>
              <w:t xml:space="preserve">) Reveals Biotic </w:t>
            </w:r>
            <w:proofErr w:type="spellStart"/>
            <w:r w:rsidRPr="0020482C">
              <w:rPr>
                <w:sz w:val="20"/>
                <w:szCs w:val="20"/>
              </w:rPr>
              <w:t>Heterogenisation</w:t>
            </w:r>
            <w:proofErr w:type="spellEnd"/>
            <w:r w:rsidRPr="0020482C">
              <w:rPr>
                <w:sz w:val="20"/>
                <w:szCs w:val="20"/>
              </w:rPr>
              <w:t xml:space="preserve"> in Urban Ponds. Freshwater Biology 70: e14374. </w:t>
            </w:r>
            <w:hyperlink r:id="rId163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https://doi.org/10.1111/fwb.14374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486897A5" w14:textId="77777777" w:rsidTr="00B97840">
        <w:trPr>
          <w:trHeight w:val="986"/>
        </w:trPr>
        <w:tc>
          <w:tcPr>
            <w:tcW w:w="2435" w:type="dxa"/>
          </w:tcPr>
          <w:p w14:paraId="3A92875C" w14:textId="3534B947" w:rsidR="008C351D" w:rsidRPr="0020482C" w:rsidRDefault="00B97840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Lv</w:t>
            </w:r>
            <w:proofErr w:type="spellEnd"/>
            <w:r w:rsidRPr="0020482C">
              <w:rPr>
                <w:sz w:val="20"/>
                <w:szCs w:val="20"/>
              </w:rPr>
              <w:t xml:space="preserve"> et al. 2025</w:t>
            </w:r>
          </w:p>
        </w:tc>
        <w:tc>
          <w:tcPr>
            <w:tcW w:w="6205" w:type="dxa"/>
          </w:tcPr>
          <w:p w14:paraId="225F9875" w14:textId="20288362" w:rsidR="008C351D" w:rsidRPr="0020482C" w:rsidRDefault="00146AB3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Lv</w:t>
            </w:r>
            <w:proofErr w:type="spellEnd"/>
            <w:r w:rsidRPr="0020482C">
              <w:rPr>
                <w:sz w:val="20"/>
                <w:szCs w:val="20"/>
              </w:rPr>
              <w:t xml:space="preserve">, Y., S. Wang, X. Ni, X. Yang, Y. Chen, X. Zhou, R. A. Dahlgren, &amp; X. </w:t>
            </w:r>
            <w:proofErr w:type="spellStart"/>
            <w:r w:rsidRPr="0020482C">
              <w:rPr>
                <w:sz w:val="20"/>
                <w:szCs w:val="20"/>
              </w:rPr>
              <w:t>Cai</w:t>
            </w:r>
            <w:proofErr w:type="spellEnd"/>
            <w:r w:rsidRPr="0020482C">
              <w:rPr>
                <w:sz w:val="20"/>
                <w:szCs w:val="20"/>
              </w:rPr>
              <w:t xml:space="preserve">, 2025. Properties of Biofilm Prokaryotic and Eukaryotic Communities in a Representative </w:t>
            </w:r>
            <w:proofErr w:type="spellStart"/>
            <w:r w:rsidRPr="0020482C">
              <w:rPr>
                <w:sz w:val="20"/>
                <w:szCs w:val="20"/>
              </w:rPr>
              <w:t>Hypereutrophic</w:t>
            </w:r>
            <w:proofErr w:type="spellEnd"/>
            <w:r w:rsidRPr="0020482C">
              <w:rPr>
                <w:sz w:val="20"/>
                <w:szCs w:val="20"/>
              </w:rPr>
              <w:t xml:space="preserve"> Urban River. Freshwater Biology 70: e14365. </w:t>
            </w:r>
            <w:hyperlink r:id="rId164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https://doi.org/10.1111/fwb.14365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5899B818" w14:textId="77777777" w:rsidTr="00B97840">
        <w:trPr>
          <w:trHeight w:val="972"/>
        </w:trPr>
        <w:tc>
          <w:tcPr>
            <w:tcW w:w="2435" w:type="dxa"/>
          </w:tcPr>
          <w:p w14:paraId="6F8E784B" w14:textId="462194EF" w:rsidR="008C351D" w:rsidRPr="0020482C" w:rsidRDefault="00B97840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Hoellein</w:t>
            </w:r>
            <w:proofErr w:type="spellEnd"/>
            <w:r w:rsidRPr="0020482C">
              <w:rPr>
                <w:sz w:val="20"/>
                <w:szCs w:val="20"/>
              </w:rPr>
              <w:t xml:space="preserve"> et al. 2014</w:t>
            </w:r>
          </w:p>
        </w:tc>
        <w:tc>
          <w:tcPr>
            <w:tcW w:w="6205" w:type="dxa"/>
          </w:tcPr>
          <w:p w14:paraId="47A9CFE7" w14:textId="092BB15D" w:rsidR="008C351D" w:rsidRPr="0020482C" w:rsidRDefault="00146AB3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Hoellein</w:t>
            </w:r>
            <w:proofErr w:type="spellEnd"/>
            <w:r w:rsidRPr="0020482C">
              <w:rPr>
                <w:sz w:val="20"/>
                <w:szCs w:val="20"/>
              </w:rPr>
              <w:t xml:space="preserve">, T., M. Rojas, A. Pink, J. </w:t>
            </w:r>
            <w:proofErr w:type="spellStart"/>
            <w:r w:rsidRPr="0020482C">
              <w:rPr>
                <w:sz w:val="20"/>
                <w:szCs w:val="20"/>
              </w:rPr>
              <w:t>Gasior</w:t>
            </w:r>
            <w:proofErr w:type="spellEnd"/>
            <w:r w:rsidRPr="0020482C">
              <w:rPr>
                <w:sz w:val="20"/>
                <w:szCs w:val="20"/>
              </w:rPr>
              <w:t xml:space="preserve">, &amp; J. Kelly, 2014. Anthropogenic Litter in Urban Freshwater Ecosystems: Distribution and Microbial Interactions. Public Library of Science. PLOS ONE 9: e98485. </w:t>
            </w:r>
            <w:hyperlink r:id="rId165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https://doi.org/10.1371/journal.pone.0098485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3F8AE57B" w14:textId="77777777" w:rsidTr="00B97840">
        <w:trPr>
          <w:trHeight w:val="1269"/>
        </w:trPr>
        <w:tc>
          <w:tcPr>
            <w:tcW w:w="2435" w:type="dxa"/>
          </w:tcPr>
          <w:p w14:paraId="1C384F22" w14:textId="583EBD76" w:rsidR="008C351D" w:rsidRPr="0020482C" w:rsidRDefault="00B9784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Kim et al. 2025</w:t>
            </w:r>
          </w:p>
        </w:tc>
        <w:tc>
          <w:tcPr>
            <w:tcW w:w="6205" w:type="dxa"/>
          </w:tcPr>
          <w:p w14:paraId="374079BC" w14:textId="4CD91270" w:rsidR="008C351D" w:rsidRPr="0020482C" w:rsidRDefault="00146AB3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Kim, W.-S., J.-W. Park, C. Hong, B. Choi, C. W. </w:t>
            </w:r>
            <w:proofErr w:type="spellStart"/>
            <w:r w:rsidRPr="0020482C">
              <w:rPr>
                <w:sz w:val="20"/>
                <w:szCs w:val="20"/>
              </w:rPr>
              <w:t>Ji</w:t>
            </w:r>
            <w:proofErr w:type="spellEnd"/>
            <w:r w:rsidRPr="0020482C">
              <w:rPr>
                <w:sz w:val="20"/>
                <w:szCs w:val="20"/>
              </w:rPr>
              <w:t xml:space="preserve">, T. Y. </w:t>
            </w:r>
            <w:proofErr w:type="spellStart"/>
            <w:r w:rsidRPr="0020482C">
              <w:rPr>
                <w:sz w:val="20"/>
                <w:szCs w:val="20"/>
              </w:rPr>
              <w:t>Suman</w:t>
            </w:r>
            <w:proofErr w:type="spellEnd"/>
            <w:r w:rsidRPr="0020482C">
              <w:rPr>
                <w:sz w:val="20"/>
                <w:szCs w:val="20"/>
              </w:rPr>
              <w:t xml:space="preserve">, &amp; I.-S. </w:t>
            </w:r>
            <w:proofErr w:type="spellStart"/>
            <w:r w:rsidRPr="0020482C">
              <w:rPr>
                <w:sz w:val="20"/>
                <w:szCs w:val="20"/>
              </w:rPr>
              <w:t>Kwak</w:t>
            </w:r>
            <w:proofErr w:type="spellEnd"/>
            <w:r w:rsidRPr="0020482C">
              <w:rPr>
                <w:sz w:val="20"/>
                <w:szCs w:val="20"/>
              </w:rPr>
              <w:t xml:space="preserve">, 2025. The trophic interaction of freshwater </w:t>
            </w:r>
            <w:proofErr w:type="spellStart"/>
            <w:r w:rsidRPr="0020482C">
              <w:rPr>
                <w:sz w:val="20"/>
                <w:szCs w:val="20"/>
              </w:rPr>
              <w:t>chironomids</w:t>
            </w:r>
            <w:proofErr w:type="spellEnd"/>
            <w:r w:rsidRPr="0020482C">
              <w:rPr>
                <w:sz w:val="20"/>
                <w:szCs w:val="20"/>
              </w:rPr>
              <w:t xml:space="preserve"> using DNA </w:t>
            </w:r>
            <w:proofErr w:type="spellStart"/>
            <w:r w:rsidRPr="0020482C">
              <w:rPr>
                <w:sz w:val="20"/>
                <w:szCs w:val="20"/>
              </w:rPr>
              <w:t>metabarcoding</w:t>
            </w:r>
            <w:proofErr w:type="spellEnd"/>
            <w:r w:rsidRPr="0020482C">
              <w:rPr>
                <w:sz w:val="20"/>
                <w:szCs w:val="20"/>
              </w:rPr>
              <w:t xml:space="preserve"> and stable isotope analysis in stream ecosystem. Journal of Environmental Management 383: 125479. </w:t>
            </w:r>
            <w:hyperlink r:id="rId166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https://doi.org/10.1016/j.jenvman.2025.125479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0C9F0B0" w14:textId="77777777" w:rsidTr="00146AB3">
        <w:trPr>
          <w:trHeight w:val="682"/>
        </w:trPr>
        <w:tc>
          <w:tcPr>
            <w:tcW w:w="2435" w:type="dxa"/>
          </w:tcPr>
          <w:p w14:paraId="4E9284C3" w14:textId="2583DA4C" w:rsidR="00B97840" w:rsidRPr="0020482C" w:rsidRDefault="00B97840" w:rsidP="00146AB3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Hamer</w:t>
            </w:r>
            <w:proofErr w:type="spellEnd"/>
            <w:r w:rsidR="00146AB3" w:rsidRPr="0020482C">
              <w:rPr>
                <w:sz w:val="20"/>
                <w:szCs w:val="20"/>
              </w:rPr>
              <w:t>,</w:t>
            </w:r>
            <w:r w:rsidRPr="0020482C">
              <w:rPr>
                <w:sz w:val="20"/>
                <w:szCs w:val="20"/>
              </w:rPr>
              <w:t xml:space="preserve"> 2022</w:t>
            </w:r>
          </w:p>
        </w:tc>
        <w:tc>
          <w:tcPr>
            <w:tcW w:w="6205" w:type="dxa"/>
          </w:tcPr>
          <w:p w14:paraId="65FC07F3" w14:textId="011E43E7" w:rsidR="008C351D" w:rsidRPr="0020482C" w:rsidRDefault="00146AB3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Hamer</w:t>
            </w:r>
            <w:proofErr w:type="spellEnd"/>
            <w:r w:rsidRPr="0020482C">
              <w:rPr>
                <w:sz w:val="20"/>
                <w:szCs w:val="20"/>
              </w:rPr>
              <w:t xml:space="preserve">, A. J., 2022. Exotic predatory fish reduce amphibian reproduction at wetlands in an </w:t>
            </w:r>
            <w:proofErr w:type="spellStart"/>
            <w:r w:rsidRPr="0020482C">
              <w:rPr>
                <w:sz w:val="20"/>
                <w:szCs w:val="20"/>
              </w:rPr>
              <w:t>urbanising</w:t>
            </w:r>
            <w:proofErr w:type="spellEnd"/>
            <w:r w:rsidRPr="0020482C">
              <w:rPr>
                <w:sz w:val="20"/>
                <w:szCs w:val="20"/>
              </w:rPr>
              <w:t xml:space="preserve"> landscape. </w:t>
            </w:r>
            <w:proofErr w:type="spellStart"/>
            <w:r w:rsidRPr="0020482C">
              <w:rPr>
                <w:sz w:val="20"/>
                <w:szCs w:val="20"/>
              </w:rPr>
              <w:t>Hydrobiologia</w:t>
            </w:r>
            <w:proofErr w:type="spellEnd"/>
            <w:r w:rsidRPr="0020482C">
              <w:rPr>
                <w:sz w:val="20"/>
                <w:szCs w:val="20"/>
              </w:rPr>
              <w:t xml:space="preserve"> 849: 121–139. </w:t>
            </w:r>
            <w:hyperlink r:id="rId167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https://doi.org/10.1007/s10750-021-04716-5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37341207" w14:textId="77777777" w:rsidTr="00B97840">
        <w:trPr>
          <w:trHeight w:val="1141"/>
        </w:trPr>
        <w:tc>
          <w:tcPr>
            <w:tcW w:w="2435" w:type="dxa"/>
          </w:tcPr>
          <w:p w14:paraId="2E2349A2" w14:textId="18C348C0" w:rsidR="008C351D" w:rsidRPr="0020482C" w:rsidRDefault="00B97840" w:rsidP="00A15A1C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20482C">
              <w:rPr>
                <w:rFonts w:cs="Times New Roman"/>
                <w:sz w:val="20"/>
                <w:szCs w:val="20"/>
              </w:rPr>
              <w:t>Marchand</w:t>
            </w:r>
            <w:proofErr w:type="spellEnd"/>
            <w:r w:rsidRPr="0020482C">
              <w:rPr>
                <w:rFonts w:cs="Times New Roman"/>
                <w:sz w:val="20"/>
                <w:szCs w:val="20"/>
              </w:rPr>
              <w:t xml:space="preserve"> et al. 202</w:t>
            </w:r>
            <w:r w:rsidR="00146AB3" w:rsidRPr="0020482C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205" w:type="dxa"/>
          </w:tcPr>
          <w:p w14:paraId="1ACCA073" w14:textId="3F5010C7" w:rsidR="008C351D" w:rsidRPr="0020482C" w:rsidRDefault="00146AB3" w:rsidP="00146AB3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20482C">
              <w:rPr>
                <w:rFonts w:cs="Times New Roman" w:hint="eastAsia"/>
                <w:sz w:val="20"/>
                <w:szCs w:val="20"/>
              </w:rPr>
              <w:t>Marchand</w:t>
            </w:r>
            <w:proofErr w:type="spellEnd"/>
            <w:r w:rsidRPr="0020482C">
              <w:rPr>
                <w:rFonts w:cs="Times New Roman" w:hint="eastAsia"/>
                <w:sz w:val="20"/>
                <w:szCs w:val="20"/>
              </w:rPr>
              <w:t xml:space="preserve">, E., F. Petit, F. </w:t>
            </w:r>
            <w:proofErr w:type="spellStart"/>
            <w:r w:rsidRPr="0020482C">
              <w:rPr>
                <w:rFonts w:cs="Times New Roman" w:hint="eastAsia"/>
                <w:sz w:val="20"/>
                <w:szCs w:val="20"/>
              </w:rPr>
              <w:t>Alliot</w:t>
            </w:r>
            <w:proofErr w:type="spellEnd"/>
            <w:r w:rsidRPr="0020482C">
              <w:rPr>
                <w:rFonts w:cs="Times New Roman" w:hint="eastAsia"/>
                <w:sz w:val="20"/>
                <w:szCs w:val="20"/>
              </w:rPr>
              <w:t xml:space="preserve">, H. </w:t>
            </w:r>
            <w:proofErr w:type="spellStart"/>
            <w:r w:rsidRPr="0020482C">
              <w:rPr>
                <w:rFonts w:cs="Times New Roman" w:hint="eastAsia"/>
                <w:sz w:val="20"/>
                <w:szCs w:val="20"/>
              </w:rPr>
              <w:t>Blanchoud</w:t>
            </w:r>
            <w:proofErr w:type="spellEnd"/>
            <w:r w:rsidRPr="0020482C">
              <w:rPr>
                <w:rFonts w:cs="Times New Roman" w:hint="eastAsia"/>
                <w:sz w:val="20"/>
                <w:szCs w:val="20"/>
              </w:rPr>
              <w:t xml:space="preserve">, D. </w:t>
            </w:r>
            <w:proofErr w:type="spellStart"/>
            <w:r w:rsidRPr="0020482C">
              <w:rPr>
                <w:rFonts w:cs="Times New Roman" w:hint="eastAsia"/>
                <w:sz w:val="20"/>
                <w:szCs w:val="20"/>
              </w:rPr>
              <w:t>Costantini</w:t>
            </w:r>
            <w:proofErr w:type="spellEnd"/>
            <w:r w:rsidRPr="0020482C">
              <w:rPr>
                <w:rFonts w:cs="Times New Roman" w:hint="eastAsia"/>
                <w:sz w:val="20"/>
                <w:szCs w:val="20"/>
              </w:rPr>
              <w:t xml:space="preserve">, E. </w:t>
            </w:r>
            <w:proofErr w:type="spellStart"/>
            <w:r w:rsidRPr="0020482C">
              <w:rPr>
                <w:rFonts w:cs="Times New Roman" w:hint="eastAsia"/>
                <w:sz w:val="20"/>
                <w:szCs w:val="20"/>
              </w:rPr>
              <w:t>Guigon</w:t>
            </w:r>
            <w:proofErr w:type="spellEnd"/>
            <w:r w:rsidRPr="0020482C">
              <w:rPr>
                <w:rFonts w:cs="Times New Roman" w:hint="eastAsia"/>
                <w:sz w:val="20"/>
                <w:szCs w:val="20"/>
              </w:rPr>
              <w:t xml:space="preserve">, N. Martin, S. </w:t>
            </w:r>
            <w:proofErr w:type="spellStart"/>
            <w:r w:rsidRPr="0020482C">
              <w:rPr>
                <w:rFonts w:cs="Times New Roman" w:hint="eastAsia"/>
                <w:sz w:val="20"/>
                <w:szCs w:val="20"/>
              </w:rPr>
              <w:t>Traore</w:t>
            </w:r>
            <w:proofErr w:type="spellEnd"/>
            <w:r w:rsidRPr="0020482C">
              <w:rPr>
                <w:rFonts w:cs="Times New Roman" w:hint="eastAsia"/>
                <w:sz w:val="20"/>
                <w:szCs w:val="20"/>
              </w:rPr>
              <w:t xml:space="preserve">, &amp; A. </w:t>
            </w:r>
            <w:proofErr w:type="spellStart"/>
            <w:r w:rsidRPr="0020482C">
              <w:rPr>
                <w:rFonts w:cs="Times New Roman" w:hint="eastAsia"/>
                <w:sz w:val="20"/>
                <w:szCs w:val="20"/>
              </w:rPr>
              <w:t>Goutte</w:t>
            </w:r>
            <w:proofErr w:type="spellEnd"/>
            <w:r w:rsidRPr="0020482C">
              <w:rPr>
                <w:rFonts w:cs="Times New Roman" w:hint="eastAsia"/>
                <w:sz w:val="20"/>
                <w:szCs w:val="20"/>
              </w:rPr>
              <w:t>, 2024. Contrasted Antibiotics and Pesticides Occurrence in Fish Exposed In Situ to Urban Effluents: A 20</w:t>
            </w:r>
            <w:r w:rsidRPr="0020482C">
              <w:rPr>
                <w:rFonts w:cs="Times New Roman" w:hint="eastAsia"/>
                <w:sz w:val="20"/>
                <w:szCs w:val="20"/>
              </w:rPr>
              <w:t>‐</w:t>
            </w:r>
            <w:r w:rsidRPr="0020482C">
              <w:rPr>
                <w:rFonts w:cs="Times New Roman" w:hint="eastAsia"/>
                <w:sz w:val="20"/>
                <w:szCs w:val="20"/>
              </w:rPr>
              <w:t>Day Caging Experiment. Environmental Toxic</w:t>
            </w:r>
            <w:r w:rsidRPr="0020482C">
              <w:rPr>
                <w:rFonts w:cs="Times New Roman"/>
                <w:sz w:val="20"/>
                <w:szCs w:val="20"/>
              </w:rPr>
              <w:t xml:space="preserve">ology and Chemistry 43: 701–711. </w:t>
            </w:r>
            <w:hyperlink r:id="rId168" w:history="1">
              <w:r w:rsidRPr="0020482C">
                <w:rPr>
                  <w:rStyle w:val="Hyperlink"/>
                  <w:rFonts w:cs="Times New Roman"/>
                  <w:color w:val="auto"/>
                  <w:sz w:val="20"/>
                  <w:szCs w:val="20"/>
                </w:rPr>
                <w:t>https://doi.org/10.1002/etc.5810</w:t>
              </w:r>
            </w:hyperlink>
            <w:r w:rsidRPr="0020482C">
              <w:rPr>
                <w:rFonts w:cs="Times New Roman"/>
                <w:sz w:val="20"/>
                <w:szCs w:val="20"/>
              </w:rPr>
              <w:t xml:space="preserve">. </w:t>
            </w:r>
          </w:p>
        </w:tc>
      </w:tr>
      <w:tr w:rsidR="0020482C" w:rsidRPr="0020482C" w14:paraId="2EB6E760" w14:textId="77777777" w:rsidTr="00B97840">
        <w:trPr>
          <w:trHeight w:val="1161"/>
        </w:trPr>
        <w:tc>
          <w:tcPr>
            <w:tcW w:w="2435" w:type="dxa"/>
          </w:tcPr>
          <w:p w14:paraId="63A45D80" w14:textId="71F4A50F" w:rsidR="008C351D" w:rsidRPr="0020482C" w:rsidRDefault="00B9784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Robert et al. 2024</w:t>
            </w:r>
          </w:p>
        </w:tc>
        <w:tc>
          <w:tcPr>
            <w:tcW w:w="6205" w:type="dxa"/>
          </w:tcPr>
          <w:p w14:paraId="13449F6C" w14:textId="77777777" w:rsidR="00146AB3" w:rsidRPr="0020482C" w:rsidRDefault="00146AB3" w:rsidP="00146AB3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Robert, A., B. </w:t>
            </w:r>
            <w:proofErr w:type="spellStart"/>
            <w:r w:rsidRPr="0020482C">
              <w:rPr>
                <w:sz w:val="20"/>
                <w:szCs w:val="20"/>
              </w:rPr>
              <w:t>Pinel-Alloul</w:t>
            </w:r>
            <w:proofErr w:type="spellEnd"/>
            <w:r w:rsidRPr="0020482C">
              <w:rPr>
                <w:sz w:val="20"/>
                <w:szCs w:val="20"/>
              </w:rPr>
              <w:t xml:space="preserve">, Z. E. </w:t>
            </w:r>
            <w:proofErr w:type="spellStart"/>
            <w:r w:rsidRPr="0020482C">
              <w:rPr>
                <w:sz w:val="20"/>
                <w:szCs w:val="20"/>
              </w:rPr>
              <w:t>Taranu</w:t>
            </w:r>
            <w:proofErr w:type="spellEnd"/>
            <w:r w:rsidRPr="0020482C">
              <w:rPr>
                <w:sz w:val="20"/>
                <w:szCs w:val="20"/>
              </w:rPr>
              <w:t xml:space="preserve">, &amp; E. Harvey, 2024. Green landscape and </w:t>
            </w:r>
            <w:proofErr w:type="spellStart"/>
            <w:r w:rsidRPr="0020482C">
              <w:rPr>
                <w:sz w:val="20"/>
                <w:szCs w:val="20"/>
              </w:rPr>
              <w:t>macrophyte</w:t>
            </w:r>
            <w:proofErr w:type="spellEnd"/>
            <w:r w:rsidRPr="0020482C">
              <w:rPr>
                <w:sz w:val="20"/>
                <w:szCs w:val="20"/>
              </w:rPr>
              <w:t xml:space="preserve"> cover influence </w:t>
            </w:r>
            <w:proofErr w:type="spellStart"/>
            <w:r w:rsidRPr="0020482C">
              <w:rPr>
                <w:sz w:val="20"/>
                <w:szCs w:val="20"/>
              </w:rPr>
              <w:t>macroinvertebrate</w:t>
            </w:r>
            <w:proofErr w:type="spellEnd"/>
            <w:r w:rsidRPr="0020482C">
              <w:rPr>
                <w:sz w:val="20"/>
                <w:szCs w:val="20"/>
              </w:rPr>
              <w:t xml:space="preserve"> taxonomic and functional feeding groups in urban </w:t>
            </w:r>
            <w:proofErr w:type="spellStart"/>
            <w:r w:rsidRPr="0020482C">
              <w:rPr>
                <w:sz w:val="20"/>
                <w:szCs w:val="20"/>
              </w:rPr>
              <w:t>waterbodies</w:t>
            </w:r>
            <w:proofErr w:type="spellEnd"/>
            <w:r w:rsidRPr="0020482C">
              <w:rPr>
                <w:sz w:val="20"/>
                <w:szCs w:val="20"/>
              </w:rPr>
              <w:t xml:space="preserve"> at multiple spatial scales. Aquatic Sciences 86: 104. </w:t>
            </w:r>
          </w:p>
          <w:p w14:paraId="33A3D1DD" w14:textId="21FC9534" w:rsidR="008C351D" w:rsidRPr="0020482C" w:rsidRDefault="0020482C" w:rsidP="00A15A1C">
            <w:pPr>
              <w:rPr>
                <w:sz w:val="20"/>
                <w:szCs w:val="20"/>
              </w:rPr>
            </w:pPr>
            <w:hyperlink r:id="rId169" w:history="1">
              <w:r w:rsidR="00146AB3"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https://doi.org/10.1007/s00027-024-01119-1</w:t>
              </w:r>
            </w:hyperlink>
            <w:r w:rsidR="00146AB3" w:rsidRPr="0020482C">
              <w:rPr>
                <w:sz w:val="20"/>
                <w:szCs w:val="20"/>
              </w:rPr>
              <w:t>.</w:t>
            </w:r>
          </w:p>
        </w:tc>
      </w:tr>
      <w:tr w:rsidR="0020482C" w:rsidRPr="0020482C" w14:paraId="5F121B4E" w14:textId="77777777" w:rsidTr="0027350C">
        <w:trPr>
          <w:trHeight w:val="696"/>
        </w:trPr>
        <w:tc>
          <w:tcPr>
            <w:tcW w:w="2435" w:type="dxa"/>
          </w:tcPr>
          <w:p w14:paraId="39D70A6B" w14:textId="47B2B4E3" w:rsidR="008C351D" w:rsidRPr="0020482C" w:rsidRDefault="0027350C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Tumuvu</w:t>
            </w:r>
            <w:proofErr w:type="spellEnd"/>
            <w:r w:rsidRPr="0020482C">
              <w:rPr>
                <w:sz w:val="20"/>
                <w:szCs w:val="20"/>
              </w:rPr>
              <w:t xml:space="preserve"> et al. 2024</w:t>
            </w:r>
          </w:p>
        </w:tc>
        <w:tc>
          <w:tcPr>
            <w:tcW w:w="6205" w:type="dxa"/>
          </w:tcPr>
          <w:p w14:paraId="09B77BB9" w14:textId="2DD24E4B" w:rsidR="008C351D" w:rsidRPr="0020482C" w:rsidRDefault="00EF1CB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Tumuyu, S., P. Permatasari, &amp; L. Subehi, 2024. </w:t>
            </w:r>
            <w:r w:rsidRPr="0020482C">
              <w:rPr>
                <w:sz w:val="20"/>
                <w:szCs w:val="20"/>
              </w:rPr>
              <w:t xml:space="preserve">Role of Local Stakeholders in Preserving Urban Lake Ecosystem Services. Philippine Journal of Science 153. </w:t>
            </w:r>
            <w:hyperlink r:id="rId170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https://doi.org/10.56899/153.01.23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4BE7ED01" w14:textId="77777777" w:rsidTr="0027350C">
        <w:trPr>
          <w:trHeight w:val="1274"/>
        </w:trPr>
        <w:tc>
          <w:tcPr>
            <w:tcW w:w="2435" w:type="dxa"/>
          </w:tcPr>
          <w:p w14:paraId="54AE7AE4" w14:textId="649260C2" w:rsidR="008C351D" w:rsidRPr="0020482C" w:rsidRDefault="0027350C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Cai</w:t>
            </w:r>
            <w:proofErr w:type="spellEnd"/>
            <w:r w:rsidRPr="0020482C">
              <w:rPr>
                <w:sz w:val="20"/>
                <w:szCs w:val="20"/>
              </w:rPr>
              <w:t xml:space="preserve"> et al. 2023</w:t>
            </w:r>
          </w:p>
        </w:tc>
        <w:tc>
          <w:tcPr>
            <w:tcW w:w="6205" w:type="dxa"/>
          </w:tcPr>
          <w:p w14:paraId="44AD6AD3" w14:textId="15FEA1D0" w:rsidR="008C351D" w:rsidRPr="0020482C" w:rsidRDefault="00EF1CB8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Cai</w:t>
            </w:r>
            <w:proofErr w:type="spellEnd"/>
            <w:r w:rsidRPr="0020482C">
              <w:rPr>
                <w:sz w:val="20"/>
                <w:szCs w:val="20"/>
              </w:rPr>
              <w:t xml:space="preserve">, X., L. Yao, Y. Hu, S. Wang, Z. Wang, &amp; R. A. Dahlgren, 2023. Water temperature and organic carbon control </w:t>
            </w:r>
            <w:proofErr w:type="spellStart"/>
            <w:r w:rsidRPr="0020482C">
              <w:rPr>
                <w:sz w:val="20"/>
                <w:szCs w:val="20"/>
              </w:rPr>
              <w:t>spatio</w:t>
            </w:r>
            <w:proofErr w:type="spellEnd"/>
            <w:r w:rsidRPr="0020482C">
              <w:rPr>
                <w:sz w:val="20"/>
                <w:szCs w:val="20"/>
              </w:rPr>
              <w:t xml:space="preserve">-temporal dynamics of particle-attached and free-living bacterial communities in a </w:t>
            </w:r>
            <w:proofErr w:type="spellStart"/>
            <w:r w:rsidRPr="0020482C">
              <w:rPr>
                <w:sz w:val="20"/>
                <w:szCs w:val="20"/>
              </w:rPr>
              <w:t>hypereutrophic</w:t>
            </w:r>
            <w:proofErr w:type="spellEnd"/>
            <w:r w:rsidRPr="0020482C">
              <w:rPr>
                <w:sz w:val="20"/>
                <w:szCs w:val="20"/>
              </w:rPr>
              <w:t xml:space="preserve"> urban river network. Freshwater Biology 68: 1627–1645. </w:t>
            </w:r>
            <w:hyperlink r:id="rId171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https://doi.org/10.1111/fwb.14159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3D60413F" w14:textId="77777777" w:rsidTr="0027350C">
        <w:trPr>
          <w:trHeight w:val="1274"/>
        </w:trPr>
        <w:tc>
          <w:tcPr>
            <w:tcW w:w="2435" w:type="dxa"/>
          </w:tcPr>
          <w:p w14:paraId="3BE76177" w14:textId="1DF14F9C" w:rsidR="00EF1CB8" w:rsidRPr="0020482C" w:rsidRDefault="00EF1CB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Sinclair et al. 2024</w:t>
            </w:r>
          </w:p>
        </w:tc>
        <w:tc>
          <w:tcPr>
            <w:tcW w:w="6205" w:type="dxa"/>
          </w:tcPr>
          <w:p w14:paraId="3692EB79" w14:textId="66159F15" w:rsidR="00EF1CB8" w:rsidRPr="0020482C" w:rsidRDefault="00EF1CB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Sinclair, G. M., O. A. H. Jones, N. Singh, &amp; S. M. Long, 2024. Exposure to PFAS contaminated urban wetland water causes similar metabolic alterations to laboratory-based exposures in the freshwater amphipod </w:t>
            </w:r>
            <w:proofErr w:type="spellStart"/>
            <w:r w:rsidRPr="0020482C">
              <w:rPr>
                <w:i/>
                <w:iCs/>
                <w:sz w:val="20"/>
                <w:szCs w:val="20"/>
              </w:rPr>
              <w:t>Austrochiltonia</w:t>
            </w:r>
            <w:proofErr w:type="spellEnd"/>
            <w:r w:rsidRPr="0020482C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i/>
                <w:iCs/>
                <w:sz w:val="20"/>
                <w:szCs w:val="20"/>
              </w:rPr>
              <w:t>subtenuis</w:t>
            </w:r>
            <w:proofErr w:type="spellEnd"/>
            <w:r w:rsidRPr="0020482C">
              <w:rPr>
                <w:sz w:val="20"/>
                <w:szCs w:val="20"/>
              </w:rPr>
              <w:t xml:space="preserve">. Environmental Toxicology and Pharmacology 109: 104494. </w:t>
            </w:r>
            <w:hyperlink r:id="rId172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https://doi.org/10.1016/j.etap.2024.104494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1DFC2C0" w14:textId="77777777" w:rsidTr="0027350C">
        <w:trPr>
          <w:trHeight w:val="1266"/>
        </w:trPr>
        <w:tc>
          <w:tcPr>
            <w:tcW w:w="2435" w:type="dxa"/>
          </w:tcPr>
          <w:p w14:paraId="24291326" w14:textId="6D357799" w:rsidR="008C351D" w:rsidRPr="0020482C" w:rsidRDefault="0027350C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Chen et al. 2023</w:t>
            </w:r>
          </w:p>
        </w:tc>
        <w:tc>
          <w:tcPr>
            <w:tcW w:w="6205" w:type="dxa"/>
          </w:tcPr>
          <w:p w14:paraId="56D0587E" w14:textId="422DAC3D" w:rsidR="008C351D" w:rsidRPr="0020482C" w:rsidRDefault="00EF1CB8" w:rsidP="00EF1CB8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Chen, S., H. Liu, H. Zhang, K. Li, N. Wang, W. Sun, X. Liu, L. </w:t>
            </w:r>
            <w:proofErr w:type="spellStart"/>
            <w:r w:rsidRPr="0020482C">
              <w:rPr>
                <w:sz w:val="20"/>
                <w:szCs w:val="20"/>
              </w:rPr>
              <w:t>Niu</w:t>
            </w:r>
            <w:proofErr w:type="spellEnd"/>
            <w:r w:rsidRPr="0020482C">
              <w:rPr>
                <w:sz w:val="20"/>
                <w:szCs w:val="20"/>
              </w:rPr>
              <w:t xml:space="preserve">, B. Ma, F. Yang, H. Li, D. Zhao, &amp; Y. Xing, 2023. Temporal patterns of algae in different urban lakes and their correlations with environmental variables in Xi’an, China. Journal of Environmental Sciences 133: 138–151. </w:t>
            </w:r>
            <w:hyperlink r:id="rId173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https://doi.org/10.1016/j.jes.2022.07.036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747CAE9F" w14:textId="77777777" w:rsidTr="0027350C">
        <w:trPr>
          <w:trHeight w:val="806"/>
        </w:trPr>
        <w:tc>
          <w:tcPr>
            <w:tcW w:w="2435" w:type="dxa"/>
          </w:tcPr>
          <w:p w14:paraId="503F0595" w14:textId="79228457" w:rsidR="008C351D" w:rsidRPr="0020482C" w:rsidRDefault="0027350C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Hutto</w:t>
            </w:r>
            <w:proofErr w:type="spellEnd"/>
            <w:r w:rsidRPr="0020482C">
              <w:rPr>
                <w:sz w:val="20"/>
                <w:szCs w:val="20"/>
              </w:rPr>
              <w:t xml:space="preserve"> &amp; </w:t>
            </w:r>
            <w:proofErr w:type="spellStart"/>
            <w:r w:rsidRPr="0020482C">
              <w:rPr>
                <w:sz w:val="20"/>
                <w:szCs w:val="20"/>
              </w:rPr>
              <w:t>Barret</w:t>
            </w:r>
            <w:proofErr w:type="spellEnd"/>
            <w:r w:rsidRPr="0020482C">
              <w:rPr>
                <w:sz w:val="20"/>
                <w:szCs w:val="20"/>
              </w:rPr>
              <w:t>, 2021</w:t>
            </w:r>
          </w:p>
        </w:tc>
        <w:tc>
          <w:tcPr>
            <w:tcW w:w="6205" w:type="dxa"/>
          </w:tcPr>
          <w:p w14:paraId="1CC60A0F" w14:textId="3AA309D8" w:rsidR="008C351D" w:rsidRPr="0020482C" w:rsidRDefault="00EF1CB8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Hutto</w:t>
            </w:r>
            <w:proofErr w:type="spellEnd"/>
            <w:r w:rsidRPr="0020482C">
              <w:rPr>
                <w:sz w:val="20"/>
                <w:szCs w:val="20"/>
              </w:rPr>
              <w:t xml:space="preserve"> Jr, D., &amp; K. Barrett, 2021. Do urban open spaces provide </w:t>
            </w:r>
            <w:proofErr w:type="spellStart"/>
            <w:r w:rsidRPr="0020482C">
              <w:rPr>
                <w:sz w:val="20"/>
                <w:szCs w:val="20"/>
              </w:rPr>
              <w:t>refugia</w:t>
            </w:r>
            <w:proofErr w:type="spellEnd"/>
            <w:r w:rsidRPr="0020482C">
              <w:rPr>
                <w:sz w:val="20"/>
                <w:szCs w:val="20"/>
              </w:rPr>
              <w:t xml:space="preserve"> for frogs in urban environments? Public Library of Science. PLOS ONE 16: e0244932. </w:t>
            </w:r>
            <w:hyperlink r:id="rId174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https://doi.org/10.1371/journal.pone.0244932</w:t>
              </w:r>
            </w:hyperlink>
            <w:r w:rsidRPr="0020482C">
              <w:rPr>
                <w:sz w:val="20"/>
                <w:szCs w:val="20"/>
              </w:rPr>
              <w:t>.</w:t>
            </w:r>
          </w:p>
        </w:tc>
      </w:tr>
      <w:tr w:rsidR="0020482C" w:rsidRPr="0020482C" w14:paraId="45E8CB5F" w14:textId="77777777" w:rsidTr="0027350C">
        <w:trPr>
          <w:trHeight w:val="806"/>
        </w:trPr>
        <w:tc>
          <w:tcPr>
            <w:tcW w:w="2435" w:type="dxa"/>
          </w:tcPr>
          <w:p w14:paraId="18A21444" w14:textId="0D43193F" w:rsidR="00EF1CB8" w:rsidRPr="0020482C" w:rsidRDefault="00EF1CB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Jiang et al. 2024</w:t>
            </w:r>
          </w:p>
        </w:tc>
        <w:tc>
          <w:tcPr>
            <w:tcW w:w="6205" w:type="dxa"/>
          </w:tcPr>
          <w:p w14:paraId="1CF03332" w14:textId="44FF5D15" w:rsidR="00EF1CB8" w:rsidRPr="0020482C" w:rsidRDefault="00EF1CB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Jiang, H., A. Lu, J. Li, M. Ma, G. </w:t>
            </w:r>
            <w:proofErr w:type="spellStart"/>
            <w:r w:rsidRPr="0020482C">
              <w:rPr>
                <w:sz w:val="20"/>
                <w:szCs w:val="20"/>
              </w:rPr>
              <w:t>Meng</w:t>
            </w:r>
            <w:proofErr w:type="spellEnd"/>
            <w:r w:rsidRPr="0020482C">
              <w:rPr>
                <w:sz w:val="20"/>
                <w:szCs w:val="20"/>
              </w:rPr>
              <w:t xml:space="preserve">, Q. Chen, G. Liu, &amp; X. Yin, 2024. Effects of Aquatic Plant Coverage on Diversity and Resource Use Efficiency of Phytoplankton in Urban Wetlands: A Case Study in Jinan, China. Multidisciplinary Digital Publishing Institute. Biology 13: 44. </w:t>
            </w:r>
            <w:hyperlink r:id="rId175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https://doi.org/10.3390/biology13010044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473871B2" w14:textId="77777777" w:rsidTr="0027350C">
        <w:trPr>
          <w:trHeight w:val="806"/>
        </w:trPr>
        <w:tc>
          <w:tcPr>
            <w:tcW w:w="2435" w:type="dxa"/>
          </w:tcPr>
          <w:p w14:paraId="5EB23263" w14:textId="415CC1EB" w:rsidR="00EF1CB8" w:rsidRPr="0020482C" w:rsidRDefault="00EF1CB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Li et al. 2022</w:t>
            </w:r>
          </w:p>
        </w:tc>
        <w:tc>
          <w:tcPr>
            <w:tcW w:w="6205" w:type="dxa"/>
          </w:tcPr>
          <w:p w14:paraId="7543DB14" w14:textId="2C3FB6E4" w:rsidR="00EF1CB8" w:rsidRPr="0020482C" w:rsidRDefault="00EF1CB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Li, P., T. Chen, M. An, Y. Zhang, Y. Li, Y. Li, &amp; J. Wang, 2022. Effects of Different Types of Human Disturbance on Total and Nitrogen-Transforming Bacteria in </w:t>
            </w:r>
            <w:proofErr w:type="spellStart"/>
            <w:r w:rsidRPr="0020482C">
              <w:rPr>
                <w:sz w:val="20"/>
                <w:szCs w:val="20"/>
              </w:rPr>
              <w:t>Haihe</w:t>
            </w:r>
            <w:proofErr w:type="spellEnd"/>
            <w:r w:rsidRPr="0020482C">
              <w:rPr>
                <w:sz w:val="20"/>
                <w:szCs w:val="20"/>
              </w:rPr>
              <w:t xml:space="preserve"> River. Multidisciplinary Digital Publishing Institute. Life 12: 2081. </w:t>
            </w:r>
            <w:hyperlink r:id="rId176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https://doi.org/10.3390/life12122081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22077513" w14:textId="77777777" w:rsidTr="0027350C">
        <w:trPr>
          <w:trHeight w:val="806"/>
        </w:trPr>
        <w:tc>
          <w:tcPr>
            <w:tcW w:w="2435" w:type="dxa"/>
          </w:tcPr>
          <w:p w14:paraId="0D5B29DC" w14:textId="4F4DEBCE" w:rsidR="00EF1CB8" w:rsidRPr="0020482C" w:rsidRDefault="00EF1CB8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Gitau</w:t>
            </w:r>
            <w:proofErr w:type="spellEnd"/>
            <w:r w:rsidRPr="0020482C">
              <w:rPr>
                <w:sz w:val="20"/>
                <w:szCs w:val="20"/>
              </w:rPr>
              <w:t xml:space="preserve"> et al. 2019</w:t>
            </w:r>
          </w:p>
        </w:tc>
        <w:tc>
          <w:tcPr>
            <w:tcW w:w="6205" w:type="dxa"/>
          </w:tcPr>
          <w:p w14:paraId="7D618A66" w14:textId="23B827D5" w:rsidR="00EF1CB8" w:rsidRPr="0020482C" w:rsidRDefault="00EF1CB8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Gitau, P., G. Ndiritu, &amp; N. Gichuki, 2019. </w:t>
            </w:r>
            <w:r w:rsidRPr="0020482C">
              <w:rPr>
                <w:sz w:val="20"/>
                <w:szCs w:val="20"/>
              </w:rPr>
              <w:t xml:space="preserve">Ecological, recreational and educational potential of a small artificial wetland in an urban environment. Taylor &amp; Francis. African Journal of Aquatic Science 44: 329–338. </w:t>
            </w:r>
            <w:hyperlink r:id="rId177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https://doi.org/10.2989/16085914.2019.1663721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661DA05" w14:textId="77777777" w:rsidTr="00064C20">
        <w:trPr>
          <w:trHeight w:val="826"/>
        </w:trPr>
        <w:tc>
          <w:tcPr>
            <w:tcW w:w="2435" w:type="dxa"/>
          </w:tcPr>
          <w:p w14:paraId="0937D606" w14:textId="242EB46C" w:rsidR="008C351D" w:rsidRPr="0020482C" w:rsidRDefault="00064C2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Wang et al. 2018</w:t>
            </w:r>
          </w:p>
        </w:tc>
        <w:tc>
          <w:tcPr>
            <w:tcW w:w="6205" w:type="dxa"/>
          </w:tcPr>
          <w:p w14:paraId="3E1A6A03" w14:textId="4302AE1E" w:rsidR="008C351D" w:rsidRPr="0020482C" w:rsidRDefault="00EF1CB8" w:rsidP="00EF1CB8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Wang, S., D. Dai, S. Song, X. </w:t>
            </w:r>
            <w:proofErr w:type="spellStart"/>
            <w:r w:rsidRPr="0020482C">
              <w:rPr>
                <w:sz w:val="20"/>
                <w:szCs w:val="20"/>
              </w:rPr>
              <w:t>Diao</w:t>
            </w:r>
            <w:proofErr w:type="spellEnd"/>
            <w:r w:rsidRPr="0020482C">
              <w:rPr>
                <w:sz w:val="20"/>
                <w:szCs w:val="20"/>
              </w:rPr>
              <w:t xml:space="preserve">, &amp; L. Ma, 2018. </w:t>
            </w:r>
            <w:proofErr w:type="spellStart"/>
            <w:r w:rsidRPr="0020482C">
              <w:rPr>
                <w:sz w:val="20"/>
                <w:szCs w:val="20"/>
              </w:rPr>
              <w:t>Arbuscular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mycorrhizal</w:t>
            </w:r>
            <w:proofErr w:type="spellEnd"/>
            <w:r w:rsidRPr="0020482C">
              <w:rPr>
                <w:sz w:val="20"/>
                <w:szCs w:val="20"/>
              </w:rPr>
              <w:t xml:space="preserve"> (AM) status in urban wetland plants and its impact factors. </w:t>
            </w:r>
            <w:r w:rsidRPr="0020482C">
              <w:rPr>
                <w:sz w:val="20"/>
                <w:szCs w:val="20"/>
                <w:lang w:val="pt-BR"/>
              </w:rPr>
              <w:t xml:space="preserve">Aquatic Botany 150: 33–45.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"https://doi.org/10.1016/j.aquabot.2018.07.002" </w:instrText>
            </w:r>
            <w:r w:rsidR="0020482C" w:rsidRPr="0020482C">
              <w:fldChar w:fldCharType="separate"/>
            </w:r>
            <w:r w:rsidRPr="0020482C">
              <w:rPr>
                <w:rStyle w:val="Hyperlink"/>
                <w:color w:val="auto"/>
                <w:lang w:val="pt-BR"/>
              </w:rPr>
              <w:t>https://doi.org/10.1016/j.aquabot.2018.07.002</w:t>
            </w:r>
            <w:r w:rsidR="0020482C" w:rsidRPr="0020482C">
              <w:rPr>
                <w:rStyle w:val="Hyperlink"/>
                <w:color w:val="auto"/>
                <w:lang w:val="pt-BR"/>
              </w:rPr>
              <w:fldChar w:fldCharType="end"/>
            </w:r>
            <w:r w:rsidRPr="0020482C">
              <w:rPr>
                <w:sz w:val="20"/>
                <w:szCs w:val="20"/>
                <w:lang w:val="pt-BR"/>
              </w:rPr>
              <w:t>.</w:t>
            </w:r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464BA9FC" w14:textId="77777777" w:rsidTr="00064C20">
        <w:trPr>
          <w:trHeight w:val="826"/>
        </w:trPr>
        <w:tc>
          <w:tcPr>
            <w:tcW w:w="2435" w:type="dxa"/>
          </w:tcPr>
          <w:p w14:paraId="0DA4667B" w14:textId="0C31B110" w:rsidR="00B41360" w:rsidRPr="0020482C" w:rsidRDefault="00B4136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Clayton et al. 2021</w:t>
            </w:r>
          </w:p>
        </w:tc>
        <w:tc>
          <w:tcPr>
            <w:tcW w:w="6205" w:type="dxa"/>
          </w:tcPr>
          <w:p w14:paraId="76FC40B7" w14:textId="43DCA780" w:rsidR="00B41360" w:rsidRPr="0020482C" w:rsidRDefault="00B41360" w:rsidP="00EF1CB8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Clayton, J. B., R. Patiño, R. H. Rashel, &amp; S. Tábora-Sarmiento, 2021. </w:t>
            </w:r>
            <w:r w:rsidRPr="0020482C">
              <w:rPr>
                <w:sz w:val="20"/>
                <w:szCs w:val="20"/>
              </w:rPr>
              <w:t xml:space="preserve">Water quality associations and spatiotemporal distribution of the harmful alga </w:t>
            </w:r>
            <w:proofErr w:type="spellStart"/>
            <w:r w:rsidRPr="0020482C">
              <w:rPr>
                <w:sz w:val="20"/>
                <w:szCs w:val="20"/>
              </w:rPr>
              <w:t>Prymnesium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parvum</w:t>
            </w:r>
            <w:proofErr w:type="spellEnd"/>
            <w:r w:rsidRPr="0020482C">
              <w:rPr>
                <w:sz w:val="20"/>
                <w:szCs w:val="20"/>
              </w:rPr>
              <w:t xml:space="preserve"> in an impounded urban stream system. Journal of Urban Ecology 7: juab011. </w:t>
            </w:r>
            <w:hyperlink r:id="rId178" w:history="1">
              <w:r w:rsidRPr="0020482C">
                <w:rPr>
                  <w:rStyle w:val="Hyperlink"/>
                  <w:color w:val="auto"/>
                </w:rPr>
                <w:t>https://doi.org/10.1093/jue/juab011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0579D84C" w14:textId="77777777" w:rsidTr="00064C20">
        <w:trPr>
          <w:trHeight w:val="826"/>
        </w:trPr>
        <w:tc>
          <w:tcPr>
            <w:tcW w:w="2435" w:type="dxa"/>
          </w:tcPr>
          <w:p w14:paraId="76058CB0" w14:textId="7E55D2E1" w:rsidR="00B41360" w:rsidRPr="0020482C" w:rsidRDefault="00B41360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Baart</w:t>
            </w:r>
            <w:proofErr w:type="spellEnd"/>
            <w:r w:rsidRPr="0020482C">
              <w:rPr>
                <w:sz w:val="20"/>
                <w:szCs w:val="20"/>
              </w:rPr>
              <w:t xml:space="preserve"> et al. 2010</w:t>
            </w:r>
          </w:p>
        </w:tc>
        <w:tc>
          <w:tcPr>
            <w:tcW w:w="6205" w:type="dxa"/>
          </w:tcPr>
          <w:p w14:paraId="4DF32FB4" w14:textId="67BFFE88" w:rsidR="00B41360" w:rsidRPr="0020482C" w:rsidRDefault="00B41360" w:rsidP="00B41360">
            <w:pPr>
              <w:rPr>
                <w:sz w:val="20"/>
                <w:szCs w:val="20"/>
                <w:lang w:val="pt-BR"/>
              </w:rPr>
            </w:pPr>
            <w:proofErr w:type="spellStart"/>
            <w:r w:rsidRPr="0020482C">
              <w:rPr>
                <w:sz w:val="20"/>
                <w:szCs w:val="20"/>
              </w:rPr>
              <w:t>Baart</w:t>
            </w:r>
            <w:proofErr w:type="spellEnd"/>
            <w:r w:rsidRPr="0020482C">
              <w:rPr>
                <w:sz w:val="20"/>
                <w:szCs w:val="20"/>
              </w:rPr>
              <w:t xml:space="preserve">, I., C. </w:t>
            </w:r>
            <w:proofErr w:type="spellStart"/>
            <w:r w:rsidRPr="0020482C">
              <w:rPr>
                <w:sz w:val="20"/>
                <w:szCs w:val="20"/>
              </w:rPr>
              <w:t>Gschöpf</w:t>
            </w:r>
            <w:proofErr w:type="spellEnd"/>
            <w:r w:rsidRPr="0020482C">
              <w:rPr>
                <w:sz w:val="20"/>
                <w:szCs w:val="20"/>
              </w:rPr>
              <w:t xml:space="preserve">, A. P. </w:t>
            </w:r>
            <w:proofErr w:type="spellStart"/>
            <w:r w:rsidRPr="0020482C">
              <w:rPr>
                <w:sz w:val="20"/>
                <w:szCs w:val="20"/>
              </w:rPr>
              <w:t>Blaschke</w:t>
            </w:r>
            <w:proofErr w:type="spellEnd"/>
            <w:r w:rsidRPr="0020482C">
              <w:rPr>
                <w:sz w:val="20"/>
                <w:szCs w:val="20"/>
              </w:rPr>
              <w:t xml:space="preserve">, S. </w:t>
            </w:r>
            <w:proofErr w:type="spellStart"/>
            <w:r w:rsidRPr="0020482C">
              <w:rPr>
                <w:sz w:val="20"/>
                <w:szCs w:val="20"/>
              </w:rPr>
              <w:t>Preiner</w:t>
            </w:r>
            <w:proofErr w:type="spellEnd"/>
            <w:r w:rsidRPr="0020482C">
              <w:rPr>
                <w:sz w:val="20"/>
                <w:szCs w:val="20"/>
              </w:rPr>
              <w:t xml:space="preserve">, &amp; T. Hein, 2010. Prediction of potential </w:t>
            </w:r>
            <w:proofErr w:type="spellStart"/>
            <w:r w:rsidRPr="0020482C">
              <w:rPr>
                <w:sz w:val="20"/>
                <w:szCs w:val="20"/>
              </w:rPr>
              <w:t>macrophyte</w:t>
            </w:r>
            <w:proofErr w:type="spellEnd"/>
            <w:r w:rsidRPr="0020482C">
              <w:rPr>
                <w:sz w:val="20"/>
                <w:szCs w:val="20"/>
              </w:rPr>
              <w:t xml:space="preserve"> development in response to restoration measures in an urban riverine wetland. </w:t>
            </w:r>
            <w:r w:rsidRPr="0020482C">
              <w:rPr>
                <w:sz w:val="20"/>
                <w:szCs w:val="20"/>
                <w:lang w:val="pt-BR"/>
              </w:rPr>
              <w:t xml:space="preserve">Aquatic Botany 93: 153–162.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"https://doi.org/10.1016/j.aquabot</w:instrText>
            </w:r>
            <w:r w:rsidR="0020482C" w:rsidRPr="0020482C">
              <w:instrText xml:space="preserve">.2010.06.002" </w:instrText>
            </w:r>
            <w:r w:rsidR="0020482C" w:rsidRPr="0020482C">
              <w:fldChar w:fldCharType="separate"/>
            </w:r>
            <w:r w:rsidRPr="0020482C">
              <w:rPr>
                <w:rStyle w:val="Hyperlink"/>
                <w:color w:val="auto"/>
                <w:sz w:val="20"/>
                <w:szCs w:val="20"/>
                <w:lang w:val="pt-BR"/>
              </w:rPr>
              <w:t>https://doi.org/10.1016/j.aquabot.2010.06.002</w:t>
            </w:r>
            <w:r w:rsidR="0020482C" w:rsidRPr="0020482C">
              <w:rPr>
                <w:rStyle w:val="Hyperlink"/>
                <w:color w:val="auto"/>
                <w:sz w:val="20"/>
                <w:szCs w:val="20"/>
                <w:lang w:val="pt-BR"/>
              </w:rPr>
              <w:fldChar w:fldCharType="end"/>
            </w:r>
            <w:r w:rsidRPr="0020482C">
              <w:rPr>
                <w:sz w:val="20"/>
                <w:szCs w:val="20"/>
                <w:lang w:val="pt-BR"/>
              </w:rPr>
              <w:t xml:space="preserve">. </w:t>
            </w:r>
          </w:p>
        </w:tc>
      </w:tr>
      <w:tr w:rsidR="0020482C" w:rsidRPr="0020482C" w14:paraId="128F74F6" w14:textId="77777777" w:rsidTr="00064C20">
        <w:trPr>
          <w:trHeight w:val="826"/>
        </w:trPr>
        <w:tc>
          <w:tcPr>
            <w:tcW w:w="2435" w:type="dxa"/>
          </w:tcPr>
          <w:p w14:paraId="1ADDD409" w14:textId="7D89E795" w:rsidR="00B41360" w:rsidRPr="0020482C" w:rsidRDefault="00B41360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Szczepocka</w:t>
            </w:r>
            <w:proofErr w:type="spellEnd"/>
            <w:r w:rsidRPr="0020482C">
              <w:rPr>
                <w:sz w:val="20"/>
                <w:szCs w:val="20"/>
              </w:rPr>
              <w:t xml:space="preserve"> et al. 2024</w:t>
            </w:r>
          </w:p>
        </w:tc>
        <w:tc>
          <w:tcPr>
            <w:tcW w:w="6205" w:type="dxa"/>
          </w:tcPr>
          <w:p w14:paraId="4B1C2A4C" w14:textId="3CDF5337" w:rsidR="00B41360" w:rsidRPr="0020482C" w:rsidRDefault="00B41360" w:rsidP="00B41360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Szczepocka</w:t>
            </w:r>
            <w:proofErr w:type="spellEnd"/>
            <w:r w:rsidRPr="0020482C">
              <w:rPr>
                <w:sz w:val="20"/>
                <w:szCs w:val="20"/>
              </w:rPr>
              <w:t xml:space="preserve">, E., J. </w:t>
            </w:r>
            <w:proofErr w:type="spellStart"/>
            <w:r w:rsidRPr="0020482C">
              <w:rPr>
                <w:sz w:val="20"/>
                <w:szCs w:val="20"/>
              </w:rPr>
              <w:t>Żelazna-Wieczorek</w:t>
            </w:r>
            <w:proofErr w:type="spellEnd"/>
            <w:r w:rsidRPr="0020482C">
              <w:rPr>
                <w:sz w:val="20"/>
                <w:szCs w:val="20"/>
              </w:rPr>
              <w:t xml:space="preserve">, &amp; P. K. </w:t>
            </w:r>
            <w:proofErr w:type="spellStart"/>
            <w:r w:rsidRPr="0020482C">
              <w:rPr>
                <w:sz w:val="20"/>
                <w:szCs w:val="20"/>
              </w:rPr>
              <w:t>Zakrzewski</w:t>
            </w:r>
            <w:proofErr w:type="spellEnd"/>
            <w:r w:rsidRPr="0020482C">
              <w:rPr>
                <w:sz w:val="20"/>
                <w:szCs w:val="20"/>
              </w:rPr>
              <w:t xml:space="preserve">, 2024. Impact of urbanization-driven changes of the riverbeds on its ecological status evidenced by diatom communities – The negative side of the Anthropocene. Ecological Indicators 159: 111706. </w:t>
            </w:r>
            <w:hyperlink r:id="rId179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https://doi.org/10.1016/j.ecolind.2024.111706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592211D2" w14:textId="77777777" w:rsidTr="00064C20">
        <w:trPr>
          <w:trHeight w:val="826"/>
        </w:trPr>
        <w:tc>
          <w:tcPr>
            <w:tcW w:w="2435" w:type="dxa"/>
          </w:tcPr>
          <w:p w14:paraId="62FF5847" w14:textId="1A8A9533" w:rsidR="00B41360" w:rsidRPr="0020482C" w:rsidRDefault="00B4136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Liu et al. 2023</w:t>
            </w:r>
          </w:p>
        </w:tc>
        <w:tc>
          <w:tcPr>
            <w:tcW w:w="6205" w:type="dxa"/>
          </w:tcPr>
          <w:p w14:paraId="78EA8CA2" w14:textId="59C450F7" w:rsidR="00B41360" w:rsidRPr="0020482C" w:rsidRDefault="00B41360" w:rsidP="00B41360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Liu, Z., A. Yang, J. Liu, C. Xing, S. Huang, Y. </w:t>
            </w:r>
            <w:proofErr w:type="spellStart"/>
            <w:r w:rsidRPr="0020482C">
              <w:rPr>
                <w:sz w:val="20"/>
                <w:szCs w:val="20"/>
              </w:rPr>
              <w:t>Huo</w:t>
            </w:r>
            <w:proofErr w:type="spellEnd"/>
            <w:r w:rsidRPr="0020482C">
              <w:rPr>
                <w:sz w:val="20"/>
                <w:szCs w:val="20"/>
              </w:rPr>
              <w:t xml:space="preserve">, Z. Yang, J. Huang, &amp; W. Liu, 2023. Turnover of phytoplankton and zooplankton communities driven by human-induced disturbances and climate changes in a small urban coastal wetland. Ecological Indicators 157: 111271. </w:t>
            </w:r>
            <w:hyperlink r:id="rId180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https://doi.org/10.1016/j.ecolind.2023.111271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3227808B" w14:textId="77777777" w:rsidTr="00417CF1">
        <w:trPr>
          <w:trHeight w:val="948"/>
        </w:trPr>
        <w:tc>
          <w:tcPr>
            <w:tcW w:w="2435" w:type="dxa"/>
          </w:tcPr>
          <w:p w14:paraId="478A6507" w14:textId="18D78130" w:rsidR="008C351D" w:rsidRPr="0020482C" w:rsidRDefault="00417CF1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Morris e al. 2006</w:t>
            </w:r>
          </w:p>
        </w:tc>
        <w:tc>
          <w:tcPr>
            <w:tcW w:w="6205" w:type="dxa"/>
          </w:tcPr>
          <w:p w14:paraId="235294E9" w14:textId="3C64608E" w:rsidR="008C351D" w:rsidRPr="0020482C" w:rsidRDefault="00B4136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Morris, K., P. C. E. Bailey, P. I. Boon, &amp; L. Hughes, 2006. Effects of plant harvesting and nutrient enrichment on phytoplankton community structure in a shallow urban lake. </w:t>
            </w:r>
            <w:proofErr w:type="spellStart"/>
            <w:r w:rsidRPr="0020482C">
              <w:rPr>
                <w:sz w:val="20"/>
                <w:szCs w:val="20"/>
              </w:rPr>
              <w:t>Hydrobiologia</w:t>
            </w:r>
            <w:proofErr w:type="spellEnd"/>
            <w:r w:rsidRPr="0020482C">
              <w:rPr>
                <w:sz w:val="20"/>
                <w:szCs w:val="20"/>
              </w:rPr>
              <w:t xml:space="preserve"> 571: 77–91. </w:t>
            </w:r>
            <w:hyperlink r:id="rId181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https://doi.org/10.1007/s10750-006-0230-0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242E9088" w14:textId="77777777" w:rsidTr="00417CF1">
        <w:trPr>
          <w:trHeight w:val="989"/>
        </w:trPr>
        <w:tc>
          <w:tcPr>
            <w:tcW w:w="2435" w:type="dxa"/>
          </w:tcPr>
          <w:p w14:paraId="307B1C6E" w14:textId="01F59796" w:rsidR="008C351D" w:rsidRPr="0020482C" w:rsidRDefault="00417CF1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Calder et al. 2015</w:t>
            </w:r>
          </w:p>
        </w:tc>
        <w:tc>
          <w:tcPr>
            <w:tcW w:w="6205" w:type="dxa"/>
          </w:tcPr>
          <w:p w14:paraId="7DFE69D2" w14:textId="46CC4D9A" w:rsidR="008C351D" w:rsidRPr="0020482C" w:rsidRDefault="00153E3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Calder, J.-L., G. S. Cumming, K. </w:t>
            </w:r>
            <w:proofErr w:type="spellStart"/>
            <w:r w:rsidRPr="0020482C">
              <w:rPr>
                <w:sz w:val="20"/>
                <w:szCs w:val="20"/>
              </w:rPr>
              <w:t>Maciejewski</w:t>
            </w:r>
            <w:proofErr w:type="spellEnd"/>
            <w:r w:rsidRPr="0020482C">
              <w:rPr>
                <w:sz w:val="20"/>
                <w:szCs w:val="20"/>
              </w:rPr>
              <w:t xml:space="preserve">, &amp; H. D. </w:t>
            </w:r>
            <w:proofErr w:type="spellStart"/>
            <w:r w:rsidRPr="0020482C">
              <w:rPr>
                <w:sz w:val="20"/>
                <w:szCs w:val="20"/>
              </w:rPr>
              <w:t>Oschadleus</w:t>
            </w:r>
            <w:proofErr w:type="spellEnd"/>
            <w:r w:rsidRPr="0020482C">
              <w:rPr>
                <w:sz w:val="20"/>
                <w:szCs w:val="20"/>
              </w:rPr>
              <w:t xml:space="preserve">, 2015. Urban land use does not limit weaver bird movements between wetlands in Cape Town, South Africa. Biological Conservation 187: 230–239. </w:t>
            </w:r>
            <w:hyperlink r:id="rId182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https://doi.org/10.1016/j.biocon.2015.04.021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4EF55FC3" w14:textId="77777777" w:rsidTr="000249C7">
        <w:trPr>
          <w:trHeight w:val="990"/>
        </w:trPr>
        <w:tc>
          <w:tcPr>
            <w:tcW w:w="2435" w:type="dxa"/>
          </w:tcPr>
          <w:p w14:paraId="296B72F8" w14:textId="06C1B57D" w:rsidR="008C351D" w:rsidRPr="0020482C" w:rsidRDefault="000249C7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Obolewski</w:t>
            </w:r>
            <w:proofErr w:type="spellEnd"/>
            <w:r w:rsidRPr="0020482C">
              <w:rPr>
                <w:sz w:val="20"/>
                <w:szCs w:val="20"/>
              </w:rPr>
              <w:t xml:space="preserve"> et al. 2011</w:t>
            </w:r>
          </w:p>
        </w:tc>
        <w:tc>
          <w:tcPr>
            <w:tcW w:w="6205" w:type="dxa"/>
          </w:tcPr>
          <w:p w14:paraId="1A266B76" w14:textId="22B76543" w:rsidR="008C351D" w:rsidRPr="0020482C" w:rsidRDefault="00153E3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Obolewski</w:t>
            </w:r>
            <w:proofErr w:type="spellEnd"/>
            <w:r w:rsidRPr="0020482C">
              <w:rPr>
                <w:sz w:val="20"/>
                <w:szCs w:val="20"/>
              </w:rPr>
              <w:t xml:space="preserve">, K., W. </w:t>
            </w:r>
            <w:proofErr w:type="spellStart"/>
            <w:r w:rsidRPr="0020482C">
              <w:rPr>
                <w:sz w:val="20"/>
                <w:szCs w:val="20"/>
              </w:rPr>
              <w:t>Gotkiewicz</w:t>
            </w:r>
            <w:proofErr w:type="spellEnd"/>
            <w:r w:rsidRPr="0020482C">
              <w:rPr>
                <w:sz w:val="20"/>
                <w:szCs w:val="20"/>
              </w:rPr>
              <w:t xml:space="preserve">, A. </w:t>
            </w:r>
            <w:proofErr w:type="spellStart"/>
            <w:r w:rsidRPr="0020482C">
              <w:rPr>
                <w:sz w:val="20"/>
                <w:szCs w:val="20"/>
              </w:rPr>
              <w:t>Strzelczak</w:t>
            </w:r>
            <w:proofErr w:type="spellEnd"/>
            <w:r w:rsidRPr="0020482C">
              <w:rPr>
                <w:sz w:val="20"/>
                <w:szCs w:val="20"/>
              </w:rPr>
              <w:t xml:space="preserve">, Z. </w:t>
            </w:r>
            <w:proofErr w:type="spellStart"/>
            <w:r w:rsidRPr="0020482C">
              <w:rPr>
                <w:sz w:val="20"/>
                <w:szCs w:val="20"/>
              </w:rPr>
              <w:t>Osadowski</w:t>
            </w:r>
            <w:proofErr w:type="spellEnd"/>
            <w:r w:rsidRPr="0020482C">
              <w:rPr>
                <w:sz w:val="20"/>
                <w:szCs w:val="20"/>
              </w:rPr>
              <w:t xml:space="preserve">, &amp; A. M. </w:t>
            </w:r>
            <w:proofErr w:type="spellStart"/>
            <w:r w:rsidRPr="0020482C">
              <w:rPr>
                <w:sz w:val="20"/>
                <w:szCs w:val="20"/>
              </w:rPr>
              <w:t>Astel</w:t>
            </w:r>
            <w:proofErr w:type="spellEnd"/>
            <w:r w:rsidRPr="0020482C">
              <w:rPr>
                <w:sz w:val="20"/>
                <w:szCs w:val="20"/>
              </w:rPr>
              <w:t xml:space="preserve">, 2011. Influence of anthropogenic transformations of river bed on plant and </w:t>
            </w:r>
            <w:proofErr w:type="spellStart"/>
            <w:r w:rsidRPr="0020482C">
              <w:rPr>
                <w:sz w:val="20"/>
                <w:szCs w:val="20"/>
              </w:rPr>
              <w:t>macrozoobenthos</w:t>
            </w:r>
            <w:proofErr w:type="spellEnd"/>
            <w:r w:rsidRPr="0020482C">
              <w:rPr>
                <w:sz w:val="20"/>
                <w:szCs w:val="20"/>
              </w:rPr>
              <w:t xml:space="preserve"> communities. Environmental Monitoring and Assessment 173: 747–763. </w:t>
            </w:r>
            <w:hyperlink r:id="rId183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https://doi.org/10.1007/s10661-010-1420-9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329374A5" w14:textId="77777777" w:rsidTr="000249C7">
        <w:trPr>
          <w:trHeight w:val="976"/>
        </w:trPr>
        <w:tc>
          <w:tcPr>
            <w:tcW w:w="2435" w:type="dxa"/>
          </w:tcPr>
          <w:p w14:paraId="3667AA23" w14:textId="434B37CB" w:rsidR="008C351D" w:rsidRPr="0020482C" w:rsidRDefault="000249C7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Calapez</w:t>
            </w:r>
            <w:proofErr w:type="spellEnd"/>
            <w:r w:rsidRPr="0020482C">
              <w:rPr>
                <w:sz w:val="20"/>
                <w:szCs w:val="20"/>
              </w:rPr>
              <w:t xml:space="preserve"> et al. 2023</w:t>
            </w:r>
          </w:p>
        </w:tc>
        <w:tc>
          <w:tcPr>
            <w:tcW w:w="6205" w:type="dxa"/>
          </w:tcPr>
          <w:p w14:paraId="41F6C294" w14:textId="3FABF7B9" w:rsidR="008C351D" w:rsidRPr="0020482C" w:rsidRDefault="00153E3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Calapez, A. R., S. R. Q. Serra, A. Mortágua, S. F. P. Almeida, &amp; M. João Feio, 2023. </w:t>
            </w:r>
            <w:r w:rsidRPr="0020482C">
              <w:rPr>
                <w:sz w:val="20"/>
                <w:szCs w:val="20"/>
              </w:rPr>
              <w:t xml:space="preserve">Unveiling relationships between ecosystem services and aquatic communities in urban streams. Ecological Indicators 153: 110433. </w:t>
            </w:r>
            <w:hyperlink r:id="rId184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https://doi.org/10.1016/j.ecolind.2023.110433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6C7EA88C" w14:textId="77777777" w:rsidTr="000249C7">
        <w:trPr>
          <w:trHeight w:val="1260"/>
        </w:trPr>
        <w:tc>
          <w:tcPr>
            <w:tcW w:w="2435" w:type="dxa"/>
          </w:tcPr>
          <w:p w14:paraId="5DEE9F5A" w14:textId="2022762F" w:rsidR="008C351D" w:rsidRPr="0020482C" w:rsidRDefault="000249C7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Pessoa et al. 2021</w:t>
            </w:r>
          </w:p>
        </w:tc>
        <w:tc>
          <w:tcPr>
            <w:tcW w:w="6205" w:type="dxa"/>
          </w:tcPr>
          <w:p w14:paraId="39879B3E" w14:textId="77777777" w:rsidR="00153E3A" w:rsidRPr="0020482C" w:rsidRDefault="00153E3A" w:rsidP="00A15A1C">
            <w:pPr>
              <w:rPr>
                <w:sz w:val="20"/>
                <w:szCs w:val="20"/>
                <w:lang w:val="pt-BR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Pessoa, L. A., M. T. Baumgartner, M. P. Santana Junior, J. P. A. Pagotto, L. G. A. Pessoa, &amp; E. Goulart, 2021. </w:t>
            </w:r>
            <w:r w:rsidRPr="0020482C">
              <w:rPr>
                <w:sz w:val="20"/>
                <w:szCs w:val="20"/>
              </w:rPr>
              <w:t xml:space="preserve">Effect of land-use types on the </w:t>
            </w:r>
            <w:proofErr w:type="spellStart"/>
            <w:r w:rsidRPr="0020482C">
              <w:rPr>
                <w:sz w:val="20"/>
                <w:szCs w:val="20"/>
              </w:rPr>
              <w:t>ecomorphological</w:t>
            </w:r>
            <w:proofErr w:type="spellEnd"/>
            <w:r w:rsidRPr="0020482C">
              <w:rPr>
                <w:sz w:val="20"/>
                <w:szCs w:val="20"/>
              </w:rPr>
              <w:t xml:space="preserve"> structure of fish assemblage in distinct </w:t>
            </w:r>
            <w:proofErr w:type="spellStart"/>
            <w:r w:rsidRPr="0020482C">
              <w:rPr>
                <w:sz w:val="20"/>
                <w:szCs w:val="20"/>
              </w:rPr>
              <w:t>mesohabitats</w:t>
            </w:r>
            <w:proofErr w:type="spellEnd"/>
            <w:r w:rsidRPr="0020482C">
              <w:rPr>
                <w:sz w:val="20"/>
                <w:szCs w:val="20"/>
              </w:rPr>
              <w:t xml:space="preserve"> of </w:t>
            </w:r>
            <w:proofErr w:type="spellStart"/>
            <w:r w:rsidRPr="0020482C">
              <w:rPr>
                <w:sz w:val="20"/>
                <w:szCs w:val="20"/>
              </w:rPr>
              <w:t>neotropical</w:t>
            </w:r>
            <w:proofErr w:type="spellEnd"/>
            <w:r w:rsidRPr="0020482C">
              <w:rPr>
                <w:sz w:val="20"/>
                <w:szCs w:val="20"/>
              </w:rPr>
              <w:t xml:space="preserve"> streams. </w:t>
            </w:r>
            <w:r w:rsidRPr="0020482C">
              <w:rPr>
                <w:sz w:val="20"/>
                <w:szCs w:val="20"/>
                <w:lang w:val="pt-BR"/>
              </w:rPr>
              <w:t xml:space="preserve">Instituto Virtual da Biodiversidade | BIOTA - FAPESP. Biota Neotropica 21: e20201034. </w:t>
            </w:r>
          </w:p>
          <w:p w14:paraId="26642F7D" w14:textId="51C26DED" w:rsidR="008C351D" w:rsidRPr="0020482C" w:rsidRDefault="0020482C" w:rsidP="00A15A1C">
            <w:pPr>
              <w:rPr>
                <w:sz w:val="20"/>
                <w:szCs w:val="20"/>
                <w:lang w:val="pt-BR"/>
              </w:rPr>
            </w:pPr>
            <w:hyperlink r:id="rId185" w:history="1">
              <w:r w:rsidR="00153E3A" w:rsidRPr="0020482C">
                <w:rPr>
                  <w:rStyle w:val="Hyperlink"/>
                  <w:color w:val="auto"/>
                  <w:sz w:val="20"/>
                  <w:szCs w:val="20"/>
                  <w:lang w:val="pt-BR"/>
                </w:rPr>
                <w:t>https://doi.org/10.1590/1676-0611-BN-2020-1034</w:t>
              </w:r>
            </w:hyperlink>
            <w:r w:rsidR="00153E3A" w:rsidRPr="0020482C">
              <w:rPr>
                <w:sz w:val="20"/>
                <w:szCs w:val="20"/>
                <w:lang w:val="pt-BR"/>
              </w:rPr>
              <w:t xml:space="preserve">. </w:t>
            </w:r>
          </w:p>
        </w:tc>
      </w:tr>
      <w:tr w:rsidR="0020482C" w:rsidRPr="0020482C" w14:paraId="41F2AB16" w14:textId="77777777" w:rsidTr="000249C7">
        <w:trPr>
          <w:trHeight w:val="838"/>
        </w:trPr>
        <w:tc>
          <w:tcPr>
            <w:tcW w:w="2435" w:type="dxa"/>
          </w:tcPr>
          <w:p w14:paraId="4666DE46" w14:textId="3003CB28" w:rsidR="00153E3A" w:rsidRPr="0020482C" w:rsidRDefault="00153E3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>Zagarola et al. 2017</w:t>
            </w:r>
          </w:p>
        </w:tc>
        <w:tc>
          <w:tcPr>
            <w:tcW w:w="6205" w:type="dxa"/>
          </w:tcPr>
          <w:p w14:paraId="7369EE94" w14:textId="159A46A2" w:rsidR="00153E3A" w:rsidRPr="0020482C" w:rsidRDefault="00153E3A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Zagarola, J.-P. A., G. M. Pastur, M. E. López, &amp; C. B. Anderson, 2017. </w:t>
            </w:r>
            <w:r w:rsidRPr="0020482C">
              <w:rPr>
                <w:sz w:val="20"/>
                <w:szCs w:val="20"/>
              </w:rPr>
              <w:t xml:space="preserve">Assessing the effects of urbanization on streams in Tierra del Fuego. </w:t>
            </w:r>
            <w:proofErr w:type="spellStart"/>
            <w:r w:rsidRPr="0020482C">
              <w:rPr>
                <w:sz w:val="20"/>
                <w:szCs w:val="20"/>
              </w:rPr>
              <w:t>Ecología</w:t>
            </w:r>
            <w:proofErr w:type="spellEnd"/>
            <w:r w:rsidRPr="0020482C">
              <w:rPr>
                <w:sz w:val="20"/>
                <w:szCs w:val="20"/>
              </w:rPr>
              <w:t xml:space="preserve"> Austral 27: 045–054. </w:t>
            </w:r>
            <w:hyperlink r:id="rId186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https://doi.org/10.25260/EA.17.27.1.0.417</w:t>
              </w:r>
            </w:hyperlink>
            <w:r w:rsidRPr="0020482C">
              <w:rPr>
                <w:sz w:val="20"/>
                <w:szCs w:val="20"/>
              </w:rPr>
              <w:t>.</w:t>
            </w:r>
          </w:p>
        </w:tc>
      </w:tr>
      <w:tr w:rsidR="0020482C" w:rsidRPr="0020482C" w14:paraId="0FBA25DB" w14:textId="77777777" w:rsidTr="000249C7">
        <w:trPr>
          <w:trHeight w:val="838"/>
        </w:trPr>
        <w:tc>
          <w:tcPr>
            <w:tcW w:w="2435" w:type="dxa"/>
          </w:tcPr>
          <w:p w14:paraId="487D9C34" w14:textId="1D851525" w:rsidR="008C351D" w:rsidRPr="0020482C" w:rsidRDefault="000249C7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Hamer</w:t>
            </w:r>
            <w:proofErr w:type="spellEnd"/>
            <w:r w:rsidRPr="0020482C">
              <w:rPr>
                <w:sz w:val="20"/>
                <w:szCs w:val="20"/>
              </w:rPr>
              <w:t xml:space="preserve"> et al. 2016</w:t>
            </w:r>
          </w:p>
        </w:tc>
        <w:tc>
          <w:tcPr>
            <w:tcW w:w="6205" w:type="dxa"/>
          </w:tcPr>
          <w:p w14:paraId="15DE644A" w14:textId="01A796A8" w:rsidR="008C351D" w:rsidRPr="0020482C" w:rsidRDefault="00153E3A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Hamer</w:t>
            </w:r>
            <w:proofErr w:type="spellEnd"/>
            <w:r w:rsidRPr="0020482C">
              <w:rPr>
                <w:sz w:val="20"/>
                <w:szCs w:val="20"/>
              </w:rPr>
              <w:t xml:space="preserve">, A. J., L. J. Harrison, &amp; D. </w:t>
            </w:r>
            <w:proofErr w:type="spellStart"/>
            <w:r w:rsidRPr="0020482C">
              <w:rPr>
                <w:sz w:val="20"/>
                <w:szCs w:val="20"/>
              </w:rPr>
              <w:t>Stokeld</w:t>
            </w:r>
            <w:proofErr w:type="spellEnd"/>
            <w:r w:rsidRPr="0020482C">
              <w:rPr>
                <w:sz w:val="20"/>
                <w:szCs w:val="20"/>
              </w:rPr>
              <w:t xml:space="preserve">, 2016. Road density and wetland context alter population structure of a freshwater turtle. Austral Ecology 41: 53–64. </w:t>
            </w:r>
            <w:hyperlink r:id="rId187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https://doi.org/10.1111/aec.12298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2C2B07C0" w14:textId="77777777" w:rsidTr="000249C7">
        <w:trPr>
          <w:trHeight w:val="977"/>
        </w:trPr>
        <w:tc>
          <w:tcPr>
            <w:tcW w:w="2435" w:type="dxa"/>
          </w:tcPr>
          <w:p w14:paraId="734AF429" w14:textId="761517AD" w:rsidR="008C351D" w:rsidRPr="0020482C" w:rsidRDefault="000249C7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Mazgajska</w:t>
            </w:r>
            <w:proofErr w:type="spellEnd"/>
            <w:r w:rsidRPr="0020482C">
              <w:rPr>
                <w:sz w:val="20"/>
                <w:szCs w:val="20"/>
              </w:rPr>
              <w:t xml:space="preserve"> &amp; </w:t>
            </w:r>
            <w:proofErr w:type="spellStart"/>
            <w:r w:rsidRPr="0020482C">
              <w:rPr>
                <w:sz w:val="20"/>
                <w:szCs w:val="20"/>
              </w:rPr>
              <w:t>Mazgajski</w:t>
            </w:r>
            <w:proofErr w:type="spellEnd"/>
            <w:r w:rsidRPr="0020482C">
              <w:rPr>
                <w:sz w:val="20"/>
                <w:szCs w:val="20"/>
              </w:rPr>
              <w:t>, 2020</w:t>
            </w:r>
          </w:p>
        </w:tc>
        <w:tc>
          <w:tcPr>
            <w:tcW w:w="6205" w:type="dxa"/>
          </w:tcPr>
          <w:p w14:paraId="1D85AC2D" w14:textId="62DDE082" w:rsidR="008C351D" w:rsidRPr="0020482C" w:rsidRDefault="00153E3A" w:rsidP="00153E3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Mazgajska</w:t>
            </w:r>
            <w:proofErr w:type="spellEnd"/>
            <w:r w:rsidRPr="0020482C">
              <w:rPr>
                <w:sz w:val="20"/>
                <w:szCs w:val="20"/>
              </w:rPr>
              <w:t xml:space="preserve">, J., &amp; T. D. </w:t>
            </w:r>
            <w:proofErr w:type="spellStart"/>
            <w:r w:rsidRPr="0020482C">
              <w:rPr>
                <w:sz w:val="20"/>
                <w:szCs w:val="20"/>
              </w:rPr>
              <w:t>Mazgajski</w:t>
            </w:r>
            <w:proofErr w:type="spellEnd"/>
            <w:r w:rsidRPr="0020482C">
              <w:rPr>
                <w:sz w:val="20"/>
                <w:szCs w:val="20"/>
              </w:rPr>
              <w:t xml:space="preserve">, 2020. Two amphibian species in the urban environment: changes in the occurrence, spawning phenology and adult condition of common and green toads. Taylor &amp; Francis. The European Zoological Journal 87: 170–179. </w:t>
            </w:r>
            <w:hyperlink r:id="rId188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https://doi.org/10.1080/24750263.2020.1744743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ADE1EE2" w14:textId="77777777" w:rsidTr="000249C7">
        <w:trPr>
          <w:trHeight w:val="978"/>
        </w:trPr>
        <w:tc>
          <w:tcPr>
            <w:tcW w:w="2435" w:type="dxa"/>
          </w:tcPr>
          <w:p w14:paraId="09D51C95" w14:textId="004A511F" w:rsidR="008C351D" w:rsidRPr="0020482C" w:rsidRDefault="000249C7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Jere</w:t>
            </w:r>
            <w:proofErr w:type="spellEnd"/>
            <w:r w:rsidRPr="0020482C">
              <w:rPr>
                <w:sz w:val="20"/>
                <w:szCs w:val="20"/>
              </w:rPr>
              <w:t xml:space="preserve"> et al. 2020</w:t>
            </w:r>
          </w:p>
        </w:tc>
        <w:tc>
          <w:tcPr>
            <w:tcW w:w="6205" w:type="dxa"/>
          </w:tcPr>
          <w:p w14:paraId="4FB62CB6" w14:textId="1C37D220" w:rsidR="008C351D" w:rsidRPr="0020482C" w:rsidRDefault="00156E4F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Jere</w:t>
            </w:r>
            <w:proofErr w:type="spellEnd"/>
            <w:r w:rsidRPr="0020482C">
              <w:rPr>
                <w:sz w:val="20"/>
                <w:szCs w:val="20"/>
              </w:rPr>
              <w:t xml:space="preserve">, A., A. </w:t>
            </w:r>
            <w:proofErr w:type="spellStart"/>
            <w:r w:rsidRPr="0020482C">
              <w:rPr>
                <w:sz w:val="20"/>
                <w:szCs w:val="20"/>
              </w:rPr>
              <w:t>Darshetkar</w:t>
            </w:r>
            <w:proofErr w:type="spellEnd"/>
            <w:r w:rsidRPr="0020482C">
              <w:rPr>
                <w:sz w:val="20"/>
                <w:szCs w:val="20"/>
              </w:rPr>
              <w:t xml:space="preserve">, A. </w:t>
            </w:r>
            <w:proofErr w:type="spellStart"/>
            <w:r w:rsidRPr="0020482C">
              <w:rPr>
                <w:sz w:val="20"/>
                <w:szCs w:val="20"/>
              </w:rPr>
              <w:t>Patwardhan</w:t>
            </w:r>
            <w:proofErr w:type="spellEnd"/>
            <w:r w:rsidRPr="0020482C">
              <w:rPr>
                <w:sz w:val="20"/>
                <w:szCs w:val="20"/>
              </w:rPr>
              <w:t xml:space="preserve">, &amp; P. </w:t>
            </w:r>
            <w:proofErr w:type="spellStart"/>
            <w:r w:rsidRPr="0020482C">
              <w:rPr>
                <w:sz w:val="20"/>
                <w:szCs w:val="20"/>
              </w:rPr>
              <w:t>Koparde</w:t>
            </w:r>
            <w:proofErr w:type="spellEnd"/>
            <w:r w:rsidRPr="0020482C">
              <w:rPr>
                <w:sz w:val="20"/>
                <w:szCs w:val="20"/>
              </w:rPr>
              <w:t xml:space="preserve">, 2020. Assessing the response of </w:t>
            </w:r>
            <w:proofErr w:type="spellStart"/>
            <w:r w:rsidRPr="0020482C">
              <w:rPr>
                <w:sz w:val="20"/>
                <w:szCs w:val="20"/>
              </w:rPr>
              <w:t>odonates</w:t>
            </w:r>
            <w:proofErr w:type="spellEnd"/>
            <w:r w:rsidRPr="0020482C">
              <w:rPr>
                <w:sz w:val="20"/>
                <w:szCs w:val="20"/>
              </w:rPr>
              <w:t xml:space="preserve"> (dragonflies and damselflies) to a tropical urbanization gradient. Journal of Urban Ecology 6: juaa029. </w:t>
            </w:r>
            <w:hyperlink r:id="rId189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https://doi.org/10.1093/jue/juaa029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44AD1932" w14:textId="77777777" w:rsidTr="00F32334">
        <w:trPr>
          <w:trHeight w:val="699"/>
        </w:trPr>
        <w:tc>
          <w:tcPr>
            <w:tcW w:w="2435" w:type="dxa"/>
          </w:tcPr>
          <w:p w14:paraId="6089841B" w14:textId="1C860821" w:rsidR="008C351D" w:rsidRPr="0020482C" w:rsidRDefault="00F32334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Silva &amp; Martinez, 2007</w:t>
            </w:r>
          </w:p>
        </w:tc>
        <w:tc>
          <w:tcPr>
            <w:tcW w:w="6205" w:type="dxa"/>
          </w:tcPr>
          <w:p w14:paraId="169DF42D" w14:textId="65866617" w:rsidR="008C351D" w:rsidRPr="0020482C" w:rsidRDefault="00F32334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Silva, A. G., &amp; Martinez, C. B. 2007. </w:t>
            </w:r>
            <w:r w:rsidRPr="0020482C">
              <w:rPr>
                <w:sz w:val="20"/>
                <w:szCs w:val="20"/>
              </w:rPr>
              <w:t xml:space="preserve">Morphological changes in the kidney of a fish living in an urban stream. Environmental Toxicology and Pharmacology, 23(2), 185-192. </w:t>
            </w:r>
            <w:hyperlink r:id="rId190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https://doi.org/10.1016/j.etap.2006.08.009</w:t>
              </w:r>
            </w:hyperlink>
            <w:r w:rsidRPr="0020482C">
              <w:rPr>
                <w:sz w:val="20"/>
                <w:szCs w:val="20"/>
              </w:rPr>
              <w:t xml:space="preserve"> </w:t>
            </w:r>
          </w:p>
        </w:tc>
      </w:tr>
      <w:tr w:rsidR="0020482C" w:rsidRPr="0020482C" w14:paraId="3E0877EA" w14:textId="77777777" w:rsidTr="00F32334">
        <w:trPr>
          <w:trHeight w:val="699"/>
        </w:trPr>
        <w:tc>
          <w:tcPr>
            <w:tcW w:w="2435" w:type="dxa"/>
          </w:tcPr>
          <w:p w14:paraId="7C10C83D" w14:textId="6B1CA957" w:rsidR="00156E4F" w:rsidRPr="0020482C" w:rsidRDefault="00156E4F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Xuan et al. 2022</w:t>
            </w:r>
          </w:p>
        </w:tc>
        <w:tc>
          <w:tcPr>
            <w:tcW w:w="6205" w:type="dxa"/>
          </w:tcPr>
          <w:p w14:paraId="2ADEBD14" w14:textId="6E857920" w:rsidR="00156E4F" w:rsidRPr="0020482C" w:rsidRDefault="00156E4F" w:rsidP="00A15A1C">
            <w:pPr>
              <w:rPr>
                <w:sz w:val="20"/>
                <w:szCs w:val="20"/>
                <w:lang w:val="pt-BR"/>
              </w:rPr>
            </w:pPr>
            <w:r w:rsidRPr="0020482C">
              <w:rPr>
                <w:sz w:val="20"/>
                <w:szCs w:val="20"/>
              </w:rPr>
              <w:t>Xuan, Y., Y. Mai, Y. Xu, J. Zheng, Z. He, L. Shu, &amp; Y. Cao, 2022. Enhanced microbial nitrification-</w:t>
            </w:r>
            <w:proofErr w:type="spellStart"/>
            <w:r w:rsidRPr="0020482C">
              <w:rPr>
                <w:sz w:val="20"/>
                <w:szCs w:val="20"/>
              </w:rPr>
              <w:t>denitrification</w:t>
            </w:r>
            <w:proofErr w:type="spellEnd"/>
            <w:r w:rsidRPr="0020482C">
              <w:rPr>
                <w:sz w:val="20"/>
                <w:szCs w:val="20"/>
              </w:rPr>
              <w:t xml:space="preserve"> processes in a subtropical metropolitan river network. </w:t>
            </w:r>
            <w:r w:rsidRPr="0020482C">
              <w:rPr>
                <w:sz w:val="20"/>
                <w:szCs w:val="20"/>
                <w:lang w:val="pt-BR"/>
              </w:rPr>
              <w:t xml:space="preserve">Water Research 222: 118857. </w:t>
            </w:r>
            <w:r w:rsidR="0020482C" w:rsidRPr="0020482C">
              <w:fldChar w:fldCharType="begin"/>
            </w:r>
            <w:r w:rsidR="0020482C" w:rsidRPr="0020482C">
              <w:instrText xml:space="preserve"> HYPERLINK "https://doi.org/10.1016/j.watres.2022.118857" </w:instrText>
            </w:r>
            <w:r w:rsidR="0020482C" w:rsidRPr="0020482C">
              <w:fldChar w:fldCharType="separate"/>
            </w:r>
            <w:r w:rsidRPr="0020482C">
              <w:rPr>
                <w:rStyle w:val="Hyperlink"/>
                <w:color w:val="auto"/>
                <w:sz w:val="20"/>
                <w:szCs w:val="20"/>
                <w:lang w:val="pt-BR"/>
              </w:rPr>
              <w:t>https://doi.org/10.1016/j.watres.2022.118857</w:t>
            </w:r>
            <w:r w:rsidR="0020482C" w:rsidRPr="0020482C">
              <w:rPr>
                <w:rStyle w:val="Hyperlink"/>
                <w:color w:val="auto"/>
                <w:sz w:val="20"/>
                <w:szCs w:val="20"/>
                <w:lang w:val="pt-BR"/>
              </w:rPr>
              <w:fldChar w:fldCharType="end"/>
            </w:r>
            <w:r w:rsidRPr="0020482C">
              <w:rPr>
                <w:sz w:val="20"/>
                <w:szCs w:val="20"/>
                <w:lang w:val="pt-BR"/>
              </w:rPr>
              <w:t xml:space="preserve">. </w:t>
            </w:r>
          </w:p>
        </w:tc>
      </w:tr>
      <w:tr w:rsidR="0020482C" w:rsidRPr="0020482C" w14:paraId="5BEE99D8" w14:textId="77777777" w:rsidTr="00F32334">
        <w:trPr>
          <w:trHeight w:val="1266"/>
        </w:trPr>
        <w:tc>
          <w:tcPr>
            <w:tcW w:w="2435" w:type="dxa"/>
          </w:tcPr>
          <w:p w14:paraId="3FAC6B81" w14:textId="6D71C3DA" w:rsidR="008C351D" w:rsidRPr="0020482C" w:rsidRDefault="00F32334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Yokoyama &amp; Kikuchi, 2023</w:t>
            </w:r>
          </w:p>
        </w:tc>
        <w:tc>
          <w:tcPr>
            <w:tcW w:w="6205" w:type="dxa"/>
          </w:tcPr>
          <w:p w14:paraId="54A5139F" w14:textId="664C347F" w:rsidR="008C351D" w:rsidRPr="0020482C" w:rsidRDefault="00156E4F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Yokoyama, D., &amp; J. Kikuchi, 2023. Inferring microbial community assembly in an urban river basin through geo-multi-</w:t>
            </w:r>
            <w:proofErr w:type="spellStart"/>
            <w:r w:rsidRPr="0020482C">
              <w:rPr>
                <w:sz w:val="20"/>
                <w:szCs w:val="20"/>
              </w:rPr>
              <w:t>omics</w:t>
            </w:r>
            <w:proofErr w:type="spellEnd"/>
            <w:r w:rsidRPr="0020482C">
              <w:rPr>
                <w:sz w:val="20"/>
                <w:szCs w:val="20"/>
              </w:rPr>
              <w:t xml:space="preserve"> and phylogenetic bin-based null-model analysis of surface water. Environmental Research 231: 116202. </w:t>
            </w:r>
            <w:hyperlink r:id="rId191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https://doi.org/10.1016/j.envres.2023.116202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FBA60E1" w14:textId="77777777" w:rsidTr="00F32334">
        <w:trPr>
          <w:trHeight w:val="1412"/>
        </w:trPr>
        <w:tc>
          <w:tcPr>
            <w:tcW w:w="2435" w:type="dxa"/>
          </w:tcPr>
          <w:p w14:paraId="6B90E090" w14:textId="716A805F" w:rsidR="008C351D" w:rsidRPr="0020482C" w:rsidRDefault="00F32334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Jolly et al. 2012</w:t>
            </w:r>
          </w:p>
        </w:tc>
        <w:tc>
          <w:tcPr>
            <w:tcW w:w="6205" w:type="dxa"/>
          </w:tcPr>
          <w:p w14:paraId="3003E023" w14:textId="0DFBAC4C" w:rsidR="008C351D" w:rsidRPr="0020482C" w:rsidRDefault="00156E4F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Jolly, S., A. </w:t>
            </w:r>
            <w:proofErr w:type="spellStart"/>
            <w:r w:rsidRPr="0020482C">
              <w:rPr>
                <w:sz w:val="20"/>
                <w:szCs w:val="20"/>
              </w:rPr>
              <w:t>Bado-Nilles</w:t>
            </w:r>
            <w:proofErr w:type="spellEnd"/>
            <w:r w:rsidRPr="0020482C">
              <w:rPr>
                <w:sz w:val="20"/>
                <w:szCs w:val="20"/>
              </w:rPr>
              <w:t xml:space="preserve">, F. </w:t>
            </w:r>
            <w:proofErr w:type="spellStart"/>
            <w:r w:rsidRPr="0020482C">
              <w:rPr>
                <w:sz w:val="20"/>
                <w:szCs w:val="20"/>
              </w:rPr>
              <w:t>Lamand</w:t>
            </w:r>
            <w:proofErr w:type="spellEnd"/>
            <w:r w:rsidRPr="0020482C">
              <w:rPr>
                <w:sz w:val="20"/>
                <w:szCs w:val="20"/>
              </w:rPr>
              <w:t xml:space="preserve">, C. </w:t>
            </w:r>
            <w:proofErr w:type="spellStart"/>
            <w:r w:rsidRPr="0020482C">
              <w:rPr>
                <w:sz w:val="20"/>
                <w:szCs w:val="20"/>
              </w:rPr>
              <w:t>Turies</w:t>
            </w:r>
            <w:proofErr w:type="spellEnd"/>
            <w:r w:rsidRPr="0020482C">
              <w:rPr>
                <w:sz w:val="20"/>
                <w:szCs w:val="20"/>
              </w:rPr>
              <w:t xml:space="preserve">, E. </w:t>
            </w:r>
            <w:proofErr w:type="spellStart"/>
            <w:r w:rsidRPr="0020482C">
              <w:rPr>
                <w:sz w:val="20"/>
                <w:szCs w:val="20"/>
              </w:rPr>
              <w:t>Chadili</w:t>
            </w:r>
            <w:proofErr w:type="spellEnd"/>
            <w:r w:rsidRPr="0020482C">
              <w:rPr>
                <w:sz w:val="20"/>
                <w:szCs w:val="20"/>
              </w:rPr>
              <w:t xml:space="preserve">, J.-M. </w:t>
            </w:r>
            <w:proofErr w:type="spellStart"/>
            <w:r w:rsidRPr="0020482C">
              <w:rPr>
                <w:sz w:val="20"/>
                <w:szCs w:val="20"/>
              </w:rPr>
              <w:t>Porcher</w:t>
            </w:r>
            <w:proofErr w:type="spellEnd"/>
            <w:r w:rsidRPr="0020482C">
              <w:rPr>
                <w:sz w:val="20"/>
                <w:szCs w:val="20"/>
              </w:rPr>
              <w:t xml:space="preserve">, S. </w:t>
            </w:r>
            <w:proofErr w:type="spellStart"/>
            <w:r w:rsidRPr="0020482C">
              <w:rPr>
                <w:sz w:val="20"/>
                <w:szCs w:val="20"/>
              </w:rPr>
              <w:t>Betoulle</w:t>
            </w:r>
            <w:proofErr w:type="spellEnd"/>
            <w:r w:rsidRPr="0020482C">
              <w:rPr>
                <w:sz w:val="20"/>
                <w:szCs w:val="20"/>
              </w:rPr>
              <w:t xml:space="preserve">, &amp; W. Sanchez, 2012. Multi-biomarker approach in wild European bullhead, </w:t>
            </w:r>
            <w:proofErr w:type="spellStart"/>
            <w:r w:rsidRPr="0020482C">
              <w:rPr>
                <w:sz w:val="20"/>
                <w:szCs w:val="20"/>
              </w:rPr>
              <w:t>Cottus</w:t>
            </w:r>
            <w:proofErr w:type="spellEnd"/>
            <w:r w:rsidRPr="0020482C">
              <w:rPr>
                <w:sz w:val="20"/>
                <w:szCs w:val="20"/>
              </w:rPr>
              <w:t xml:space="preserve"> sp., exposed to agricultural and urban environmental pressures: Practical recommendations for experimental design. Chemosphere 87: 675–683. </w:t>
            </w:r>
            <w:hyperlink r:id="rId192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https://doi.org/10.1016/j.chemosphere.2011.12.055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5D7864D" w14:textId="77777777" w:rsidTr="00F32334">
        <w:trPr>
          <w:trHeight w:val="978"/>
        </w:trPr>
        <w:tc>
          <w:tcPr>
            <w:tcW w:w="2435" w:type="dxa"/>
          </w:tcPr>
          <w:p w14:paraId="4C235A20" w14:textId="41EC6196" w:rsidR="008C351D" w:rsidRPr="0020482C" w:rsidRDefault="00F32334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Mackintosh et al. 2015</w:t>
            </w:r>
          </w:p>
        </w:tc>
        <w:tc>
          <w:tcPr>
            <w:tcW w:w="6205" w:type="dxa"/>
          </w:tcPr>
          <w:p w14:paraId="034554EC" w14:textId="4C4F1455" w:rsidR="008C351D" w:rsidRPr="0020482C" w:rsidRDefault="00156E4F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Mackintosh, T. J., J. A. Davis, &amp; R. M. Thompson, 2015. The influence of </w:t>
            </w:r>
            <w:proofErr w:type="spellStart"/>
            <w:r w:rsidRPr="0020482C">
              <w:rPr>
                <w:sz w:val="20"/>
                <w:szCs w:val="20"/>
              </w:rPr>
              <w:t>urbanisation</w:t>
            </w:r>
            <w:proofErr w:type="spellEnd"/>
            <w:r w:rsidRPr="0020482C">
              <w:rPr>
                <w:sz w:val="20"/>
                <w:szCs w:val="20"/>
              </w:rPr>
              <w:t xml:space="preserve"> on </w:t>
            </w:r>
            <w:proofErr w:type="spellStart"/>
            <w:r w:rsidRPr="0020482C">
              <w:rPr>
                <w:sz w:val="20"/>
                <w:szCs w:val="20"/>
              </w:rPr>
              <w:t>macroinvertebrate</w:t>
            </w:r>
            <w:proofErr w:type="spellEnd"/>
            <w:r w:rsidRPr="0020482C">
              <w:rPr>
                <w:sz w:val="20"/>
                <w:szCs w:val="20"/>
              </w:rPr>
              <w:t xml:space="preserve"> biodiversity in constructed </w:t>
            </w:r>
            <w:proofErr w:type="spellStart"/>
            <w:r w:rsidRPr="0020482C">
              <w:rPr>
                <w:sz w:val="20"/>
                <w:szCs w:val="20"/>
              </w:rPr>
              <w:t>stormwater</w:t>
            </w:r>
            <w:proofErr w:type="spellEnd"/>
            <w:r w:rsidRPr="0020482C">
              <w:rPr>
                <w:sz w:val="20"/>
                <w:szCs w:val="20"/>
              </w:rPr>
              <w:t xml:space="preserve"> wetlands. Science of The Total Environment 536: 527–537. </w:t>
            </w:r>
            <w:hyperlink r:id="rId193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https://doi.org/10.1016/j.scitotenv.2015.07.066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2697759A" w14:textId="77777777" w:rsidTr="00F32334">
        <w:trPr>
          <w:trHeight w:val="977"/>
        </w:trPr>
        <w:tc>
          <w:tcPr>
            <w:tcW w:w="2435" w:type="dxa"/>
          </w:tcPr>
          <w:p w14:paraId="08480408" w14:textId="0DAF909E" w:rsidR="008C351D" w:rsidRPr="0020482C" w:rsidRDefault="00F32334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Lopez et al. 2018</w:t>
            </w:r>
          </w:p>
        </w:tc>
        <w:tc>
          <w:tcPr>
            <w:tcW w:w="6205" w:type="dxa"/>
          </w:tcPr>
          <w:p w14:paraId="4DCF5908" w14:textId="3FAD0D6F" w:rsidR="008C351D" w:rsidRPr="0020482C" w:rsidRDefault="00156E4F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Lopez, B. E., D. Urban, &amp; P. S. White, 2018. Nativity and seed dispersal mode influence species’ responses to habitat connectivity and urban environments. Global Ecology and Biogeography 27: 1017–1030. </w:t>
            </w:r>
            <w:hyperlink r:id="rId194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https://doi.org/10.1111/geb.12760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49EB6210" w14:textId="77777777" w:rsidTr="00F32334">
        <w:trPr>
          <w:trHeight w:val="836"/>
        </w:trPr>
        <w:tc>
          <w:tcPr>
            <w:tcW w:w="2435" w:type="dxa"/>
          </w:tcPr>
          <w:p w14:paraId="1B876BCA" w14:textId="5398086F" w:rsidR="008C351D" w:rsidRPr="0020482C" w:rsidRDefault="00F32334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Bullard &amp; Hershey, 2013</w:t>
            </w:r>
          </w:p>
        </w:tc>
        <w:tc>
          <w:tcPr>
            <w:tcW w:w="6205" w:type="dxa"/>
          </w:tcPr>
          <w:p w14:paraId="353EEBDE" w14:textId="1F4CCE26" w:rsidR="008C351D" w:rsidRPr="0020482C" w:rsidRDefault="00156E4F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Bullard, A. E., &amp; A. E. Hershey, 2013. Impact of </w:t>
            </w:r>
            <w:proofErr w:type="spellStart"/>
            <w:r w:rsidRPr="0020482C">
              <w:rPr>
                <w:sz w:val="20"/>
                <w:szCs w:val="20"/>
              </w:rPr>
              <w:t>Corbicula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fluminea</w:t>
            </w:r>
            <w:proofErr w:type="spellEnd"/>
            <w:r w:rsidRPr="0020482C">
              <w:rPr>
                <w:sz w:val="20"/>
                <w:szCs w:val="20"/>
              </w:rPr>
              <w:t xml:space="preserve"> (Asian clam) on </w:t>
            </w:r>
            <w:proofErr w:type="spellStart"/>
            <w:r w:rsidRPr="0020482C">
              <w:rPr>
                <w:sz w:val="20"/>
                <w:szCs w:val="20"/>
              </w:rPr>
              <w:t>seston</w:t>
            </w:r>
            <w:proofErr w:type="spellEnd"/>
            <w:r w:rsidRPr="0020482C">
              <w:rPr>
                <w:sz w:val="20"/>
                <w:szCs w:val="20"/>
              </w:rPr>
              <w:t xml:space="preserve"> in an urban stream receiving wastewater effluent. The University of Chicago Press. Freshwater Science 32: 976–990. </w:t>
            </w:r>
            <w:hyperlink r:id="rId195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https://doi.org/10.1899/12-071.1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54BCACD4" w14:textId="77777777" w:rsidTr="00F32334">
        <w:trPr>
          <w:trHeight w:val="706"/>
        </w:trPr>
        <w:tc>
          <w:tcPr>
            <w:tcW w:w="2435" w:type="dxa"/>
          </w:tcPr>
          <w:p w14:paraId="661DE56A" w14:textId="2EB25C90" w:rsidR="008C351D" w:rsidRPr="0020482C" w:rsidRDefault="00F32334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Kuntz &amp; Tyler, 2018</w:t>
            </w:r>
          </w:p>
        </w:tc>
        <w:tc>
          <w:tcPr>
            <w:tcW w:w="6205" w:type="dxa"/>
          </w:tcPr>
          <w:p w14:paraId="23F6F90A" w14:textId="563065B2" w:rsidR="008C351D" w:rsidRPr="0020482C" w:rsidRDefault="00E026D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Kuntz, K. L., &amp; A. C. Tyler, 2018. </w:t>
            </w:r>
            <w:proofErr w:type="spellStart"/>
            <w:r w:rsidRPr="0020482C">
              <w:rPr>
                <w:sz w:val="20"/>
                <w:szCs w:val="20"/>
              </w:rPr>
              <w:t>Bioturbating</w:t>
            </w:r>
            <w:proofErr w:type="spellEnd"/>
            <w:r w:rsidRPr="0020482C">
              <w:rPr>
                <w:sz w:val="20"/>
                <w:szCs w:val="20"/>
              </w:rPr>
              <w:t xml:space="preserve"> invertebrates enhance decomposition and nitrogen cycling in urban </w:t>
            </w:r>
            <w:proofErr w:type="spellStart"/>
            <w:r w:rsidRPr="0020482C">
              <w:rPr>
                <w:sz w:val="20"/>
                <w:szCs w:val="20"/>
              </w:rPr>
              <w:t>stormwater</w:t>
            </w:r>
            <w:proofErr w:type="spellEnd"/>
            <w:r w:rsidRPr="0020482C">
              <w:rPr>
                <w:sz w:val="20"/>
                <w:szCs w:val="20"/>
              </w:rPr>
              <w:t xml:space="preserve"> ponds. Journal of Urban Ecology 4: juy015. </w:t>
            </w:r>
            <w:hyperlink r:id="rId196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https://doi.org/10.1093/jue/juy015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00E20ED" w14:textId="77777777" w:rsidTr="00F32334">
        <w:trPr>
          <w:trHeight w:val="986"/>
        </w:trPr>
        <w:tc>
          <w:tcPr>
            <w:tcW w:w="2435" w:type="dxa"/>
          </w:tcPr>
          <w:p w14:paraId="653F23B2" w14:textId="1BB5CDDD" w:rsidR="008C351D" w:rsidRPr="0020482C" w:rsidRDefault="00F32334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Oliveira et al. 2016</w:t>
            </w:r>
          </w:p>
        </w:tc>
        <w:tc>
          <w:tcPr>
            <w:tcW w:w="6205" w:type="dxa"/>
          </w:tcPr>
          <w:p w14:paraId="424945F8" w14:textId="627847EB" w:rsidR="008C351D" w:rsidRPr="0020482C" w:rsidRDefault="00E026D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  <w:lang w:val="pt-BR"/>
              </w:rPr>
              <w:t xml:space="preserve">Oliveira, J. P., A. E. Kawanami, A. S. L. Silva, D. G. Chung, &amp; K. Werther, 2016. </w:t>
            </w:r>
            <w:r w:rsidRPr="0020482C">
              <w:rPr>
                <w:sz w:val="20"/>
                <w:szCs w:val="20"/>
              </w:rPr>
              <w:t xml:space="preserve">Detection of </w:t>
            </w:r>
            <w:proofErr w:type="spellStart"/>
            <w:r w:rsidRPr="0020482C">
              <w:rPr>
                <w:sz w:val="20"/>
                <w:szCs w:val="20"/>
              </w:rPr>
              <w:t>Leptospira</w:t>
            </w:r>
            <w:proofErr w:type="spellEnd"/>
            <w:r w:rsidRPr="0020482C">
              <w:rPr>
                <w:sz w:val="20"/>
                <w:szCs w:val="20"/>
              </w:rPr>
              <w:t xml:space="preserve"> spp. in wild </w:t>
            </w:r>
            <w:proofErr w:type="spellStart"/>
            <w:r w:rsidRPr="0020482C">
              <w:rPr>
                <w:sz w:val="20"/>
                <w:szCs w:val="20"/>
              </w:rPr>
              <w:t>Phrynops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geoffroanus</w:t>
            </w:r>
            <w:proofErr w:type="spellEnd"/>
            <w:r w:rsidRPr="0020482C">
              <w:rPr>
                <w:sz w:val="20"/>
                <w:szCs w:val="20"/>
              </w:rPr>
              <w:t xml:space="preserve"> (</w:t>
            </w:r>
            <w:proofErr w:type="spellStart"/>
            <w:r w:rsidRPr="0020482C">
              <w:rPr>
                <w:sz w:val="20"/>
                <w:szCs w:val="20"/>
              </w:rPr>
              <w:t>Geoffroy’s</w:t>
            </w:r>
            <w:proofErr w:type="spellEnd"/>
            <w:r w:rsidRPr="0020482C">
              <w:rPr>
                <w:sz w:val="20"/>
                <w:szCs w:val="20"/>
              </w:rPr>
              <w:t xml:space="preserve"> side-necked turtle) in urban environment. </w:t>
            </w:r>
            <w:proofErr w:type="spellStart"/>
            <w:r w:rsidRPr="0020482C">
              <w:rPr>
                <w:sz w:val="20"/>
                <w:szCs w:val="20"/>
              </w:rPr>
              <w:t>Acta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Tropica</w:t>
            </w:r>
            <w:proofErr w:type="spellEnd"/>
            <w:r w:rsidRPr="0020482C">
              <w:rPr>
                <w:sz w:val="20"/>
                <w:szCs w:val="20"/>
              </w:rPr>
              <w:t xml:space="preserve"> 164: 165–168. </w:t>
            </w:r>
            <w:hyperlink r:id="rId197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https://doi.org/10.1016/j.actatropica.2016.08.019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2B7D7CB6" w14:textId="77777777" w:rsidTr="00E131D1">
        <w:trPr>
          <w:trHeight w:val="986"/>
        </w:trPr>
        <w:tc>
          <w:tcPr>
            <w:tcW w:w="2435" w:type="dxa"/>
          </w:tcPr>
          <w:p w14:paraId="0911D1CF" w14:textId="5C676277" w:rsidR="008C351D" w:rsidRPr="0020482C" w:rsidRDefault="00F32334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Parris et al. 2004</w:t>
            </w:r>
          </w:p>
        </w:tc>
        <w:tc>
          <w:tcPr>
            <w:tcW w:w="6205" w:type="dxa"/>
          </w:tcPr>
          <w:p w14:paraId="0BAA9E09" w14:textId="138C021E" w:rsidR="008C351D" w:rsidRPr="0020482C" w:rsidRDefault="00E026D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Parris, K. M., &amp; D. B. </w:t>
            </w:r>
            <w:proofErr w:type="spellStart"/>
            <w:r w:rsidRPr="0020482C">
              <w:rPr>
                <w:sz w:val="20"/>
                <w:szCs w:val="20"/>
              </w:rPr>
              <w:t>Lindenmayer</w:t>
            </w:r>
            <w:proofErr w:type="spellEnd"/>
            <w:r w:rsidRPr="0020482C">
              <w:rPr>
                <w:sz w:val="20"/>
                <w:szCs w:val="20"/>
              </w:rPr>
              <w:t xml:space="preserve">, 2004. Evidence that creation of a </w:t>
            </w:r>
            <w:proofErr w:type="spellStart"/>
            <w:r w:rsidRPr="0020482C">
              <w:rPr>
                <w:sz w:val="20"/>
                <w:szCs w:val="20"/>
              </w:rPr>
              <w:t>Pinus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radiata</w:t>
            </w:r>
            <w:proofErr w:type="spellEnd"/>
            <w:r w:rsidRPr="0020482C">
              <w:rPr>
                <w:sz w:val="20"/>
                <w:szCs w:val="20"/>
              </w:rPr>
              <w:t xml:space="preserve"> plantation in south-eastern Australia has reduced habitat for frogs. </w:t>
            </w:r>
            <w:proofErr w:type="spellStart"/>
            <w:r w:rsidRPr="0020482C">
              <w:rPr>
                <w:sz w:val="20"/>
                <w:szCs w:val="20"/>
              </w:rPr>
              <w:t>Acta</w:t>
            </w:r>
            <w:proofErr w:type="spellEnd"/>
            <w:r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Oecologica</w:t>
            </w:r>
            <w:proofErr w:type="spellEnd"/>
            <w:r w:rsidRPr="0020482C">
              <w:rPr>
                <w:sz w:val="20"/>
                <w:szCs w:val="20"/>
              </w:rPr>
              <w:t xml:space="preserve"> 25: 93–101. </w:t>
            </w:r>
            <w:hyperlink r:id="rId198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https://doi.org/10.1016/j.actao.2003.11.006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6F585C4C" w14:textId="77777777" w:rsidTr="00E131D1">
        <w:trPr>
          <w:trHeight w:val="985"/>
        </w:trPr>
        <w:tc>
          <w:tcPr>
            <w:tcW w:w="2435" w:type="dxa"/>
          </w:tcPr>
          <w:p w14:paraId="082629DD" w14:textId="32CF23A3" w:rsidR="008C351D" w:rsidRPr="0020482C" w:rsidRDefault="00E131D1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Van</w:t>
            </w:r>
            <w:r w:rsidR="00E026D0" w:rsidRPr="0020482C">
              <w:rPr>
                <w:sz w:val="20"/>
                <w:szCs w:val="20"/>
              </w:rPr>
              <w:t xml:space="preserve"> </w:t>
            </w:r>
            <w:proofErr w:type="spellStart"/>
            <w:r w:rsidRPr="0020482C">
              <w:rPr>
                <w:sz w:val="20"/>
                <w:szCs w:val="20"/>
              </w:rPr>
              <w:t>Wyk</w:t>
            </w:r>
            <w:proofErr w:type="spellEnd"/>
            <w:r w:rsidRPr="0020482C">
              <w:rPr>
                <w:sz w:val="20"/>
                <w:szCs w:val="20"/>
              </w:rPr>
              <w:t xml:space="preserve"> et al., 2000</w:t>
            </w:r>
          </w:p>
        </w:tc>
        <w:tc>
          <w:tcPr>
            <w:tcW w:w="6205" w:type="dxa"/>
          </w:tcPr>
          <w:p w14:paraId="3B20AB4C" w14:textId="6F974581" w:rsidR="008C351D" w:rsidRPr="0020482C" w:rsidRDefault="00E026D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Van </w:t>
            </w:r>
            <w:proofErr w:type="spellStart"/>
            <w:r w:rsidRPr="0020482C">
              <w:rPr>
                <w:sz w:val="20"/>
                <w:szCs w:val="20"/>
              </w:rPr>
              <w:t>Wyk</w:t>
            </w:r>
            <w:proofErr w:type="spellEnd"/>
            <w:r w:rsidRPr="0020482C">
              <w:rPr>
                <w:sz w:val="20"/>
                <w:szCs w:val="20"/>
              </w:rPr>
              <w:t xml:space="preserve">, E., S. S. </w:t>
            </w:r>
            <w:proofErr w:type="spellStart"/>
            <w:r w:rsidRPr="0020482C">
              <w:rPr>
                <w:sz w:val="20"/>
                <w:szCs w:val="20"/>
              </w:rPr>
              <w:t>Cilliers</w:t>
            </w:r>
            <w:proofErr w:type="spellEnd"/>
            <w:r w:rsidRPr="0020482C">
              <w:rPr>
                <w:sz w:val="20"/>
                <w:szCs w:val="20"/>
              </w:rPr>
              <w:t xml:space="preserve">, &amp; G. J. </w:t>
            </w:r>
            <w:proofErr w:type="spellStart"/>
            <w:r w:rsidRPr="0020482C">
              <w:rPr>
                <w:sz w:val="20"/>
                <w:szCs w:val="20"/>
              </w:rPr>
              <w:t>Bredenkamp</w:t>
            </w:r>
            <w:proofErr w:type="spellEnd"/>
            <w:r w:rsidRPr="0020482C">
              <w:rPr>
                <w:sz w:val="20"/>
                <w:szCs w:val="20"/>
              </w:rPr>
              <w:t xml:space="preserve">, 2000. Vegetation analysis of wetlands in the Klerksdorp Municipal Area, North West Province, South Africa. South African Journal of Botany 66: 52–62. </w:t>
            </w:r>
            <w:hyperlink r:id="rId199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https://doi.org/10.1016/S0254-6299(15)31051-6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B514171" w14:textId="77777777" w:rsidTr="00E131D1">
        <w:trPr>
          <w:trHeight w:val="971"/>
        </w:trPr>
        <w:tc>
          <w:tcPr>
            <w:tcW w:w="2435" w:type="dxa"/>
          </w:tcPr>
          <w:p w14:paraId="2BD9B9B6" w14:textId="7C6C4611" w:rsidR="008C351D" w:rsidRPr="0020482C" w:rsidRDefault="00E131D1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Dobson et al. 2022</w:t>
            </w:r>
          </w:p>
        </w:tc>
        <w:tc>
          <w:tcPr>
            <w:tcW w:w="6205" w:type="dxa"/>
          </w:tcPr>
          <w:p w14:paraId="5AB63662" w14:textId="371BE683" w:rsidR="008C351D" w:rsidRPr="0020482C" w:rsidRDefault="00E026D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Dobson, B., S. Barry, R. </w:t>
            </w:r>
            <w:proofErr w:type="spellStart"/>
            <w:r w:rsidRPr="0020482C">
              <w:rPr>
                <w:sz w:val="20"/>
                <w:szCs w:val="20"/>
              </w:rPr>
              <w:t>Maes</w:t>
            </w:r>
            <w:proofErr w:type="spellEnd"/>
            <w:r w:rsidRPr="0020482C">
              <w:rPr>
                <w:sz w:val="20"/>
                <w:szCs w:val="20"/>
              </w:rPr>
              <w:t xml:space="preserve">-Prior, A. </w:t>
            </w:r>
            <w:proofErr w:type="spellStart"/>
            <w:r w:rsidRPr="0020482C">
              <w:rPr>
                <w:sz w:val="20"/>
                <w:szCs w:val="20"/>
              </w:rPr>
              <w:t>Mijic</w:t>
            </w:r>
            <w:proofErr w:type="spellEnd"/>
            <w:r w:rsidRPr="0020482C">
              <w:rPr>
                <w:sz w:val="20"/>
                <w:szCs w:val="20"/>
              </w:rPr>
              <w:t xml:space="preserve">, G. Woodward, &amp; W. D. </w:t>
            </w:r>
            <w:proofErr w:type="spellStart"/>
            <w:r w:rsidRPr="0020482C">
              <w:rPr>
                <w:sz w:val="20"/>
                <w:szCs w:val="20"/>
              </w:rPr>
              <w:t>Pearse</w:t>
            </w:r>
            <w:proofErr w:type="spellEnd"/>
            <w:r w:rsidRPr="0020482C">
              <w:rPr>
                <w:sz w:val="20"/>
                <w:szCs w:val="20"/>
              </w:rPr>
              <w:t xml:space="preserve">, 2022. Predicting catchment suitability for biodiversity at national scales. Water Research 221: 118764. </w:t>
            </w:r>
            <w:hyperlink r:id="rId200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https://doi.org/10.1016/j.watres.2022.118764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0C26FF2C" w14:textId="77777777" w:rsidTr="00090A47">
        <w:trPr>
          <w:trHeight w:val="1269"/>
        </w:trPr>
        <w:tc>
          <w:tcPr>
            <w:tcW w:w="2435" w:type="dxa"/>
          </w:tcPr>
          <w:p w14:paraId="17485ED9" w14:textId="60C8F967" w:rsidR="008C351D" w:rsidRPr="0020482C" w:rsidRDefault="00E131D1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Lee et al. 2012</w:t>
            </w:r>
          </w:p>
        </w:tc>
        <w:tc>
          <w:tcPr>
            <w:tcW w:w="6205" w:type="dxa"/>
          </w:tcPr>
          <w:p w14:paraId="4E6B79A8" w14:textId="1ADC8057" w:rsidR="008C351D" w:rsidRPr="0020482C" w:rsidRDefault="00E026D0" w:rsidP="00E026D0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Lee, B. Y., S. J. Park, Ma. C. </w:t>
            </w:r>
            <w:proofErr w:type="spellStart"/>
            <w:r w:rsidRPr="0020482C">
              <w:rPr>
                <w:sz w:val="20"/>
                <w:szCs w:val="20"/>
              </w:rPr>
              <w:t>Paule</w:t>
            </w:r>
            <w:proofErr w:type="spellEnd"/>
            <w:r w:rsidRPr="0020482C">
              <w:rPr>
                <w:sz w:val="20"/>
                <w:szCs w:val="20"/>
              </w:rPr>
              <w:t xml:space="preserve">, W. Jun, &amp; C.-H. Lee, 2012. Effects of Impervious Cover on the Surface Water Quality and Aquatic Ecosystem of the </w:t>
            </w:r>
            <w:proofErr w:type="spellStart"/>
            <w:r w:rsidRPr="0020482C">
              <w:rPr>
                <w:sz w:val="20"/>
                <w:szCs w:val="20"/>
              </w:rPr>
              <w:t>Kyeongan</w:t>
            </w:r>
            <w:proofErr w:type="spellEnd"/>
            <w:r w:rsidRPr="0020482C">
              <w:rPr>
                <w:sz w:val="20"/>
                <w:szCs w:val="20"/>
              </w:rPr>
              <w:t xml:space="preserve"> Stream in South Korea. Water Environment Research 84: 635–645. </w:t>
            </w:r>
            <w:hyperlink r:id="rId201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https://doi.org/10.2175/106143012X13373550426878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25A127E1" w14:textId="77777777" w:rsidTr="00E131D1">
        <w:trPr>
          <w:trHeight w:val="1124"/>
        </w:trPr>
        <w:tc>
          <w:tcPr>
            <w:tcW w:w="2435" w:type="dxa"/>
          </w:tcPr>
          <w:p w14:paraId="4F17E5FE" w14:textId="1116C563" w:rsidR="008C351D" w:rsidRPr="0020482C" w:rsidRDefault="00E131D1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Wang et al. 2022</w:t>
            </w:r>
          </w:p>
        </w:tc>
        <w:tc>
          <w:tcPr>
            <w:tcW w:w="6205" w:type="dxa"/>
          </w:tcPr>
          <w:p w14:paraId="62DF2527" w14:textId="3E90850A" w:rsidR="008C351D" w:rsidRPr="0020482C" w:rsidRDefault="00E026D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Wang, M., W. Zhang, J. Zhao, Z. Yang, X. </w:t>
            </w:r>
            <w:proofErr w:type="spellStart"/>
            <w:r w:rsidRPr="0020482C">
              <w:rPr>
                <w:sz w:val="20"/>
                <w:szCs w:val="20"/>
              </w:rPr>
              <w:t>Guo</w:t>
            </w:r>
            <w:proofErr w:type="spellEnd"/>
            <w:r w:rsidRPr="0020482C">
              <w:rPr>
                <w:sz w:val="20"/>
                <w:szCs w:val="20"/>
              </w:rPr>
              <w:t xml:space="preserve">, &amp; H. </w:t>
            </w:r>
            <w:proofErr w:type="spellStart"/>
            <w:r w:rsidRPr="0020482C">
              <w:rPr>
                <w:sz w:val="20"/>
                <w:szCs w:val="20"/>
              </w:rPr>
              <w:t>Ji</w:t>
            </w:r>
            <w:proofErr w:type="spellEnd"/>
            <w:r w:rsidRPr="0020482C">
              <w:rPr>
                <w:sz w:val="20"/>
                <w:szCs w:val="20"/>
              </w:rPr>
              <w:t xml:space="preserve">, 2022. Distinct structural strategies with similar functional responses of abundant and rare </w:t>
            </w:r>
            <w:proofErr w:type="spellStart"/>
            <w:r w:rsidRPr="0020482C">
              <w:rPr>
                <w:sz w:val="20"/>
                <w:szCs w:val="20"/>
              </w:rPr>
              <w:t>subcommunities</w:t>
            </w:r>
            <w:proofErr w:type="spellEnd"/>
            <w:r w:rsidRPr="0020482C">
              <w:rPr>
                <w:sz w:val="20"/>
                <w:szCs w:val="20"/>
              </w:rPr>
              <w:t xml:space="preserve"> regarding heavy metal pollution in the </w:t>
            </w:r>
            <w:proofErr w:type="spellStart"/>
            <w:r w:rsidRPr="0020482C">
              <w:rPr>
                <w:sz w:val="20"/>
                <w:szCs w:val="20"/>
              </w:rPr>
              <w:t>Beiyun</w:t>
            </w:r>
            <w:proofErr w:type="spellEnd"/>
            <w:r w:rsidRPr="0020482C">
              <w:rPr>
                <w:sz w:val="20"/>
                <w:szCs w:val="20"/>
              </w:rPr>
              <w:t xml:space="preserve"> river basin. Chemosphere 309: 136659. </w:t>
            </w:r>
            <w:hyperlink r:id="rId202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https://doi.org/10.1016/j.chemosphere.2022.136659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3EB2D7D2" w14:textId="77777777" w:rsidTr="00E131D1">
        <w:trPr>
          <w:trHeight w:val="983"/>
        </w:trPr>
        <w:tc>
          <w:tcPr>
            <w:tcW w:w="2435" w:type="dxa"/>
          </w:tcPr>
          <w:p w14:paraId="3283ACFE" w14:textId="72B9F102" w:rsidR="008C351D" w:rsidRPr="0020482C" w:rsidRDefault="00E131D1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Eversole</w:t>
            </w:r>
            <w:proofErr w:type="spellEnd"/>
            <w:r w:rsidRPr="0020482C">
              <w:rPr>
                <w:sz w:val="20"/>
                <w:szCs w:val="20"/>
              </w:rPr>
              <w:t xml:space="preserve"> et al. 2018</w:t>
            </w:r>
          </w:p>
        </w:tc>
        <w:tc>
          <w:tcPr>
            <w:tcW w:w="6205" w:type="dxa"/>
          </w:tcPr>
          <w:p w14:paraId="00906657" w14:textId="5E41B474" w:rsidR="008C351D" w:rsidRPr="0020482C" w:rsidRDefault="00E026D0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Eversole</w:t>
            </w:r>
            <w:proofErr w:type="spellEnd"/>
            <w:r w:rsidRPr="0020482C">
              <w:rPr>
                <w:sz w:val="20"/>
                <w:szCs w:val="20"/>
              </w:rPr>
              <w:t xml:space="preserve">, C. B., S. E. Henke, D. B. </w:t>
            </w:r>
            <w:proofErr w:type="spellStart"/>
            <w:r w:rsidRPr="0020482C">
              <w:rPr>
                <w:sz w:val="20"/>
                <w:szCs w:val="20"/>
              </w:rPr>
              <w:t>Wester</w:t>
            </w:r>
            <w:proofErr w:type="spellEnd"/>
            <w:r w:rsidRPr="0020482C">
              <w:rPr>
                <w:sz w:val="20"/>
                <w:szCs w:val="20"/>
              </w:rPr>
              <w:t xml:space="preserve">, B. M. Ballard, R. L. Powell, &amp; S. Glasscock, 2018. Spatial ecology and habitat utilization of American alligators in an urban-influenced ecosystem. Journal of Urban Ecology 4: juy018. </w:t>
            </w:r>
            <w:hyperlink r:id="rId203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https://doi.org/10.1093/jue/juy018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4F07A9B1" w14:textId="77777777" w:rsidTr="00E131D1">
        <w:trPr>
          <w:trHeight w:val="1267"/>
        </w:trPr>
        <w:tc>
          <w:tcPr>
            <w:tcW w:w="2435" w:type="dxa"/>
          </w:tcPr>
          <w:p w14:paraId="6E0E6050" w14:textId="1F2394FB" w:rsidR="008C351D" w:rsidRPr="0020482C" w:rsidRDefault="00E131D1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Hu et al. 2023</w:t>
            </w:r>
          </w:p>
        </w:tc>
        <w:tc>
          <w:tcPr>
            <w:tcW w:w="6205" w:type="dxa"/>
          </w:tcPr>
          <w:p w14:paraId="3891DE3D" w14:textId="35B92D02" w:rsidR="008C351D" w:rsidRPr="0020482C" w:rsidRDefault="00FD307E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Hu, S., C. Jin, R. Liao, L. Huang, L. Zhou, Y. Long, M. Luo, C. Y. Jim, W. Hu, D. Lin, S. Chen, C. Liu, Y. Jiang, &amp; Y. Yang, 2023. Herbaceous ornamental plants with conspicuous aesthetic traits contribute to plant invasion risk in subtropical urban parks. Journal of Environmental Management 347: 119059. </w:t>
            </w:r>
            <w:hyperlink r:id="rId204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https://doi.org/10.1016/j.jenvman.2023.119059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001B3F17" w14:textId="77777777" w:rsidTr="00E131D1">
        <w:trPr>
          <w:trHeight w:val="986"/>
        </w:trPr>
        <w:tc>
          <w:tcPr>
            <w:tcW w:w="2435" w:type="dxa"/>
          </w:tcPr>
          <w:p w14:paraId="7405DBD7" w14:textId="6D773420" w:rsidR="008C351D" w:rsidRPr="0020482C" w:rsidRDefault="00E131D1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Straka</w:t>
            </w:r>
            <w:proofErr w:type="spellEnd"/>
            <w:r w:rsidRPr="0020482C">
              <w:rPr>
                <w:sz w:val="20"/>
                <w:szCs w:val="20"/>
              </w:rPr>
              <w:t xml:space="preserve"> et al. 2016</w:t>
            </w:r>
          </w:p>
        </w:tc>
        <w:tc>
          <w:tcPr>
            <w:tcW w:w="6205" w:type="dxa"/>
          </w:tcPr>
          <w:p w14:paraId="1FCFC091" w14:textId="11D87F0E" w:rsidR="008C351D" w:rsidRPr="0020482C" w:rsidRDefault="00FD307E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Straka</w:t>
            </w:r>
            <w:proofErr w:type="spellEnd"/>
            <w:r w:rsidRPr="0020482C">
              <w:rPr>
                <w:sz w:val="20"/>
                <w:szCs w:val="20"/>
              </w:rPr>
              <w:t xml:space="preserve">, T. M., D. Kendal, &amp; R. van der </w:t>
            </w:r>
            <w:proofErr w:type="spellStart"/>
            <w:r w:rsidRPr="0020482C">
              <w:rPr>
                <w:sz w:val="20"/>
                <w:szCs w:val="20"/>
              </w:rPr>
              <w:t>Ree</w:t>
            </w:r>
            <w:proofErr w:type="spellEnd"/>
            <w:r w:rsidRPr="0020482C">
              <w:rPr>
                <w:sz w:val="20"/>
                <w:szCs w:val="20"/>
              </w:rPr>
              <w:t xml:space="preserve">, 2016. When Ecological Information Meets High Wildlife Value Orientations: Influencing Preferences of Nearby Residents for Urban Wetlands. Routledge. Human Dimensions of Wildlife 21: 538–554. </w:t>
            </w:r>
            <w:hyperlink r:id="rId205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https://doi.org/10.1080/10871209.2016.1198851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5A477692" w14:textId="77777777" w:rsidTr="002E6806">
        <w:trPr>
          <w:trHeight w:val="972"/>
        </w:trPr>
        <w:tc>
          <w:tcPr>
            <w:tcW w:w="2435" w:type="dxa"/>
          </w:tcPr>
          <w:p w14:paraId="3050029D" w14:textId="155C2C9F" w:rsidR="008C351D" w:rsidRPr="0020482C" w:rsidRDefault="00FD307E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Lee &amp; An, 2014</w:t>
            </w:r>
          </w:p>
        </w:tc>
        <w:tc>
          <w:tcPr>
            <w:tcW w:w="6205" w:type="dxa"/>
          </w:tcPr>
          <w:p w14:paraId="08810FCA" w14:textId="5477D8CC" w:rsidR="008C351D" w:rsidRPr="0020482C" w:rsidRDefault="00FD307E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Lee, J. H., &amp; K.-G. An, 2014. Integrative restoration assessment of an urban stream using multiple modeling approaches with physical, chemical, and biological integrity indicators. Ecological Engineering 62: 153–167. </w:t>
            </w:r>
            <w:hyperlink r:id="rId206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https://doi.org/10.1016/j.ecoleng.2013.10.006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73CB03E4" w14:textId="77777777" w:rsidTr="002E6806">
        <w:trPr>
          <w:trHeight w:val="985"/>
        </w:trPr>
        <w:tc>
          <w:tcPr>
            <w:tcW w:w="2435" w:type="dxa"/>
          </w:tcPr>
          <w:p w14:paraId="029CB61B" w14:textId="4943196F" w:rsidR="008C351D" w:rsidRPr="0020482C" w:rsidRDefault="002E6806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Hou</w:t>
            </w:r>
            <w:proofErr w:type="spellEnd"/>
            <w:r w:rsidRPr="0020482C">
              <w:rPr>
                <w:sz w:val="20"/>
                <w:szCs w:val="20"/>
              </w:rPr>
              <w:t xml:space="preserve"> et al. 2022</w:t>
            </w:r>
          </w:p>
        </w:tc>
        <w:tc>
          <w:tcPr>
            <w:tcW w:w="6205" w:type="dxa"/>
          </w:tcPr>
          <w:p w14:paraId="5102CEF9" w14:textId="04FB09F3" w:rsidR="008C351D" w:rsidRPr="0020482C" w:rsidRDefault="00FD307E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Hou</w:t>
            </w:r>
            <w:proofErr w:type="spellEnd"/>
            <w:r w:rsidRPr="0020482C">
              <w:rPr>
                <w:sz w:val="20"/>
                <w:szCs w:val="20"/>
              </w:rPr>
              <w:t xml:space="preserve">, L., J. Li, H. Wang, Q. Chen, J.-Q. Su, M. Gad, W. Ahmed, C.-P. Yu, &amp; A. Hu, 2022. Storm promotes the dissemination of antibiotic </w:t>
            </w:r>
            <w:proofErr w:type="spellStart"/>
            <w:r w:rsidRPr="0020482C">
              <w:rPr>
                <w:sz w:val="20"/>
                <w:szCs w:val="20"/>
              </w:rPr>
              <w:t>resistome</w:t>
            </w:r>
            <w:proofErr w:type="spellEnd"/>
            <w:r w:rsidRPr="0020482C">
              <w:rPr>
                <w:sz w:val="20"/>
                <w:szCs w:val="20"/>
              </w:rPr>
              <w:t xml:space="preserve"> in an urban lagoon through enhancing bio-interactions. Environment International 168: 107457. </w:t>
            </w:r>
            <w:hyperlink r:id="rId207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https://doi.org/10.1016/j.envint.2022.107457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5CC6831F" w14:textId="77777777" w:rsidTr="002E6806">
        <w:trPr>
          <w:trHeight w:val="1255"/>
        </w:trPr>
        <w:tc>
          <w:tcPr>
            <w:tcW w:w="2435" w:type="dxa"/>
          </w:tcPr>
          <w:p w14:paraId="4E614613" w14:textId="4E89F5D9" w:rsidR="008C351D" w:rsidRPr="0020482C" w:rsidRDefault="002E6806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Sauer et al. 2011</w:t>
            </w:r>
          </w:p>
        </w:tc>
        <w:tc>
          <w:tcPr>
            <w:tcW w:w="6205" w:type="dxa"/>
          </w:tcPr>
          <w:p w14:paraId="04CA37AC" w14:textId="5D0FC0A3" w:rsidR="008C351D" w:rsidRPr="0020482C" w:rsidRDefault="00FD307E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Sauer, E. P., J. L. </w:t>
            </w:r>
            <w:proofErr w:type="spellStart"/>
            <w:r w:rsidRPr="0020482C">
              <w:rPr>
                <w:sz w:val="20"/>
                <w:szCs w:val="20"/>
              </w:rPr>
              <w:t>VandeWalle</w:t>
            </w:r>
            <w:proofErr w:type="spellEnd"/>
            <w:r w:rsidRPr="0020482C">
              <w:rPr>
                <w:sz w:val="20"/>
                <w:szCs w:val="20"/>
              </w:rPr>
              <w:t xml:space="preserve">, M. J. </w:t>
            </w:r>
            <w:proofErr w:type="spellStart"/>
            <w:r w:rsidRPr="0020482C">
              <w:rPr>
                <w:sz w:val="20"/>
                <w:szCs w:val="20"/>
              </w:rPr>
              <w:t>Bootsma</w:t>
            </w:r>
            <w:proofErr w:type="spellEnd"/>
            <w:r w:rsidRPr="0020482C">
              <w:rPr>
                <w:sz w:val="20"/>
                <w:szCs w:val="20"/>
              </w:rPr>
              <w:t xml:space="preserve">, &amp; S. L. McLellan, 2011. Detection of the human specific </w:t>
            </w:r>
            <w:proofErr w:type="spellStart"/>
            <w:r w:rsidRPr="0020482C">
              <w:rPr>
                <w:sz w:val="20"/>
                <w:szCs w:val="20"/>
              </w:rPr>
              <w:t>Bacteroides</w:t>
            </w:r>
            <w:proofErr w:type="spellEnd"/>
            <w:r w:rsidRPr="0020482C">
              <w:rPr>
                <w:sz w:val="20"/>
                <w:szCs w:val="20"/>
              </w:rPr>
              <w:t xml:space="preserve"> genetic marker provides evidence of widespread sewage contamination of </w:t>
            </w:r>
            <w:proofErr w:type="spellStart"/>
            <w:r w:rsidRPr="0020482C">
              <w:rPr>
                <w:sz w:val="20"/>
                <w:szCs w:val="20"/>
              </w:rPr>
              <w:t>stormwater</w:t>
            </w:r>
            <w:proofErr w:type="spellEnd"/>
            <w:r w:rsidRPr="0020482C">
              <w:rPr>
                <w:sz w:val="20"/>
                <w:szCs w:val="20"/>
              </w:rPr>
              <w:t xml:space="preserve"> in the urban environment. Water Research 45: 4081–4091. </w:t>
            </w:r>
            <w:hyperlink r:id="rId208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https://doi.org/10.1016/j.watres.2011.04.049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0F86EABB" w14:textId="77777777" w:rsidTr="002E6806">
        <w:trPr>
          <w:trHeight w:val="989"/>
        </w:trPr>
        <w:tc>
          <w:tcPr>
            <w:tcW w:w="2435" w:type="dxa"/>
          </w:tcPr>
          <w:p w14:paraId="46A11A99" w14:textId="5F2E4D2D" w:rsidR="008C351D" w:rsidRPr="0020482C" w:rsidRDefault="002E6806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Lambirth</w:t>
            </w:r>
            <w:proofErr w:type="spellEnd"/>
            <w:r w:rsidRPr="0020482C">
              <w:rPr>
                <w:sz w:val="20"/>
                <w:szCs w:val="20"/>
              </w:rPr>
              <w:t xml:space="preserve"> et al. 2018</w:t>
            </w:r>
          </w:p>
        </w:tc>
        <w:tc>
          <w:tcPr>
            <w:tcW w:w="6205" w:type="dxa"/>
          </w:tcPr>
          <w:p w14:paraId="2D862D5C" w14:textId="0789A9D9" w:rsidR="008C351D" w:rsidRPr="0020482C" w:rsidRDefault="00FD307E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Lambirth</w:t>
            </w:r>
            <w:proofErr w:type="spellEnd"/>
            <w:r w:rsidRPr="0020482C">
              <w:rPr>
                <w:sz w:val="20"/>
                <w:szCs w:val="20"/>
              </w:rPr>
              <w:t xml:space="preserve">, K., M. </w:t>
            </w:r>
            <w:proofErr w:type="spellStart"/>
            <w:r w:rsidRPr="0020482C">
              <w:rPr>
                <w:sz w:val="20"/>
                <w:szCs w:val="20"/>
              </w:rPr>
              <w:t>Tsilimigras</w:t>
            </w:r>
            <w:proofErr w:type="spellEnd"/>
            <w:r w:rsidRPr="0020482C">
              <w:rPr>
                <w:sz w:val="20"/>
                <w:szCs w:val="20"/>
              </w:rPr>
              <w:t xml:space="preserve">, A. </w:t>
            </w:r>
            <w:proofErr w:type="spellStart"/>
            <w:r w:rsidRPr="0020482C">
              <w:rPr>
                <w:sz w:val="20"/>
                <w:szCs w:val="20"/>
              </w:rPr>
              <w:t>Lulla</w:t>
            </w:r>
            <w:proofErr w:type="spellEnd"/>
            <w:r w:rsidRPr="0020482C">
              <w:rPr>
                <w:sz w:val="20"/>
                <w:szCs w:val="20"/>
              </w:rPr>
              <w:t>, J. Johnson, A. Al-</w:t>
            </w:r>
            <w:proofErr w:type="spellStart"/>
            <w:r w:rsidRPr="0020482C">
              <w:rPr>
                <w:sz w:val="20"/>
                <w:szCs w:val="20"/>
              </w:rPr>
              <w:t>Shaer</w:t>
            </w:r>
            <w:proofErr w:type="spellEnd"/>
            <w:r w:rsidRPr="0020482C">
              <w:rPr>
                <w:sz w:val="20"/>
                <w:szCs w:val="20"/>
              </w:rPr>
              <w:t xml:space="preserve">, O. </w:t>
            </w:r>
            <w:proofErr w:type="spellStart"/>
            <w:r w:rsidRPr="0020482C">
              <w:rPr>
                <w:sz w:val="20"/>
                <w:szCs w:val="20"/>
              </w:rPr>
              <w:t>Wynblatt</w:t>
            </w:r>
            <w:proofErr w:type="spellEnd"/>
            <w:r w:rsidRPr="0020482C">
              <w:rPr>
                <w:sz w:val="20"/>
                <w:szCs w:val="20"/>
              </w:rPr>
              <w:t xml:space="preserve">, S. </w:t>
            </w:r>
            <w:proofErr w:type="spellStart"/>
            <w:r w:rsidRPr="0020482C">
              <w:rPr>
                <w:sz w:val="20"/>
                <w:szCs w:val="20"/>
              </w:rPr>
              <w:t>Sypolt</w:t>
            </w:r>
            <w:proofErr w:type="spellEnd"/>
            <w:r w:rsidRPr="0020482C">
              <w:rPr>
                <w:sz w:val="20"/>
                <w:szCs w:val="20"/>
              </w:rPr>
              <w:t xml:space="preserve">, C. </w:t>
            </w:r>
            <w:proofErr w:type="spellStart"/>
            <w:r w:rsidRPr="0020482C">
              <w:rPr>
                <w:sz w:val="20"/>
                <w:szCs w:val="20"/>
              </w:rPr>
              <w:t>Brouwer</w:t>
            </w:r>
            <w:proofErr w:type="spellEnd"/>
            <w:r w:rsidRPr="0020482C">
              <w:rPr>
                <w:sz w:val="20"/>
                <w:szCs w:val="20"/>
              </w:rPr>
              <w:t xml:space="preserve">, S. Clinton, O. Keen, M. Redmond, A. Fodor, &amp; C. </w:t>
            </w:r>
            <w:proofErr w:type="spellStart"/>
            <w:r w:rsidRPr="0020482C">
              <w:rPr>
                <w:sz w:val="20"/>
                <w:szCs w:val="20"/>
              </w:rPr>
              <w:t>Gibas</w:t>
            </w:r>
            <w:proofErr w:type="spellEnd"/>
            <w:r w:rsidRPr="0020482C">
              <w:rPr>
                <w:sz w:val="20"/>
                <w:szCs w:val="20"/>
              </w:rPr>
              <w:t xml:space="preserve">, 2018. Microbial Community Composition and Antibiotic Resistance Genes within a North Carolina Urban Water System. Multidisciplinary Digital Publishing Institute. Water 10: 1539. </w:t>
            </w:r>
            <w:hyperlink r:id="rId209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https://doi.org/10.3390/w10111539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245C3177" w14:textId="77777777" w:rsidTr="002E6806">
        <w:trPr>
          <w:trHeight w:val="989"/>
        </w:trPr>
        <w:tc>
          <w:tcPr>
            <w:tcW w:w="2435" w:type="dxa"/>
          </w:tcPr>
          <w:p w14:paraId="45E7C646" w14:textId="2D089B63" w:rsidR="008C351D" w:rsidRPr="0020482C" w:rsidRDefault="002E6806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Hunter et al. 2008</w:t>
            </w:r>
          </w:p>
        </w:tc>
        <w:tc>
          <w:tcPr>
            <w:tcW w:w="6205" w:type="dxa"/>
          </w:tcPr>
          <w:p w14:paraId="67AE4A10" w14:textId="4637AFF0" w:rsidR="008C351D" w:rsidRPr="0020482C" w:rsidRDefault="00FD307E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Hunter, W., Y. Xu, F. Spurlock, &amp; J. </w:t>
            </w:r>
            <w:proofErr w:type="spellStart"/>
            <w:r w:rsidRPr="0020482C">
              <w:rPr>
                <w:sz w:val="20"/>
                <w:szCs w:val="20"/>
              </w:rPr>
              <w:t>Gan</w:t>
            </w:r>
            <w:proofErr w:type="spellEnd"/>
            <w:r w:rsidRPr="0020482C">
              <w:rPr>
                <w:sz w:val="20"/>
                <w:szCs w:val="20"/>
              </w:rPr>
              <w:t xml:space="preserve">, 2008. Using disposable </w:t>
            </w:r>
            <w:proofErr w:type="spellStart"/>
            <w:r w:rsidRPr="0020482C">
              <w:rPr>
                <w:sz w:val="20"/>
                <w:szCs w:val="20"/>
              </w:rPr>
              <w:t>polydimethylsiloxane</w:t>
            </w:r>
            <w:proofErr w:type="spellEnd"/>
            <w:r w:rsidRPr="0020482C">
              <w:rPr>
                <w:sz w:val="20"/>
                <w:szCs w:val="20"/>
              </w:rPr>
              <w:t xml:space="preserve"> fibers to assess the bioavailability of </w:t>
            </w:r>
            <w:proofErr w:type="spellStart"/>
            <w:r w:rsidRPr="0020482C">
              <w:rPr>
                <w:sz w:val="20"/>
                <w:szCs w:val="20"/>
              </w:rPr>
              <w:t>permethrin</w:t>
            </w:r>
            <w:proofErr w:type="spellEnd"/>
            <w:r w:rsidRPr="0020482C">
              <w:rPr>
                <w:sz w:val="20"/>
                <w:szCs w:val="20"/>
              </w:rPr>
              <w:t xml:space="preserve"> in sediment. Environmental Toxicology and Chemistry 27: 568–575. </w:t>
            </w:r>
            <w:hyperlink r:id="rId210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https://doi.org/10.1897/07-335.1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4ECF76A5" w14:textId="77777777" w:rsidTr="002E6806">
        <w:trPr>
          <w:trHeight w:val="976"/>
        </w:trPr>
        <w:tc>
          <w:tcPr>
            <w:tcW w:w="2435" w:type="dxa"/>
          </w:tcPr>
          <w:p w14:paraId="7FE25A0C" w14:textId="28B3F933" w:rsidR="008C351D" w:rsidRPr="0020482C" w:rsidRDefault="002E6806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Kim et al. 2023</w:t>
            </w:r>
          </w:p>
        </w:tc>
        <w:tc>
          <w:tcPr>
            <w:tcW w:w="6205" w:type="dxa"/>
          </w:tcPr>
          <w:p w14:paraId="29A58AED" w14:textId="1D2C98FE" w:rsidR="008C351D" w:rsidRPr="0020482C" w:rsidRDefault="00FD307E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Kim, D., E.-J. Won, H.-E. Cho, J. Lee, &amp; K.-H. Shin, 2023. New insight into </w:t>
            </w:r>
            <w:proofErr w:type="spellStart"/>
            <w:r w:rsidRPr="0020482C">
              <w:rPr>
                <w:sz w:val="20"/>
                <w:szCs w:val="20"/>
              </w:rPr>
              <w:t>biomagnification</w:t>
            </w:r>
            <w:proofErr w:type="spellEnd"/>
            <w:r w:rsidRPr="0020482C">
              <w:rPr>
                <w:sz w:val="20"/>
                <w:szCs w:val="20"/>
              </w:rPr>
              <w:t xml:space="preserve"> factor of mercury based on food web structure using stable isotopes of amino acids. Water Research 245: 120591. </w:t>
            </w:r>
            <w:hyperlink r:id="rId211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https://doi.org/10.1016/j.watres.2023.120591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16076226" w14:textId="77777777" w:rsidTr="002E6806">
        <w:trPr>
          <w:trHeight w:val="990"/>
        </w:trPr>
        <w:tc>
          <w:tcPr>
            <w:tcW w:w="2435" w:type="dxa"/>
          </w:tcPr>
          <w:p w14:paraId="08077BE6" w14:textId="294DB42C" w:rsidR="008C351D" w:rsidRPr="0020482C" w:rsidRDefault="002E6806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Gill et al. 2017</w:t>
            </w:r>
          </w:p>
        </w:tc>
        <w:tc>
          <w:tcPr>
            <w:tcW w:w="6205" w:type="dxa"/>
          </w:tcPr>
          <w:p w14:paraId="2228E5DF" w14:textId="233044A7" w:rsidR="008C351D" w:rsidRPr="0020482C" w:rsidRDefault="0016703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Gill, A. S., A. Lee, &amp; K. L. McGuire, 2017. Phylogenetic and Functional Diversity of Total (DNA) and Expressed (RNA) Bacterial Communities in Urban Green Infrastructure </w:t>
            </w:r>
            <w:proofErr w:type="spellStart"/>
            <w:r w:rsidRPr="0020482C">
              <w:rPr>
                <w:sz w:val="20"/>
                <w:szCs w:val="20"/>
              </w:rPr>
              <w:t>Bioswale</w:t>
            </w:r>
            <w:proofErr w:type="spellEnd"/>
            <w:r w:rsidRPr="0020482C">
              <w:rPr>
                <w:sz w:val="20"/>
                <w:szCs w:val="20"/>
              </w:rPr>
              <w:t xml:space="preserve"> Soils. American Society for Microbiology. Applied and Environmental Microbiology 83: e00287-17. </w:t>
            </w:r>
            <w:hyperlink r:id="rId212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https://doi.org/10.1128/AEM.00287-17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0FAC7389" w14:textId="77777777" w:rsidTr="002E6806">
        <w:trPr>
          <w:trHeight w:val="1131"/>
        </w:trPr>
        <w:tc>
          <w:tcPr>
            <w:tcW w:w="2435" w:type="dxa"/>
          </w:tcPr>
          <w:p w14:paraId="344CFFE2" w14:textId="641BFEFC" w:rsidR="008C351D" w:rsidRPr="0020482C" w:rsidRDefault="002E6806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Jia</w:t>
            </w:r>
            <w:proofErr w:type="spellEnd"/>
            <w:r w:rsidRPr="0020482C">
              <w:rPr>
                <w:sz w:val="20"/>
                <w:szCs w:val="20"/>
              </w:rPr>
              <w:t xml:space="preserve"> et al.</w:t>
            </w:r>
            <w:r w:rsidR="00167030" w:rsidRPr="0020482C">
              <w:rPr>
                <w:sz w:val="20"/>
                <w:szCs w:val="20"/>
              </w:rPr>
              <w:t xml:space="preserve"> </w:t>
            </w:r>
            <w:r w:rsidRPr="0020482C">
              <w:rPr>
                <w:sz w:val="20"/>
                <w:szCs w:val="20"/>
              </w:rPr>
              <w:t>2023</w:t>
            </w:r>
          </w:p>
        </w:tc>
        <w:tc>
          <w:tcPr>
            <w:tcW w:w="6205" w:type="dxa"/>
          </w:tcPr>
          <w:p w14:paraId="09013DCC" w14:textId="0FAF7347" w:rsidR="008C351D" w:rsidRPr="0020482C" w:rsidRDefault="00167030" w:rsidP="00167030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Jia</w:t>
            </w:r>
            <w:proofErr w:type="spellEnd"/>
            <w:r w:rsidRPr="0020482C">
              <w:rPr>
                <w:sz w:val="20"/>
                <w:szCs w:val="20"/>
              </w:rPr>
              <w:t xml:space="preserve">, Q., Y. </w:t>
            </w:r>
            <w:proofErr w:type="spellStart"/>
            <w:r w:rsidRPr="0020482C">
              <w:rPr>
                <w:sz w:val="20"/>
                <w:szCs w:val="20"/>
              </w:rPr>
              <w:t>Cai</w:t>
            </w:r>
            <w:proofErr w:type="spellEnd"/>
            <w:r w:rsidRPr="0020482C">
              <w:rPr>
                <w:sz w:val="20"/>
                <w:szCs w:val="20"/>
              </w:rPr>
              <w:t xml:space="preserve">, X. Yuan, X. Zhang, B. Li, &amp; B. Li, 2023. Spatial distribution and ecological risks of </w:t>
            </w:r>
            <w:proofErr w:type="spellStart"/>
            <w:r w:rsidRPr="0020482C">
              <w:rPr>
                <w:sz w:val="20"/>
                <w:szCs w:val="20"/>
              </w:rPr>
              <w:t>neonicotinoid</w:t>
            </w:r>
            <w:proofErr w:type="spellEnd"/>
            <w:r w:rsidRPr="0020482C">
              <w:rPr>
                <w:sz w:val="20"/>
                <w:szCs w:val="20"/>
              </w:rPr>
              <w:t xml:space="preserve"> insecticides for an urban tidal stream of Guangzhou City, South China. Ecological Indicators 146: 109836. </w:t>
            </w:r>
            <w:hyperlink r:id="rId213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https://doi.org/10.1016/j.ecolind.2022.109836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623F41E9" w14:textId="77777777" w:rsidTr="002E6806">
        <w:trPr>
          <w:trHeight w:val="70"/>
        </w:trPr>
        <w:tc>
          <w:tcPr>
            <w:tcW w:w="2435" w:type="dxa"/>
          </w:tcPr>
          <w:p w14:paraId="65D8F9A0" w14:textId="29E56C5A" w:rsidR="008C351D" w:rsidRPr="0020482C" w:rsidRDefault="0016703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Evans &amp; </w:t>
            </w:r>
            <w:proofErr w:type="spellStart"/>
            <w:r w:rsidRPr="0020482C">
              <w:rPr>
                <w:sz w:val="20"/>
                <w:szCs w:val="20"/>
              </w:rPr>
              <w:t>Gawlik</w:t>
            </w:r>
            <w:proofErr w:type="spellEnd"/>
            <w:r w:rsidRPr="0020482C">
              <w:rPr>
                <w:sz w:val="20"/>
                <w:szCs w:val="20"/>
              </w:rPr>
              <w:t>, 2020</w:t>
            </w:r>
          </w:p>
        </w:tc>
        <w:tc>
          <w:tcPr>
            <w:tcW w:w="6205" w:type="dxa"/>
          </w:tcPr>
          <w:p w14:paraId="4FED6B6E" w14:textId="0DDAD6D6" w:rsidR="008C351D" w:rsidRPr="0020482C" w:rsidRDefault="0016703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Evans, B. A., &amp; D. E. </w:t>
            </w:r>
            <w:proofErr w:type="spellStart"/>
            <w:r w:rsidRPr="0020482C">
              <w:rPr>
                <w:sz w:val="20"/>
                <w:szCs w:val="20"/>
              </w:rPr>
              <w:t>Gawlik</w:t>
            </w:r>
            <w:proofErr w:type="spellEnd"/>
            <w:r w:rsidRPr="0020482C">
              <w:rPr>
                <w:sz w:val="20"/>
                <w:szCs w:val="20"/>
              </w:rPr>
              <w:t xml:space="preserve">, 2020. Urban food subsidies reduce natural food limitations and reproductive costs for a wetland bird. Nature Publishing Group. Scientific Reports 10: 14021. </w:t>
            </w:r>
            <w:hyperlink r:id="rId214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https://doi.org/10.1038/s41598-020-70934-x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04CB3F18" w14:textId="77777777" w:rsidTr="002E6806">
        <w:trPr>
          <w:trHeight w:val="1266"/>
        </w:trPr>
        <w:tc>
          <w:tcPr>
            <w:tcW w:w="2435" w:type="dxa"/>
          </w:tcPr>
          <w:p w14:paraId="2FD07784" w14:textId="2877A23A" w:rsidR="008C351D" w:rsidRPr="0020482C" w:rsidRDefault="002E6806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Tang et al. 2021</w:t>
            </w:r>
          </w:p>
        </w:tc>
        <w:tc>
          <w:tcPr>
            <w:tcW w:w="6205" w:type="dxa"/>
          </w:tcPr>
          <w:p w14:paraId="6B85BDB2" w14:textId="7D277DC9" w:rsidR="008C351D" w:rsidRPr="0020482C" w:rsidRDefault="0016703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Tang, X., K.-L. Chan, S. </w:t>
            </w:r>
            <w:proofErr w:type="spellStart"/>
            <w:r w:rsidRPr="0020482C">
              <w:rPr>
                <w:sz w:val="20"/>
                <w:szCs w:val="20"/>
              </w:rPr>
              <w:t>Farzana</w:t>
            </w:r>
            <w:proofErr w:type="spellEnd"/>
            <w:r w:rsidRPr="0020482C">
              <w:rPr>
                <w:sz w:val="20"/>
                <w:szCs w:val="20"/>
              </w:rPr>
              <w:t xml:space="preserve">, O. W. H. </w:t>
            </w:r>
            <w:proofErr w:type="spellStart"/>
            <w:r w:rsidRPr="0020482C">
              <w:rPr>
                <w:sz w:val="20"/>
                <w:szCs w:val="20"/>
              </w:rPr>
              <w:t>Wai</w:t>
            </w:r>
            <w:proofErr w:type="spellEnd"/>
            <w:r w:rsidRPr="0020482C">
              <w:rPr>
                <w:sz w:val="20"/>
                <w:szCs w:val="20"/>
              </w:rPr>
              <w:t xml:space="preserve">, &amp; S.-Y. </w:t>
            </w:r>
            <w:proofErr w:type="spellStart"/>
            <w:r w:rsidRPr="0020482C">
              <w:rPr>
                <w:sz w:val="20"/>
                <w:szCs w:val="20"/>
              </w:rPr>
              <w:t>Leu</w:t>
            </w:r>
            <w:proofErr w:type="spellEnd"/>
            <w:r w:rsidRPr="0020482C">
              <w:rPr>
                <w:sz w:val="20"/>
                <w:szCs w:val="20"/>
              </w:rPr>
              <w:t xml:space="preserve">, 2021. Strategic </w:t>
            </w:r>
            <w:proofErr w:type="spellStart"/>
            <w:r w:rsidRPr="0020482C">
              <w:rPr>
                <w:sz w:val="20"/>
                <w:szCs w:val="20"/>
              </w:rPr>
              <w:t>planting</w:t>
            </w:r>
            <w:proofErr w:type="spellEnd"/>
            <w:r w:rsidRPr="0020482C">
              <w:rPr>
                <w:sz w:val="20"/>
                <w:szCs w:val="20"/>
              </w:rPr>
              <w:t xml:space="preserve"> for watershed restoration in coastal urban environment – Toward carbon sequestration by </w:t>
            </w:r>
            <w:proofErr w:type="spellStart"/>
            <w:r w:rsidRPr="0020482C">
              <w:rPr>
                <w:sz w:val="20"/>
                <w:szCs w:val="20"/>
              </w:rPr>
              <w:t>stormwater</w:t>
            </w:r>
            <w:proofErr w:type="spellEnd"/>
            <w:r w:rsidRPr="0020482C">
              <w:rPr>
                <w:sz w:val="20"/>
                <w:szCs w:val="20"/>
              </w:rPr>
              <w:t xml:space="preserve"> improvement. Journal of Cleaner Production 295: 126116. </w:t>
            </w:r>
            <w:hyperlink r:id="rId215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https://doi.org/10.1016/j.jclepro.2021.126116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7ADC852F" w14:textId="77777777" w:rsidTr="006A05D2">
        <w:trPr>
          <w:trHeight w:val="987"/>
        </w:trPr>
        <w:tc>
          <w:tcPr>
            <w:tcW w:w="2435" w:type="dxa"/>
          </w:tcPr>
          <w:p w14:paraId="04401EB7" w14:textId="0620C1B0" w:rsidR="008C351D" w:rsidRPr="0020482C" w:rsidRDefault="006A05D2" w:rsidP="00A15A1C">
            <w:pPr>
              <w:rPr>
                <w:sz w:val="20"/>
                <w:szCs w:val="20"/>
              </w:rPr>
            </w:pPr>
            <w:proofErr w:type="spellStart"/>
            <w:r w:rsidRPr="0020482C">
              <w:rPr>
                <w:sz w:val="20"/>
                <w:szCs w:val="20"/>
              </w:rPr>
              <w:t>Suavé</w:t>
            </w:r>
            <w:proofErr w:type="spellEnd"/>
            <w:r w:rsidRPr="0020482C">
              <w:rPr>
                <w:sz w:val="20"/>
                <w:szCs w:val="20"/>
              </w:rPr>
              <w:t xml:space="preserve"> et al. 2012</w:t>
            </w:r>
          </w:p>
        </w:tc>
        <w:tc>
          <w:tcPr>
            <w:tcW w:w="6205" w:type="dxa"/>
          </w:tcPr>
          <w:p w14:paraId="2AE6FF4A" w14:textId="705AA7C1" w:rsidR="008C351D" w:rsidRPr="0020482C" w:rsidRDefault="0016703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Sauvé, S., K. </w:t>
            </w:r>
            <w:proofErr w:type="spellStart"/>
            <w:r w:rsidRPr="0020482C">
              <w:rPr>
                <w:sz w:val="20"/>
                <w:szCs w:val="20"/>
              </w:rPr>
              <w:t>Aboulfadl</w:t>
            </w:r>
            <w:proofErr w:type="spellEnd"/>
            <w:r w:rsidRPr="0020482C">
              <w:rPr>
                <w:sz w:val="20"/>
                <w:szCs w:val="20"/>
              </w:rPr>
              <w:t xml:space="preserve">, S. </w:t>
            </w:r>
            <w:proofErr w:type="spellStart"/>
            <w:r w:rsidRPr="0020482C">
              <w:rPr>
                <w:sz w:val="20"/>
                <w:szCs w:val="20"/>
              </w:rPr>
              <w:t>Dorner</w:t>
            </w:r>
            <w:proofErr w:type="spellEnd"/>
            <w:r w:rsidRPr="0020482C">
              <w:rPr>
                <w:sz w:val="20"/>
                <w:szCs w:val="20"/>
              </w:rPr>
              <w:t xml:space="preserve">, P. Payment, G. </w:t>
            </w:r>
            <w:proofErr w:type="spellStart"/>
            <w:r w:rsidRPr="0020482C">
              <w:rPr>
                <w:sz w:val="20"/>
                <w:szCs w:val="20"/>
              </w:rPr>
              <w:t>Deschamps</w:t>
            </w:r>
            <w:proofErr w:type="spellEnd"/>
            <w:r w:rsidRPr="0020482C">
              <w:rPr>
                <w:sz w:val="20"/>
                <w:szCs w:val="20"/>
              </w:rPr>
              <w:t xml:space="preserve">, &amp; M. </w:t>
            </w:r>
            <w:proofErr w:type="spellStart"/>
            <w:r w:rsidRPr="0020482C">
              <w:rPr>
                <w:sz w:val="20"/>
                <w:szCs w:val="20"/>
              </w:rPr>
              <w:t>Prévost</w:t>
            </w:r>
            <w:proofErr w:type="spellEnd"/>
            <w:r w:rsidRPr="0020482C">
              <w:rPr>
                <w:sz w:val="20"/>
                <w:szCs w:val="20"/>
              </w:rPr>
              <w:t xml:space="preserve">, 2012. Fecal coliforms, caffeine and carbamazepine in </w:t>
            </w:r>
            <w:proofErr w:type="spellStart"/>
            <w:r w:rsidRPr="0020482C">
              <w:rPr>
                <w:sz w:val="20"/>
                <w:szCs w:val="20"/>
              </w:rPr>
              <w:t>stormwater</w:t>
            </w:r>
            <w:proofErr w:type="spellEnd"/>
            <w:r w:rsidRPr="0020482C">
              <w:rPr>
                <w:sz w:val="20"/>
                <w:szCs w:val="20"/>
              </w:rPr>
              <w:t xml:space="preserve"> collection systems in a large urban area. Chemosphere 86: 118–123. </w:t>
            </w:r>
            <w:hyperlink r:id="rId216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https://doi.org/10.1016/j.chemosphere.2011.09.033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  <w:tr w:rsidR="0020482C" w:rsidRPr="0020482C" w14:paraId="7D8ADEF3" w14:textId="77777777" w:rsidTr="006A05D2">
        <w:trPr>
          <w:trHeight w:val="1397"/>
        </w:trPr>
        <w:tc>
          <w:tcPr>
            <w:tcW w:w="2435" w:type="dxa"/>
          </w:tcPr>
          <w:p w14:paraId="78EE4AF7" w14:textId="73A92B66" w:rsidR="008C351D" w:rsidRPr="0020482C" w:rsidRDefault="006A05D2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>Noble et al. 2006</w:t>
            </w:r>
          </w:p>
        </w:tc>
        <w:tc>
          <w:tcPr>
            <w:tcW w:w="6205" w:type="dxa"/>
          </w:tcPr>
          <w:p w14:paraId="68BEDF56" w14:textId="0BA148D2" w:rsidR="008C351D" w:rsidRPr="0020482C" w:rsidRDefault="00167030" w:rsidP="00A15A1C">
            <w:pPr>
              <w:rPr>
                <w:sz w:val="20"/>
                <w:szCs w:val="20"/>
              </w:rPr>
            </w:pPr>
            <w:r w:rsidRPr="0020482C">
              <w:rPr>
                <w:sz w:val="20"/>
                <w:szCs w:val="20"/>
              </w:rPr>
              <w:t xml:space="preserve">Noble, R. T., J. F. Griffith, A. D. Blackwood, J. A. Fuhrman, J. B. Gregory, X. Hernandez, X. Liang, A. A. </w:t>
            </w:r>
            <w:proofErr w:type="spellStart"/>
            <w:r w:rsidRPr="0020482C">
              <w:rPr>
                <w:sz w:val="20"/>
                <w:szCs w:val="20"/>
              </w:rPr>
              <w:t>Bera</w:t>
            </w:r>
            <w:proofErr w:type="spellEnd"/>
            <w:r w:rsidRPr="0020482C">
              <w:rPr>
                <w:sz w:val="20"/>
                <w:szCs w:val="20"/>
              </w:rPr>
              <w:t xml:space="preserve">, &amp; K. Schiff, 2006. </w:t>
            </w:r>
            <w:proofErr w:type="spellStart"/>
            <w:r w:rsidRPr="0020482C">
              <w:rPr>
                <w:sz w:val="20"/>
                <w:szCs w:val="20"/>
              </w:rPr>
              <w:t>Multitiered</w:t>
            </w:r>
            <w:proofErr w:type="spellEnd"/>
            <w:r w:rsidRPr="0020482C">
              <w:rPr>
                <w:sz w:val="20"/>
                <w:szCs w:val="20"/>
              </w:rPr>
              <w:t xml:space="preserve"> Approach Using Quantitative PCR To Track Sources of Fecal Pollution Affecting Santa Monica Bay, California. American Society for Microbiology. Applied and Environmental Microbiology 72: 1604–1612. </w:t>
            </w:r>
            <w:hyperlink r:id="rId217" w:history="1">
              <w:r w:rsidRPr="0020482C">
                <w:rPr>
                  <w:rStyle w:val="Hyperlink"/>
                  <w:color w:val="auto"/>
                  <w:sz w:val="20"/>
                  <w:szCs w:val="20"/>
                </w:rPr>
                <w:t>https://doi.org/10.1128/AEM.72.2.1604-1612.2006</w:t>
              </w:r>
            </w:hyperlink>
            <w:r w:rsidRPr="0020482C">
              <w:rPr>
                <w:sz w:val="20"/>
                <w:szCs w:val="20"/>
              </w:rPr>
              <w:t xml:space="preserve">. </w:t>
            </w:r>
          </w:p>
        </w:tc>
      </w:tr>
    </w:tbl>
    <w:p w14:paraId="796C84B3" w14:textId="4EDDB2E8" w:rsidR="00FE4CD3" w:rsidRPr="0020482C" w:rsidRDefault="00FE4CD3" w:rsidP="00090A47">
      <w:pPr>
        <w:rPr>
          <w:sz w:val="20"/>
          <w:szCs w:val="20"/>
        </w:rPr>
      </w:pPr>
    </w:p>
    <w:p w14:paraId="76E577FD" w14:textId="163AC7E8" w:rsidR="00F57948" w:rsidRPr="0020482C" w:rsidRDefault="00F57948" w:rsidP="00090A47">
      <w:pPr>
        <w:rPr>
          <w:b/>
          <w:bCs/>
          <w:sz w:val="20"/>
          <w:szCs w:val="20"/>
        </w:rPr>
      </w:pPr>
      <w:r w:rsidRPr="0020482C">
        <w:rPr>
          <w:b/>
          <w:bCs/>
          <w:noProof/>
          <w:sz w:val="20"/>
          <w:szCs w:val="20"/>
          <w:lang w:val="en-IN" w:eastAsia="en-IN"/>
        </w:rPr>
        <w:drawing>
          <wp:inline distT="0" distB="0" distL="0" distR="0" wp14:anchorId="6813B9FD" wp14:editId="6D8FEEE8">
            <wp:extent cx="5486400" cy="3085465"/>
            <wp:effectExtent l="0" t="0" r="0" b="635"/>
            <wp:docPr id="1766851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85139" name="Imagem 176685139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F80ED" w14:textId="77777777" w:rsidR="00F539CE" w:rsidRPr="0020482C" w:rsidRDefault="00F539CE" w:rsidP="00F539CE">
      <w:pPr>
        <w:rPr>
          <w:bCs/>
          <w:szCs w:val="24"/>
        </w:rPr>
      </w:pPr>
      <w:r w:rsidRPr="0020482C">
        <w:rPr>
          <w:rFonts w:eastAsia="Times New Roman" w:cs="Times New Roman"/>
          <w:b/>
          <w:szCs w:val="24"/>
        </w:rPr>
        <w:t xml:space="preserve">Supplementary </w:t>
      </w:r>
      <w:r w:rsidRPr="0020482C">
        <w:rPr>
          <w:b/>
          <w:szCs w:val="24"/>
        </w:rPr>
        <w:t>Fig. S1.</w:t>
      </w:r>
      <w:r w:rsidRPr="0020482C">
        <w:rPr>
          <w:bCs/>
          <w:szCs w:val="24"/>
        </w:rPr>
        <w:t xml:space="preserve"> Word clouds of the top FREX terms for each topic.</w:t>
      </w:r>
    </w:p>
    <w:p w14:paraId="0BA41614" w14:textId="587D2606" w:rsidR="00F57948" w:rsidRPr="0020482C" w:rsidRDefault="00F57948" w:rsidP="00090A47">
      <w:pPr>
        <w:rPr>
          <w:b/>
          <w:bCs/>
          <w:sz w:val="20"/>
          <w:szCs w:val="20"/>
        </w:rPr>
      </w:pPr>
      <w:r w:rsidRPr="0020482C">
        <w:rPr>
          <w:b/>
          <w:bCs/>
          <w:noProof/>
          <w:sz w:val="20"/>
          <w:szCs w:val="20"/>
          <w:lang w:val="en-IN" w:eastAsia="en-IN"/>
        </w:rPr>
        <w:drawing>
          <wp:inline distT="0" distB="0" distL="0" distR="0" wp14:anchorId="54289091" wp14:editId="4310DE53">
            <wp:extent cx="5486400" cy="6395085"/>
            <wp:effectExtent l="0" t="0" r="0" b="5715"/>
            <wp:docPr id="140292303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23035" name="Imagem 1402923035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53590" w14:textId="77777777" w:rsidR="00F539CE" w:rsidRPr="0020482C" w:rsidRDefault="00F539CE" w:rsidP="00F539CE">
      <w:pPr>
        <w:pStyle w:val="NormalWeb"/>
        <w:spacing w:before="200" w:beforeAutospacing="0" w:after="160" w:afterAutospacing="0"/>
        <w:jc w:val="both"/>
        <w:rPr>
          <w:lang w:val="en-US"/>
        </w:rPr>
      </w:pPr>
      <w:r w:rsidRPr="0020482C">
        <w:rPr>
          <w:b/>
          <w:lang w:val="en-US"/>
        </w:rPr>
        <w:t xml:space="preserve">Supplementary </w:t>
      </w:r>
      <w:r w:rsidRPr="0020482C">
        <w:rPr>
          <w:b/>
          <w:bCs/>
          <w:lang w:val="en-US"/>
        </w:rPr>
        <w:t xml:space="preserve">Fig. S2. </w:t>
      </w:r>
      <w:r w:rsidRPr="0020482C">
        <w:rPr>
          <w:lang w:val="en-US"/>
        </w:rPr>
        <w:t>Temporal trends in the document-level proportion of each of the six STM topics.</w:t>
      </w:r>
    </w:p>
    <w:bookmarkEnd w:id="1"/>
    <w:p w14:paraId="2A6EC415" w14:textId="77777777" w:rsidR="00F539CE" w:rsidRPr="0020482C" w:rsidRDefault="00F539CE" w:rsidP="00090A47">
      <w:pPr>
        <w:rPr>
          <w:b/>
          <w:bCs/>
          <w:sz w:val="20"/>
          <w:szCs w:val="20"/>
        </w:rPr>
      </w:pPr>
    </w:p>
    <w:sectPr w:rsidR="00F539CE" w:rsidRPr="0020482C" w:rsidSect="002048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49C7"/>
    <w:rsid w:val="0002532D"/>
    <w:rsid w:val="000267D2"/>
    <w:rsid w:val="00034616"/>
    <w:rsid w:val="0004781F"/>
    <w:rsid w:val="0006063C"/>
    <w:rsid w:val="000635DE"/>
    <w:rsid w:val="00064C20"/>
    <w:rsid w:val="00090A47"/>
    <w:rsid w:val="00092BBE"/>
    <w:rsid w:val="000A5239"/>
    <w:rsid w:val="000A746D"/>
    <w:rsid w:val="000D79A2"/>
    <w:rsid w:val="000E3D2B"/>
    <w:rsid w:val="00100284"/>
    <w:rsid w:val="001018F5"/>
    <w:rsid w:val="001138BC"/>
    <w:rsid w:val="00146AB3"/>
    <w:rsid w:val="0015074B"/>
    <w:rsid w:val="00153E3A"/>
    <w:rsid w:val="00153F3D"/>
    <w:rsid w:val="00156E4F"/>
    <w:rsid w:val="0016669F"/>
    <w:rsid w:val="00167030"/>
    <w:rsid w:val="00170DA1"/>
    <w:rsid w:val="001958F6"/>
    <w:rsid w:val="001D621A"/>
    <w:rsid w:val="001F1E55"/>
    <w:rsid w:val="0020482C"/>
    <w:rsid w:val="002268FD"/>
    <w:rsid w:val="00233BD5"/>
    <w:rsid w:val="002350FD"/>
    <w:rsid w:val="00265B97"/>
    <w:rsid w:val="0027350C"/>
    <w:rsid w:val="00292D39"/>
    <w:rsid w:val="0029639D"/>
    <w:rsid w:val="002A66CA"/>
    <w:rsid w:val="002C0030"/>
    <w:rsid w:val="002C4C96"/>
    <w:rsid w:val="002D5E27"/>
    <w:rsid w:val="002E6806"/>
    <w:rsid w:val="00312450"/>
    <w:rsid w:val="00326F90"/>
    <w:rsid w:val="00361931"/>
    <w:rsid w:val="00362C48"/>
    <w:rsid w:val="00373332"/>
    <w:rsid w:val="00391167"/>
    <w:rsid w:val="003C6DFF"/>
    <w:rsid w:val="003F4010"/>
    <w:rsid w:val="00417CF1"/>
    <w:rsid w:val="00426158"/>
    <w:rsid w:val="00465E06"/>
    <w:rsid w:val="004734A6"/>
    <w:rsid w:val="004740BA"/>
    <w:rsid w:val="00483793"/>
    <w:rsid w:val="00492F97"/>
    <w:rsid w:val="00496D96"/>
    <w:rsid w:val="004F73D9"/>
    <w:rsid w:val="00502B64"/>
    <w:rsid w:val="0052128D"/>
    <w:rsid w:val="0056385C"/>
    <w:rsid w:val="00567472"/>
    <w:rsid w:val="005740B8"/>
    <w:rsid w:val="005A118E"/>
    <w:rsid w:val="005A256A"/>
    <w:rsid w:val="005A4C6B"/>
    <w:rsid w:val="005A546B"/>
    <w:rsid w:val="005F52F1"/>
    <w:rsid w:val="006123A7"/>
    <w:rsid w:val="006279DB"/>
    <w:rsid w:val="00634441"/>
    <w:rsid w:val="006351C3"/>
    <w:rsid w:val="00651C18"/>
    <w:rsid w:val="006667CD"/>
    <w:rsid w:val="00684F1C"/>
    <w:rsid w:val="006A05D2"/>
    <w:rsid w:val="006B0D16"/>
    <w:rsid w:val="006B54C3"/>
    <w:rsid w:val="006B7FCE"/>
    <w:rsid w:val="006C15FB"/>
    <w:rsid w:val="0071181E"/>
    <w:rsid w:val="00724D6E"/>
    <w:rsid w:val="00745A71"/>
    <w:rsid w:val="0079632E"/>
    <w:rsid w:val="007A09D9"/>
    <w:rsid w:val="007D6624"/>
    <w:rsid w:val="0087138D"/>
    <w:rsid w:val="00887566"/>
    <w:rsid w:val="008A36D2"/>
    <w:rsid w:val="008C351D"/>
    <w:rsid w:val="008C3673"/>
    <w:rsid w:val="009033A2"/>
    <w:rsid w:val="009154DA"/>
    <w:rsid w:val="009E4ACE"/>
    <w:rsid w:val="009F4868"/>
    <w:rsid w:val="00A15A1C"/>
    <w:rsid w:val="00A15C03"/>
    <w:rsid w:val="00A21281"/>
    <w:rsid w:val="00A34282"/>
    <w:rsid w:val="00A94B49"/>
    <w:rsid w:val="00A94CA4"/>
    <w:rsid w:val="00A96E18"/>
    <w:rsid w:val="00AA1D8D"/>
    <w:rsid w:val="00AA4894"/>
    <w:rsid w:val="00B05585"/>
    <w:rsid w:val="00B101E9"/>
    <w:rsid w:val="00B16792"/>
    <w:rsid w:val="00B30939"/>
    <w:rsid w:val="00B32D2C"/>
    <w:rsid w:val="00B41360"/>
    <w:rsid w:val="00B47730"/>
    <w:rsid w:val="00B56A18"/>
    <w:rsid w:val="00B66269"/>
    <w:rsid w:val="00B97840"/>
    <w:rsid w:val="00BB74D6"/>
    <w:rsid w:val="00BC12FD"/>
    <w:rsid w:val="00BC2592"/>
    <w:rsid w:val="00BF026C"/>
    <w:rsid w:val="00C0361F"/>
    <w:rsid w:val="00C17CB3"/>
    <w:rsid w:val="00C255BA"/>
    <w:rsid w:val="00C53198"/>
    <w:rsid w:val="00C54234"/>
    <w:rsid w:val="00C716FF"/>
    <w:rsid w:val="00C73853"/>
    <w:rsid w:val="00C75C42"/>
    <w:rsid w:val="00CB0664"/>
    <w:rsid w:val="00CB69A0"/>
    <w:rsid w:val="00CB7EF0"/>
    <w:rsid w:val="00CC3EF4"/>
    <w:rsid w:val="00D13D73"/>
    <w:rsid w:val="00D3319F"/>
    <w:rsid w:val="00D42422"/>
    <w:rsid w:val="00D55720"/>
    <w:rsid w:val="00D6689B"/>
    <w:rsid w:val="00D70B23"/>
    <w:rsid w:val="00D73EDF"/>
    <w:rsid w:val="00D93767"/>
    <w:rsid w:val="00D95AED"/>
    <w:rsid w:val="00DE42AD"/>
    <w:rsid w:val="00DE66EA"/>
    <w:rsid w:val="00E026D0"/>
    <w:rsid w:val="00E131D1"/>
    <w:rsid w:val="00E14227"/>
    <w:rsid w:val="00E40BF6"/>
    <w:rsid w:val="00E4271B"/>
    <w:rsid w:val="00E52F55"/>
    <w:rsid w:val="00E54C3C"/>
    <w:rsid w:val="00E6599A"/>
    <w:rsid w:val="00E73A2C"/>
    <w:rsid w:val="00E82359"/>
    <w:rsid w:val="00E93F72"/>
    <w:rsid w:val="00ED7307"/>
    <w:rsid w:val="00EE63DD"/>
    <w:rsid w:val="00EF1CB8"/>
    <w:rsid w:val="00EF4DE7"/>
    <w:rsid w:val="00F13C4E"/>
    <w:rsid w:val="00F248DD"/>
    <w:rsid w:val="00F32334"/>
    <w:rsid w:val="00F47633"/>
    <w:rsid w:val="00F51793"/>
    <w:rsid w:val="00F539CE"/>
    <w:rsid w:val="00F57948"/>
    <w:rsid w:val="00F763CA"/>
    <w:rsid w:val="00F87881"/>
    <w:rsid w:val="00FA2A6E"/>
    <w:rsid w:val="00FB1A45"/>
    <w:rsid w:val="00FC693F"/>
    <w:rsid w:val="00FD307E"/>
    <w:rsid w:val="00FE4CD3"/>
    <w:rsid w:val="00FE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5E2267"/>
  <w15:docId w15:val="{176553B8-D6A3-45D0-8423-664961C8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51C1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51C1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7385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pt-BR" w:eastAsia="pt-BR"/>
    </w:rPr>
  </w:style>
  <w:style w:type="character" w:styleId="HTMLCode">
    <w:name w:val="HTML Code"/>
    <w:basedOn w:val="DefaultParagraphFont"/>
    <w:uiPriority w:val="99"/>
    <w:semiHidden/>
    <w:unhideWhenUsed/>
    <w:rsid w:val="000D79A2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350FD"/>
    <w:rPr>
      <w:color w:val="800080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233BD5"/>
  </w:style>
  <w:style w:type="character" w:styleId="CommentReference">
    <w:name w:val="annotation reference"/>
    <w:basedOn w:val="DefaultParagraphFont"/>
    <w:uiPriority w:val="99"/>
    <w:semiHidden/>
    <w:unhideWhenUsed/>
    <w:rsid w:val="00B101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01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01E9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1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1E9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3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i.org/10.2166/wst.2012.952" TargetMode="External"/><Relationship Id="rId21" Type="http://schemas.openxmlformats.org/officeDocument/2006/relationships/hyperlink" Target="https://doi.org/10.1016/j.jclepro.2022.135736" TargetMode="External"/><Relationship Id="rId42" Type="http://schemas.openxmlformats.org/officeDocument/2006/relationships/hyperlink" Target="https://doi.org/10.1016/j.jenvman.2024.120949" TargetMode="External"/><Relationship Id="rId63" Type="http://schemas.openxmlformats.org/officeDocument/2006/relationships/hyperlink" Target="https://doi.org/10.1016/j.scitotenv.2021.150430" TargetMode="External"/><Relationship Id="rId84" Type="http://schemas.openxmlformats.org/officeDocument/2006/relationships/hyperlink" Target="https://doi.org/10.1016/j.scitotenv.2017.03.207" TargetMode="External"/><Relationship Id="rId138" Type="http://schemas.openxmlformats.org/officeDocument/2006/relationships/hyperlink" Target="https://doi.org/10.1111/1462-2920.15864" TargetMode="External"/><Relationship Id="rId159" Type="http://schemas.openxmlformats.org/officeDocument/2006/relationships/hyperlink" Target="https://doi.org/10.1007/s00343-024-4028-6" TargetMode="External"/><Relationship Id="rId170" Type="http://schemas.openxmlformats.org/officeDocument/2006/relationships/hyperlink" Target="https://doi.org/10.56899/153.01.23" TargetMode="External"/><Relationship Id="rId191" Type="http://schemas.openxmlformats.org/officeDocument/2006/relationships/hyperlink" Target="https://doi.org/10.1016/j.envres.2023.116202" TargetMode="External"/><Relationship Id="rId205" Type="http://schemas.openxmlformats.org/officeDocument/2006/relationships/hyperlink" Target="https://doi.org/10.1080/10871209.2016.1198851" TargetMode="External"/><Relationship Id="rId107" Type="http://schemas.openxmlformats.org/officeDocument/2006/relationships/hyperlink" Target="https://doi.org/10.1007/s10750-014-1996-0" TargetMode="External"/><Relationship Id="rId11" Type="http://schemas.openxmlformats.org/officeDocument/2006/relationships/hyperlink" Target="https://doi.org/10.2166/wh.2024.133" TargetMode="External"/><Relationship Id="rId32" Type="http://schemas.openxmlformats.org/officeDocument/2006/relationships/hyperlink" Target="https://doi.org/10.1002/ece3.10845" TargetMode="External"/><Relationship Id="rId53" Type="http://schemas.openxmlformats.org/officeDocument/2006/relationships/hyperlink" Target="https://doi.org/10.3390/d14030231" TargetMode="External"/><Relationship Id="rId74" Type="http://schemas.openxmlformats.org/officeDocument/2006/relationships/hyperlink" Target="https://doi.org/10.1371/journal.pone.0229451" TargetMode="External"/><Relationship Id="rId128" Type="http://schemas.openxmlformats.org/officeDocument/2006/relationships/hyperlink" Target="https://doi.org/10.1111/j.1365-2427.2007.01840.x" TargetMode="External"/><Relationship Id="rId149" Type="http://schemas.openxmlformats.org/officeDocument/2006/relationships/hyperlink" Target="https://doi.org/10.1111/1462-2920.1586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doi.org/10.1111/1365-2664.12534" TargetMode="External"/><Relationship Id="rId160" Type="http://schemas.openxmlformats.org/officeDocument/2006/relationships/hyperlink" Target="https://doi.org/10.3390/su17104479" TargetMode="External"/><Relationship Id="rId181" Type="http://schemas.openxmlformats.org/officeDocument/2006/relationships/hyperlink" Target="https://doi.org/10.1007/s10750-006-0230-0" TargetMode="External"/><Relationship Id="rId216" Type="http://schemas.openxmlformats.org/officeDocument/2006/relationships/hyperlink" Target="https://doi.org/10.1016/j.chemosphere.2011.09.033" TargetMode="External"/><Relationship Id="rId22" Type="http://schemas.openxmlformats.org/officeDocument/2006/relationships/hyperlink" Target="https://doi.org/10.3390/land13060806" TargetMode="External"/><Relationship Id="rId43" Type="http://schemas.openxmlformats.org/officeDocument/2006/relationships/hyperlink" Target="https://doi.org/10.1093/jue/juae011" TargetMode="External"/><Relationship Id="rId64" Type="http://schemas.openxmlformats.org/officeDocument/2006/relationships/hyperlink" Target="https://doi.org/10.1111/ddi.13239" TargetMode="External"/><Relationship Id="rId118" Type="http://schemas.openxmlformats.org/officeDocument/2006/relationships/hyperlink" Target="https://doi.org/10.1016/j.resconrec.2011.01.003" TargetMode="External"/><Relationship Id="rId139" Type="http://schemas.openxmlformats.org/officeDocument/2006/relationships/hyperlink" Target="https://doi.org/10.1016/j.ese.2024.100478" TargetMode="External"/><Relationship Id="rId85" Type="http://schemas.openxmlformats.org/officeDocument/2006/relationships/hyperlink" Target="https://doi.org/10.1111/eva.12512" TargetMode="External"/><Relationship Id="rId150" Type="http://schemas.openxmlformats.org/officeDocument/2006/relationships/hyperlink" Target="https://doi.org/10.1016/j.ese.2024.100478" TargetMode="External"/><Relationship Id="rId171" Type="http://schemas.openxmlformats.org/officeDocument/2006/relationships/hyperlink" Target="https://doi.org/10.1111/fwb.14159" TargetMode="External"/><Relationship Id="rId192" Type="http://schemas.openxmlformats.org/officeDocument/2006/relationships/hyperlink" Target="https://doi.org/10.1016/j.chemosphere.2011.12.055" TargetMode="External"/><Relationship Id="rId206" Type="http://schemas.openxmlformats.org/officeDocument/2006/relationships/hyperlink" Target="https://doi.org/10.1016/j.ecoleng.2013.10.006" TargetMode="External"/><Relationship Id="rId12" Type="http://schemas.openxmlformats.org/officeDocument/2006/relationships/hyperlink" Target="https://doi.org/10.1007/s13157-024-01788-6" TargetMode="External"/><Relationship Id="rId33" Type="http://schemas.openxmlformats.org/officeDocument/2006/relationships/hyperlink" Target="https://doi.org/10.1016/j.jhazmat.2024.134523" TargetMode="External"/><Relationship Id="rId108" Type="http://schemas.openxmlformats.org/officeDocument/2006/relationships/hyperlink" Target="https://doi.org/10.1007/s11252-014-0373-0" TargetMode="External"/><Relationship Id="rId129" Type="http://schemas.openxmlformats.org/officeDocument/2006/relationships/hyperlink" Target="https://doi.org/10.1016/j.biocon.2009.01.026" TargetMode="External"/><Relationship Id="rId54" Type="http://schemas.openxmlformats.org/officeDocument/2006/relationships/hyperlink" Target="https://doi.org/10.1016/j.biocon.2021.109129" TargetMode="External"/><Relationship Id="rId75" Type="http://schemas.openxmlformats.org/officeDocument/2006/relationships/hyperlink" Target="https://doi.org/10.1016/j.scitotenv.2019.134336" TargetMode="External"/><Relationship Id="rId96" Type="http://schemas.openxmlformats.org/officeDocument/2006/relationships/hyperlink" Target="https://doi.org/10.7717/peerj.64" TargetMode="External"/><Relationship Id="rId140" Type="http://schemas.openxmlformats.org/officeDocument/2006/relationships/hyperlink" Target="https://doi.org/10.1021/es504531s" TargetMode="External"/><Relationship Id="rId161" Type="http://schemas.openxmlformats.org/officeDocument/2006/relationships/hyperlink" Target="https://doi.org/10.1086/731976" TargetMode="External"/><Relationship Id="rId182" Type="http://schemas.openxmlformats.org/officeDocument/2006/relationships/hyperlink" Target="https://doi.org/10.1016/j.biocon.2015.04.021" TargetMode="External"/><Relationship Id="rId217" Type="http://schemas.openxmlformats.org/officeDocument/2006/relationships/hyperlink" Target="https://doi.org/10.1128/AEM.72.2.1604-1612.2006" TargetMode="External"/><Relationship Id="rId6" Type="http://schemas.openxmlformats.org/officeDocument/2006/relationships/hyperlink" Target="https://doi.org/10.1016/j.scitotenv.2023.163892" TargetMode="External"/><Relationship Id="rId23" Type="http://schemas.openxmlformats.org/officeDocument/2006/relationships/hyperlink" Target="https://doi.org/10.3390/su15086830" TargetMode="External"/><Relationship Id="rId119" Type="http://schemas.openxmlformats.org/officeDocument/2006/relationships/hyperlink" Target="https://doi.org/10.1016/j.ecolind.2005.03.003" TargetMode="External"/><Relationship Id="rId44" Type="http://schemas.openxmlformats.org/officeDocument/2006/relationships/hyperlink" Target="https://doi.org/10.1007/s11252-024-01549-7" TargetMode="External"/><Relationship Id="rId65" Type="http://schemas.openxmlformats.org/officeDocument/2006/relationships/hyperlink" Target="https://doi.org/10.3390/su14074045" TargetMode="External"/><Relationship Id="rId86" Type="http://schemas.openxmlformats.org/officeDocument/2006/relationships/hyperlink" Target="https://doi.org/10.1007/s10661-018-7177-2" TargetMode="External"/><Relationship Id="rId130" Type="http://schemas.openxmlformats.org/officeDocument/2006/relationships/hyperlink" Target="https://doi.org/10.1108/14777830610702511" TargetMode="External"/><Relationship Id="rId151" Type="http://schemas.openxmlformats.org/officeDocument/2006/relationships/hyperlink" Target="https://doi.org/10.1021/es504531s" TargetMode="External"/><Relationship Id="rId172" Type="http://schemas.openxmlformats.org/officeDocument/2006/relationships/hyperlink" Target="https://doi.org/10.1016/j.etap.2024.104494" TargetMode="External"/><Relationship Id="rId193" Type="http://schemas.openxmlformats.org/officeDocument/2006/relationships/hyperlink" Target="https://doi.org/10.1016/j.scitotenv.2015.07.066" TargetMode="External"/><Relationship Id="rId207" Type="http://schemas.openxmlformats.org/officeDocument/2006/relationships/hyperlink" Target="https://doi.org/10.1016/j.envint.2022.107457" TargetMode="External"/><Relationship Id="rId13" Type="http://schemas.openxmlformats.org/officeDocument/2006/relationships/hyperlink" Target="https://doi.org/10.1016/j.jenvman.2023.117446" TargetMode="External"/><Relationship Id="rId109" Type="http://schemas.openxmlformats.org/officeDocument/2006/relationships/hyperlink" Target="https://doi.org/10.7717/peerj.279" TargetMode="External"/><Relationship Id="rId34" Type="http://schemas.openxmlformats.org/officeDocument/2006/relationships/hyperlink" Target="https://doi.org/10.1016/j.scitotenv.2024.178277" TargetMode="External"/><Relationship Id="rId55" Type="http://schemas.openxmlformats.org/officeDocument/2006/relationships/hyperlink" Target="https://doi.org/10.1016/j.envpol.2021.117336" TargetMode="External"/><Relationship Id="rId76" Type="http://schemas.openxmlformats.org/officeDocument/2006/relationships/hyperlink" Target="https://doi.org/10.3390/su12010204" TargetMode="External"/><Relationship Id="rId97" Type="http://schemas.openxmlformats.org/officeDocument/2006/relationships/hyperlink" Target="https://doi.org/10.1007/s10750-013-1484-y" TargetMode="External"/><Relationship Id="rId120" Type="http://schemas.openxmlformats.org/officeDocument/2006/relationships/hyperlink" Target="https://doi.org/10.2175/106143012X13373550426878" TargetMode="External"/><Relationship Id="rId141" Type="http://schemas.openxmlformats.org/officeDocument/2006/relationships/hyperlink" Target="https://doi.org/10.1111/j.1472-4642.2010.00702.x" TargetMode="External"/><Relationship Id="rId7" Type="http://schemas.openxmlformats.org/officeDocument/2006/relationships/hyperlink" Target="https://doi.org/10.1007/s10980-024-01817-z" TargetMode="External"/><Relationship Id="rId162" Type="http://schemas.openxmlformats.org/officeDocument/2006/relationships/hyperlink" Target="https://doi.org/10.1007/s10750-023-05169-8" TargetMode="External"/><Relationship Id="rId183" Type="http://schemas.openxmlformats.org/officeDocument/2006/relationships/hyperlink" Target="https://doi.org/10.1007/s10661-010-1420-9" TargetMode="External"/><Relationship Id="rId218" Type="http://schemas.openxmlformats.org/officeDocument/2006/relationships/image" Target="media/image1.jpg"/><Relationship Id="rId24" Type="http://schemas.openxmlformats.org/officeDocument/2006/relationships/hyperlink" Target="https://doi.org/10.1016/j.envpol.2024.124513" TargetMode="External"/><Relationship Id="rId45" Type="http://schemas.openxmlformats.org/officeDocument/2006/relationships/hyperlink" Target="https://doi.org/10.3390/d15060738" TargetMode="External"/><Relationship Id="rId66" Type="http://schemas.openxmlformats.org/officeDocument/2006/relationships/hyperlink" Target="https://doi.org/10.1007/s00343-021-1214-7" TargetMode="External"/><Relationship Id="rId87" Type="http://schemas.openxmlformats.org/officeDocument/2006/relationships/hyperlink" Target="https://doi.org/10.1002/eap.2107" TargetMode="External"/><Relationship Id="rId110" Type="http://schemas.openxmlformats.org/officeDocument/2006/relationships/hyperlink" Target="https://doi.org/10.1080/02705060.2014.900654" TargetMode="External"/><Relationship Id="rId131" Type="http://schemas.openxmlformats.org/officeDocument/2006/relationships/hyperlink" Target="https://doi.org/10.5846/stxb201012081751" TargetMode="External"/><Relationship Id="rId152" Type="http://schemas.openxmlformats.org/officeDocument/2006/relationships/hyperlink" Target="https://doi.org/10.3390/toxics13020067" TargetMode="External"/><Relationship Id="rId173" Type="http://schemas.openxmlformats.org/officeDocument/2006/relationships/hyperlink" Target="https://doi.org/10.1016/j.jes.2022.07.036" TargetMode="External"/><Relationship Id="rId194" Type="http://schemas.openxmlformats.org/officeDocument/2006/relationships/hyperlink" Target="https://doi.org/10.1111/geb.12760" TargetMode="External"/><Relationship Id="rId208" Type="http://schemas.openxmlformats.org/officeDocument/2006/relationships/hyperlink" Target="https://doi.org/10.1016/j.watres.2011.04.049" TargetMode="External"/><Relationship Id="rId14" Type="http://schemas.openxmlformats.org/officeDocument/2006/relationships/hyperlink" Target="https://doi.org/10.1007/s11252-024-01559-5" TargetMode="External"/><Relationship Id="rId35" Type="http://schemas.openxmlformats.org/officeDocument/2006/relationships/hyperlink" Target="https://doi.org/10.1016/j.watres.2024.121257" TargetMode="External"/><Relationship Id="rId56" Type="http://schemas.openxmlformats.org/officeDocument/2006/relationships/hyperlink" Target="https://doi.org/10.1007/s11356-021-13724-w" TargetMode="External"/><Relationship Id="rId77" Type="http://schemas.openxmlformats.org/officeDocument/2006/relationships/hyperlink" Target="https://doi.org/10.7717/peerj.9856" TargetMode="External"/><Relationship Id="rId100" Type="http://schemas.openxmlformats.org/officeDocument/2006/relationships/hyperlink" Target="https://doi.org/10.1007/s11252-015-0457-5" TargetMode="External"/><Relationship Id="rId8" Type="http://schemas.openxmlformats.org/officeDocument/2006/relationships/hyperlink" Target="https://doi.org/10.1186/s12936-024-04871-9" TargetMode="External"/><Relationship Id="rId51" Type="http://schemas.openxmlformats.org/officeDocument/2006/relationships/hyperlink" Target="https://doi.org/10.1093/jue/juab028" TargetMode="External"/><Relationship Id="rId72" Type="http://schemas.openxmlformats.org/officeDocument/2006/relationships/hyperlink" Target="https://doi.org/10.1007/s11252-022-01239-2" TargetMode="External"/><Relationship Id="rId93" Type="http://schemas.openxmlformats.org/officeDocument/2006/relationships/hyperlink" Target="https://doi.org/10.1007/s00128-013-1082-8" TargetMode="External"/><Relationship Id="rId98" Type="http://schemas.openxmlformats.org/officeDocument/2006/relationships/hyperlink" Target="https://doi.org/10.1515/prolas-2015-0015" TargetMode="External"/><Relationship Id="rId121" Type="http://schemas.openxmlformats.org/officeDocument/2006/relationships/hyperlink" Target="https://doi.org/10.1016/S0254-6299(15)31051-6" TargetMode="External"/><Relationship Id="rId142" Type="http://schemas.openxmlformats.org/officeDocument/2006/relationships/hyperlink" Target="https://doi.org/10.1007/s10980-023-01612-2" TargetMode="External"/><Relationship Id="rId163" Type="http://schemas.openxmlformats.org/officeDocument/2006/relationships/hyperlink" Target="https://doi.org/10.1111/fwb.14374" TargetMode="External"/><Relationship Id="rId184" Type="http://schemas.openxmlformats.org/officeDocument/2006/relationships/hyperlink" Target="https://doi.org/10.1016/j.ecolind.2023.110433" TargetMode="External"/><Relationship Id="rId189" Type="http://schemas.openxmlformats.org/officeDocument/2006/relationships/hyperlink" Target="https://doi.org/10.1093/jue/juaa029" TargetMode="External"/><Relationship Id="rId219" Type="http://schemas.openxmlformats.org/officeDocument/2006/relationships/image" Target="media/image2.jpeg"/><Relationship Id="rId3" Type="http://schemas.openxmlformats.org/officeDocument/2006/relationships/styles" Target="styles.xml"/><Relationship Id="rId214" Type="http://schemas.openxmlformats.org/officeDocument/2006/relationships/hyperlink" Target="https://doi.org/10.1038/s41598-020-70934-x" TargetMode="External"/><Relationship Id="rId25" Type="http://schemas.openxmlformats.org/officeDocument/2006/relationships/hyperlink" Target="https://doi.org/10.1029/2023GL107250" TargetMode="External"/><Relationship Id="rId46" Type="http://schemas.openxmlformats.org/officeDocument/2006/relationships/hyperlink" Target="https://doi.org/10.3390/land12122126" TargetMode="External"/><Relationship Id="rId67" Type="http://schemas.openxmlformats.org/officeDocument/2006/relationships/hyperlink" Target="https://doi.org/10.3390/ijerph19127510" TargetMode="External"/><Relationship Id="rId116" Type="http://schemas.openxmlformats.org/officeDocument/2006/relationships/hyperlink" Target="https://doi.org/10.1016/j.scitotenv.2011.06.039" TargetMode="External"/><Relationship Id="rId137" Type="http://schemas.openxmlformats.org/officeDocument/2006/relationships/hyperlink" Target="https://doi.org/10.1643/CP-13-082" TargetMode="External"/><Relationship Id="rId158" Type="http://schemas.openxmlformats.org/officeDocument/2006/relationships/hyperlink" Target="https://doi.org/10.1080/02705060.2023.2253265" TargetMode="External"/><Relationship Id="rId20" Type="http://schemas.openxmlformats.org/officeDocument/2006/relationships/hyperlink" Target="https://doi.org/10.1111/lre.12447" TargetMode="External"/><Relationship Id="rId41" Type="http://schemas.openxmlformats.org/officeDocument/2006/relationships/hyperlink" Target="https://doi.org/10.48156/1388.2024.1917292" TargetMode="External"/><Relationship Id="rId62" Type="http://schemas.openxmlformats.org/officeDocument/2006/relationships/hyperlink" Target="https://doi.org/10.1016/j.watres.2022.118693" TargetMode="External"/><Relationship Id="rId83" Type="http://schemas.openxmlformats.org/officeDocument/2006/relationships/hyperlink" Target="https://doi.org/10.1016/j.ecolind.2019.105529" TargetMode="External"/><Relationship Id="rId88" Type="http://schemas.openxmlformats.org/officeDocument/2006/relationships/hyperlink" Target="https://doi.org/10.1007/s11356-019-05389-3" TargetMode="External"/><Relationship Id="rId111" Type="http://schemas.openxmlformats.org/officeDocument/2006/relationships/hyperlink" Target="https://doi.org/10.1007/s10750-015-2221-5" TargetMode="External"/><Relationship Id="rId132" Type="http://schemas.openxmlformats.org/officeDocument/2006/relationships/hyperlink" Target="https://doi.org/10.1007/s11252-010-0135-6" TargetMode="External"/><Relationship Id="rId153" Type="http://schemas.openxmlformats.org/officeDocument/2006/relationships/hyperlink" Target="https://doi.org/10.1111/j.1472-4642.2010.00702.x" TargetMode="External"/><Relationship Id="rId174" Type="http://schemas.openxmlformats.org/officeDocument/2006/relationships/hyperlink" Target="https://doi.org/10.1371/journal.pone.0244932" TargetMode="External"/><Relationship Id="rId179" Type="http://schemas.openxmlformats.org/officeDocument/2006/relationships/hyperlink" Target="https://doi.org/10.1016/j.ecolind.2024.111706" TargetMode="External"/><Relationship Id="rId195" Type="http://schemas.openxmlformats.org/officeDocument/2006/relationships/hyperlink" Target="https://doi.org/10.1899/12-071.1" TargetMode="External"/><Relationship Id="rId209" Type="http://schemas.openxmlformats.org/officeDocument/2006/relationships/hyperlink" Target="https://doi.org/10.3390/w10111539" TargetMode="External"/><Relationship Id="rId190" Type="http://schemas.openxmlformats.org/officeDocument/2006/relationships/hyperlink" Target="https://doi.org/10.1016/j.etap.2006.08.009" TargetMode="External"/><Relationship Id="rId204" Type="http://schemas.openxmlformats.org/officeDocument/2006/relationships/hyperlink" Target="https://doi.org/10.1016/j.jenvman.2023.119059" TargetMode="External"/><Relationship Id="rId220" Type="http://schemas.openxmlformats.org/officeDocument/2006/relationships/fontTable" Target="fontTable.xml"/><Relationship Id="rId15" Type="http://schemas.openxmlformats.org/officeDocument/2006/relationships/hyperlink" Target="https://doi.org/10.1016/j.ecolind.2025.113331" TargetMode="External"/><Relationship Id="rId36" Type="http://schemas.openxmlformats.org/officeDocument/2006/relationships/hyperlink" Target="https://doi.org/10.1016/j.ecoinf.2024.102782" TargetMode="External"/><Relationship Id="rId57" Type="http://schemas.openxmlformats.org/officeDocument/2006/relationships/hyperlink" Target="https://doi.org/10.1002/ece3.8146" TargetMode="External"/><Relationship Id="rId106" Type="http://schemas.openxmlformats.org/officeDocument/2006/relationships/hyperlink" Target="https://doi.org/10.1007/s13157-013-0420-2" TargetMode="External"/><Relationship Id="rId127" Type="http://schemas.openxmlformats.org/officeDocument/2006/relationships/hyperlink" Target="https://doi.org/10.1007/s11252-010-0134-7" TargetMode="External"/><Relationship Id="rId10" Type="http://schemas.openxmlformats.org/officeDocument/2006/relationships/hyperlink" Target="https://doi.org/10.1016/j.chemosphere.2022.137555" TargetMode="External"/><Relationship Id="rId31" Type="http://schemas.openxmlformats.org/officeDocument/2006/relationships/hyperlink" Target="https://doi.org/10.1007/s11252-024-01653-8" TargetMode="External"/><Relationship Id="rId52" Type="http://schemas.openxmlformats.org/officeDocument/2006/relationships/hyperlink" Target="https://doi.org/10.1007/s11356-021-15645-0" TargetMode="External"/><Relationship Id="rId73" Type="http://schemas.openxmlformats.org/officeDocument/2006/relationships/hyperlink" Target="https://doi.org/10.1007/s10531-019-01917-2" TargetMode="External"/><Relationship Id="rId78" Type="http://schemas.openxmlformats.org/officeDocument/2006/relationships/hyperlink" Target="https://doi.org/10.1007/s00027-019-0655-y" TargetMode="External"/><Relationship Id="rId94" Type="http://schemas.openxmlformats.org/officeDocument/2006/relationships/hyperlink" Target="https://doi.org/10.1007/s11252-016-0569-6" TargetMode="External"/><Relationship Id="rId99" Type="http://schemas.openxmlformats.org/officeDocument/2006/relationships/hyperlink" Target="https://doi.org/10.1016/j.actao.2014.05.008" TargetMode="External"/><Relationship Id="rId101" Type="http://schemas.openxmlformats.org/officeDocument/2006/relationships/hyperlink" Target="https://doi.org/10.1038/srep34928" TargetMode="External"/><Relationship Id="rId122" Type="http://schemas.openxmlformats.org/officeDocument/2006/relationships/hyperlink" Target="https://doi.org/10.1007/s10021-007-9077-0" TargetMode="External"/><Relationship Id="rId143" Type="http://schemas.openxmlformats.org/officeDocument/2006/relationships/hyperlink" Target="https://doi.org/10.1128/AEM.00287-17" TargetMode="External"/><Relationship Id="rId148" Type="http://schemas.openxmlformats.org/officeDocument/2006/relationships/hyperlink" Target="https://doi.org/10.1139/facets-2020-0068" TargetMode="External"/><Relationship Id="rId164" Type="http://schemas.openxmlformats.org/officeDocument/2006/relationships/hyperlink" Target="https://doi.org/10.1111/fwb.14365" TargetMode="External"/><Relationship Id="rId169" Type="http://schemas.openxmlformats.org/officeDocument/2006/relationships/hyperlink" Target="https://doi.org/10.1007/s00027-024-01119-1" TargetMode="External"/><Relationship Id="rId185" Type="http://schemas.openxmlformats.org/officeDocument/2006/relationships/hyperlink" Target="https://doi.org/10.1590/1676-0611-BN-2020-10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16/j.jenvman.2024.123627" TargetMode="External"/><Relationship Id="rId180" Type="http://schemas.openxmlformats.org/officeDocument/2006/relationships/hyperlink" Target="https://doi.org/10.1016/j.ecolind.2023.111271" TargetMode="External"/><Relationship Id="rId210" Type="http://schemas.openxmlformats.org/officeDocument/2006/relationships/hyperlink" Target="https://doi.org/10.1897/07-335.1" TargetMode="External"/><Relationship Id="rId215" Type="http://schemas.openxmlformats.org/officeDocument/2006/relationships/hyperlink" Target="https://doi.org/10.1016/j.jclepro.2021.126116" TargetMode="External"/><Relationship Id="rId26" Type="http://schemas.openxmlformats.org/officeDocument/2006/relationships/hyperlink" Target="https://doi.org/10.1016/j.envpol.2023.123075" TargetMode="External"/><Relationship Id="rId47" Type="http://schemas.openxmlformats.org/officeDocument/2006/relationships/hyperlink" Target="https://doi.org/10.1007/s11252-022-01208-9" TargetMode="External"/><Relationship Id="rId68" Type="http://schemas.openxmlformats.org/officeDocument/2006/relationships/hyperlink" Target="https://doi.org/10.1007/s11270-021-05380-0" TargetMode="External"/><Relationship Id="rId89" Type="http://schemas.openxmlformats.org/officeDocument/2006/relationships/hyperlink" Target="https://doi.org/10.1007/s10641-018-0739-x" TargetMode="External"/><Relationship Id="rId112" Type="http://schemas.openxmlformats.org/officeDocument/2006/relationships/hyperlink" Target="https://doi.org/10.1073/pnas.1706201114" TargetMode="External"/><Relationship Id="rId133" Type="http://schemas.openxmlformats.org/officeDocument/2006/relationships/hyperlink" Target="https://doi.org/10.1670/08-315.1" TargetMode="External"/><Relationship Id="rId154" Type="http://schemas.openxmlformats.org/officeDocument/2006/relationships/hyperlink" Target="https://doi.org/10.1007/s10980-023-01612-2" TargetMode="External"/><Relationship Id="rId175" Type="http://schemas.openxmlformats.org/officeDocument/2006/relationships/hyperlink" Target="https://doi.org/10.3390/biology13010044" TargetMode="External"/><Relationship Id="rId196" Type="http://schemas.openxmlformats.org/officeDocument/2006/relationships/hyperlink" Target="https://doi.org/10.1093/jue/juy015" TargetMode="External"/><Relationship Id="rId200" Type="http://schemas.openxmlformats.org/officeDocument/2006/relationships/hyperlink" Target="https://doi.org/10.1016/j.watres.2022.118764" TargetMode="External"/><Relationship Id="rId16" Type="http://schemas.openxmlformats.org/officeDocument/2006/relationships/hyperlink" Target="https://doi.org/10.1016/j.envres.2025.121585" TargetMode="External"/><Relationship Id="rId221" Type="http://schemas.openxmlformats.org/officeDocument/2006/relationships/theme" Target="theme/theme1.xml"/><Relationship Id="rId37" Type="http://schemas.openxmlformats.org/officeDocument/2006/relationships/hyperlink" Target="https://doi.org/10.1016/j.onehlt.2025.100997" TargetMode="External"/><Relationship Id="rId58" Type="http://schemas.openxmlformats.org/officeDocument/2006/relationships/hyperlink" Target="https://doi.org/10.1016/j.jhazmat.2020.124663" TargetMode="External"/><Relationship Id="rId79" Type="http://schemas.openxmlformats.org/officeDocument/2006/relationships/hyperlink" Target="https://doi.org/10.1016/j.jenvman.2019.06.063" TargetMode="External"/><Relationship Id="rId102" Type="http://schemas.openxmlformats.org/officeDocument/2006/relationships/hyperlink" Target="https://doi.org/10.1016/j.scitotenv.2014.09.084" TargetMode="External"/><Relationship Id="rId123" Type="http://schemas.openxmlformats.org/officeDocument/2006/relationships/hyperlink" Target="https://doi.org/10.1111/j.1472-4642.2012.00891.x" TargetMode="External"/><Relationship Id="rId144" Type="http://schemas.openxmlformats.org/officeDocument/2006/relationships/hyperlink" Target="https://doi.org/10.1021/acs.est.5c01093" TargetMode="External"/><Relationship Id="rId90" Type="http://schemas.openxmlformats.org/officeDocument/2006/relationships/hyperlink" Target="https://doi.org/10.1007/s11355-018-0351-4" TargetMode="External"/><Relationship Id="rId165" Type="http://schemas.openxmlformats.org/officeDocument/2006/relationships/hyperlink" Target="https://doi.org/10.1371/journal.pone.0098485" TargetMode="External"/><Relationship Id="rId186" Type="http://schemas.openxmlformats.org/officeDocument/2006/relationships/hyperlink" Target="https://doi.org/10.25260/EA.17.27.1.0.417" TargetMode="External"/><Relationship Id="rId211" Type="http://schemas.openxmlformats.org/officeDocument/2006/relationships/hyperlink" Target="https://doi.org/10.1016/j.watres.2023.120591" TargetMode="External"/><Relationship Id="rId27" Type="http://schemas.openxmlformats.org/officeDocument/2006/relationships/hyperlink" Target="https://doi.org/10.1093/jmammal/gyad007" TargetMode="External"/><Relationship Id="rId48" Type="http://schemas.openxmlformats.org/officeDocument/2006/relationships/hyperlink" Target="https://doi.org/10.1016/j.watres.2022.118926" TargetMode="External"/><Relationship Id="rId69" Type="http://schemas.openxmlformats.org/officeDocument/2006/relationships/hyperlink" Target="https://doi.org/10.1007/s10201-022-00704-3" TargetMode="External"/><Relationship Id="rId113" Type="http://schemas.openxmlformats.org/officeDocument/2006/relationships/hyperlink" Target="https://doi.org/10.1371/journal.pone.0090168" TargetMode="External"/><Relationship Id="rId134" Type="http://schemas.openxmlformats.org/officeDocument/2006/relationships/hyperlink" Target="https://doi.org/10.1021/acs.est.5c01093" TargetMode="External"/><Relationship Id="rId80" Type="http://schemas.openxmlformats.org/officeDocument/2006/relationships/hyperlink" Target="https://doi.org/10.15666/aeer/1803_39353950" TargetMode="External"/><Relationship Id="rId155" Type="http://schemas.openxmlformats.org/officeDocument/2006/relationships/hyperlink" Target="https://doi.org/10.3390/w17050650" TargetMode="External"/><Relationship Id="rId176" Type="http://schemas.openxmlformats.org/officeDocument/2006/relationships/hyperlink" Target="https://doi.org/10.3390/life12122081" TargetMode="External"/><Relationship Id="rId197" Type="http://schemas.openxmlformats.org/officeDocument/2006/relationships/hyperlink" Target="https://doi.org/10.1016/j.actatropica.2016.08.019" TargetMode="External"/><Relationship Id="rId201" Type="http://schemas.openxmlformats.org/officeDocument/2006/relationships/hyperlink" Target="https://doi.org/10.2175/106143012X13373550426878" TargetMode="External"/><Relationship Id="rId17" Type="http://schemas.openxmlformats.org/officeDocument/2006/relationships/hyperlink" Target="https://doi.org/10.1021/acs.est.4c12910" TargetMode="External"/><Relationship Id="rId38" Type="http://schemas.openxmlformats.org/officeDocument/2006/relationships/hyperlink" Target="https://dx.doi.org/10.1353/sgo.2023.a904511" TargetMode="External"/><Relationship Id="rId59" Type="http://schemas.openxmlformats.org/officeDocument/2006/relationships/hyperlink" Target="https://doi.org/10.21425/F5FBG57816" TargetMode="External"/><Relationship Id="rId103" Type="http://schemas.openxmlformats.org/officeDocument/2006/relationships/hyperlink" Target="https://doi.org/10.1016/j.ibiod.2017.04.005" TargetMode="External"/><Relationship Id="rId124" Type="http://schemas.openxmlformats.org/officeDocument/2006/relationships/hyperlink" Target="https://doi.org/10.1111/j.1440-1770.2006.00297.x" TargetMode="External"/><Relationship Id="rId70" Type="http://schemas.openxmlformats.org/officeDocument/2006/relationships/hyperlink" Target="https://doi.org/10.1007/s10750-021-04678-8" TargetMode="External"/><Relationship Id="rId91" Type="http://schemas.openxmlformats.org/officeDocument/2006/relationships/hyperlink" Target="https://doi.org/10.1007/s10750-020-04343-6" TargetMode="External"/><Relationship Id="rId145" Type="http://schemas.openxmlformats.org/officeDocument/2006/relationships/hyperlink" Target="https://doi.org/10.1590/1676-0611-BN-2020-1122" TargetMode="External"/><Relationship Id="rId166" Type="http://schemas.openxmlformats.org/officeDocument/2006/relationships/hyperlink" Target="https://doi.org/10.1016/j.jenvman.2025.125479" TargetMode="External"/><Relationship Id="rId187" Type="http://schemas.openxmlformats.org/officeDocument/2006/relationships/hyperlink" Target="https://doi.org/10.1111/aec.1229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doi.org/10.1128/AEM.00287-17" TargetMode="External"/><Relationship Id="rId28" Type="http://schemas.openxmlformats.org/officeDocument/2006/relationships/hyperlink" Target="https://doi.org/10.1177/14744740231215508" TargetMode="External"/><Relationship Id="rId49" Type="http://schemas.openxmlformats.org/officeDocument/2006/relationships/hyperlink" Target="https://doi.org/10.1177/09562478221084560" TargetMode="External"/><Relationship Id="rId114" Type="http://schemas.openxmlformats.org/officeDocument/2006/relationships/hyperlink" Target="https://doi.org/10.1111/ddi.12120" TargetMode="External"/><Relationship Id="rId60" Type="http://schemas.openxmlformats.org/officeDocument/2006/relationships/hyperlink" Target="https://doi.org/10.1016/j.ecolind.2022.108875" TargetMode="External"/><Relationship Id="rId81" Type="http://schemas.openxmlformats.org/officeDocument/2006/relationships/hyperlink" Target="https://doi.org/10.1016/j.watres.2019.01.015" TargetMode="External"/><Relationship Id="rId135" Type="http://schemas.openxmlformats.org/officeDocument/2006/relationships/hyperlink" Target="https://doi.org/10.1126/sciadv.abk0097" TargetMode="External"/><Relationship Id="rId156" Type="http://schemas.openxmlformats.org/officeDocument/2006/relationships/hyperlink" Target="https://doi.org/10.3390/insects15110831" TargetMode="External"/><Relationship Id="rId177" Type="http://schemas.openxmlformats.org/officeDocument/2006/relationships/hyperlink" Target="https://doi.org/10.2989/16085914.2019.1663721" TargetMode="External"/><Relationship Id="rId198" Type="http://schemas.openxmlformats.org/officeDocument/2006/relationships/hyperlink" Target="https://doi.org/10.1016/j.actao.2003.11.006" TargetMode="External"/><Relationship Id="rId202" Type="http://schemas.openxmlformats.org/officeDocument/2006/relationships/hyperlink" Target="https://doi.org/10.1016/j.chemosphere.2022.136659" TargetMode="External"/><Relationship Id="rId18" Type="http://schemas.openxmlformats.org/officeDocument/2006/relationships/hyperlink" Target="https://doi.org/10.1016/j.watres.2023.120263" TargetMode="External"/><Relationship Id="rId39" Type="http://schemas.openxmlformats.org/officeDocument/2006/relationships/hyperlink" Target="https://doi.org/10.1016/j.aquatox.2024.106972" TargetMode="External"/><Relationship Id="rId50" Type="http://schemas.openxmlformats.org/officeDocument/2006/relationships/hyperlink" Target="https://doi.org/10.1016/j.scitotenv.2021.151398" TargetMode="External"/><Relationship Id="rId104" Type="http://schemas.openxmlformats.org/officeDocument/2006/relationships/hyperlink" Target="https://doi.org/10.1007/s11252-014-0397-5" TargetMode="External"/><Relationship Id="rId125" Type="http://schemas.openxmlformats.org/officeDocument/2006/relationships/hyperlink" Target="https://doi.org/10.1899/10-047.1" TargetMode="External"/><Relationship Id="rId146" Type="http://schemas.openxmlformats.org/officeDocument/2006/relationships/hyperlink" Target="https://doi.org/10.1126/sciadv.abk0097" TargetMode="External"/><Relationship Id="rId167" Type="http://schemas.openxmlformats.org/officeDocument/2006/relationships/hyperlink" Target="https://doi.org/10.1007/s10750-021-04716-5" TargetMode="External"/><Relationship Id="rId188" Type="http://schemas.openxmlformats.org/officeDocument/2006/relationships/hyperlink" Target="https://doi.org/10.1080/24750263.2020.1744743" TargetMode="External"/><Relationship Id="rId71" Type="http://schemas.openxmlformats.org/officeDocument/2006/relationships/hyperlink" Target="https://doi.org/10.1111/1365-2656.13293" TargetMode="External"/><Relationship Id="rId92" Type="http://schemas.openxmlformats.org/officeDocument/2006/relationships/hyperlink" Target="https://doi.org/10.1080/14634988.2018.1507530" TargetMode="External"/><Relationship Id="rId213" Type="http://schemas.openxmlformats.org/officeDocument/2006/relationships/hyperlink" Target="https://doi.org/10.1016/j.ecolind.2022.10983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oi.org/10.3390/birds6010008" TargetMode="External"/><Relationship Id="rId40" Type="http://schemas.openxmlformats.org/officeDocument/2006/relationships/hyperlink" Target="https://doi.org/10.1016/j.envpol.2023.122203" TargetMode="External"/><Relationship Id="rId115" Type="http://schemas.openxmlformats.org/officeDocument/2006/relationships/hyperlink" Target="https://doi.org/10.1002/eap.1572" TargetMode="External"/><Relationship Id="rId136" Type="http://schemas.openxmlformats.org/officeDocument/2006/relationships/hyperlink" Target="https://doi.org/10.15407/knit2021.05.011" TargetMode="External"/><Relationship Id="rId157" Type="http://schemas.openxmlformats.org/officeDocument/2006/relationships/hyperlink" Target="https://doi.org/10.3390/insects15050308" TargetMode="External"/><Relationship Id="rId178" Type="http://schemas.openxmlformats.org/officeDocument/2006/relationships/hyperlink" Target="https://doi.org/10.1093/jue/juab011" TargetMode="External"/><Relationship Id="rId61" Type="http://schemas.openxmlformats.org/officeDocument/2006/relationships/hyperlink" Target="https://doi.org/10.2166/wh.2020.065" TargetMode="External"/><Relationship Id="rId82" Type="http://schemas.openxmlformats.org/officeDocument/2006/relationships/hyperlink" Target="https://doi.org/10.1080/20442041.2019.1678970" TargetMode="External"/><Relationship Id="rId199" Type="http://schemas.openxmlformats.org/officeDocument/2006/relationships/hyperlink" Target="https://doi.org/10.1016/S0254-6299(15)31051-6" TargetMode="External"/><Relationship Id="rId203" Type="http://schemas.openxmlformats.org/officeDocument/2006/relationships/hyperlink" Target="https://doi.org/10.1093/jue/juy018" TargetMode="External"/><Relationship Id="rId19" Type="http://schemas.openxmlformats.org/officeDocument/2006/relationships/hyperlink" Target="https://doi.org/10.1007/s10661-024-12599-x" TargetMode="External"/><Relationship Id="rId30" Type="http://schemas.openxmlformats.org/officeDocument/2006/relationships/hyperlink" Target="https://doi.org/10.1016/j.jhazmat.2024.136847" TargetMode="External"/><Relationship Id="rId105" Type="http://schemas.openxmlformats.org/officeDocument/2006/relationships/hyperlink" Target="https://doi.org/10.1134/S1067413614010111" TargetMode="External"/><Relationship Id="rId126" Type="http://schemas.openxmlformats.org/officeDocument/2006/relationships/hyperlink" Target="https://doi.org/10.5735/085.045.0503" TargetMode="External"/><Relationship Id="rId147" Type="http://schemas.openxmlformats.org/officeDocument/2006/relationships/hyperlink" Target="https://doi.org/10.1643/CP-13-082" TargetMode="External"/><Relationship Id="rId168" Type="http://schemas.openxmlformats.org/officeDocument/2006/relationships/hyperlink" Target="https://doi.org/10.1002/etc.5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29E3B2-24A5-4694-AD4F-6D56CE4AE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12412</Words>
  <Characters>70750</Characters>
  <Application>Microsoft Office Word</Application>
  <DocSecurity>0</DocSecurity>
  <Lines>589</Lines>
  <Paragraphs>165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82997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Geetha S P Iyyanar</cp:lastModifiedBy>
  <cp:revision>6</cp:revision>
  <dcterms:created xsi:type="dcterms:W3CDTF">2026-03-03T17:29:00Z</dcterms:created>
  <dcterms:modified xsi:type="dcterms:W3CDTF">2026-05-15T19:02:00Z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e2f11dab-c718-41c9-be82-1ebca34085da</vt:lpwstr>
  </property>
  <property fmtid="{D5CDD505-2E9C-101B-9397-08002B2CF9AE}" pid="3" name="ZOTERO_PREF_1">
    <vt:lpwstr>&lt;data data-version="3" zotero-version="7.0.32"&gt;&lt;session id="iIxMqAVU"/&gt;&lt;style id="http://www.zotero.org/styles/hydrobiologia" hasBibliography="1" bibliographyStyleHasBeenSet="0"/&gt;&lt;prefs&gt;&lt;pref name="fieldType" value="Field"/&gt;&lt;/prefs&gt;&lt;/data&gt;</vt:lpwstr>
  </property>
</Properties>
</file>