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3FC3C" w14:textId="77777777" w:rsidR="00CB29B6" w:rsidRPr="00DA3C6E" w:rsidRDefault="00000000">
      <w:pPr>
        <w:jc w:val="center"/>
        <w:rPr>
          <w:rFonts w:ascii="Arial" w:hAnsi="Arial" w:cs="Arial"/>
        </w:rPr>
      </w:pPr>
      <w:r w:rsidRPr="00DA3C6E">
        <w:rPr>
          <w:rFonts w:ascii="Arial" w:hAnsi="Arial" w:cs="Arial"/>
          <w:b/>
          <w:sz w:val="28"/>
        </w:rPr>
        <w:t>Online Resource 2. Questionnaire used in the bee-knowledge survey</w:t>
      </w:r>
    </w:p>
    <w:p w14:paraId="78407697" w14:textId="77777777" w:rsidR="00CB29B6" w:rsidRPr="00DA3C6E" w:rsidRDefault="00000000" w:rsidP="00DA3C6E">
      <w:pPr>
        <w:jc w:val="both"/>
        <w:rPr>
          <w:rFonts w:ascii="Arial" w:hAnsi="Arial" w:cs="Arial"/>
        </w:rPr>
      </w:pPr>
      <w:r w:rsidRPr="00DA3C6E">
        <w:rPr>
          <w:rFonts w:ascii="Arial" w:hAnsi="Arial" w:cs="Arial"/>
        </w:rPr>
        <w:t>This supplement provides a typographically normalised transcription of the Portuguese questionnaire used in the classroom activity, followed by an English translation. The order of questions, response format, and response options were preserved. Minor spelling and punctuation normalisation was applied only to improve legibility for publication.</w:t>
      </w:r>
    </w:p>
    <w:p w14:paraId="5C12752A" w14:textId="77777777" w:rsidR="00CB29B6" w:rsidRPr="00DA3C6E" w:rsidRDefault="00000000">
      <w:pPr>
        <w:rPr>
          <w:rFonts w:ascii="Arial" w:hAnsi="Arial" w:cs="Arial"/>
          <w:lang w:val="pt-BR"/>
        </w:rPr>
      </w:pPr>
      <w:r w:rsidRPr="00DA3C6E">
        <w:rPr>
          <w:rFonts w:ascii="Arial" w:hAnsi="Arial" w:cs="Arial"/>
          <w:b/>
          <w:sz w:val="24"/>
          <w:lang w:val="pt-BR"/>
        </w:rPr>
        <w:t>A. Portuguese original, typographically normalised</w:t>
      </w:r>
    </w:p>
    <w:p w14:paraId="4B25C544" w14:textId="77777777" w:rsidR="00CB29B6" w:rsidRPr="00DA3C6E" w:rsidRDefault="00000000">
      <w:pPr>
        <w:rPr>
          <w:rFonts w:ascii="Arial" w:hAnsi="Arial" w:cs="Arial"/>
          <w:lang w:val="pt-BR"/>
        </w:rPr>
      </w:pPr>
      <w:r w:rsidRPr="00DA3C6E">
        <w:rPr>
          <w:rFonts w:ascii="Arial" w:hAnsi="Arial" w:cs="Arial"/>
          <w:lang w:val="pt-BR"/>
        </w:rPr>
        <w:t>Título do instrumento: AS ABELHAS</w:t>
      </w:r>
    </w:p>
    <w:p w14:paraId="030DA8F5" w14:textId="77777777" w:rsidR="00CB29B6" w:rsidRPr="00DA3C6E" w:rsidRDefault="00000000">
      <w:pPr>
        <w:rPr>
          <w:rFonts w:ascii="Arial" w:hAnsi="Arial" w:cs="Arial"/>
          <w:lang w:val="pt-BR"/>
        </w:rPr>
      </w:pPr>
      <w:r w:rsidRPr="00DA3C6E">
        <w:rPr>
          <w:rFonts w:ascii="Arial" w:hAnsi="Arial" w:cs="Arial"/>
          <w:lang w:val="pt-BR"/>
        </w:rPr>
        <w:t>Escola: ________________________________    Série/Ano: ________________________________</w:t>
      </w:r>
    </w:p>
    <w:p w14:paraId="3E177E05" w14:textId="77777777" w:rsidR="00CB29B6" w:rsidRPr="00DA3C6E" w:rsidRDefault="00000000">
      <w:pPr>
        <w:rPr>
          <w:rFonts w:ascii="Arial" w:hAnsi="Arial" w:cs="Arial"/>
          <w:lang w:val="pt-BR"/>
        </w:rPr>
      </w:pPr>
      <w:r w:rsidRPr="00DA3C6E">
        <w:rPr>
          <w:rFonts w:ascii="Arial" w:hAnsi="Arial" w:cs="Arial"/>
          <w:lang w:val="pt-BR"/>
        </w:rPr>
        <w:t>Sexo: ( ) Feminino   ( ) Masculino   ( ) Outro(a)</w:t>
      </w:r>
    </w:p>
    <w:p w14:paraId="264A5672" w14:textId="77777777" w:rsidR="00CB29B6" w:rsidRPr="00DA3C6E" w:rsidRDefault="00000000">
      <w:pPr>
        <w:rPr>
          <w:rFonts w:ascii="Arial" w:hAnsi="Arial" w:cs="Arial"/>
          <w:lang w:val="pt-BR"/>
        </w:rPr>
      </w:pPr>
      <w:r w:rsidRPr="00DA3C6E">
        <w:rPr>
          <w:rFonts w:ascii="Arial" w:hAnsi="Arial" w:cs="Arial"/>
          <w:lang w:val="pt-BR"/>
        </w:rPr>
        <w:t>Idade: ________________________________</w:t>
      </w:r>
    </w:p>
    <w:p w14:paraId="0CE3089E" w14:textId="77777777" w:rsidR="00CB29B6" w:rsidRPr="00DA3C6E" w:rsidRDefault="00000000">
      <w:pPr>
        <w:rPr>
          <w:rFonts w:ascii="Arial" w:hAnsi="Arial" w:cs="Arial"/>
          <w:lang w:val="pt-BR"/>
        </w:rPr>
      </w:pPr>
      <w:r w:rsidRPr="00DA3C6E">
        <w:rPr>
          <w:rFonts w:ascii="Arial" w:hAnsi="Arial" w:cs="Arial"/>
          <w:lang w:val="pt-BR"/>
        </w:rPr>
        <w:t>Etnia: ( ) Guarani   ( ) Kaiowá   ( ) Terena   ( ) Outro(a): ________________________________</w:t>
      </w:r>
    </w:p>
    <w:p w14:paraId="7CCE4786" w14:textId="77777777" w:rsidR="00CB29B6" w:rsidRPr="00DA3C6E" w:rsidRDefault="00000000">
      <w:pPr>
        <w:rPr>
          <w:rFonts w:ascii="Arial" w:hAnsi="Arial" w:cs="Arial"/>
          <w:lang w:val="pt-BR"/>
        </w:rPr>
      </w:pPr>
      <w:r w:rsidRPr="00DA3C6E">
        <w:rPr>
          <w:rFonts w:ascii="Arial" w:hAnsi="Arial" w:cs="Arial"/>
          <w:lang w:val="pt-BR"/>
        </w:rPr>
        <w:t>1. Você conhece alguma abelha?</w:t>
      </w:r>
    </w:p>
    <w:p w14:paraId="109ACD61" w14:textId="77777777" w:rsidR="00CB29B6" w:rsidRPr="00DA3C6E" w:rsidRDefault="00000000">
      <w:pPr>
        <w:ind w:left="288"/>
        <w:rPr>
          <w:rFonts w:ascii="Arial" w:hAnsi="Arial" w:cs="Arial"/>
          <w:lang w:val="pt-BR"/>
        </w:rPr>
      </w:pPr>
      <w:r w:rsidRPr="00DA3C6E">
        <w:rPr>
          <w:rFonts w:ascii="Arial" w:hAnsi="Arial" w:cs="Arial"/>
          <w:lang w:val="pt-BR"/>
        </w:rPr>
        <w:t>( ) Sim   ( ) Não</w:t>
      </w:r>
    </w:p>
    <w:p w14:paraId="1DC5B2B8" w14:textId="77777777" w:rsidR="00CB29B6" w:rsidRPr="00DA3C6E" w:rsidRDefault="00000000">
      <w:pPr>
        <w:rPr>
          <w:rFonts w:ascii="Arial" w:hAnsi="Arial" w:cs="Arial"/>
          <w:lang w:val="pt-BR"/>
        </w:rPr>
      </w:pPr>
      <w:r w:rsidRPr="00DA3C6E">
        <w:rPr>
          <w:rFonts w:ascii="Arial" w:hAnsi="Arial" w:cs="Arial"/>
          <w:lang w:val="pt-BR"/>
        </w:rPr>
        <w:t>2. Como você chama as abelhas na sua língua materna?</w:t>
      </w:r>
    </w:p>
    <w:p w14:paraId="44660453" w14:textId="77777777" w:rsidR="00CB29B6" w:rsidRPr="00DA3C6E" w:rsidRDefault="00000000">
      <w:pPr>
        <w:ind w:left="288"/>
        <w:rPr>
          <w:rFonts w:ascii="Arial" w:hAnsi="Arial" w:cs="Arial"/>
          <w:lang w:val="pt-BR"/>
        </w:rPr>
      </w:pPr>
      <w:r w:rsidRPr="00DA3C6E">
        <w:rPr>
          <w:rFonts w:ascii="Arial" w:hAnsi="Arial" w:cs="Arial"/>
          <w:lang w:val="pt-BR"/>
        </w:rPr>
        <w:t>Resposta: ________________________________________________________________________________</w:t>
      </w:r>
    </w:p>
    <w:p w14:paraId="18C0C8EF" w14:textId="77777777" w:rsidR="00CB29B6" w:rsidRPr="00DA3C6E" w:rsidRDefault="00000000">
      <w:pPr>
        <w:rPr>
          <w:rFonts w:ascii="Arial" w:hAnsi="Arial" w:cs="Arial"/>
          <w:lang w:val="pt-BR"/>
        </w:rPr>
      </w:pPr>
      <w:r w:rsidRPr="00DA3C6E">
        <w:rPr>
          <w:rFonts w:ascii="Arial" w:hAnsi="Arial" w:cs="Arial"/>
          <w:lang w:val="pt-BR"/>
        </w:rPr>
        <w:t>3. Tem abelhas perto da sua casa?</w:t>
      </w:r>
    </w:p>
    <w:p w14:paraId="36E93811" w14:textId="77777777" w:rsidR="00CB29B6" w:rsidRPr="00DA3C6E" w:rsidRDefault="00000000">
      <w:pPr>
        <w:ind w:left="288"/>
        <w:rPr>
          <w:rFonts w:ascii="Arial" w:hAnsi="Arial" w:cs="Arial"/>
          <w:lang w:val="pt-BR"/>
        </w:rPr>
      </w:pPr>
      <w:r w:rsidRPr="00DA3C6E">
        <w:rPr>
          <w:rFonts w:ascii="Arial" w:hAnsi="Arial" w:cs="Arial"/>
          <w:lang w:val="pt-BR"/>
        </w:rPr>
        <w:t>( ) Sim   ( ) Não</w:t>
      </w:r>
    </w:p>
    <w:p w14:paraId="2C18A358" w14:textId="77777777" w:rsidR="00CB29B6" w:rsidRPr="00DA3C6E" w:rsidRDefault="00000000">
      <w:pPr>
        <w:rPr>
          <w:rFonts w:ascii="Arial" w:hAnsi="Arial" w:cs="Arial"/>
          <w:lang w:val="pt-BR"/>
        </w:rPr>
      </w:pPr>
      <w:r w:rsidRPr="00DA3C6E">
        <w:rPr>
          <w:rFonts w:ascii="Arial" w:hAnsi="Arial" w:cs="Arial"/>
          <w:lang w:val="pt-BR"/>
        </w:rPr>
        <w:t>4. Onde você já viu abelha?</w:t>
      </w:r>
    </w:p>
    <w:p w14:paraId="483F1F2A" w14:textId="77777777" w:rsidR="00CB29B6" w:rsidRPr="00DA3C6E" w:rsidRDefault="00000000">
      <w:pPr>
        <w:ind w:left="288"/>
        <w:rPr>
          <w:rFonts w:ascii="Arial" w:hAnsi="Arial" w:cs="Arial"/>
          <w:lang w:val="pt-BR"/>
        </w:rPr>
      </w:pPr>
      <w:r w:rsidRPr="00DA3C6E">
        <w:rPr>
          <w:rFonts w:ascii="Arial" w:hAnsi="Arial" w:cs="Arial"/>
          <w:lang w:val="pt-BR"/>
        </w:rPr>
        <w:t>Resposta: ________________________________________________________________________________</w:t>
      </w:r>
    </w:p>
    <w:p w14:paraId="389B70F0" w14:textId="77777777" w:rsidR="00CB29B6" w:rsidRPr="00DA3C6E" w:rsidRDefault="00000000">
      <w:pPr>
        <w:rPr>
          <w:rFonts w:ascii="Arial" w:hAnsi="Arial" w:cs="Arial"/>
          <w:lang w:val="pt-BR"/>
        </w:rPr>
      </w:pPr>
      <w:r w:rsidRPr="00DA3C6E">
        <w:rPr>
          <w:rFonts w:ascii="Arial" w:hAnsi="Arial" w:cs="Arial"/>
          <w:lang w:val="pt-BR"/>
        </w:rPr>
        <w:t>5. Onde a abelha mora?</w:t>
      </w:r>
    </w:p>
    <w:p w14:paraId="3E48897E" w14:textId="77777777" w:rsidR="00CB29B6" w:rsidRPr="00DA3C6E" w:rsidRDefault="00000000">
      <w:pPr>
        <w:ind w:left="288"/>
        <w:rPr>
          <w:rFonts w:ascii="Arial" w:hAnsi="Arial" w:cs="Arial"/>
          <w:lang w:val="pt-BR"/>
        </w:rPr>
      </w:pPr>
      <w:r w:rsidRPr="00DA3C6E">
        <w:rPr>
          <w:rFonts w:ascii="Arial" w:hAnsi="Arial" w:cs="Arial"/>
          <w:lang w:val="pt-BR"/>
        </w:rPr>
        <w:t>Resposta: ________________________________________________________________________________</w:t>
      </w:r>
    </w:p>
    <w:p w14:paraId="7FCF8C99" w14:textId="77777777" w:rsidR="00CB29B6" w:rsidRPr="00DA3C6E" w:rsidRDefault="00000000">
      <w:pPr>
        <w:rPr>
          <w:rFonts w:ascii="Arial" w:hAnsi="Arial" w:cs="Arial"/>
          <w:lang w:val="pt-BR"/>
        </w:rPr>
      </w:pPr>
      <w:r w:rsidRPr="00DA3C6E">
        <w:rPr>
          <w:rFonts w:ascii="Arial" w:hAnsi="Arial" w:cs="Arial"/>
          <w:lang w:val="pt-BR"/>
        </w:rPr>
        <w:t>6. A abelha mora sozinha?</w:t>
      </w:r>
    </w:p>
    <w:p w14:paraId="5851C404" w14:textId="77777777" w:rsidR="00CB29B6" w:rsidRPr="00DA3C6E" w:rsidRDefault="00000000">
      <w:pPr>
        <w:ind w:left="288"/>
        <w:rPr>
          <w:rFonts w:ascii="Arial" w:hAnsi="Arial" w:cs="Arial"/>
          <w:lang w:val="pt-BR"/>
        </w:rPr>
      </w:pPr>
      <w:r w:rsidRPr="00DA3C6E">
        <w:rPr>
          <w:rFonts w:ascii="Arial" w:hAnsi="Arial" w:cs="Arial"/>
          <w:lang w:val="pt-BR"/>
        </w:rPr>
        <w:t>( ) Mora sozinha   ( ) Mora com outras abelhas</w:t>
      </w:r>
    </w:p>
    <w:p w14:paraId="53D99FCC" w14:textId="77777777" w:rsidR="00CB29B6" w:rsidRPr="00DA3C6E" w:rsidRDefault="00000000">
      <w:pPr>
        <w:rPr>
          <w:rFonts w:ascii="Arial" w:hAnsi="Arial" w:cs="Arial"/>
          <w:lang w:val="pt-BR"/>
        </w:rPr>
      </w:pPr>
      <w:r w:rsidRPr="00DA3C6E">
        <w:rPr>
          <w:rFonts w:ascii="Arial" w:hAnsi="Arial" w:cs="Arial"/>
          <w:lang w:val="pt-BR"/>
        </w:rPr>
        <w:t>7. O que a abelha come?</w:t>
      </w:r>
    </w:p>
    <w:p w14:paraId="5ED446D9" w14:textId="77777777" w:rsidR="00CB29B6" w:rsidRPr="00DA3C6E" w:rsidRDefault="00000000">
      <w:pPr>
        <w:ind w:left="288"/>
        <w:rPr>
          <w:rFonts w:ascii="Arial" w:hAnsi="Arial" w:cs="Arial"/>
          <w:lang w:val="pt-BR"/>
        </w:rPr>
      </w:pPr>
      <w:r w:rsidRPr="00DA3C6E">
        <w:rPr>
          <w:rFonts w:ascii="Arial" w:hAnsi="Arial" w:cs="Arial"/>
          <w:lang w:val="pt-BR"/>
        </w:rPr>
        <w:lastRenderedPageBreak/>
        <w:t>Resposta: ________________________________________________________________________________</w:t>
      </w:r>
    </w:p>
    <w:p w14:paraId="10AEE8B3" w14:textId="77777777" w:rsidR="00CB29B6" w:rsidRPr="00DA3C6E" w:rsidRDefault="00000000">
      <w:pPr>
        <w:rPr>
          <w:rFonts w:ascii="Arial" w:hAnsi="Arial" w:cs="Arial"/>
          <w:lang w:val="pt-BR"/>
        </w:rPr>
      </w:pPr>
      <w:r w:rsidRPr="00DA3C6E">
        <w:rPr>
          <w:rFonts w:ascii="Arial" w:hAnsi="Arial" w:cs="Arial"/>
          <w:lang w:val="pt-BR"/>
        </w:rPr>
        <w:t>8. Você gosta de abelhas? Por quê?</w:t>
      </w:r>
    </w:p>
    <w:p w14:paraId="2121C3CA" w14:textId="77777777" w:rsidR="00CB29B6" w:rsidRPr="00DA3C6E" w:rsidRDefault="00000000">
      <w:pPr>
        <w:ind w:left="288"/>
        <w:rPr>
          <w:rFonts w:ascii="Arial" w:hAnsi="Arial" w:cs="Arial"/>
          <w:lang w:val="pt-BR"/>
        </w:rPr>
      </w:pPr>
      <w:r w:rsidRPr="00DA3C6E">
        <w:rPr>
          <w:rFonts w:ascii="Arial" w:hAnsi="Arial" w:cs="Arial"/>
          <w:lang w:val="pt-BR"/>
        </w:rPr>
        <w:t>( ) Sim   ( ) Não</w:t>
      </w:r>
    </w:p>
    <w:p w14:paraId="2760EF08" w14:textId="77777777" w:rsidR="00CB29B6" w:rsidRPr="00DA3C6E" w:rsidRDefault="00000000">
      <w:pPr>
        <w:ind w:left="288"/>
        <w:rPr>
          <w:rFonts w:ascii="Arial" w:hAnsi="Arial" w:cs="Arial"/>
          <w:lang w:val="pt-BR"/>
        </w:rPr>
      </w:pPr>
      <w:r w:rsidRPr="00DA3C6E">
        <w:rPr>
          <w:rFonts w:ascii="Arial" w:hAnsi="Arial" w:cs="Arial"/>
          <w:lang w:val="pt-BR"/>
        </w:rPr>
        <w:t>Resposta: ________________________________________________________________________________</w:t>
      </w:r>
    </w:p>
    <w:p w14:paraId="4CBEC6CB" w14:textId="77777777" w:rsidR="00CB29B6" w:rsidRPr="00DA3C6E" w:rsidRDefault="00000000">
      <w:pPr>
        <w:rPr>
          <w:rFonts w:ascii="Arial" w:hAnsi="Arial" w:cs="Arial"/>
          <w:lang w:val="pt-BR"/>
        </w:rPr>
      </w:pPr>
      <w:r w:rsidRPr="00DA3C6E">
        <w:rPr>
          <w:rFonts w:ascii="Arial" w:hAnsi="Arial" w:cs="Arial"/>
          <w:lang w:val="pt-BR"/>
        </w:rPr>
        <w:t>9. Você acha a abelha importante? Por quê?</w:t>
      </w:r>
    </w:p>
    <w:p w14:paraId="4DDD3F20" w14:textId="77777777" w:rsidR="00CB29B6" w:rsidRPr="00DA3C6E" w:rsidRDefault="00000000">
      <w:pPr>
        <w:ind w:left="288"/>
        <w:rPr>
          <w:rFonts w:ascii="Arial" w:hAnsi="Arial" w:cs="Arial"/>
          <w:lang w:val="pt-BR"/>
        </w:rPr>
      </w:pPr>
      <w:r w:rsidRPr="00DA3C6E">
        <w:rPr>
          <w:rFonts w:ascii="Arial" w:hAnsi="Arial" w:cs="Arial"/>
          <w:lang w:val="pt-BR"/>
        </w:rPr>
        <w:t>( ) Sim   ( ) Não</w:t>
      </w:r>
    </w:p>
    <w:p w14:paraId="3BCB7F40" w14:textId="77777777" w:rsidR="00CB29B6" w:rsidRPr="00DA3C6E" w:rsidRDefault="00000000">
      <w:pPr>
        <w:ind w:left="288"/>
        <w:rPr>
          <w:rFonts w:ascii="Arial" w:hAnsi="Arial" w:cs="Arial"/>
          <w:lang w:val="pt-BR"/>
        </w:rPr>
      </w:pPr>
      <w:r w:rsidRPr="00DA3C6E">
        <w:rPr>
          <w:rFonts w:ascii="Arial" w:hAnsi="Arial" w:cs="Arial"/>
          <w:lang w:val="pt-BR"/>
        </w:rPr>
        <w:t>Resposta: ________________________________________________________________________________</w:t>
      </w:r>
    </w:p>
    <w:p w14:paraId="08DD7ED0" w14:textId="77777777" w:rsidR="00CB29B6" w:rsidRPr="00DA3C6E" w:rsidRDefault="00000000">
      <w:pPr>
        <w:rPr>
          <w:rFonts w:ascii="Arial" w:hAnsi="Arial" w:cs="Arial"/>
          <w:lang w:val="pt-BR"/>
        </w:rPr>
      </w:pPr>
      <w:r w:rsidRPr="00DA3C6E">
        <w:rPr>
          <w:rFonts w:ascii="Arial" w:hAnsi="Arial" w:cs="Arial"/>
          <w:lang w:val="pt-BR"/>
        </w:rPr>
        <w:t>10. A abelha é brava?</w:t>
      </w:r>
    </w:p>
    <w:p w14:paraId="3456ACC2" w14:textId="77777777" w:rsidR="00CB29B6" w:rsidRPr="00DA3C6E" w:rsidRDefault="00000000">
      <w:pPr>
        <w:ind w:left="288"/>
        <w:rPr>
          <w:rFonts w:ascii="Arial" w:hAnsi="Arial" w:cs="Arial"/>
          <w:lang w:val="pt-BR"/>
        </w:rPr>
      </w:pPr>
      <w:r w:rsidRPr="00DA3C6E">
        <w:rPr>
          <w:rFonts w:ascii="Arial" w:hAnsi="Arial" w:cs="Arial"/>
          <w:lang w:val="pt-BR"/>
        </w:rPr>
        <w:t>( ) Sim   ( ) Não</w:t>
      </w:r>
    </w:p>
    <w:p w14:paraId="7C2E54FB" w14:textId="77777777" w:rsidR="00CB29B6" w:rsidRPr="00DA3C6E" w:rsidRDefault="00000000">
      <w:pPr>
        <w:rPr>
          <w:rFonts w:ascii="Arial" w:hAnsi="Arial" w:cs="Arial"/>
          <w:lang w:val="pt-BR"/>
        </w:rPr>
      </w:pPr>
      <w:r w:rsidRPr="00DA3C6E">
        <w:rPr>
          <w:rFonts w:ascii="Arial" w:hAnsi="Arial" w:cs="Arial"/>
          <w:lang w:val="pt-BR"/>
        </w:rPr>
        <w:t>11. Quando você pensa na abelha, o que você sente?</w:t>
      </w:r>
    </w:p>
    <w:p w14:paraId="187F1E77" w14:textId="77777777" w:rsidR="00CB29B6" w:rsidRPr="00DA3C6E" w:rsidRDefault="00000000">
      <w:pPr>
        <w:ind w:left="288"/>
        <w:rPr>
          <w:rFonts w:ascii="Arial" w:hAnsi="Arial" w:cs="Arial"/>
          <w:lang w:val="pt-BR"/>
        </w:rPr>
      </w:pPr>
      <w:r w:rsidRPr="00DA3C6E">
        <w:rPr>
          <w:rFonts w:ascii="Arial" w:hAnsi="Arial" w:cs="Arial"/>
          <w:lang w:val="pt-BR"/>
        </w:rPr>
        <w:t>( ) Medo   ( ) Carinho   ( ) Beleza   ( ) Curiosidade   Outros sentimentos: ________________________________</w:t>
      </w:r>
    </w:p>
    <w:p w14:paraId="5FC089AE" w14:textId="77777777" w:rsidR="00CB29B6" w:rsidRPr="00DA3C6E" w:rsidRDefault="00000000">
      <w:pPr>
        <w:rPr>
          <w:rFonts w:ascii="Arial" w:hAnsi="Arial" w:cs="Arial"/>
          <w:lang w:val="pt-BR"/>
        </w:rPr>
      </w:pPr>
      <w:r w:rsidRPr="00DA3C6E">
        <w:rPr>
          <w:rFonts w:ascii="Arial" w:hAnsi="Arial" w:cs="Arial"/>
          <w:lang w:val="pt-BR"/>
        </w:rPr>
        <w:t>12. Quais produtos das abelhas você conhece?</w:t>
      </w:r>
    </w:p>
    <w:p w14:paraId="786EB8DE" w14:textId="77777777" w:rsidR="00CB29B6" w:rsidRPr="00DA3C6E" w:rsidRDefault="00000000">
      <w:pPr>
        <w:ind w:left="288"/>
        <w:rPr>
          <w:rFonts w:ascii="Arial" w:hAnsi="Arial" w:cs="Arial"/>
          <w:lang w:val="pt-BR"/>
        </w:rPr>
      </w:pPr>
      <w:r w:rsidRPr="00DA3C6E">
        <w:rPr>
          <w:rFonts w:ascii="Arial" w:hAnsi="Arial" w:cs="Arial"/>
          <w:lang w:val="pt-BR"/>
        </w:rPr>
        <w:t>( ) Mel   ( ) Própolis   ( ) Cera</w:t>
      </w:r>
    </w:p>
    <w:p w14:paraId="4AB702A0" w14:textId="77777777" w:rsidR="00CB29B6" w:rsidRPr="00DA3C6E" w:rsidRDefault="00000000">
      <w:pPr>
        <w:rPr>
          <w:rFonts w:ascii="Arial" w:hAnsi="Arial" w:cs="Arial"/>
          <w:lang w:val="pt-BR"/>
        </w:rPr>
      </w:pPr>
      <w:r w:rsidRPr="00DA3C6E">
        <w:rPr>
          <w:rFonts w:ascii="Arial" w:hAnsi="Arial" w:cs="Arial"/>
          <w:lang w:val="pt-BR"/>
        </w:rPr>
        <w:t>13. Quais produtos das abelhas você e sua família utilizam?</w:t>
      </w:r>
    </w:p>
    <w:p w14:paraId="69EC9634" w14:textId="77777777" w:rsidR="00CB29B6" w:rsidRPr="00DA3C6E" w:rsidRDefault="00000000">
      <w:pPr>
        <w:ind w:left="288"/>
        <w:rPr>
          <w:rFonts w:ascii="Arial" w:hAnsi="Arial" w:cs="Arial"/>
          <w:lang w:val="pt-BR"/>
        </w:rPr>
      </w:pPr>
      <w:r w:rsidRPr="00DA3C6E">
        <w:rPr>
          <w:rFonts w:ascii="Arial" w:hAnsi="Arial" w:cs="Arial"/>
          <w:lang w:val="pt-BR"/>
        </w:rPr>
        <w:t>( ) Mel   ( ) Própolis   ( ) Cera</w:t>
      </w:r>
    </w:p>
    <w:p w14:paraId="344B402D" w14:textId="77777777" w:rsidR="00CB29B6" w:rsidRPr="00DA3C6E" w:rsidRDefault="00000000">
      <w:pPr>
        <w:rPr>
          <w:rFonts w:ascii="Arial" w:hAnsi="Arial" w:cs="Arial"/>
          <w:lang w:val="pt-BR"/>
        </w:rPr>
      </w:pPr>
      <w:r w:rsidRPr="00DA3C6E">
        <w:rPr>
          <w:rFonts w:ascii="Arial" w:hAnsi="Arial" w:cs="Arial"/>
          <w:lang w:val="pt-BR"/>
        </w:rPr>
        <w:t>14. O que mais você sabe sobre as abelhas?</w:t>
      </w:r>
    </w:p>
    <w:p w14:paraId="45E9DEC8" w14:textId="77777777" w:rsidR="00CB29B6" w:rsidRPr="00DA3C6E" w:rsidRDefault="00000000">
      <w:pPr>
        <w:ind w:left="288"/>
        <w:rPr>
          <w:rFonts w:ascii="Arial" w:hAnsi="Arial" w:cs="Arial"/>
          <w:lang w:val="pt-BR"/>
        </w:rPr>
      </w:pPr>
      <w:r w:rsidRPr="00DA3C6E">
        <w:rPr>
          <w:rFonts w:ascii="Arial" w:hAnsi="Arial" w:cs="Arial"/>
          <w:lang w:val="pt-BR"/>
        </w:rPr>
        <w:t>Resposta: ________________________________________________________________________________</w:t>
      </w:r>
    </w:p>
    <w:p w14:paraId="38146FBB" w14:textId="77777777" w:rsidR="00CB29B6" w:rsidRPr="00DA3C6E" w:rsidRDefault="00000000">
      <w:pPr>
        <w:rPr>
          <w:rFonts w:ascii="Arial" w:hAnsi="Arial" w:cs="Arial"/>
          <w:lang w:val="pt-BR"/>
        </w:rPr>
      </w:pPr>
      <w:r w:rsidRPr="00DA3C6E">
        <w:rPr>
          <w:rFonts w:ascii="Arial" w:hAnsi="Arial" w:cs="Arial"/>
          <w:lang w:val="pt-BR"/>
        </w:rPr>
        <w:t>15. Todas as abelhas têm ferrão?</w:t>
      </w:r>
    </w:p>
    <w:p w14:paraId="030F20F2" w14:textId="77777777" w:rsidR="00CB29B6" w:rsidRPr="00DA3C6E" w:rsidRDefault="00000000">
      <w:pPr>
        <w:ind w:left="288"/>
        <w:rPr>
          <w:rFonts w:ascii="Arial" w:hAnsi="Arial" w:cs="Arial"/>
          <w:lang w:val="pt-BR"/>
        </w:rPr>
      </w:pPr>
      <w:r w:rsidRPr="00DA3C6E">
        <w:rPr>
          <w:rFonts w:ascii="Arial" w:hAnsi="Arial" w:cs="Arial"/>
          <w:lang w:val="pt-BR"/>
        </w:rPr>
        <w:t>( ) Sim   ( ) Não   ( ) Tem abelhas com e sem ferrão.</w:t>
      </w:r>
    </w:p>
    <w:p w14:paraId="766F8661" w14:textId="77777777" w:rsidR="00CB29B6" w:rsidRPr="00DA3C6E" w:rsidRDefault="00000000">
      <w:pPr>
        <w:rPr>
          <w:rFonts w:ascii="Arial" w:hAnsi="Arial" w:cs="Arial"/>
          <w:lang w:val="pt-BR"/>
        </w:rPr>
      </w:pPr>
      <w:r w:rsidRPr="00DA3C6E">
        <w:rPr>
          <w:rFonts w:ascii="Arial" w:hAnsi="Arial" w:cs="Arial"/>
          <w:lang w:val="pt-BR"/>
        </w:rPr>
        <w:t>16. Quais abelhas apresentadas no banner você conhece? Escreva o número e o nome pelo qual você conhece.</w:t>
      </w:r>
    </w:p>
    <w:p w14:paraId="2F83265C" w14:textId="77777777" w:rsidR="00CB29B6" w:rsidRPr="00DA3C6E" w:rsidRDefault="00000000">
      <w:pPr>
        <w:ind w:left="288"/>
        <w:rPr>
          <w:rFonts w:ascii="Arial" w:hAnsi="Arial" w:cs="Arial"/>
          <w:lang w:val="pt-BR"/>
        </w:rPr>
      </w:pPr>
      <w:r w:rsidRPr="00DA3C6E">
        <w:rPr>
          <w:rFonts w:ascii="Arial" w:hAnsi="Arial" w:cs="Arial"/>
          <w:lang w:val="pt-BR"/>
        </w:rPr>
        <w:t>Resposta: ________________________________________________________________________________</w:t>
      </w:r>
    </w:p>
    <w:p w14:paraId="55637036" w14:textId="77777777" w:rsidR="00CB29B6" w:rsidRPr="00DA3C6E" w:rsidRDefault="00000000">
      <w:pPr>
        <w:rPr>
          <w:rFonts w:ascii="Arial" w:hAnsi="Arial" w:cs="Arial"/>
          <w:lang w:val="pt-BR"/>
        </w:rPr>
      </w:pPr>
      <w:r w:rsidRPr="00DA3C6E">
        <w:rPr>
          <w:rFonts w:ascii="Arial" w:hAnsi="Arial" w:cs="Arial"/>
          <w:lang w:val="pt-BR"/>
        </w:rPr>
        <w:lastRenderedPageBreak/>
        <w:t>Muito obrigada!</w:t>
      </w:r>
    </w:p>
    <w:p w14:paraId="62D4AAD2" w14:textId="77777777" w:rsidR="00CB29B6" w:rsidRPr="00DA3C6E" w:rsidRDefault="00000000">
      <w:pPr>
        <w:rPr>
          <w:rFonts w:ascii="Arial" w:hAnsi="Arial" w:cs="Arial"/>
          <w:lang w:val="pt-BR"/>
        </w:rPr>
      </w:pPr>
      <w:r w:rsidRPr="00DA3C6E">
        <w:rPr>
          <w:rFonts w:ascii="Arial" w:hAnsi="Arial" w:cs="Arial"/>
          <w:lang w:val="pt-BR"/>
        </w:rPr>
        <w:br w:type="page"/>
      </w:r>
    </w:p>
    <w:p w14:paraId="13AA2703" w14:textId="77777777" w:rsidR="00CB29B6" w:rsidRPr="00DA3C6E" w:rsidRDefault="00000000">
      <w:pPr>
        <w:rPr>
          <w:rFonts w:ascii="Arial" w:hAnsi="Arial" w:cs="Arial"/>
          <w:lang w:val="pt-BR"/>
        </w:rPr>
      </w:pPr>
      <w:r w:rsidRPr="00DA3C6E">
        <w:rPr>
          <w:rFonts w:ascii="Arial" w:hAnsi="Arial" w:cs="Arial"/>
          <w:b/>
          <w:sz w:val="24"/>
          <w:lang w:val="pt-BR"/>
        </w:rPr>
        <w:lastRenderedPageBreak/>
        <w:t>B. English translation</w:t>
      </w:r>
    </w:p>
    <w:p w14:paraId="01A76713" w14:textId="77777777" w:rsidR="00CB29B6" w:rsidRPr="00DA3C6E" w:rsidRDefault="00000000">
      <w:pPr>
        <w:rPr>
          <w:rFonts w:ascii="Arial" w:hAnsi="Arial" w:cs="Arial"/>
        </w:rPr>
      </w:pPr>
      <w:r w:rsidRPr="00DA3C6E">
        <w:rPr>
          <w:rFonts w:ascii="Arial" w:hAnsi="Arial" w:cs="Arial"/>
        </w:rPr>
        <w:t>Instrument title: THE BEES</w:t>
      </w:r>
    </w:p>
    <w:p w14:paraId="0E29F43C" w14:textId="77777777" w:rsidR="00CB29B6" w:rsidRPr="00DA3C6E" w:rsidRDefault="00000000">
      <w:pPr>
        <w:rPr>
          <w:rFonts w:ascii="Arial" w:hAnsi="Arial" w:cs="Arial"/>
        </w:rPr>
      </w:pPr>
      <w:r w:rsidRPr="00DA3C6E">
        <w:rPr>
          <w:rFonts w:ascii="Arial" w:hAnsi="Arial" w:cs="Arial"/>
        </w:rPr>
        <w:t>School: ________________________________    Grade/year: ________________________________</w:t>
      </w:r>
    </w:p>
    <w:p w14:paraId="7A8B5B57" w14:textId="77777777" w:rsidR="00CB29B6" w:rsidRPr="00DA3C6E" w:rsidRDefault="00000000">
      <w:pPr>
        <w:rPr>
          <w:rFonts w:ascii="Arial" w:hAnsi="Arial" w:cs="Arial"/>
        </w:rPr>
      </w:pPr>
      <w:r w:rsidRPr="00DA3C6E">
        <w:rPr>
          <w:rFonts w:ascii="Arial" w:hAnsi="Arial" w:cs="Arial"/>
        </w:rPr>
        <w:t>Sex: ( ) Female   ( ) Male   ( ) Other</w:t>
      </w:r>
    </w:p>
    <w:p w14:paraId="4F3C1121" w14:textId="77777777" w:rsidR="00CB29B6" w:rsidRPr="00DA3C6E" w:rsidRDefault="00000000">
      <w:pPr>
        <w:rPr>
          <w:rFonts w:ascii="Arial" w:hAnsi="Arial" w:cs="Arial"/>
        </w:rPr>
      </w:pPr>
      <w:r w:rsidRPr="00DA3C6E">
        <w:rPr>
          <w:rFonts w:ascii="Arial" w:hAnsi="Arial" w:cs="Arial"/>
        </w:rPr>
        <w:t>Age: ________________________________</w:t>
      </w:r>
    </w:p>
    <w:p w14:paraId="4E69EC3D" w14:textId="77777777" w:rsidR="00CB29B6" w:rsidRPr="00DA3C6E" w:rsidRDefault="00000000">
      <w:pPr>
        <w:rPr>
          <w:rFonts w:ascii="Arial" w:hAnsi="Arial" w:cs="Arial"/>
        </w:rPr>
      </w:pPr>
      <w:r w:rsidRPr="00DA3C6E">
        <w:rPr>
          <w:rFonts w:ascii="Arial" w:hAnsi="Arial" w:cs="Arial"/>
        </w:rPr>
        <w:t>Ethnicity: ( ) Guarani   ( ) Kaiowá   ( ) Terena   ( ) Other: ________________________________</w:t>
      </w:r>
    </w:p>
    <w:p w14:paraId="5098C46A" w14:textId="77777777" w:rsidR="00CB29B6" w:rsidRPr="00DA3C6E" w:rsidRDefault="00000000">
      <w:pPr>
        <w:rPr>
          <w:rFonts w:ascii="Arial" w:hAnsi="Arial" w:cs="Arial"/>
        </w:rPr>
      </w:pPr>
      <w:r w:rsidRPr="00DA3C6E">
        <w:rPr>
          <w:rFonts w:ascii="Arial" w:hAnsi="Arial" w:cs="Arial"/>
        </w:rPr>
        <w:t>1. Do you know any bee?</w:t>
      </w:r>
    </w:p>
    <w:p w14:paraId="0FB3F1B3" w14:textId="77777777" w:rsidR="00CB29B6" w:rsidRPr="00DA3C6E" w:rsidRDefault="00000000">
      <w:pPr>
        <w:ind w:left="288"/>
        <w:rPr>
          <w:rFonts w:ascii="Arial" w:hAnsi="Arial" w:cs="Arial"/>
        </w:rPr>
      </w:pPr>
      <w:r w:rsidRPr="00DA3C6E">
        <w:rPr>
          <w:rFonts w:ascii="Arial" w:hAnsi="Arial" w:cs="Arial"/>
        </w:rPr>
        <w:t>( ) Yes   ( ) No</w:t>
      </w:r>
    </w:p>
    <w:p w14:paraId="054C15AE" w14:textId="77777777" w:rsidR="00CB29B6" w:rsidRPr="00DA3C6E" w:rsidRDefault="00000000">
      <w:pPr>
        <w:rPr>
          <w:rFonts w:ascii="Arial" w:hAnsi="Arial" w:cs="Arial"/>
        </w:rPr>
      </w:pPr>
      <w:r w:rsidRPr="00DA3C6E">
        <w:rPr>
          <w:rFonts w:ascii="Arial" w:hAnsi="Arial" w:cs="Arial"/>
        </w:rPr>
        <w:t>2. How do you call bees in your mother tongue?</w:t>
      </w:r>
    </w:p>
    <w:p w14:paraId="52E869C9" w14:textId="77777777" w:rsidR="00CB29B6" w:rsidRPr="00DA3C6E" w:rsidRDefault="00000000">
      <w:pPr>
        <w:ind w:left="288"/>
        <w:rPr>
          <w:rFonts w:ascii="Arial" w:hAnsi="Arial" w:cs="Arial"/>
        </w:rPr>
      </w:pPr>
      <w:r w:rsidRPr="00DA3C6E">
        <w:rPr>
          <w:rFonts w:ascii="Arial" w:hAnsi="Arial" w:cs="Arial"/>
        </w:rPr>
        <w:t>Response: ________________________________________________________________________________</w:t>
      </w:r>
    </w:p>
    <w:p w14:paraId="392F18FD" w14:textId="77777777" w:rsidR="00CB29B6" w:rsidRPr="00DA3C6E" w:rsidRDefault="00000000">
      <w:pPr>
        <w:rPr>
          <w:rFonts w:ascii="Arial" w:hAnsi="Arial" w:cs="Arial"/>
        </w:rPr>
      </w:pPr>
      <w:r w:rsidRPr="00DA3C6E">
        <w:rPr>
          <w:rFonts w:ascii="Arial" w:hAnsi="Arial" w:cs="Arial"/>
        </w:rPr>
        <w:t>3. Are there bees near your house?</w:t>
      </w:r>
    </w:p>
    <w:p w14:paraId="5EDE7B00" w14:textId="77777777" w:rsidR="00CB29B6" w:rsidRPr="00DA3C6E" w:rsidRDefault="00000000">
      <w:pPr>
        <w:ind w:left="288"/>
        <w:rPr>
          <w:rFonts w:ascii="Arial" w:hAnsi="Arial" w:cs="Arial"/>
        </w:rPr>
      </w:pPr>
      <w:r w:rsidRPr="00DA3C6E">
        <w:rPr>
          <w:rFonts w:ascii="Arial" w:hAnsi="Arial" w:cs="Arial"/>
        </w:rPr>
        <w:t>( ) Yes   ( ) No</w:t>
      </w:r>
    </w:p>
    <w:p w14:paraId="182187B8" w14:textId="77777777" w:rsidR="00CB29B6" w:rsidRPr="00DA3C6E" w:rsidRDefault="00000000">
      <w:pPr>
        <w:rPr>
          <w:rFonts w:ascii="Arial" w:hAnsi="Arial" w:cs="Arial"/>
        </w:rPr>
      </w:pPr>
      <w:r w:rsidRPr="00DA3C6E">
        <w:rPr>
          <w:rFonts w:ascii="Arial" w:hAnsi="Arial" w:cs="Arial"/>
        </w:rPr>
        <w:t>4. Where have you seen bees?</w:t>
      </w:r>
    </w:p>
    <w:p w14:paraId="596053B7" w14:textId="77777777" w:rsidR="00CB29B6" w:rsidRPr="00DA3C6E" w:rsidRDefault="00000000">
      <w:pPr>
        <w:ind w:left="288"/>
        <w:rPr>
          <w:rFonts w:ascii="Arial" w:hAnsi="Arial" w:cs="Arial"/>
        </w:rPr>
      </w:pPr>
      <w:r w:rsidRPr="00DA3C6E">
        <w:rPr>
          <w:rFonts w:ascii="Arial" w:hAnsi="Arial" w:cs="Arial"/>
        </w:rPr>
        <w:t>Response: ________________________________________________________________________________</w:t>
      </w:r>
    </w:p>
    <w:p w14:paraId="5F788452" w14:textId="77777777" w:rsidR="00CB29B6" w:rsidRPr="00DA3C6E" w:rsidRDefault="00000000">
      <w:pPr>
        <w:rPr>
          <w:rFonts w:ascii="Arial" w:hAnsi="Arial" w:cs="Arial"/>
        </w:rPr>
      </w:pPr>
      <w:r w:rsidRPr="00DA3C6E">
        <w:rPr>
          <w:rFonts w:ascii="Arial" w:hAnsi="Arial" w:cs="Arial"/>
        </w:rPr>
        <w:t>5. Where does the bee live?</w:t>
      </w:r>
    </w:p>
    <w:p w14:paraId="2D792CC2" w14:textId="77777777" w:rsidR="00CB29B6" w:rsidRPr="00DA3C6E" w:rsidRDefault="00000000">
      <w:pPr>
        <w:ind w:left="288"/>
        <w:rPr>
          <w:rFonts w:ascii="Arial" w:hAnsi="Arial" w:cs="Arial"/>
        </w:rPr>
      </w:pPr>
      <w:r w:rsidRPr="00DA3C6E">
        <w:rPr>
          <w:rFonts w:ascii="Arial" w:hAnsi="Arial" w:cs="Arial"/>
        </w:rPr>
        <w:t>Response: ________________________________________________________________________________</w:t>
      </w:r>
    </w:p>
    <w:p w14:paraId="1CB6E8B1" w14:textId="77777777" w:rsidR="00CB29B6" w:rsidRPr="00DA3C6E" w:rsidRDefault="00000000">
      <w:pPr>
        <w:rPr>
          <w:rFonts w:ascii="Arial" w:hAnsi="Arial" w:cs="Arial"/>
        </w:rPr>
      </w:pPr>
      <w:r w:rsidRPr="00DA3C6E">
        <w:rPr>
          <w:rFonts w:ascii="Arial" w:hAnsi="Arial" w:cs="Arial"/>
        </w:rPr>
        <w:t>6. Does the bee live alone?</w:t>
      </w:r>
    </w:p>
    <w:p w14:paraId="30099C74" w14:textId="77777777" w:rsidR="00CB29B6" w:rsidRPr="00DA3C6E" w:rsidRDefault="00000000">
      <w:pPr>
        <w:ind w:left="288"/>
        <w:rPr>
          <w:rFonts w:ascii="Arial" w:hAnsi="Arial" w:cs="Arial"/>
        </w:rPr>
      </w:pPr>
      <w:r w:rsidRPr="00DA3C6E">
        <w:rPr>
          <w:rFonts w:ascii="Arial" w:hAnsi="Arial" w:cs="Arial"/>
        </w:rPr>
        <w:t>( ) Lives alone   ( ) Lives with other bees</w:t>
      </w:r>
    </w:p>
    <w:p w14:paraId="7BC3D2EC" w14:textId="77777777" w:rsidR="00CB29B6" w:rsidRPr="00DA3C6E" w:rsidRDefault="00000000">
      <w:pPr>
        <w:rPr>
          <w:rFonts w:ascii="Arial" w:hAnsi="Arial" w:cs="Arial"/>
        </w:rPr>
      </w:pPr>
      <w:r w:rsidRPr="00DA3C6E">
        <w:rPr>
          <w:rFonts w:ascii="Arial" w:hAnsi="Arial" w:cs="Arial"/>
        </w:rPr>
        <w:t>7. What does the bee eat?</w:t>
      </w:r>
    </w:p>
    <w:p w14:paraId="227F9E33" w14:textId="77777777" w:rsidR="00CB29B6" w:rsidRPr="00DA3C6E" w:rsidRDefault="00000000">
      <w:pPr>
        <w:ind w:left="288"/>
        <w:rPr>
          <w:rFonts w:ascii="Arial" w:hAnsi="Arial" w:cs="Arial"/>
        </w:rPr>
      </w:pPr>
      <w:r w:rsidRPr="00DA3C6E">
        <w:rPr>
          <w:rFonts w:ascii="Arial" w:hAnsi="Arial" w:cs="Arial"/>
        </w:rPr>
        <w:t>Response: ________________________________________________________________________________</w:t>
      </w:r>
    </w:p>
    <w:p w14:paraId="14E4C4C0" w14:textId="77777777" w:rsidR="00CB29B6" w:rsidRPr="00DA3C6E" w:rsidRDefault="00000000">
      <w:pPr>
        <w:rPr>
          <w:rFonts w:ascii="Arial" w:hAnsi="Arial" w:cs="Arial"/>
        </w:rPr>
      </w:pPr>
      <w:r w:rsidRPr="00DA3C6E">
        <w:rPr>
          <w:rFonts w:ascii="Arial" w:hAnsi="Arial" w:cs="Arial"/>
        </w:rPr>
        <w:t>8. Do you like bees? Why?</w:t>
      </w:r>
    </w:p>
    <w:p w14:paraId="275CB266" w14:textId="77777777" w:rsidR="00CB29B6" w:rsidRPr="00DA3C6E" w:rsidRDefault="00000000">
      <w:pPr>
        <w:ind w:left="288"/>
        <w:rPr>
          <w:rFonts w:ascii="Arial" w:hAnsi="Arial" w:cs="Arial"/>
        </w:rPr>
      </w:pPr>
      <w:r w:rsidRPr="00DA3C6E">
        <w:rPr>
          <w:rFonts w:ascii="Arial" w:hAnsi="Arial" w:cs="Arial"/>
        </w:rPr>
        <w:t>( ) Yes   ( ) No</w:t>
      </w:r>
    </w:p>
    <w:p w14:paraId="2A34B2D2" w14:textId="77777777" w:rsidR="00CB29B6" w:rsidRPr="00DA3C6E" w:rsidRDefault="00000000">
      <w:pPr>
        <w:ind w:left="288"/>
        <w:rPr>
          <w:rFonts w:ascii="Arial" w:hAnsi="Arial" w:cs="Arial"/>
        </w:rPr>
      </w:pPr>
      <w:r w:rsidRPr="00DA3C6E">
        <w:rPr>
          <w:rFonts w:ascii="Arial" w:hAnsi="Arial" w:cs="Arial"/>
        </w:rPr>
        <w:lastRenderedPageBreak/>
        <w:t>Response: ________________________________________________________________________________</w:t>
      </w:r>
    </w:p>
    <w:p w14:paraId="42BCEBDE" w14:textId="77777777" w:rsidR="00CB29B6" w:rsidRPr="00DA3C6E" w:rsidRDefault="00000000">
      <w:pPr>
        <w:rPr>
          <w:rFonts w:ascii="Arial" w:hAnsi="Arial" w:cs="Arial"/>
        </w:rPr>
      </w:pPr>
      <w:r w:rsidRPr="00DA3C6E">
        <w:rPr>
          <w:rFonts w:ascii="Arial" w:hAnsi="Arial" w:cs="Arial"/>
        </w:rPr>
        <w:t>9. Do you think bees are important? Why?</w:t>
      </w:r>
    </w:p>
    <w:p w14:paraId="64B18BB9" w14:textId="77777777" w:rsidR="00CB29B6" w:rsidRPr="00DA3C6E" w:rsidRDefault="00000000">
      <w:pPr>
        <w:ind w:left="288"/>
        <w:rPr>
          <w:rFonts w:ascii="Arial" w:hAnsi="Arial" w:cs="Arial"/>
        </w:rPr>
      </w:pPr>
      <w:r w:rsidRPr="00DA3C6E">
        <w:rPr>
          <w:rFonts w:ascii="Arial" w:hAnsi="Arial" w:cs="Arial"/>
        </w:rPr>
        <w:t>( ) Yes   ( ) No</w:t>
      </w:r>
    </w:p>
    <w:p w14:paraId="0A4A1D84" w14:textId="77777777" w:rsidR="00CB29B6" w:rsidRPr="00DA3C6E" w:rsidRDefault="00000000">
      <w:pPr>
        <w:ind w:left="288"/>
        <w:rPr>
          <w:rFonts w:ascii="Arial" w:hAnsi="Arial" w:cs="Arial"/>
        </w:rPr>
      </w:pPr>
      <w:r w:rsidRPr="00DA3C6E">
        <w:rPr>
          <w:rFonts w:ascii="Arial" w:hAnsi="Arial" w:cs="Arial"/>
        </w:rPr>
        <w:t>Response: ________________________________________________________________________________</w:t>
      </w:r>
    </w:p>
    <w:p w14:paraId="585AF43E" w14:textId="77777777" w:rsidR="00CB29B6" w:rsidRPr="00DA3C6E" w:rsidRDefault="00000000">
      <w:pPr>
        <w:rPr>
          <w:rFonts w:ascii="Arial" w:hAnsi="Arial" w:cs="Arial"/>
        </w:rPr>
      </w:pPr>
      <w:r w:rsidRPr="00DA3C6E">
        <w:rPr>
          <w:rFonts w:ascii="Arial" w:hAnsi="Arial" w:cs="Arial"/>
        </w:rPr>
        <w:t>10. Is the bee aggressive?</w:t>
      </w:r>
    </w:p>
    <w:p w14:paraId="3458DD91" w14:textId="77777777" w:rsidR="00CB29B6" w:rsidRPr="00DA3C6E" w:rsidRDefault="00000000">
      <w:pPr>
        <w:ind w:left="288"/>
        <w:rPr>
          <w:rFonts w:ascii="Arial" w:hAnsi="Arial" w:cs="Arial"/>
        </w:rPr>
      </w:pPr>
      <w:r w:rsidRPr="00DA3C6E">
        <w:rPr>
          <w:rFonts w:ascii="Arial" w:hAnsi="Arial" w:cs="Arial"/>
        </w:rPr>
        <w:t>( ) Yes   ( ) No</w:t>
      </w:r>
    </w:p>
    <w:p w14:paraId="5038E4DB" w14:textId="77777777" w:rsidR="00CB29B6" w:rsidRPr="00DA3C6E" w:rsidRDefault="00000000">
      <w:pPr>
        <w:rPr>
          <w:rFonts w:ascii="Arial" w:hAnsi="Arial" w:cs="Arial"/>
        </w:rPr>
      </w:pPr>
      <w:r w:rsidRPr="00DA3C6E">
        <w:rPr>
          <w:rFonts w:ascii="Arial" w:hAnsi="Arial" w:cs="Arial"/>
        </w:rPr>
        <w:t>11. When you think about bees, what do you feel?</w:t>
      </w:r>
    </w:p>
    <w:p w14:paraId="31B095F4" w14:textId="77777777" w:rsidR="00CB29B6" w:rsidRPr="00DA3C6E" w:rsidRDefault="00000000">
      <w:pPr>
        <w:ind w:left="288"/>
        <w:rPr>
          <w:rFonts w:ascii="Arial" w:hAnsi="Arial" w:cs="Arial"/>
        </w:rPr>
      </w:pPr>
      <w:r w:rsidRPr="00DA3C6E">
        <w:rPr>
          <w:rFonts w:ascii="Arial" w:hAnsi="Arial" w:cs="Arial"/>
        </w:rPr>
        <w:t>( ) Fear   ( ) Affection   ( ) Beauty   ( ) Curiosity   Other feelings: ________________________________</w:t>
      </w:r>
    </w:p>
    <w:p w14:paraId="5E7576CC" w14:textId="77777777" w:rsidR="00CB29B6" w:rsidRPr="00DA3C6E" w:rsidRDefault="00000000">
      <w:pPr>
        <w:rPr>
          <w:rFonts w:ascii="Arial" w:hAnsi="Arial" w:cs="Arial"/>
        </w:rPr>
      </w:pPr>
      <w:r w:rsidRPr="00DA3C6E">
        <w:rPr>
          <w:rFonts w:ascii="Arial" w:hAnsi="Arial" w:cs="Arial"/>
        </w:rPr>
        <w:t>12. Which bee products do you know?</w:t>
      </w:r>
    </w:p>
    <w:p w14:paraId="5B5B630C" w14:textId="77777777" w:rsidR="00CB29B6" w:rsidRPr="00DA3C6E" w:rsidRDefault="00000000">
      <w:pPr>
        <w:ind w:left="288"/>
        <w:rPr>
          <w:rFonts w:ascii="Arial" w:hAnsi="Arial" w:cs="Arial"/>
        </w:rPr>
      </w:pPr>
      <w:r w:rsidRPr="00DA3C6E">
        <w:rPr>
          <w:rFonts w:ascii="Arial" w:hAnsi="Arial" w:cs="Arial"/>
        </w:rPr>
        <w:t>( ) Honey   ( ) Propolis   ( ) Wax</w:t>
      </w:r>
    </w:p>
    <w:p w14:paraId="5BF3B5A0" w14:textId="77777777" w:rsidR="00CB29B6" w:rsidRPr="00DA3C6E" w:rsidRDefault="00000000">
      <w:pPr>
        <w:rPr>
          <w:rFonts w:ascii="Arial" w:hAnsi="Arial" w:cs="Arial"/>
        </w:rPr>
      </w:pPr>
      <w:r w:rsidRPr="00DA3C6E">
        <w:rPr>
          <w:rFonts w:ascii="Arial" w:hAnsi="Arial" w:cs="Arial"/>
        </w:rPr>
        <w:t>13. Which bee products do you and your family use?</w:t>
      </w:r>
    </w:p>
    <w:p w14:paraId="2F8B950A" w14:textId="77777777" w:rsidR="00CB29B6" w:rsidRPr="00DA3C6E" w:rsidRDefault="00000000">
      <w:pPr>
        <w:ind w:left="288"/>
        <w:rPr>
          <w:rFonts w:ascii="Arial" w:hAnsi="Arial" w:cs="Arial"/>
        </w:rPr>
      </w:pPr>
      <w:r w:rsidRPr="00DA3C6E">
        <w:rPr>
          <w:rFonts w:ascii="Arial" w:hAnsi="Arial" w:cs="Arial"/>
        </w:rPr>
        <w:t>( ) Honey   ( ) Propolis   ( ) Wax</w:t>
      </w:r>
    </w:p>
    <w:p w14:paraId="18E17947" w14:textId="77777777" w:rsidR="00CB29B6" w:rsidRPr="00DA3C6E" w:rsidRDefault="00000000">
      <w:pPr>
        <w:rPr>
          <w:rFonts w:ascii="Arial" w:hAnsi="Arial" w:cs="Arial"/>
        </w:rPr>
      </w:pPr>
      <w:r w:rsidRPr="00DA3C6E">
        <w:rPr>
          <w:rFonts w:ascii="Arial" w:hAnsi="Arial" w:cs="Arial"/>
        </w:rPr>
        <w:t>14. What else do you know about bees?</w:t>
      </w:r>
    </w:p>
    <w:p w14:paraId="1CF647B3" w14:textId="77777777" w:rsidR="00CB29B6" w:rsidRPr="00DA3C6E" w:rsidRDefault="00000000">
      <w:pPr>
        <w:ind w:left="288"/>
        <w:rPr>
          <w:rFonts w:ascii="Arial" w:hAnsi="Arial" w:cs="Arial"/>
        </w:rPr>
      </w:pPr>
      <w:r w:rsidRPr="00DA3C6E">
        <w:rPr>
          <w:rFonts w:ascii="Arial" w:hAnsi="Arial" w:cs="Arial"/>
        </w:rPr>
        <w:t>Response: ________________________________________________________________________________</w:t>
      </w:r>
    </w:p>
    <w:p w14:paraId="2F296CA1" w14:textId="77777777" w:rsidR="00CB29B6" w:rsidRPr="00DA3C6E" w:rsidRDefault="00000000">
      <w:pPr>
        <w:rPr>
          <w:rFonts w:ascii="Arial" w:hAnsi="Arial" w:cs="Arial"/>
        </w:rPr>
      </w:pPr>
      <w:r w:rsidRPr="00DA3C6E">
        <w:rPr>
          <w:rFonts w:ascii="Arial" w:hAnsi="Arial" w:cs="Arial"/>
        </w:rPr>
        <w:t>15. Do all bees have stingers?</w:t>
      </w:r>
    </w:p>
    <w:p w14:paraId="633924B8" w14:textId="77777777" w:rsidR="00CB29B6" w:rsidRPr="00DA3C6E" w:rsidRDefault="00000000">
      <w:pPr>
        <w:ind w:left="288"/>
        <w:rPr>
          <w:rFonts w:ascii="Arial" w:hAnsi="Arial" w:cs="Arial"/>
        </w:rPr>
      </w:pPr>
      <w:r w:rsidRPr="00DA3C6E">
        <w:rPr>
          <w:rFonts w:ascii="Arial" w:hAnsi="Arial" w:cs="Arial"/>
        </w:rPr>
        <w:t>( ) Yes   ( ) No   ( ) There are bees with and without stingers.</w:t>
      </w:r>
    </w:p>
    <w:p w14:paraId="22428495" w14:textId="77777777" w:rsidR="00CB29B6" w:rsidRPr="00DA3C6E" w:rsidRDefault="00000000">
      <w:pPr>
        <w:rPr>
          <w:rFonts w:ascii="Arial" w:hAnsi="Arial" w:cs="Arial"/>
        </w:rPr>
      </w:pPr>
      <w:r w:rsidRPr="00DA3C6E">
        <w:rPr>
          <w:rFonts w:ascii="Arial" w:hAnsi="Arial" w:cs="Arial"/>
        </w:rPr>
        <w:t>16. Which bees presented in the banner do you know? Write the number and the name by which you know each one.</w:t>
      </w:r>
    </w:p>
    <w:p w14:paraId="6CE50485" w14:textId="77777777" w:rsidR="00CB29B6" w:rsidRPr="00DA3C6E" w:rsidRDefault="00000000">
      <w:pPr>
        <w:ind w:left="288"/>
        <w:rPr>
          <w:rFonts w:ascii="Arial" w:hAnsi="Arial" w:cs="Arial"/>
        </w:rPr>
      </w:pPr>
      <w:r w:rsidRPr="00DA3C6E">
        <w:rPr>
          <w:rFonts w:ascii="Arial" w:hAnsi="Arial" w:cs="Arial"/>
        </w:rPr>
        <w:t>Response: ________________________________________________________________________________</w:t>
      </w:r>
    </w:p>
    <w:p w14:paraId="28EB4B98" w14:textId="77777777" w:rsidR="00CB29B6" w:rsidRPr="00DA3C6E" w:rsidRDefault="00000000">
      <w:pPr>
        <w:rPr>
          <w:rFonts w:ascii="Arial" w:hAnsi="Arial" w:cs="Arial"/>
        </w:rPr>
      </w:pPr>
      <w:r w:rsidRPr="00DA3C6E">
        <w:rPr>
          <w:rFonts w:ascii="Arial" w:hAnsi="Arial" w:cs="Arial"/>
        </w:rPr>
        <w:t>Thank you very much!</w:t>
      </w:r>
    </w:p>
    <w:sectPr w:rsidR="00CB29B6" w:rsidRPr="00DA3C6E">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327290109">
    <w:abstractNumId w:val="8"/>
  </w:num>
  <w:num w:numId="2" w16cid:durableId="732847787">
    <w:abstractNumId w:val="6"/>
  </w:num>
  <w:num w:numId="3" w16cid:durableId="892885181">
    <w:abstractNumId w:val="5"/>
  </w:num>
  <w:num w:numId="4" w16cid:durableId="1164278593">
    <w:abstractNumId w:val="4"/>
  </w:num>
  <w:num w:numId="5" w16cid:durableId="802039828">
    <w:abstractNumId w:val="7"/>
  </w:num>
  <w:num w:numId="6" w16cid:durableId="1212420065">
    <w:abstractNumId w:val="3"/>
  </w:num>
  <w:num w:numId="7" w16cid:durableId="403845193">
    <w:abstractNumId w:val="2"/>
  </w:num>
  <w:num w:numId="8" w16cid:durableId="1745297622">
    <w:abstractNumId w:val="1"/>
  </w:num>
  <w:num w:numId="9" w16cid:durableId="79526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F21EB"/>
    <w:rsid w:val="00CB0664"/>
    <w:rsid w:val="00CB29B6"/>
    <w:rsid w:val="00DA3C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B9C0A"/>
  <w14:defaultImageDpi w14:val="300"/>
  <w15:docId w15:val="{8CD56E24-6558-4602-9D00-A9CD0A455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717</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Gisloti</dc:creator>
  <cp:keywords/>
  <dc:description/>
  <cp:lastModifiedBy>Laura Gisloti</cp:lastModifiedBy>
  <cp:revision>2</cp:revision>
  <dcterms:created xsi:type="dcterms:W3CDTF">2026-07-13T14:24:00Z</dcterms:created>
  <dcterms:modified xsi:type="dcterms:W3CDTF">2026-07-13T14:24:00Z</dcterms:modified>
  <cp:category/>
</cp:coreProperties>
</file>