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AA10E" w14:textId="77777777" w:rsidR="00166686" w:rsidRPr="00D32254" w:rsidRDefault="00166686" w:rsidP="00166686">
      <w:pPr>
        <w:rPr>
          <w:rFonts w:ascii="Times New Roman" w:hAnsi="Times New Roman" w:cs="Times New Roman"/>
          <w:b/>
          <w:bCs/>
          <w:color w:val="000000" w:themeColor="text1"/>
        </w:rPr>
      </w:pPr>
    </w:p>
    <w:p w14:paraId="5F9AA9AD" w14:textId="77777777" w:rsidR="007534E1" w:rsidRPr="00D32254" w:rsidRDefault="007534E1" w:rsidP="007534E1">
      <w:pPr>
        <w:spacing w:line="480" w:lineRule="auto"/>
        <w:rPr>
          <w:rFonts w:ascii="Times New Roman" w:eastAsia="Times New Roman" w:hAnsi="Times New Roman" w:cs="Times New Roman"/>
          <w:b/>
          <w:color w:val="000000" w:themeColor="text1"/>
        </w:rPr>
      </w:pPr>
      <w:r w:rsidRPr="00D32254">
        <w:rPr>
          <w:rFonts w:ascii="Times New Roman" w:eastAsia="Times New Roman" w:hAnsi="Times New Roman" w:cs="Times New Roman"/>
          <w:color w:val="000000" w:themeColor="text1"/>
        </w:rPr>
        <w:t xml:space="preserve">Title: </w:t>
      </w:r>
      <w:r w:rsidRPr="00D32254">
        <w:rPr>
          <w:rFonts w:ascii="Times New Roman" w:eastAsia="Times New Roman" w:hAnsi="Times New Roman" w:cs="Times New Roman"/>
          <w:b/>
          <w:color w:val="000000" w:themeColor="text1"/>
        </w:rPr>
        <w:t>Patterns in marine surface fish biodiversity and community composition detected by different eDNA metabarcoding sampling methods</w:t>
      </w:r>
    </w:p>
    <w:p w14:paraId="4B6C3786" w14:textId="77777777" w:rsidR="007534E1" w:rsidRPr="00D32254" w:rsidRDefault="007534E1" w:rsidP="007534E1">
      <w:pPr>
        <w:spacing w:line="480" w:lineRule="auto"/>
        <w:jc w:val="both"/>
        <w:rPr>
          <w:rFonts w:ascii="Times New Roman" w:eastAsia="Times New Roman" w:hAnsi="Times New Roman" w:cs="Times New Roman"/>
          <w:color w:val="000000" w:themeColor="text1"/>
          <w:vertAlign w:val="superscript"/>
        </w:rPr>
      </w:pPr>
      <w:r w:rsidRPr="00D32254">
        <w:rPr>
          <w:rFonts w:ascii="Times New Roman" w:eastAsia="Times New Roman" w:hAnsi="Times New Roman" w:cs="Times New Roman"/>
          <w:b/>
          <w:color w:val="000000" w:themeColor="text1"/>
        </w:rPr>
        <w:t>Author names:</w:t>
      </w:r>
      <w:r w:rsidRPr="00D32254">
        <w:rPr>
          <w:rFonts w:ascii="Times New Roman" w:eastAsia="Times New Roman" w:hAnsi="Times New Roman" w:cs="Times New Roman"/>
          <w:color w:val="000000" w:themeColor="text1"/>
        </w:rPr>
        <w:t xml:space="preserve"> Sk Istiaque Ahmed</w:t>
      </w:r>
      <w:r w:rsidRPr="00D32254">
        <w:rPr>
          <w:rFonts w:ascii="Times New Roman" w:eastAsia="Times New Roman" w:hAnsi="Times New Roman" w:cs="Times New Roman"/>
          <w:color w:val="000000" w:themeColor="text1"/>
          <w:vertAlign w:val="superscript"/>
        </w:rPr>
        <w:t>1,2,3*</w:t>
      </w:r>
      <w:r w:rsidRPr="00D32254">
        <w:rPr>
          <w:rFonts w:ascii="Times New Roman" w:eastAsia="Times New Roman" w:hAnsi="Times New Roman" w:cs="Times New Roman"/>
          <w:color w:val="000000" w:themeColor="text1"/>
        </w:rPr>
        <w:t>, Zeshu Yu</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Tomihiko Higuchi</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Jun Inoue</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Marty Kwok-Shing Wong</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Xueding Wang</w:t>
      </w:r>
      <w:r w:rsidRPr="00D32254">
        <w:rPr>
          <w:rFonts w:ascii="Times New Roman" w:eastAsia="Times New Roman" w:hAnsi="Times New Roman" w:cs="Times New Roman"/>
          <w:color w:val="000000" w:themeColor="text1"/>
          <w:vertAlign w:val="superscript"/>
        </w:rPr>
        <w:t>1,2</w:t>
      </w:r>
      <w:r w:rsidRPr="00D32254">
        <w:rPr>
          <w:rFonts w:ascii="Times New Roman" w:eastAsia="Times New Roman" w:hAnsi="Times New Roman" w:cs="Times New Roman"/>
          <w:color w:val="000000" w:themeColor="text1"/>
        </w:rPr>
        <w:t>, Yuan Lin</w:t>
      </w:r>
      <w:r w:rsidRPr="00D32254">
        <w:rPr>
          <w:rFonts w:ascii="Times New Roman" w:eastAsia="Times New Roman" w:hAnsi="Times New Roman" w:cs="Times New Roman"/>
          <w:color w:val="000000" w:themeColor="text1"/>
          <w:vertAlign w:val="superscript"/>
        </w:rPr>
        <w:t>1,2</w:t>
      </w:r>
      <w:r w:rsidRPr="00D32254">
        <w:rPr>
          <w:rFonts w:ascii="Times New Roman" w:eastAsia="Times New Roman" w:hAnsi="Times New Roman" w:cs="Times New Roman"/>
          <w:color w:val="000000" w:themeColor="text1"/>
        </w:rPr>
        <w:t>, Sachihiko Itoh</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Kosei Komatsu</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Eisuke Tsutsumi</w:t>
      </w:r>
      <w:r w:rsidRPr="00D32254">
        <w:rPr>
          <w:rFonts w:ascii="Times New Roman" w:eastAsia="Times New Roman" w:hAnsi="Times New Roman" w:cs="Times New Roman"/>
          <w:color w:val="000000" w:themeColor="text1"/>
          <w:vertAlign w:val="superscript"/>
        </w:rPr>
        <w:t>4</w:t>
      </w:r>
      <w:r w:rsidRPr="00D32254">
        <w:rPr>
          <w:rFonts w:ascii="Times New Roman" w:eastAsia="Times New Roman" w:hAnsi="Times New Roman" w:cs="Times New Roman"/>
          <w:color w:val="000000" w:themeColor="text1"/>
        </w:rPr>
        <w:t>, Hideki Fukuda</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Susumu Hyodo</w:t>
      </w:r>
      <w:r w:rsidRPr="00D32254">
        <w:rPr>
          <w:rFonts w:ascii="Times New Roman" w:eastAsia="Times New Roman" w:hAnsi="Times New Roman" w:cs="Times New Roman"/>
          <w:color w:val="000000" w:themeColor="text1"/>
          <w:vertAlign w:val="superscript"/>
        </w:rPr>
        <w:t>1</w:t>
      </w:r>
      <w:r w:rsidRPr="00D32254">
        <w:rPr>
          <w:rFonts w:ascii="Times New Roman" w:eastAsia="Times New Roman" w:hAnsi="Times New Roman" w:cs="Times New Roman"/>
          <w:color w:val="000000" w:themeColor="text1"/>
        </w:rPr>
        <w:t>, John Morrongiello</w:t>
      </w:r>
      <w:r w:rsidRPr="00D32254">
        <w:rPr>
          <w:rFonts w:ascii="Times New Roman" w:eastAsia="Times New Roman" w:hAnsi="Times New Roman" w:cs="Times New Roman"/>
          <w:color w:val="000000" w:themeColor="text1"/>
          <w:vertAlign w:val="superscript"/>
        </w:rPr>
        <w:t>5</w:t>
      </w:r>
      <w:r w:rsidRPr="00D32254">
        <w:rPr>
          <w:rFonts w:ascii="Times New Roman" w:eastAsia="Times New Roman" w:hAnsi="Times New Roman" w:cs="Times New Roman"/>
          <w:color w:val="000000" w:themeColor="text1"/>
        </w:rPr>
        <w:t>, El Mahdi Bendif</w:t>
      </w:r>
      <w:r w:rsidRPr="00D32254">
        <w:rPr>
          <w:rFonts w:ascii="Times New Roman" w:eastAsia="Times New Roman" w:hAnsi="Times New Roman" w:cs="Times New Roman"/>
          <w:color w:val="000000" w:themeColor="text1"/>
          <w:vertAlign w:val="superscript"/>
        </w:rPr>
        <w:t>6</w:t>
      </w:r>
      <w:r w:rsidRPr="00D32254">
        <w:rPr>
          <w:rFonts w:ascii="Times New Roman" w:eastAsia="Times New Roman" w:hAnsi="Times New Roman" w:cs="Times New Roman"/>
          <w:color w:val="000000" w:themeColor="text1"/>
        </w:rPr>
        <w:t>, Shin-ichi Ito</w:t>
      </w:r>
      <w:r w:rsidRPr="00D32254">
        <w:rPr>
          <w:rFonts w:ascii="Times New Roman" w:eastAsia="Times New Roman" w:hAnsi="Times New Roman" w:cs="Times New Roman"/>
          <w:color w:val="000000" w:themeColor="text1"/>
          <w:vertAlign w:val="superscript"/>
        </w:rPr>
        <w:t>1*</w:t>
      </w:r>
    </w:p>
    <w:p w14:paraId="119AFC2E" w14:textId="77777777" w:rsidR="007534E1" w:rsidRPr="00D32254" w:rsidRDefault="007534E1" w:rsidP="007534E1">
      <w:pPr>
        <w:spacing w:line="480" w:lineRule="auto"/>
        <w:jc w:val="both"/>
        <w:rPr>
          <w:rFonts w:ascii="Times New Roman" w:eastAsia="Times New Roman" w:hAnsi="Times New Roman" w:cs="Times New Roman"/>
          <w:b/>
          <w:color w:val="000000" w:themeColor="text1"/>
        </w:rPr>
      </w:pPr>
      <w:r w:rsidRPr="00D32254">
        <w:rPr>
          <w:rFonts w:ascii="Times New Roman" w:eastAsia="Times New Roman" w:hAnsi="Times New Roman" w:cs="Times New Roman"/>
          <w:b/>
          <w:color w:val="000000" w:themeColor="text1"/>
        </w:rPr>
        <w:t xml:space="preserve">Affiliations: </w:t>
      </w:r>
    </w:p>
    <w:p w14:paraId="01C924CA" w14:textId="77777777" w:rsidR="007534E1" w:rsidRPr="00D32254" w:rsidRDefault="007534E1" w:rsidP="007534E1">
      <w:pPr>
        <w:spacing w:line="480" w:lineRule="auto"/>
        <w:jc w:val="both"/>
        <w:rPr>
          <w:rFonts w:ascii="Times New Roman" w:eastAsia="Times New Roman" w:hAnsi="Times New Roman" w:cs="Times New Roman"/>
          <w:color w:val="000000" w:themeColor="text1"/>
          <w:sz w:val="22"/>
          <w:szCs w:val="22"/>
        </w:rPr>
      </w:pPr>
      <w:r w:rsidRPr="00D32254">
        <w:rPr>
          <w:rFonts w:ascii="Times New Roman" w:eastAsia="Times New Roman" w:hAnsi="Times New Roman" w:cs="Times New Roman"/>
          <w:color w:val="000000" w:themeColor="text1"/>
          <w:sz w:val="22"/>
          <w:szCs w:val="22"/>
          <w:vertAlign w:val="superscript"/>
        </w:rPr>
        <w:t>1</w:t>
      </w:r>
      <w:r w:rsidRPr="00D32254">
        <w:rPr>
          <w:rFonts w:ascii="Times New Roman" w:eastAsia="Times New Roman" w:hAnsi="Times New Roman" w:cs="Times New Roman"/>
          <w:color w:val="000000" w:themeColor="text1"/>
          <w:sz w:val="22"/>
          <w:szCs w:val="22"/>
        </w:rPr>
        <w:t>Atmosphere and Ocean Research Institute, The University of Tokyo, Japan</w:t>
      </w:r>
    </w:p>
    <w:p w14:paraId="1C951614" w14:textId="77777777" w:rsidR="007534E1" w:rsidRPr="00D32254" w:rsidRDefault="007534E1" w:rsidP="007534E1">
      <w:pPr>
        <w:spacing w:line="480" w:lineRule="auto"/>
        <w:jc w:val="both"/>
        <w:rPr>
          <w:rFonts w:ascii="Times New Roman" w:eastAsia="Times New Roman" w:hAnsi="Times New Roman" w:cs="Times New Roman"/>
          <w:color w:val="000000" w:themeColor="text1"/>
          <w:sz w:val="22"/>
          <w:szCs w:val="22"/>
        </w:rPr>
      </w:pPr>
      <w:r w:rsidRPr="00D32254">
        <w:rPr>
          <w:rFonts w:ascii="Times New Roman" w:eastAsia="Times New Roman" w:hAnsi="Times New Roman" w:cs="Times New Roman"/>
          <w:color w:val="000000" w:themeColor="text1"/>
          <w:sz w:val="22"/>
          <w:szCs w:val="22"/>
          <w:vertAlign w:val="superscript"/>
        </w:rPr>
        <w:t>2</w:t>
      </w:r>
      <w:r w:rsidRPr="00D32254">
        <w:rPr>
          <w:rFonts w:ascii="Times New Roman" w:eastAsia="Times New Roman" w:hAnsi="Times New Roman" w:cs="Times New Roman"/>
          <w:color w:val="000000" w:themeColor="text1"/>
          <w:sz w:val="22"/>
          <w:szCs w:val="22"/>
        </w:rPr>
        <w:t>Graduate School of Agricultural and Life Sciences, The University of Tokyo, Japan</w:t>
      </w:r>
    </w:p>
    <w:p w14:paraId="1E7CB5B1" w14:textId="77777777" w:rsidR="007534E1" w:rsidRPr="00D32254" w:rsidRDefault="007534E1" w:rsidP="007534E1">
      <w:pPr>
        <w:spacing w:line="480" w:lineRule="auto"/>
        <w:jc w:val="both"/>
        <w:rPr>
          <w:rFonts w:ascii="Times New Roman" w:eastAsia="Times New Roman" w:hAnsi="Times New Roman" w:cs="Times New Roman"/>
          <w:color w:val="000000" w:themeColor="text1"/>
          <w:sz w:val="22"/>
          <w:szCs w:val="22"/>
        </w:rPr>
      </w:pPr>
      <w:r w:rsidRPr="00D32254">
        <w:rPr>
          <w:rFonts w:ascii="Times New Roman" w:eastAsia="Times New Roman" w:hAnsi="Times New Roman" w:cs="Times New Roman"/>
          <w:color w:val="000000" w:themeColor="text1"/>
          <w:sz w:val="22"/>
          <w:szCs w:val="22"/>
          <w:vertAlign w:val="superscript"/>
        </w:rPr>
        <w:t>3</w:t>
      </w:r>
      <w:r w:rsidRPr="00D32254">
        <w:rPr>
          <w:rFonts w:ascii="Times New Roman" w:eastAsia="Times New Roman" w:hAnsi="Times New Roman" w:cs="Times New Roman"/>
          <w:color w:val="000000" w:themeColor="text1"/>
          <w:sz w:val="22"/>
          <w:szCs w:val="22"/>
        </w:rPr>
        <w:t>Dept. of Fisheries Resource Management, Chattogram Veterinary and Animal Sciences University, Bangladesh</w:t>
      </w:r>
    </w:p>
    <w:p w14:paraId="3153092A" w14:textId="77777777" w:rsidR="007534E1" w:rsidRPr="00D32254" w:rsidRDefault="007534E1" w:rsidP="007534E1">
      <w:pPr>
        <w:spacing w:line="480" w:lineRule="auto"/>
        <w:jc w:val="both"/>
        <w:rPr>
          <w:rFonts w:ascii="Times New Roman" w:eastAsia="Times New Roman" w:hAnsi="Times New Roman" w:cs="Times New Roman"/>
          <w:color w:val="000000" w:themeColor="text1"/>
          <w:sz w:val="22"/>
          <w:szCs w:val="22"/>
        </w:rPr>
      </w:pPr>
      <w:r w:rsidRPr="00D32254">
        <w:rPr>
          <w:rFonts w:ascii="Times New Roman" w:eastAsia="Times New Roman" w:hAnsi="Times New Roman" w:cs="Times New Roman"/>
          <w:color w:val="000000" w:themeColor="text1"/>
          <w:sz w:val="22"/>
          <w:szCs w:val="22"/>
          <w:vertAlign w:val="superscript"/>
        </w:rPr>
        <w:t>4</w:t>
      </w:r>
      <w:r w:rsidRPr="00D32254">
        <w:rPr>
          <w:rFonts w:ascii="Times New Roman" w:eastAsia="Times New Roman" w:hAnsi="Times New Roman" w:cs="Times New Roman"/>
          <w:color w:val="000000" w:themeColor="text1"/>
          <w:sz w:val="22"/>
          <w:szCs w:val="22"/>
        </w:rPr>
        <w:t>Faculty of Fisheries, Kagoshima University, Japan</w:t>
      </w:r>
    </w:p>
    <w:p w14:paraId="59935D22" w14:textId="77777777" w:rsidR="007534E1" w:rsidRPr="00D32254" w:rsidRDefault="007534E1" w:rsidP="007534E1">
      <w:pPr>
        <w:spacing w:line="480" w:lineRule="auto"/>
        <w:jc w:val="both"/>
        <w:rPr>
          <w:rFonts w:ascii="Times New Roman" w:eastAsia="Times New Roman" w:hAnsi="Times New Roman" w:cs="Times New Roman"/>
          <w:color w:val="000000" w:themeColor="text1"/>
          <w:sz w:val="22"/>
          <w:szCs w:val="22"/>
        </w:rPr>
      </w:pPr>
      <w:r w:rsidRPr="00D32254">
        <w:rPr>
          <w:rFonts w:ascii="Times New Roman" w:eastAsia="Times New Roman" w:hAnsi="Times New Roman" w:cs="Times New Roman"/>
          <w:color w:val="000000" w:themeColor="text1"/>
          <w:sz w:val="22"/>
          <w:szCs w:val="22"/>
          <w:vertAlign w:val="superscript"/>
        </w:rPr>
        <w:t>5</w:t>
      </w:r>
      <w:r w:rsidRPr="00D32254">
        <w:rPr>
          <w:rFonts w:ascii="Times New Roman" w:eastAsia="Times New Roman" w:hAnsi="Times New Roman" w:cs="Times New Roman"/>
          <w:color w:val="000000" w:themeColor="text1"/>
          <w:sz w:val="22"/>
          <w:szCs w:val="22"/>
        </w:rPr>
        <w:t>School of BioSciences, The University of Melbourne, Australia</w:t>
      </w:r>
    </w:p>
    <w:p w14:paraId="0568C922" w14:textId="77777777" w:rsidR="007534E1" w:rsidRPr="00D32254" w:rsidRDefault="007534E1" w:rsidP="007534E1">
      <w:pPr>
        <w:spacing w:line="480" w:lineRule="auto"/>
        <w:jc w:val="both"/>
        <w:rPr>
          <w:rFonts w:ascii="Times New Roman" w:eastAsia="Times New Roman" w:hAnsi="Times New Roman" w:cs="Times New Roman"/>
          <w:color w:val="000000" w:themeColor="text1"/>
          <w:sz w:val="22"/>
          <w:szCs w:val="22"/>
        </w:rPr>
      </w:pPr>
      <w:r w:rsidRPr="00D32254">
        <w:rPr>
          <w:rFonts w:ascii="Times New Roman" w:eastAsia="Times New Roman" w:hAnsi="Times New Roman" w:cs="Times New Roman"/>
          <w:color w:val="000000" w:themeColor="text1"/>
          <w:sz w:val="22"/>
          <w:szCs w:val="22"/>
          <w:vertAlign w:val="superscript"/>
        </w:rPr>
        <w:t>6</w:t>
      </w:r>
      <w:r w:rsidRPr="00D32254">
        <w:rPr>
          <w:rFonts w:ascii="Times New Roman" w:eastAsia="Times New Roman" w:hAnsi="Times New Roman" w:cs="Times New Roman"/>
          <w:color w:val="000000" w:themeColor="text1"/>
          <w:sz w:val="22"/>
          <w:szCs w:val="22"/>
        </w:rPr>
        <w:t>Institut des sciences de la mer de Rimouski (ISMER), Université du Québec à Rimouski, Rimouski, Canada</w:t>
      </w:r>
    </w:p>
    <w:p w14:paraId="1FF8C06C" w14:textId="77777777" w:rsidR="007534E1" w:rsidRPr="00D32254" w:rsidRDefault="007534E1" w:rsidP="007534E1">
      <w:pPr>
        <w:spacing w:line="480" w:lineRule="auto"/>
        <w:rPr>
          <w:rFonts w:ascii="Times New Roman" w:eastAsia="Times New Roman" w:hAnsi="Times New Roman" w:cs="Times New Roman"/>
          <w:b/>
          <w:color w:val="000000" w:themeColor="text1"/>
        </w:rPr>
      </w:pPr>
      <w:r w:rsidRPr="00D32254">
        <w:rPr>
          <w:rFonts w:ascii="Times New Roman" w:eastAsia="Times New Roman" w:hAnsi="Times New Roman" w:cs="Times New Roman"/>
          <w:b/>
          <w:color w:val="000000" w:themeColor="text1"/>
          <w:vertAlign w:val="superscript"/>
        </w:rPr>
        <w:t>*</w:t>
      </w:r>
      <w:r w:rsidRPr="00D32254">
        <w:rPr>
          <w:rFonts w:ascii="Times New Roman" w:eastAsia="Times New Roman" w:hAnsi="Times New Roman" w:cs="Times New Roman"/>
          <w:b/>
          <w:color w:val="000000" w:themeColor="text1"/>
        </w:rPr>
        <w:t xml:space="preserve">Corresponding author: </w:t>
      </w:r>
    </w:p>
    <w:p w14:paraId="24FAA303" w14:textId="77777777" w:rsidR="007534E1" w:rsidRPr="00D32254" w:rsidRDefault="007534E1" w:rsidP="007534E1">
      <w:pPr>
        <w:spacing w:line="480" w:lineRule="auto"/>
        <w:rPr>
          <w:rFonts w:ascii="Times New Roman" w:eastAsia="Times New Roman" w:hAnsi="Times New Roman" w:cs="Times New Roman"/>
          <w:color w:val="000000" w:themeColor="text1"/>
        </w:rPr>
      </w:pPr>
      <w:r w:rsidRPr="00D32254">
        <w:rPr>
          <w:rFonts w:ascii="Times New Roman" w:eastAsia="Times New Roman" w:hAnsi="Times New Roman" w:cs="Times New Roman"/>
          <w:color w:val="000000" w:themeColor="text1"/>
        </w:rPr>
        <w:t>Shin-ichi Ito</w:t>
      </w:r>
    </w:p>
    <w:p w14:paraId="3E4C7146" w14:textId="77777777" w:rsidR="007534E1" w:rsidRPr="00D32254" w:rsidRDefault="007534E1" w:rsidP="007534E1">
      <w:pPr>
        <w:spacing w:line="480" w:lineRule="auto"/>
        <w:rPr>
          <w:rFonts w:ascii="Times New Roman" w:eastAsia="Times New Roman" w:hAnsi="Times New Roman" w:cs="Times New Roman"/>
          <w:color w:val="000000" w:themeColor="text1"/>
          <w:u w:val="single"/>
        </w:rPr>
      </w:pPr>
      <w:r w:rsidRPr="00D32254">
        <w:rPr>
          <w:rFonts w:ascii="Times New Roman" w:eastAsia="Times New Roman" w:hAnsi="Times New Roman" w:cs="Times New Roman"/>
          <w:color w:val="000000" w:themeColor="text1"/>
        </w:rPr>
        <w:t>e-mail: goito@aori.u-tokyo.ac.jp</w:t>
      </w:r>
    </w:p>
    <w:p w14:paraId="15A25356" w14:textId="77777777" w:rsidR="007534E1" w:rsidRPr="00D32254" w:rsidRDefault="007534E1" w:rsidP="007534E1">
      <w:pPr>
        <w:spacing w:line="480" w:lineRule="auto"/>
        <w:rPr>
          <w:rFonts w:ascii="Times New Roman" w:eastAsia="Times New Roman" w:hAnsi="Times New Roman" w:cs="Times New Roman"/>
          <w:color w:val="000000" w:themeColor="text1"/>
        </w:rPr>
      </w:pPr>
      <w:r w:rsidRPr="00D32254">
        <w:rPr>
          <w:rFonts w:ascii="Times New Roman" w:eastAsia="Times New Roman" w:hAnsi="Times New Roman" w:cs="Times New Roman"/>
          <w:color w:val="000000" w:themeColor="text1"/>
        </w:rPr>
        <w:t>Full postal address: 5-1-5 Kashiwanoha, Kashiwa, Chiba, Japan-277-0882</w:t>
      </w:r>
    </w:p>
    <w:p w14:paraId="0F63D9F8" w14:textId="77777777" w:rsidR="007534E1" w:rsidRPr="00D32254" w:rsidRDefault="007534E1" w:rsidP="007534E1">
      <w:pPr>
        <w:spacing w:line="480" w:lineRule="auto"/>
        <w:rPr>
          <w:rFonts w:ascii="Times New Roman" w:eastAsia="Times New Roman" w:hAnsi="Times New Roman" w:cs="Times New Roman"/>
          <w:b/>
          <w:color w:val="000000" w:themeColor="text1"/>
        </w:rPr>
      </w:pPr>
      <w:r w:rsidRPr="00D32254">
        <w:rPr>
          <w:rFonts w:ascii="Times New Roman" w:eastAsia="Times New Roman" w:hAnsi="Times New Roman" w:cs="Times New Roman"/>
          <w:color w:val="000000" w:themeColor="text1"/>
        </w:rPr>
        <w:t>(Orcid ID: https://orcid.org/0000-0002-3635-2580)</w:t>
      </w:r>
    </w:p>
    <w:p w14:paraId="04ADBCC4" w14:textId="77777777" w:rsidR="007534E1" w:rsidRPr="00D32254" w:rsidRDefault="007534E1" w:rsidP="007534E1">
      <w:pPr>
        <w:spacing w:line="480" w:lineRule="auto"/>
        <w:rPr>
          <w:rFonts w:ascii="Times New Roman" w:eastAsia="Times New Roman" w:hAnsi="Times New Roman" w:cs="Times New Roman"/>
          <w:color w:val="000000" w:themeColor="text1"/>
        </w:rPr>
      </w:pPr>
      <w:r w:rsidRPr="00D32254">
        <w:rPr>
          <w:rFonts w:ascii="Times New Roman" w:eastAsia="Times New Roman" w:hAnsi="Times New Roman" w:cs="Times New Roman"/>
          <w:color w:val="000000" w:themeColor="text1"/>
        </w:rPr>
        <w:t>Sk Istiaque Ahmed</w:t>
      </w:r>
    </w:p>
    <w:p w14:paraId="182F4B20" w14:textId="77777777" w:rsidR="007534E1" w:rsidRPr="00D32254" w:rsidRDefault="007534E1" w:rsidP="007534E1">
      <w:pPr>
        <w:spacing w:line="480" w:lineRule="auto"/>
        <w:rPr>
          <w:rFonts w:ascii="Times New Roman" w:eastAsia="Times New Roman" w:hAnsi="Times New Roman" w:cs="Times New Roman"/>
          <w:color w:val="000000" w:themeColor="text1"/>
        </w:rPr>
      </w:pPr>
      <w:r w:rsidRPr="00D32254">
        <w:rPr>
          <w:rFonts w:ascii="Times New Roman" w:eastAsia="Times New Roman" w:hAnsi="Times New Roman" w:cs="Times New Roman"/>
          <w:color w:val="000000" w:themeColor="text1"/>
        </w:rPr>
        <w:t>email: iahmedbau10@gmail.com</w:t>
      </w:r>
    </w:p>
    <w:p w14:paraId="6961CCA2" w14:textId="77777777" w:rsidR="007534E1" w:rsidRPr="00D32254" w:rsidRDefault="007534E1" w:rsidP="007534E1">
      <w:pPr>
        <w:spacing w:line="480" w:lineRule="auto"/>
        <w:rPr>
          <w:rFonts w:ascii="Times New Roman" w:eastAsia="Times New Roman" w:hAnsi="Times New Roman" w:cs="Times New Roman"/>
          <w:color w:val="000000" w:themeColor="text1"/>
        </w:rPr>
      </w:pPr>
      <w:r w:rsidRPr="00D32254">
        <w:rPr>
          <w:rFonts w:ascii="Times New Roman" w:eastAsia="Times New Roman" w:hAnsi="Times New Roman" w:cs="Times New Roman"/>
          <w:color w:val="000000" w:themeColor="text1"/>
        </w:rPr>
        <w:t>(Orcid ID: https://orcid.org/0000-0001-8530-7914</w:t>
      </w:r>
      <w:r w:rsidRPr="00D32254">
        <w:rPr>
          <w:rFonts w:ascii="ＭＳ 明朝" w:eastAsia="ＭＳ 明朝" w:hAnsi="ＭＳ 明朝" w:cs="ＭＳ 明朝"/>
          <w:color w:val="000000" w:themeColor="text1"/>
        </w:rPr>
        <w:t>)</w:t>
      </w:r>
    </w:p>
    <w:p w14:paraId="2EBE52E2" w14:textId="618FDE1A" w:rsidR="00166686" w:rsidRPr="00D32254" w:rsidRDefault="00166686" w:rsidP="00166686">
      <w:pPr>
        <w:jc w:val="both"/>
        <w:rPr>
          <w:rFonts w:ascii="Times New Roman" w:hAnsi="Times New Roman" w:cs="Times New Roman"/>
          <w:b/>
          <w:bCs/>
          <w:color w:val="000000" w:themeColor="text1"/>
        </w:rPr>
      </w:pPr>
      <w:r w:rsidRPr="00D32254">
        <w:rPr>
          <w:rFonts w:ascii="Times New Roman" w:hAnsi="Times New Roman" w:cs="Times New Roman"/>
          <w:b/>
          <w:bCs/>
          <w:color w:val="000000" w:themeColor="text1"/>
        </w:rPr>
        <w:t>Caption:</w:t>
      </w:r>
      <w:r w:rsidRPr="00D32254">
        <w:rPr>
          <w:rFonts w:ascii="Times New Roman" w:hAnsi="Times New Roman" w:cs="Times New Roman"/>
          <w:color w:val="000000" w:themeColor="text1"/>
        </w:rPr>
        <w:t xml:space="preserve"> This online resource (</w:t>
      </w:r>
      <w:r w:rsidR="00B04711" w:rsidRPr="00D32254">
        <w:rPr>
          <w:rFonts w:ascii="Times New Roman" w:hAnsi="Times New Roman" w:cs="Times New Roman"/>
          <w:color w:val="000000" w:themeColor="text1"/>
        </w:rPr>
        <w:t xml:space="preserve">Supplementary Material </w:t>
      </w:r>
      <w:r w:rsidR="00523B77" w:rsidRPr="00D32254">
        <w:rPr>
          <w:rFonts w:ascii="Times New Roman" w:hAnsi="Times New Roman" w:cs="Times New Roman"/>
          <w:color w:val="000000" w:themeColor="text1"/>
        </w:rPr>
        <w:t>3</w:t>
      </w:r>
      <w:r w:rsidRPr="00D32254">
        <w:rPr>
          <w:rFonts w:ascii="Times New Roman" w:hAnsi="Times New Roman" w:cs="Times New Roman"/>
          <w:color w:val="000000" w:themeColor="text1"/>
        </w:rPr>
        <w:t>) contains supplementary tables for the original manuscript</w:t>
      </w:r>
      <w:r w:rsidRPr="00D32254">
        <w:rPr>
          <w:rFonts w:ascii="Times New Roman" w:hAnsi="Times New Roman" w:cs="Times New Roman"/>
          <w:b/>
          <w:bCs/>
          <w:color w:val="000000" w:themeColor="text1"/>
        </w:rPr>
        <w:t xml:space="preserve"> </w:t>
      </w:r>
    </w:p>
    <w:p w14:paraId="49D1069B" w14:textId="77777777" w:rsidR="00166686" w:rsidRPr="00D32254" w:rsidRDefault="00166686" w:rsidP="00166686">
      <w:pPr>
        <w:jc w:val="both"/>
        <w:rPr>
          <w:rFonts w:ascii="Times New Roman" w:hAnsi="Times New Roman" w:cs="Times New Roman"/>
          <w:b/>
          <w:bCs/>
          <w:color w:val="000000" w:themeColor="text1"/>
        </w:rPr>
      </w:pPr>
    </w:p>
    <w:p w14:paraId="14E2CB43" w14:textId="3385EE19" w:rsidR="004602D9" w:rsidRPr="00D32254" w:rsidRDefault="00CB34DC" w:rsidP="00D41037">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lastRenderedPageBreak/>
        <w:t>Table S</w:t>
      </w:r>
      <w:r w:rsidR="0028446B" w:rsidRPr="00D32254">
        <w:rPr>
          <w:rFonts w:ascii="Times New Roman" w:hAnsi="Times New Roman" w:cs="Times New Roman"/>
          <w:b/>
          <w:bCs/>
          <w:color w:val="000000" w:themeColor="text1"/>
        </w:rPr>
        <w:t>1</w:t>
      </w:r>
      <w:r w:rsidR="004602D9" w:rsidRPr="00D32254">
        <w:rPr>
          <w:rFonts w:ascii="Times New Roman" w:hAnsi="Times New Roman" w:cs="Times New Roman"/>
          <w:b/>
          <w:bCs/>
          <w:color w:val="000000" w:themeColor="text1"/>
        </w:rPr>
        <w:t xml:space="preserve"> </w:t>
      </w:r>
      <w:r w:rsidR="004602D9" w:rsidRPr="00D32254">
        <w:rPr>
          <w:rFonts w:ascii="Times New Roman" w:hAnsi="Times New Roman" w:cs="Times New Roman"/>
          <w:color w:val="000000" w:themeColor="text1"/>
        </w:rPr>
        <w:t xml:space="preserve">Raw and quality-filtered read counts for all samples included in this study. Only samples classified as </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Successful</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 xml:space="preserve"> or </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Conditional</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 xml:space="preserve"> are shown. </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Successful</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 xml:space="preserve"> samples met sequencing quality standards with clear first PCR amplification, while </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Conditional</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 xml:space="preserve"> samples required DNA purification after initial amplification failure but later passed sequencing quality checks. Samples classified as </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Failed</w:t>
      </w:r>
      <w:r w:rsidR="00FC5427" w:rsidRPr="00D32254">
        <w:rPr>
          <w:rFonts w:ascii="Times New Roman" w:hAnsi="Times New Roman" w:cs="Times New Roman"/>
          <w:color w:val="000000" w:themeColor="text1"/>
        </w:rPr>
        <w:t>’</w:t>
      </w:r>
      <w:r w:rsidR="004602D9" w:rsidRPr="00D32254">
        <w:rPr>
          <w:rFonts w:ascii="Times New Roman" w:hAnsi="Times New Roman" w:cs="Times New Roman"/>
          <w:color w:val="000000" w:themeColor="text1"/>
        </w:rPr>
        <w:t>—those that did not yield sufficient-quality data even after purification or repeat attempts—were excluded from this study. The average raw and quality-filtered read counts per sample for each cruise are indicated in bold at the end of each cruise section.</w:t>
      </w:r>
    </w:p>
    <w:p w14:paraId="5B9C9577" w14:textId="77777777" w:rsidR="004602D9" w:rsidRPr="00D32254" w:rsidRDefault="004602D9" w:rsidP="004602D9">
      <w:pPr>
        <w:rPr>
          <w:rFonts w:ascii="Times New Roman" w:hAnsi="Times New Roman" w:cs="Times New Roman"/>
          <w:color w:val="000000" w:themeColor="text1"/>
        </w:rPr>
      </w:pPr>
    </w:p>
    <w:tbl>
      <w:tblPr>
        <w:tblStyle w:val="afe"/>
        <w:tblW w:w="5000" w:type="pct"/>
        <w:tblLook w:val="04A0" w:firstRow="1" w:lastRow="0" w:firstColumn="1" w:lastColumn="0" w:noHBand="0" w:noVBand="1"/>
      </w:tblPr>
      <w:tblGrid>
        <w:gridCol w:w="578"/>
        <w:gridCol w:w="1301"/>
        <w:gridCol w:w="2081"/>
        <w:gridCol w:w="1328"/>
        <w:gridCol w:w="1240"/>
        <w:gridCol w:w="1242"/>
        <w:gridCol w:w="1240"/>
      </w:tblGrid>
      <w:tr w:rsidR="00D41037" w:rsidRPr="00D32254" w14:paraId="198B2B8A" w14:textId="77777777" w:rsidTr="00ED78AE">
        <w:tc>
          <w:tcPr>
            <w:tcW w:w="321" w:type="pct"/>
          </w:tcPr>
          <w:p w14:paraId="211EE50D" w14:textId="77777777" w:rsidR="004602D9" w:rsidRPr="00D32254" w:rsidRDefault="004602D9" w:rsidP="00ED78AE">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No</w:t>
            </w:r>
          </w:p>
        </w:tc>
        <w:tc>
          <w:tcPr>
            <w:tcW w:w="722" w:type="pct"/>
          </w:tcPr>
          <w:p w14:paraId="3945F000" w14:textId="77777777" w:rsidR="004602D9" w:rsidRPr="00D32254" w:rsidRDefault="004602D9" w:rsidP="00ED78AE">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Cruise ID</w:t>
            </w:r>
          </w:p>
        </w:tc>
        <w:tc>
          <w:tcPr>
            <w:tcW w:w="1155" w:type="pct"/>
          </w:tcPr>
          <w:p w14:paraId="4B150664" w14:textId="77777777" w:rsidR="004602D9" w:rsidRPr="00D32254" w:rsidRDefault="004602D9" w:rsidP="00ED78AE">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Sample Name</w:t>
            </w:r>
          </w:p>
        </w:tc>
        <w:tc>
          <w:tcPr>
            <w:tcW w:w="737" w:type="pct"/>
          </w:tcPr>
          <w:p w14:paraId="00A314BB" w14:textId="77777777" w:rsidR="004602D9" w:rsidRPr="00D32254" w:rsidRDefault="004602D9" w:rsidP="00ED78AE">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Library Quality Check</w:t>
            </w:r>
          </w:p>
        </w:tc>
        <w:tc>
          <w:tcPr>
            <w:tcW w:w="688" w:type="pct"/>
          </w:tcPr>
          <w:p w14:paraId="0B5EFAB7" w14:textId="7BB9F5BE" w:rsidR="004602D9" w:rsidRPr="00D32254" w:rsidRDefault="004602D9" w:rsidP="00ED78AE">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 xml:space="preserve">Raw Read </w:t>
            </w:r>
            <w:r w:rsidR="00757FBE" w:rsidRPr="00D32254">
              <w:rPr>
                <w:rFonts w:ascii="Times New Roman" w:hAnsi="Times New Roman" w:cs="Times New Roman"/>
                <w:b/>
                <w:bCs/>
                <w:color w:val="000000" w:themeColor="text1"/>
                <w:sz w:val="24"/>
                <w:szCs w:val="24"/>
              </w:rPr>
              <w:t>Counts</w:t>
            </w:r>
          </w:p>
        </w:tc>
        <w:tc>
          <w:tcPr>
            <w:tcW w:w="689" w:type="pct"/>
          </w:tcPr>
          <w:p w14:paraId="55C4FB79" w14:textId="26EBB919" w:rsidR="004602D9" w:rsidRPr="00D32254" w:rsidRDefault="004602D9" w:rsidP="00ED78AE">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Filtered Read</w:t>
            </w:r>
            <w:r w:rsidR="00757FBE" w:rsidRPr="00D32254">
              <w:rPr>
                <w:rFonts w:ascii="Times New Roman" w:hAnsi="Times New Roman" w:cs="Times New Roman"/>
                <w:b/>
                <w:bCs/>
                <w:color w:val="000000" w:themeColor="text1"/>
                <w:sz w:val="24"/>
                <w:szCs w:val="24"/>
              </w:rPr>
              <w:t xml:space="preserve"> Counts</w:t>
            </w:r>
          </w:p>
        </w:tc>
        <w:tc>
          <w:tcPr>
            <w:tcW w:w="688" w:type="pct"/>
          </w:tcPr>
          <w:p w14:paraId="00F030C2" w14:textId="77777777" w:rsidR="004602D9" w:rsidRPr="00D32254" w:rsidRDefault="004602D9" w:rsidP="00ED78AE">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Method</w:t>
            </w:r>
          </w:p>
        </w:tc>
      </w:tr>
      <w:tr w:rsidR="00D41037" w:rsidRPr="00D32254" w14:paraId="57C2705F" w14:textId="77777777" w:rsidTr="00ED78AE">
        <w:tc>
          <w:tcPr>
            <w:tcW w:w="321" w:type="pct"/>
          </w:tcPr>
          <w:p w14:paraId="0B12154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722" w:type="pct"/>
          </w:tcPr>
          <w:p w14:paraId="4FC79A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77199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KH-23-3-002</w:t>
            </w:r>
          </w:p>
        </w:tc>
        <w:tc>
          <w:tcPr>
            <w:tcW w:w="737" w:type="pct"/>
          </w:tcPr>
          <w:p w14:paraId="1C1414D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9714A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290651</w:t>
            </w:r>
          </w:p>
        </w:tc>
        <w:tc>
          <w:tcPr>
            <w:tcW w:w="689" w:type="pct"/>
          </w:tcPr>
          <w:p w14:paraId="1A558FB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270433</w:t>
            </w:r>
          </w:p>
        </w:tc>
        <w:tc>
          <w:tcPr>
            <w:tcW w:w="688" w:type="pct"/>
          </w:tcPr>
          <w:p w14:paraId="5F76485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B676FBA" w14:textId="77777777" w:rsidTr="00ED78AE">
        <w:tc>
          <w:tcPr>
            <w:tcW w:w="321" w:type="pct"/>
          </w:tcPr>
          <w:p w14:paraId="595DD7E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722" w:type="pct"/>
          </w:tcPr>
          <w:p w14:paraId="002FDE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76885F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KH-23-3-003</w:t>
            </w:r>
          </w:p>
        </w:tc>
        <w:tc>
          <w:tcPr>
            <w:tcW w:w="737" w:type="pct"/>
          </w:tcPr>
          <w:p w14:paraId="0FE7BA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7F65EE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223089</w:t>
            </w:r>
          </w:p>
        </w:tc>
        <w:tc>
          <w:tcPr>
            <w:tcW w:w="689" w:type="pct"/>
          </w:tcPr>
          <w:p w14:paraId="51A3BD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189906</w:t>
            </w:r>
          </w:p>
        </w:tc>
        <w:tc>
          <w:tcPr>
            <w:tcW w:w="688" w:type="pct"/>
          </w:tcPr>
          <w:p w14:paraId="11AD963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33352E9" w14:textId="77777777" w:rsidTr="00ED78AE">
        <w:tc>
          <w:tcPr>
            <w:tcW w:w="321" w:type="pct"/>
          </w:tcPr>
          <w:p w14:paraId="5A3606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722" w:type="pct"/>
          </w:tcPr>
          <w:p w14:paraId="65A6B3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7508CD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KH-23-3-004</w:t>
            </w:r>
          </w:p>
        </w:tc>
        <w:tc>
          <w:tcPr>
            <w:tcW w:w="737" w:type="pct"/>
          </w:tcPr>
          <w:p w14:paraId="783811D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A1110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184847</w:t>
            </w:r>
          </w:p>
        </w:tc>
        <w:tc>
          <w:tcPr>
            <w:tcW w:w="689" w:type="pct"/>
          </w:tcPr>
          <w:p w14:paraId="1BB82B9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159459</w:t>
            </w:r>
          </w:p>
        </w:tc>
        <w:tc>
          <w:tcPr>
            <w:tcW w:w="688" w:type="pct"/>
          </w:tcPr>
          <w:p w14:paraId="036CE2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2EE899C" w14:textId="77777777" w:rsidTr="00ED78AE">
        <w:tc>
          <w:tcPr>
            <w:tcW w:w="321" w:type="pct"/>
          </w:tcPr>
          <w:p w14:paraId="630076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722" w:type="pct"/>
          </w:tcPr>
          <w:p w14:paraId="23CC46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EAF48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KH-23-3-010</w:t>
            </w:r>
          </w:p>
        </w:tc>
        <w:tc>
          <w:tcPr>
            <w:tcW w:w="737" w:type="pct"/>
          </w:tcPr>
          <w:p w14:paraId="5576CB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95F74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296096</w:t>
            </w:r>
          </w:p>
        </w:tc>
        <w:tc>
          <w:tcPr>
            <w:tcW w:w="689" w:type="pct"/>
          </w:tcPr>
          <w:p w14:paraId="6E1537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228745</w:t>
            </w:r>
          </w:p>
        </w:tc>
        <w:tc>
          <w:tcPr>
            <w:tcW w:w="688" w:type="pct"/>
          </w:tcPr>
          <w:p w14:paraId="3EEF07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348F6F0" w14:textId="77777777" w:rsidTr="00ED78AE">
        <w:tc>
          <w:tcPr>
            <w:tcW w:w="321" w:type="pct"/>
          </w:tcPr>
          <w:p w14:paraId="44222A9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722" w:type="pct"/>
          </w:tcPr>
          <w:p w14:paraId="6DC8EB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00EB8D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KH-23-3-011</w:t>
            </w:r>
          </w:p>
        </w:tc>
        <w:tc>
          <w:tcPr>
            <w:tcW w:w="737" w:type="pct"/>
          </w:tcPr>
          <w:p w14:paraId="5FD6B5B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B075AD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233813</w:t>
            </w:r>
          </w:p>
        </w:tc>
        <w:tc>
          <w:tcPr>
            <w:tcW w:w="689" w:type="pct"/>
          </w:tcPr>
          <w:p w14:paraId="7433FC7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214039</w:t>
            </w:r>
          </w:p>
        </w:tc>
        <w:tc>
          <w:tcPr>
            <w:tcW w:w="688" w:type="pct"/>
          </w:tcPr>
          <w:p w14:paraId="096A04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55328F2" w14:textId="77777777" w:rsidTr="00ED78AE">
        <w:tc>
          <w:tcPr>
            <w:tcW w:w="321" w:type="pct"/>
          </w:tcPr>
          <w:p w14:paraId="613623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722" w:type="pct"/>
          </w:tcPr>
          <w:p w14:paraId="74FF250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B3B5B1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KH-23-3-012</w:t>
            </w:r>
          </w:p>
        </w:tc>
        <w:tc>
          <w:tcPr>
            <w:tcW w:w="737" w:type="pct"/>
          </w:tcPr>
          <w:p w14:paraId="2F22AFB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0BBCD0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222456</w:t>
            </w:r>
          </w:p>
        </w:tc>
        <w:tc>
          <w:tcPr>
            <w:tcW w:w="689" w:type="pct"/>
          </w:tcPr>
          <w:p w14:paraId="1FB585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204765</w:t>
            </w:r>
          </w:p>
        </w:tc>
        <w:tc>
          <w:tcPr>
            <w:tcW w:w="688" w:type="pct"/>
          </w:tcPr>
          <w:p w14:paraId="11D5E23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586840F" w14:textId="77777777" w:rsidTr="00ED78AE">
        <w:tc>
          <w:tcPr>
            <w:tcW w:w="321" w:type="pct"/>
          </w:tcPr>
          <w:p w14:paraId="7256C0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722" w:type="pct"/>
          </w:tcPr>
          <w:p w14:paraId="051581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250CC7E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KH-23-3-018</w:t>
            </w:r>
          </w:p>
        </w:tc>
        <w:tc>
          <w:tcPr>
            <w:tcW w:w="737" w:type="pct"/>
          </w:tcPr>
          <w:p w14:paraId="765E87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38A6A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249826</w:t>
            </w:r>
          </w:p>
        </w:tc>
        <w:tc>
          <w:tcPr>
            <w:tcW w:w="689" w:type="pct"/>
          </w:tcPr>
          <w:p w14:paraId="101723D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241675</w:t>
            </w:r>
          </w:p>
        </w:tc>
        <w:tc>
          <w:tcPr>
            <w:tcW w:w="688" w:type="pct"/>
          </w:tcPr>
          <w:p w14:paraId="62C61E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0C8AF3E" w14:textId="77777777" w:rsidTr="00ED78AE">
        <w:tc>
          <w:tcPr>
            <w:tcW w:w="321" w:type="pct"/>
          </w:tcPr>
          <w:p w14:paraId="748523D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722" w:type="pct"/>
          </w:tcPr>
          <w:p w14:paraId="32BCDA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121C1F2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KH-23-3-019</w:t>
            </w:r>
          </w:p>
        </w:tc>
        <w:tc>
          <w:tcPr>
            <w:tcW w:w="737" w:type="pct"/>
          </w:tcPr>
          <w:p w14:paraId="5BE37AF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0F0921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225896</w:t>
            </w:r>
          </w:p>
        </w:tc>
        <w:tc>
          <w:tcPr>
            <w:tcW w:w="689" w:type="pct"/>
          </w:tcPr>
          <w:p w14:paraId="6820958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214332</w:t>
            </w:r>
          </w:p>
        </w:tc>
        <w:tc>
          <w:tcPr>
            <w:tcW w:w="688" w:type="pct"/>
          </w:tcPr>
          <w:p w14:paraId="45163A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B5FE8B0" w14:textId="77777777" w:rsidTr="00ED78AE">
        <w:tc>
          <w:tcPr>
            <w:tcW w:w="321" w:type="pct"/>
          </w:tcPr>
          <w:p w14:paraId="2DF781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722" w:type="pct"/>
          </w:tcPr>
          <w:p w14:paraId="0B26D9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C7F94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KH-23-3-020</w:t>
            </w:r>
          </w:p>
        </w:tc>
        <w:tc>
          <w:tcPr>
            <w:tcW w:w="737" w:type="pct"/>
          </w:tcPr>
          <w:p w14:paraId="756A82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21082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198416</w:t>
            </w:r>
          </w:p>
        </w:tc>
        <w:tc>
          <w:tcPr>
            <w:tcW w:w="689" w:type="pct"/>
          </w:tcPr>
          <w:p w14:paraId="1E69D6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188833</w:t>
            </w:r>
          </w:p>
        </w:tc>
        <w:tc>
          <w:tcPr>
            <w:tcW w:w="688" w:type="pct"/>
          </w:tcPr>
          <w:p w14:paraId="5D61C8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A7566B5" w14:textId="77777777" w:rsidTr="00ED78AE">
        <w:tc>
          <w:tcPr>
            <w:tcW w:w="321" w:type="pct"/>
          </w:tcPr>
          <w:p w14:paraId="796E677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722" w:type="pct"/>
          </w:tcPr>
          <w:p w14:paraId="1B848E5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7562D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KH-23-3-026</w:t>
            </w:r>
          </w:p>
        </w:tc>
        <w:tc>
          <w:tcPr>
            <w:tcW w:w="737" w:type="pct"/>
          </w:tcPr>
          <w:p w14:paraId="501F253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5E2728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196343</w:t>
            </w:r>
          </w:p>
        </w:tc>
        <w:tc>
          <w:tcPr>
            <w:tcW w:w="689" w:type="pct"/>
          </w:tcPr>
          <w:p w14:paraId="6B50D24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103271</w:t>
            </w:r>
          </w:p>
        </w:tc>
        <w:tc>
          <w:tcPr>
            <w:tcW w:w="688" w:type="pct"/>
          </w:tcPr>
          <w:p w14:paraId="169FC5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3E2B92B" w14:textId="77777777" w:rsidTr="00ED78AE">
        <w:tc>
          <w:tcPr>
            <w:tcW w:w="321" w:type="pct"/>
          </w:tcPr>
          <w:p w14:paraId="54F1D7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w:t>
            </w:r>
          </w:p>
        </w:tc>
        <w:tc>
          <w:tcPr>
            <w:tcW w:w="722" w:type="pct"/>
          </w:tcPr>
          <w:p w14:paraId="5CE796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B9097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KH-23-3-027</w:t>
            </w:r>
          </w:p>
        </w:tc>
        <w:tc>
          <w:tcPr>
            <w:tcW w:w="737" w:type="pct"/>
          </w:tcPr>
          <w:p w14:paraId="35094F9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13F66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187015</w:t>
            </w:r>
          </w:p>
        </w:tc>
        <w:tc>
          <w:tcPr>
            <w:tcW w:w="689" w:type="pct"/>
          </w:tcPr>
          <w:p w14:paraId="384315B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158579</w:t>
            </w:r>
          </w:p>
        </w:tc>
        <w:tc>
          <w:tcPr>
            <w:tcW w:w="688" w:type="pct"/>
          </w:tcPr>
          <w:p w14:paraId="00A4231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11EB0A37" w14:textId="77777777" w:rsidTr="00ED78AE">
        <w:tc>
          <w:tcPr>
            <w:tcW w:w="321" w:type="pct"/>
          </w:tcPr>
          <w:p w14:paraId="1BE6669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722" w:type="pct"/>
          </w:tcPr>
          <w:p w14:paraId="70FB58A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5850F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KH-23-3-028</w:t>
            </w:r>
          </w:p>
        </w:tc>
        <w:tc>
          <w:tcPr>
            <w:tcW w:w="737" w:type="pct"/>
          </w:tcPr>
          <w:p w14:paraId="0CAC563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A73F1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257876</w:t>
            </w:r>
          </w:p>
        </w:tc>
        <w:tc>
          <w:tcPr>
            <w:tcW w:w="689" w:type="pct"/>
          </w:tcPr>
          <w:p w14:paraId="5D12977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252746</w:t>
            </w:r>
          </w:p>
        </w:tc>
        <w:tc>
          <w:tcPr>
            <w:tcW w:w="688" w:type="pct"/>
          </w:tcPr>
          <w:p w14:paraId="2D4A2E9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3D51CB8E" w14:textId="77777777" w:rsidTr="00ED78AE">
        <w:tc>
          <w:tcPr>
            <w:tcW w:w="321" w:type="pct"/>
          </w:tcPr>
          <w:p w14:paraId="00F396E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722" w:type="pct"/>
          </w:tcPr>
          <w:p w14:paraId="1BF0FB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06E2BBB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KH-23-3-034</w:t>
            </w:r>
          </w:p>
        </w:tc>
        <w:tc>
          <w:tcPr>
            <w:tcW w:w="737" w:type="pct"/>
          </w:tcPr>
          <w:p w14:paraId="4347F9B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B43B35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245933</w:t>
            </w:r>
          </w:p>
        </w:tc>
        <w:tc>
          <w:tcPr>
            <w:tcW w:w="689" w:type="pct"/>
          </w:tcPr>
          <w:p w14:paraId="2F43E84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113177</w:t>
            </w:r>
          </w:p>
        </w:tc>
        <w:tc>
          <w:tcPr>
            <w:tcW w:w="688" w:type="pct"/>
          </w:tcPr>
          <w:p w14:paraId="5B328C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229AB8B" w14:textId="77777777" w:rsidTr="00ED78AE">
        <w:tc>
          <w:tcPr>
            <w:tcW w:w="321" w:type="pct"/>
          </w:tcPr>
          <w:p w14:paraId="05FAC9F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w:t>
            </w:r>
          </w:p>
        </w:tc>
        <w:tc>
          <w:tcPr>
            <w:tcW w:w="722" w:type="pct"/>
          </w:tcPr>
          <w:p w14:paraId="01222E1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174E244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KH-23-3-035</w:t>
            </w:r>
          </w:p>
        </w:tc>
        <w:tc>
          <w:tcPr>
            <w:tcW w:w="737" w:type="pct"/>
          </w:tcPr>
          <w:p w14:paraId="2BD1C8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A150B7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273789</w:t>
            </w:r>
          </w:p>
        </w:tc>
        <w:tc>
          <w:tcPr>
            <w:tcW w:w="689" w:type="pct"/>
          </w:tcPr>
          <w:p w14:paraId="04669A2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207717</w:t>
            </w:r>
          </w:p>
        </w:tc>
        <w:tc>
          <w:tcPr>
            <w:tcW w:w="688" w:type="pct"/>
          </w:tcPr>
          <w:p w14:paraId="6F33D2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87BE46C" w14:textId="77777777" w:rsidTr="00ED78AE">
        <w:tc>
          <w:tcPr>
            <w:tcW w:w="321" w:type="pct"/>
          </w:tcPr>
          <w:p w14:paraId="03A6B8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722" w:type="pct"/>
          </w:tcPr>
          <w:p w14:paraId="2E0C91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330ED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KH-23-3-036</w:t>
            </w:r>
          </w:p>
        </w:tc>
        <w:tc>
          <w:tcPr>
            <w:tcW w:w="737" w:type="pct"/>
          </w:tcPr>
          <w:p w14:paraId="770E96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5B908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255922</w:t>
            </w:r>
          </w:p>
        </w:tc>
        <w:tc>
          <w:tcPr>
            <w:tcW w:w="689" w:type="pct"/>
          </w:tcPr>
          <w:p w14:paraId="269399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248049</w:t>
            </w:r>
          </w:p>
        </w:tc>
        <w:tc>
          <w:tcPr>
            <w:tcW w:w="688" w:type="pct"/>
          </w:tcPr>
          <w:p w14:paraId="076E2B3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0C45631" w14:textId="77777777" w:rsidTr="00ED78AE">
        <w:tc>
          <w:tcPr>
            <w:tcW w:w="321" w:type="pct"/>
          </w:tcPr>
          <w:p w14:paraId="33F6D3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w:t>
            </w:r>
          </w:p>
        </w:tc>
        <w:tc>
          <w:tcPr>
            <w:tcW w:w="722" w:type="pct"/>
          </w:tcPr>
          <w:p w14:paraId="1F0DA4C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97724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KH-23-3-042</w:t>
            </w:r>
          </w:p>
        </w:tc>
        <w:tc>
          <w:tcPr>
            <w:tcW w:w="737" w:type="pct"/>
          </w:tcPr>
          <w:p w14:paraId="1AB9BA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2218C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273607</w:t>
            </w:r>
          </w:p>
        </w:tc>
        <w:tc>
          <w:tcPr>
            <w:tcW w:w="689" w:type="pct"/>
          </w:tcPr>
          <w:p w14:paraId="3C09D10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199855</w:t>
            </w:r>
          </w:p>
        </w:tc>
        <w:tc>
          <w:tcPr>
            <w:tcW w:w="688" w:type="pct"/>
          </w:tcPr>
          <w:p w14:paraId="5FA53A8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2AB5044" w14:textId="77777777" w:rsidTr="00ED78AE">
        <w:tc>
          <w:tcPr>
            <w:tcW w:w="321" w:type="pct"/>
          </w:tcPr>
          <w:p w14:paraId="672B72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w:t>
            </w:r>
          </w:p>
        </w:tc>
        <w:tc>
          <w:tcPr>
            <w:tcW w:w="722" w:type="pct"/>
          </w:tcPr>
          <w:p w14:paraId="08CB53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B57C2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KH-23-3-043</w:t>
            </w:r>
          </w:p>
        </w:tc>
        <w:tc>
          <w:tcPr>
            <w:tcW w:w="737" w:type="pct"/>
          </w:tcPr>
          <w:p w14:paraId="70D980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332E19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238460</w:t>
            </w:r>
          </w:p>
        </w:tc>
        <w:tc>
          <w:tcPr>
            <w:tcW w:w="689" w:type="pct"/>
          </w:tcPr>
          <w:p w14:paraId="3204C58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206042</w:t>
            </w:r>
          </w:p>
        </w:tc>
        <w:tc>
          <w:tcPr>
            <w:tcW w:w="688" w:type="pct"/>
          </w:tcPr>
          <w:p w14:paraId="7C19BE6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4526EAB" w14:textId="77777777" w:rsidTr="00ED78AE">
        <w:tc>
          <w:tcPr>
            <w:tcW w:w="321" w:type="pct"/>
          </w:tcPr>
          <w:p w14:paraId="0132ED2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w:t>
            </w:r>
          </w:p>
        </w:tc>
        <w:tc>
          <w:tcPr>
            <w:tcW w:w="722" w:type="pct"/>
          </w:tcPr>
          <w:p w14:paraId="19C026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B9370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KH-23-3-044</w:t>
            </w:r>
          </w:p>
        </w:tc>
        <w:tc>
          <w:tcPr>
            <w:tcW w:w="737" w:type="pct"/>
          </w:tcPr>
          <w:p w14:paraId="6246BC3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EB09D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255021</w:t>
            </w:r>
          </w:p>
        </w:tc>
        <w:tc>
          <w:tcPr>
            <w:tcW w:w="689" w:type="pct"/>
          </w:tcPr>
          <w:p w14:paraId="688A64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235107</w:t>
            </w:r>
          </w:p>
        </w:tc>
        <w:tc>
          <w:tcPr>
            <w:tcW w:w="688" w:type="pct"/>
          </w:tcPr>
          <w:p w14:paraId="202FC9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C879B99" w14:textId="77777777" w:rsidTr="00ED78AE">
        <w:tc>
          <w:tcPr>
            <w:tcW w:w="321" w:type="pct"/>
          </w:tcPr>
          <w:p w14:paraId="496C8C4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722" w:type="pct"/>
          </w:tcPr>
          <w:p w14:paraId="644E91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5236DB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KH-23-3-051</w:t>
            </w:r>
          </w:p>
        </w:tc>
        <w:tc>
          <w:tcPr>
            <w:tcW w:w="737" w:type="pct"/>
          </w:tcPr>
          <w:p w14:paraId="2B34080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625B2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213888</w:t>
            </w:r>
          </w:p>
        </w:tc>
        <w:tc>
          <w:tcPr>
            <w:tcW w:w="689" w:type="pct"/>
          </w:tcPr>
          <w:p w14:paraId="6F2B0E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193882</w:t>
            </w:r>
          </w:p>
        </w:tc>
        <w:tc>
          <w:tcPr>
            <w:tcW w:w="688" w:type="pct"/>
          </w:tcPr>
          <w:p w14:paraId="61D391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31B352E" w14:textId="77777777" w:rsidTr="00ED78AE">
        <w:tc>
          <w:tcPr>
            <w:tcW w:w="321" w:type="pct"/>
          </w:tcPr>
          <w:p w14:paraId="4968ED9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w:t>
            </w:r>
          </w:p>
        </w:tc>
        <w:tc>
          <w:tcPr>
            <w:tcW w:w="722" w:type="pct"/>
          </w:tcPr>
          <w:p w14:paraId="596F65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219175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KH-23-3-052</w:t>
            </w:r>
          </w:p>
        </w:tc>
        <w:tc>
          <w:tcPr>
            <w:tcW w:w="737" w:type="pct"/>
          </w:tcPr>
          <w:p w14:paraId="644C4D3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E3A90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248186</w:t>
            </w:r>
          </w:p>
        </w:tc>
        <w:tc>
          <w:tcPr>
            <w:tcW w:w="689" w:type="pct"/>
          </w:tcPr>
          <w:p w14:paraId="07D096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239246</w:t>
            </w:r>
          </w:p>
        </w:tc>
        <w:tc>
          <w:tcPr>
            <w:tcW w:w="688" w:type="pct"/>
          </w:tcPr>
          <w:p w14:paraId="683CE49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CB9D8D9" w14:textId="77777777" w:rsidTr="00ED78AE">
        <w:tc>
          <w:tcPr>
            <w:tcW w:w="321" w:type="pct"/>
          </w:tcPr>
          <w:p w14:paraId="45D3C68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w:t>
            </w:r>
          </w:p>
        </w:tc>
        <w:tc>
          <w:tcPr>
            <w:tcW w:w="722" w:type="pct"/>
          </w:tcPr>
          <w:p w14:paraId="687418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8D59B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KH-23-3-053</w:t>
            </w:r>
          </w:p>
        </w:tc>
        <w:tc>
          <w:tcPr>
            <w:tcW w:w="737" w:type="pct"/>
          </w:tcPr>
          <w:p w14:paraId="45C66F5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8AA707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208142</w:t>
            </w:r>
          </w:p>
        </w:tc>
        <w:tc>
          <w:tcPr>
            <w:tcW w:w="689" w:type="pct"/>
          </w:tcPr>
          <w:p w14:paraId="6DA860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202667</w:t>
            </w:r>
          </w:p>
        </w:tc>
        <w:tc>
          <w:tcPr>
            <w:tcW w:w="688" w:type="pct"/>
          </w:tcPr>
          <w:p w14:paraId="6F9D9DC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D946000" w14:textId="77777777" w:rsidTr="00ED78AE">
        <w:tc>
          <w:tcPr>
            <w:tcW w:w="321" w:type="pct"/>
          </w:tcPr>
          <w:p w14:paraId="50C0A75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w:t>
            </w:r>
          </w:p>
        </w:tc>
        <w:tc>
          <w:tcPr>
            <w:tcW w:w="722" w:type="pct"/>
          </w:tcPr>
          <w:p w14:paraId="09DFA7E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438AB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KH-23-3-059</w:t>
            </w:r>
          </w:p>
        </w:tc>
        <w:tc>
          <w:tcPr>
            <w:tcW w:w="737" w:type="pct"/>
          </w:tcPr>
          <w:p w14:paraId="6D05CC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28F13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242762</w:t>
            </w:r>
          </w:p>
        </w:tc>
        <w:tc>
          <w:tcPr>
            <w:tcW w:w="689" w:type="pct"/>
          </w:tcPr>
          <w:p w14:paraId="15FBD5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190748</w:t>
            </w:r>
          </w:p>
        </w:tc>
        <w:tc>
          <w:tcPr>
            <w:tcW w:w="688" w:type="pct"/>
          </w:tcPr>
          <w:p w14:paraId="79383D4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0BA7537" w14:textId="77777777" w:rsidTr="00ED78AE">
        <w:tc>
          <w:tcPr>
            <w:tcW w:w="321" w:type="pct"/>
          </w:tcPr>
          <w:p w14:paraId="4033E6A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w:t>
            </w:r>
          </w:p>
        </w:tc>
        <w:tc>
          <w:tcPr>
            <w:tcW w:w="722" w:type="pct"/>
          </w:tcPr>
          <w:p w14:paraId="222431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18C6C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KH-23-3-060</w:t>
            </w:r>
          </w:p>
        </w:tc>
        <w:tc>
          <w:tcPr>
            <w:tcW w:w="737" w:type="pct"/>
          </w:tcPr>
          <w:p w14:paraId="631E97F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7B7EF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253683</w:t>
            </w:r>
          </w:p>
        </w:tc>
        <w:tc>
          <w:tcPr>
            <w:tcW w:w="689" w:type="pct"/>
          </w:tcPr>
          <w:p w14:paraId="565C06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246452</w:t>
            </w:r>
          </w:p>
        </w:tc>
        <w:tc>
          <w:tcPr>
            <w:tcW w:w="688" w:type="pct"/>
          </w:tcPr>
          <w:p w14:paraId="2370FD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587D051" w14:textId="77777777" w:rsidTr="00ED78AE">
        <w:tc>
          <w:tcPr>
            <w:tcW w:w="321" w:type="pct"/>
          </w:tcPr>
          <w:p w14:paraId="4C2F84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w:t>
            </w:r>
          </w:p>
        </w:tc>
        <w:tc>
          <w:tcPr>
            <w:tcW w:w="722" w:type="pct"/>
          </w:tcPr>
          <w:p w14:paraId="560144C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09B74F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KH-23-3-061</w:t>
            </w:r>
          </w:p>
        </w:tc>
        <w:tc>
          <w:tcPr>
            <w:tcW w:w="737" w:type="pct"/>
          </w:tcPr>
          <w:p w14:paraId="586501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5EA41E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218299</w:t>
            </w:r>
          </w:p>
        </w:tc>
        <w:tc>
          <w:tcPr>
            <w:tcW w:w="689" w:type="pct"/>
          </w:tcPr>
          <w:p w14:paraId="76EE599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210832</w:t>
            </w:r>
          </w:p>
        </w:tc>
        <w:tc>
          <w:tcPr>
            <w:tcW w:w="688" w:type="pct"/>
          </w:tcPr>
          <w:p w14:paraId="30EFAB3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5BF2B60C" w14:textId="77777777" w:rsidTr="00ED78AE">
        <w:tc>
          <w:tcPr>
            <w:tcW w:w="321" w:type="pct"/>
          </w:tcPr>
          <w:p w14:paraId="764F98E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w:t>
            </w:r>
          </w:p>
        </w:tc>
        <w:tc>
          <w:tcPr>
            <w:tcW w:w="722" w:type="pct"/>
          </w:tcPr>
          <w:p w14:paraId="66A8C7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3F3C8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KH-23-3-067</w:t>
            </w:r>
          </w:p>
        </w:tc>
        <w:tc>
          <w:tcPr>
            <w:tcW w:w="737" w:type="pct"/>
          </w:tcPr>
          <w:p w14:paraId="6A5B8D3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545CF4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233574</w:t>
            </w:r>
          </w:p>
        </w:tc>
        <w:tc>
          <w:tcPr>
            <w:tcW w:w="689" w:type="pct"/>
          </w:tcPr>
          <w:p w14:paraId="722E7FA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217004</w:t>
            </w:r>
          </w:p>
        </w:tc>
        <w:tc>
          <w:tcPr>
            <w:tcW w:w="688" w:type="pct"/>
          </w:tcPr>
          <w:p w14:paraId="7CE4433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8D8B9F9" w14:textId="77777777" w:rsidTr="00ED78AE">
        <w:tc>
          <w:tcPr>
            <w:tcW w:w="321" w:type="pct"/>
          </w:tcPr>
          <w:p w14:paraId="093EBEF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w:t>
            </w:r>
          </w:p>
        </w:tc>
        <w:tc>
          <w:tcPr>
            <w:tcW w:w="722" w:type="pct"/>
          </w:tcPr>
          <w:p w14:paraId="473073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28C24B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KH-23-3-068</w:t>
            </w:r>
          </w:p>
        </w:tc>
        <w:tc>
          <w:tcPr>
            <w:tcW w:w="737" w:type="pct"/>
          </w:tcPr>
          <w:p w14:paraId="40D9FA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5681D8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260521</w:t>
            </w:r>
          </w:p>
        </w:tc>
        <w:tc>
          <w:tcPr>
            <w:tcW w:w="689" w:type="pct"/>
          </w:tcPr>
          <w:p w14:paraId="0640C0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251873</w:t>
            </w:r>
          </w:p>
        </w:tc>
        <w:tc>
          <w:tcPr>
            <w:tcW w:w="688" w:type="pct"/>
          </w:tcPr>
          <w:p w14:paraId="7D30166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1B39169" w14:textId="77777777" w:rsidTr="00ED78AE">
        <w:tc>
          <w:tcPr>
            <w:tcW w:w="321" w:type="pct"/>
          </w:tcPr>
          <w:p w14:paraId="6D635AA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w:t>
            </w:r>
          </w:p>
        </w:tc>
        <w:tc>
          <w:tcPr>
            <w:tcW w:w="722" w:type="pct"/>
          </w:tcPr>
          <w:p w14:paraId="1799804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6DBD65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KH-23-3-069</w:t>
            </w:r>
          </w:p>
        </w:tc>
        <w:tc>
          <w:tcPr>
            <w:tcW w:w="737" w:type="pct"/>
          </w:tcPr>
          <w:p w14:paraId="6ABA0B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E5886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180783</w:t>
            </w:r>
          </w:p>
        </w:tc>
        <w:tc>
          <w:tcPr>
            <w:tcW w:w="689" w:type="pct"/>
          </w:tcPr>
          <w:p w14:paraId="253ACA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174352</w:t>
            </w:r>
          </w:p>
        </w:tc>
        <w:tc>
          <w:tcPr>
            <w:tcW w:w="688" w:type="pct"/>
          </w:tcPr>
          <w:p w14:paraId="5B6A8D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1491192" w14:textId="77777777" w:rsidTr="00ED78AE">
        <w:tc>
          <w:tcPr>
            <w:tcW w:w="321" w:type="pct"/>
          </w:tcPr>
          <w:p w14:paraId="00DE2BC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w:t>
            </w:r>
          </w:p>
        </w:tc>
        <w:tc>
          <w:tcPr>
            <w:tcW w:w="722" w:type="pct"/>
          </w:tcPr>
          <w:p w14:paraId="6641774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88AF6A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KH-23-3-076</w:t>
            </w:r>
          </w:p>
        </w:tc>
        <w:tc>
          <w:tcPr>
            <w:tcW w:w="737" w:type="pct"/>
          </w:tcPr>
          <w:p w14:paraId="062457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B2F62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309397</w:t>
            </w:r>
          </w:p>
        </w:tc>
        <w:tc>
          <w:tcPr>
            <w:tcW w:w="689" w:type="pct"/>
          </w:tcPr>
          <w:p w14:paraId="23DC2C7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265135</w:t>
            </w:r>
          </w:p>
        </w:tc>
        <w:tc>
          <w:tcPr>
            <w:tcW w:w="688" w:type="pct"/>
          </w:tcPr>
          <w:p w14:paraId="50A1FBE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D642D50" w14:textId="77777777" w:rsidTr="00ED78AE">
        <w:tc>
          <w:tcPr>
            <w:tcW w:w="321" w:type="pct"/>
          </w:tcPr>
          <w:p w14:paraId="1B3413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722" w:type="pct"/>
          </w:tcPr>
          <w:p w14:paraId="37E228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A4A298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KH-23-3-077</w:t>
            </w:r>
          </w:p>
        </w:tc>
        <w:tc>
          <w:tcPr>
            <w:tcW w:w="737" w:type="pct"/>
          </w:tcPr>
          <w:p w14:paraId="0A28EB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ED7C4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184945</w:t>
            </w:r>
          </w:p>
        </w:tc>
        <w:tc>
          <w:tcPr>
            <w:tcW w:w="689" w:type="pct"/>
          </w:tcPr>
          <w:p w14:paraId="168D34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179030</w:t>
            </w:r>
          </w:p>
        </w:tc>
        <w:tc>
          <w:tcPr>
            <w:tcW w:w="688" w:type="pct"/>
          </w:tcPr>
          <w:p w14:paraId="423384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1EC77A7F" w14:textId="77777777" w:rsidTr="00ED78AE">
        <w:tc>
          <w:tcPr>
            <w:tcW w:w="321" w:type="pct"/>
          </w:tcPr>
          <w:p w14:paraId="172B2F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22" w:type="pct"/>
          </w:tcPr>
          <w:p w14:paraId="6EBCC3E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AB3915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KH-23-3-078</w:t>
            </w:r>
          </w:p>
        </w:tc>
        <w:tc>
          <w:tcPr>
            <w:tcW w:w="737" w:type="pct"/>
          </w:tcPr>
          <w:p w14:paraId="35DB81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0F6D1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244386</w:t>
            </w:r>
          </w:p>
        </w:tc>
        <w:tc>
          <w:tcPr>
            <w:tcW w:w="689" w:type="pct"/>
          </w:tcPr>
          <w:p w14:paraId="57CEBEA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228565</w:t>
            </w:r>
          </w:p>
        </w:tc>
        <w:tc>
          <w:tcPr>
            <w:tcW w:w="688" w:type="pct"/>
          </w:tcPr>
          <w:p w14:paraId="317634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5E1050F" w14:textId="77777777" w:rsidTr="00ED78AE">
        <w:tc>
          <w:tcPr>
            <w:tcW w:w="321" w:type="pct"/>
          </w:tcPr>
          <w:p w14:paraId="65B315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w:t>
            </w:r>
          </w:p>
        </w:tc>
        <w:tc>
          <w:tcPr>
            <w:tcW w:w="722" w:type="pct"/>
          </w:tcPr>
          <w:p w14:paraId="2251A3D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10868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KH-23-3-085</w:t>
            </w:r>
          </w:p>
        </w:tc>
        <w:tc>
          <w:tcPr>
            <w:tcW w:w="737" w:type="pct"/>
          </w:tcPr>
          <w:p w14:paraId="2A9BAD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1569B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186207</w:t>
            </w:r>
          </w:p>
        </w:tc>
        <w:tc>
          <w:tcPr>
            <w:tcW w:w="689" w:type="pct"/>
          </w:tcPr>
          <w:p w14:paraId="6292D25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174358</w:t>
            </w:r>
          </w:p>
        </w:tc>
        <w:tc>
          <w:tcPr>
            <w:tcW w:w="688" w:type="pct"/>
          </w:tcPr>
          <w:p w14:paraId="359C3D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83424B3" w14:textId="77777777" w:rsidTr="00ED78AE">
        <w:tc>
          <w:tcPr>
            <w:tcW w:w="321" w:type="pct"/>
          </w:tcPr>
          <w:p w14:paraId="648BD88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w:t>
            </w:r>
          </w:p>
        </w:tc>
        <w:tc>
          <w:tcPr>
            <w:tcW w:w="722" w:type="pct"/>
          </w:tcPr>
          <w:p w14:paraId="63FEA93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BAE1A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KH-23-3-086</w:t>
            </w:r>
          </w:p>
        </w:tc>
        <w:tc>
          <w:tcPr>
            <w:tcW w:w="737" w:type="pct"/>
          </w:tcPr>
          <w:p w14:paraId="214A5E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D2AF8A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339727</w:t>
            </w:r>
          </w:p>
        </w:tc>
        <w:tc>
          <w:tcPr>
            <w:tcW w:w="689" w:type="pct"/>
          </w:tcPr>
          <w:p w14:paraId="349242B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189225</w:t>
            </w:r>
          </w:p>
        </w:tc>
        <w:tc>
          <w:tcPr>
            <w:tcW w:w="688" w:type="pct"/>
          </w:tcPr>
          <w:p w14:paraId="6A1524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F27D23E" w14:textId="77777777" w:rsidTr="00ED78AE">
        <w:tc>
          <w:tcPr>
            <w:tcW w:w="321" w:type="pct"/>
          </w:tcPr>
          <w:p w14:paraId="1370CEE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33</w:t>
            </w:r>
          </w:p>
        </w:tc>
        <w:tc>
          <w:tcPr>
            <w:tcW w:w="722" w:type="pct"/>
          </w:tcPr>
          <w:p w14:paraId="69BD5E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20D13AB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KH-23-3-087</w:t>
            </w:r>
          </w:p>
        </w:tc>
        <w:tc>
          <w:tcPr>
            <w:tcW w:w="737" w:type="pct"/>
          </w:tcPr>
          <w:p w14:paraId="15C705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F3867F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207083</w:t>
            </w:r>
          </w:p>
        </w:tc>
        <w:tc>
          <w:tcPr>
            <w:tcW w:w="689" w:type="pct"/>
          </w:tcPr>
          <w:p w14:paraId="01F86A0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191874</w:t>
            </w:r>
          </w:p>
        </w:tc>
        <w:tc>
          <w:tcPr>
            <w:tcW w:w="688" w:type="pct"/>
          </w:tcPr>
          <w:p w14:paraId="32089A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8D0D1C3" w14:textId="77777777" w:rsidTr="00ED78AE">
        <w:tc>
          <w:tcPr>
            <w:tcW w:w="321" w:type="pct"/>
          </w:tcPr>
          <w:p w14:paraId="05B953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34</w:t>
            </w:r>
          </w:p>
        </w:tc>
        <w:tc>
          <w:tcPr>
            <w:tcW w:w="722" w:type="pct"/>
          </w:tcPr>
          <w:p w14:paraId="31BB264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3B820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KH-23-3-093</w:t>
            </w:r>
          </w:p>
        </w:tc>
        <w:tc>
          <w:tcPr>
            <w:tcW w:w="737" w:type="pct"/>
          </w:tcPr>
          <w:p w14:paraId="79C2A20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ACE480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194041</w:t>
            </w:r>
          </w:p>
        </w:tc>
        <w:tc>
          <w:tcPr>
            <w:tcW w:w="689" w:type="pct"/>
          </w:tcPr>
          <w:p w14:paraId="16AED10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78654</w:t>
            </w:r>
          </w:p>
        </w:tc>
        <w:tc>
          <w:tcPr>
            <w:tcW w:w="688" w:type="pct"/>
          </w:tcPr>
          <w:p w14:paraId="4B9687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CF77CFD" w14:textId="77777777" w:rsidTr="00ED78AE">
        <w:tc>
          <w:tcPr>
            <w:tcW w:w="321" w:type="pct"/>
          </w:tcPr>
          <w:p w14:paraId="2E0C02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35</w:t>
            </w:r>
          </w:p>
        </w:tc>
        <w:tc>
          <w:tcPr>
            <w:tcW w:w="722" w:type="pct"/>
          </w:tcPr>
          <w:p w14:paraId="1DC1235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15763C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KH-23-3-094</w:t>
            </w:r>
          </w:p>
        </w:tc>
        <w:tc>
          <w:tcPr>
            <w:tcW w:w="737" w:type="pct"/>
          </w:tcPr>
          <w:p w14:paraId="7402211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0BC7F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230405</w:t>
            </w:r>
          </w:p>
        </w:tc>
        <w:tc>
          <w:tcPr>
            <w:tcW w:w="689" w:type="pct"/>
          </w:tcPr>
          <w:p w14:paraId="2A7A96D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171697</w:t>
            </w:r>
          </w:p>
        </w:tc>
        <w:tc>
          <w:tcPr>
            <w:tcW w:w="688" w:type="pct"/>
          </w:tcPr>
          <w:p w14:paraId="3BF8A5A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988C23C" w14:textId="77777777" w:rsidTr="00ED78AE">
        <w:tc>
          <w:tcPr>
            <w:tcW w:w="321" w:type="pct"/>
          </w:tcPr>
          <w:p w14:paraId="4D82CBC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36</w:t>
            </w:r>
          </w:p>
        </w:tc>
        <w:tc>
          <w:tcPr>
            <w:tcW w:w="722" w:type="pct"/>
          </w:tcPr>
          <w:p w14:paraId="2DD071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0967E6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KH-23-3-095</w:t>
            </w:r>
          </w:p>
        </w:tc>
        <w:tc>
          <w:tcPr>
            <w:tcW w:w="737" w:type="pct"/>
          </w:tcPr>
          <w:p w14:paraId="187CAF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26993E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186965</w:t>
            </w:r>
          </w:p>
        </w:tc>
        <w:tc>
          <w:tcPr>
            <w:tcW w:w="689" w:type="pct"/>
          </w:tcPr>
          <w:p w14:paraId="275B6FB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172219</w:t>
            </w:r>
          </w:p>
        </w:tc>
        <w:tc>
          <w:tcPr>
            <w:tcW w:w="688" w:type="pct"/>
          </w:tcPr>
          <w:p w14:paraId="79D989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7B60E42" w14:textId="77777777" w:rsidTr="00ED78AE">
        <w:tc>
          <w:tcPr>
            <w:tcW w:w="321" w:type="pct"/>
          </w:tcPr>
          <w:p w14:paraId="7E9051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37</w:t>
            </w:r>
          </w:p>
        </w:tc>
        <w:tc>
          <w:tcPr>
            <w:tcW w:w="722" w:type="pct"/>
          </w:tcPr>
          <w:p w14:paraId="01876C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36081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KH-23-3-101</w:t>
            </w:r>
          </w:p>
        </w:tc>
        <w:tc>
          <w:tcPr>
            <w:tcW w:w="737" w:type="pct"/>
          </w:tcPr>
          <w:p w14:paraId="68554A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B1A890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432014</w:t>
            </w:r>
          </w:p>
        </w:tc>
        <w:tc>
          <w:tcPr>
            <w:tcW w:w="689" w:type="pct"/>
          </w:tcPr>
          <w:p w14:paraId="340777A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355491</w:t>
            </w:r>
          </w:p>
        </w:tc>
        <w:tc>
          <w:tcPr>
            <w:tcW w:w="688" w:type="pct"/>
          </w:tcPr>
          <w:p w14:paraId="1D8739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340B5CC" w14:textId="77777777" w:rsidTr="00ED78AE">
        <w:tc>
          <w:tcPr>
            <w:tcW w:w="321" w:type="pct"/>
          </w:tcPr>
          <w:p w14:paraId="4E4DF8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38</w:t>
            </w:r>
          </w:p>
        </w:tc>
        <w:tc>
          <w:tcPr>
            <w:tcW w:w="722" w:type="pct"/>
          </w:tcPr>
          <w:p w14:paraId="20472B1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54D41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KH-23-3-102</w:t>
            </w:r>
          </w:p>
        </w:tc>
        <w:tc>
          <w:tcPr>
            <w:tcW w:w="737" w:type="pct"/>
          </w:tcPr>
          <w:p w14:paraId="5FCE7A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F34658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232384</w:t>
            </w:r>
          </w:p>
        </w:tc>
        <w:tc>
          <w:tcPr>
            <w:tcW w:w="689" w:type="pct"/>
          </w:tcPr>
          <w:p w14:paraId="6826DC8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195926</w:t>
            </w:r>
          </w:p>
        </w:tc>
        <w:tc>
          <w:tcPr>
            <w:tcW w:w="688" w:type="pct"/>
          </w:tcPr>
          <w:p w14:paraId="35E8137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B604D69" w14:textId="77777777" w:rsidTr="00ED78AE">
        <w:tc>
          <w:tcPr>
            <w:tcW w:w="321" w:type="pct"/>
          </w:tcPr>
          <w:p w14:paraId="048B11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39</w:t>
            </w:r>
          </w:p>
        </w:tc>
        <w:tc>
          <w:tcPr>
            <w:tcW w:w="722" w:type="pct"/>
          </w:tcPr>
          <w:p w14:paraId="662F07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532449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KH-23-3-103</w:t>
            </w:r>
          </w:p>
        </w:tc>
        <w:tc>
          <w:tcPr>
            <w:tcW w:w="737" w:type="pct"/>
          </w:tcPr>
          <w:p w14:paraId="647D9A5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196B4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324986</w:t>
            </w:r>
          </w:p>
        </w:tc>
        <w:tc>
          <w:tcPr>
            <w:tcW w:w="689" w:type="pct"/>
          </w:tcPr>
          <w:p w14:paraId="4D93A1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286362</w:t>
            </w:r>
          </w:p>
        </w:tc>
        <w:tc>
          <w:tcPr>
            <w:tcW w:w="688" w:type="pct"/>
          </w:tcPr>
          <w:p w14:paraId="3398E3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A5F8DC9" w14:textId="77777777" w:rsidTr="00ED78AE">
        <w:tc>
          <w:tcPr>
            <w:tcW w:w="321" w:type="pct"/>
          </w:tcPr>
          <w:p w14:paraId="08866D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40</w:t>
            </w:r>
          </w:p>
        </w:tc>
        <w:tc>
          <w:tcPr>
            <w:tcW w:w="722" w:type="pct"/>
          </w:tcPr>
          <w:p w14:paraId="281205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6757C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KH-23-3-109</w:t>
            </w:r>
          </w:p>
        </w:tc>
        <w:tc>
          <w:tcPr>
            <w:tcW w:w="737" w:type="pct"/>
          </w:tcPr>
          <w:p w14:paraId="742CFA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C99544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266210</w:t>
            </w:r>
          </w:p>
        </w:tc>
        <w:tc>
          <w:tcPr>
            <w:tcW w:w="689" w:type="pct"/>
          </w:tcPr>
          <w:p w14:paraId="2142FFB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208237</w:t>
            </w:r>
          </w:p>
        </w:tc>
        <w:tc>
          <w:tcPr>
            <w:tcW w:w="688" w:type="pct"/>
          </w:tcPr>
          <w:p w14:paraId="2257B8F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A807E9A" w14:textId="77777777" w:rsidTr="00ED78AE">
        <w:tc>
          <w:tcPr>
            <w:tcW w:w="321" w:type="pct"/>
          </w:tcPr>
          <w:p w14:paraId="5ECF18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41</w:t>
            </w:r>
          </w:p>
        </w:tc>
        <w:tc>
          <w:tcPr>
            <w:tcW w:w="722" w:type="pct"/>
          </w:tcPr>
          <w:p w14:paraId="49E742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7F17BC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KH-23-3-110</w:t>
            </w:r>
          </w:p>
        </w:tc>
        <w:tc>
          <w:tcPr>
            <w:tcW w:w="737" w:type="pct"/>
          </w:tcPr>
          <w:p w14:paraId="16268F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06D7DD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222146</w:t>
            </w:r>
          </w:p>
        </w:tc>
        <w:tc>
          <w:tcPr>
            <w:tcW w:w="689" w:type="pct"/>
          </w:tcPr>
          <w:p w14:paraId="6381D17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200948</w:t>
            </w:r>
          </w:p>
        </w:tc>
        <w:tc>
          <w:tcPr>
            <w:tcW w:w="688" w:type="pct"/>
          </w:tcPr>
          <w:p w14:paraId="064E72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ECD002F" w14:textId="77777777" w:rsidTr="00ED78AE">
        <w:tc>
          <w:tcPr>
            <w:tcW w:w="321" w:type="pct"/>
          </w:tcPr>
          <w:p w14:paraId="7E858C8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42</w:t>
            </w:r>
          </w:p>
        </w:tc>
        <w:tc>
          <w:tcPr>
            <w:tcW w:w="722" w:type="pct"/>
          </w:tcPr>
          <w:p w14:paraId="646CBB7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A605B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KH-23-3-111</w:t>
            </w:r>
          </w:p>
        </w:tc>
        <w:tc>
          <w:tcPr>
            <w:tcW w:w="737" w:type="pct"/>
          </w:tcPr>
          <w:p w14:paraId="1DB59C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B391F7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262545</w:t>
            </w:r>
          </w:p>
        </w:tc>
        <w:tc>
          <w:tcPr>
            <w:tcW w:w="689" w:type="pct"/>
          </w:tcPr>
          <w:p w14:paraId="39780F1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239853</w:t>
            </w:r>
          </w:p>
        </w:tc>
        <w:tc>
          <w:tcPr>
            <w:tcW w:w="688" w:type="pct"/>
          </w:tcPr>
          <w:p w14:paraId="4DE895F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E3E4AC4" w14:textId="77777777" w:rsidTr="00ED78AE">
        <w:tc>
          <w:tcPr>
            <w:tcW w:w="321" w:type="pct"/>
          </w:tcPr>
          <w:p w14:paraId="498D0F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43</w:t>
            </w:r>
          </w:p>
        </w:tc>
        <w:tc>
          <w:tcPr>
            <w:tcW w:w="722" w:type="pct"/>
          </w:tcPr>
          <w:p w14:paraId="43A2ECC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C6283E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KH-23-3-117</w:t>
            </w:r>
          </w:p>
        </w:tc>
        <w:tc>
          <w:tcPr>
            <w:tcW w:w="737" w:type="pct"/>
          </w:tcPr>
          <w:p w14:paraId="4A6C22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162DF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279637</w:t>
            </w:r>
          </w:p>
        </w:tc>
        <w:tc>
          <w:tcPr>
            <w:tcW w:w="689" w:type="pct"/>
          </w:tcPr>
          <w:p w14:paraId="39120F7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231030</w:t>
            </w:r>
          </w:p>
        </w:tc>
        <w:tc>
          <w:tcPr>
            <w:tcW w:w="688" w:type="pct"/>
          </w:tcPr>
          <w:p w14:paraId="04E91E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DD5FC2D" w14:textId="77777777" w:rsidTr="00ED78AE">
        <w:tc>
          <w:tcPr>
            <w:tcW w:w="321" w:type="pct"/>
          </w:tcPr>
          <w:p w14:paraId="36C74CD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44</w:t>
            </w:r>
          </w:p>
        </w:tc>
        <w:tc>
          <w:tcPr>
            <w:tcW w:w="722" w:type="pct"/>
          </w:tcPr>
          <w:p w14:paraId="16DCD0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03DF8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KH-23-3-118</w:t>
            </w:r>
          </w:p>
        </w:tc>
        <w:tc>
          <w:tcPr>
            <w:tcW w:w="737" w:type="pct"/>
          </w:tcPr>
          <w:p w14:paraId="547EB1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B72441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295125</w:t>
            </w:r>
          </w:p>
        </w:tc>
        <w:tc>
          <w:tcPr>
            <w:tcW w:w="689" w:type="pct"/>
          </w:tcPr>
          <w:p w14:paraId="09A9DEF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227946</w:t>
            </w:r>
          </w:p>
        </w:tc>
        <w:tc>
          <w:tcPr>
            <w:tcW w:w="688" w:type="pct"/>
          </w:tcPr>
          <w:p w14:paraId="54DBC30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E6BC9A3" w14:textId="77777777" w:rsidTr="00ED78AE">
        <w:tc>
          <w:tcPr>
            <w:tcW w:w="321" w:type="pct"/>
          </w:tcPr>
          <w:p w14:paraId="6537FDE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45</w:t>
            </w:r>
          </w:p>
        </w:tc>
        <w:tc>
          <w:tcPr>
            <w:tcW w:w="722" w:type="pct"/>
          </w:tcPr>
          <w:p w14:paraId="3014393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12E3086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KH-23-3-119</w:t>
            </w:r>
          </w:p>
        </w:tc>
        <w:tc>
          <w:tcPr>
            <w:tcW w:w="737" w:type="pct"/>
          </w:tcPr>
          <w:p w14:paraId="2AC758E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CAB44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273751</w:t>
            </w:r>
          </w:p>
        </w:tc>
        <w:tc>
          <w:tcPr>
            <w:tcW w:w="689" w:type="pct"/>
          </w:tcPr>
          <w:p w14:paraId="1169284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257913</w:t>
            </w:r>
          </w:p>
        </w:tc>
        <w:tc>
          <w:tcPr>
            <w:tcW w:w="688" w:type="pct"/>
          </w:tcPr>
          <w:p w14:paraId="0A3A02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7BBA97A" w14:textId="77777777" w:rsidTr="00ED78AE">
        <w:tc>
          <w:tcPr>
            <w:tcW w:w="321" w:type="pct"/>
          </w:tcPr>
          <w:p w14:paraId="382353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46</w:t>
            </w:r>
          </w:p>
        </w:tc>
        <w:tc>
          <w:tcPr>
            <w:tcW w:w="722" w:type="pct"/>
          </w:tcPr>
          <w:p w14:paraId="3E5759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80508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KH-23-3-125</w:t>
            </w:r>
          </w:p>
        </w:tc>
        <w:tc>
          <w:tcPr>
            <w:tcW w:w="737" w:type="pct"/>
          </w:tcPr>
          <w:p w14:paraId="341F8D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9775DD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299007</w:t>
            </w:r>
          </w:p>
        </w:tc>
        <w:tc>
          <w:tcPr>
            <w:tcW w:w="689" w:type="pct"/>
          </w:tcPr>
          <w:p w14:paraId="3359172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261448</w:t>
            </w:r>
          </w:p>
        </w:tc>
        <w:tc>
          <w:tcPr>
            <w:tcW w:w="688" w:type="pct"/>
          </w:tcPr>
          <w:p w14:paraId="7BD9A5D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BAEB0EF" w14:textId="77777777" w:rsidTr="00ED78AE">
        <w:tc>
          <w:tcPr>
            <w:tcW w:w="321" w:type="pct"/>
          </w:tcPr>
          <w:p w14:paraId="2561AA1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47</w:t>
            </w:r>
          </w:p>
        </w:tc>
        <w:tc>
          <w:tcPr>
            <w:tcW w:w="722" w:type="pct"/>
          </w:tcPr>
          <w:p w14:paraId="2EC6854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10F4B2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KH-23-3-126</w:t>
            </w:r>
          </w:p>
        </w:tc>
        <w:tc>
          <w:tcPr>
            <w:tcW w:w="737" w:type="pct"/>
          </w:tcPr>
          <w:p w14:paraId="1661E5E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4BD301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237843</w:t>
            </w:r>
          </w:p>
        </w:tc>
        <w:tc>
          <w:tcPr>
            <w:tcW w:w="689" w:type="pct"/>
          </w:tcPr>
          <w:p w14:paraId="28EBFC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208791</w:t>
            </w:r>
          </w:p>
        </w:tc>
        <w:tc>
          <w:tcPr>
            <w:tcW w:w="688" w:type="pct"/>
          </w:tcPr>
          <w:p w14:paraId="003D53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177F899D" w14:textId="77777777" w:rsidTr="00ED78AE">
        <w:tc>
          <w:tcPr>
            <w:tcW w:w="321" w:type="pct"/>
          </w:tcPr>
          <w:p w14:paraId="07C6AB0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w:t>
            </w:r>
          </w:p>
        </w:tc>
        <w:tc>
          <w:tcPr>
            <w:tcW w:w="722" w:type="pct"/>
          </w:tcPr>
          <w:p w14:paraId="6B9AEF9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1E791B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KH-23-3-127</w:t>
            </w:r>
          </w:p>
        </w:tc>
        <w:tc>
          <w:tcPr>
            <w:tcW w:w="737" w:type="pct"/>
          </w:tcPr>
          <w:p w14:paraId="1BCCC83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A2966B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214707</w:t>
            </w:r>
          </w:p>
        </w:tc>
        <w:tc>
          <w:tcPr>
            <w:tcW w:w="689" w:type="pct"/>
          </w:tcPr>
          <w:p w14:paraId="4156E6B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181406</w:t>
            </w:r>
          </w:p>
        </w:tc>
        <w:tc>
          <w:tcPr>
            <w:tcW w:w="688" w:type="pct"/>
          </w:tcPr>
          <w:p w14:paraId="3DDE62C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2FF64AD" w14:textId="77777777" w:rsidTr="00ED78AE">
        <w:tc>
          <w:tcPr>
            <w:tcW w:w="321" w:type="pct"/>
          </w:tcPr>
          <w:p w14:paraId="12CF1D6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49</w:t>
            </w:r>
          </w:p>
        </w:tc>
        <w:tc>
          <w:tcPr>
            <w:tcW w:w="722" w:type="pct"/>
          </w:tcPr>
          <w:p w14:paraId="2EA802A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E7AEC1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KH-23-3-134</w:t>
            </w:r>
          </w:p>
        </w:tc>
        <w:tc>
          <w:tcPr>
            <w:tcW w:w="737" w:type="pct"/>
          </w:tcPr>
          <w:p w14:paraId="4CC0921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2B049F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258381</w:t>
            </w:r>
          </w:p>
        </w:tc>
        <w:tc>
          <w:tcPr>
            <w:tcW w:w="689" w:type="pct"/>
          </w:tcPr>
          <w:p w14:paraId="1011DCD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210280</w:t>
            </w:r>
          </w:p>
        </w:tc>
        <w:tc>
          <w:tcPr>
            <w:tcW w:w="688" w:type="pct"/>
          </w:tcPr>
          <w:p w14:paraId="185153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D553F3C" w14:textId="77777777" w:rsidTr="00ED78AE">
        <w:tc>
          <w:tcPr>
            <w:tcW w:w="321" w:type="pct"/>
          </w:tcPr>
          <w:p w14:paraId="1AC5FE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50</w:t>
            </w:r>
          </w:p>
        </w:tc>
        <w:tc>
          <w:tcPr>
            <w:tcW w:w="722" w:type="pct"/>
          </w:tcPr>
          <w:p w14:paraId="38C1D4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7EF801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KH-23-3-135</w:t>
            </w:r>
          </w:p>
        </w:tc>
        <w:tc>
          <w:tcPr>
            <w:tcW w:w="737" w:type="pct"/>
          </w:tcPr>
          <w:p w14:paraId="0B51ED1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101922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209864</w:t>
            </w:r>
          </w:p>
        </w:tc>
        <w:tc>
          <w:tcPr>
            <w:tcW w:w="689" w:type="pct"/>
          </w:tcPr>
          <w:p w14:paraId="1450B3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199560</w:t>
            </w:r>
          </w:p>
        </w:tc>
        <w:tc>
          <w:tcPr>
            <w:tcW w:w="688" w:type="pct"/>
          </w:tcPr>
          <w:p w14:paraId="76F9198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8EE9FEF" w14:textId="77777777" w:rsidTr="00ED78AE">
        <w:tc>
          <w:tcPr>
            <w:tcW w:w="321" w:type="pct"/>
          </w:tcPr>
          <w:p w14:paraId="5A67CFE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51</w:t>
            </w:r>
          </w:p>
        </w:tc>
        <w:tc>
          <w:tcPr>
            <w:tcW w:w="722" w:type="pct"/>
          </w:tcPr>
          <w:p w14:paraId="5BA02C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2ACAE6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KH-23-3-136</w:t>
            </w:r>
          </w:p>
        </w:tc>
        <w:tc>
          <w:tcPr>
            <w:tcW w:w="737" w:type="pct"/>
          </w:tcPr>
          <w:p w14:paraId="4505325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36A2F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327195</w:t>
            </w:r>
          </w:p>
        </w:tc>
        <w:tc>
          <w:tcPr>
            <w:tcW w:w="689" w:type="pct"/>
          </w:tcPr>
          <w:p w14:paraId="4BAFAB5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128757</w:t>
            </w:r>
          </w:p>
        </w:tc>
        <w:tc>
          <w:tcPr>
            <w:tcW w:w="688" w:type="pct"/>
          </w:tcPr>
          <w:p w14:paraId="2D4CDE0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F67E1B9" w14:textId="77777777" w:rsidTr="00ED78AE">
        <w:tc>
          <w:tcPr>
            <w:tcW w:w="321" w:type="pct"/>
          </w:tcPr>
          <w:p w14:paraId="757A9B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52</w:t>
            </w:r>
          </w:p>
        </w:tc>
        <w:tc>
          <w:tcPr>
            <w:tcW w:w="722" w:type="pct"/>
          </w:tcPr>
          <w:p w14:paraId="7BAD15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A192E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KH-23-3-142</w:t>
            </w:r>
          </w:p>
        </w:tc>
        <w:tc>
          <w:tcPr>
            <w:tcW w:w="737" w:type="pct"/>
          </w:tcPr>
          <w:p w14:paraId="731535D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FBFB44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237370</w:t>
            </w:r>
          </w:p>
        </w:tc>
        <w:tc>
          <w:tcPr>
            <w:tcW w:w="689" w:type="pct"/>
          </w:tcPr>
          <w:p w14:paraId="4873D7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174260</w:t>
            </w:r>
          </w:p>
        </w:tc>
        <w:tc>
          <w:tcPr>
            <w:tcW w:w="688" w:type="pct"/>
          </w:tcPr>
          <w:p w14:paraId="1F22A6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4A70575" w14:textId="77777777" w:rsidTr="00ED78AE">
        <w:tc>
          <w:tcPr>
            <w:tcW w:w="321" w:type="pct"/>
          </w:tcPr>
          <w:p w14:paraId="1F4B389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53</w:t>
            </w:r>
          </w:p>
        </w:tc>
        <w:tc>
          <w:tcPr>
            <w:tcW w:w="722" w:type="pct"/>
          </w:tcPr>
          <w:p w14:paraId="23C6F6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22EBCA8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KH-23-3-143</w:t>
            </w:r>
          </w:p>
        </w:tc>
        <w:tc>
          <w:tcPr>
            <w:tcW w:w="737" w:type="pct"/>
          </w:tcPr>
          <w:p w14:paraId="4AC51C5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6DE2A0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230792</w:t>
            </w:r>
          </w:p>
        </w:tc>
        <w:tc>
          <w:tcPr>
            <w:tcW w:w="689" w:type="pct"/>
          </w:tcPr>
          <w:p w14:paraId="13FE12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204657</w:t>
            </w:r>
          </w:p>
        </w:tc>
        <w:tc>
          <w:tcPr>
            <w:tcW w:w="688" w:type="pct"/>
          </w:tcPr>
          <w:p w14:paraId="1514A91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1ABFC3F" w14:textId="77777777" w:rsidTr="00ED78AE">
        <w:tc>
          <w:tcPr>
            <w:tcW w:w="321" w:type="pct"/>
          </w:tcPr>
          <w:p w14:paraId="2689454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54</w:t>
            </w:r>
          </w:p>
        </w:tc>
        <w:tc>
          <w:tcPr>
            <w:tcW w:w="722" w:type="pct"/>
          </w:tcPr>
          <w:p w14:paraId="7B3289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CDAB0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KH-23-3-144</w:t>
            </w:r>
          </w:p>
        </w:tc>
        <w:tc>
          <w:tcPr>
            <w:tcW w:w="737" w:type="pct"/>
          </w:tcPr>
          <w:p w14:paraId="4CBEDCC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128B2B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274503</w:t>
            </w:r>
          </w:p>
        </w:tc>
        <w:tc>
          <w:tcPr>
            <w:tcW w:w="689" w:type="pct"/>
          </w:tcPr>
          <w:p w14:paraId="215D941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251123</w:t>
            </w:r>
          </w:p>
        </w:tc>
        <w:tc>
          <w:tcPr>
            <w:tcW w:w="688" w:type="pct"/>
          </w:tcPr>
          <w:p w14:paraId="1E07F0C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F05B9E5" w14:textId="77777777" w:rsidTr="00ED78AE">
        <w:tc>
          <w:tcPr>
            <w:tcW w:w="321" w:type="pct"/>
          </w:tcPr>
          <w:p w14:paraId="2DF8D87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55</w:t>
            </w:r>
          </w:p>
        </w:tc>
        <w:tc>
          <w:tcPr>
            <w:tcW w:w="722" w:type="pct"/>
          </w:tcPr>
          <w:p w14:paraId="3E948C4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3D5FA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KH-23-3-150</w:t>
            </w:r>
          </w:p>
        </w:tc>
        <w:tc>
          <w:tcPr>
            <w:tcW w:w="737" w:type="pct"/>
          </w:tcPr>
          <w:p w14:paraId="22F3F1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393CC0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233600</w:t>
            </w:r>
          </w:p>
        </w:tc>
        <w:tc>
          <w:tcPr>
            <w:tcW w:w="689" w:type="pct"/>
          </w:tcPr>
          <w:p w14:paraId="58075A0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221309</w:t>
            </w:r>
          </w:p>
        </w:tc>
        <w:tc>
          <w:tcPr>
            <w:tcW w:w="688" w:type="pct"/>
          </w:tcPr>
          <w:p w14:paraId="2D1663F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FA31438" w14:textId="77777777" w:rsidTr="00ED78AE">
        <w:tc>
          <w:tcPr>
            <w:tcW w:w="321" w:type="pct"/>
          </w:tcPr>
          <w:p w14:paraId="29B964C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56</w:t>
            </w:r>
          </w:p>
        </w:tc>
        <w:tc>
          <w:tcPr>
            <w:tcW w:w="722" w:type="pct"/>
          </w:tcPr>
          <w:p w14:paraId="485AFC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592EA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KH-23-3-151</w:t>
            </w:r>
          </w:p>
        </w:tc>
        <w:tc>
          <w:tcPr>
            <w:tcW w:w="737" w:type="pct"/>
          </w:tcPr>
          <w:p w14:paraId="5032188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CE3ED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259642</w:t>
            </w:r>
          </w:p>
        </w:tc>
        <w:tc>
          <w:tcPr>
            <w:tcW w:w="689" w:type="pct"/>
          </w:tcPr>
          <w:p w14:paraId="3F1A33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244276</w:t>
            </w:r>
          </w:p>
        </w:tc>
        <w:tc>
          <w:tcPr>
            <w:tcW w:w="688" w:type="pct"/>
          </w:tcPr>
          <w:p w14:paraId="6B3732C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407FAFF3" w14:textId="77777777" w:rsidTr="00ED78AE">
        <w:tc>
          <w:tcPr>
            <w:tcW w:w="321" w:type="pct"/>
          </w:tcPr>
          <w:p w14:paraId="6E4B76C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57</w:t>
            </w:r>
          </w:p>
        </w:tc>
        <w:tc>
          <w:tcPr>
            <w:tcW w:w="722" w:type="pct"/>
          </w:tcPr>
          <w:p w14:paraId="60192A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07C97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KH-23-3-152</w:t>
            </w:r>
          </w:p>
        </w:tc>
        <w:tc>
          <w:tcPr>
            <w:tcW w:w="737" w:type="pct"/>
          </w:tcPr>
          <w:p w14:paraId="06C8DF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33A9FF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225251</w:t>
            </w:r>
          </w:p>
        </w:tc>
        <w:tc>
          <w:tcPr>
            <w:tcW w:w="689" w:type="pct"/>
          </w:tcPr>
          <w:p w14:paraId="5B1844B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215208</w:t>
            </w:r>
          </w:p>
        </w:tc>
        <w:tc>
          <w:tcPr>
            <w:tcW w:w="688" w:type="pct"/>
          </w:tcPr>
          <w:p w14:paraId="4D11D75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A2BEB11" w14:textId="77777777" w:rsidTr="00ED78AE">
        <w:tc>
          <w:tcPr>
            <w:tcW w:w="321" w:type="pct"/>
          </w:tcPr>
          <w:p w14:paraId="7D8DDAB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58</w:t>
            </w:r>
          </w:p>
        </w:tc>
        <w:tc>
          <w:tcPr>
            <w:tcW w:w="722" w:type="pct"/>
          </w:tcPr>
          <w:p w14:paraId="460C65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649974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KH-23-3-158</w:t>
            </w:r>
          </w:p>
        </w:tc>
        <w:tc>
          <w:tcPr>
            <w:tcW w:w="737" w:type="pct"/>
          </w:tcPr>
          <w:p w14:paraId="6E0AE8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39661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241034</w:t>
            </w:r>
          </w:p>
        </w:tc>
        <w:tc>
          <w:tcPr>
            <w:tcW w:w="689" w:type="pct"/>
          </w:tcPr>
          <w:p w14:paraId="2B36AF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188939</w:t>
            </w:r>
          </w:p>
        </w:tc>
        <w:tc>
          <w:tcPr>
            <w:tcW w:w="688" w:type="pct"/>
          </w:tcPr>
          <w:p w14:paraId="6BF2517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97638E3" w14:textId="77777777" w:rsidTr="00ED78AE">
        <w:tc>
          <w:tcPr>
            <w:tcW w:w="321" w:type="pct"/>
          </w:tcPr>
          <w:p w14:paraId="11E5C4D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59</w:t>
            </w:r>
          </w:p>
        </w:tc>
        <w:tc>
          <w:tcPr>
            <w:tcW w:w="722" w:type="pct"/>
          </w:tcPr>
          <w:p w14:paraId="36BE3C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B1F5D3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KH-23-3-159</w:t>
            </w:r>
          </w:p>
        </w:tc>
        <w:tc>
          <w:tcPr>
            <w:tcW w:w="737" w:type="pct"/>
          </w:tcPr>
          <w:p w14:paraId="3D48944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46D143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259493</w:t>
            </w:r>
          </w:p>
        </w:tc>
        <w:tc>
          <w:tcPr>
            <w:tcW w:w="689" w:type="pct"/>
          </w:tcPr>
          <w:p w14:paraId="07ADC3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231193</w:t>
            </w:r>
          </w:p>
        </w:tc>
        <w:tc>
          <w:tcPr>
            <w:tcW w:w="688" w:type="pct"/>
          </w:tcPr>
          <w:p w14:paraId="304105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5303780" w14:textId="77777777" w:rsidTr="00ED78AE">
        <w:tc>
          <w:tcPr>
            <w:tcW w:w="321" w:type="pct"/>
          </w:tcPr>
          <w:p w14:paraId="5771405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60</w:t>
            </w:r>
          </w:p>
        </w:tc>
        <w:tc>
          <w:tcPr>
            <w:tcW w:w="722" w:type="pct"/>
          </w:tcPr>
          <w:p w14:paraId="2EBE4E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5DD33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KH-23-3-160</w:t>
            </w:r>
          </w:p>
        </w:tc>
        <w:tc>
          <w:tcPr>
            <w:tcW w:w="737" w:type="pct"/>
          </w:tcPr>
          <w:p w14:paraId="220C364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98BC1D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273838</w:t>
            </w:r>
          </w:p>
        </w:tc>
        <w:tc>
          <w:tcPr>
            <w:tcW w:w="689" w:type="pct"/>
          </w:tcPr>
          <w:p w14:paraId="119788A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247818</w:t>
            </w:r>
          </w:p>
        </w:tc>
        <w:tc>
          <w:tcPr>
            <w:tcW w:w="688" w:type="pct"/>
          </w:tcPr>
          <w:p w14:paraId="7D634A8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C39C178" w14:textId="77777777" w:rsidTr="00ED78AE">
        <w:tc>
          <w:tcPr>
            <w:tcW w:w="321" w:type="pct"/>
          </w:tcPr>
          <w:p w14:paraId="05CE04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61</w:t>
            </w:r>
          </w:p>
        </w:tc>
        <w:tc>
          <w:tcPr>
            <w:tcW w:w="722" w:type="pct"/>
          </w:tcPr>
          <w:p w14:paraId="4B8B30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35CF31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KH-23-3-166</w:t>
            </w:r>
          </w:p>
        </w:tc>
        <w:tc>
          <w:tcPr>
            <w:tcW w:w="737" w:type="pct"/>
          </w:tcPr>
          <w:p w14:paraId="68B0A72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C08D0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266848</w:t>
            </w:r>
          </w:p>
        </w:tc>
        <w:tc>
          <w:tcPr>
            <w:tcW w:w="689" w:type="pct"/>
          </w:tcPr>
          <w:p w14:paraId="594299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214687</w:t>
            </w:r>
          </w:p>
        </w:tc>
        <w:tc>
          <w:tcPr>
            <w:tcW w:w="688" w:type="pct"/>
          </w:tcPr>
          <w:p w14:paraId="6AFD8D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5D4CB6D" w14:textId="77777777" w:rsidTr="00ED78AE">
        <w:tc>
          <w:tcPr>
            <w:tcW w:w="321" w:type="pct"/>
          </w:tcPr>
          <w:p w14:paraId="6EBFD7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62</w:t>
            </w:r>
          </w:p>
        </w:tc>
        <w:tc>
          <w:tcPr>
            <w:tcW w:w="722" w:type="pct"/>
          </w:tcPr>
          <w:p w14:paraId="50B3CCD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1CC51C9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KH-23-3-167</w:t>
            </w:r>
          </w:p>
        </w:tc>
        <w:tc>
          <w:tcPr>
            <w:tcW w:w="737" w:type="pct"/>
          </w:tcPr>
          <w:p w14:paraId="50E7465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38358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241561</w:t>
            </w:r>
          </w:p>
        </w:tc>
        <w:tc>
          <w:tcPr>
            <w:tcW w:w="689" w:type="pct"/>
          </w:tcPr>
          <w:p w14:paraId="70F04DA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222878</w:t>
            </w:r>
          </w:p>
        </w:tc>
        <w:tc>
          <w:tcPr>
            <w:tcW w:w="688" w:type="pct"/>
          </w:tcPr>
          <w:p w14:paraId="4DDF2D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7428981" w14:textId="77777777" w:rsidTr="00ED78AE">
        <w:tc>
          <w:tcPr>
            <w:tcW w:w="321" w:type="pct"/>
          </w:tcPr>
          <w:p w14:paraId="4F8CD1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w:t>
            </w:r>
          </w:p>
        </w:tc>
        <w:tc>
          <w:tcPr>
            <w:tcW w:w="722" w:type="pct"/>
          </w:tcPr>
          <w:p w14:paraId="6845E2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C158B5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KH-23-3-168</w:t>
            </w:r>
          </w:p>
        </w:tc>
        <w:tc>
          <w:tcPr>
            <w:tcW w:w="737" w:type="pct"/>
          </w:tcPr>
          <w:p w14:paraId="418F84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9EAC59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315011</w:t>
            </w:r>
          </w:p>
        </w:tc>
        <w:tc>
          <w:tcPr>
            <w:tcW w:w="689" w:type="pct"/>
          </w:tcPr>
          <w:p w14:paraId="7EAB48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298414</w:t>
            </w:r>
          </w:p>
        </w:tc>
        <w:tc>
          <w:tcPr>
            <w:tcW w:w="688" w:type="pct"/>
          </w:tcPr>
          <w:p w14:paraId="0BF9551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83F47CB" w14:textId="77777777" w:rsidTr="00ED78AE">
        <w:tc>
          <w:tcPr>
            <w:tcW w:w="321" w:type="pct"/>
          </w:tcPr>
          <w:p w14:paraId="4EA2098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64</w:t>
            </w:r>
          </w:p>
        </w:tc>
        <w:tc>
          <w:tcPr>
            <w:tcW w:w="722" w:type="pct"/>
          </w:tcPr>
          <w:p w14:paraId="39538C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553F27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KH-23-3-174</w:t>
            </w:r>
          </w:p>
        </w:tc>
        <w:tc>
          <w:tcPr>
            <w:tcW w:w="737" w:type="pct"/>
          </w:tcPr>
          <w:p w14:paraId="72D6C9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4EE810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318901</w:t>
            </w:r>
          </w:p>
        </w:tc>
        <w:tc>
          <w:tcPr>
            <w:tcW w:w="689" w:type="pct"/>
          </w:tcPr>
          <w:p w14:paraId="3CD8D06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249229</w:t>
            </w:r>
          </w:p>
        </w:tc>
        <w:tc>
          <w:tcPr>
            <w:tcW w:w="688" w:type="pct"/>
          </w:tcPr>
          <w:p w14:paraId="64C081C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817F31A" w14:textId="77777777" w:rsidTr="00ED78AE">
        <w:tc>
          <w:tcPr>
            <w:tcW w:w="321" w:type="pct"/>
          </w:tcPr>
          <w:p w14:paraId="3EB21F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65</w:t>
            </w:r>
          </w:p>
        </w:tc>
        <w:tc>
          <w:tcPr>
            <w:tcW w:w="722" w:type="pct"/>
          </w:tcPr>
          <w:p w14:paraId="527AA1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5A2487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KH-23-3-175</w:t>
            </w:r>
          </w:p>
        </w:tc>
        <w:tc>
          <w:tcPr>
            <w:tcW w:w="737" w:type="pct"/>
          </w:tcPr>
          <w:p w14:paraId="7DC257B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3AAFB1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301633</w:t>
            </w:r>
          </w:p>
        </w:tc>
        <w:tc>
          <w:tcPr>
            <w:tcW w:w="689" w:type="pct"/>
          </w:tcPr>
          <w:p w14:paraId="716E85E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237054</w:t>
            </w:r>
          </w:p>
        </w:tc>
        <w:tc>
          <w:tcPr>
            <w:tcW w:w="688" w:type="pct"/>
          </w:tcPr>
          <w:p w14:paraId="3812E6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AE8E943" w14:textId="77777777" w:rsidTr="00ED78AE">
        <w:tc>
          <w:tcPr>
            <w:tcW w:w="321" w:type="pct"/>
          </w:tcPr>
          <w:p w14:paraId="59D5FB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66</w:t>
            </w:r>
          </w:p>
        </w:tc>
        <w:tc>
          <w:tcPr>
            <w:tcW w:w="722" w:type="pct"/>
          </w:tcPr>
          <w:p w14:paraId="0126A2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1155" w:type="pct"/>
          </w:tcPr>
          <w:p w14:paraId="42320E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KH-23-3-176</w:t>
            </w:r>
          </w:p>
        </w:tc>
        <w:tc>
          <w:tcPr>
            <w:tcW w:w="737" w:type="pct"/>
          </w:tcPr>
          <w:p w14:paraId="1567367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3A03BB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222483</w:t>
            </w:r>
          </w:p>
        </w:tc>
        <w:tc>
          <w:tcPr>
            <w:tcW w:w="689" w:type="pct"/>
          </w:tcPr>
          <w:p w14:paraId="252054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202739</w:t>
            </w:r>
          </w:p>
        </w:tc>
        <w:tc>
          <w:tcPr>
            <w:tcW w:w="688" w:type="pct"/>
          </w:tcPr>
          <w:p w14:paraId="646968D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CFACE44" w14:textId="77777777" w:rsidTr="00ED78AE">
        <w:tc>
          <w:tcPr>
            <w:tcW w:w="2934" w:type="pct"/>
            <w:gridSpan w:val="4"/>
          </w:tcPr>
          <w:p w14:paraId="1449764D"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(KS-23-3)</w:t>
            </w:r>
          </w:p>
        </w:tc>
        <w:tc>
          <w:tcPr>
            <w:tcW w:w="688" w:type="pct"/>
          </w:tcPr>
          <w:p w14:paraId="614C1BF9"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249845.53</w:t>
            </w:r>
          </w:p>
        </w:tc>
        <w:tc>
          <w:tcPr>
            <w:tcW w:w="689" w:type="pct"/>
          </w:tcPr>
          <w:p w14:paraId="3FD9FB8B"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212307.20</w:t>
            </w:r>
          </w:p>
        </w:tc>
        <w:tc>
          <w:tcPr>
            <w:tcW w:w="688" w:type="pct"/>
          </w:tcPr>
          <w:p w14:paraId="2893E667"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65D4FD10" w14:textId="77777777" w:rsidTr="00ED78AE">
        <w:tc>
          <w:tcPr>
            <w:tcW w:w="321" w:type="pct"/>
          </w:tcPr>
          <w:p w14:paraId="4CC7E0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67</w:t>
            </w:r>
          </w:p>
        </w:tc>
        <w:tc>
          <w:tcPr>
            <w:tcW w:w="722" w:type="pct"/>
          </w:tcPr>
          <w:p w14:paraId="2AEFA6D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6DF67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KS1815-W001-3m</w:t>
            </w:r>
          </w:p>
        </w:tc>
        <w:tc>
          <w:tcPr>
            <w:tcW w:w="737" w:type="pct"/>
          </w:tcPr>
          <w:p w14:paraId="0394A5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89658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118378</w:t>
            </w:r>
          </w:p>
        </w:tc>
        <w:tc>
          <w:tcPr>
            <w:tcW w:w="689" w:type="pct"/>
          </w:tcPr>
          <w:p w14:paraId="3AC79B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101624</w:t>
            </w:r>
          </w:p>
        </w:tc>
        <w:tc>
          <w:tcPr>
            <w:tcW w:w="688" w:type="pct"/>
          </w:tcPr>
          <w:p w14:paraId="169825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95CFFCD" w14:textId="77777777" w:rsidTr="00ED78AE">
        <w:tc>
          <w:tcPr>
            <w:tcW w:w="321" w:type="pct"/>
          </w:tcPr>
          <w:p w14:paraId="36FD30B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68</w:t>
            </w:r>
          </w:p>
        </w:tc>
        <w:tc>
          <w:tcPr>
            <w:tcW w:w="722" w:type="pct"/>
          </w:tcPr>
          <w:p w14:paraId="2A43D26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06EA6F3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KS1815-W004-3m</w:t>
            </w:r>
          </w:p>
        </w:tc>
        <w:tc>
          <w:tcPr>
            <w:tcW w:w="737" w:type="pct"/>
          </w:tcPr>
          <w:p w14:paraId="6AB854C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C988B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115057</w:t>
            </w:r>
          </w:p>
        </w:tc>
        <w:tc>
          <w:tcPr>
            <w:tcW w:w="689" w:type="pct"/>
          </w:tcPr>
          <w:p w14:paraId="433B758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99988</w:t>
            </w:r>
          </w:p>
        </w:tc>
        <w:tc>
          <w:tcPr>
            <w:tcW w:w="688" w:type="pct"/>
          </w:tcPr>
          <w:p w14:paraId="5B17C13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7A6E6E3" w14:textId="77777777" w:rsidTr="00ED78AE">
        <w:tc>
          <w:tcPr>
            <w:tcW w:w="321" w:type="pct"/>
          </w:tcPr>
          <w:p w14:paraId="3FCE2F9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69</w:t>
            </w:r>
          </w:p>
        </w:tc>
        <w:tc>
          <w:tcPr>
            <w:tcW w:w="722" w:type="pct"/>
          </w:tcPr>
          <w:p w14:paraId="640599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5E108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KS1815-W007-3m</w:t>
            </w:r>
          </w:p>
        </w:tc>
        <w:tc>
          <w:tcPr>
            <w:tcW w:w="737" w:type="pct"/>
          </w:tcPr>
          <w:p w14:paraId="6522F6C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96114F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127322</w:t>
            </w:r>
          </w:p>
        </w:tc>
        <w:tc>
          <w:tcPr>
            <w:tcW w:w="689" w:type="pct"/>
          </w:tcPr>
          <w:p w14:paraId="6C6E332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111485</w:t>
            </w:r>
          </w:p>
        </w:tc>
        <w:tc>
          <w:tcPr>
            <w:tcW w:w="688" w:type="pct"/>
          </w:tcPr>
          <w:p w14:paraId="5AAE315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4428902A" w14:textId="77777777" w:rsidTr="00ED78AE">
        <w:tc>
          <w:tcPr>
            <w:tcW w:w="321" w:type="pct"/>
          </w:tcPr>
          <w:p w14:paraId="08F472F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70</w:t>
            </w:r>
          </w:p>
        </w:tc>
        <w:tc>
          <w:tcPr>
            <w:tcW w:w="722" w:type="pct"/>
          </w:tcPr>
          <w:p w14:paraId="24EB928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7C5FFC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KS1815-W008-3m</w:t>
            </w:r>
          </w:p>
        </w:tc>
        <w:tc>
          <w:tcPr>
            <w:tcW w:w="737" w:type="pct"/>
          </w:tcPr>
          <w:p w14:paraId="09622B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61EFC4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85565</w:t>
            </w:r>
          </w:p>
        </w:tc>
        <w:tc>
          <w:tcPr>
            <w:tcW w:w="689" w:type="pct"/>
          </w:tcPr>
          <w:p w14:paraId="3DC1A3C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72216</w:t>
            </w:r>
          </w:p>
        </w:tc>
        <w:tc>
          <w:tcPr>
            <w:tcW w:w="688" w:type="pct"/>
          </w:tcPr>
          <w:p w14:paraId="48B4338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EBB31EA" w14:textId="77777777" w:rsidTr="00ED78AE">
        <w:tc>
          <w:tcPr>
            <w:tcW w:w="321" w:type="pct"/>
          </w:tcPr>
          <w:p w14:paraId="632F6CD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71</w:t>
            </w:r>
          </w:p>
        </w:tc>
        <w:tc>
          <w:tcPr>
            <w:tcW w:w="722" w:type="pct"/>
          </w:tcPr>
          <w:p w14:paraId="2D6FDFF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37F0728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KS1815-W009-3m</w:t>
            </w:r>
          </w:p>
        </w:tc>
        <w:tc>
          <w:tcPr>
            <w:tcW w:w="737" w:type="pct"/>
          </w:tcPr>
          <w:p w14:paraId="1E6696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0B36C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113041</w:t>
            </w:r>
          </w:p>
        </w:tc>
        <w:tc>
          <w:tcPr>
            <w:tcW w:w="689" w:type="pct"/>
          </w:tcPr>
          <w:p w14:paraId="5E56F97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98046</w:t>
            </w:r>
          </w:p>
        </w:tc>
        <w:tc>
          <w:tcPr>
            <w:tcW w:w="688" w:type="pct"/>
          </w:tcPr>
          <w:p w14:paraId="49AC36B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4C6C1686" w14:textId="77777777" w:rsidTr="00ED78AE">
        <w:tc>
          <w:tcPr>
            <w:tcW w:w="321" w:type="pct"/>
          </w:tcPr>
          <w:p w14:paraId="1E76C3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72</w:t>
            </w:r>
          </w:p>
        </w:tc>
        <w:tc>
          <w:tcPr>
            <w:tcW w:w="722" w:type="pct"/>
          </w:tcPr>
          <w:p w14:paraId="4D327D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250BAE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KS1815-W010-3m</w:t>
            </w:r>
          </w:p>
        </w:tc>
        <w:tc>
          <w:tcPr>
            <w:tcW w:w="737" w:type="pct"/>
          </w:tcPr>
          <w:p w14:paraId="4C2A03F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2E694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141500</w:t>
            </w:r>
          </w:p>
        </w:tc>
        <w:tc>
          <w:tcPr>
            <w:tcW w:w="689" w:type="pct"/>
          </w:tcPr>
          <w:p w14:paraId="62EA9BD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123251</w:t>
            </w:r>
          </w:p>
        </w:tc>
        <w:tc>
          <w:tcPr>
            <w:tcW w:w="688" w:type="pct"/>
          </w:tcPr>
          <w:p w14:paraId="5D6A272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2A0127C" w14:textId="77777777" w:rsidTr="00ED78AE">
        <w:tc>
          <w:tcPr>
            <w:tcW w:w="321" w:type="pct"/>
          </w:tcPr>
          <w:p w14:paraId="69A8DDF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73</w:t>
            </w:r>
          </w:p>
        </w:tc>
        <w:tc>
          <w:tcPr>
            <w:tcW w:w="722" w:type="pct"/>
          </w:tcPr>
          <w:p w14:paraId="0E58D5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00F333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KS1815-W011-3m</w:t>
            </w:r>
          </w:p>
        </w:tc>
        <w:tc>
          <w:tcPr>
            <w:tcW w:w="737" w:type="pct"/>
          </w:tcPr>
          <w:p w14:paraId="0D0BFA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FA3B4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109440</w:t>
            </w:r>
          </w:p>
        </w:tc>
        <w:tc>
          <w:tcPr>
            <w:tcW w:w="689" w:type="pct"/>
          </w:tcPr>
          <w:p w14:paraId="6657EF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94654</w:t>
            </w:r>
          </w:p>
        </w:tc>
        <w:tc>
          <w:tcPr>
            <w:tcW w:w="688" w:type="pct"/>
          </w:tcPr>
          <w:p w14:paraId="5696CF6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3AC6905" w14:textId="77777777" w:rsidTr="00ED78AE">
        <w:tc>
          <w:tcPr>
            <w:tcW w:w="321" w:type="pct"/>
          </w:tcPr>
          <w:p w14:paraId="01F21E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74</w:t>
            </w:r>
          </w:p>
        </w:tc>
        <w:tc>
          <w:tcPr>
            <w:tcW w:w="722" w:type="pct"/>
          </w:tcPr>
          <w:p w14:paraId="40832D8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03773F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KS1815-W012-3m</w:t>
            </w:r>
          </w:p>
        </w:tc>
        <w:tc>
          <w:tcPr>
            <w:tcW w:w="737" w:type="pct"/>
          </w:tcPr>
          <w:p w14:paraId="10C496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0C742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91502</w:t>
            </w:r>
          </w:p>
        </w:tc>
        <w:tc>
          <w:tcPr>
            <w:tcW w:w="689" w:type="pct"/>
          </w:tcPr>
          <w:p w14:paraId="573C94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79742</w:t>
            </w:r>
          </w:p>
        </w:tc>
        <w:tc>
          <w:tcPr>
            <w:tcW w:w="688" w:type="pct"/>
          </w:tcPr>
          <w:p w14:paraId="4A0D84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16F7908" w14:textId="77777777" w:rsidTr="00ED78AE">
        <w:tc>
          <w:tcPr>
            <w:tcW w:w="321" w:type="pct"/>
          </w:tcPr>
          <w:p w14:paraId="08458F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75</w:t>
            </w:r>
          </w:p>
        </w:tc>
        <w:tc>
          <w:tcPr>
            <w:tcW w:w="722" w:type="pct"/>
          </w:tcPr>
          <w:p w14:paraId="6F97566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1BDBDBE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KS1815-W013-3m</w:t>
            </w:r>
          </w:p>
        </w:tc>
        <w:tc>
          <w:tcPr>
            <w:tcW w:w="737" w:type="pct"/>
          </w:tcPr>
          <w:p w14:paraId="5C8F34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CE9BC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93439</w:t>
            </w:r>
          </w:p>
        </w:tc>
        <w:tc>
          <w:tcPr>
            <w:tcW w:w="689" w:type="pct"/>
          </w:tcPr>
          <w:p w14:paraId="2DF213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81963</w:t>
            </w:r>
          </w:p>
        </w:tc>
        <w:tc>
          <w:tcPr>
            <w:tcW w:w="688" w:type="pct"/>
          </w:tcPr>
          <w:p w14:paraId="3AE515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307D1E9" w14:textId="77777777" w:rsidTr="00ED78AE">
        <w:tc>
          <w:tcPr>
            <w:tcW w:w="321" w:type="pct"/>
          </w:tcPr>
          <w:p w14:paraId="2C82C8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76</w:t>
            </w:r>
          </w:p>
        </w:tc>
        <w:tc>
          <w:tcPr>
            <w:tcW w:w="722" w:type="pct"/>
          </w:tcPr>
          <w:p w14:paraId="305870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BE4C9A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KS1815-W014-3m</w:t>
            </w:r>
          </w:p>
        </w:tc>
        <w:tc>
          <w:tcPr>
            <w:tcW w:w="737" w:type="pct"/>
          </w:tcPr>
          <w:p w14:paraId="2318FDF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0D403B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75217</w:t>
            </w:r>
          </w:p>
        </w:tc>
        <w:tc>
          <w:tcPr>
            <w:tcW w:w="689" w:type="pct"/>
          </w:tcPr>
          <w:p w14:paraId="309F37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65433</w:t>
            </w:r>
          </w:p>
        </w:tc>
        <w:tc>
          <w:tcPr>
            <w:tcW w:w="688" w:type="pct"/>
          </w:tcPr>
          <w:p w14:paraId="6714C6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C9FE7A4" w14:textId="77777777" w:rsidTr="00ED78AE">
        <w:tc>
          <w:tcPr>
            <w:tcW w:w="321" w:type="pct"/>
          </w:tcPr>
          <w:p w14:paraId="7E0CA6F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77</w:t>
            </w:r>
          </w:p>
        </w:tc>
        <w:tc>
          <w:tcPr>
            <w:tcW w:w="722" w:type="pct"/>
          </w:tcPr>
          <w:p w14:paraId="466F45D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35D68A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KS1815-W015-3m</w:t>
            </w:r>
          </w:p>
        </w:tc>
        <w:tc>
          <w:tcPr>
            <w:tcW w:w="737" w:type="pct"/>
          </w:tcPr>
          <w:p w14:paraId="028DB6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1A451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124271</w:t>
            </w:r>
          </w:p>
        </w:tc>
        <w:tc>
          <w:tcPr>
            <w:tcW w:w="689" w:type="pct"/>
          </w:tcPr>
          <w:p w14:paraId="67CEBD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108715</w:t>
            </w:r>
          </w:p>
        </w:tc>
        <w:tc>
          <w:tcPr>
            <w:tcW w:w="688" w:type="pct"/>
          </w:tcPr>
          <w:p w14:paraId="01581EB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D8295F5" w14:textId="77777777" w:rsidTr="00ED78AE">
        <w:tc>
          <w:tcPr>
            <w:tcW w:w="321" w:type="pct"/>
          </w:tcPr>
          <w:p w14:paraId="0D8654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78</w:t>
            </w:r>
          </w:p>
        </w:tc>
        <w:tc>
          <w:tcPr>
            <w:tcW w:w="722" w:type="pct"/>
          </w:tcPr>
          <w:p w14:paraId="7557056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2677A04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KS1815-C00-5m</w:t>
            </w:r>
          </w:p>
        </w:tc>
        <w:tc>
          <w:tcPr>
            <w:tcW w:w="737" w:type="pct"/>
          </w:tcPr>
          <w:p w14:paraId="564C30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3E91E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24786</w:t>
            </w:r>
          </w:p>
        </w:tc>
        <w:tc>
          <w:tcPr>
            <w:tcW w:w="689" w:type="pct"/>
          </w:tcPr>
          <w:p w14:paraId="6133D67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20536</w:t>
            </w:r>
          </w:p>
        </w:tc>
        <w:tc>
          <w:tcPr>
            <w:tcW w:w="688" w:type="pct"/>
          </w:tcPr>
          <w:p w14:paraId="1CB818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D460ABC" w14:textId="77777777" w:rsidTr="00ED78AE">
        <w:tc>
          <w:tcPr>
            <w:tcW w:w="321" w:type="pct"/>
          </w:tcPr>
          <w:p w14:paraId="75BFCE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79</w:t>
            </w:r>
          </w:p>
        </w:tc>
        <w:tc>
          <w:tcPr>
            <w:tcW w:w="722" w:type="pct"/>
          </w:tcPr>
          <w:p w14:paraId="5A5DABD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56973FE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KS1815-C00-0m</w:t>
            </w:r>
          </w:p>
        </w:tc>
        <w:tc>
          <w:tcPr>
            <w:tcW w:w="737" w:type="pct"/>
          </w:tcPr>
          <w:p w14:paraId="037AB1F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1509598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79234</w:t>
            </w:r>
          </w:p>
        </w:tc>
        <w:tc>
          <w:tcPr>
            <w:tcW w:w="689" w:type="pct"/>
          </w:tcPr>
          <w:p w14:paraId="22BC1D8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68553</w:t>
            </w:r>
          </w:p>
        </w:tc>
        <w:tc>
          <w:tcPr>
            <w:tcW w:w="688" w:type="pct"/>
          </w:tcPr>
          <w:p w14:paraId="25C5B8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738F559" w14:textId="77777777" w:rsidTr="00ED78AE">
        <w:tc>
          <w:tcPr>
            <w:tcW w:w="321" w:type="pct"/>
          </w:tcPr>
          <w:p w14:paraId="73169E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80</w:t>
            </w:r>
          </w:p>
        </w:tc>
        <w:tc>
          <w:tcPr>
            <w:tcW w:w="722" w:type="pct"/>
          </w:tcPr>
          <w:p w14:paraId="45C7693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0E1BA1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KS1815-C01-5m</w:t>
            </w:r>
          </w:p>
        </w:tc>
        <w:tc>
          <w:tcPr>
            <w:tcW w:w="737" w:type="pct"/>
          </w:tcPr>
          <w:p w14:paraId="551221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33AC4A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31366</w:t>
            </w:r>
          </w:p>
        </w:tc>
        <w:tc>
          <w:tcPr>
            <w:tcW w:w="689" w:type="pct"/>
          </w:tcPr>
          <w:p w14:paraId="73AB57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27696</w:t>
            </w:r>
          </w:p>
        </w:tc>
        <w:tc>
          <w:tcPr>
            <w:tcW w:w="688" w:type="pct"/>
          </w:tcPr>
          <w:p w14:paraId="0F4B4F9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78DA966" w14:textId="77777777" w:rsidTr="00ED78AE">
        <w:tc>
          <w:tcPr>
            <w:tcW w:w="321" w:type="pct"/>
          </w:tcPr>
          <w:p w14:paraId="3F2938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81</w:t>
            </w:r>
          </w:p>
        </w:tc>
        <w:tc>
          <w:tcPr>
            <w:tcW w:w="722" w:type="pct"/>
          </w:tcPr>
          <w:p w14:paraId="2B6CC9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078897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KS1815-C01-0m</w:t>
            </w:r>
          </w:p>
        </w:tc>
        <w:tc>
          <w:tcPr>
            <w:tcW w:w="737" w:type="pct"/>
          </w:tcPr>
          <w:p w14:paraId="1E2C958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2F7171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24361</w:t>
            </w:r>
          </w:p>
        </w:tc>
        <w:tc>
          <w:tcPr>
            <w:tcW w:w="689" w:type="pct"/>
          </w:tcPr>
          <w:p w14:paraId="2E0EAA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13998</w:t>
            </w:r>
          </w:p>
        </w:tc>
        <w:tc>
          <w:tcPr>
            <w:tcW w:w="688" w:type="pct"/>
          </w:tcPr>
          <w:p w14:paraId="03AEE4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23944FA" w14:textId="77777777" w:rsidTr="00ED78AE">
        <w:tc>
          <w:tcPr>
            <w:tcW w:w="321" w:type="pct"/>
          </w:tcPr>
          <w:p w14:paraId="40A8AF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82</w:t>
            </w:r>
          </w:p>
        </w:tc>
        <w:tc>
          <w:tcPr>
            <w:tcW w:w="722" w:type="pct"/>
          </w:tcPr>
          <w:p w14:paraId="22518A3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2D30A57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KS1815-C02-5m</w:t>
            </w:r>
          </w:p>
        </w:tc>
        <w:tc>
          <w:tcPr>
            <w:tcW w:w="737" w:type="pct"/>
          </w:tcPr>
          <w:p w14:paraId="3E49A51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A5061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114622</w:t>
            </w:r>
          </w:p>
        </w:tc>
        <w:tc>
          <w:tcPr>
            <w:tcW w:w="689" w:type="pct"/>
          </w:tcPr>
          <w:p w14:paraId="68BEA01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98843</w:t>
            </w:r>
          </w:p>
        </w:tc>
        <w:tc>
          <w:tcPr>
            <w:tcW w:w="688" w:type="pct"/>
          </w:tcPr>
          <w:p w14:paraId="740FEE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48473CD" w14:textId="77777777" w:rsidTr="00ED78AE">
        <w:tc>
          <w:tcPr>
            <w:tcW w:w="321" w:type="pct"/>
          </w:tcPr>
          <w:p w14:paraId="0A17EB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83</w:t>
            </w:r>
          </w:p>
        </w:tc>
        <w:tc>
          <w:tcPr>
            <w:tcW w:w="722" w:type="pct"/>
          </w:tcPr>
          <w:p w14:paraId="52BD440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1E6A6D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KS1815-C02-0m</w:t>
            </w:r>
          </w:p>
        </w:tc>
        <w:tc>
          <w:tcPr>
            <w:tcW w:w="737" w:type="pct"/>
          </w:tcPr>
          <w:p w14:paraId="489C579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0D8CD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123060</w:t>
            </w:r>
          </w:p>
        </w:tc>
        <w:tc>
          <w:tcPr>
            <w:tcW w:w="689" w:type="pct"/>
          </w:tcPr>
          <w:p w14:paraId="08439C8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108675</w:t>
            </w:r>
          </w:p>
        </w:tc>
        <w:tc>
          <w:tcPr>
            <w:tcW w:w="688" w:type="pct"/>
          </w:tcPr>
          <w:p w14:paraId="24D8997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61290F5" w14:textId="77777777" w:rsidTr="00ED78AE">
        <w:tc>
          <w:tcPr>
            <w:tcW w:w="321" w:type="pct"/>
          </w:tcPr>
          <w:p w14:paraId="085B45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84</w:t>
            </w:r>
          </w:p>
        </w:tc>
        <w:tc>
          <w:tcPr>
            <w:tcW w:w="722" w:type="pct"/>
          </w:tcPr>
          <w:p w14:paraId="3092C55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09AA31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KS1815-C03-5m</w:t>
            </w:r>
          </w:p>
        </w:tc>
        <w:tc>
          <w:tcPr>
            <w:tcW w:w="737" w:type="pct"/>
          </w:tcPr>
          <w:p w14:paraId="612B057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A7CAD1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115553</w:t>
            </w:r>
          </w:p>
        </w:tc>
        <w:tc>
          <w:tcPr>
            <w:tcW w:w="689" w:type="pct"/>
          </w:tcPr>
          <w:p w14:paraId="2C0870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98619</w:t>
            </w:r>
          </w:p>
        </w:tc>
        <w:tc>
          <w:tcPr>
            <w:tcW w:w="688" w:type="pct"/>
          </w:tcPr>
          <w:p w14:paraId="5ACC98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A78CEAD" w14:textId="77777777" w:rsidTr="00ED78AE">
        <w:tc>
          <w:tcPr>
            <w:tcW w:w="321" w:type="pct"/>
          </w:tcPr>
          <w:p w14:paraId="41500C4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85</w:t>
            </w:r>
          </w:p>
        </w:tc>
        <w:tc>
          <w:tcPr>
            <w:tcW w:w="722" w:type="pct"/>
          </w:tcPr>
          <w:p w14:paraId="36F4C53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673E56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KS1815-C03-0m</w:t>
            </w:r>
          </w:p>
        </w:tc>
        <w:tc>
          <w:tcPr>
            <w:tcW w:w="737" w:type="pct"/>
          </w:tcPr>
          <w:p w14:paraId="5D997F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4B609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99400</w:t>
            </w:r>
          </w:p>
        </w:tc>
        <w:tc>
          <w:tcPr>
            <w:tcW w:w="689" w:type="pct"/>
          </w:tcPr>
          <w:p w14:paraId="368E2A1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85878</w:t>
            </w:r>
          </w:p>
        </w:tc>
        <w:tc>
          <w:tcPr>
            <w:tcW w:w="688" w:type="pct"/>
          </w:tcPr>
          <w:p w14:paraId="06F119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9C104C7" w14:textId="77777777" w:rsidTr="00ED78AE">
        <w:tc>
          <w:tcPr>
            <w:tcW w:w="321" w:type="pct"/>
          </w:tcPr>
          <w:p w14:paraId="379DBBE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86</w:t>
            </w:r>
          </w:p>
        </w:tc>
        <w:tc>
          <w:tcPr>
            <w:tcW w:w="722" w:type="pct"/>
          </w:tcPr>
          <w:p w14:paraId="393F87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5544FF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KS1815-C04-5m</w:t>
            </w:r>
          </w:p>
        </w:tc>
        <w:tc>
          <w:tcPr>
            <w:tcW w:w="737" w:type="pct"/>
          </w:tcPr>
          <w:p w14:paraId="53096F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2C0ADB4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88809</w:t>
            </w:r>
          </w:p>
        </w:tc>
        <w:tc>
          <w:tcPr>
            <w:tcW w:w="689" w:type="pct"/>
          </w:tcPr>
          <w:p w14:paraId="378A3FE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73817</w:t>
            </w:r>
          </w:p>
        </w:tc>
        <w:tc>
          <w:tcPr>
            <w:tcW w:w="688" w:type="pct"/>
          </w:tcPr>
          <w:p w14:paraId="4DC355D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B2BB2B5" w14:textId="77777777" w:rsidTr="00ED78AE">
        <w:tc>
          <w:tcPr>
            <w:tcW w:w="321" w:type="pct"/>
          </w:tcPr>
          <w:p w14:paraId="5CE120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87</w:t>
            </w:r>
          </w:p>
        </w:tc>
        <w:tc>
          <w:tcPr>
            <w:tcW w:w="722" w:type="pct"/>
          </w:tcPr>
          <w:p w14:paraId="43B468D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7B279A9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KS1815-C04-0m</w:t>
            </w:r>
          </w:p>
        </w:tc>
        <w:tc>
          <w:tcPr>
            <w:tcW w:w="737" w:type="pct"/>
          </w:tcPr>
          <w:p w14:paraId="39623E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8F4CA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51016</w:t>
            </w:r>
          </w:p>
        </w:tc>
        <w:tc>
          <w:tcPr>
            <w:tcW w:w="689" w:type="pct"/>
          </w:tcPr>
          <w:p w14:paraId="3216E6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39020</w:t>
            </w:r>
          </w:p>
        </w:tc>
        <w:tc>
          <w:tcPr>
            <w:tcW w:w="688" w:type="pct"/>
          </w:tcPr>
          <w:p w14:paraId="3395F6D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2B5C1FD" w14:textId="77777777" w:rsidTr="00ED78AE">
        <w:tc>
          <w:tcPr>
            <w:tcW w:w="321" w:type="pct"/>
          </w:tcPr>
          <w:p w14:paraId="767395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88</w:t>
            </w:r>
          </w:p>
        </w:tc>
        <w:tc>
          <w:tcPr>
            <w:tcW w:w="722" w:type="pct"/>
          </w:tcPr>
          <w:p w14:paraId="4B35A87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648C9FF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KS1815-C05-5m</w:t>
            </w:r>
          </w:p>
        </w:tc>
        <w:tc>
          <w:tcPr>
            <w:tcW w:w="737" w:type="pct"/>
          </w:tcPr>
          <w:p w14:paraId="01E2A70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F2F2D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73152</w:t>
            </w:r>
          </w:p>
        </w:tc>
        <w:tc>
          <w:tcPr>
            <w:tcW w:w="689" w:type="pct"/>
          </w:tcPr>
          <w:p w14:paraId="7FF8608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63073</w:t>
            </w:r>
          </w:p>
        </w:tc>
        <w:tc>
          <w:tcPr>
            <w:tcW w:w="688" w:type="pct"/>
          </w:tcPr>
          <w:p w14:paraId="769AFB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3427792F" w14:textId="77777777" w:rsidTr="00ED78AE">
        <w:tc>
          <w:tcPr>
            <w:tcW w:w="321" w:type="pct"/>
          </w:tcPr>
          <w:p w14:paraId="01DFCB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89</w:t>
            </w:r>
          </w:p>
        </w:tc>
        <w:tc>
          <w:tcPr>
            <w:tcW w:w="722" w:type="pct"/>
          </w:tcPr>
          <w:p w14:paraId="019EDB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652C60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KS1815-C05-0m</w:t>
            </w:r>
          </w:p>
        </w:tc>
        <w:tc>
          <w:tcPr>
            <w:tcW w:w="737" w:type="pct"/>
          </w:tcPr>
          <w:p w14:paraId="70839DF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45069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67491</w:t>
            </w:r>
          </w:p>
        </w:tc>
        <w:tc>
          <w:tcPr>
            <w:tcW w:w="689" w:type="pct"/>
          </w:tcPr>
          <w:p w14:paraId="1BF39E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58153</w:t>
            </w:r>
          </w:p>
        </w:tc>
        <w:tc>
          <w:tcPr>
            <w:tcW w:w="688" w:type="pct"/>
          </w:tcPr>
          <w:p w14:paraId="6C131C0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121439A" w14:textId="77777777" w:rsidTr="00ED78AE">
        <w:tc>
          <w:tcPr>
            <w:tcW w:w="321" w:type="pct"/>
          </w:tcPr>
          <w:p w14:paraId="6960D9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90</w:t>
            </w:r>
          </w:p>
        </w:tc>
        <w:tc>
          <w:tcPr>
            <w:tcW w:w="722" w:type="pct"/>
          </w:tcPr>
          <w:p w14:paraId="4394B7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3B5767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KS1815-C06-5m</w:t>
            </w:r>
          </w:p>
        </w:tc>
        <w:tc>
          <w:tcPr>
            <w:tcW w:w="737" w:type="pct"/>
          </w:tcPr>
          <w:p w14:paraId="232E4D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2535CB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85059</w:t>
            </w:r>
          </w:p>
        </w:tc>
        <w:tc>
          <w:tcPr>
            <w:tcW w:w="689" w:type="pct"/>
          </w:tcPr>
          <w:p w14:paraId="13198A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74036</w:t>
            </w:r>
          </w:p>
        </w:tc>
        <w:tc>
          <w:tcPr>
            <w:tcW w:w="688" w:type="pct"/>
          </w:tcPr>
          <w:p w14:paraId="55E8701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35C90547" w14:textId="77777777" w:rsidTr="00ED78AE">
        <w:tc>
          <w:tcPr>
            <w:tcW w:w="321" w:type="pct"/>
          </w:tcPr>
          <w:p w14:paraId="042B409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91</w:t>
            </w:r>
          </w:p>
        </w:tc>
        <w:tc>
          <w:tcPr>
            <w:tcW w:w="722" w:type="pct"/>
          </w:tcPr>
          <w:p w14:paraId="0A59ABF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2D25C9D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KS1815-C06-0m</w:t>
            </w:r>
          </w:p>
        </w:tc>
        <w:tc>
          <w:tcPr>
            <w:tcW w:w="737" w:type="pct"/>
          </w:tcPr>
          <w:p w14:paraId="1DBC10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2C539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50651</w:t>
            </w:r>
          </w:p>
        </w:tc>
        <w:tc>
          <w:tcPr>
            <w:tcW w:w="689" w:type="pct"/>
          </w:tcPr>
          <w:p w14:paraId="732D9C5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43932</w:t>
            </w:r>
          </w:p>
        </w:tc>
        <w:tc>
          <w:tcPr>
            <w:tcW w:w="688" w:type="pct"/>
          </w:tcPr>
          <w:p w14:paraId="37D3073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8D61FBF" w14:textId="77777777" w:rsidTr="00ED78AE">
        <w:tc>
          <w:tcPr>
            <w:tcW w:w="321" w:type="pct"/>
          </w:tcPr>
          <w:p w14:paraId="7BDC3A0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92</w:t>
            </w:r>
          </w:p>
        </w:tc>
        <w:tc>
          <w:tcPr>
            <w:tcW w:w="722" w:type="pct"/>
          </w:tcPr>
          <w:p w14:paraId="4AAAF21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1B16243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KS1815-C09-5m</w:t>
            </w:r>
          </w:p>
        </w:tc>
        <w:tc>
          <w:tcPr>
            <w:tcW w:w="737" w:type="pct"/>
          </w:tcPr>
          <w:p w14:paraId="3B780CE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792BE6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17712</w:t>
            </w:r>
          </w:p>
        </w:tc>
        <w:tc>
          <w:tcPr>
            <w:tcW w:w="689" w:type="pct"/>
          </w:tcPr>
          <w:p w14:paraId="239E29E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15358</w:t>
            </w:r>
          </w:p>
        </w:tc>
        <w:tc>
          <w:tcPr>
            <w:tcW w:w="688" w:type="pct"/>
          </w:tcPr>
          <w:p w14:paraId="05BAC2F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02447DC" w14:textId="77777777" w:rsidTr="00ED78AE">
        <w:tc>
          <w:tcPr>
            <w:tcW w:w="321" w:type="pct"/>
          </w:tcPr>
          <w:p w14:paraId="798CCE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93</w:t>
            </w:r>
          </w:p>
        </w:tc>
        <w:tc>
          <w:tcPr>
            <w:tcW w:w="722" w:type="pct"/>
          </w:tcPr>
          <w:p w14:paraId="29C9EFF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3079A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KS1815-C09-0m</w:t>
            </w:r>
          </w:p>
        </w:tc>
        <w:tc>
          <w:tcPr>
            <w:tcW w:w="737" w:type="pct"/>
          </w:tcPr>
          <w:p w14:paraId="15BAC8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9BD89D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8583</w:t>
            </w:r>
          </w:p>
        </w:tc>
        <w:tc>
          <w:tcPr>
            <w:tcW w:w="689" w:type="pct"/>
          </w:tcPr>
          <w:p w14:paraId="375F026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7437</w:t>
            </w:r>
          </w:p>
        </w:tc>
        <w:tc>
          <w:tcPr>
            <w:tcW w:w="688" w:type="pct"/>
          </w:tcPr>
          <w:p w14:paraId="52ED2E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C3451E4" w14:textId="77777777" w:rsidTr="00ED78AE">
        <w:tc>
          <w:tcPr>
            <w:tcW w:w="321" w:type="pct"/>
          </w:tcPr>
          <w:p w14:paraId="3AE5B8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94</w:t>
            </w:r>
          </w:p>
        </w:tc>
        <w:tc>
          <w:tcPr>
            <w:tcW w:w="722" w:type="pct"/>
          </w:tcPr>
          <w:p w14:paraId="19EEC63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78372BF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KS-18-5-B01-5</w:t>
            </w:r>
          </w:p>
        </w:tc>
        <w:tc>
          <w:tcPr>
            <w:tcW w:w="737" w:type="pct"/>
          </w:tcPr>
          <w:p w14:paraId="779E39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C02B3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74635</w:t>
            </w:r>
          </w:p>
        </w:tc>
        <w:tc>
          <w:tcPr>
            <w:tcW w:w="689" w:type="pct"/>
          </w:tcPr>
          <w:p w14:paraId="5EA0BF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68645</w:t>
            </w:r>
          </w:p>
        </w:tc>
        <w:tc>
          <w:tcPr>
            <w:tcW w:w="688" w:type="pct"/>
          </w:tcPr>
          <w:p w14:paraId="57ED0DB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3B92BC34" w14:textId="77777777" w:rsidTr="00ED78AE">
        <w:tc>
          <w:tcPr>
            <w:tcW w:w="321" w:type="pct"/>
          </w:tcPr>
          <w:p w14:paraId="3E366FF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95</w:t>
            </w:r>
          </w:p>
        </w:tc>
        <w:tc>
          <w:tcPr>
            <w:tcW w:w="722" w:type="pct"/>
          </w:tcPr>
          <w:p w14:paraId="497161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1DC087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KS-18-5-B01-0</w:t>
            </w:r>
          </w:p>
        </w:tc>
        <w:tc>
          <w:tcPr>
            <w:tcW w:w="737" w:type="pct"/>
          </w:tcPr>
          <w:p w14:paraId="7E20D74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CEF8ED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128669</w:t>
            </w:r>
          </w:p>
        </w:tc>
        <w:tc>
          <w:tcPr>
            <w:tcW w:w="689" w:type="pct"/>
          </w:tcPr>
          <w:p w14:paraId="1D46C1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109690</w:t>
            </w:r>
          </w:p>
        </w:tc>
        <w:tc>
          <w:tcPr>
            <w:tcW w:w="688" w:type="pct"/>
          </w:tcPr>
          <w:p w14:paraId="3E78CE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14286C35" w14:textId="77777777" w:rsidTr="00ED78AE">
        <w:tc>
          <w:tcPr>
            <w:tcW w:w="321" w:type="pct"/>
          </w:tcPr>
          <w:p w14:paraId="074AE39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96</w:t>
            </w:r>
          </w:p>
        </w:tc>
        <w:tc>
          <w:tcPr>
            <w:tcW w:w="722" w:type="pct"/>
          </w:tcPr>
          <w:p w14:paraId="5F0AFE3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3C83BD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KS-18-5-B02-5</w:t>
            </w:r>
          </w:p>
        </w:tc>
        <w:tc>
          <w:tcPr>
            <w:tcW w:w="737" w:type="pct"/>
          </w:tcPr>
          <w:p w14:paraId="73AC33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04ADAC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176520</w:t>
            </w:r>
          </w:p>
        </w:tc>
        <w:tc>
          <w:tcPr>
            <w:tcW w:w="689" w:type="pct"/>
          </w:tcPr>
          <w:p w14:paraId="42B8698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124721</w:t>
            </w:r>
          </w:p>
        </w:tc>
        <w:tc>
          <w:tcPr>
            <w:tcW w:w="688" w:type="pct"/>
          </w:tcPr>
          <w:p w14:paraId="37B41F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D909F1D" w14:textId="77777777" w:rsidTr="00ED78AE">
        <w:tc>
          <w:tcPr>
            <w:tcW w:w="321" w:type="pct"/>
          </w:tcPr>
          <w:p w14:paraId="6DCBDB6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97</w:t>
            </w:r>
          </w:p>
        </w:tc>
        <w:tc>
          <w:tcPr>
            <w:tcW w:w="722" w:type="pct"/>
          </w:tcPr>
          <w:p w14:paraId="40AD20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CCFB08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KS-18-5-B02-0</w:t>
            </w:r>
          </w:p>
        </w:tc>
        <w:tc>
          <w:tcPr>
            <w:tcW w:w="737" w:type="pct"/>
          </w:tcPr>
          <w:p w14:paraId="56B458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FBCB3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156384</w:t>
            </w:r>
          </w:p>
        </w:tc>
        <w:tc>
          <w:tcPr>
            <w:tcW w:w="689" w:type="pct"/>
          </w:tcPr>
          <w:p w14:paraId="652E17F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149323</w:t>
            </w:r>
          </w:p>
        </w:tc>
        <w:tc>
          <w:tcPr>
            <w:tcW w:w="688" w:type="pct"/>
          </w:tcPr>
          <w:p w14:paraId="345A76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E71FD5B" w14:textId="77777777" w:rsidTr="00ED78AE">
        <w:tc>
          <w:tcPr>
            <w:tcW w:w="321" w:type="pct"/>
          </w:tcPr>
          <w:p w14:paraId="0034E6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98</w:t>
            </w:r>
          </w:p>
        </w:tc>
        <w:tc>
          <w:tcPr>
            <w:tcW w:w="722" w:type="pct"/>
          </w:tcPr>
          <w:p w14:paraId="087D0F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40BB2E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KS-18-5-B06-10</w:t>
            </w:r>
          </w:p>
        </w:tc>
        <w:tc>
          <w:tcPr>
            <w:tcW w:w="737" w:type="pct"/>
          </w:tcPr>
          <w:p w14:paraId="68030C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80B3A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158935</w:t>
            </w:r>
          </w:p>
        </w:tc>
        <w:tc>
          <w:tcPr>
            <w:tcW w:w="689" w:type="pct"/>
          </w:tcPr>
          <w:p w14:paraId="41C3693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149782</w:t>
            </w:r>
          </w:p>
        </w:tc>
        <w:tc>
          <w:tcPr>
            <w:tcW w:w="688" w:type="pct"/>
          </w:tcPr>
          <w:p w14:paraId="00A895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39700FD5" w14:textId="77777777" w:rsidTr="00ED78AE">
        <w:tc>
          <w:tcPr>
            <w:tcW w:w="321" w:type="pct"/>
          </w:tcPr>
          <w:p w14:paraId="56116EB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99</w:t>
            </w:r>
          </w:p>
        </w:tc>
        <w:tc>
          <w:tcPr>
            <w:tcW w:w="722" w:type="pct"/>
          </w:tcPr>
          <w:p w14:paraId="75D2366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c>
          <w:tcPr>
            <w:tcW w:w="1155" w:type="pct"/>
          </w:tcPr>
          <w:p w14:paraId="1C7EF7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KS-18-5-B06-0</w:t>
            </w:r>
          </w:p>
        </w:tc>
        <w:tc>
          <w:tcPr>
            <w:tcW w:w="737" w:type="pct"/>
          </w:tcPr>
          <w:p w14:paraId="4DF42A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B073E0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52747</w:t>
            </w:r>
          </w:p>
        </w:tc>
        <w:tc>
          <w:tcPr>
            <w:tcW w:w="689" w:type="pct"/>
          </w:tcPr>
          <w:p w14:paraId="4FE3C1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37346</w:t>
            </w:r>
          </w:p>
        </w:tc>
        <w:tc>
          <w:tcPr>
            <w:tcW w:w="688" w:type="pct"/>
          </w:tcPr>
          <w:p w14:paraId="6F7D6A9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F1B259C" w14:textId="77777777" w:rsidTr="00ED78AE">
        <w:tc>
          <w:tcPr>
            <w:tcW w:w="2934" w:type="pct"/>
            <w:gridSpan w:val="4"/>
          </w:tcPr>
          <w:p w14:paraId="1B1C2F87"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(KS-18-5)</w:t>
            </w:r>
          </w:p>
        </w:tc>
        <w:tc>
          <w:tcPr>
            <w:tcW w:w="688" w:type="pct"/>
          </w:tcPr>
          <w:p w14:paraId="23581D05"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90832.63</w:t>
            </w:r>
          </w:p>
        </w:tc>
        <w:tc>
          <w:tcPr>
            <w:tcW w:w="689" w:type="pct"/>
          </w:tcPr>
          <w:p w14:paraId="065E0D88"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78007.51</w:t>
            </w:r>
          </w:p>
        </w:tc>
        <w:tc>
          <w:tcPr>
            <w:tcW w:w="688" w:type="pct"/>
          </w:tcPr>
          <w:p w14:paraId="6139BD2C"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5157CDE1" w14:textId="77777777" w:rsidTr="00ED78AE">
        <w:tc>
          <w:tcPr>
            <w:tcW w:w="321" w:type="pct"/>
          </w:tcPr>
          <w:p w14:paraId="4F7ECF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w:t>
            </w:r>
          </w:p>
        </w:tc>
        <w:tc>
          <w:tcPr>
            <w:tcW w:w="722" w:type="pct"/>
          </w:tcPr>
          <w:p w14:paraId="4EF2F3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597FB6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KS-21-11-001</w:t>
            </w:r>
          </w:p>
        </w:tc>
        <w:tc>
          <w:tcPr>
            <w:tcW w:w="737" w:type="pct"/>
          </w:tcPr>
          <w:p w14:paraId="13993F1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91660D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515699</w:t>
            </w:r>
          </w:p>
        </w:tc>
        <w:tc>
          <w:tcPr>
            <w:tcW w:w="689" w:type="pct"/>
          </w:tcPr>
          <w:p w14:paraId="6A8F2D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320117</w:t>
            </w:r>
          </w:p>
        </w:tc>
        <w:tc>
          <w:tcPr>
            <w:tcW w:w="688" w:type="pct"/>
          </w:tcPr>
          <w:p w14:paraId="11C1C2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4B06167" w14:textId="77777777" w:rsidTr="00ED78AE">
        <w:tc>
          <w:tcPr>
            <w:tcW w:w="321" w:type="pct"/>
          </w:tcPr>
          <w:p w14:paraId="308224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101</w:t>
            </w:r>
          </w:p>
        </w:tc>
        <w:tc>
          <w:tcPr>
            <w:tcW w:w="722" w:type="pct"/>
          </w:tcPr>
          <w:p w14:paraId="0BADF5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2BAEC1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KS-21-11-002</w:t>
            </w:r>
          </w:p>
        </w:tc>
        <w:tc>
          <w:tcPr>
            <w:tcW w:w="737" w:type="pct"/>
          </w:tcPr>
          <w:p w14:paraId="6A5195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6DE86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477470</w:t>
            </w:r>
          </w:p>
        </w:tc>
        <w:tc>
          <w:tcPr>
            <w:tcW w:w="689" w:type="pct"/>
          </w:tcPr>
          <w:p w14:paraId="31ED4C3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290452</w:t>
            </w:r>
          </w:p>
        </w:tc>
        <w:tc>
          <w:tcPr>
            <w:tcW w:w="688" w:type="pct"/>
          </w:tcPr>
          <w:p w14:paraId="7791853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4C830282" w14:textId="77777777" w:rsidTr="00ED78AE">
        <w:tc>
          <w:tcPr>
            <w:tcW w:w="321" w:type="pct"/>
          </w:tcPr>
          <w:p w14:paraId="1D957E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102</w:t>
            </w:r>
          </w:p>
        </w:tc>
        <w:tc>
          <w:tcPr>
            <w:tcW w:w="722" w:type="pct"/>
          </w:tcPr>
          <w:p w14:paraId="0B2CF09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561653A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KS-21-11-003</w:t>
            </w:r>
          </w:p>
        </w:tc>
        <w:tc>
          <w:tcPr>
            <w:tcW w:w="737" w:type="pct"/>
          </w:tcPr>
          <w:p w14:paraId="3193169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2D757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441911</w:t>
            </w:r>
          </w:p>
        </w:tc>
        <w:tc>
          <w:tcPr>
            <w:tcW w:w="689" w:type="pct"/>
          </w:tcPr>
          <w:p w14:paraId="4A4B957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279243</w:t>
            </w:r>
          </w:p>
        </w:tc>
        <w:tc>
          <w:tcPr>
            <w:tcW w:w="688" w:type="pct"/>
          </w:tcPr>
          <w:p w14:paraId="50B1B53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1D2A7B4" w14:textId="77777777" w:rsidTr="00ED78AE">
        <w:tc>
          <w:tcPr>
            <w:tcW w:w="321" w:type="pct"/>
          </w:tcPr>
          <w:p w14:paraId="5904202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103</w:t>
            </w:r>
          </w:p>
        </w:tc>
        <w:tc>
          <w:tcPr>
            <w:tcW w:w="722" w:type="pct"/>
          </w:tcPr>
          <w:p w14:paraId="0E5233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02893D4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KS-21-11-009</w:t>
            </w:r>
          </w:p>
        </w:tc>
        <w:tc>
          <w:tcPr>
            <w:tcW w:w="737" w:type="pct"/>
          </w:tcPr>
          <w:p w14:paraId="66013D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89442B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497249</w:t>
            </w:r>
          </w:p>
        </w:tc>
        <w:tc>
          <w:tcPr>
            <w:tcW w:w="689" w:type="pct"/>
          </w:tcPr>
          <w:p w14:paraId="4AD0116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313315</w:t>
            </w:r>
          </w:p>
        </w:tc>
        <w:tc>
          <w:tcPr>
            <w:tcW w:w="688" w:type="pct"/>
          </w:tcPr>
          <w:p w14:paraId="2B38EC6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C3EBC7F" w14:textId="77777777" w:rsidTr="00ED78AE">
        <w:tc>
          <w:tcPr>
            <w:tcW w:w="321" w:type="pct"/>
          </w:tcPr>
          <w:p w14:paraId="49786E4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104</w:t>
            </w:r>
          </w:p>
        </w:tc>
        <w:tc>
          <w:tcPr>
            <w:tcW w:w="722" w:type="pct"/>
          </w:tcPr>
          <w:p w14:paraId="2C2B2A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0F101D7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KS-21-11-010</w:t>
            </w:r>
          </w:p>
        </w:tc>
        <w:tc>
          <w:tcPr>
            <w:tcW w:w="737" w:type="pct"/>
          </w:tcPr>
          <w:p w14:paraId="78480F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F89E8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519909</w:t>
            </w:r>
          </w:p>
        </w:tc>
        <w:tc>
          <w:tcPr>
            <w:tcW w:w="689" w:type="pct"/>
          </w:tcPr>
          <w:p w14:paraId="68A07A8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335718</w:t>
            </w:r>
          </w:p>
        </w:tc>
        <w:tc>
          <w:tcPr>
            <w:tcW w:w="688" w:type="pct"/>
          </w:tcPr>
          <w:p w14:paraId="6F8A6B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1C59AB9" w14:textId="77777777" w:rsidTr="00ED78AE">
        <w:tc>
          <w:tcPr>
            <w:tcW w:w="321" w:type="pct"/>
          </w:tcPr>
          <w:p w14:paraId="7DD2267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105</w:t>
            </w:r>
          </w:p>
        </w:tc>
        <w:tc>
          <w:tcPr>
            <w:tcW w:w="722" w:type="pct"/>
          </w:tcPr>
          <w:p w14:paraId="021B2E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67D0DB1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KS-21-11-011</w:t>
            </w:r>
          </w:p>
        </w:tc>
        <w:tc>
          <w:tcPr>
            <w:tcW w:w="737" w:type="pct"/>
          </w:tcPr>
          <w:p w14:paraId="52721D3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ED763E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492567</w:t>
            </w:r>
          </w:p>
        </w:tc>
        <w:tc>
          <w:tcPr>
            <w:tcW w:w="689" w:type="pct"/>
          </w:tcPr>
          <w:p w14:paraId="282073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309118</w:t>
            </w:r>
          </w:p>
        </w:tc>
        <w:tc>
          <w:tcPr>
            <w:tcW w:w="688" w:type="pct"/>
          </w:tcPr>
          <w:p w14:paraId="7FEC92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1C0D53E" w14:textId="77777777" w:rsidTr="00ED78AE">
        <w:tc>
          <w:tcPr>
            <w:tcW w:w="321" w:type="pct"/>
          </w:tcPr>
          <w:p w14:paraId="04CD8B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106</w:t>
            </w:r>
          </w:p>
        </w:tc>
        <w:tc>
          <w:tcPr>
            <w:tcW w:w="722" w:type="pct"/>
          </w:tcPr>
          <w:p w14:paraId="5C5BE4A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4C60F68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KS-21-11-017</w:t>
            </w:r>
          </w:p>
        </w:tc>
        <w:tc>
          <w:tcPr>
            <w:tcW w:w="737" w:type="pct"/>
          </w:tcPr>
          <w:p w14:paraId="3EDF45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6690F0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465705</w:t>
            </w:r>
          </w:p>
        </w:tc>
        <w:tc>
          <w:tcPr>
            <w:tcW w:w="689" w:type="pct"/>
          </w:tcPr>
          <w:p w14:paraId="5771D9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284342</w:t>
            </w:r>
          </w:p>
        </w:tc>
        <w:tc>
          <w:tcPr>
            <w:tcW w:w="688" w:type="pct"/>
          </w:tcPr>
          <w:p w14:paraId="45B6D2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73705EE" w14:textId="77777777" w:rsidTr="00ED78AE">
        <w:tc>
          <w:tcPr>
            <w:tcW w:w="321" w:type="pct"/>
          </w:tcPr>
          <w:p w14:paraId="2DC160C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107</w:t>
            </w:r>
          </w:p>
        </w:tc>
        <w:tc>
          <w:tcPr>
            <w:tcW w:w="722" w:type="pct"/>
          </w:tcPr>
          <w:p w14:paraId="6EAB51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3D6511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KS-21-11-018</w:t>
            </w:r>
          </w:p>
        </w:tc>
        <w:tc>
          <w:tcPr>
            <w:tcW w:w="737" w:type="pct"/>
          </w:tcPr>
          <w:p w14:paraId="69539B8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782EE6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476561</w:t>
            </w:r>
          </w:p>
        </w:tc>
        <w:tc>
          <w:tcPr>
            <w:tcW w:w="689" w:type="pct"/>
          </w:tcPr>
          <w:p w14:paraId="050197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217971</w:t>
            </w:r>
          </w:p>
        </w:tc>
        <w:tc>
          <w:tcPr>
            <w:tcW w:w="688" w:type="pct"/>
          </w:tcPr>
          <w:p w14:paraId="2923A3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4DBEDCC" w14:textId="77777777" w:rsidTr="00ED78AE">
        <w:tc>
          <w:tcPr>
            <w:tcW w:w="321" w:type="pct"/>
          </w:tcPr>
          <w:p w14:paraId="74EB51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108</w:t>
            </w:r>
          </w:p>
        </w:tc>
        <w:tc>
          <w:tcPr>
            <w:tcW w:w="722" w:type="pct"/>
          </w:tcPr>
          <w:p w14:paraId="02A1A33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0E0046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KS-21-11-019</w:t>
            </w:r>
          </w:p>
        </w:tc>
        <w:tc>
          <w:tcPr>
            <w:tcW w:w="737" w:type="pct"/>
          </w:tcPr>
          <w:p w14:paraId="3BAFF3A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82286A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440365</w:t>
            </w:r>
          </w:p>
        </w:tc>
        <w:tc>
          <w:tcPr>
            <w:tcW w:w="689" w:type="pct"/>
          </w:tcPr>
          <w:p w14:paraId="0F93ED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273688</w:t>
            </w:r>
          </w:p>
        </w:tc>
        <w:tc>
          <w:tcPr>
            <w:tcW w:w="688" w:type="pct"/>
          </w:tcPr>
          <w:p w14:paraId="390D78B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43052F6" w14:textId="77777777" w:rsidTr="00ED78AE">
        <w:tc>
          <w:tcPr>
            <w:tcW w:w="321" w:type="pct"/>
          </w:tcPr>
          <w:p w14:paraId="143EA0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109</w:t>
            </w:r>
          </w:p>
        </w:tc>
        <w:tc>
          <w:tcPr>
            <w:tcW w:w="722" w:type="pct"/>
          </w:tcPr>
          <w:p w14:paraId="41A3E03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46DDF85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KS-21-11-025</w:t>
            </w:r>
          </w:p>
        </w:tc>
        <w:tc>
          <w:tcPr>
            <w:tcW w:w="737" w:type="pct"/>
          </w:tcPr>
          <w:p w14:paraId="4C8C47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C930D3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470661</w:t>
            </w:r>
          </w:p>
        </w:tc>
        <w:tc>
          <w:tcPr>
            <w:tcW w:w="689" w:type="pct"/>
          </w:tcPr>
          <w:p w14:paraId="706FEE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298911</w:t>
            </w:r>
          </w:p>
        </w:tc>
        <w:tc>
          <w:tcPr>
            <w:tcW w:w="688" w:type="pct"/>
          </w:tcPr>
          <w:p w14:paraId="111B6CF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D97A261" w14:textId="77777777" w:rsidTr="00ED78AE">
        <w:tc>
          <w:tcPr>
            <w:tcW w:w="321" w:type="pct"/>
          </w:tcPr>
          <w:p w14:paraId="2CEBA4A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110</w:t>
            </w:r>
          </w:p>
        </w:tc>
        <w:tc>
          <w:tcPr>
            <w:tcW w:w="722" w:type="pct"/>
          </w:tcPr>
          <w:p w14:paraId="671842C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28C5C6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KS-21-11-026</w:t>
            </w:r>
          </w:p>
        </w:tc>
        <w:tc>
          <w:tcPr>
            <w:tcW w:w="737" w:type="pct"/>
          </w:tcPr>
          <w:p w14:paraId="466759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5E30B8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502813</w:t>
            </w:r>
          </w:p>
        </w:tc>
        <w:tc>
          <w:tcPr>
            <w:tcW w:w="689" w:type="pct"/>
          </w:tcPr>
          <w:p w14:paraId="723D1DD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306887</w:t>
            </w:r>
          </w:p>
        </w:tc>
        <w:tc>
          <w:tcPr>
            <w:tcW w:w="688" w:type="pct"/>
          </w:tcPr>
          <w:p w14:paraId="2DADBF7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277305D" w14:textId="77777777" w:rsidTr="00ED78AE">
        <w:tc>
          <w:tcPr>
            <w:tcW w:w="321" w:type="pct"/>
          </w:tcPr>
          <w:p w14:paraId="3D3D552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111</w:t>
            </w:r>
          </w:p>
        </w:tc>
        <w:tc>
          <w:tcPr>
            <w:tcW w:w="722" w:type="pct"/>
          </w:tcPr>
          <w:p w14:paraId="74F7B06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5D380C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KS-21-11-027</w:t>
            </w:r>
          </w:p>
        </w:tc>
        <w:tc>
          <w:tcPr>
            <w:tcW w:w="737" w:type="pct"/>
          </w:tcPr>
          <w:p w14:paraId="4A439E1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F1445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428202</w:t>
            </w:r>
          </w:p>
        </w:tc>
        <w:tc>
          <w:tcPr>
            <w:tcW w:w="689" w:type="pct"/>
          </w:tcPr>
          <w:p w14:paraId="67BA157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259020</w:t>
            </w:r>
          </w:p>
        </w:tc>
        <w:tc>
          <w:tcPr>
            <w:tcW w:w="688" w:type="pct"/>
          </w:tcPr>
          <w:p w14:paraId="68D730C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327C8339" w14:textId="77777777" w:rsidTr="00ED78AE">
        <w:tc>
          <w:tcPr>
            <w:tcW w:w="321" w:type="pct"/>
          </w:tcPr>
          <w:p w14:paraId="518733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112</w:t>
            </w:r>
          </w:p>
        </w:tc>
        <w:tc>
          <w:tcPr>
            <w:tcW w:w="722" w:type="pct"/>
          </w:tcPr>
          <w:p w14:paraId="4AC06C0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52FDEF0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KS-21-11-033</w:t>
            </w:r>
          </w:p>
        </w:tc>
        <w:tc>
          <w:tcPr>
            <w:tcW w:w="737" w:type="pct"/>
          </w:tcPr>
          <w:p w14:paraId="72C71A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B4089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395088</w:t>
            </w:r>
          </w:p>
        </w:tc>
        <w:tc>
          <w:tcPr>
            <w:tcW w:w="689" w:type="pct"/>
          </w:tcPr>
          <w:p w14:paraId="55DD114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230876</w:t>
            </w:r>
          </w:p>
        </w:tc>
        <w:tc>
          <w:tcPr>
            <w:tcW w:w="688" w:type="pct"/>
          </w:tcPr>
          <w:p w14:paraId="1CEC5B6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D52D62C" w14:textId="77777777" w:rsidTr="00ED78AE">
        <w:tc>
          <w:tcPr>
            <w:tcW w:w="321" w:type="pct"/>
          </w:tcPr>
          <w:p w14:paraId="6DC2E9A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113</w:t>
            </w:r>
          </w:p>
        </w:tc>
        <w:tc>
          <w:tcPr>
            <w:tcW w:w="722" w:type="pct"/>
          </w:tcPr>
          <w:p w14:paraId="6989FA7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6D598E0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KS-21-11-034</w:t>
            </w:r>
          </w:p>
        </w:tc>
        <w:tc>
          <w:tcPr>
            <w:tcW w:w="737" w:type="pct"/>
          </w:tcPr>
          <w:p w14:paraId="1FA984B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55658B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405082</w:t>
            </w:r>
          </w:p>
        </w:tc>
        <w:tc>
          <w:tcPr>
            <w:tcW w:w="689" w:type="pct"/>
          </w:tcPr>
          <w:p w14:paraId="1C957F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203619</w:t>
            </w:r>
          </w:p>
        </w:tc>
        <w:tc>
          <w:tcPr>
            <w:tcW w:w="688" w:type="pct"/>
          </w:tcPr>
          <w:p w14:paraId="2E3CCB5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51F70FB" w14:textId="77777777" w:rsidTr="00ED78AE">
        <w:tc>
          <w:tcPr>
            <w:tcW w:w="321" w:type="pct"/>
          </w:tcPr>
          <w:p w14:paraId="1DEF4DF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114</w:t>
            </w:r>
          </w:p>
        </w:tc>
        <w:tc>
          <w:tcPr>
            <w:tcW w:w="722" w:type="pct"/>
          </w:tcPr>
          <w:p w14:paraId="008E0F6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64F2087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KS-21-11-035</w:t>
            </w:r>
          </w:p>
        </w:tc>
        <w:tc>
          <w:tcPr>
            <w:tcW w:w="737" w:type="pct"/>
          </w:tcPr>
          <w:p w14:paraId="343B5E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496CC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435092</w:t>
            </w:r>
          </w:p>
        </w:tc>
        <w:tc>
          <w:tcPr>
            <w:tcW w:w="689" w:type="pct"/>
          </w:tcPr>
          <w:p w14:paraId="0841E35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246660</w:t>
            </w:r>
          </w:p>
        </w:tc>
        <w:tc>
          <w:tcPr>
            <w:tcW w:w="688" w:type="pct"/>
          </w:tcPr>
          <w:p w14:paraId="62BA6E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1B5FAF8" w14:textId="77777777" w:rsidTr="00ED78AE">
        <w:tc>
          <w:tcPr>
            <w:tcW w:w="321" w:type="pct"/>
          </w:tcPr>
          <w:p w14:paraId="423E1F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115</w:t>
            </w:r>
          </w:p>
        </w:tc>
        <w:tc>
          <w:tcPr>
            <w:tcW w:w="722" w:type="pct"/>
          </w:tcPr>
          <w:p w14:paraId="6440F04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2A4F99F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KS-21-11-041</w:t>
            </w:r>
          </w:p>
        </w:tc>
        <w:tc>
          <w:tcPr>
            <w:tcW w:w="737" w:type="pct"/>
          </w:tcPr>
          <w:p w14:paraId="4AD219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92E16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399971</w:t>
            </w:r>
          </w:p>
        </w:tc>
        <w:tc>
          <w:tcPr>
            <w:tcW w:w="689" w:type="pct"/>
          </w:tcPr>
          <w:p w14:paraId="78174F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237225</w:t>
            </w:r>
          </w:p>
        </w:tc>
        <w:tc>
          <w:tcPr>
            <w:tcW w:w="688" w:type="pct"/>
          </w:tcPr>
          <w:p w14:paraId="3149A7C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E1C6875" w14:textId="77777777" w:rsidTr="00ED78AE">
        <w:tc>
          <w:tcPr>
            <w:tcW w:w="321" w:type="pct"/>
          </w:tcPr>
          <w:p w14:paraId="6D69E4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116</w:t>
            </w:r>
          </w:p>
        </w:tc>
        <w:tc>
          <w:tcPr>
            <w:tcW w:w="722" w:type="pct"/>
          </w:tcPr>
          <w:p w14:paraId="12604B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132C25F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KS-21-11-042</w:t>
            </w:r>
          </w:p>
        </w:tc>
        <w:tc>
          <w:tcPr>
            <w:tcW w:w="737" w:type="pct"/>
          </w:tcPr>
          <w:p w14:paraId="1FB837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9348A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425676</w:t>
            </w:r>
          </w:p>
        </w:tc>
        <w:tc>
          <w:tcPr>
            <w:tcW w:w="689" w:type="pct"/>
          </w:tcPr>
          <w:p w14:paraId="6FB03C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240919</w:t>
            </w:r>
          </w:p>
        </w:tc>
        <w:tc>
          <w:tcPr>
            <w:tcW w:w="688" w:type="pct"/>
          </w:tcPr>
          <w:p w14:paraId="5718D12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11B8F7DE" w14:textId="77777777" w:rsidTr="00ED78AE">
        <w:tc>
          <w:tcPr>
            <w:tcW w:w="321" w:type="pct"/>
          </w:tcPr>
          <w:p w14:paraId="52E03F8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117</w:t>
            </w:r>
          </w:p>
        </w:tc>
        <w:tc>
          <w:tcPr>
            <w:tcW w:w="722" w:type="pct"/>
          </w:tcPr>
          <w:p w14:paraId="7FF2BF0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1E97D30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KS-21-11-043</w:t>
            </w:r>
          </w:p>
        </w:tc>
        <w:tc>
          <w:tcPr>
            <w:tcW w:w="737" w:type="pct"/>
          </w:tcPr>
          <w:p w14:paraId="418778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52E5DF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432637</w:t>
            </w:r>
          </w:p>
        </w:tc>
        <w:tc>
          <w:tcPr>
            <w:tcW w:w="689" w:type="pct"/>
          </w:tcPr>
          <w:p w14:paraId="5ED7BE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235760</w:t>
            </w:r>
          </w:p>
        </w:tc>
        <w:tc>
          <w:tcPr>
            <w:tcW w:w="688" w:type="pct"/>
          </w:tcPr>
          <w:p w14:paraId="15C7168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2B92320" w14:textId="77777777" w:rsidTr="00ED78AE">
        <w:tc>
          <w:tcPr>
            <w:tcW w:w="321" w:type="pct"/>
          </w:tcPr>
          <w:p w14:paraId="0009AE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118</w:t>
            </w:r>
          </w:p>
        </w:tc>
        <w:tc>
          <w:tcPr>
            <w:tcW w:w="722" w:type="pct"/>
          </w:tcPr>
          <w:p w14:paraId="0E7A4C3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04C995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KS-21-11-049</w:t>
            </w:r>
          </w:p>
        </w:tc>
        <w:tc>
          <w:tcPr>
            <w:tcW w:w="737" w:type="pct"/>
          </w:tcPr>
          <w:p w14:paraId="447FAC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109FA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477950</w:t>
            </w:r>
          </w:p>
        </w:tc>
        <w:tc>
          <w:tcPr>
            <w:tcW w:w="689" w:type="pct"/>
          </w:tcPr>
          <w:p w14:paraId="26E53AE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303945</w:t>
            </w:r>
          </w:p>
        </w:tc>
        <w:tc>
          <w:tcPr>
            <w:tcW w:w="688" w:type="pct"/>
          </w:tcPr>
          <w:p w14:paraId="43111E0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F97D83D" w14:textId="77777777" w:rsidTr="00ED78AE">
        <w:tc>
          <w:tcPr>
            <w:tcW w:w="321" w:type="pct"/>
          </w:tcPr>
          <w:p w14:paraId="1385216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119</w:t>
            </w:r>
          </w:p>
        </w:tc>
        <w:tc>
          <w:tcPr>
            <w:tcW w:w="722" w:type="pct"/>
          </w:tcPr>
          <w:p w14:paraId="755FF8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7DD926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KS-21-11-050</w:t>
            </w:r>
          </w:p>
        </w:tc>
        <w:tc>
          <w:tcPr>
            <w:tcW w:w="737" w:type="pct"/>
          </w:tcPr>
          <w:p w14:paraId="0EA59A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222BA9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525946</w:t>
            </w:r>
          </w:p>
        </w:tc>
        <w:tc>
          <w:tcPr>
            <w:tcW w:w="689" w:type="pct"/>
          </w:tcPr>
          <w:p w14:paraId="095D0F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314000</w:t>
            </w:r>
          </w:p>
        </w:tc>
        <w:tc>
          <w:tcPr>
            <w:tcW w:w="688" w:type="pct"/>
          </w:tcPr>
          <w:p w14:paraId="5215F6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E5E964D" w14:textId="77777777" w:rsidTr="00ED78AE">
        <w:tc>
          <w:tcPr>
            <w:tcW w:w="321" w:type="pct"/>
          </w:tcPr>
          <w:p w14:paraId="6F4F5DA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120</w:t>
            </w:r>
          </w:p>
        </w:tc>
        <w:tc>
          <w:tcPr>
            <w:tcW w:w="722" w:type="pct"/>
          </w:tcPr>
          <w:p w14:paraId="52C879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6FF1C47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KS-21-11-051</w:t>
            </w:r>
          </w:p>
        </w:tc>
        <w:tc>
          <w:tcPr>
            <w:tcW w:w="737" w:type="pct"/>
          </w:tcPr>
          <w:p w14:paraId="290B979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CC2A3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503104</w:t>
            </w:r>
          </w:p>
        </w:tc>
        <w:tc>
          <w:tcPr>
            <w:tcW w:w="689" w:type="pct"/>
          </w:tcPr>
          <w:p w14:paraId="120D929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295133</w:t>
            </w:r>
          </w:p>
        </w:tc>
        <w:tc>
          <w:tcPr>
            <w:tcW w:w="688" w:type="pct"/>
          </w:tcPr>
          <w:p w14:paraId="2DBE736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6235267" w14:textId="77777777" w:rsidTr="00ED78AE">
        <w:tc>
          <w:tcPr>
            <w:tcW w:w="321" w:type="pct"/>
          </w:tcPr>
          <w:p w14:paraId="0DB8FE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121</w:t>
            </w:r>
          </w:p>
        </w:tc>
        <w:tc>
          <w:tcPr>
            <w:tcW w:w="722" w:type="pct"/>
          </w:tcPr>
          <w:p w14:paraId="0D0009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556C778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KS-21-11-057</w:t>
            </w:r>
          </w:p>
        </w:tc>
        <w:tc>
          <w:tcPr>
            <w:tcW w:w="737" w:type="pct"/>
          </w:tcPr>
          <w:p w14:paraId="3D319B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32B59E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430063</w:t>
            </w:r>
          </w:p>
        </w:tc>
        <w:tc>
          <w:tcPr>
            <w:tcW w:w="689" w:type="pct"/>
          </w:tcPr>
          <w:p w14:paraId="2125EA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275700</w:t>
            </w:r>
          </w:p>
        </w:tc>
        <w:tc>
          <w:tcPr>
            <w:tcW w:w="688" w:type="pct"/>
          </w:tcPr>
          <w:p w14:paraId="469D93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CE0C7D1" w14:textId="77777777" w:rsidTr="00ED78AE">
        <w:tc>
          <w:tcPr>
            <w:tcW w:w="321" w:type="pct"/>
          </w:tcPr>
          <w:p w14:paraId="341D105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122</w:t>
            </w:r>
          </w:p>
        </w:tc>
        <w:tc>
          <w:tcPr>
            <w:tcW w:w="722" w:type="pct"/>
          </w:tcPr>
          <w:p w14:paraId="5A0881B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136443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KS-21-11-058</w:t>
            </w:r>
          </w:p>
        </w:tc>
        <w:tc>
          <w:tcPr>
            <w:tcW w:w="737" w:type="pct"/>
          </w:tcPr>
          <w:p w14:paraId="088FF3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58FC63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481188</w:t>
            </w:r>
          </w:p>
        </w:tc>
        <w:tc>
          <w:tcPr>
            <w:tcW w:w="689" w:type="pct"/>
          </w:tcPr>
          <w:p w14:paraId="47B30FC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308634</w:t>
            </w:r>
          </w:p>
        </w:tc>
        <w:tc>
          <w:tcPr>
            <w:tcW w:w="688" w:type="pct"/>
          </w:tcPr>
          <w:p w14:paraId="3B7043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E4A8C00" w14:textId="77777777" w:rsidTr="00ED78AE">
        <w:tc>
          <w:tcPr>
            <w:tcW w:w="321" w:type="pct"/>
          </w:tcPr>
          <w:p w14:paraId="365E8ED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123</w:t>
            </w:r>
          </w:p>
        </w:tc>
        <w:tc>
          <w:tcPr>
            <w:tcW w:w="722" w:type="pct"/>
          </w:tcPr>
          <w:p w14:paraId="6499C55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7A3547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KS-21-11-059</w:t>
            </w:r>
          </w:p>
        </w:tc>
        <w:tc>
          <w:tcPr>
            <w:tcW w:w="737" w:type="pct"/>
          </w:tcPr>
          <w:p w14:paraId="690B3E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F6A2E3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446933</w:t>
            </w:r>
          </w:p>
        </w:tc>
        <w:tc>
          <w:tcPr>
            <w:tcW w:w="689" w:type="pct"/>
          </w:tcPr>
          <w:p w14:paraId="577C9D4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280660</w:t>
            </w:r>
          </w:p>
        </w:tc>
        <w:tc>
          <w:tcPr>
            <w:tcW w:w="688" w:type="pct"/>
          </w:tcPr>
          <w:p w14:paraId="62AB3C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7DEC5FA" w14:textId="77777777" w:rsidTr="00ED78AE">
        <w:tc>
          <w:tcPr>
            <w:tcW w:w="321" w:type="pct"/>
          </w:tcPr>
          <w:p w14:paraId="6CE9D2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124</w:t>
            </w:r>
          </w:p>
        </w:tc>
        <w:tc>
          <w:tcPr>
            <w:tcW w:w="722" w:type="pct"/>
          </w:tcPr>
          <w:p w14:paraId="613059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16F568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KS-21-11-065</w:t>
            </w:r>
          </w:p>
        </w:tc>
        <w:tc>
          <w:tcPr>
            <w:tcW w:w="737" w:type="pct"/>
          </w:tcPr>
          <w:p w14:paraId="5FB12D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B2945B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435085</w:t>
            </w:r>
          </w:p>
        </w:tc>
        <w:tc>
          <w:tcPr>
            <w:tcW w:w="689" w:type="pct"/>
          </w:tcPr>
          <w:p w14:paraId="6963FB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276452</w:t>
            </w:r>
          </w:p>
        </w:tc>
        <w:tc>
          <w:tcPr>
            <w:tcW w:w="688" w:type="pct"/>
          </w:tcPr>
          <w:p w14:paraId="3BBB34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60FBAF6" w14:textId="77777777" w:rsidTr="00ED78AE">
        <w:tc>
          <w:tcPr>
            <w:tcW w:w="321" w:type="pct"/>
          </w:tcPr>
          <w:p w14:paraId="585DD8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125</w:t>
            </w:r>
          </w:p>
        </w:tc>
        <w:tc>
          <w:tcPr>
            <w:tcW w:w="722" w:type="pct"/>
          </w:tcPr>
          <w:p w14:paraId="233CB2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6A93615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KS-21-11-066</w:t>
            </w:r>
          </w:p>
        </w:tc>
        <w:tc>
          <w:tcPr>
            <w:tcW w:w="737" w:type="pct"/>
          </w:tcPr>
          <w:p w14:paraId="330A32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93A88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481510</w:t>
            </w:r>
          </w:p>
        </w:tc>
        <w:tc>
          <w:tcPr>
            <w:tcW w:w="689" w:type="pct"/>
          </w:tcPr>
          <w:p w14:paraId="45870C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304861</w:t>
            </w:r>
          </w:p>
        </w:tc>
        <w:tc>
          <w:tcPr>
            <w:tcW w:w="688" w:type="pct"/>
          </w:tcPr>
          <w:p w14:paraId="68EDCE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09BBFE2" w14:textId="77777777" w:rsidTr="00ED78AE">
        <w:tc>
          <w:tcPr>
            <w:tcW w:w="321" w:type="pct"/>
          </w:tcPr>
          <w:p w14:paraId="24842D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126</w:t>
            </w:r>
          </w:p>
        </w:tc>
        <w:tc>
          <w:tcPr>
            <w:tcW w:w="722" w:type="pct"/>
          </w:tcPr>
          <w:p w14:paraId="7DC638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386A75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KS-21-11-067</w:t>
            </w:r>
          </w:p>
        </w:tc>
        <w:tc>
          <w:tcPr>
            <w:tcW w:w="737" w:type="pct"/>
          </w:tcPr>
          <w:p w14:paraId="6725E5E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3F0A1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412277</w:t>
            </w:r>
          </w:p>
        </w:tc>
        <w:tc>
          <w:tcPr>
            <w:tcW w:w="689" w:type="pct"/>
          </w:tcPr>
          <w:p w14:paraId="317D51F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248827</w:t>
            </w:r>
          </w:p>
        </w:tc>
        <w:tc>
          <w:tcPr>
            <w:tcW w:w="688" w:type="pct"/>
          </w:tcPr>
          <w:p w14:paraId="2FBDD4D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979C608" w14:textId="77777777" w:rsidTr="00ED78AE">
        <w:tc>
          <w:tcPr>
            <w:tcW w:w="321" w:type="pct"/>
          </w:tcPr>
          <w:p w14:paraId="121D11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127</w:t>
            </w:r>
          </w:p>
        </w:tc>
        <w:tc>
          <w:tcPr>
            <w:tcW w:w="722" w:type="pct"/>
          </w:tcPr>
          <w:p w14:paraId="002C91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48E6453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KS-21-11-073</w:t>
            </w:r>
          </w:p>
        </w:tc>
        <w:tc>
          <w:tcPr>
            <w:tcW w:w="737" w:type="pct"/>
          </w:tcPr>
          <w:p w14:paraId="44F9A0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781CC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566514</w:t>
            </w:r>
          </w:p>
        </w:tc>
        <w:tc>
          <w:tcPr>
            <w:tcW w:w="689" w:type="pct"/>
          </w:tcPr>
          <w:p w14:paraId="0985125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358988</w:t>
            </w:r>
          </w:p>
        </w:tc>
        <w:tc>
          <w:tcPr>
            <w:tcW w:w="688" w:type="pct"/>
          </w:tcPr>
          <w:p w14:paraId="511E10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D737E35" w14:textId="77777777" w:rsidTr="00ED78AE">
        <w:tc>
          <w:tcPr>
            <w:tcW w:w="321" w:type="pct"/>
          </w:tcPr>
          <w:p w14:paraId="1FAEC8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128</w:t>
            </w:r>
          </w:p>
        </w:tc>
        <w:tc>
          <w:tcPr>
            <w:tcW w:w="722" w:type="pct"/>
          </w:tcPr>
          <w:p w14:paraId="0F5EB91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3FEE5E8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KS-21-11-074</w:t>
            </w:r>
          </w:p>
        </w:tc>
        <w:tc>
          <w:tcPr>
            <w:tcW w:w="737" w:type="pct"/>
          </w:tcPr>
          <w:p w14:paraId="36AE027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CA269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542373</w:t>
            </w:r>
          </w:p>
        </w:tc>
        <w:tc>
          <w:tcPr>
            <w:tcW w:w="689" w:type="pct"/>
          </w:tcPr>
          <w:p w14:paraId="0DAC8F0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332454</w:t>
            </w:r>
          </w:p>
        </w:tc>
        <w:tc>
          <w:tcPr>
            <w:tcW w:w="688" w:type="pct"/>
          </w:tcPr>
          <w:p w14:paraId="2FF88E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79446F9" w14:textId="77777777" w:rsidTr="00ED78AE">
        <w:tc>
          <w:tcPr>
            <w:tcW w:w="321" w:type="pct"/>
          </w:tcPr>
          <w:p w14:paraId="02BDAE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129</w:t>
            </w:r>
          </w:p>
        </w:tc>
        <w:tc>
          <w:tcPr>
            <w:tcW w:w="722" w:type="pct"/>
          </w:tcPr>
          <w:p w14:paraId="41EF03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09713B1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KS-21-11-075</w:t>
            </w:r>
          </w:p>
        </w:tc>
        <w:tc>
          <w:tcPr>
            <w:tcW w:w="737" w:type="pct"/>
          </w:tcPr>
          <w:p w14:paraId="57F4E8F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99A8FD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500807</w:t>
            </w:r>
          </w:p>
        </w:tc>
        <w:tc>
          <w:tcPr>
            <w:tcW w:w="689" w:type="pct"/>
          </w:tcPr>
          <w:p w14:paraId="698C2C5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294699</w:t>
            </w:r>
          </w:p>
        </w:tc>
        <w:tc>
          <w:tcPr>
            <w:tcW w:w="688" w:type="pct"/>
          </w:tcPr>
          <w:p w14:paraId="418D5F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69EBAB5" w14:textId="77777777" w:rsidTr="00ED78AE">
        <w:tc>
          <w:tcPr>
            <w:tcW w:w="321" w:type="pct"/>
          </w:tcPr>
          <w:p w14:paraId="3E73AA2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130</w:t>
            </w:r>
          </w:p>
        </w:tc>
        <w:tc>
          <w:tcPr>
            <w:tcW w:w="722" w:type="pct"/>
          </w:tcPr>
          <w:p w14:paraId="76528E8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5831AE8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KS-21-11-081</w:t>
            </w:r>
          </w:p>
        </w:tc>
        <w:tc>
          <w:tcPr>
            <w:tcW w:w="737" w:type="pct"/>
          </w:tcPr>
          <w:p w14:paraId="0501256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805527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493734</w:t>
            </w:r>
          </w:p>
        </w:tc>
        <w:tc>
          <w:tcPr>
            <w:tcW w:w="689" w:type="pct"/>
          </w:tcPr>
          <w:p w14:paraId="1F3860F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297600</w:t>
            </w:r>
          </w:p>
        </w:tc>
        <w:tc>
          <w:tcPr>
            <w:tcW w:w="688" w:type="pct"/>
          </w:tcPr>
          <w:p w14:paraId="50ED9C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16106844" w14:textId="77777777" w:rsidTr="00ED78AE">
        <w:tc>
          <w:tcPr>
            <w:tcW w:w="321" w:type="pct"/>
          </w:tcPr>
          <w:p w14:paraId="526D930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131</w:t>
            </w:r>
          </w:p>
        </w:tc>
        <w:tc>
          <w:tcPr>
            <w:tcW w:w="722" w:type="pct"/>
          </w:tcPr>
          <w:p w14:paraId="50ADAB1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318952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KS-21-11-082</w:t>
            </w:r>
          </w:p>
        </w:tc>
        <w:tc>
          <w:tcPr>
            <w:tcW w:w="737" w:type="pct"/>
          </w:tcPr>
          <w:p w14:paraId="7C2AB9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E20B75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538460</w:t>
            </w:r>
          </w:p>
        </w:tc>
        <w:tc>
          <w:tcPr>
            <w:tcW w:w="689" w:type="pct"/>
          </w:tcPr>
          <w:p w14:paraId="1825B0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322296</w:t>
            </w:r>
          </w:p>
        </w:tc>
        <w:tc>
          <w:tcPr>
            <w:tcW w:w="688" w:type="pct"/>
          </w:tcPr>
          <w:p w14:paraId="78EF79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D089A54" w14:textId="77777777" w:rsidTr="00ED78AE">
        <w:tc>
          <w:tcPr>
            <w:tcW w:w="321" w:type="pct"/>
          </w:tcPr>
          <w:p w14:paraId="0E7CAD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132</w:t>
            </w:r>
          </w:p>
        </w:tc>
        <w:tc>
          <w:tcPr>
            <w:tcW w:w="722" w:type="pct"/>
          </w:tcPr>
          <w:p w14:paraId="6008B0D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4874A9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KS-21-11-083</w:t>
            </w:r>
          </w:p>
        </w:tc>
        <w:tc>
          <w:tcPr>
            <w:tcW w:w="737" w:type="pct"/>
          </w:tcPr>
          <w:p w14:paraId="3E9E4AE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9AD7A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481537</w:t>
            </w:r>
          </w:p>
        </w:tc>
        <w:tc>
          <w:tcPr>
            <w:tcW w:w="689" w:type="pct"/>
          </w:tcPr>
          <w:p w14:paraId="6F4846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289529</w:t>
            </w:r>
          </w:p>
        </w:tc>
        <w:tc>
          <w:tcPr>
            <w:tcW w:w="688" w:type="pct"/>
          </w:tcPr>
          <w:p w14:paraId="42C43A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10ECF94" w14:textId="77777777" w:rsidTr="00ED78AE">
        <w:tc>
          <w:tcPr>
            <w:tcW w:w="321" w:type="pct"/>
          </w:tcPr>
          <w:p w14:paraId="4E1582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133</w:t>
            </w:r>
          </w:p>
        </w:tc>
        <w:tc>
          <w:tcPr>
            <w:tcW w:w="722" w:type="pct"/>
          </w:tcPr>
          <w:p w14:paraId="2A47B6B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1C3A0F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KS-21-11-089</w:t>
            </w:r>
          </w:p>
        </w:tc>
        <w:tc>
          <w:tcPr>
            <w:tcW w:w="737" w:type="pct"/>
          </w:tcPr>
          <w:p w14:paraId="7A83E7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1487E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536151</w:t>
            </w:r>
          </w:p>
        </w:tc>
        <w:tc>
          <w:tcPr>
            <w:tcW w:w="689" w:type="pct"/>
          </w:tcPr>
          <w:p w14:paraId="453401B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330333</w:t>
            </w:r>
          </w:p>
        </w:tc>
        <w:tc>
          <w:tcPr>
            <w:tcW w:w="688" w:type="pct"/>
          </w:tcPr>
          <w:p w14:paraId="773396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C800F57" w14:textId="77777777" w:rsidTr="00ED78AE">
        <w:tc>
          <w:tcPr>
            <w:tcW w:w="321" w:type="pct"/>
          </w:tcPr>
          <w:p w14:paraId="003E163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134</w:t>
            </w:r>
          </w:p>
        </w:tc>
        <w:tc>
          <w:tcPr>
            <w:tcW w:w="722" w:type="pct"/>
          </w:tcPr>
          <w:p w14:paraId="68E61CD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5EECF8B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KS-21-11-090</w:t>
            </w:r>
          </w:p>
        </w:tc>
        <w:tc>
          <w:tcPr>
            <w:tcW w:w="737" w:type="pct"/>
          </w:tcPr>
          <w:p w14:paraId="440E44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2658E1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523540</w:t>
            </w:r>
          </w:p>
        </w:tc>
        <w:tc>
          <w:tcPr>
            <w:tcW w:w="689" w:type="pct"/>
          </w:tcPr>
          <w:p w14:paraId="3D0870F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323197</w:t>
            </w:r>
          </w:p>
        </w:tc>
        <w:tc>
          <w:tcPr>
            <w:tcW w:w="688" w:type="pct"/>
          </w:tcPr>
          <w:p w14:paraId="07E30D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E514FB4" w14:textId="77777777" w:rsidTr="00ED78AE">
        <w:tc>
          <w:tcPr>
            <w:tcW w:w="321" w:type="pct"/>
          </w:tcPr>
          <w:p w14:paraId="47D9543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135</w:t>
            </w:r>
          </w:p>
        </w:tc>
        <w:tc>
          <w:tcPr>
            <w:tcW w:w="722" w:type="pct"/>
          </w:tcPr>
          <w:p w14:paraId="777FE8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1155" w:type="pct"/>
          </w:tcPr>
          <w:p w14:paraId="01192D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KS-21-11-091</w:t>
            </w:r>
          </w:p>
        </w:tc>
        <w:tc>
          <w:tcPr>
            <w:tcW w:w="737" w:type="pct"/>
          </w:tcPr>
          <w:p w14:paraId="3DF995D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AF562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492755</w:t>
            </w:r>
          </w:p>
        </w:tc>
        <w:tc>
          <w:tcPr>
            <w:tcW w:w="689" w:type="pct"/>
          </w:tcPr>
          <w:p w14:paraId="22D352B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291180</w:t>
            </w:r>
          </w:p>
        </w:tc>
        <w:tc>
          <w:tcPr>
            <w:tcW w:w="688" w:type="pct"/>
          </w:tcPr>
          <w:p w14:paraId="2018B1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87D4C5E" w14:textId="77777777" w:rsidTr="00ED78AE">
        <w:tc>
          <w:tcPr>
            <w:tcW w:w="2934" w:type="pct"/>
            <w:gridSpan w:val="4"/>
          </w:tcPr>
          <w:p w14:paraId="406B961D"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(KS-21-11)</w:t>
            </w:r>
          </w:p>
        </w:tc>
        <w:tc>
          <w:tcPr>
            <w:tcW w:w="688" w:type="pct"/>
          </w:tcPr>
          <w:p w14:paraId="7A6ABBC3"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474794.03</w:t>
            </w:r>
          </w:p>
        </w:tc>
        <w:tc>
          <w:tcPr>
            <w:tcW w:w="689" w:type="pct"/>
          </w:tcPr>
          <w:p w14:paraId="6BB210E3"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287009.14</w:t>
            </w:r>
          </w:p>
        </w:tc>
        <w:tc>
          <w:tcPr>
            <w:tcW w:w="688" w:type="pct"/>
          </w:tcPr>
          <w:p w14:paraId="293EC7A2"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0FA29F40" w14:textId="77777777" w:rsidTr="00ED78AE">
        <w:tc>
          <w:tcPr>
            <w:tcW w:w="321" w:type="pct"/>
          </w:tcPr>
          <w:p w14:paraId="29E7AD0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136</w:t>
            </w:r>
          </w:p>
        </w:tc>
        <w:tc>
          <w:tcPr>
            <w:tcW w:w="722" w:type="pct"/>
          </w:tcPr>
          <w:p w14:paraId="37E5E18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KS-21-12</w:t>
            </w:r>
          </w:p>
        </w:tc>
        <w:tc>
          <w:tcPr>
            <w:tcW w:w="1155" w:type="pct"/>
          </w:tcPr>
          <w:p w14:paraId="090AA9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KS-21-12-001</w:t>
            </w:r>
          </w:p>
        </w:tc>
        <w:tc>
          <w:tcPr>
            <w:tcW w:w="737" w:type="pct"/>
          </w:tcPr>
          <w:p w14:paraId="790DC8F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0E364F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407651</w:t>
            </w:r>
          </w:p>
        </w:tc>
        <w:tc>
          <w:tcPr>
            <w:tcW w:w="689" w:type="pct"/>
          </w:tcPr>
          <w:p w14:paraId="4EA59BF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260157</w:t>
            </w:r>
          </w:p>
        </w:tc>
        <w:tc>
          <w:tcPr>
            <w:tcW w:w="688" w:type="pct"/>
          </w:tcPr>
          <w:p w14:paraId="425D481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25A2D58" w14:textId="77777777" w:rsidTr="00ED78AE">
        <w:tc>
          <w:tcPr>
            <w:tcW w:w="321" w:type="pct"/>
          </w:tcPr>
          <w:p w14:paraId="6CC423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137</w:t>
            </w:r>
          </w:p>
        </w:tc>
        <w:tc>
          <w:tcPr>
            <w:tcW w:w="722" w:type="pct"/>
          </w:tcPr>
          <w:p w14:paraId="3B8E24D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KS-21-12</w:t>
            </w:r>
          </w:p>
        </w:tc>
        <w:tc>
          <w:tcPr>
            <w:tcW w:w="1155" w:type="pct"/>
          </w:tcPr>
          <w:p w14:paraId="572930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KS-21-12-002</w:t>
            </w:r>
          </w:p>
        </w:tc>
        <w:tc>
          <w:tcPr>
            <w:tcW w:w="737" w:type="pct"/>
          </w:tcPr>
          <w:p w14:paraId="62323A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C02E5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464837</w:t>
            </w:r>
          </w:p>
        </w:tc>
        <w:tc>
          <w:tcPr>
            <w:tcW w:w="689" w:type="pct"/>
          </w:tcPr>
          <w:p w14:paraId="561B1A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294431</w:t>
            </w:r>
          </w:p>
        </w:tc>
        <w:tc>
          <w:tcPr>
            <w:tcW w:w="688" w:type="pct"/>
          </w:tcPr>
          <w:p w14:paraId="68CF436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AF54366" w14:textId="77777777" w:rsidTr="00ED78AE">
        <w:tc>
          <w:tcPr>
            <w:tcW w:w="321" w:type="pct"/>
          </w:tcPr>
          <w:p w14:paraId="088A82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138</w:t>
            </w:r>
          </w:p>
        </w:tc>
        <w:tc>
          <w:tcPr>
            <w:tcW w:w="722" w:type="pct"/>
          </w:tcPr>
          <w:p w14:paraId="44AEFAE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KS-21-12</w:t>
            </w:r>
          </w:p>
        </w:tc>
        <w:tc>
          <w:tcPr>
            <w:tcW w:w="1155" w:type="pct"/>
          </w:tcPr>
          <w:p w14:paraId="07DBBA9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KS-21-12-003</w:t>
            </w:r>
          </w:p>
        </w:tc>
        <w:tc>
          <w:tcPr>
            <w:tcW w:w="737" w:type="pct"/>
          </w:tcPr>
          <w:p w14:paraId="1391404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65C3B2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633318</w:t>
            </w:r>
          </w:p>
        </w:tc>
        <w:tc>
          <w:tcPr>
            <w:tcW w:w="689" w:type="pct"/>
          </w:tcPr>
          <w:p w14:paraId="5B5588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406467</w:t>
            </w:r>
          </w:p>
        </w:tc>
        <w:tc>
          <w:tcPr>
            <w:tcW w:w="688" w:type="pct"/>
          </w:tcPr>
          <w:p w14:paraId="7B71E1E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F841E0B" w14:textId="77777777" w:rsidTr="00ED78AE">
        <w:tc>
          <w:tcPr>
            <w:tcW w:w="2934" w:type="pct"/>
            <w:gridSpan w:val="4"/>
          </w:tcPr>
          <w:p w14:paraId="0E27751A"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(KS-21-12)</w:t>
            </w:r>
          </w:p>
        </w:tc>
        <w:tc>
          <w:tcPr>
            <w:tcW w:w="688" w:type="pct"/>
          </w:tcPr>
          <w:p w14:paraId="1AC42025"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501935.33</w:t>
            </w:r>
          </w:p>
        </w:tc>
        <w:tc>
          <w:tcPr>
            <w:tcW w:w="689" w:type="pct"/>
          </w:tcPr>
          <w:p w14:paraId="7111D9AB"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320351.67</w:t>
            </w:r>
          </w:p>
        </w:tc>
        <w:tc>
          <w:tcPr>
            <w:tcW w:w="688" w:type="pct"/>
          </w:tcPr>
          <w:p w14:paraId="54D87818"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540E73CB" w14:textId="77777777" w:rsidTr="00ED78AE">
        <w:tc>
          <w:tcPr>
            <w:tcW w:w="321" w:type="pct"/>
          </w:tcPr>
          <w:p w14:paraId="5A813F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139</w:t>
            </w:r>
          </w:p>
        </w:tc>
        <w:tc>
          <w:tcPr>
            <w:tcW w:w="722" w:type="pct"/>
          </w:tcPr>
          <w:p w14:paraId="2B80F5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0D5F9D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KS-21-24-001</w:t>
            </w:r>
          </w:p>
        </w:tc>
        <w:tc>
          <w:tcPr>
            <w:tcW w:w="737" w:type="pct"/>
          </w:tcPr>
          <w:p w14:paraId="281B32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3668B31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1337993</w:t>
            </w:r>
          </w:p>
        </w:tc>
        <w:tc>
          <w:tcPr>
            <w:tcW w:w="689" w:type="pct"/>
          </w:tcPr>
          <w:p w14:paraId="69AA685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543899</w:t>
            </w:r>
          </w:p>
        </w:tc>
        <w:tc>
          <w:tcPr>
            <w:tcW w:w="688" w:type="pct"/>
          </w:tcPr>
          <w:p w14:paraId="4972CC2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287F932" w14:textId="77777777" w:rsidTr="00ED78AE">
        <w:tc>
          <w:tcPr>
            <w:tcW w:w="321" w:type="pct"/>
          </w:tcPr>
          <w:p w14:paraId="497D10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140</w:t>
            </w:r>
          </w:p>
        </w:tc>
        <w:tc>
          <w:tcPr>
            <w:tcW w:w="722" w:type="pct"/>
          </w:tcPr>
          <w:p w14:paraId="5DDFC21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6C259D8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KS-21-24-002</w:t>
            </w:r>
          </w:p>
        </w:tc>
        <w:tc>
          <w:tcPr>
            <w:tcW w:w="737" w:type="pct"/>
          </w:tcPr>
          <w:p w14:paraId="7A1864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4C3799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1607328</w:t>
            </w:r>
          </w:p>
        </w:tc>
        <w:tc>
          <w:tcPr>
            <w:tcW w:w="689" w:type="pct"/>
          </w:tcPr>
          <w:p w14:paraId="2A1BEC6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917161</w:t>
            </w:r>
          </w:p>
        </w:tc>
        <w:tc>
          <w:tcPr>
            <w:tcW w:w="688" w:type="pct"/>
          </w:tcPr>
          <w:p w14:paraId="0C49B3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9857420" w14:textId="77777777" w:rsidTr="00ED78AE">
        <w:tc>
          <w:tcPr>
            <w:tcW w:w="321" w:type="pct"/>
          </w:tcPr>
          <w:p w14:paraId="356F96D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141</w:t>
            </w:r>
          </w:p>
        </w:tc>
        <w:tc>
          <w:tcPr>
            <w:tcW w:w="722" w:type="pct"/>
          </w:tcPr>
          <w:p w14:paraId="14FA2E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5CD847B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KS-21-24-003</w:t>
            </w:r>
          </w:p>
        </w:tc>
        <w:tc>
          <w:tcPr>
            <w:tcW w:w="737" w:type="pct"/>
          </w:tcPr>
          <w:p w14:paraId="7043FA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AE6D0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1318507</w:t>
            </w:r>
          </w:p>
        </w:tc>
        <w:tc>
          <w:tcPr>
            <w:tcW w:w="689" w:type="pct"/>
          </w:tcPr>
          <w:p w14:paraId="03CCB3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725241</w:t>
            </w:r>
          </w:p>
        </w:tc>
        <w:tc>
          <w:tcPr>
            <w:tcW w:w="688" w:type="pct"/>
          </w:tcPr>
          <w:p w14:paraId="5F1E53E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044F35C" w14:textId="77777777" w:rsidTr="00ED78AE">
        <w:tc>
          <w:tcPr>
            <w:tcW w:w="321" w:type="pct"/>
          </w:tcPr>
          <w:p w14:paraId="7FC4B3B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142</w:t>
            </w:r>
          </w:p>
        </w:tc>
        <w:tc>
          <w:tcPr>
            <w:tcW w:w="722" w:type="pct"/>
          </w:tcPr>
          <w:p w14:paraId="3830116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2718A20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KS-21-24-009</w:t>
            </w:r>
          </w:p>
        </w:tc>
        <w:tc>
          <w:tcPr>
            <w:tcW w:w="737" w:type="pct"/>
          </w:tcPr>
          <w:p w14:paraId="770C48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D37B0D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1400748</w:t>
            </w:r>
          </w:p>
        </w:tc>
        <w:tc>
          <w:tcPr>
            <w:tcW w:w="689" w:type="pct"/>
          </w:tcPr>
          <w:p w14:paraId="4C8811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783243</w:t>
            </w:r>
          </w:p>
        </w:tc>
        <w:tc>
          <w:tcPr>
            <w:tcW w:w="688" w:type="pct"/>
          </w:tcPr>
          <w:p w14:paraId="1B0F97F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B466C5D" w14:textId="77777777" w:rsidTr="00ED78AE">
        <w:tc>
          <w:tcPr>
            <w:tcW w:w="321" w:type="pct"/>
          </w:tcPr>
          <w:p w14:paraId="3038DF1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143</w:t>
            </w:r>
          </w:p>
        </w:tc>
        <w:tc>
          <w:tcPr>
            <w:tcW w:w="722" w:type="pct"/>
          </w:tcPr>
          <w:p w14:paraId="10D391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1F7950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KS-21-24-010</w:t>
            </w:r>
          </w:p>
        </w:tc>
        <w:tc>
          <w:tcPr>
            <w:tcW w:w="737" w:type="pct"/>
          </w:tcPr>
          <w:p w14:paraId="0C1C78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B4F2A6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1365494</w:t>
            </w:r>
          </w:p>
        </w:tc>
        <w:tc>
          <w:tcPr>
            <w:tcW w:w="689" w:type="pct"/>
          </w:tcPr>
          <w:p w14:paraId="671B17F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688425</w:t>
            </w:r>
          </w:p>
        </w:tc>
        <w:tc>
          <w:tcPr>
            <w:tcW w:w="688" w:type="pct"/>
          </w:tcPr>
          <w:p w14:paraId="157381C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48950071" w14:textId="77777777" w:rsidTr="00ED78AE">
        <w:tc>
          <w:tcPr>
            <w:tcW w:w="321" w:type="pct"/>
          </w:tcPr>
          <w:p w14:paraId="27B7E0B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144</w:t>
            </w:r>
          </w:p>
        </w:tc>
        <w:tc>
          <w:tcPr>
            <w:tcW w:w="722" w:type="pct"/>
          </w:tcPr>
          <w:p w14:paraId="54337C8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563E2B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KS-21-24-011</w:t>
            </w:r>
          </w:p>
        </w:tc>
        <w:tc>
          <w:tcPr>
            <w:tcW w:w="737" w:type="pct"/>
          </w:tcPr>
          <w:p w14:paraId="2A13E3C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815856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1171040</w:t>
            </w:r>
          </w:p>
        </w:tc>
        <w:tc>
          <w:tcPr>
            <w:tcW w:w="689" w:type="pct"/>
          </w:tcPr>
          <w:p w14:paraId="4CABD14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500183</w:t>
            </w:r>
          </w:p>
        </w:tc>
        <w:tc>
          <w:tcPr>
            <w:tcW w:w="688" w:type="pct"/>
          </w:tcPr>
          <w:p w14:paraId="768788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7EB1557" w14:textId="77777777" w:rsidTr="00ED78AE">
        <w:tc>
          <w:tcPr>
            <w:tcW w:w="321" w:type="pct"/>
          </w:tcPr>
          <w:p w14:paraId="173EC3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722" w:type="pct"/>
          </w:tcPr>
          <w:p w14:paraId="5DEA2D4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7BD87B5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KS-21-24-017</w:t>
            </w:r>
          </w:p>
        </w:tc>
        <w:tc>
          <w:tcPr>
            <w:tcW w:w="737" w:type="pct"/>
          </w:tcPr>
          <w:p w14:paraId="3AFFFA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930D7C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1605125</w:t>
            </w:r>
          </w:p>
        </w:tc>
        <w:tc>
          <w:tcPr>
            <w:tcW w:w="689" w:type="pct"/>
          </w:tcPr>
          <w:p w14:paraId="31D19A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861476</w:t>
            </w:r>
          </w:p>
        </w:tc>
        <w:tc>
          <w:tcPr>
            <w:tcW w:w="688" w:type="pct"/>
          </w:tcPr>
          <w:p w14:paraId="511EDC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F82B797" w14:textId="77777777" w:rsidTr="00ED78AE">
        <w:tc>
          <w:tcPr>
            <w:tcW w:w="321" w:type="pct"/>
          </w:tcPr>
          <w:p w14:paraId="009E71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146</w:t>
            </w:r>
          </w:p>
        </w:tc>
        <w:tc>
          <w:tcPr>
            <w:tcW w:w="722" w:type="pct"/>
          </w:tcPr>
          <w:p w14:paraId="59777BA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57D077E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KS-21-24-018</w:t>
            </w:r>
          </w:p>
        </w:tc>
        <w:tc>
          <w:tcPr>
            <w:tcW w:w="737" w:type="pct"/>
          </w:tcPr>
          <w:p w14:paraId="7395FA3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5BAC18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1328423</w:t>
            </w:r>
          </w:p>
        </w:tc>
        <w:tc>
          <w:tcPr>
            <w:tcW w:w="689" w:type="pct"/>
          </w:tcPr>
          <w:p w14:paraId="7447B7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428534</w:t>
            </w:r>
          </w:p>
        </w:tc>
        <w:tc>
          <w:tcPr>
            <w:tcW w:w="688" w:type="pct"/>
          </w:tcPr>
          <w:p w14:paraId="7E535F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124BA66" w14:textId="77777777" w:rsidTr="00ED78AE">
        <w:tc>
          <w:tcPr>
            <w:tcW w:w="321" w:type="pct"/>
          </w:tcPr>
          <w:p w14:paraId="34CA07D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147</w:t>
            </w:r>
          </w:p>
        </w:tc>
        <w:tc>
          <w:tcPr>
            <w:tcW w:w="722" w:type="pct"/>
          </w:tcPr>
          <w:p w14:paraId="459B200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6B28F9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KS-21-24-019</w:t>
            </w:r>
          </w:p>
        </w:tc>
        <w:tc>
          <w:tcPr>
            <w:tcW w:w="737" w:type="pct"/>
          </w:tcPr>
          <w:p w14:paraId="1DEBE92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E5C1A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1350280</w:t>
            </w:r>
          </w:p>
        </w:tc>
        <w:tc>
          <w:tcPr>
            <w:tcW w:w="689" w:type="pct"/>
          </w:tcPr>
          <w:p w14:paraId="2E6A62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541376</w:t>
            </w:r>
          </w:p>
        </w:tc>
        <w:tc>
          <w:tcPr>
            <w:tcW w:w="688" w:type="pct"/>
          </w:tcPr>
          <w:p w14:paraId="42444C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E2EA1A7" w14:textId="77777777" w:rsidTr="00ED78AE">
        <w:tc>
          <w:tcPr>
            <w:tcW w:w="321" w:type="pct"/>
          </w:tcPr>
          <w:p w14:paraId="090FB47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148</w:t>
            </w:r>
          </w:p>
        </w:tc>
        <w:tc>
          <w:tcPr>
            <w:tcW w:w="722" w:type="pct"/>
          </w:tcPr>
          <w:p w14:paraId="3A8A47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65EB2A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KS-21-24-027</w:t>
            </w:r>
          </w:p>
        </w:tc>
        <w:tc>
          <w:tcPr>
            <w:tcW w:w="737" w:type="pct"/>
          </w:tcPr>
          <w:p w14:paraId="09C3CAD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74A147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1568760</w:t>
            </w:r>
          </w:p>
        </w:tc>
        <w:tc>
          <w:tcPr>
            <w:tcW w:w="689" w:type="pct"/>
          </w:tcPr>
          <w:p w14:paraId="2FFF07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610229</w:t>
            </w:r>
          </w:p>
        </w:tc>
        <w:tc>
          <w:tcPr>
            <w:tcW w:w="688" w:type="pct"/>
          </w:tcPr>
          <w:p w14:paraId="65D241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99E50EA" w14:textId="77777777" w:rsidTr="00ED78AE">
        <w:tc>
          <w:tcPr>
            <w:tcW w:w="321" w:type="pct"/>
          </w:tcPr>
          <w:p w14:paraId="6DFC5DA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149</w:t>
            </w:r>
          </w:p>
        </w:tc>
        <w:tc>
          <w:tcPr>
            <w:tcW w:w="722" w:type="pct"/>
          </w:tcPr>
          <w:p w14:paraId="05A1D5A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2C8DC5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KS-21-24-028</w:t>
            </w:r>
          </w:p>
        </w:tc>
        <w:tc>
          <w:tcPr>
            <w:tcW w:w="737" w:type="pct"/>
          </w:tcPr>
          <w:p w14:paraId="55E73F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237DA2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1469001</w:t>
            </w:r>
          </w:p>
        </w:tc>
        <w:tc>
          <w:tcPr>
            <w:tcW w:w="689" w:type="pct"/>
          </w:tcPr>
          <w:p w14:paraId="25D284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341311</w:t>
            </w:r>
          </w:p>
        </w:tc>
        <w:tc>
          <w:tcPr>
            <w:tcW w:w="688" w:type="pct"/>
          </w:tcPr>
          <w:p w14:paraId="18254A4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A3165C0" w14:textId="77777777" w:rsidTr="00ED78AE">
        <w:tc>
          <w:tcPr>
            <w:tcW w:w="321" w:type="pct"/>
          </w:tcPr>
          <w:p w14:paraId="79930E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150</w:t>
            </w:r>
          </w:p>
        </w:tc>
        <w:tc>
          <w:tcPr>
            <w:tcW w:w="722" w:type="pct"/>
          </w:tcPr>
          <w:p w14:paraId="19AAC6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477EBD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KS-21-24-029</w:t>
            </w:r>
          </w:p>
        </w:tc>
        <w:tc>
          <w:tcPr>
            <w:tcW w:w="737" w:type="pct"/>
          </w:tcPr>
          <w:p w14:paraId="642BFF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700310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1485785</w:t>
            </w:r>
          </w:p>
        </w:tc>
        <w:tc>
          <w:tcPr>
            <w:tcW w:w="689" w:type="pct"/>
          </w:tcPr>
          <w:p w14:paraId="2D65110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481380</w:t>
            </w:r>
          </w:p>
        </w:tc>
        <w:tc>
          <w:tcPr>
            <w:tcW w:w="688" w:type="pct"/>
          </w:tcPr>
          <w:p w14:paraId="194A808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12977B9" w14:textId="77777777" w:rsidTr="00ED78AE">
        <w:tc>
          <w:tcPr>
            <w:tcW w:w="321" w:type="pct"/>
          </w:tcPr>
          <w:p w14:paraId="3419651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151</w:t>
            </w:r>
          </w:p>
        </w:tc>
        <w:tc>
          <w:tcPr>
            <w:tcW w:w="722" w:type="pct"/>
          </w:tcPr>
          <w:p w14:paraId="4D491F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093AA4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KS-21-24-035</w:t>
            </w:r>
          </w:p>
        </w:tc>
        <w:tc>
          <w:tcPr>
            <w:tcW w:w="737" w:type="pct"/>
          </w:tcPr>
          <w:p w14:paraId="29C49E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6F25E1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1562499</w:t>
            </w:r>
          </w:p>
        </w:tc>
        <w:tc>
          <w:tcPr>
            <w:tcW w:w="689" w:type="pct"/>
          </w:tcPr>
          <w:p w14:paraId="4B1011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798081</w:t>
            </w:r>
          </w:p>
        </w:tc>
        <w:tc>
          <w:tcPr>
            <w:tcW w:w="688" w:type="pct"/>
          </w:tcPr>
          <w:p w14:paraId="426F41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02C34B2" w14:textId="77777777" w:rsidTr="00ED78AE">
        <w:tc>
          <w:tcPr>
            <w:tcW w:w="321" w:type="pct"/>
          </w:tcPr>
          <w:p w14:paraId="6EE2CF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152</w:t>
            </w:r>
          </w:p>
        </w:tc>
        <w:tc>
          <w:tcPr>
            <w:tcW w:w="722" w:type="pct"/>
          </w:tcPr>
          <w:p w14:paraId="0E5230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0221F17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KS-21-24-036</w:t>
            </w:r>
          </w:p>
        </w:tc>
        <w:tc>
          <w:tcPr>
            <w:tcW w:w="737" w:type="pct"/>
          </w:tcPr>
          <w:p w14:paraId="6B38C7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7C3B3A1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1502959</w:t>
            </w:r>
          </w:p>
        </w:tc>
        <w:tc>
          <w:tcPr>
            <w:tcW w:w="689" w:type="pct"/>
          </w:tcPr>
          <w:p w14:paraId="073068B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250447</w:t>
            </w:r>
          </w:p>
        </w:tc>
        <w:tc>
          <w:tcPr>
            <w:tcW w:w="688" w:type="pct"/>
          </w:tcPr>
          <w:p w14:paraId="672CE3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883E82E" w14:textId="77777777" w:rsidTr="00ED78AE">
        <w:tc>
          <w:tcPr>
            <w:tcW w:w="321" w:type="pct"/>
          </w:tcPr>
          <w:p w14:paraId="7AEE68D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153</w:t>
            </w:r>
          </w:p>
        </w:tc>
        <w:tc>
          <w:tcPr>
            <w:tcW w:w="722" w:type="pct"/>
          </w:tcPr>
          <w:p w14:paraId="27396B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1155" w:type="pct"/>
          </w:tcPr>
          <w:p w14:paraId="60D94F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KS-21-24-037</w:t>
            </w:r>
          </w:p>
        </w:tc>
        <w:tc>
          <w:tcPr>
            <w:tcW w:w="737" w:type="pct"/>
          </w:tcPr>
          <w:p w14:paraId="0BCE33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0A0A6E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1610826</w:t>
            </w:r>
          </w:p>
        </w:tc>
        <w:tc>
          <w:tcPr>
            <w:tcW w:w="689" w:type="pct"/>
          </w:tcPr>
          <w:p w14:paraId="2E2F8A7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389050</w:t>
            </w:r>
          </w:p>
        </w:tc>
        <w:tc>
          <w:tcPr>
            <w:tcW w:w="688" w:type="pct"/>
          </w:tcPr>
          <w:p w14:paraId="70E0BB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5AA19EF" w14:textId="77777777" w:rsidTr="00ED78AE">
        <w:tc>
          <w:tcPr>
            <w:tcW w:w="2934" w:type="pct"/>
            <w:gridSpan w:val="4"/>
          </w:tcPr>
          <w:p w14:paraId="776F142F"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(KS-21-24)</w:t>
            </w:r>
          </w:p>
        </w:tc>
        <w:tc>
          <w:tcPr>
            <w:tcW w:w="688" w:type="pct"/>
          </w:tcPr>
          <w:p w14:paraId="7B66496E"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1445651.2</w:t>
            </w:r>
          </w:p>
        </w:tc>
        <w:tc>
          <w:tcPr>
            <w:tcW w:w="689" w:type="pct"/>
          </w:tcPr>
          <w:p w14:paraId="1E1BF2A1"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590669.07</w:t>
            </w:r>
          </w:p>
        </w:tc>
        <w:tc>
          <w:tcPr>
            <w:tcW w:w="688" w:type="pct"/>
          </w:tcPr>
          <w:p w14:paraId="3137D318"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5F63663C" w14:textId="77777777" w:rsidTr="00ED78AE">
        <w:tc>
          <w:tcPr>
            <w:tcW w:w="321" w:type="pct"/>
          </w:tcPr>
          <w:p w14:paraId="29B1B3F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154</w:t>
            </w:r>
          </w:p>
        </w:tc>
        <w:tc>
          <w:tcPr>
            <w:tcW w:w="722" w:type="pct"/>
          </w:tcPr>
          <w:p w14:paraId="215242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6BD2046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KS-21-3-001</w:t>
            </w:r>
          </w:p>
        </w:tc>
        <w:tc>
          <w:tcPr>
            <w:tcW w:w="737" w:type="pct"/>
          </w:tcPr>
          <w:p w14:paraId="72FFEA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ECBF0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324275</w:t>
            </w:r>
          </w:p>
        </w:tc>
        <w:tc>
          <w:tcPr>
            <w:tcW w:w="689" w:type="pct"/>
          </w:tcPr>
          <w:p w14:paraId="50E6780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204751</w:t>
            </w:r>
          </w:p>
        </w:tc>
        <w:tc>
          <w:tcPr>
            <w:tcW w:w="688" w:type="pct"/>
          </w:tcPr>
          <w:p w14:paraId="3498A7A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3DFAC6E" w14:textId="77777777" w:rsidTr="00ED78AE">
        <w:tc>
          <w:tcPr>
            <w:tcW w:w="321" w:type="pct"/>
          </w:tcPr>
          <w:p w14:paraId="035606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155</w:t>
            </w:r>
          </w:p>
        </w:tc>
        <w:tc>
          <w:tcPr>
            <w:tcW w:w="722" w:type="pct"/>
          </w:tcPr>
          <w:p w14:paraId="163417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67854B8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KS-21-3-002</w:t>
            </w:r>
          </w:p>
        </w:tc>
        <w:tc>
          <w:tcPr>
            <w:tcW w:w="737" w:type="pct"/>
          </w:tcPr>
          <w:p w14:paraId="7FAEB79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CC5A4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301051</w:t>
            </w:r>
          </w:p>
        </w:tc>
        <w:tc>
          <w:tcPr>
            <w:tcW w:w="689" w:type="pct"/>
          </w:tcPr>
          <w:p w14:paraId="75466B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193465</w:t>
            </w:r>
          </w:p>
        </w:tc>
        <w:tc>
          <w:tcPr>
            <w:tcW w:w="688" w:type="pct"/>
          </w:tcPr>
          <w:p w14:paraId="2992E81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1C3215D8" w14:textId="77777777" w:rsidTr="00ED78AE">
        <w:tc>
          <w:tcPr>
            <w:tcW w:w="321" w:type="pct"/>
          </w:tcPr>
          <w:p w14:paraId="36E6B0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156</w:t>
            </w:r>
          </w:p>
        </w:tc>
        <w:tc>
          <w:tcPr>
            <w:tcW w:w="722" w:type="pct"/>
          </w:tcPr>
          <w:p w14:paraId="4B00D13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7966E6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KS-21-3-003</w:t>
            </w:r>
          </w:p>
        </w:tc>
        <w:tc>
          <w:tcPr>
            <w:tcW w:w="737" w:type="pct"/>
          </w:tcPr>
          <w:p w14:paraId="7BB5D1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935557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232153</w:t>
            </w:r>
          </w:p>
        </w:tc>
        <w:tc>
          <w:tcPr>
            <w:tcW w:w="689" w:type="pct"/>
          </w:tcPr>
          <w:p w14:paraId="5E1C42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133773</w:t>
            </w:r>
          </w:p>
        </w:tc>
        <w:tc>
          <w:tcPr>
            <w:tcW w:w="688" w:type="pct"/>
          </w:tcPr>
          <w:p w14:paraId="7D3959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67D2E2C" w14:textId="77777777" w:rsidTr="00ED78AE">
        <w:tc>
          <w:tcPr>
            <w:tcW w:w="321" w:type="pct"/>
          </w:tcPr>
          <w:p w14:paraId="487CCA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157</w:t>
            </w:r>
          </w:p>
        </w:tc>
        <w:tc>
          <w:tcPr>
            <w:tcW w:w="722" w:type="pct"/>
          </w:tcPr>
          <w:p w14:paraId="767BD67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07DF40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KS-21-3-009</w:t>
            </w:r>
          </w:p>
        </w:tc>
        <w:tc>
          <w:tcPr>
            <w:tcW w:w="737" w:type="pct"/>
          </w:tcPr>
          <w:p w14:paraId="1AAB6AE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D302B7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328491</w:t>
            </w:r>
          </w:p>
        </w:tc>
        <w:tc>
          <w:tcPr>
            <w:tcW w:w="689" w:type="pct"/>
          </w:tcPr>
          <w:p w14:paraId="7C00DD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190218</w:t>
            </w:r>
          </w:p>
        </w:tc>
        <w:tc>
          <w:tcPr>
            <w:tcW w:w="688" w:type="pct"/>
          </w:tcPr>
          <w:p w14:paraId="4832233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4A877F3" w14:textId="77777777" w:rsidTr="00ED78AE">
        <w:tc>
          <w:tcPr>
            <w:tcW w:w="321" w:type="pct"/>
          </w:tcPr>
          <w:p w14:paraId="4B61353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158</w:t>
            </w:r>
          </w:p>
        </w:tc>
        <w:tc>
          <w:tcPr>
            <w:tcW w:w="722" w:type="pct"/>
          </w:tcPr>
          <w:p w14:paraId="6B4424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302CA2F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KS-21-3-010</w:t>
            </w:r>
          </w:p>
        </w:tc>
        <w:tc>
          <w:tcPr>
            <w:tcW w:w="737" w:type="pct"/>
          </w:tcPr>
          <w:p w14:paraId="3B74EF0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0024E0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303881</w:t>
            </w:r>
          </w:p>
        </w:tc>
        <w:tc>
          <w:tcPr>
            <w:tcW w:w="689" w:type="pct"/>
          </w:tcPr>
          <w:p w14:paraId="43778F9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165604</w:t>
            </w:r>
          </w:p>
        </w:tc>
        <w:tc>
          <w:tcPr>
            <w:tcW w:w="688" w:type="pct"/>
          </w:tcPr>
          <w:p w14:paraId="5CCCB77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5ED54DE" w14:textId="77777777" w:rsidTr="00ED78AE">
        <w:tc>
          <w:tcPr>
            <w:tcW w:w="321" w:type="pct"/>
          </w:tcPr>
          <w:p w14:paraId="3E0E85E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159</w:t>
            </w:r>
          </w:p>
        </w:tc>
        <w:tc>
          <w:tcPr>
            <w:tcW w:w="722" w:type="pct"/>
          </w:tcPr>
          <w:p w14:paraId="4E3507C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637925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KS-21-3-011</w:t>
            </w:r>
          </w:p>
        </w:tc>
        <w:tc>
          <w:tcPr>
            <w:tcW w:w="737" w:type="pct"/>
          </w:tcPr>
          <w:p w14:paraId="399FA9A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D3BB6C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262698</w:t>
            </w:r>
          </w:p>
        </w:tc>
        <w:tc>
          <w:tcPr>
            <w:tcW w:w="689" w:type="pct"/>
          </w:tcPr>
          <w:p w14:paraId="36DF74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130484</w:t>
            </w:r>
          </w:p>
        </w:tc>
        <w:tc>
          <w:tcPr>
            <w:tcW w:w="688" w:type="pct"/>
          </w:tcPr>
          <w:p w14:paraId="357C20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331C1D7" w14:textId="77777777" w:rsidTr="00ED78AE">
        <w:tc>
          <w:tcPr>
            <w:tcW w:w="321" w:type="pct"/>
          </w:tcPr>
          <w:p w14:paraId="2CDDB5E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722" w:type="pct"/>
          </w:tcPr>
          <w:p w14:paraId="5097E59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6E4F8B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KS-21-3-017</w:t>
            </w:r>
          </w:p>
        </w:tc>
        <w:tc>
          <w:tcPr>
            <w:tcW w:w="737" w:type="pct"/>
          </w:tcPr>
          <w:p w14:paraId="7CAF348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88026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351681</w:t>
            </w:r>
          </w:p>
        </w:tc>
        <w:tc>
          <w:tcPr>
            <w:tcW w:w="689" w:type="pct"/>
          </w:tcPr>
          <w:p w14:paraId="174DBF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220452</w:t>
            </w:r>
          </w:p>
        </w:tc>
        <w:tc>
          <w:tcPr>
            <w:tcW w:w="688" w:type="pct"/>
          </w:tcPr>
          <w:p w14:paraId="1CB6283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0E219FC" w14:textId="77777777" w:rsidTr="00ED78AE">
        <w:tc>
          <w:tcPr>
            <w:tcW w:w="321" w:type="pct"/>
          </w:tcPr>
          <w:p w14:paraId="76E612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161</w:t>
            </w:r>
          </w:p>
        </w:tc>
        <w:tc>
          <w:tcPr>
            <w:tcW w:w="722" w:type="pct"/>
          </w:tcPr>
          <w:p w14:paraId="7356DD1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666DA6D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KS-21-3-018</w:t>
            </w:r>
          </w:p>
        </w:tc>
        <w:tc>
          <w:tcPr>
            <w:tcW w:w="737" w:type="pct"/>
          </w:tcPr>
          <w:p w14:paraId="17A6189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A0B13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332419</w:t>
            </w:r>
          </w:p>
        </w:tc>
        <w:tc>
          <w:tcPr>
            <w:tcW w:w="689" w:type="pct"/>
          </w:tcPr>
          <w:p w14:paraId="75FFC3F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200659</w:t>
            </w:r>
          </w:p>
        </w:tc>
        <w:tc>
          <w:tcPr>
            <w:tcW w:w="688" w:type="pct"/>
          </w:tcPr>
          <w:p w14:paraId="700DEA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3778DD4" w14:textId="77777777" w:rsidTr="00ED78AE">
        <w:tc>
          <w:tcPr>
            <w:tcW w:w="321" w:type="pct"/>
          </w:tcPr>
          <w:p w14:paraId="5D0BB13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162</w:t>
            </w:r>
          </w:p>
        </w:tc>
        <w:tc>
          <w:tcPr>
            <w:tcW w:w="722" w:type="pct"/>
          </w:tcPr>
          <w:p w14:paraId="249953B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292D155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KS-21-3-019</w:t>
            </w:r>
          </w:p>
        </w:tc>
        <w:tc>
          <w:tcPr>
            <w:tcW w:w="737" w:type="pct"/>
          </w:tcPr>
          <w:p w14:paraId="41990C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779509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329548</w:t>
            </w:r>
          </w:p>
        </w:tc>
        <w:tc>
          <w:tcPr>
            <w:tcW w:w="689" w:type="pct"/>
          </w:tcPr>
          <w:p w14:paraId="7416A02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197552</w:t>
            </w:r>
          </w:p>
        </w:tc>
        <w:tc>
          <w:tcPr>
            <w:tcW w:w="688" w:type="pct"/>
          </w:tcPr>
          <w:p w14:paraId="230AE1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3E97F63" w14:textId="77777777" w:rsidTr="00ED78AE">
        <w:tc>
          <w:tcPr>
            <w:tcW w:w="321" w:type="pct"/>
          </w:tcPr>
          <w:p w14:paraId="4C88FF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163</w:t>
            </w:r>
          </w:p>
        </w:tc>
        <w:tc>
          <w:tcPr>
            <w:tcW w:w="722" w:type="pct"/>
          </w:tcPr>
          <w:p w14:paraId="3EC9D94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60A22E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KS-21-3-022</w:t>
            </w:r>
          </w:p>
        </w:tc>
        <w:tc>
          <w:tcPr>
            <w:tcW w:w="737" w:type="pct"/>
          </w:tcPr>
          <w:p w14:paraId="48E086F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8A60D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298743</w:t>
            </w:r>
          </w:p>
        </w:tc>
        <w:tc>
          <w:tcPr>
            <w:tcW w:w="689" w:type="pct"/>
          </w:tcPr>
          <w:p w14:paraId="4553EBE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186281</w:t>
            </w:r>
          </w:p>
        </w:tc>
        <w:tc>
          <w:tcPr>
            <w:tcW w:w="688" w:type="pct"/>
          </w:tcPr>
          <w:p w14:paraId="3F8D1EF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5E7676C" w14:textId="77777777" w:rsidTr="00ED78AE">
        <w:tc>
          <w:tcPr>
            <w:tcW w:w="321" w:type="pct"/>
          </w:tcPr>
          <w:p w14:paraId="4FC8BF6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164</w:t>
            </w:r>
          </w:p>
        </w:tc>
        <w:tc>
          <w:tcPr>
            <w:tcW w:w="722" w:type="pct"/>
          </w:tcPr>
          <w:p w14:paraId="63637C0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7A9904E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KS-21-3-023</w:t>
            </w:r>
          </w:p>
        </w:tc>
        <w:tc>
          <w:tcPr>
            <w:tcW w:w="737" w:type="pct"/>
          </w:tcPr>
          <w:p w14:paraId="5B5F25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C1F66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265907</w:t>
            </w:r>
          </w:p>
        </w:tc>
        <w:tc>
          <w:tcPr>
            <w:tcW w:w="689" w:type="pct"/>
          </w:tcPr>
          <w:p w14:paraId="0BA794D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142665</w:t>
            </w:r>
          </w:p>
        </w:tc>
        <w:tc>
          <w:tcPr>
            <w:tcW w:w="688" w:type="pct"/>
          </w:tcPr>
          <w:p w14:paraId="370500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F337FF9" w14:textId="77777777" w:rsidTr="00ED78AE">
        <w:tc>
          <w:tcPr>
            <w:tcW w:w="321" w:type="pct"/>
          </w:tcPr>
          <w:p w14:paraId="297781B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165</w:t>
            </w:r>
          </w:p>
        </w:tc>
        <w:tc>
          <w:tcPr>
            <w:tcW w:w="722" w:type="pct"/>
          </w:tcPr>
          <w:p w14:paraId="68B7F70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748CFE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KS-21-3-024</w:t>
            </w:r>
          </w:p>
        </w:tc>
        <w:tc>
          <w:tcPr>
            <w:tcW w:w="737" w:type="pct"/>
          </w:tcPr>
          <w:p w14:paraId="601B5CE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14C6D45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262958</w:t>
            </w:r>
          </w:p>
        </w:tc>
        <w:tc>
          <w:tcPr>
            <w:tcW w:w="689" w:type="pct"/>
          </w:tcPr>
          <w:p w14:paraId="2ACDEF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136101</w:t>
            </w:r>
          </w:p>
        </w:tc>
        <w:tc>
          <w:tcPr>
            <w:tcW w:w="688" w:type="pct"/>
          </w:tcPr>
          <w:p w14:paraId="396C6A3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A180152" w14:textId="77777777" w:rsidTr="00ED78AE">
        <w:tc>
          <w:tcPr>
            <w:tcW w:w="321" w:type="pct"/>
          </w:tcPr>
          <w:p w14:paraId="45C12B9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166</w:t>
            </w:r>
          </w:p>
        </w:tc>
        <w:tc>
          <w:tcPr>
            <w:tcW w:w="722" w:type="pct"/>
          </w:tcPr>
          <w:p w14:paraId="1EB1A87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209936C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KS-21-3-030</w:t>
            </w:r>
          </w:p>
        </w:tc>
        <w:tc>
          <w:tcPr>
            <w:tcW w:w="737" w:type="pct"/>
          </w:tcPr>
          <w:p w14:paraId="30D622D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20369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252563</w:t>
            </w:r>
          </w:p>
        </w:tc>
        <w:tc>
          <w:tcPr>
            <w:tcW w:w="689" w:type="pct"/>
          </w:tcPr>
          <w:p w14:paraId="77FAB87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162041</w:t>
            </w:r>
          </w:p>
        </w:tc>
        <w:tc>
          <w:tcPr>
            <w:tcW w:w="688" w:type="pct"/>
          </w:tcPr>
          <w:p w14:paraId="68838F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4EA017B" w14:textId="77777777" w:rsidTr="00ED78AE">
        <w:tc>
          <w:tcPr>
            <w:tcW w:w="321" w:type="pct"/>
          </w:tcPr>
          <w:p w14:paraId="25F7701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167</w:t>
            </w:r>
          </w:p>
        </w:tc>
        <w:tc>
          <w:tcPr>
            <w:tcW w:w="722" w:type="pct"/>
          </w:tcPr>
          <w:p w14:paraId="20932E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4974FE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KS-21-3-031</w:t>
            </w:r>
          </w:p>
        </w:tc>
        <w:tc>
          <w:tcPr>
            <w:tcW w:w="737" w:type="pct"/>
          </w:tcPr>
          <w:p w14:paraId="285249E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7EB2C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311522</w:t>
            </w:r>
          </w:p>
        </w:tc>
        <w:tc>
          <w:tcPr>
            <w:tcW w:w="689" w:type="pct"/>
          </w:tcPr>
          <w:p w14:paraId="141A83B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197294</w:t>
            </w:r>
          </w:p>
        </w:tc>
        <w:tc>
          <w:tcPr>
            <w:tcW w:w="688" w:type="pct"/>
          </w:tcPr>
          <w:p w14:paraId="583C85E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A9B3B64" w14:textId="77777777" w:rsidTr="00ED78AE">
        <w:tc>
          <w:tcPr>
            <w:tcW w:w="321" w:type="pct"/>
          </w:tcPr>
          <w:p w14:paraId="40478A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168</w:t>
            </w:r>
          </w:p>
        </w:tc>
        <w:tc>
          <w:tcPr>
            <w:tcW w:w="722" w:type="pct"/>
          </w:tcPr>
          <w:p w14:paraId="138F86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0424E0E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KS-21-3-032</w:t>
            </w:r>
          </w:p>
        </w:tc>
        <w:tc>
          <w:tcPr>
            <w:tcW w:w="737" w:type="pct"/>
          </w:tcPr>
          <w:p w14:paraId="15D41D6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57920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329938</w:t>
            </w:r>
          </w:p>
        </w:tc>
        <w:tc>
          <w:tcPr>
            <w:tcW w:w="689" w:type="pct"/>
          </w:tcPr>
          <w:p w14:paraId="12EB78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209138</w:t>
            </w:r>
          </w:p>
        </w:tc>
        <w:tc>
          <w:tcPr>
            <w:tcW w:w="688" w:type="pct"/>
          </w:tcPr>
          <w:p w14:paraId="6E6BDA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5D56E163" w14:textId="77777777" w:rsidTr="00ED78AE">
        <w:tc>
          <w:tcPr>
            <w:tcW w:w="321" w:type="pct"/>
          </w:tcPr>
          <w:p w14:paraId="70422F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169</w:t>
            </w:r>
          </w:p>
        </w:tc>
        <w:tc>
          <w:tcPr>
            <w:tcW w:w="722" w:type="pct"/>
          </w:tcPr>
          <w:p w14:paraId="361CFA0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10B1D2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KS-21-3-039</w:t>
            </w:r>
          </w:p>
        </w:tc>
        <w:tc>
          <w:tcPr>
            <w:tcW w:w="737" w:type="pct"/>
          </w:tcPr>
          <w:p w14:paraId="10E7B23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3AD6C0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277865</w:t>
            </w:r>
          </w:p>
        </w:tc>
        <w:tc>
          <w:tcPr>
            <w:tcW w:w="689" w:type="pct"/>
          </w:tcPr>
          <w:p w14:paraId="4F17412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175646</w:t>
            </w:r>
          </w:p>
        </w:tc>
        <w:tc>
          <w:tcPr>
            <w:tcW w:w="688" w:type="pct"/>
          </w:tcPr>
          <w:p w14:paraId="4A2A8C5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C25FD89" w14:textId="77777777" w:rsidTr="00ED78AE">
        <w:tc>
          <w:tcPr>
            <w:tcW w:w="321" w:type="pct"/>
          </w:tcPr>
          <w:p w14:paraId="69116F8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170</w:t>
            </w:r>
          </w:p>
        </w:tc>
        <w:tc>
          <w:tcPr>
            <w:tcW w:w="722" w:type="pct"/>
          </w:tcPr>
          <w:p w14:paraId="5CEF67D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676FF4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KS-21-3-040</w:t>
            </w:r>
          </w:p>
        </w:tc>
        <w:tc>
          <w:tcPr>
            <w:tcW w:w="737" w:type="pct"/>
          </w:tcPr>
          <w:p w14:paraId="4D0A92E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29B34E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228880</w:t>
            </w:r>
          </w:p>
        </w:tc>
        <w:tc>
          <w:tcPr>
            <w:tcW w:w="689" w:type="pct"/>
          </w:tcPr>
          <w:p w14:paraId="5ECA605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143991</w:t>
            </w:r>
          </w:p>
        </w:tc>
        <w:tc>
          <w:tcPr>
            <w:tcW w:w="688" w:type="pct"/>
          </w:tcPr>
          <w:p w14:paraId="14DF0DE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BC563E6" w14:textId="77777777" w:rsidTr="00ED78AE">
        <w:tc>
          <w:tcPr>
            <w:tcW w:w="321" w:type="pct"/>
          </w:tcPr>
          <w:p w14:paraId="687C52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171</w:t>
            </w:r>
          </w:p>
        </w:tc>
        <w:tc>
          <w:tcPr>
            <w:tcW w:w="722" w:type="pct"/>
          </w:tcPr>
          <w:p w14:paraId="047D86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5E98F98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KS-21-3-041</w:t>
            </w:r>
          </w:p>
        </w:tc>
        <w:tc>
          <w:tcPr>
            <w:tcW w:w="737" w:type="pct"/>
          </w:tcPr>
          <w:p w14:paraId="2DAA668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D2CD7E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254336</w:t>
            </w:r>
          </w:p>
        </w:tc>
        <w:tc>
          <w:tcPr>
            <w:tcW w:w="689" w:type="pct"/>
          </w:tcPr>
          <w:p w14:paraId="3C63D15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159893</w:t>
            </w:r>
          </w:p>
        </w:tc>
        <w:tc>
          <w:tcPr>
            <w:tcW w:w="688" w:type="pct"/>
          </w:tcPr>
          <w:p w14:paraId="5C6222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5373F289" w14:textId="77777777" w:rsidTr="00ED78AE">
        <w:tc>
          <w:tcPr>
            <w:tcW w:w="321" w:type="pct"/>
          </w:tcPr>
          <w:p w14:paraId="1E9642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172</w:t>
            </w:r>
          </w:p>
        </w:tc>
        <w:tc>
          <w:tcPr>
            <w:tcW w:w="722" w:type="pct"/>
          </w:tcPr>
          <w:p w14:paraId="0589A63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0CB9857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KS-21-3-055</w:t>
            </w:r>
          </w:p>
        </w:tc>
        <w:tc>
          <w:tcPr>
            <w:tcW w:w="737" w:type="pct"/>
          </w:tcPr>
          <w:p w14:paraId="4442BE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F861C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330036</w:t>
            </w:r>
          </w:p>
        </w:tc>
        <w:tc>
          <w:tcPr>
            <w:tcW w:w="689" w:type="pct"/>
          </w:tcPr>
          <w:p w14:paraId="66F1499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206407</w:t>
            </w:r>
          </w:p>
        </w:tc>
        <w:tc>
          <w:tcPr>
            <w:tcW w:w="688" w:type="pct"/>
          </w:tcPr>
          <w:p w14:paraId="51A21E5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0A8D182" w14:textId="77777777" w:rsidTr="00ED78AE">
        <w:tc>
          <w:tcPr>
            <w:tcW w:w="321" w:type="pct"/>
          </w:tcPr>
          <w:p w14:paraId="222C4B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173</w:t>
            </w:r>
          </w:p>
        </w:tc>
        <w:tc>
          <w:tcPr>
            <w:tcW w:w="722" w:type="pct"/>
          </w:tcPr>
          <w:p w14:paraId="1851F1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1AB86E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KS-21-3-056</w:t>
            </w:r>
          </w:p>
        </w:tc>
        <w:tc>
          <w:tcPr>
            <w:tcW w:w="737" w:type="pct"/>
          </w:tcPr>
          <w:p w14:paraId="307F54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FE66F9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366837</w:t>
            </w:r>
          </w:p>
        </w:tc>
        <w:tc>
          <w:tcPr>
            <w:tcW w:w="689" w:type="pct"/>
          </w:tcPr>
          <w:p w14:paraId="665378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230246</w:t>
            </w:r>
          </w:p>
        </w:tc>
        <w:tc>
          <w:tcPr>
            <w:tcW w:w="688" w:type="pct"/>
          </w:tcPr>
          <w:p w14:paraId="2B4E29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DC6730A" w14:textId="77777777" w:rsidTr="00ED78AE">
        <w:tc>
          <w:tcPr>
            <w:tcW w:w="321" w:type="pct"/>
          </w:tcPr>
          <w:p w14:paraId="177A5A5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174</w:t>
            </w:r>
          </w:p>
        </w:tc>
        <w:tc>
          <w:tcPr>
            <w:tcW w:w="722" w:type="pct"/>
          </w:tcPr>
          <w:p w14:paraId="4BE8AE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3868DD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KS-21-3-057</w:t>
            </w:r>
          </w:p>
        </w:tc>
        <w:tc>
          <w:tcPr>
            <w:tcW w:w="737" w:type="pct"/>
          </w:tcPr>
          <w:p w14:paraId="2A0CB98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535F95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294068</w:t>
            </w:r>
          </w:p>
        </w:tc>
        <w:tc>
          <w:tcPr>
            <w:tcW w:w="689" w:type="pct"/>
          </w:tcPr>
          <w:p w14:paraId="42AB1FC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183304</w:t>
            </w:r>
          </w:p>
        </w:tc>
        <w:tc>
          <w:tcPr>
            <w:tcW w:w="688" w:type="pct"/>
          </w:tcPr>
          <w:p w14:paraId="39EFC0D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E0CA67C" w14:textId="77777777" w:rsidTr="00ED78AE">
        <w:tc>
          <w:tcPr>
            <w:tcW w:w="321" w:type="pct"/>
          </w:tcPr>
          <w:p w14:paraId="01382C8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175</w:t>
            </w:r>
          </w:p>
        </w:tc>
        <w:tc>
          <w:tcPr>
            <w:tcW w:w="722" w:type="pct"/>
          </w:tcPr>
          <w:p w14:paraId="63115E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2C6EF9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KS-21-3-070</w:t>
            </w:r>
          </w:p>
        </w:tc>
        <w:tc>
          <w:tcPr>
            <w:tcW w:w="737" w:type="pct"/>
          </w:tcPr>
          <w:p w14:paraId="385DE21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4B6BF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377664</w:t>
            </w:r>
          </w:p>
        </w:tc>
        <w:tc>
          <w:tcPr>
            <w:tcW w:w="689" w:type="pct"/>
          </w:tcPr>
          <w:p w14:paraId="71CE3E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228542</w:t>
            </w:r>
          </w:p>
        </w:tc>
        <w:tc>
          <w:tcPr>
            <w:tcW w:w="688" w:type="pct"/>
          </w:tcPr>
          <w:p w14:paraId="10364BF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88C8B11" w14:textId="77777777" w:rsidTr="00ED78AE">
        <w:tc>
          <w:tcPr>
            <w:tcW w:w="321" w:type="pct"/>
          </w:tcPr>
          <w:p w14:paraId="165BAA8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176</w:t>
            </w:r>
          </w:p>
        </w:tc>
        <w:tc>
          <w:tcPr>
            <w:tcW w:w="722" w:type="pct"/>
          </w:tcPr>
          <w:p w14:paraId="55A9E1D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71491A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KS-21-3-071</w:t>
            </w:r>
          </w:p>
        </w:tc>
        <w:tc>
          <w:tcPr>
            <w:tcW w:w="737" w:type="pct"/>
          </w:tcPr>
          <w:p w14:paraId="1C99825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82ABBB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1515437</w:t>
            </w:r>
          </w:p>
        </w:tc>
        <w:tc>
          <w:tcPr>
            <w:tcW w:w="689" w:type="pct"/>
          </w:tcPr>
          <w:p w14:paraId="2A6F5EF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978221</w:t>
            </w:r>
          </w:p>
        </w:tc>
        <w:tc>
          <w:tcPr>
            <w:tcW w:w="688" w:type="pct"/>
          </w:tcPr>
          <w:p w14:paraId="0D9A6E7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1C3C325" w14:textId="77777777" w:rsidTr="00ED78AE">
        <w:tc>
          <w:tcPr>
            <w:tcW w:w="321" w:type="pct"/>
          </w:tcPr>
          <w:p w14:paraId="42C0021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177</w:t>
            </w:r>
          </w:p>
        </w:tc>
        <w:tc>
          <w:tcPr>
            <w:tcW w:w="722" w:type="pct"/>
          </w:tcPr>
          <w:p w14:paraId="5B1CEA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7F4AAE7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KS-21-3-072</w:t>
            </w:r>
          </w:p>
        </w:tc>
        <w:tc>
          <w:tcPr>
            <w:tcW w:w="737" w:type="pct"/>
          </w:tcPr>
          <w:p w14:paraId="6F13CD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65B59E6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65965</w:t>
            </w:r>
          </w:p>
        </w:tc>
        <w:tc>
          <w:tcPr>
            <w:tcW w:w="689" w:type="pct"/>
          </w:tcPr>
          <w:p w14:paraId="038B08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31024</w:t>
            </w:r>
          </w:p>
        </w:tc>
        <w:tc>
          <w:tcPr>
            <w:tcW w:w="688" w:type="pct"/>
          </w:tcPr>
          <w:p w14:paraId="07DA6E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78DF43E" w14:textId="77777777" w:rsidTr="00ED78AE">
        <w:tc>
          <w:tcPr>
            <w:tcW w:w="321" w:type="pct"/>
          </w:tcPr>
          <w:p w14:paraId="2E2249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178</w:t>
            </w:r>
          </w:p>
        </w:tc>
        <w:tc>
          <w:tcPr>
            <w:tcW w:w="722" w:type="pct"/>
          </w:tcPr>
          <w:p w14:paraId="747D70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0B44BB6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KS-21-3-078</w:t>
            </w:r>
          </w:p>
        </w:tc>
        <w:tc>
          <w:tcPr>
            <w:tcW w:w="737" w:type="pct"/>
          </w:tcPr>
          <w:p w14:paraId="66D5FE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A8272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347237</w:t>
            </w:r>
          </w:p>
        </w:tc>
        <w:tc>
          <w:tcPr>
            <w:tcW w:w="689" w:type="pct"/>
          </w:tcPr>
          <w:p w14:paraId="395C778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221472</w:t>
            </w:r>
          </w:p>
        </w:tc>
        <w:tc>
          <w:tcPr>
            <w:tcW w:w="688" w:type="pct"/>
          </w:tcPr>
          <w:p w14:paraId="2B62C7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7F53388" w14:textId="77777777" w:rsidTr="00ED78AE">
        <w:tc>
          <w:tcPr>
            <w:tcW w:w="321" w:type="pct"/>
          </w:tcPr>
          <w:p w14:paraId="6BDFB2B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179</w:t>
            </w:r>
          </w:p>
        </w:tc>
        <w:tc>
          <w:tcPr>
            <w:tcW w:w="722" w:type="pct"/>
          </w:tcPr>
          <w:p w14:paraId="7FD7AED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105AFC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KS-21-3-079</w:t>
            </w:r>
          </w:p>
        </w:tc>
        <w:tc>
          <w:tcPr>
            <w:tcW w:w="737" w:type="pct"/>
          </w:tcPr>
          <w:p w14:paraId="0D9822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07A75B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247221</w:t>
            </w:r>
          </w:p>
        </w:tc>
        <w:tc>
          <w:tcPr>
            <w:tcW w:w="689" w:type="pct"/>
          </w:tcPr>
          <w:p w14:paraId="1503F13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157685</w:t>
            </w:r>
          </w:p>
        </w:tc>
        <w:tc>
          <w:tcPr>
            <w:tcW w:w="688" w:type="pct"/>
          </w:tcPr>
          <w:p w14:paraId="534A64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A2841E3" w14:textId="77777777" w:rsidTr="00ED78AE">
        <w:tc>
          <w:tcPr>
            <w:tcW w:w="321" w:type="pct"/>
          </w:tcPr>
          <w:p w14:paraId="44C6D6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180</w:t>
            </w:r>
          </w:p>
        </w:tc>
        <w:tc>
          <w:tcPr>
            <w:tcW w:w="722" w:type="pct"/>
          </w:tcPr>
          <w:p w14:paraId="1B1BF9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1B49D7E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KS-21-3-080</w:t>
            </w:r>
          </w:p>
        </w:tc>
        <w:tc>
          <w:tcPr>
            <w:tcW w:w="737" w:type="pct"/>
          </w:tcPr>
          <w:p w14:paraId="7AED855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5228B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272069</w:t>
            </w:r>
          </w:p>
        </w:tc>
        <w:tc>
          <w:tcPr>
            <w:tcW w:w="689" w:type="pct"/>
          </w:tcPr>
          <w:p w14:paraId="194A5B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177072</w:t>
            </w:r>
          </w:p>
        </w:tc>
        <w:tc>
          <w:tcPr>
            <w:tcW w:w="688" w:type="pct"/>
          </w:tcPr>
          <w:p w14:paraId="549819F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5CFE5356" w14:textId="77777777" w:rsidTr="00ED78AE">
        <w:tc>
          <w:tcPr>
            <w:tcW w:w="321" w:type="pct"/>
          </w:tcPr>
          <w:p w14:paraId="25748D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181</w:t>
            </w:r>
          </w:p>
        </w:tc>
        <w:tc>
          <w:tcPr>
            <w:tcW w:w="722" w:type="pct"/>
          </w:tcPr>
          <w:p w14:paraId="036B71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4BE74A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KS-21-3-086</w:t>
            </w:r>
          </w:p>
        </w:tc>
        <w:tc>
          <w:tcPr>
            <w:tcW w:w="737" w:type="pct"/>
          </w:tcPr>
          <w:p w14:paraId="031B55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AB778C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302002</w:t>
            </w:r>
          </w:p>
        </w:tc>
        <w:tc>
          <w:tcPr>
            <w:tcW w:w="689" w:type="pct"/>
          </w:tcPr>
          <w:p w14:paraId="7BA16C4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197188</w:t>
            </w:r>
          </w:p>
        </w:tc>
        <w:tc>
          <w:tcPr>
            <w:tcW w:w="688" w:type="pct"/>
          </w:tcPr>
          <w:p w14:paraId="7AC46F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5CA7E1D" w14:textId="77777777" w:rsidTr="00ED78AE">
        <w:tc>
          <w:tcPr>
            <w:tcW w:w="321" w:type="pct"/>
          </w:tcPr>
          <w:p w14:paraId="23CFE9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182</w:t>
            </w:r>
          </w:p>
        </w:tc>
        <w:tc>
          <w:tcPr>
            <w:tcW w:w="722" w:type="pct"/>
          </w:tcPr>
          <w:p w14:paraId="7A37023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2B5E16B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KS-21-3-087</w:t>
            </w:r>
          </w:p>
        </w:tc>
        <w:tc>
          <w:tcPr>
            <w:tcW w:w="737" w:type="pct"/>
          </w:tcPr>
          <w:p w14:paraId="539A06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6EFBA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306509</w:t>
            </w:r>
          </w:p>
        </w:tc>
        <w:tc>
          <w:tcPr>
            <w:tcW w:w="689" w:type="pct"/>
          </w:tcPr>
          <w:p w14:paraId="45D43D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198587</w:t>
            </w:r>
          </w:p>
        </w:tc>
        <w:tc>
          <w:tcPr>
            <w:tcW w:w="688" w:type="pct"/>
          </w:tcPr>
          <w:p w14:paraId="7A53394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43B20231" w14:textId="77777777" w:rsidTr="00ED78AE">
        <w:tc>
          <w:tcPr>
            <w:tcW w:w="321" w:type="pct"/>
          </w:tcPr>
          <w:p w14:paraId="2455067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183</w:t>
            </w:r>
          </w:p>
        </w:tc>
        <w:tc>
          <w:tcPr>
            <w:tcW w:w="722" w:type="pct"/>
          </w:tcPr>
          <w:p w14:paraId="6CE5B4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434033B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KS-21-3-088</w:t>
            </w:r>
          </w:p>
        </w:tc>
        <w:tc>
          <w:tcPr>
            <w:tcW w:w="737" w:type="pct"/>
          </w:tcPr>
          <w:p w14:paraId="110BFB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3C2BE5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305505</w:t>
            </w:r>
          </w:p>
        </w:tc>
        <w:tc>
          <w:tcPr>
            <w:tcW w:w="689" w:type="pct"/>
          </w:tcPr>
          <w:p w14:paraId="310BF2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192257</w:t>
            </w:r>
          </w:p>
        </w:tc>
        <w:tc>
          <w:tcPr>
            <w:tcW w:w="688" w:type="pct"/>
          </w:tcPr>
          <w:p w14:paraId="3256B6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44EE855" w14:textId="77777777" w:rsidTr="00ED78AE">
        <w:tc>
          <w:tcPr>
            <w:tcW w:w="321" w:type="pct"/>
          </w:tcPr>
          <w:p w14:paraId="1F0AFD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184</w:t>
            </w:r>
          </w:p>
        </w:tc>
        <w:tc>
          <w:tcPr>
            <w:tcW w:w="722" w:type="pct"/>
          </w:tcPr>
          <w:p w14:paraId="03B3851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1905544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KS-21-3-094</w:t>
            </w:r>
          </w:p>
        </w:tc>
        <w:tc>
          <w:tcPr>
            <w:tcW w:w="737" w:type="pct"/>
          </w:tcPr>
          <w:p w14:paraId="7C7F76A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0F86B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223304</w:t>
            </w:r>
          </w:p>
        </w:tc>
        <w:tc>
          <w:tcPr>
            <w:tcW w:w="689" w:type="pct"/>
          </w:tcPr>
          <w:p w14:paraId="154188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143261</w:t>
            </w:r>
          </w:p>
        </w:tc>
        <w:tc>
          <w:tcPr>
            <w:tcW w:w="688" w:type="pct"/>
          </w:tcPr>
          <w:p w14:paraId="0E16307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5C99038" w14:textId="77777777" w:rsidTr="00ED78AE">
        <w:tc>
          <w:tcPr>
            <w:tcW w:w="321" w:type="pct"/>
          </w:tcPr>
          <w:p w14:paraId="6233ABD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185</w:t>
            </w:r>
          </w:p>
        </w:tc>
        <w:tc>
          <w:tcPr>
            <w:tcW w:w="722" w:type="pct"/>
          </w:tcPr>
          <w:p w14:paraId="7354425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0281679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KS-21-3-095</w:t>
            </w:r>
          </w:p>
        </w:tc>
        <w:tc>
          <w:tcPr>
            <w:tcW w:w="737" w:type="pct"/>
          </w:tcPr>
          <w:p w14:paraId="396F9B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9ADEF6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282429</w:t>
            </w:r>
          </w:p>
        </w:tc>
        <w:tc>
          <w:tcPr>
            <w:tcW w:w="689" w:type="pct"/>
          </w:tcPr>
          <w:p w14:paraId="70C4E6E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185092</w:t>
            </w:r>
          </w:p>
        </w:tc>
        <w:tc>
          <w:tcPr>
            <w:tcW w:w="688" w:type="pct"/>
          </w:tcPr>
          <w:p w14:paraId="4CDA17A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9A78F3D" w14:textId="77777777" w:rsidTr="00ED78AE">
        <w:tc>
          <w:tcPr>
            <w:tcW w:w="321" w:type="pct"/>
          </w:tcPr>
          <w:p w14:paraId="00AEA3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186</w:t>
            </w:r>
          </w:p>
        </w:tc>
        <w:tc>
          <w:tcPr>
            <w:tcW w:w="722" w:type="pct"/>
          </w:tcPr>
          <w:p w14:paraId="46C4ADE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1155" w:type="pct"/>
          </w:tcPr>
          <w:p w14:paraId="024FC59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KS-21-3-096</w:t>
            </w:r>
          </w:p>
        </w:tc>
        <w:tc>
          <w:tcPr>
            <w:tcW w:w="737" w:type="pct"/>
          </w:tcPr>
          <w:p w14:paraId="495D0FC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1232DC7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6986</w:t>
            </w:r>
          </w:p>
        </w:tc>
        <w:tc>
          <w:tcPr>
            <w:tcW w:w="689" w:type="pct"/>
          </w:tcPr>
          <w:p w14:paraId="443FF7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2693</w:t>
            </w:r>
          </w:p>
        </w:tc>
        <w:tc>
          <w:tcPr>
            <w:tcW w:w="688" w:type="pct"/>
          </w:tcPr>
          <w:p w14:paraId="64F86E2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41D8022" w14:textId="77777777" w:rsidTr="00ED78AE">
        <w:tc>
          <w:tcPr>
            <w:tcW w:w="2934" w:type="pct"/>
            <w:gridSpan w:val="4"/>
          </w:tcPr>
          <w:p w14:paraId="1C2ED74D"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(KS-21-3)</w:t>
            </w:r>
          </w:p>
        </w:tc>
        <w:tc>
          <w:tcPr>
            <w:tcW w:w="688" w:type="pct"/>
          </w:tcPr>
          <w:p w14:paraId="4C066B08"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317944.79</w:t>
            </w:r>
          </w:p>
        </w:tc>
        <w:tc>
          <w:tcPr>
            <w:tcW w:w="689" w:type="pct"/>
          </w:tcPr>
          <w:p w14:paraId="2D44E561"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196456.33</w:t>
            </w:r>
          </w:p>
        </w:tc>
        <w:tc>
          <w:tcPr>
            <w:tcW w:w="688" w:type="pct"/>
          </w:tcPr>
          <w:p w14:paraId="47207B0D"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5809BBA7" w14:textId="77777777" w:rsidTr="00ED78AE">
        <w:tc>
          <w:tcPr>
            <w:tcW w:w="321" w:type="pct"/>
          </w:tcPr>
          <w:p w14:paraId="3AC96D1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187</w:t>
            </w:r>
          </w:p>
        </w:tc>
        <w:tc>
          <w:tcPr>
            <w:tcW w:w="722" w:type="pct"/>
          </w:tcPr>
          <w:p w14:paraId="5C6B1C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142841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KS-21-8-002</w:t>
            </w:r>
          </w:p>
        </w:tc>
        <w:tc>
          <w:tcPr>
            <w:tcW w:w="737" w:type="pct"/>
          </w:tcPr>
          <w:p w14:paraId="677070C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5FA30A9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2569</w:t>
            </w:r>
          </w:p>
        </w:tc>
        <w:tc>
          <w:tcPr>
            <w:tcW w:w="689" w:type="pct"/>
          </w:tcPr>
          <w:p w14:paraId="0CDAE2B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2465</w:t>
            </w:r>
          </w:p>
        </w:tc>
        <w:tc>
          <w:tcPr>
            <w:tcW w:w="688" w:type="pct"/>
          </w:tcPr>
          <w:p w14:paraId="4438F48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0C6C872" w14:textId="77777777" w:rsidTr="00ED78AE">
        <w:tc>
          <w:tcPr>
            <w:tcW w:w="321" w:type="pct"/>
          </w:tcPr>
          <w:p w14:paraId="0870E2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188</w:t>
            </w:r>
          </w:p>
        </w:tc>
        <w:tc>
          <w:tcPr>
            <w:tcW w:w="722" w:type="pct"/>
          </w:tcPr>
          <w:p w14:paraId="6DC0DE4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1B1BFF8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KS-21-8-003</w:t>
            </w:r>
          </w:p>
        </w:tc>
        <w:tc>
          <w:tcPr>
            <w:tcW w:w="737" w:type="pct"/>
          </w:tcPr>
          <w:p w14:paraId="1C264DF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488A1A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14514</w:t>
            </w:r>
          </w:p>
        </w:tc>
        <w:tc>
          <w:tcPr>
            <w:tcW w:w="689" w:type="pct"/>
          </w:tcPr>
          <w:p w14:paraId="08ADE5E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7693</w:t>
            </w:r>
          </w:p>
        </w:tc>
        <w:tc>
          <w:tcPr>
            <w:tcW w:w="688" w:type="pct"/>
          </w:tcPr>
          <w:p w14:paraId="125A64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DFE0539" w14:textId="77777777" w:rsidTr="00ED78AE">
        <w:tc>
          <w:tcPr>
            <w:tcW w:w="321" w:type="pct"/>
          </w:tcPr>
          <w:p w14:paraId="55049B8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189</w:t>
            </w:r>
          </w:p>
        </w:tc>
        <w:tc>
          <w:tcPr>
            <w:tcW w:w="722" w:type="pct"/>
          </w:tcPr>
          <w:p w14:paraId="2CCF42E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2646DF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KS-21-8-004</w:t>
            </w:r>
          </w:p>
        </w:tc>
        <w:tc>
          <w:tcPr>
            <w:tcW w:w="737" w:type="pct"/>
          </w:tcPr>
          <w:p w14:paraId="07FFD3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7C5EE5C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13658</w:t>
            </w:r>
          </w:p>
        </w:tc>
        <w:tc>
          <w:tcPr>
            <w:tcW w:w="689" w:type="pct"/>
          </w:tcPr>
          <w:p w14:paraId="5FA29DD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10008</w:t>
            </w:r>
          </w:p>
        </w:tc>
        <w:tc>
          <w:tcPr>
            <w:tcW w:w="688" w:type="pct"/>
          </w:tcPr>
          <w:p w14:paraId="7C8E66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BF10C35" w14:textId="77777777" w:rsidTr="00ED78AE">
        <w:tc>
          <w:tcPr>
            <w:tcW w:w="321" w:type="pct"/>
          </w:tcPr>
          <w:p w14:paraId="151B50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190</w:t>
            </w:r>
          </w:p>
        </w:tc>
        <w:tc>
          <w:tcPr>
            <w:tcW w:w="722" w:type="pct"/>
          </w:tcPr>
          <w:p w14:paraId="53F29E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1DC290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KS-21-8-007</w:t>
            </w:r>
          </w:p>
        </w:tc>
        <w:tc>
          <w:tcPr>
            <w:tcW w:w="737" w:type="pct"/>
          </w:tcPr>
          <w:p w14:paraId="4C1E7AA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85335C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319208</w:t>
            </w:r>
          </w:p>
        </w:tc>
        <w:tc>
          <w:tcPr>
            <w:tcW w:w="689" w:type="pct"/>
          </w:tcPr>
          <w:p w14:paraId="3B42CB1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198094</w:t>
            </w:r>
          </w:p>
        </w:tc>
        <w:tc>
          <w:tcPr>
            <w:tcW w:w="688" w:type="pct"/>
          </w:tcPr>
          <w:p w14:paraId="0C76FD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FB43DE7" w14:textId="77777777" w:rsidTr="00ED78AE">
        <w:tc>
          <w:tcPr>
            <w:tcW w:w="321" w:type="pct"/>
          </w:tcPr>
          <w:p w14:paraId="796E313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191</w:t>
            </w:r>
          </w:p>
        </w:tc>
        <w:tc>
          <w:tcPr>
            <w:tcW w:w="722" w:type="pct"/>
          </w:tcPr>
          <w:p w14:paraId="1362A3E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4A37CE0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KS-21-8-008</w:t>
            </w:r>
          </w:p>
        </w:tc>
        <w:tc>
          <w:tcPr>
            <w:tcW w:w="737" w:type="pct"/>
          </w:tcPr>
          <w:p w14:paraId="59E7EA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114DD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210881</w:t>
            </w:r>
          </w:p>
        </w:tc>
        <w:tc>
          <w:tcPr>
            <w:tcW w:w="689" w:type="pct"/>
          </w:tcPr>
          <w:p w14:paraId="08955EC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129920</w:t>
            </w:r>
          </w:p>
        </w:tc>
        <w:tc>
          <w:tcPr>
            <w:tcW w:w="688" w:type="pct"/>
          </w:tcPr>
          <w:p w14:paraId="656285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22252AE" w14:textId="77777777" w:rsidTr="00ED78AE">
        <w:tc>
          <w:tcPr>
            <w:tcW w:w="321" w:type="pct"/>
          </w:tcPr>
          <w:p w14:paraId="10B789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192</w:t>
            </w:r>
          </w:p>
        </w:tc>
        <w:tc>
          <w:tcPr>
            <w:tcW w:w="722" w:type="pct"/>
          </w:tcPr>
          <w:p w14:paraId="6C1E2C7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5C9DF1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KS-21-8-009</w:t>
            </w:r>
          </w:p>
        </w:tc>
        <w:tc>
          <w:tcPr>
            <w:tcW w:w="737" w:type="pct"/>
          </w:tcPr>
          <w:p w14:paraId="323F303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D28FFD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258999</w:t>
            </w:r>
          </w:p>
        </w:tc>
        <w:tc>
          <w:tcPr>
            <w:tcW w:w="689" w:type="pct"/>
          </w:tcPr>
          <w:p w14:paraId="68EB1FA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153224</w:t>
            </w:r>
          </w:p>
        </w:tc>
        <w:tc>
          <w:tcPr>
            <w:tcW w:w="688" w:type="pct"/>
          </w:tcPr>
          <w:p w14:paraId="1F2B7B3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835A3DD" w14:textId="77777777" w:rsidTr="00ED78AE">
        <w:tc>
          <w:tcPr>
            <w:tcW w:w="321" w:type="pct"/>
          </w:tcPr>
          <w:p w14:paraId="59CAC06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193</w:t>
            </w:r>
          </w:p>
        </w:tc>
        <w:tc>
          <w:tcPr>
            <w:tcW w:w="722" w:type="pct"/>
          </w:tcPr>
          <w:p w14:paraId="52448F3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2B37936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KS-21-8-015</w:t>
            </w:r>
          </w:p>
        </w:tc>
        <w:tc>
          <w:tcPr>
            <w:tcW w:w="737" w:type="pct"/>
          </w:tcPr>
          <w:p w14:paraId="0E1F203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5B23246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35355</w:t>
            </w:r>
          </w:p>
        </w:tc>
        <w:tc>
          <w:tcPr>
            <w:tcW w:w="689" w:type="pct"/>
          </w:tcPr>
          <w:p w14:paraId="6E39A35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22869</w:t>
            </w:r>
          </w:p>
        </w:tc>
        <w:tc>
          <w:tcPr>
            <w:tcW w:w="688" w:type="pct"/>
          </w:tcPr>
          <w:p w14:paraId="343C4BD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08604BA4" w14:textId="77777777" w:rsidTr="00ED78AE">
        <w:tc>
          <w:tcPr>
            <w:tcW w:w="321" w:type="pct"/>
          </w:tcPr>
          <w:p w14:paraId="0CDC10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194</w:t>
            </w:r>
          </w:p>
        </w:tc>
        <w:tc>
          <w:tcPr>
            <w:tcW w:w="722" w:type="pct"/>
          </w:tcPr>
          <w:p w14:paraId="716B457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3B542BF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KS-21-8-016</w:t>
            </w:r>
          </w:p>
        </w:tc>
        <w:tc>
          <w:tcPr>
            <w:tcW w:w="737" w:type="pct"/>
          </w:tcPr>
          <w:p w14:paraId="272663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6D2E3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54706</w:t>
            </w:r>
          </w:p>
        </w:tc>
        <w:tc>
          <w:tcPr>
            <w:tcW w:w="689" w:type="pct"/>
          </w:tcPr>
          <w:p w14:paraId="6361AB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51425</w:t>
            </w:r>
          </w:p>
        </w:tc>
        <w:tc>
          <w:tcPr>
            <w:tcW w:w="688" w:type="pct"/>
          </w:tcPr>
          <w:p w14:paraId="34ED22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D33D83A" w14:textId="77777777" w:rsidTr="00ED78AE">
        <w:tc>
          <w:tcPr>
            <w:tcW w:w="321" w:type="pct"/>
          </w:tcPr>
          <w:p w14:paraId="714278A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195</w:t>
            </w:r>
          </w:p>
        </w:tc>
        <w:tc>
          <w:tcPr>
            <w:tcW w:w="722" w:type="pct"/>
          </w:tcPr>
          <w:p w14:paraId="1E1B0F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0F3E19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KS-21-8-017</w:t>
            </w:r>
          </w:p>
        </w:tc>
        <w:tc>
          <w:tcPr>
            <w:tcW w:w="737" w:type="pct"/>
          </w:tcPr>
          <w:p w14:paraId="5C65957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02334F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282265</w:t>
            </w:r>
          </w:p>
        </w:tc>
        <w:tc>
          <w:tcPr>
            <w:tcW w:w="689" w:type="pct"/>
          </w:tcPr>
          <w:p w14:paraId="21B3DF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184421</w:t>
            </w:r>
          </w:p>
        </w:tc>
        <w:tc>
          <w:tcPr>
            <w:tcW w:w="688" w:type="pct"/>
          </w:tcPr>
          <w:p w14:paraId="0CA1FB5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10720AC" w14:textId="77777777" w:rsidTr="00ED78AE">
        <w:tc>
          <w:tcPr>
            <w:tcW w:w="321" w:type="pct"/>
          </w:tcPr>
          <w:p w14:paraId="08FAF59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196</w:t>
            </w:r>
          </w:p>
        </w:tc>
        <w:tc>
          <w:tcPr>
            <w:tcW w:w="722" w:type="pct"/>
          </w:tcPr>
          <w:p w14:paraId="1EABCD5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3FF13A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KS-21-8-029</w:t>
            </w:r>
          </w:p>
        </w:tc>
        <w:tc>
          <w:tcPr>
            <w:tcW w:w="737" w:type="pct"/>
          </w:tcPr>
          <w:p w14:paraId="24558E0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137AE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299404</w:t>
            </w:r>
          </w:p>
        </w:tc>
        <w:tc>
          <w:tcPr>
            <w:tcW w:w="689" w:type="pct"/>
          </w:tcPr>
          <w:p w14:paraId="50243D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193474</w:t>
            </w:r>
          </w:p>
        </w:tc>
        <w:tc>
          <w:tcPr>
            <w:tcW w:w="688" w:type="pct"/>
          </w:tcPr>
          <w:p w14:paraId="195305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C706BAC" w14:textId="77777777" w:rsidTr="00ED78AE">
        <w:tc>
          <w:tcPr>
            <w:tcW w:w="321" w:type="pct"/>
          </w:tcPr>
          <w:p w14:paraId="297D352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197</w:t>
            </w:r>
          </w:p>
        </w:tc>
        <w:tc>
          <w:tcPr>
            <w:tcW w:w="722" w:type="pct"/>
          </w:tcPr>
          <w:p w14:paraId="436D351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4F9AB35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KS-21-8-030</w:t>
            </w:r>
          </w:p>
        </w:tc>
        <w:tc>
          <w:tcPr>
            <w:tcW w:w="737" w:type="pct"/>
          </w:tcPr>
          <w:p w14:paraId="7CDEA70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4B9DD7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5695</w:t>
            </w:r>
          </w:p>
        </w:tc>
        <w:tc>
          <w:tcPr>
            <w:tcW w:w="689" w:type="pct"/>
          </w:tcPr>
          <w:p w14:paraId="697284C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3652</w:t>
            </w:r>
          </w:p>
        </w:tc>
        <w:tc>
          <w:tcPr>
            <w:tcW w:w="688" w:type="pct"/>
          </w:tcPr>
          <w:p w14:paraId="695CE95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88D7C4E" w14:textId="77777777" w:rsidTr="00ED78AE">
        <w:tc>
          <w:tcPr>
            <w:tcW w:w="321" w:type="pct"/>
          </w:tcPr>
          <w:p w14:paraId="6FDF80B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198</w:t>
            </w:r>
          </w:p>
        </w:tc>
        <w:tc>
          <w:tcPr>
            <w:tcW w:w="722" w:type="pct"/>
          </w:tcPr>
          <w:p w14:paraId="6C5B02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7A76A80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KS-21-8-031</w:t>
            </w:r>
          </w:p>
        </w:tc>
        <w:tc>
          <w:tcPr>
            <w:tcW w:w="737" w:type="pct"/>
          </w:tcPr>
          <w:p w14:paraId="351964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A1EEC4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222233</w:t>
            </w:r>
          </w:p>
        </w:tc>
        <w:tc>
          <w:tcPr>
            <w:tcW w:w="689" w:type="pct"/>
          </w:tcPr>
          <w:p w14:paraId="7F5C5A0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145251</w:t>
            </w:r>
          </w:p>
        </w:tc>
        <w:tc>
          <w:tcPr>
            <w:tcW w:w="688" w:type="pct"/>
          </w:tcPr>
          <w:p w14:paraId="14F6BBC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3254D2B8" w14:textId="77777777" w:rsidTr="00ED78AE">
        <w:tc>
          <w:tcPr>
            <w:tcW w:w="321" w:type="pct"/>
          </w:tcPr>
          <w:p w14:paraId="46E6A8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199</w:t>
            </w:r>
          </w:p>
        </w:tc>
        <w:tc>
          <w:tcPr>
            <w:tcW w:w="722" w:type="pct"/>
          </w:tcPr>
          <w:p w14:paraId="19CB0F1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1E0F8B1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KS-21-8-034</w:t>
            </w:r>
          </w:p>
        </w:tc>
        <w:tc>
          <w:tcPr>
            <w:tcW w:w="737" w:type="pct"/>
          </w:tcPr>
          <w:p w14:paraId="555732F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D4A15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1030521</w:t>
            </w:r>
          </w:p>
        </w:tc>
        <w:tc>
          <w:tcPr>
            <w:tcW w:w="689" w:type="pct"/>
          </w:tcPr>
          <w:p w14:paraId="6E2C7F4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672192</w:t>
            </w:r>
          </w:p>
        </w:tc>
        <w:tc>
          <w:tcPr>
            <w:tcW w:w="688" w:type="pct"/>
          </w:tcPr>
          <w:p w14:paraId="3C1CA78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1BE860CB" w14:textId="77777777" w:rsidTr="00ED78AE">
        <w:tc>
          <w:tcPr>
            <w:tcW w:w="321" w:type="pct"/>
          </w:tcPr>
          <w:p w14:paraId="7B24B8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200</w:t>
            </w:r>
          </w:p>
        </w:tc>
        <w:tc>
          <w:tcPr>
            <w:tcW w:w="722" w:type="pct"/>
          </w:tcPr>
          <w:p w14:paraId="4AC3464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406BB2D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KS-21-8-035</w:t>
            </w:r>
          </w:p>
        </w:tc>
        <w:tc>
          <w:tcPr>
            <w:tcW w:w="737" w:type="pct"/>
          </w:tcPr>
          <w:p w14:paraId="7EB8998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0AE79FF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39436</w:t>
            </w:r>
          </w:p>
        </w:tc>
        <w:tc>
          <w:tcPr>
            <w:tcW w:w="689" w:type="pct"/>
          </w:tcPr>
          <w:p w14:paraId="72EFEC2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25986</w:t>
            </w:r>
          </w:p>
        </w:tc>
        <w:tc>
          <w:tcPr>
            <w:tcW w:w="688" w:type="pct"/>
          </w:tcPr>
          <w:p w14:paraId="79430A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5230A39" w14:textId="77777777" w:rsidTr="00ED78AE">
        <w:tc>
          <w:tcPr>
            <w:tcW w:w="321" w:type="pct"/>
          </w:tcPr>
          <w:p w14:paraId="3CD606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201</w:t>
            </w:r>
          </w:p>
        </w:tc>
        <w:tc>
          <w:tcPr>
            <w:tcW w:w="722" w:type="pct"/>
          </w:tcPr>
          <w:p w14:paraId="79BB33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1DA8E7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KS-21-8-036</w:t>
            </w:r>
          </w:p>
        </w:tc>
        <w:tc>
          <w:tcPr>
            <w:tcW w:w="737" w:type="pct"/>
          </w:tcPr>
          <w:p w14:paraId="73C032D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2F6B8F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201412</w:t>
            </w:r>
          </w:p>
        </w:tc>
        <w:tc>
          <w:tcPr>
            <w:tcW w:w="689" w:type="pct"/>
          </w:tcPr>
          <w:p w14:paraId="4C7813D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130517</w:t>
            </w:r>
          </w:p>
        </w:tc>
        <w:tc>
          <w:tcPr>
            <w:tcW w:w="688" w:type="pct"/>
          </w:tcPr>
          <w:p w14:paraId="359F238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270855A" w14:textId="77777777" w:rsidTr="00ED78AE">
        <w:tc>
          <w:tcPr>
            <w:tcW w:w="321" w:type="pct"/>
          </w:tcPr>
          <w:p w14:paraId="1C4C032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202</w:t>
            </w:r>
          </w:p>
        </w:tc>
        <w:tc>
          <w:tcPr>
            <w:tcW w:w="722" w:type="pct"/>
          </w:tcPr>
          <w:p w14:paraId="2B22A0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6A6E6FB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KS-21-8-042</w:t>
            </w:r>
          </w:p>
        </w:tc>
        <w:tc>
          <w:tcPr>
            <w:tcW w:w="737" w:type="pct"/>
          </w:tcPr>
          <w:p w14:paraId="29C0A33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5E421F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326196</w:t>
            </w:r>
          </w:p>
        </w:tc>
        <w:tc>
          <w:tcPr>
            <w:tcW w:w="689" w:type="pct"/>
          </w:tcPr>
          <w:p w14:paraId="29BB11D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206297</w:t>
            </w:r>
          </w:p>
        </w:tc>
        <w:tc>
          <w:tcPr>
            <w:tcW w:w="688" w:type="pct"/>
          </w:tcPr>
          <w:p w14:paraId="08A7A4F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0245BDF" w14:textId="77777777" w:rsidTr="00ED78AE">
        <w:tc>
          <w:tcPr>
            <w:tcW w:w="321" w:type="pct"/>
          </w:tcPr>
          <w:p w14:paraId="51B89D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203</w:t>
            </w:r>
          </w:p>
        </w:tc>
        <w:tc>
          <w:tcPr>
            <w:tcW w:w="722" w:type="pct"/>
          </w:tcPr>
          <w:p w14:paraId="3281B5A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352238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KS-21-8-043</w:t>
            </w:r>
          </w:p>
        </w:tc>
        <w:tc>
          <w:tcPr>
            <w:tcW w:w="737" w:type="pct"/>
          </w:tcPr>
          <w:p w14:paraId="7CF0DE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3F8D50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354045</w:t>
            </w:r>
          </w:p>
        </w:tc>
        <w:tc>
          <w:tcPr>
            <w:tcW w:w="689" w:type="pct"/>
          </w:tcPr>
          <w:p w14:paraId="2B54E84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227740</w:t>
            </w:r>
          </w:p>
        </w:tc>
        <w:tc>
          <w:tcPr>
            <w:tcW w:w="688" w:type="pct"/>
          </w:tcPr>
          <w:p w14:paraId="735FE01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E757CE3" w14:textId="77777777" w:rsidTr="00ED78AE">
        <w:tc>
          <w:tcPr>
            <w:tcW w:w="321" w:type="pct"/>
          </w:tcPr>
          <w:p w14:paraId="4DE5568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204</w:t>
            </w:r>
          </w:p>
        </w:tc>
        <w:tc>
          <w:tcPr>
            <w:tcW w:w="722" w:type="pct"/>
          </w:tcPr>
          <w:p w14:paraId="72361F3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215839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KS-21-8-044</w:t>
            </w:r>
          </w:p>
        </w:tc>
        <w:tc>
          <w:tcPr>
            <w:tcW w:w="737" w:type="pct"/>
          </w:tcPr>
          <w:p w14:paraId="5093763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42BA2D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303878</w:t>
            </w:r>
          </w:p>
        </w:tc>
        <w:tc>
          <w:tcPr>
            <w:tcW w:w="689" w:type="pct"/>
          </w:tcPr>
          <w:p w14:paraId="5912805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188550</w:t>
            </w:r>
          </w:p>
        </w:tc>
        <w:tc>
          <w:tcPr>
            <w:tcW w:w="688" w:type="pct"/>
          </w:tcPr>
          <w:p w14:paraId="35D2AE4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051D27B" w14:textId="77777777" w:rsidTr="00ED78AE">
        <w:tc>
          <w:tcPr>
            <w:tcW w:w="321" w:type="pct"/>
          </w:tcPr>
          <w:p w14:paraId="2C4504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205</w:t>
            </w:r>
          </w:p>
        </w:tc>
        <w:tc>
          <w:tcPr>
            <w:tcW w:w="722" w:type="pct"/>
          </w:tcPr>
          <w:p w14:paraId="6EBD376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6C02CE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KS-21-8-048</w:t>
            </w:r>
          </w:p>
        </w:tc>
        <w:tc>
          <w:tcPr>
            <w:tcW w:w="737" w:type="pct"/>
          </w:tcPr>
          <w:p w14:paraId="42B4D51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E5F38C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301851</w:t>
            </w:r>
          </w:p>
        </w:tc>
        <w:tc>
          <w:tcPr>
            <w:tcW w:w="689" w:type="pct"/>
          </w:tcPr>
          <w:p w14:paraId="161131D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175523</w:t>
            </w:r>
          </w:p>
        </w:tc>
        <w:tc>
          <w:tcPr>
            <w:tcW w:w="688" w:type="pct"/>
          </w:tcPr>
          <w:p w14:paraId="2CB0A9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8BF29E8" w14:textId="77777777" w:rsidTr="00ED78AE">
        <w:tc>
          <w:tcPr>
            <w:tcW w:w="321" w:type="pct"/>
          </w:tcPr>
          <w:p w14:paraId="2E04771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206</w:t>
            </w:r>
          </w:p>
        </w:tc>
        <w:tc>
          <w:tcPr>
            <w:tcW w:w="722" w:type="pct"/>
          </w:tcPr>
          <w:p w14:paraId="7C59DF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1EE7221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KS-21-8-049</w:t>
            </w:r>
          </w:p>
        </w:tc>
        <w:tc>
          <w:tcPr>
            <w:tcW w:w="737" w:type="pct"/>
          </w:tcPr>
          <w:p w14:paraId="24141E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2D2CEE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468322</w:t>
            </w:r>
          </w:p>
        </w:tc>
        <w:tc>
          <w:tcPr>
            <w:tcW w:w="689" w:type="pct"/>
          </w:tcPr>
          <w:p w14:paraId="5C58C53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298622</w:t>
            </w:r>
          </w:p>
        </w:tc>
        <w:tc>
          <w:tcPr>
            <w:tcW w:w="688" w:type="pct"/>
          </w:tcPr>
          <w:p w14:paraId="5491CF0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D956910" w14:textId="77777777" w:rsidTr="00ED78AE">
        <w:tc>
          <w:tcPr>
            <w:tcW w:w="321" w:type="pct"/>
          </w:tcPr>
          <w:p w14:paraId="58B7B39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207</w:t>
            </w:r>
          </w:p>
        </w:tc>
        <w:tc>
          <w:tcPr>
            <w:tcW w:w="722" w:type="pct"/>
          </w:tcPr>
          <w:p w14:paraId="1A71DA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1155" w:type="pct"/>
          </w:tcPr>
          <w:p w14:paraId="1CCF02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KS-21-8-050</w:t>
            </w:r>
          </w:p>
        </w:tc>
        <w:tc>
          <w:tcPr>
            <w:tcW w:w="737" w:type="pct"/>
          </w:tcPr>
          <w:p w14:paraId="4C9EB66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7FC823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29488</w:t>
            </w:r>
          </w:p>
        </w:tc>
        <w:tc>
          <w:tcPr>
            <w:tcW w:w="689" w:type="pct"/>
          </w:tcPr>
          <w:p w14:paraId="3C10352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19029</w:t>
            </w:r>
          </w:p>
        </w:tc>
        <w:tc>
          <w:tcPr>
            <w:tcW w:w="688" w:type="pct"/>
          </w:tcPr>
          <w:p w14:paraId="54D4AA4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591AD73" w14:textId="77777777" w:rsidTr="00ED78AE">
        <w:tc>
          <w:tcPr>
            <w:tcW w:w="2934" w:type="pct"/>
            <w:gridSpan w:val="4"/>
          </w:tcPr>
          <w:p w14:paraId="67EC9401"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(KS-21-8)</w:t>
            </w:r>
          </w:p>
        </w:tc>
        <w:tc>
          <w:tcPr>
            <w:tcW w:w="688" w:type="pct"/>
          </w:tcPr>
          <w:p w14:paraId="79F6DAAD"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227364</w:t>
            </w:r>
          </w:p>
        </w:tc>
        <w:tc>
          <w:tcPr>
            <w:tcW w:w="689" w:type="pct"/>
          </w:tcPr>
          <w:p w14:paraId="0E3029C5"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145093</w:t>
            </w:r>
          </w:p>
        </w:tc>
        <w:tc>
          <w:tcPr>
            <w:tcW w:w="688" w:type="pct"/>
          </w:tcPr>
          <w:p w14:paraId="68BF14E6"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7C40161E" w14:textId="77777777" w:rsidTr="00ED78AE">
        <w:tc>
          <w:tcPr>
            <w:tcW w:w="321" w:type="pct"/>
          </w:tcPr>
          <w:p w14:paraId="40B7CBD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208</w:t>
            </w:r>
          </w:p>
        </w:tc>
        <w:tc>
          <w:tcPr>
            <w:tcW w:w="722" w:type="pct"/>
          </w:tcPr>
          <w:p w14:paraId="6614311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2FAB9F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KS-22-11-002</w:t>
            </w:r>
          </w:p>
        </w:tc>
        <w:tc>
          <w:tcPr>
            <w:tcW w:w="737" w:type="pct"/>
          </w:tcPr>
          <w:p w14:paraId="6618F6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6B9547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1123646</w:t>
            </w:r>
          </w:p>
        </w:tc>
        <w:tc>
          <w:tcPr>
            <w:tcW w:w="689" w:type="pct"/>
          </w:tcPr>
          <w:p w14:paraId="6EEAA0B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650556</w:t>
            </w:r>
          </w:p>
        </w:tc>
        <w:tc>
          <w:tcPr>
            <w:tcW w:w="688" w:type="pct"/>
          </w:tcPr>
          <w:p w14:paraId="3A236E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8AAE100" w14:textId="77777777" w:rsidTr="00ED78AE">
        <w:tc>
          <w:tcPr>
            <w:tcW w:w="321" w:type="pct"/>
          </w:tcPr>
          <w:p w14:paraId="419D83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209</w:t>
            </w:r>
          </w:p>
        </w:tc>
        <w:tc>
          <w:tcPr>
            <w:tcW w:w="722" w:type="pct"/>
          </w:tcPr>
          <w:p w14:paraId="52C975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159F20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KS-22-11-003</w:t>
            </w:r>
          </w:p>
        </w:tc>
        <w:tc>
          <w:tcPr>
            <w:tcW w:w="737" w:type="pct"/>
          </w:tcPr>
          <w:p w14:paraId="14C19E5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2E469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1132515</w:t>
            </w:r>
          </w:p>
        </w:tc>
        <w:tc>
          <w:tcPr>
            <w:tcW w:w="689" w:type="pct"/>
          </w:tcPr>
          <w:p w14:paraId="6FA8151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662504</w:t>
            </w:r>
          </w:p>
        </w:tc>
        <w:tc>
          <w:tcPr>
            <w:tcW w:w="688" w:type="pct"/>
          </w:tcPr>
          <w:p w14:paraId="1E3F2CE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22942D1" w14:textId="77777777" w:rsidTr="00ED78AE">
        <w:tc>
          <w:tcPr>
            <w:tcW w:w="321" w:type="pct"/>
          </w:tcPr>
          <w:p w14:paraId="4E86AE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w:t>
            </w:r>
          </w:p>
        </w:tc>
        <w:tc>
          <w:tcPr>
            <w:tcW w:w="722" w:type="pct"/>
          </w:tcPr>
          <w:p w14:paraId="1FE4BE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2577D60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KS-22-11-007</w:t>
            </w:r>
          </w:p>
        </w:tc>
        <w:tc>
          <w:tcPr>
            <w:tcW w:w="737" w:type="pct"/>
          </w:tcPr>
          <w:p w14:paraId="015A76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670A53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1070718</w:t>
            </w:r>
          </w:p>
        </w:tc>
        <w:tc>
          <w:tcPr>
            <w:tcW w:w="689" w:type="pct"/>
          </w:tcPr>
          <w:p w14:paraId="2A7E57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632188</w:t>
            </w:r>
          </w:p>
        </w:tc>
        <w:tc>
          <w:tcPr>
            <w:tcW w:w="688" w:type="pct"/>
          </w:tcPr>
          <w:p w14:paraId="4BEB6FB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5A8E1DD" w14:textId="77777777" w:rsidTr="00ED78AE">
        <w:tc>
          <w:tcPr>
            <w:tcW w:w="321" w:type="pct"/>
          </w:tcPr>
          <w:p w14:paraId="23F515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211</w:t>
            </w:r>
          </w:p>
        </w:tc>
        <w:tc>
          <w:tcPr>
            <w:tcW w:w="722" w:type="pct"/>
          </w:tcPr>
          <w:p w14:paraId="0C525D6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4ED6CD0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KS-22-11-010</w:t>
            </w:r>
          </w:p>
        </w:tc>
        <w:tc>
          <w:tcPr>
            <w:tcW w:w="737" w:type="pct"/>
          </w:tcPr>
          <w:p w14:paraId="21855D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456CE1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969556</w:t>
            </w:r>
          </w:p>
        </w:tc>
        <w:tc>
          <w:tcPr>
            <w:tcW w:w="689" w:type="pct"/>
          </w:tcPr>
          <w:p w14:paraId="612E306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578357</w:t>
            </w:r>
          </w:p>
        </w:tc>
        <w:tc>
          <w:tcPr>
            <w:tcW w:w="688" w:type="pct"/>
          </w:tcPr>
          <w:p w14:paraId="4403177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10F9C667" w14:textId="77777777" w:rsidTr="00ED78AE">
        <w:tc>
          <w:tcPr>
            <w:tcW w:w="321" w:type="pct"/>
          </w:tcPr>
          <w:p w14:paraId="7AEDB1C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212</w:t>
            </w:r>
          </w:p>
        </w:tc>
        <w:tc>
          <w:tcPr>
            <w:tcW w:w="722" w:type="pct"/>
          </w:tcPr>
          <w:p w14:paraId="0BC9041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39AFC5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KS-22-11-011</w:t>
            </w:r>
          </w:p>
        </w:tc>
        <w:tc>
          <w:tcPr>
            <w:tcW w:w="737" w:type="pct"/>
          </w:tcPr>
          <w:p w14:paraId="274B8BF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8459C1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893454</w:t>
            </w:r>
          </w:p>
        </w:tc>
        <w:tc>
          <w:tcPr>
            <w:tcW w:w="689" w:type="pct"/>
          </w:tcPr>
          <w:p w14:paraId="4182B1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539074</w:t>
            </w:r>
          </w:p>
        </w:tc>
        <w:tc>
          <w:tcPr>
            <w:tcW w:w="688" w:type="pct"/>
          </w:tcPr>
          <w:p w14:paraId="4DCEC8C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90C477E" w14:textId="77777777" w:rsidTr="00ED78AE">
        <w:tc>
          <w:tcPr>
            <w:tcW w:w="321" w:type="pct"/>
          </w:tcPr>
          <w:p w14:paraId="593D08C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213</w:t>
            </w:r>
          </w:p>
        </w:tc>
        <w:tc>
          <w:tcPr>
            <w:tcW w:w="722" w:type="pct"/>
          </w:tcPr>
          <w:p w14:paraId="158780D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0A66357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KS-22-11-012</w:t>
            </w:r>
          </w:p>
        </w:tc>
        <w:tc>
          <w:tcPr>
            <w:tcW w:w="737" w:type="pct"/>
          </w:tcPr>
          <w:p w14:paraId="0E1EA22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84060C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55283</w:t>
            </w:r>
          </w:p>
        </w:tc>
        <w:tc>
          <w:tcPr>
            <w:tcW w:w="689" w:type="pct"/>
          </w:tcPr>
          <w:p w14:paraId="68CE8B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28685</w:t>
            </w:r>
          </w:p>
        </w:tc>
        <w:tc>
          <w:tcPr>
            <w:tcW w:w="688" w:type="pct"/>
          </w:tcPr>
          <w:p w14:paraId="56BBADE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9CAF2D7" w14:textId="77777777" w:rsidTr="00ED78AE">
        <w:tc>
          <w:tcPr>
            <w:tcW w:w="321" w:type="pct"/>
          </w:tcPr>
          <w:p w14:paraId="671FAA4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214</w:t>
            </w:r>
          </w:p>
        </w:tc>
        <w:tc>
          <w:tcPr>
            <w:tcW w:w="722" w:type="pct"/>
          </w:tcPr>
          <w:p w14:paraId="44D4493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1F09EAF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KS-22-11-018</w:t>
            </w:r>
          </w:p>
        </w:tc>
        <w:tc>
          <w:tcPr>
            <w:tcW w:w="737" w:type="pct"/>
          </w:tcPr>
          <w:p w14:paraId="5A880F1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0B723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1010417</w:t>
            </w:r>
          </w:p>
        </w:tc>
        <w:tc>
          <w:tcPr>
            <w:tcW w:w="689" w:type="pct"/>
          </w:tcPr>
          <w:p w14:paraId="7CE21F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589860</w:t>
            </w:r>
          </w:p>
        </w:tc>
        <w:tc>
          <w:tcPr>
            <w:tcW w:w="688" w:type="pct"/>
          </w:tcPr>
          <w:p w14:paraId="09D34A0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6222E3F" w14:textId="77777777" w:rsidTr="00ED78AE">
        <w:tc>
          <w:tcPr>
            <w:tcW w:w="321" w:type="pct"/>
          </w:tcPr>
          <w:p w14:paraId="49D2D9D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215</w:t>
            </w:r>
          </w:p>
        </w:tc>
        <w:tc>
          <w:tcPr>
            <w:tcW w:w="722" w:type="pct"/>
          </w:tcPr>
          <w:p w14:paraId="38FC5F6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44E5D3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KS-22-11-019</w:t>
            </w:r>
          </w:p>
        </w:tc>
        <w:tc>
          <w:tcPr>
            <w:tcW w:w="737" w:type="pct"/>
          </w:tcPr>
          <w:p w14:paraId="3FF4AB1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853946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1081918</w:t>
            </w:r>
          </w:p>
        </w:tc>
        <w:tc>
          <w:tcPr>
            <w:tcW w:w="689" w:type="pct"/>
          </w:tcPr>
          <w:p w14:paraId="2970019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627260</w:t>
            </w:r>
          </w:p>
        </w:tc>
        <w:tc>
          <w:tcPr>
            <w:tcW w:w="688" w:type="pct"/>
          </w:tcPr>
          <w:p w14:paraId="48FABC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0F5B7131" w14:textId="77777777" w:rsidTr="00ED78AE">
        <w:tc>
          <w:tcPr>
            <w:tcW w:w="321" w:type="pct"/>
          </w:tcPr>
          <w:p w14:paraId="7854F9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216</w:t>
            </w:r>
          </w:p>
        </w:tc>
        <w:tc>
          <w:tcPr>
            <w:tcW w:w="722" w:type="pct"/>
          </w:tcPr>
          <w:p w14:paraId="6EF89D8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52C0256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KS-22-11-020</w:t>
            </w:r>
          </w:p>
        </w:tc>
        <w:tc>
          <w:tcPr>
            <w:tcW w:w="737" w:type="pct"/>
          </w:tcPr>
          <w:p w14:paraId="3066AB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6DDE1A4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1018145</w:t>
            </w:r>
          </w:p>
        </w:tc>
        <w:tc>
          <w:tcPr>
            <w:tcW w:w="689" w:type="pct"/>
          </w:tcPr>
          <w:p w14:paraId="7CA21F2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605599</w:t>
            </w:r>
          </w:p>
        </w:tc>
        <w:tc>
          <w:tcPr>
            <w:tcW w:w="688" w:type="pct"/>
          </w:tcPr>
          <w:p w14:paraId="729313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2657A64" w14:textId="77777777" w:rsidTr="00ED78AE">
        <w:tc>
          <w:tcPr>
            <w:tcW w:w="321" w:type="pct"/>
          </w:tcPr>
          <w:p w14:paraId="42122F8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217</w:t>
            </w:r>
          </w:p>
        </w:tc>
        <w:tc>
          <w:tcPr>
            <w:tcW w:w="722" w:type="pct"/>
          </w:tcPr>
          <w:p w14:paraId="4EB5456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1B3341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KS-22-11-026</w:t>
            </w:r>
          </w:p>
        </w:tc>
        <w:tc>
          <w:tcPr>
            <w:tcW w:w="737" w:type="pct"/>
          </w:tcPr>
          <w:p w14:paraId="186D4BD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4037E0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960290</w:t>
            </w:r>
          </w:p>
        </w:tc>
        <w:tc>
          <w:tcPr>
            <w:tcW w:w="689" w:type="pct"/>
          </w:tcPr>
          <w:p w14:paraId="050797B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565631</w:t>
            </w:r>
          </w:p>
        </w:tc>
        <w:tc>
          <w:tcPr>
            <w:tcW w:w="688" w:type="pct"/>
          </w:tcPr>
          <w:p w14:paraId="0F54C71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3341566" w14:textId="77777777" w:rsidTr="00ED78AE">
        <w:tc>
          <w:tcPr>
            <w:tcW w:w="321" w:type="pct"/>
          </w:tcPr>
          <w:p w14:paraId="4A1536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218</w:t>
            </w:r>
          </w:p>
        </w:tc>
        <w:tc>
          <w:tcPr>
            <w:tcW w:w="722" w:type="pct"/>
          </w:tcPr>
          <w:p w14:paraId="2AD4F2B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46706C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KS-22-11-027</w:t>
            </w:r>
          </w:p>
        </w:tc>
        <w:tc>
          <w:tcPr>
            <w:tcW w:w="737" w:type="pct"/>
          </w:tcPr>
          <w:p w14:paraId="620D22F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D033EE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1003760</w:t>
            </w:r>
          </w:p>
        </w:tc>
        <w:tc>
          <w:tcPr>
            <w:tcW w:w="689" w:type="pct"/>
          </w:tcPr>
          <w:p w14:paraId="7091610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606531</w:t>
            </w:r>
          </w:p>
        </w:tc>
        <w:tc>
          <w:tcPr>
            <w:tcW w:w="688" w:type="pct"/>
          </w:tcPr>
          <w:p w14:paraId="144481C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F4B1857" w14:textId="77777777" w:rsidTr="00ED78AE">
        <w:tc>
          <w:tcPr>
            <w:tcW w:w="321" w:type="pct"/>
          </w:tcPr>
          <w:p w14:paraId="2025BCE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219</w:t>
            </w:r>
          </w:p>
        </w:tc>
        <w:tc>
          <w:tcPr>
            <w:tcW w:w="722" w:type="pct"/>
          </w:tcPr>
          <w:p w14:paraId="62CDA5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0661F4D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KS-22-11-028</w:t>
            </w:r>
          </w:p>
        </w:tc>
        <w:tc>
          <w:tcPr>
            <w:tcW w:w="737" w:type="pct"/>
          </w:tcPr>
          <w:p w14:paraId="76FAD43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FAC225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1061057</w:t>
            </w:r>
          </w:p>
        </w:tc>
        <w:tc>
          <w:tcPr>
            <w:tcW w:w="689" w:type="pct"/>
          </w:tcPr>
          <w:p w14:paraId="59AE2DB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643861</w:t>
            </w:r>
          </w:p>
        </w:tc>
        <w:tc>
          <w:tcPr>
            <w:tcW w:w="688" w:type="pct"/>
          </w:tcPr>
          <w:p w14:paraId="0A1C6B3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364F437" w14:textId="77777777" w:rsidTr="00ED78AE">
        <w:tc>
          <w:tcPr>
            <w:tcW w:w="321" w:type="pct"/>
          </w:tcPr>
          <w:p w14:paraId="7EF1B4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220</w:t>
            </w:r>
          </w:p>
        </w:tc>
        <w:tc>
          <w:tcPr>
            <w:tcW w:w="722" w:type="pct"/>
          </w:tcPr>
          <w:p w14:paraId="199CAB4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2A63AD4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KS-22-11-034</w:t>
            </w:r>
          </w:p>
        </w:tc>
        <w:tc>
          <w:tcPr>
            <w:tcW w:w="737" w:type="pct"/>
          </w:tcPr>
          <w:p w14:paraId="4CFAE7D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09BF5C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937894</w:t>
            </w:r>
          </w:p>
        </w:tc>
        <w:tc>
          <w:tcPr>
            <w:tcW w:w="689" w:type="pct"/>
          </w:tcPr>
          <w:p w14:paraId="0A3167C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558175</w:t>
            </w:r>
          </w:p>
        </w:tc>
        <w:tc>
          <w:tcPr>
            <w:tcW w:w="688" w:type="pct"/>
          </w:tcPr>
          <w:p w14:paraId="246720E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0657D73" w14:textId="77777777" w:rsidTr="00ED78AE">
        <w:tc>
          <w:tcPr>
            <w:tcW w:w="321" w:type="pct"/>
          </w:tcPr>
          <w:p w14:paraId="72F996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221</w:t>
            </w:r>
          </w:p>
        </w:tc>
        <w:tc>
          <w:tcPr>
            <w:tcW w:w="722" w:type="pct"/>
          </w:tcPr>
          <w:p w14:paraId="6C09F99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55BA3D6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KS-22-11-035</w:t>
            </w:r>
          </w:p>
        </w:tc>
        <w:tc>
          <w:tcPr>
            <w:tcW w:w="737" w:type="pct"/>
          </w:tcPr>
          <w:p w14:paraId="64D3516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9E65E8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1082649</w:t>
            </w:r>
          </w:p>
        </w:tc>
        <w:tc>
          <w:tcPr>
            <w:tcW w:w="689" w:type="pct"/>
          </w:tcPr>
          <w:p w14:paraId="35C4CB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652628</w:t>
            </w:r>
          </w:p>
        </w:tc>
        <w:tc>
          <w:tcPr>
            <w:tcW w:w="688" w:type="pct"/>
          </w:tcPr>
          <w:p w14:paraId="59B002B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1A68A93" w14:textId="77777777" w:rsidTr="00ED78AE">
        <w:tc>
          <w:tcPr>
            <w:tcW w:w="321" w:type="pct"/>
          </w:tcPr>
          <w:p w14:paraId="608A837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222</w:t>
            </w:r>
          </w:p>
        </w:tc>
        <w:tc>
          <w:tcPr>
            <w:tcW w:w="722" w:type="pct"/>
          </w:tcPr>
          <w:p w14:paraId="3CE31CA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1155" w:type="pct"/>
          </w:tcPr>
          <w:p w14:paraId="6FCF7FD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KS-22-11-036</w:t>
            </w:r>
          </w:p>
        </w:tc>
        <w:tc>
          <w:tcPr>
            <w:tcW w:w="737" w:type="pct"/>
          </w:tcPr>
          <w:p w14:paraId="066781D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BEDEEC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1036009</w:t>
            </w:r>
          </w:p>
        </w:tc>
        <w:tc>
          <w:tcPr>
            <w:tcW w:w="689" w:type="pct"/>
          </w:tcPr>
          <w:p w14:paraId="01ED121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606139</w:t>
            </w:r>
          </w:p>
        </w:tc>
        <w:tc>
          <w:tcPr>
            <w:tcW w:w="688" w:type="pct"/>
          </w:tcPr>
          <w:p w14:paraId="7EDAF99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4AED3B52" w14:textId="77777777" w:rsidTr="00ED78AE">
        <w:tc>
          <w:tcPr>
            <w:tcW w:w="2934" w:type="pct"/>
            <w:gridSpan w:val="4"/>
          </w:tcPr>
          <w:p w14:paraId="5D1EFCF2"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(KS-22-11)</w:t>
            </w:r>
          </w:p>
        </w:tc>
        <w:tc>
          <w:tcPr>
            <w:tcW w:w="688" w:type="pct"/>
          </w:tcPr>
          <w:p w14:paraId="08DABE10"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962487.4</w:t>
            </w:r>
          </w:p>
        </w:tc>
        <w:tc>
          <w:tcPr>
            <w:tcW w:w="689" w:type="pct"/>
          </w:tcPr>
          <w:p w14:paraId="4ABA1FBD"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569803.2</w:t>
            </w:r>
          </w:p>
        </w:tc>
        <w:tc>
          <w:tcPr>
            <w:tcW w:w="688" w:type="pct"/>
          </w:tcPr>
          <w:p w14:paraId="61606AC7" w14:textId="77777777" w:rsidR="004602D9" w:rsidRPr="00D32254" w:rsidRDefault="004602D9" w:rsidP="00ED78AE">
            <w:pPr>
              <w:jc w:val="center"/>
              <w:rPr>
                <w:rFonts w:ascii="Times New Roman" w:hAnsi="Times New Roman" w:cs="Times New Roman"/>
                <w:b/>
                <w:bCs/>
                <w:color w:val="000000" w:themeColor="text1"/>
              </w:rPr>
            </w:pPr>
          </w:p>
        </w:tc>
      </w:tr>
      <w:tr w:rsidR="00D41037" w:rsidRPr="00D32254" w14:paraId="171DC46E" w14:textId="77777777" w:rsidTr="00ED78AE">
        <w:tc>
          <w:tcPr>
            <w:tcW w:w="321" w:type="pct"/>
          </w:tcPr>
          <w:p w14:paraId="0A0989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223</w:t>
            </w:r>
          </w:p>
        </w:tc>
        <w:tc>
          <w:tcPr>
            <w:tcW w:w="722" w:type="pct"/>
          </w:tcPr>
          <w:p w14:paraId="2AE3AC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7B56D5F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KS-22-15-002</w:t>
            </w:r>
          </w:p>
        </w:tc>
        <w:tc>
          <w:tcPr>
            <w:tcW w:w="737" w:type="pct"/>
          </w:tcPr>
          <w:p w14:paraId="4D5AB76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C3AA2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826256</w:t>
            </w:r>
          </w:p>
        </w:tc>
        <w:tc>
          <w:tcPr>
            <w:tcW w:w="689" w:type="pct"/>
          </w:tcPr>
          <w:p w14:paraId="6069249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221575</w:t>
            </w:r>
          </w:p>
        </w:tc>
        <w:tc>
          <w:tcPr>
            <w:tcW w:w="688" w:type="pct"/>
          </w:tcPr>
          <w:p w14:paraId="3CAEC08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B7F1E37" w14:textId="77777777" w:rsidTr="00ED78AE">
        <w:tc>
          <w:tcPr>
            <w:tcW w:w="321" w:type="pct"/>
          </w:tcPr>
          <w:p w14:paraId="6C05765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224</w:t>
            </w:r>
          </w:p>
        </w:tc>
        <w:tc>
          <w:tcPr>
            <w:tcW w:w="722" w:type="pct"/>
          </w:tcPr>
          <w:p w14:paraId="2898F0C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0E598C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KS-22-15-003</w:t>
            </w:r>
          </w:p>
        </w:tc>
        <w:tc>
          <w:tcPr>
            <w:tcW w:w="737" w:type="pct"/>
          </w:tcPr>
          <w:p w14:paraId="1C669FE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8108E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639182</w:t>
            </w:r>
          </w:p>
        </w:tc>
        <w:tc>
          <w:tcPr>
            <w:tcW w:w="689" w:type="pct"/>
          </w:tcPr>
          <w:p w14:paraId="1E2920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172483</w:t>
            </w:r>
          </w:p>
        </w:tc>
        <w:tc>
          <w:tcPr>
            <w:tcW w:w="688" w:type="pct"/>
          </w:tcPr>
          <w:p w14:paraId="2AC1E51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8D1CCC2" w14:textId="77777777" w:rsidTr="00ED78AE">
        <w:tc>
          <w:tcPr>
            <w:tcW w:w="321" w:type="pct"/>
          </w:tcPr>
          <w:p w14:paraId="06B702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225</w:t>
            </w:r>
          </w:p>
        </w:tc>
        <w:tc>
          <w:tcPr>
            <w:tcW w:w="722" w:type="pct"/>
          </w:tcPr>
          <w:p w14:paraId="35F7AA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794AE13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KS-22-15-004</w:t>
            </w:r>
          </w:p>
        </w:tc>
        <w:tc>
          <w:tcPr>
            <w:tcW w:w="737" w:type="pct"/>
          </w:tcPr>
          <w:p w14:paraId="48ADF8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51E8A8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668766</w:t>
            </w:r>
          </w:p>
        </w:tc>
        <w:tc>
          <w:tcPr>
            <w:tcW w:w="689" w:type="pct"/>
          </w:tcPr>
          <w:p w14:paraId="0FB4A54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168792</w:t>
            </w:r>
          </w:p>
        </w:tc>
        <w:tc>
          <w:tcPr>
            <w:tcW w:w="688" w:type="pct"/>
          </w:tcPr>
          <w:p w14:paraId="2036290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E86C899" w14:textId="77777777" w:rsidTr="00ED78AE">
        <w:tc>
          <w:tcPr>
            <w:tcW w:w="321" w:type="pct"/>
          </w:tcPr>
          <w:p w14:paraId="03A924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226</w:t>
            </w:r>
          </w:p>
        </w:tc>
        <w:tc>
          <w:tcPr>
            <w:tcW w:w="722" w:type="pct"/>
          </w:tcPr>
          <w:p w14:paraId="0AD86D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2BE3ED0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KS-22-15-014</w:t>
            </w:r>
          </w:p>
        </w:tc>
        <w:tc>
          <w:tcPr>
            <w:tcW w:w="737" w:type="pct"/>
          </w:tcPr>
          <w:p w14:paraId="6208983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EC3F6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797682</w:t>
            </w:r>
          </w:p>
        </w:tc>
        <w:tc>
          <w:tcPr>
            <w:tcW w:w="689" w:type="pct"/>
          </w:tcPr>
          <w:p w14:paraId="3ECED76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211666</w:t>
            </w:r>
          </w:p>
        </w:tc>
        <w:tc>
          <w:tcPr>
            <w:tcW w:w="688" w:type="pct"/>
          </w:tcPr>
          <w:p w14:paraId="2029614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47ACE0A" w14:textId="77777777" w:rsidTr="00ED78AE">
        <w:tc>
          <w:tcPr>
            <w:tcW w:w="321" w:type="pct"/>
          </w:tcPr>
          <w:p w14:paraId="43CA78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227</w:t>
            </w:r>
          </w:p>
        </w:tc>
        <w:tc>
          <w:tcPr>
            <w:tcW w:w="722" w:type="pct"/>
          </w:tcPr>
          <w:p w14:paraId="4980043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4F2E1B3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KS-22-15-015</w:t>
            </w:r>
          </w:p>
        </w:tc>
        <w:tc>
          <w:tcPr>
            <w:tcW w:w="737" w:type="pct"/>
          </w:tcPr>
          <w:p w14:paraId="36D66B5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5AE0AD1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601762</w:t>
            </w:r>
          </w:p>
        </w:tc>
        <w:tc>
          <w:tcPr>
            <w:tcW w:w="689" w:type="pct"/>
          </w:tcPr>
          <w:p w14:paraId="785D25F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117844</w:t>
            </w:r>
          </w:p>
        </w:tc>
        <w:tc>
          <w:tcPr>
            <w:tcW w:w="688" w:type="pct"/>
          </w:tcPr>
          <w:p w14:paraId="28857F8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201011A1" w14:textId="77777777" w:rsidTr="00ED78AE">
        <w:tc>
          <w:tcPr>
            <w:tcW w:w="321" w:type="pct"/>
          </w:tcPr>
          <w:p w14:paraId="163F279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228</w:t>
            </w:r>
          </w:p>
        </w:tc>
        <w:tc>
          <w:tcPr>
            <w:tcW w:w="722" w:type="pct"/>
          </w:tcPr>
          <w:p w14:paraId="0FDF343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00E2B9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KS-22-15-016</w:t>
            </w:r>
          </w:p>
        </w:tc>
        <w:tc>
          <w:tcPr>
            <w:tcW w:w="737" w:type="pct"/>
          </w:tcPr>
          <w:p w14:paraId="14EDCBA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1AB69B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714766</w:t>
            </w:r>
          </w:p>
        </w:tc>
        <w:tc>
          <w:tcPr>
            <w:tcW w:w="689" w:type="pct"/>
          </w:tcPr>
          <w:p w14:paraId="28045E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174954</w:t>
            </w:r>
          </w:p>
        </w:tc>
        <w:tc>
          <w:tcPr>
            <w:tcW w:w="688" w:type="pct"/>
          </w:tcPr>
          <w:p w14:paraId="4AA466F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39AC349" w14:textId="77777777" w:rsidTr="00ED78AE">
        <w:tc>
          <w:tcPr>
            <w:tcW w:w="321" w:type="pct"/>
          </w:tcPr>
          <w:p w14:paraId="2381063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229</w:t>
            </w:r>
          </w:p>
        </w:tc>
        <w:tc>
          <w:tcPr>
            <w:tcW w:w="722" w:type="pct"/>
          </w:tcPr>
          <w:p w14:paraId="27D80C5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265E9E2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KS-22-15-022</w:t>
            </w:r>
          </w:p>
        </w:tc>
        <w:tc>
          <w:tcPr>
            <w:tcW w:w="737" w:type="pct"/>
          </w:tcPr>
          <w:p w14:paraId="16E6269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6645D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831734</w:t>
            </w:r>
          </w:p>
        </w:tc>
        <w:tc>
          <w:tcPr>
            <w:tcW w:w="689" w:type="pct"/>
          </w:tcPr>
          <w:p w14:paraId="2357892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212722</w:t>
            </w:r>
          </w:p>
        </w:tc>
        <w:tc>
          <w:tcPr>
            <w:tcW w:w="688" w:type="pct"/>
          </w:tcPr>
          <w:p w14:paraId="70345B2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2054E14" w14:textId="77777777" w:rsidTr="00ED78AE">
        <w:tc>
          <w:tcPr>
            <w:tcW w:w="321" w:type="pct"/>
          </w:tcPr>
          <w:p w14:paraId="03429D9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230</w:t>
            </w:r>
          </w:p>
        </w:tc>
        <w:tc>
          <w:tcPr>
            <w:tcW w:w="722" w:type="pct"/>
          </w:tcPr>
          <w:p w14:paraId="2DA55E9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3C297B9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KS-22-15-023</w:t>
            </w:r>
          </w:p>
        </w:tc>
        <w:tc>
          <w:tcPr>
            <w:tcW w:w="737" w:type="pct"/>
          </w:tcPr>
          <w:p w14:paraId="1E76AF4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A2E76A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717482</w:t>
            </w:r>
          </w:p>
        </w:tc>
        <w:tc>
          <w:tcPr>
            <w:tcW w:w="689" w:type="pct"/>
          </w:tcPr>
          <w:p w14:paraId="738AD2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158221</w:t>
            </w:r>
          </w:p>
        </w:tc>
        <w:tc>
          <w:tcPr>
            <w:tcW w:w="688" w:type="pct"/>
          </w:tcPr>
          <w:p w14:paraId="2FB230C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1A5553C" w14:textId="77777777" w:rsidTr="00ED78AE">
        <w:tc>
          <w:tcPr>
            <w:tcW w:w="321" w:type="pct"/>
          </w:tcPr>
          <w:p w14:paraId="009139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231</w:t>
            </w:r>
          </w:p>
        </w:tc>
        <w:tc>
          <w:tcPr>
            <w:tcW w:w="722" w:type="pct"/>
          </w:tcPr>
          <w:p w14:paraId="5E5E3E3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6086CAA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KS-22-15-024</w:t>
            </w:r>
          </w:p>
        </w:tc>
        <w:tc>
          <w:tcPr>
            <w:tcW w:w="737" w:type="pct"/>
          </w:tcPr>
          <w:p w14:paraId="2E19772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1FE0BF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737030</w:t>
            </w:r>
          </w:p>
        </w:tc>
        <w:tc>
          <w:tcPr>
            <w:tcW w:w="689" w:type="pct"/>
          </w:tcPr>
          <w:p w14:paraId="2A1E881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183808</w:t>
            </w:r>
          </w:p>
        </w:tc>
        <w:tc>
          <w:tcPr>
            <w:tcW w:w="688" w:type="pct"/>
          </w:tcPr>
          <w:p w14:paraId="705756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543816F2" w14:textId="77777777" w:rsidTr="00ED78AE">
        <w:tc>
          <w:tcPr>
            <w:tcW w:w="321" w:type="pct"/>
          </w:tcPr>
          <w:p w14:paraId="1EC3BA9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232</w:t>
            </w:r>
          </w:p>
        </w:tc>
        <w:tc>
          <w:tcPr>
            <w:tcW w:w="722" w:type="pct"/>
          </w:tcPr>
          <w:p w14:paraId="55D9D38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20949D0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KS-22-15-034</w:t>
            </w:r>
          </w:p>
        </w:tc>
        <w:tc>
          <w:tcPr>
            <w:tcW w:w="737" w:type="pct"/>
          </w:tcPr>
          <w:p w14:paraId="0058540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79D805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823760</w:t>
            </w:r>
          </w:p>
        </w:tc>
        <w:tc>
          <w:tcPr>
            <w:tcW w:w="689" w:type="pct"/>
          </w:tcPr>
          <w:p w14:paraId="5052637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226391</w:t>
            </w:r>
          </w:p>
        </w:tc>
        <w:tc>
          <w:tcPr>
            <w:tcW w:w="688" w:type="pct"/>
          </w:tcPr>
          <w:p w14:paraId="03BF129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3A52ABEF" w14:textId="77777777" w:rsidTr="00ED78AE">
        <w:tc>
          <w:tcPr>
            <w:tcW w:w="321" w:type="pct"/>
          </w:tcPr>
          <w:p w14:paraId="06D52CB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233</w:t>
            </w:r>
          </w:p>
        </w:tc>
        <w:tc>
          <w:tcPr>
            <w:tcW w:w="722" w:type="pct"/>
          </w:tcPr>
          <w:p w14:paraId="3B202F8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5CCD4FB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KS-22-15-035</w:t>
            </w:r>
          </w:p>
        </w:tc>
        <w:tc>
          <w:tcPr>
            <w:tcW w:w="737" w:type="pct"/>
          </w:tcPr>
          <w:p w14:paraId="4B775C3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D18BFA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669960</w:t>
            </w:r>
          </w:p>
        </w:tc>
        <w:tc>
          <w:tcPr>
            <w:tcW w:w="689" w:type="pct"/>
          </w:tcPr>
          <w:p w14:paraId="797D738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186835</w:t>
            </w:r>
          </w:p>
        </w:tc>
        <w:tc>
          <w:tcPr>
            <w:tcW w:w="688" w:type="pct"/>
          </w:tcPr>
          <w:p w14:paraId="5CC6310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B3723E4" w14:textId="77777777" w:rsidTr="00ED78AE">
        <w:tc>
          <w:tcPr>
            <w:tcW w:w="321" w:type="pct"/>
          </w:tcPr>
          <w:p w14:paraId="109ACEF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234</w:t>
            </w:r>
          </w:p>
        </w:tc>
        <w:tc>
          <w:tcPr>
            <w:tcW w:w="722" w:type="pct"/>
          </w:tcPr>
          <w:p w14:paraId="1E03674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039CC3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KS-22-15-036</w:t>
            </w:r>
          </w:p>
        </w:tc>
        <w:tc>
          <w:tcPr>
            <w:tcW w:w="737" w:type="pct"/>
          </w:tcPr>
          <w:p w14:paraId="30083A5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6B213A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635832</w:t>
            </w:r>
          </w:p>
        </w:tc>
        <w:tc>
          <w:tcPr>
            <w:tcW w:w="689" w:type="pct"/>
          </w:tcPr>
          <w:p w14:paraId="38AA0DB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148543</w:t>
            </w:r>
          </w:p>
        </w:tc>
        <w:tc>
          <w:tcPr>
            <w:tcW w:w="688" w:type="pct"/>
          </w:tcPr>
          <w:p w14:paraId="6EDE24D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231368B7" w14:textId="77777777" w:rsidTr="00ED78AE">
        <w:tc>
          <w:tcPr>
            <w:tcW w:w="321" w:type="pct"/>
          </w:tcPr>
          <w:p w14:paraId="6D68C40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235</w:t>
            </w:r>
          </w:p>
        </w:tc>
        <w:tc>
          <w:tcPr>
            <w:tcW w:w="722" w:type="pct"/>
          </w:tcPr>
          <w:p w14:paraId="6736524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2A0078E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KS-22-15-042</w:t>
            </w:r>
          </w:p>
        </w:tc>
        <w:tc>
          <w:tcPr>
            <w:tcW w:w="737" w:type="pct"/>
          </w:tcPr>
          <w:p w14:paraId="6F2A94A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F958BA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877120</w:t>
            </w:r>
          </w:p>
        </w:tc>
        <w:tc>
          <w:tcPr>
            <w:tcW w:w="689" w:type="pct"/>
          </w:tcPr>
          <w:p w14:paraId="371A8B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245265</w:t>
            </w:r>
          </w:p>
        </w:tc>
        <w:tc>
          <w:tcPr>
            <w:tcW w:w="688" w:type="pct"/>
          </w:tcPr>
          <w:p w14:paraId="10763D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274803D1" w14:textId="77777777" w:rsidTr="00ED78AE">
        <w:tc>
          <w:tcPr>
            <w:tcW w:w="321" w:type="pct"/>
          </w:tcPr>
          <w:p w14:paraId="3AA4EC8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236</w:t>
            </w:r>
          </w:p>
        </w:tc>
        <w:tc>
          <w:tcPr>
            <w:tcW w:w="722" w:type="pct"/>
          </w:tcPr>
          <w:p w14:paraId="6412CBC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4020C8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KS-22-15-043</w:t>
            </w:r>
          </w:p>
        </w:tc>
        <w:tc>
          <w:tcPr>
            <w:tcW w:w="737" w:type="pct"/>
          </w:tcPr>
          <w:p w14:paraId="44BB47C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FBC923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583968</w:t>
            </w:r>
          </w:p>
        </w:tc>
        <w:tc>
          <w:tcPr>
            <w:tcW w:w="689" w:type="pct"/>
          </w:tcPr>
          <w:p w14:paraId="6042901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152731</w:t>
            </w:r>
          </w:p>
        </w:tc>
        <w:tc>
          <w:tcPr>
            <w:tcW w:w="688" w:type="pct"/>
          </w:tcPr>
          <w:p w14:paraId="749F889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71235FD2" w14:textId="77777777" w:rsidTr="00ED78AE">
        <w:tc>
          <w:tcPr>
            <w:tcW w:w="321" w:type="pct"/>
          </w:tcPr>
          <w:p w14:paraId="10C71F4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237</w:t>
            </w:r>
          </w:p>
        </w:tc>
        <w:tc>
          <w:tcPr>
            <w:tcW w:w="722" w:type="pct"/>
          </w:tcPr>
          <w:p w14:paraId="4206A82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146E9C9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KS-22-15-044</w:t>
            </w:r>
          </w:p>
        </w:tc>
        <w:tc>
          <w:tcPr>
            <w:tcW w:w="737" w:type="pct"/>
          </w:tcPr>
          <w:p w14:paraId="727A295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38FE7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650590</w:t>
            </w:r>
          </w:p>
        </w:tc>
        <w:tc>
          <w:tcPr>
            <w:tcW w:w="689" w:type="pct"/>
          </w:tcPr>
          <w:p w14:paraId="52BCD2E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144016</w:t>
            </w:r>
          </w:p>
        </w:tc>
        <w:tc>
          <w:tcPr>
            <w:tcW w:w="688" w:type="pct"/>
          </w:tcPr>
          <w:p w14:paraId="30F2E40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75DAF0A4" w14:textId="77777777" w:rsidTr="00ED78AE">
        <w:tc>
          <w:tcPr>
            <w:tcW w:w="321" w:type="pct"/>
          </w:tcPr>
          <w:p w14:paraId="751FF5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238</w:t>
            </w:r>
          </w:p>
        </w:tc>
        <w:tc>
          <w:tcPr>
            <w:tcW w:w="722" w:type="pct"/>
          </w:tcPr>
          <w:p w14:paraId="66228C6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56712F4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KS-22-15-054</w:t>
            </w:r>
          </w:p>
        </w:tc>
        <w:tc>
          <w:tcPr>
            <w:tcW w:w="737" w:type="pct"/>
          </w:tcPr>
          <w:p w14:paraId="4F30555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C45F50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835118</w:t>
            </w:r>
          </w:p>
        </w:tc>
        <w:tc>
          <w:tcPr>
            <w:tcW w:w="689" w:type="pct"/>
          </w:tcPr>
          <w:p w14:paraId="72D6810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233545</w:t>
            </w:r>
          </w:p>
        </w:tc>
        <w:tc>
          <w:tcPr>
            <w:tcW w:w="688" w:type="pct"/>
          </w:tcPr>
          <w:p w14:paraId="2A22030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62567855" w14:textId="77777777" w:rsidTr="00ED78AE">
        <w:tc>
          <w:tcPr>
            <w:tcW w:w="321" w:type="pct"/>
          </w:tcPr>
          <w:p w14:paraId="6B4EC04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239</w:t>
            </w:r>
          </w:p>
        </w:tc>
        <w:tc>
          <w:tcPr>
            <w:tcW w:w="722" w:type="pct"/>
          </w:tcPr>
          <w:p w14:paraId="4732876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78817C1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KS-22-15-055</w:t>
            </w:r>
          </w:p>
        </w:tc>
        <w:tc>
          <w:tcPr>
            <w:tcW w:w="737" w:type="pct"/>
          </w:tcPr>
          <w:p w14:paraId="1A8374D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40267C8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732940</w:t>
            </w:r>
          </w:p>
        </w:tc>
        <w:tc>
          <w:tcPr>
            <w:tcW w:w="689" w:type="pct"/>
          </w:tcPr>
          <w:p w14:paraId="1F841CC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183100</w:t>
            </w:r>
          </w:p>
        </w:tc>
        <w:tc>
          <w:tcPr>
            <w:tcW w:w="688" w:type="pct"/>
          </w:tcPr>
          <w:p w14:paraId="2A5036E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D332E31" w14:textId="77777777" w:rsidTr="00ED78AE">
        <w:tc>
          <w:tcPr>
            <w:tcW w:w="321" w:type="pct"/>
          </w:tcPr>
          <w:p w14:paraId="2A5334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240</w:t>
            </w:r>
          </w:p>
        </w:tc>
        <w:tc>
          <w:tcPr>
            <w:tcW w:w="722" w:type="pct"/>
          </w:tcPr>
          <w:p w14:paraId="551FCF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4077FE6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KS-22-15-056</w:t>
            </w:r>
          </w:p>
        </w:tc>
        <w:tc>
          <w:tcPr>
            <w:tcW w:w="737" w:type="pct"/>
          </w:tcPr>
          <w:p w14:paraId="566695D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388E772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672648</w:t>
            </w:r>
          </w:p>
        </w:tc>
        <w:tc>
          <w:tcPr>
            <w:tcW w:w="689" w:type="pct"/>
          </w:tcPr>
          <w:p w14:paraId="4C7EC3A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92144</w:t>
            </w:r>
          </w:p>
        </w:tc>
        <w:tc>
          <w:tcPr>
            <w:tcW w:w="688" w:type="pct"/>
          </w:tcPr>
          <w:p w14:paraId="3625A4E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5F8A7DAF" w14:textId="77777777" w:rsidTr="00ED78AE">
        <w:tc>
          <w:tcPr>
            <w:tcW w:w="321" w:type="pct"/>
          </w:tcPr>
          <w:p w14:paraId="0F8001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241</w:t>
            </w:r>
          </w:p>
        </w:tc>
        <w:tc>
          <w:tcPr>
            <w:tcW w:w="722" w:type="pct"/>
          </w:tcPr>
          <w:p w14:paraId="3CC8E38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01CC9ED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KS-22-15-062</w:t>
            </w:r>
          </w:p>
        </w:tc>
        <w:tc>
          <w:tcPr>
            <w:tcW w:w="737" w:type="pct"/>
          </w:tcPr>
          <w:p w14:paraId="21F547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59D67D4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807954</w:t>
            </w:r>
          </w:p>
        </w:tc>
        <w:tc>
          <w:tcPr>
            <w:tcW w:w="689" w:type="pct"/>
          </w:tcPr>
          <w:p w14:paraId="14905C7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225751</w:t>
            </w:r>
          </w:p>
        </w:tc>
        <w:tc>
          <w:tcPr>
            <w:tcW w:w="688" w:type="pct"/>
          </w:tcPr>
          <w:p w14:paraId="0138150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46B76197" w14:textId="77777777" w:rsidTr="00ED78AE">
        <w:tc>
          <w:tcPr>
            <w:tcW w:w="321" w:type="pct"/>
          </w:tcPr>
          <w:p w14:paraId="5F0496D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242</w:t>
            </w:r>
          </w:p>
        </w:tc>
        <w:tc>
          <w:tcPr>
            <w:tcW w:w="722" w:type="pct"/>
          </w:tcPr>
          <w:p w14:paraId="4E1C7DF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361A4D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KS-22-15-063</w:t>
            </w:r>
          </w:p>
        </w:tc>
        <w:tc>
          <w:tcPr>
            <w:tcW w:w="737" w:type="pct"/>
          </w:tcPr>
          <w:p w14:paraId="2A245A8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4FB16F8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684594</w:t>
            </w:r>
          </w:p>
        </w:tc>
        <w:tc>
          <w:tcPr>
            <w:tcW w:w="689" w:type="pct"/>
          </w:tcPr>
          <w:p w14:paraId="650FF4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139045</w:t>
            </w:r>
          </w:p>
        </w:tc>
        <w:tc>
          <w:tcPr>
            <w:tcW w:w="688" w:type="pct"/>
          </w:tcPr>
          <w:p w14:paraId="302641C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6FCE8349" w14:textId="77777777" w:rsidTr="00ED78AE">
        <w:tc>
          <w:tcPr>
            <w:tcW w:w="321" w:type="pct"/>
          </w:tcPr>
          <w:p w14:paraId="0427AAF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243</w:t>
            </w:r>
          </w:p>
        </w:tc>
        <w:tc>
          <w:tcPr>
            <w:tcW w:w="722" w:type="pct"/>
          </w:tcPr>
          <w:p w14:paraId="00D64F5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38ADE0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KS-22-15-064</w:t>
            </w:r>
          </w:p>
        </w:tc>
        <w:tc>
          <w:tcPr>
            <w:tcW w:w="737" w:type="pct"/>
          </w:tcPr>
          <w:p w14:paraId="017F9F9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181AEBC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757254</w:t>
            </w:r>
          </w:p>
        </w:tc>
        <w:tc>
          <w:tcPr>
            <w:tcW w:w="689" w:type="pct"/>
          </w:tcPr>
          <w:p w14:paraId="5BD31AE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171032</w:t>
            </w:r>
          </w:p>
        </w:tc>
        <w:tc>
          <w:tcPr>
            <w:tcW w:w="688" w:type="pct"/>
          </w:tcPr>
          <w:p w14:paraId="4CBC532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16CA05F8" w14:textId="77777777" w:rsidTr="00ED78AE">
        <w:tc>
          <w:tcPr>
            <w:tcW w:w="321" w:type="pct"/>
          </w:tcPr>
          <w:p w14:paraId="608F875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244</w:t>
            </w:r>
          </w:p>
        </w:tc>
        <w:tc>
          <w:tcPr>
            <w:tcW w:w="722" w:type="pct"/>
          </w:tcPr>
          <w:p w14:paraId="7D48368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5660A0A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KS-22-15-066</w:t>
            </w:r>
          </w:p>
        </w:tc>
        <w:tc>
          <w:tcPr>
            <w:tcW w:w="737" w:type="pct"/>
          </w:tcPr>
          <w:p w14:paraId="5400D93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F9956E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801190</w:t>
            </w:r>
          </w:p>
        </w:tc>
        <w:tc>
          <w:tcPr>
            <w:tcW w:w="689" w:type="pct"/>
          </w:tcPr>
          <w:p w14:paraId="78A728BD"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224981</w:t>
            </w:r>
          </w:p>
        </w:tc>
        <w:tc>
          <w:tcPr>
            <w:tcW w:w="688" w:type="pct"/>
          </w:tcPr>
          <w:p w14:paraId="3FD2D88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74A7A7D8" w14:textId="77777777" w:rsidTr="00ED78AE">
        <w:tc>
          <w:tcPr>
            <w:tcW w:w="321" w:type="pct"/>
          </w:tcPr>
          <w:p w14:paraId="5F53BAC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245</w:t>
            </w:r>
          </w:p>
        </w:tc>
        <w:tc>
          <w:tcPr>
            <w:tcW w:w="722" w:type="pct"/>
          </w:tcPr>
          <w:p w14:paraId="2A3173A2"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462DD3A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KS-22-15-067</w:t>
            </w:r>
          </w:p>
        </w:tc>
        <w:tc>
          <w:tcPr>
            <w:tcW w:w="737" w:type="pct"/>
          </w:tcPr>
          <w:p w14:paraId="671EC580"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228BB3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638174</w:t>
            </w:r>
          </w:p>
        </w:tc>
        <w:tc>
          <w:tcPr>
            <w:tcW w:w="689" w:type="pct"/>
          </w:tcPr>
          <w:p w14:paraId="646063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150265</w:t>
            </w:r>
          </w:p>
        </w:tc>
        <w:tc>
          <w:tcPr>
            <w:tcW w:w="688" w:type="pct"/>
          </w:tcPr>
          <w:p w14:paraId="60E60DAE"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55D295B1" w14:textId="77777777" w:rsidTr="00ED78AE">
        <w:tc>
          <w:tcPr>
            <w:tcW w:w="321" w:type="pct"/>
          </w:tcPr>
          <w:p w14:paraId="5EDF0F4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246</w:t>
            </w:r>
          </w:p>
        </w:tc>
        <w:tc>
          <w:tcPr>
            <w:tcW w:w="722" w:type="pct"/>
          </w:tcPr>
          <w:p w14:paraId="2E5A7375"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5F0C26B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KS-22-15-068</w:t>
            </w:r>
          </w:p>
        </w:tc>
        <w:tc>
          <w:tcPr>
            <w:tcW w:w="737" w:type="pct"/>
          </w:tcPr>
          <w:p w14:paraId="70364B2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Conditional</w:t>
            </w:r>
          </w:p>
        </w:tc>
        <w:tc>
          <w:tcPr>
            <w:tcW w:w="688" w:type="pct"/>
          </w:tcPr>
          <w:p w14:paraId="6DEE80C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556062</w:t>
            </w:r>
          </w:p>
        </w:tc>
        <w:tc>
          <w:tcPr>
            <w:tcW w:w="689" w:type="pct"/>
          </w:tcPr>
          <w:p w14:paraId="71CFD33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113754</w:t>
            </w:r>
          </w:p>
        </w:tc>
        <w:tc>
          <w:tcPr>
            <w:tcW w:w="688" w:type="pct"/>
          </w:tcPr>
          <w:p w14:paraId="4CE705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6932B0C0" w14:textId="77777777" w:rsidTr="00ED78AE">
        <w:tc>
          <w:tcPr>
            <w:tcW w:w="321" w:type="pct"/>
          </w:tcPr>
          <w:p w14:paraId="0AC59633"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247</w:t>
            </w:r>
          </w:p>
        </w:tc>
        <w:tc>
          <w:tcPr>
            <w:tcW w:w="722" w:type="pct"/>
          </w:tcPr>
          <w:p w14:paraId="591FCF6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3464C16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KS-22-15-074</w:t>
            </w:r>
          </w:p>
        </w:tc>
        <w:tc>
          <w:tcPr>
            <w:tcW w:w="737" w:type="pct"/>
          </w:tcPr>
          <w:p w14:paraId="185CEA49"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3F949FC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704176</w:t>
            </w:r>
          </w:p>
        </w:tc>
        <w:tc>
          <w:tcPr>
            <w:tcW w:w="689" w:type="pct"/>
          </w:tcPr>
          <w:p w14:paraId="43C2640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154270</w:t>
            </w:r>
          </w:p>
        </w:tc>
        <w:tc>
          <w:tcPr>
            <w:tcW w:w="688" w:type="pct"/>
          </w:tcPr>
          <w:p w14:paraId="1384D02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r>
      <w:tr w:rsidR="00D41037" w:rsidRPr="00D32254" w14:paraId="5760B0DF" w14:textId="77777777" w:rsidTr="00ED78AE">
        <w:tc>
          <w:tcPr>
            <w:tcW w:w="321" w:type="pct"/>
          </w:tcPr>
          <w:p w14:paraId="58B3994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248</w:t>
            </w:r>
          </w:p>
        </w:tc>
        <w:tc>
          <w:tcPr>
            <w:tcW w:w="722" w:type="pct"/>
          </w:tcPr>
          <w:p w14:paraId="7D0B34D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31F7215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KS-22-15-075</w:t>
            </w:r>
          </w:p>
        </w:tc>
        <w:tc>
          <w:tcPr>
            <w:tcW w:w="737" w:type="pct"/>
          </w:tcPr>
          <w:p w14:paraId="70C66BB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071ED094"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734318</w:t>
            </w:r>
          </w:p>
        </w:tc>
        <w:tc>
          <w:tcPr>
            <w:tcW w:w="689" w:type="pct"/>
          </w:tcPr>
          <w:p w14:paraId="44347EB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185850</w:t>
            </w:r>
          </w:p>
        </w:tc>
        <w:tc>
          <w:tcPr>
            <w:tcW w:w="688" w:type="pct"/>
          </w:tcPr>
          <w:p w14:paraId="2CEE91EB"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r>
      <w:tr w:rsidR="00D41037" w:rsidRPr="00D32254" w14:paraId="3C910C3E" w14:textId="77777777" w:rsidTr="00ED78AE">
        <w:tc>
          <w:tcPr>
            <w:tcW w:w="321" w:type="pct"/>
          </w:tcPr>
          <w:p w14:paraId="336E464F"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249</w:t>
            </w:r>
          </w:p>
        </w:tc>
        <w:tc>
          <w:tcPr>
            <w:tcW w:w="722" w:type="pct"/>
          </w:tcPr>
          <w:p w14:paraId="288C22BC"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1155" w:type="pct"/>
          </w:tcPr>
          <w:p w14:paraId="231D5E91"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KS-22-15-076</w:t>
            </w:r>
          </w:p>
        </w:tc>
        <w:tc>
          <w:tcPr>
            <w:tcW w:w="737" w:type="pct"/>
          </w:tcPr>
          <w:p w14:paraId="38C1931A"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Successful</w:t>
            </w:r>
          </w:p>
        </w:tc>
        <w:tc>
          <w:tcPr>
            <w:tcW w:w="688" w:type="pct"/>
          </w:tcPr>
          <w:p w14:paraId="75352FA6"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757024</w:t>
            </w:r>
          </w:p>
        </w:tc>
        <w:tc>
          <w:tcPr>
            <w:tcW w:w="689" w:type="pct"/>
          </w:tcPr>
          <w:p w14:paraId="1471E007"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174522</w:t>
            </w:r>
          </w:p>
        </w:tc>
        <w:tc>
          <w:tcPr>
            <w:tcW w:w="688" w:type="pct"/>
          </w:tcPr>
          <w:p w14:paraId="6FAC3598" w14:textId="77777777" w:rsidR="004602D9" w:rsidRPr="00D32254" w:rsidRDefault="004602D9" w:rsidP="00ED78A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r>
      <w:tr w:rsidR="00D41037" w:rsidRPr="00D32254" w14:paraId="03976539" w14:textId="77777777" w:rsidTr="00ED78AE">
        <w:tc>
          <w:tcPr>
            <w:tcW w:w="2934" w:type="pct"/>
            <w:gridSpan w:val="4"/>
          </w:tcPr>
          <w:p w14:paraId="238F8250"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Cruise Average (KS-22-15)</w:t>
            </w:r>
          </w:p>
        </w:tc>
        <w:tc>
          <w:tcPr>
            <w:tcW w:w="688" w:type="pct"/>
          </w:tcPr>
          <w:p w14:paraId="5386FE18"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720642.3</w:t>
            </w:r>
          </w:p>
        </w:tc>
        <w:tc>
          <w:tcPr>
            <w:tcW w:w="689" w:type="pct"/>
          </w:tcPr>
          <w:p w14:paraId="7CCEC00C" w14:textId="77777777" w:rsidR="004602D9" w:rsidRPr="00D32254" w:rsidRDefault="004602D9" w:rsidP="00ED78AE">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176818.7</w:t>
            </w:r>
          </w:p>
        </w:tc>
        <w:tc>
          <w:tcPr>
            <w:tcW w:w="688" w:type="pct"/>
          </w:tcPr>
          <w:p w14:paraId="22AA8AB1" w14:textId="77777777" w:rsidR="004602D9" w:rsidRPr="00D32254" w:rsidRDefault="004602D9" w:rsidP="00ED78AE">
            <w:pPr>
              <w:jc w:val="center"/>
              <w:rPr>
                <w:rFonts w:ascii="Times New Roman" w:hAnsi="Times New Roman" w:cs="Times New Roman"/>
                <w:b/>
                <w:bCs/>
                <w:color w:val="000000" w:themeColor="text1"/>
              </w:rPr>
            </w:pPr>
          </w:p>
        </w:tc>
      </w:tr>
    </w:tbl>
    <w:p w14:paraId="6212E2AB" w14:textId="77777777" w:rsidR="004602D9" w:rsidRPr="00D32254" w:rsidRDefault="004602D9" w:rsidP="004602D9">
      <w:pPr>
        <w:rPr>
          <w:rFonts w:ascii="Times New Roman" w:hAnsi="Times New Roman" w:cs="Times New Roman"/>
          <w:color w:val="000000" w:themeColor="text1"/>
        </w:rPr>
      </w:pPr>
    </w:p>
    <w:p w14:paraId="5916E790" w14:textId="77777777" w:rsidR="00166686" w:rsidRPr="00D32254" w:rsidRDefault="00166686" w:rsidP="004602D9">
      <w:pPr>
        <w:rPr>
          <w:rFonts w:ascii="Times New Roman" w:hAnsi="Times New Roman" w:cs="Times New Roman"/>
          <w:color w:val="000000" w:themeColor="text1"/>
        </w:rPr>
      </w:pPr>
    </w:p>
    <w:p w14:paraId="4826F690" w14:textId="77777777" w:rsidR="0028446B" w:rsidRPr="00D32254" w:rsidRDefault="0028446B" w:rsidP="004602D9">
      <w:pPr>
        <w:rPr>
          <w:rFonts w:ascii="Times New Roman" w:hAnsi="Times New Roman" w:cs="Times New Roman"/>
          <w:color w:val="000000" w:themeColor="text1"/>
        </w:rPr>
      </w:pPr>
    </w:p>
    <w:p w14:paraId="07C47E58" w14:textId="77777777" w:rsidR="0028446B" w:rsidRPr="00D32254" w:rsidRDefault="0028446B" w:rsidP="004602D9">
      <w:pPr>
        <w:rPr>
          <w:rFonts w:ascii="Times New Roman" w:hAnsi="Times New Roman" w:cs="Times New Roman"/>
          <w:color w:val="000000" w:themeColor="text1"/>
        </w:rPr>
      </w:pPr>
    </w:p>
    <w:p w14:paraId="761FDC1F" w14:textId="77777777" w:rsidR="0028446B" w:rsidRPr="00D32254" w:rsidRDefault="0028446B" w:rsidP="004602D9">
      <w:pPr>
        <w:rPr>
          <w:rFonts w:ascii="Times New Roman" w:hAnsi="Times New Roman" w:cs="Times New Roman"/>
          <w:color w:val="000000" w:themeColor="text1"/>
        </w:rPr>
      </w:pPr>
    </w:p>
    <w:p w14:paraId="737BC1C1" w14:textId="77777777" w:rsidR="0028446B" w:rsidRPr="00D32254" w:rsidRDefault="0028446B" w:rsidP="004602D9">
      <w:pPr>
        <w:rPr>
          <w:rFonts w:ascii="Times New Roman" w:hAnsi="Times New Roman" w:cs="Times New Roman"/>
          <w:color w:val="000000" w:themeColor="text1"/>
        </w:rPr>
      </w:pPr>
    </w:p>
    <w:p w14:paraId="3C258D09" w14:textId="77777777" w:rsidR="0028446B" w:rsidRPr="00D32254" w:rsidRDefault="0028446B" w:rsidP="004602D9">
      <w:pPr>
        <w:rPr>
          <w:rFonts w:ascii="Times New Roman" w:hAnsi="Times New Roman" w:cs="Times New Roman"/>
          <w:color w:val="000000" w:themeColor="text1"/>
        </w:rPr>
      </w:pPr>
    </w:p>
    <w:p w14:paraId="312F3689" w14:textId="77777777" w:rsidR="0028446B" w:rsidRPr="00D32254" w:rsidRDefault="0028446B" w:rsidP="004602D9">
      <w:pPr>
        <w:rPr>
          <w:rFonts w:ascii="Times New Roman" w:hAnsi="Times New Roman" w:cs="Times New Roman"/>
          <w:color w:val="000000" w:themeColor="text1"/>
        </w:rPr>
      </w:pPr>
    </w:p>
    <w:p w14:paraId="294FC6BF" w14:textId="77777777" w:rsidR="0028446B" w:rsidRPr="00D32254" w:rsidRDefault="0028446B" w:rsidP="004602D9">
      <w:pPr>
        <w:rPr>
          <w:rFonts w:ascii="Times New Roman" w:hAnsi="Times New Roman" w:cs="Times New Roman"/>
          <w:color w:val="000000" w:themeColor="text1"/>
        </w:rPr>
      </w:pPr>
    </w:p>
    <w:p w14:paraId="300F6C31" w14:textId="77777777" w:rsidR="0028446B" w:rsidRPr="00D32254" w:rsidRDefault="0028446B" w:rsidP="004602D9">
      <w:pPr>
        <w:rPr>
          <w:rFonts w:ascii="Times New Roman" w:hAnsi="Times New Roman" w:cs="Times New Roman"/>
          <w:color w:val="000000" w:themeColor="text1"/>
        </w:rPr>
      </w:pPr>
    </w:p>
    <w:p w14:paraId="21DE522B" w14:textId="77777777" w:rsidR="0028446B" w:rsidRPr="00D32254" w:rsidRDefault="0028446B" w:rsidP="004602D9">
      <w:pPr>
        <w:rPr>
          <w:rFonts w:ascii="Times New Roman" w:hAnsi="Times New Roman" w:cs="Times New Roman"/>
          <w:color w:val="000000" w:themeColor="text1"/>
        </w:rPr>
      </w:pPr>
    </w:p>
    <w:p w14:paraId="33A94094" w14:textId="77777777" w:rsidR="0028446B" w:rsidRPr="00D32254" w:rsidRDefault="0028446B" w:rsidP="004602D9">
      <w:pPr>
        <w:rPr>
          <w:rFonts w:ascii="Times New Roman" w:hAnsi="Times New Roman" w:cs="Times New Roman"/>
          <w:color w:val="000000" w:themeColor="text1"/>
        </w:rPr>
      </w:pPr>
    </w:p>
    <w:p w14:paraId="6CB7A63D" w14:textId="77777777" w:rsidR="0028446B" w:rsidRPr="00D32254" w:rsidRDefault="0028446B" w:rsidP="004602D9">
      <w:pPr>
        <w:rPr>
          <w:rFonts w:ascii="Times New Roman" w:hAnsi="Times New Roman" w:cs="Times New Roman"/>
          <w:color w:val="000000" w:themeColor="text1"/>
        </w:rPr>
      </w:pPr>
    </w:p>
    <w:p w14:paraId="054EC1C8" w14:textId="77777777" w:rsidR="0028446B" w:rsidRPr="00D32254" w:rsidRDefault="0028446B" w:rsidP="004602D9">
      <w:pPr>
        <w:rPr>
          <w:rFonts w:ascii="Times New Roman" w:hAnsi="Times New Roman" w:cs="Times New Roman"/>
          <w:color w:val="000000" w:themeColor="text1"/>
        </w:rPr>
      </w:pPr>
    </w:p>
    <w:p w14:paraId="1B64A66F" w14:textId="77777777" w:rsidR="0028446B" w:rsidRPr="00D32254" w:rsidRDefault="0028446B" w:rsidP="004602D9">
      <w:pPr>
        <w:rPr>
          <w:rFonts w:ascii="Times New Roman" w:hAnsi="Times New Roman" w:cs="Times New Roman"/>
          <w:color w:val="000000" w:themeColor="text1"/>
        </w:rPr>
      </w:pPr>
    </w:p>
    <w:p w14:paraId="7C81048F" w14:textId="77777777" w:rsidR="0028446B" w:rsidRPr="00D32254" w:rsidRDefault="0028446B" w:rsidP="004602D9">
      <w:pPr>
        <w:rPr>
          <w:rFonts w:ascii="Times New Roman" w:hAnsi="Times New Roman" w:cs="Times New Roman"/>
          <w:color w:val="000000" w:themeColor="text1"/>
        </w:rPr>
      </w:pPr>
    </w:p>
    <w:p w14:paraId="1198B35D" w14:textId="77777777" w:rsidR="0028446B" w:rsidRPr="00D32254" w:rsidRDefault="0028446B" w:rsidP="004602D9">
      <w:pPr>
        <w:rPr>
          <w:rFonts w:ascii="Times New Roman" w:hAnsi="Times New Roman" w:cs="Times New Roman"/>
          <w:color w:val="000000" w:themeColor="text1"/>
        </w:rPr>
      </w:pPr>
    </w:p>
    <w:p w14:paraId="046E8215" w14:textId="77777777" w:rsidR="0028446B" w:rsidRPr="00D32254" w:rsidRDefault="0028446B" w:rsidP="004602D9">
      <w:pPr>
        <w:rPr>
          <w:rFonts w:ascii="Times New Roman" w:hAnsi="Times New Roman" w:cs="Times New Roman"/>
          <w:color w:val="000000" w:themeColor="text1"/>
        </w:rPr>
      </w:pPr>
    </w:p>
    <w:p w14:paraId="578A92B5" w14:textId="77777777" w:rsidR="0028446B" w:rsidRPr="00D32254" w:rsidRDefault="0028446B" w:rsidP="004602D9">
      <w:pPr>
        <w:rPr>
          <w:rFonts w:ascii="Times New Roman" w:hAnsi="Times New Roman" w:cs="Times New Roman"/>
          <w:color w:val="000000" w:themeColor="text1"/>
        </w:rPr>
      </w:pPr>
    </w:p>
    <w:p w14:paraId="5E163CD2" w14:textId="77777777" w:rsidR="0028446B" w:rsidRPr="00D32254" w:rsidRDefault="0028446B" w:rsidP="004602D9">
      <w:pPr>
        <w:rPr>
          <w:rFonts w:ascii="Times New Roman" w:hAnsi="Times New Roman" w:cs="Times New Roman"/>
          <w:color w:val="000000" w:themeColor="text1"/>
        </w:rPr>
      </w:pPr>
    </w:p>
    <w:p w14:paraId="204BB94B" w14:textId="77777777" w:rsidR="0028446B" w:rsidRPr="00D32254" w:rsidRDefault="0028446B" w:rsidP="004602D9">
      <w:pPr>
        <w:rPr>
          <w:rFonts w:ascii="Times New Roman" w:hAnsi="Times New Roman" w:cs="Times New Roman"/>
          <w:color w:val="000000" w:themeColor="text1"/>
        </w:rPr>
      </w:pPr>
    </w:p>
    <w:p w14:paraId="4F2FC614" w14:textId="77777777" w:rsidR="0028446B" w:rsidRPr="00D32254" w:rsidRDefault="0028446B" w:rsidP="004602D9">
      <w:pPr>
        <w:rPr>
          <w:rFonts w:ascii="Times New Roman" w:hAnsi="Times New Roman" w:cs="Times New Roman"/>
          <w:color w:val="000000" w:themeColor="text1"/>
        </w:rPr>
      </w:pPr>
    </w:p>
    <w:p w14:paraId="7773D490" w14:textId="77777777" w:rsidR="0028446B" w:rsidRPr="00D32254" w:rsidRDefault="0028446B" w:rsidP="004602D9">
      <w:pPr>
        <w:rPr>
          <w:rFonts w:ascii="Times New Roman" w:hAnsi="Times New Roman" w:cs="Times New Roman"/>
          <w:color w:val="000000" w:themeColor="text1"/>
        </w:rPr>
      </w:pPr>
    </w:p>
    <w:p w14:paraId="0EED766F" w14:textId="77777777" w:rsidR="0028446B" w:rsidRPr="00D32254" w:rsidRDefault="0028446B" w:rsidP="004602D9">
      <w:pPr>
        <w:rPr>
          <w:rFonts w:ascii="Times New Roman" w:hAnsi="Times New Roman" w:cs="Times New Roman"/>
          <w:color w:val="000000" w:themeColor="text1"/>
        </w:rPr>
      </w:pPr>
    </w:p>
    <w:p w14:paraId="6026C67B" w14:textId="77777777" w:rsidR="0028446B" w:rsidRPr="00D32254" w:rsidRDefault="0028446B" w:rsidP="004602D9">
      <w:pPr>
        <w:rPr>
          <w:rFonts w:ascii="Times New Roman" w:hAnsi="Times New Roman" w:cs="Times New Roman"/>
          <w:color w:val="000000" w:themeColor="text1"/>
        </w:rPr>
      </w:pPr>
    </w:p>
    <w:p w14:paraId="76E6B525" w14:textId="77777777" w:rsidR="0028446B" w:rsidRPr="00D32254" w:rsidRDefault="0028446B" w:rsidP="004602D9">
      <w:pPr>
        <w:rPr>
          <w:rFonts w:ascii="Times New Roman" w:hAnsi="Times New Roman" w:cs="Times New Roman"/>
          <w:color w:val="000000" w:themeColor="text1"/>
        </w:rPr>
      </w:pPr>
    </w:p>
    <w:p w14:paraId="6A04563A" w14:textId="77777777" w:rsidR="0028446B" w:rsidRPr="00D32254" w:rsidRDefault="0028446B" w:rsidP="004602D9">
      <w:pPr>
        <w:rPr>
          <w:rFonts w:ascii="Times New Roman" w:hAnsi="Times New Roman" w:cs="Times New Roman"/>
          <w:color w:val="000000" w:themeColor="text1"/>
        </w:rPr>
      </w:pPr>
    </w:p>
    <w:p w14:paraId="401F3BE9" w14:textId="77777777" w:rsidR="0028446B" w:rsidRPr="00D32254" w:rsidRDefault="0028446B" w:rsidP="004602D9">
      <w:pPr>
        <w:rPr>
          <w:rFonts w:ascii="Times New Roman" w:hAnsi="Times New Roman" w:cs="Times New Roman"/>
          <w:color w:val="000000" w:themeColor="text1"/>
        </w:rPr>
      </w:pPr>
    </w:p>
    <w:p w14:paraId="7EAE8D54" w14:textId="77777777" w:rsidR="0028446B" w:rsidRPr="00D32254" w:rsidRDefault="0028446B" w:rsidP="004602D9">
      <w:pPr>
        <w:rPr>
          <w:rFonts w:ascii="Times New Roman" w:hAnsi="Times New Roman" w:cs="Times New Roman"/>
          <w:color w:val="000000" w:themeColor="text1"/>
        </w:rPr>
      </w:pPr>
    </w:p>
    <w:p w14:paraId="45F20DA1" w14:textId="77777777" w:rsidR="0028446B" w:rsidRPr="00D32254" w:rsidRDefault="0028446B" w:rsidP="004602D9">
      <w:pPr>
        <w:rPr>
          <w:rFonts w:ascii="Times New Roman" w:hAnsi="Times New Roman" w:cs="Times New Roman"/>
          <w:color w:val="000000" w:themeColor="text1"/>
        </w:rPr>
      </w:pPr>
    </w:p>
    <w:p w14:paraId="48577785" w14:textId="77777777" w:rsidR="0028446B" w:rsidRPr="00D32254" w:rsidRDefault="0028446B" w:rsidP="004602D9">
      <w:pPr>
        <w:rPr>
          <w:rFonts w:ascii="Times New Roman" w:hAnsi="Times New Roman" w:cs="Times New Roman"/>
          <w:color w:val="000000" w:themeColor="text1"/>
        </w:rPr>
      </w:pPr>
    </w:p>
    <w:p w14:paraId="7E1B9137" w14:textId="77777777" w:rsidR="0028446B" w:rsidRPr="00D32254" w:rsidRDefault="0028446B" w:rsidP="004602D9">
      <w:pPr>
        <w:rPr>
          <w:rFonts w:ascii="Times New Roman" w:hAnsi="Times New Roman" w:cs="Times New Roman"/>
          <w:color w:val="000000" w:themeColor="text1"/>
        </w:rPr>
      </w:pPr>
    </w:p>
    <w:p w14:paraId="241ECDEE" w14:textId="77777777" w:rsidR="0028446B" w:rsidRPr="00D32254" w:rsidRDefault="0028446B" w:rsidP="004602D9">
      <w:pPr>
        <w:rPr>
          <w:rFonts w:ascii="Times New Roman" w:hAnsi="Times New Roman" w:cs="Times New Roman"/>
          <w:color w:val="000000" w:themeColor="text1"/>
        </w:rPr>
      </w:pPr>
    </w:p>
    <w:p w14:paraId="374C3006" w14:textId="77777777" w:rsidR="0028446B" w:rsidRPr="00D32254" w:rsidRDefault="0028446B" w:rsidP="004602D9">
      <w:pPr>
        <w:rPr>
          <w:rFonts w:ascii="Times New Roman" w:hAnsi="Times New Roman" w:cs="Times New Roman"/>
          <w:color w:val="000000" w:themeColor="text1"/>
        </w:rPr>
      </w:pPr>
    </w:p>
    <w:p w14:paraId="7549706A" w14:textId="77777777" w:rsidR="0028446B" w:rsidRPr="00D32254" w:rsidRDefault="0028446B" w:rsidP="004602D9">
      <w:pPr>
        <w:rPr>
          <w:rFonts w:ascii="Times New Roman" w:hAnsi="Times New Roman" w:cs="Times New Roman"/>
          <w:color w:val="000000" w:themeColor="text1"/>
        </w:rPr>
      </w:pPr>
    </w:p>
    <w:p w14:paraId="1B7179EE" w14:textId="77777777" w:rsidR="0028446B" w:rsidRPr="00D32254" w:rsidRDefault="0028446B" w:rsidP="004602D9">
      <w:pPr>
        <w:rPr>
          <w:rFonts w:ascii="Times New Roman" w:hAnsi="Times New Roman" w:cs="Times New Roman"/>
          <w:color w:val="000000" w:themeColor="text1"/>
        </w:rPr>
      </w:pPr>
    </w:p>
    <w:p w14:paraId="44C0DE8E" w14:textId="77777777" w:rsidR="0028446B" w:rsidRPr="00D32254" w:rsidRDefault="0028446B" w:rsidP="004602D9">
      <w:pPr>
        <w:rPr>
          <w:rFonts w:ascii="Times New Roman" w:hAnsi="Times New Roman" w:cs="Times New Roman"/>
          <w:color w:val="000000" w:themeColor="text1"/>
        </w:rPr>
      </w:pPr>
    </w:p>
    <w:p w14:paraId="097569FF" w14:textId="77777777" w:rsidR="0028446B" w:rsidRPr="00D32254" w:rsidRDefault="0028446B" w:rsidP="004602D9">
      <w:pPr>
        <w:rPr>
          <w:rFonts w:ascii="Times New Roman" w:hAnsi="Times New Roman" w:cs="Times New Roman"/>
          <w:color w:val="000000" w:themeColor="text1"/>
        </w:rPr>
      </w:pPr>
    </w:p>
    <w:p w14:paraId="7EA755B4" w14:textId="77777777" w:rsidR="0028446B" w:rsidRPr="00D32254" w:rsidRDefault="0028446B" w:rsidP="004602D9">
      <w:pPr>
        <w:rPr>
          <w:rFonts w:ascii="Times New Roman" w:hAnsi="Times New Roman" w:cs="Times New Roman"/>
          <w:color w:val="000000" w:themeColor="text1"/>
        </w:rPr>
      </w:pPr>
    </w:p>
    <w:p w14:paraId="4C5D5B00" w14:textId="77777777" w:rsidR="0028446B" w:rsidRPr="00D32254" w:rsidRDefault="0028446B" w:rsidP="004602D9">
      <w:pPr>
        <w:rPr>
          <w:rFonts w:ascii="Times New Roman" w:hAnsi="Times New Roman" w:cs="Times New Roman"/>
          <w:color w:val="000000" w:themeColor="text1"/>
        </w:rPr>
      </w:pPr>
    </w:p>
    <w:p w14:paraId="205DB130" w14:textId="77777777" w:rsidR="0028446B" w:rsidRPr="00D32254" w:rsidRDefault="0028446B" w:rsidP="004602D9">
      <w:pPr>
        <w:rPr>
          <w:rFonts w:ascii="Times New Roman" w:hAnsi="Times New Roman" w:cs="Times New Roman"/>
          <w:color w:val="000000" w:themeColor="text1"/>
        </w:rPr>
      </w:pPr>
    </w:p>
    <w:p w14:paraId="0EC5B2E6" w14:textId="77777777" w:rsidR="0028446B" w:rsidRPr="00D32254" w:rsidRDefault="0028446B" w:rsidP="004602D9">
      <w:pPr>
        <w:rPr>
          <w:rFonts w:ascii="Times New Roman" w:hAnsi="Times New Roman" w:cs="Times New Roman"/>
          <w:color w:val="000000" w:themeColor="text1"/>
        </w:rPr>
      </w:pPr>
    </w:p>
    <w:p w14:paraId="5A154478" w14:textId="77777777" w:rsidR="0028446B" w:rsidRPr="00D32254" w:rsidRDefault="0028446B" w:rsidP="004602D9">
      <w:pPr>
        <w:rPr>
          <w:rFonts w:ascii="Times New Roman" w:hAnsi="Times New Roman" w:cs="Times New Roman"/>
          <w:color w:val="000000" w:themeColor="text1"/>
        </w:rPr>
      </w:pPr>
    </w:p>
    <w:p w14:paraId="35A3D8AA" w14:textId="77777777" w:rsidR="0028446B" w:rsidRPr="00D32254" w:rsidRDefault="0028446B" w:rsidP="004602D9">
      <w:pPr>
        <w:rPr>
          <w:rFonts w:ascii="Times New Roman" w:hAnsi="Times New Roman" w:cs="Times New Roman"/>
          <w:color w:val="000000" w:themeColor="text1"/>
        </w:rPr>
      </w:pPr>
    </w:p>
    <w:p w14:paraId="6541F575" w14:textId="77777777" w:rsidR="0028446B" w:rsidRPr="00D32254" w:rsidRDefault="0028446B" w:rsidP="004602D9">
      <w:pPr>
        <w:rPr>
          <w:rFonts w:ascii="Times New Roman" w:hAnsi="Times New Roman" w:cs="Times New Roman"/>
          <w:color w:val="000000" w:themeColor="text1"/>
        </w:rPr>
      </w:pPr>
    </w:p>
    <w:p w14:paraId="2E727D92" w14:textId="249FC3A8" w:rsidR="0028446B" w:rsidRPr="00D32254" w:rsidRDefault="0028446B" w:rsidP="0028446B">
      <w:pPr>
        <w:jc w:val="both"/>
        <w:rPr>
          <w:rFonts w:ascii="Times New Roman" w:hAnsi="Times New Roman" w:cs="Times New Roman"/>
          <w:b/>
          <w:bCs/>
          <w:color w:val="000000" w:themeColor="text1"/>
        </w:rPr>
      </w:pPr>
      <w:r w:rsidRPr="00D32254">
        <w:rPr>
          <w:rFonts w:ascii="Times New Roman" w:hAnsi="Times New Roman" w:cs="Times New Roman"/>
          <w:b/>
          <w:bCs/>
          <w:color w:val="000000" w:themeColor="text1"/>
        </w:rPr>
        <w:t xml:space="preserve">Table S2 </w:t>
      </w:r>
      <w:r w:rsidRPr="00D32254">
        <w:rPr>
          <w:rFonts w:ascii="Times New Roman" w:hAnsi="Times New Roman" w:cs="Times New Roman"/>
          <w:color w:val="000000" w:themeColor="text1"/>
        </w:rPr>
        <w:t>Raw read counts for species from negative control samples across different cruises.</w:t>
      </w:r>
    </w:p>
    <w:p w14:paraId="79480B60" w14:textId="77777777" w:rsidR="0028446B" w:rsidRPr="00D32254" w:rsidRDefault="0028446B" w:rsidP="0028446B">
      <w:pPr>
        <w:jc w:val="both"/>
        <w:rPr>
          <w:rFonts w:ascii="Times New Roman" w:hAnsi="Times New Roman" w:cs="Times New Roman"/>
          <w:b/>
          <w:bCs/>
          <w:color w:val="000000" w:themeColor="text1"/>
        </w:rPr>
      </w:pPr>
    </w:p>
    <w:tbl>
      <w:tblPr>
        <w:tblStyle w:val="afe"/>
        <w:tblW w:w="0" w:type="auto"/>
        <w:tblInd w:w="250" w:type="dxa"/>
        <w:tblLook w:val="04A0" w:firstRow="1" w:lastRow="0" w:firstColumn="1" w:lastColumn="0" w:noHBand="0" w:noVBand="1"/>
      </w:tblPr>
      <w:tblGrid>
        <w:gridCol w:w="1389"/>
        <w:gridCol w:w="1080"/>
        <w:gridCol w:w="2521"/>
        <w:gridCol w:w="1066"/>
        <w:gridCol w:w="2704"/>
      </w:tblGrid>
      <w:tr w:rsidR="00D32254" w:rsidRPr="00D32254" w14:paraId="600C9DF3" w14:textId="77777777" w:rsidTr="005A5D5E">
        <w:tc>
          <w:tcPr>
            <w:tcW w:w="0" w:type="auto"/>
          </w:tcPr>
          <w:p w14:paraId="5BE94AB3"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Negative Control No</w:t>
            </w:r>
          </w:p>
        </w:tc>
        <w:tc>
          <w:tcPr>
            <w:tcW w:w="0" w:type="auto"/>
          </w:tcPr>
          <w:p w14:paraId="1FE3935D"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Cruise</w:t>
            </w:r>
          </w:p>
        </w:tc>
        <w:tc>
          <w:tcPr>
            <w:tcW w:w="0" w:type="auto"/>
          </w:tcPr>
          <w:p w14:paraId="7899248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Species</w:t>
            </w:r>
          </w:p>
        </w:tc>
        <w:tc>
          <w:tcPr>
            <w:tcW w:w="0" w:type="auto"/>
          </w:tcPr>
          <w:p w14:paraId="261C709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Raw read count</w:t>
            </w:r>
          </w:p>
        </w:tc>
        <w:tc>
          <w:tcPr>
            <w:tcW w:w="0" w:type="auto"/>
          </w:tcPr>
          <w:p w14:paraId="2C19422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Comments</w:t>
            </w:r>
          </w:p>
        </w:tc>
      </w:tr>
      <w:tr w:rsidR="00D32254" w:rsidRPr="00D32254" w14:paraId="6CB20845" w14:textId="77777777" w:rsidTr="005A5D5E">
        <w:tc>
          <w:tcPr>
            <w:tcW w:w="0" w:type="auto"/>
            <w:vMerge w:val="restart"/>
          </w:tcPr>
          <w:p w14:paraId="5F1458C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vMerge w:val="restart"/>
          </w:tcPr>
          <w:p w14:paraId="2A9FB566"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p w14:paraId="4BFEC65F"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080D0CD2"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Engraulis japonicus</w:t>
            </w:r>
          </w:p>
        </w:tc>
        <w:tc>
          <w:tcPr>
            <w:tcW w:w="0" w:type="auto"/>
          </w:tcPr>
          <w:p w14:paraId="77B193C0"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102</w:t>
            </w:r>
          </w:p>
        </w:tc>
        <w:tc>
          <w:tcPr>
            <w:tcW w:w="0" w:type="auto"/>
          </w:tcPr>
          <w:p w14:paraId="727E272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Very low read count</w:t>
            </w:r>
          </w:p>
        </w:tc>
      </w:tr>
      <w:tr w:rsidR="00D32254" w:rsidRPr="00D32254" w14:paraId="7779409D" w14:textId="77777777" w:rsidTr="005A5D5E">
        <w:tc>
          <w:tcPr>
            <w:tcW w:w="0" w:type="auto"/>
            <w:vMerge/>
          </w:tcPr>
          <w:p w14:paraId="04F422F3" w14:textId="77777777" w:rsidR="0028446B" w:rsidRPr="00D32254" w:rsidRDefault="0028446B" w:rsidP="005A5D5E">
            <w:pPr>
              <w:jc w:val="center"/>
              <w:rPr>
                <w:rFonts w:ascii="Times New Roman" w:hAnsi="Times New Roman" w:cs="Times New Roman"/>
                <w:color w:val="000000" w:themeColor="text1"/>
              </w:rPr>
            </w:pPr>
          </w:p>
        </w:tc>
        <w:tc>
          <w:tcPr>
            <w:tcW w:w="0" w:type="auto"/>
            <w:vMerge/>
          </w:tcPr>
          <w:p w14:paraId="24ED7CB3"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45D5B040"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i/>
                <w:iCs/>
                <w:color w:val="000000" w:themeColor="text1"/>
              </w:rPr>
              <w:t>Myctophum asperum</w:t>
            </w:r>
            <w:r w:rsidRPr="00D32254">
              <w:rPr>
                <w:rFonts w:ascii="Times New Roman" w:hAnsi="Times New Roman" w:cs="Times New Roman"/>
                <w:color w:val="000000" w:themeColor="text1"/>
              </w:rPr>
              <w:t>/M. spinosum</w:t>
            </w:r>
          </w:p>
        </w:tc>
        <w:tc>
          <w:tcPr>
            <w:tcW w:w="0" w:type="auto"/>
          </w:tcPr>
          <w:p w14:paraId="31D75D32"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38</w:t>
            </w:r>
          </w:p>
        </w:tc>
        <w:tc>
          <w:tcPr>
            <w:tcW w:w="0" w:type="auto"/>
          </w:tcPr>
          <w:p w14:paraId="2E1F07C1"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Very low read count</w:t>
            </w:r>
          </w:p>
        </w:tc>
      </w:tr>
      <w:tr w:rsidR="00D32254" w:rsidRPr="00D32254" w14:paraId="67B520F1" w14:textId="77777777" w:rsidTr="005A5D5E">
        <w:tc>
          <w:tcPr>
            <w:tcW w:w="0" w:type="auto"/>
          </w:tcPr>
          <w:p w14:paraId="01B0CE82"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tcPr>
          <w:p w14:paraId="76EF1449"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0" w:type="auto"/>
          </w:tcPr>
          <w:p w14:paraId="4CEA242A"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4D7A4263"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6651B5B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75C61413" w14:textId="77777777" w:rsidTr="005A5D5E">
        <w:tc>
          <w:tcPr>
            <w:tcW w:w="0" w:type="auto"/>
          </w:tcPr>
          <w:p w14:paraId="2ABDBA3C"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4B9E4CDD"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0" w:type="auto"/>
          </w:tcPr>
          <w:p w14:paraId="12F7958D"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Alburnus alburnus</w:t>
            </w:r>
          </w:p>
        </w:tc>
        <w:tc>
          <w:tcPr>
            <w:tcW w:w="0" w:type="auto"/>
          </w:tcPr>
          <w:p w14:paraId="3F30FED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11112</w:t>
            </w:r>
          </w:p>
        </w:tc>
        <w:tc>
          <w:tcPr>
            <w:tcW w:w="0" w:type="auto"/>
          </w:tcPr>
          <w:p w14:paraId="55AD55EC"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Freshwater species, doesn’t affect analysis (False positive)</w:t>
            </w:r>
          </w:p>
        </w:tc>
      </w:tr>
      <w:tr w:rsidR="00D32254" w:rsidRPr="00D32254" w14:paraId="2FA4D556" w14:textId="77777777" w:rsidTr="005A5D5E">
        <w:tc>
          <w:tcPr>
            <w:tcW w:w="0" w:type="auto"/>
          </w:tcPr>
          <w:p w14:paraId="4AFD18D5"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tcPr>
          <w:p w14:paraId="6AAE8DDA"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0" w:type="auto"/>
          </w:tcPr>
          <w:p w14:paraId="4584C24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111F0993"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6EBEFAB5"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4A8B6DA9" w14:textId="77777777" w:rsidTr="005A5D5E">
        <w:tc>
          <w:tcPr>
            <w:tcW w:w="0" w:type="auto"/>
            <w:vMerge w:val="restart"/>
          </w:tcPr>
          <w:p w14:paraId="6199072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p w14:paraId="46B444E0" w14:textId="77777777" w:rsidR="0028446B" w:rsidRPr="00D32254" w:rsidRDefault="0028446B" w:rsidP="005A5D5E">
            <w:pPr>
              <w:jc w:val="center"/>
              <w:rPr>
                <w:rFonts w:ascii="Times New Roman" w:hAnsi="Times New Roman" w:cs="Times New Roman"/>
                <w:color w:val="000000" w:themeColor="text1"/>
              </w:rPr>
            </w:pPr>
          </w:p>
        </w:tc>
        <w:tc>
          <w:tcPr>
            <w:tcW w:w="0" w:type="auto"/>
            <w:vMerge w:val="restart"/>
          </w:tcPr>
          <w:p w14:paraId="0CC319D3"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KS-22-11</w:t>
            </w:r>
          </w:p>
          <w:p w14:paraId="33C25BF7"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424EE1EE"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Gadus chalcogrammus/G. morhua</w:t>
            </w:r>
          </w:p>
        </w:tc>
        <w:tc>
          <w:tcPr>
            <w:tcW w:w="0" w:type="auto"/>
          </w:tcPr>
          <w:p w14:paraId="673E4113"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65</w:t>
            </w:r>
          </w:p>
        </w:tc>
        <w:tc>
          <w:tcPr>
            <w:tcW w:w="0" w:type="auto"/>
          </w:tcPr>
          <w:p w14:paraId="5A53590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Very low read count</w:t>
            </w:r>
          </w:p>
        </w:tc>
      </w:tr>
      <w:tr w:rsidR="00D32254" w:rsidRPr="00D32254" w14:paraId="20F91C75" w14:textId="77777777" w:rsidTr="005A5D5E">
        <w:tc>
          <w:tcPr>
            <w:tcW w:w="0" w:type="auto"/>
            <w:vMerge/>
          </w:tcPr>
          <w:p w14:paraId="61FAB97E" w14:textId="77777777" w:rsidR="0028446B" w:rsidRPr="00D32254" w:rsidRDefault="0028446B" w:rsidP="005A5D5E">
            <w:pPr>
              <w:jc w:val="center"/>
              <w:rPr>
                <w:rFonts w:ascii="Times New Roman" w:hAnsi="Times New Roman" w:cs="Times New Roman"/>
                <w:color w:val="000000" w:themeColor="text1"/>
              </w:rPr>
            </w:pPr>
          </w:p>
        </w:tc>
        <w:tc>
          <w:tcPr>
            <w:tcW w:w="0" w:type="auto"/>
            <w:vMerge/>
          </w:tcPr>
          <w:p w14:paraId="6AAB1374"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40162C92"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Seriola dumerili</w:t>
            </w:r>
          </w:p>
        </w:tc>
        <w:tc>
          <w:tcPr>
            <w:tcW w:w="0" w:type="auto"/>
          </w:tcPr>
          <w:p w14:paraId="2DB8B84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258</w:t>
            </w:r>
          </w:p>
        </w:tc>
        <w:tc>
          <w:tcPr>
            <w:tcW w:w="0" w:type="auto"/>
          </w:tcPr>
          <w:p w14:paraId="228344F4"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Low read count</w:t>
            </w:r>
          </w:p>
        </w:tc>
      </w:tr>
      <w:tr w:rsidR="00D32254" w:rsidRPr="00D32254" w14:paraId="2BA1AE17" w14:textId="77777777" w:rsidTr="005A5D5E">
        <w:tc>
          <w:tcPr>
            <w:tcW w:w="0" w:type="auto"/>
            <w:vMerge/>
          </w:tcPr>
          <w:p w14:paraId="0FC589DA" w14:textId="77777777" w:rsidR="0028446B" w:rsidRPr="00D32254" w:rsidRDefault="0028446B" w:rsidP="005A5D5E">
            <w:pPr>
              <w:jc w:val="center"/>
              <w:rPr>
                <w:rFonts w:ascii="Times New Roman" w:hAnsi="Times New Roman" w:cs="Times New Roman"/>
                <w:color w:val="000000" w:themeColor="text1"/>
              </w:rPr>
            </w:pPr>
          </w:p>
        </w:tc>
        <w:tc>
          <w:tcPr>
            <w:tcW w:w="0" w:type="auto"/>
            <w:vMerge/>
          </w:tcPr>
          <w:p w14:paraId="28461F67"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252F7688"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Tridentiger brevispinis/T. kuroiwae</w:t>
            </w:r>
          </w:p>
        </w:tc>
        <w:tc>
          <w:tcPr>
            <w:tcW w:w="0" w:type="auto"/>
          </w:tcPr>
          <w:p w14:paraId="28E2F72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0" w:type="auto"/>
          </w:tcPr>
          <w:p w14:paraId="2630726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Low read count</w:t>
            </w:r>
          </w:p>
        </w:tc>
      </w:tr>
      <w:tr w:rsidR="00D32254" w:rsidRPr="00D32254" w14:paraId="5CF55F08" w14:textId="77777777" w:rsidTr="005A5D5E">
        <w:tc>
          <w:tcPr>
            <w:tcW w:w="0" w:type="auto"/>
            <w:vMerge/>
          </w:tcPr>
          <w:p w14:paraId="74A06592" w14:textId="77777777" w:rsidR="0028446B" w:rsidRPr="00D32254" w:rsidRDefault="0028446B" w:rsidP="005A5D5E">
            <w:pPr>
              <w:jc w:val="center"/>
              <w:rPr>
                <w:rFonts w:ascii="Times New Roman" w:hAnsi="Times New Roman" w:cs="Times New Roman"/>
                <w:color w:val="000000" w:themeColor="text1"/>
              </w:rPr>
            </w:pPr>
          </w:p>
        </w:tc>
        <w:tc>
          <w:tcPr>
            <w:tcW w:w="0" w:type="auto"/>
            <w:vMerge/>
          </w:tcPr>
          <w:p w14:paraId="48657B3D"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7835ADE5"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Zacco platypus</w:t>
            </w:r>
          </w:p>
        </w:tc>
        <w:tc>
          <w:tcPr>
            <w:tcW w:w="0" w:type="auto"/>
          </w:tcPr>
          <w:p w14:paraId="3E5D291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6114</w:t>
            </w:r>
          </w:p>
        </w:tc>
        <w:tc>
          <w:tcPr>
            <w:tcW w:w="0" w:type="auto"/>
          </w:tcPr>
          <w:p w14:paraId="16FF5891"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Freshwater species, doesn’t affect analysis</w:t>
            </w:r>
          </w:p>
        </w:tc>
      </w:tr>
      <w:tr w:rsidR="00D32254" w:rsidRPr="00D32254" w14:paraId="1C596362" w14:textId="77777777" w:rsidTr="005A5D5E">
        <w:tc>
          <w:tcPr>
            <w:tcW w:w="0" w:type="auto"/>
            <w:vMerge w:val="restart"/>
          </w:tcPr>
          <w:p w14:paraId="4C4BA420"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vMerge/>
          </w:tcPr>
          <w:p w14:paraId="0CE440E3"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2B99EF1A"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Cynoglossus joyneri</w:t>
            </w:r>
          </w:p>
        </w:tc>
        <w:tc>
          <w:tcPr>
            <w:tcW w:w="0" w:type="auto"/>
          </w:tcPr>
          <w:p w14:paraId="4B76797C"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w:t>
            </w:r>
          </w:p>
        </w:tc>
        <w:tc>
          <w:tcPr>
            <w:tcW w:w="0" w:type="auto"/>
          </w:tcPr>
          <w:p w14:paraId="1B1F5700"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Very Low read count</w:t>
            </w:r>
          </w:p>
        </w:tc>
      </w:tr>
      <w:tr w:rsidR="00D32254" w:rsidRPr="00D32254" w14:paraId="214E3D41" w14:textId="77777777" w:rsidTr="005A5D5E">
        <w:tc>
          <w:tcPr>
            <w:tcW w:w="0" w:type="auto"/>
            <w:vMerge/>
          </w:tcPr>
          <w:p w14:paraId="2C466BE9" w14:textId="77777777" w:rsidR="0028446B" w:rsidRPr="00D32254" w:rsidRDefault="0028446B" w:rsidP="005A5D5E">
            <w:pPr>
              <w:jc w:val="center"/>
              <w:rPr>
                <w:rFonts w:ascii="Times New Roman" w:hAnsi="Times New Roman" w:cs="Times New Roman"/>
                <w:color w:val="000000" w:themeColor="text1"/>
              </w:rPr>
            </w:pPr>
          </w:p>
        </w:tc>
        <w:tc>
          <w:tcPr>
            <w:tcW w:w="0" w:type="auto"/>
            <w:vMerge/>
          </w:tcPr>
          <w:p w14:paraId="24A6A429"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27F47C8E"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Notoscopelus japonicus</w:t>
            </w:r>
          </w:p>
        </w:tc>
        <w:tc>
          <w:tcPr>
            <w:tcW w:w="0" w:type="auto"/>
          </w:tcPr>
          <w:p w14:paraId="695B2E3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235</w:t>
            </w:r>
          </w:p>
        </w:tc>
        <w:tc>
          <w:tcPr>
            <w:tcW w:w="0" w:type="auto"/>
          </w:tcPr>
          <w:p w14:paraId="6A0A1ED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Low read count</w:t>
            </w:r>
          </w:p>
        </w:tc>
      </w:tr>
      <w:tr w:rsidR="00D32254" w:rsidRPr="00D32254" w14:paraId="28992DC1" w14:textId="77777777" w:rsidTr="005A5D5E">
        <w:tc>
          <w:tcPr>
            <w:tcW w:w="0" w:type="auto"/>
            <w:vMerge/>
          </w:tcPr>
          <w:p w14:paraId="5190B8F5" w14:textId="77777777" w:rsidR="0028446B" w:rsidRPr="00D32254" w:rsidRDefault="0028446B" w:rsidP="005A5D5E">
            <w:pPr>
              <w:jc w:val="center"/>
              <w:rPr>
                <w:rFonts w:ascii="Times New Roman" w:hAnsi="Times New Roman" w:cs="Times New Roman"/>
                <w:color w:val="000000" w:themeColor="text1"/>
              </w:rPr>
            </w:pPr>
          </w:p>
        </w:tc>
        <w:tc>
          <w:tcPr>
            <w:tcW w:w="0" w:type="auto"/>
            <w:vMerge/>
          </w:tcPr>
          <w:p w14:paraId="381480BF"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059BEEE4"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Maurolicus muelleri</w:t>
            </w:r>
          </w:p>
        </w:tc>
        <w:tc>
          <w:tcPr>
            <w:tcW w:w="0" w:type="auto"/>
          </w:tcPr>
          <w:p w14:paraId="4A28499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158</w:t>
            </w:r>
          </w:p>
        </w:tc>
        <w:tc>
          <w:tcPr>
            <w:tcW w:w="0" w:type="auto"/>
          </w:tcPr>
          <w:p w14:paraId="069BF881"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Low read count</w:t>
            </w:r>
          </w:p>
        </w:tc>
      </w:tr>
      <w:tr w:rsidR="00D32254" w:rsidRPr="00D32254" w14:paraId="3DC33C64" w14:textId="77777777" w:rsidTr="005A5D5E">
        <w:tc>
          <w:tcPr>
            <w:tcW w:w="0" w:type="auto"/>
            <w:vMerge/>
          </w:tcPr>
          <w:p w14:paraId="177D0421" w14:textId="77777777" w:rsidR="0028446B" w:rsidRPr="00D32254" w:rsidRDefault="0028446B" w:rsidP="005A5D5E">
            <w:pPr>
              <w:jc w:val="center"/>
              <w:rPr>
                <w:rFonts w:ascii="Times New Roman" w:hAnsi="Times New Roman" w:cs="Times New Roman"/>
                <w:color w:val="000000" w:themeColor="text1"/>
              </w:rPr>
            </w:pPr>
          </w:p>
        </w:tc>
        <w:tc>
          <w:tcPr>
            <w:tcW w:w="0" w:type="auto"/>
            <w:vMerge/>
          </w:tcPr>
          <w:p w14:paraId="3214369D"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4C7FE998" w14:textId="77777777" w:rsidR="0028446B" w:rsidRPr="00D32254" w:rsidRDefault="0028446B" w:rsidP="005A5D5E">
            <w:pPr>
              <w:jc w:val="center"/>
              <w:rPr>
                <w:rFonts w:ascii="Times New Roman" w:hAnsi="Times New Roman" w:cs="Times New Roman"/>
                <w:i/>
                <w:iCs/>
                <w:color w:val="000000" w:themeColor="text1"/>
              </w:rPr>
            </w:pPr>
            <w:r w:rsidRPr="00D32254">
              <w:rPr>
                <w:rFonts w:ascii="Times New Roman" w:hAnsi="Times New Roman" w:cs="Times New Roman"/>
                <w:i/>
                <w:iCs/>
                <w:color w:val="000000" w:themeColor="text1"/>
              </w:rPr>
              <w:t>Carassius auratus buergeri/C. auratus</w:t>
            </w:r>
          </w:p>
        </w:tc>
        <w:tc>
          <w:tcPr>
            <w:tcW w:w="0" w:type="auto"/>
          </w:tcPr>
          <w:p w14:paraId="62314DC6"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149</w:t>
            </w:r>
          </w:p>
        </w:tc>
        <w:tc>
          <w:tcPr>
            <w:tcW w:w="0" w:type="auto"/>
          </w:tcPr>
          <w:p w14:paraId="188191C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Low read count</w:t>
            </w:r>
          </w:p>
        </w:tc>
      </w:tr>
      <w:tr w:rsidR="00D32254" w:rsidRPr="00D32254" w14:paraId="2A0271EE" w14:textId="77777777" w:rsidTr="005A5D5E">
        <w:tc>
          <w:tcPr>
            <w:tcW w:w="0" w:type="auto"/>
          </w:tcPr>
          <w:p w14:paraId="05F096C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vMerge w:val="restart"/>
          </w:tcPr>
          <w:p w14:paraId="79D530F2"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0" w:type="auto"/>
          </w:tcPr>
          <w:p w14:paraId="02C3C042"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2AB35FB2"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3E6B009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1FBFD18F" w14:textId="77777777" w:rsidTr="005A5D5E">
        <w:tc>
          <w:tcPr>
            <w:tcW w:w="0" w:type="auto"/>
          </w:tcPr>
          <w:p w14:paraId="3AD97F7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vMerge/>
          </w:tcPr>
          <w:p w14:paraId="44FBE76D"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0EEA095B"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4375A9D9"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1401AFB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6D2DA0F8" w14:textId="77777777" w:rsidTr="005A5D5E">
        <w:tc>
          <w:tcPr>
            <w:tcW w:w="0" w:type="auto"/>
          </w:tcPr>
          <w:p w14:paraId="1CD72402"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vMerge w:val="restart"/>
          </w:tcPr>
          <w:p w14:paraId="048D180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0" w:type="auto"/>
          </w:tcPr>
          <w:p w14:paraId="33DF79F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1F56E621"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63C73AF4"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256982D9" w14:textId="77777777" w:rsidTr="005A5D5E">
        <w:tc>
          <w:tcPr>
            <w:tcW w:w="0" w:type="auto"/>
          </w:tcPr>
          <w:p w14:paraId="0A852D61"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vMerge/>
          </w:tcPr>
          <w:p w14:paraId="322A8947"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24E1349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6EAC8AB4"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6C521E83"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5D405DAC" w14:textId="77777777" w:rsidTr="005A5D5E">
        <w:tc>
          <w:tcPr>
            <w:tcW w:w="0" w:type="auto"/>
          </w:tcPr>
          <w:p w14:paraId="5BCD910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vMerge w:val="restart"/>
          </w:tcPr>
          <w:p w14:paraId="78419D5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KS-21-12</w:t>
            </w:r>
          </w:p>
        </w:tc>
        <w:tc>
          <w:tcPr>
            <w:tcW w:w="0" w:type="auto"/>
          </w:tcPr>
          <w:p w14:paraId="083E3714"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55D3A25A"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3308375B"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74A8E7A5" w14:textId="77777777" w:rsidTr="005A5D5E">
        <w:tc>
          <w:tcPr>
            <w:tcW w:w="0" w:type="auto"/>
          </w:tcPr>
          <w:p w14:paraId="0956717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vMerge/>
          </w:tcPr>
          <w:p w14:paraId="544CB8BA"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1E579C20"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220D4853"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729C63AD"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0347FF35" w14:textId="77777777" w:rsidTr="005A5D5E">
        <w:tc>
          <w:tcPr>
            <w:tcW w:w="0" w:type="auto"/>
          </w:tcPr>
          <w:p w14:paraId="0ECB9244"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vMerge w:val="restart"/>
          </w:tcPr>
          <w:p w14:paraId="32B6EEC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0" w:type="auto"/>
          </w:tcPr>
          <w:p w14:paraId="2EF32B59"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41D2D41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5020541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377605E5" w14:textId="77777777" w:rsidTr="005A5D5E">
        <w:tc>
          <w:tcPr>
            <w:tcW w:w="0" w:type="auto"/>
          </w:tcPr>
          <w:p w14:paraId="7C1654D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vMerge/>
          </w:tcPr>
          <w:p w14:paraId="7FC1ABF9"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43EF6791"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5265061C"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08A8313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27F9D4A7" w14:textId="77777777" w:rsidTr="005A5D5E">
        <w:tc>
          <w:tcPr>
            <w:tcW w:w="0" w:type="auto"/>
          </w:tcPr>
          <w:p w14:paraId="45CCEB06"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vMerge w:val="restart"/>
          </w:tcPr>
          <w:p w14:paraId="61610DEF"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 (leg1)</w:t>
            </w:r>
          </w:p>
        </w:tc>
        <w:tc>
          <w:tcPr>
            <w:tcW w:w="0" w:type="auto"/>
          </w:tcPr>
          <w:p w14:paraId="636071F9"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060149BB"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7A765077"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5A8DC064" w14:textId="77777777" w:rsidTr="005A5D5E">
        <w:tc>
          <w:tcPr>
            <w:tcW w:w="0" w:type="auto"/>
          </w:tcPr>
          <w:p w14:paraId="365FC20A"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vMerge/>
          </w:tcPr>
          <w:p w14:paraId="12A3DC64"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334AAB3D"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529824D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31CB2D18"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4B474232" w14:textId="77777777" w:rsidTr="005A5D5E">
        <w:tc>
          <w:tcPr>
            <w:tcW w:w="0" w:type="auto"/>
          </w:tcPr>
          <w:p w14:paraId="0B1AB1E5"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vMerge w:val="restart"/>
          </w:tcPr>
          <w:p w14:paraId="1A275172"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KH-23-3 (leg2)</w:t>
            </w:r>
          </w:p>
        </w:tc>
        <w:tc>
          <w:tcPr>
            <w:tcW w:w="0" w:type="auto"/>
          </w:tcPr>
          <w:p w14:paraId="716C3F2E"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60C0AD76"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5ACB7B55"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1C8059B8" w14:textId="77777777" w:rsidTr="005A5D5E">
        <w:tc>
          <w:tcPr>
            <w:tcW w:w="0" w:type="auto"/>
          </w:tcPr>
          <w:p w14:paraId="07C35B99"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vMerge/>
          </w:tcPr>
          <w:p w14:paraId="6C9DB17B" w14:textId="77777777" w:rsidR="0028446B" w:rsidRPr="00D32254" w:rsidRDefault="0028446B" w:rsidP="005A5D5E">
            <w:pPr>
              <w:jc w:val="center"/>
              <w:rPr>
                <w:rFonts w:ascii="Times New Roman" w:hAnsi="Times New Roman" w:cs="Times New Roman"/>
                <w:color w:val="000000" w:themeColor="text1"/>
              </w:rPr>
            </w:pPr>
          </w:p>
        </w:tc>
        <w:tc>
          <w:tcPr>
            <w:tcW w:w="0" w:type="auto"/>
          </w:tcPr>
          <w:p w14:paraId="78AE9EA9"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Not detected</w:t>
            </w:r>
          </w:p>
        </w:tc>
        <w:tc>
          <w:tcPr>
            <w:tcW w:w="0" w:type="auto"/>
          </w:tcPr>
          <w:p w14:paraId="5E09B7A6"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c>
          <w:tcPr>
            <w:tcW w:w="0" w:type="auto"/>
          </w:tcPr>
          <w:p w14:paraId="35D737B1" w14:textId="77777777" w:rsidR="0028446B" w:rsidRPr="00D32254" w:rsidRDefault="0028446B" w:rsidP="005A5D5E">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28446B" w:rsidRPr="00D32254" w14:paraId="3BE52F74" w14:textId="77777777" w:rsidTr="005A5D5E">
        <w:tc>
          <w:tcPr>
            <w:tcW w:w="0" w:type="auto"/>
          </w:tcPr>
          <w:p w14:paraId="02FEA836" w14:textId="77777777" w:rsidR="0028446B" w:rsidRPr="00D32254" w:rsidRDefault="0028446B" w:rsidP="005A5D5E">
            <w:pPr>
              <w:rPr>
                <w:rFonts w:ascii="Times New Roman" w:hAnsi="Times New Roman" w:cs="Times New Roman"/>
                <w:color w:val="000000" w:themeColor="text1"/>
              </w:rPr>
            </w:pPr>
            <w:r w:rsidRPr="00D32254">
              <w:rPr>
                <w:rFonts w:ascii="Times New Roman" w:hAnsi="Times New Roman" w:cs="Times New Roman"/>
                <w:color w:val="000000" w:themeColor="text1"/>
              </w:rPr>
              <w:t>No negative control</w:t>
            </w:r>
          </w:p>
        </w:tc>
        <w:tc>
          <w:tcPr>
            <w:tcW w:w="0" w:type="auto"/>
            <w:gridSpan w:val="4"/>
          </w:tcPr>
          <w:p w14:paraId="7E87D437" w14:textId="77777777" w:rsidR="0028446B" w:rsidRPr="00D32254" w:rsidRDefault="0028446B" w:rsidP="005A5D5E">
            <w:pPr>
              <w:rPr>
                <w:rFonts w:ascii="Times New Roman" w:hAnsi="Times New Roman" w:cs="Times New Roman"/>
                <w:color w:val="000000" w:themeColor="text1"/>
              </w:rPr>
            </w:pPr>
            <w:r w:rsidRPr="00D32254">
              <w:rPr>
                <w:rFonts w:ascii="Times New Roman" w:hAnsi="Times New Roman" w:cs="Times New Roman"/>
                <w:color w:val="000000" w:themeColor="text1"/>
              </w:rPr>
              <w:t>KS-18-5</w:t>
            </w:r>
          </w:p>
        </w:tc>
      </w:tr>
    </w:tbl>
    <w:p w14:paraId="37FC24A4" w14:textId="098EA559" w:rsidR="0028446B" w:rsidRPr="00D32254" w:rsidRDefault="0028446B" w:rsidP="004602D9">
      <w:pPr>
        <w:rPr>
          <w:rFonts w:ascii="Times New Roman" w:hAnsi="Times New Roman" w:cs="Times New Roman"/>
          <w:color w:val="000000" w:themeColor="text1"/>
        </w:rPr>
        <w:sectPr w:rsidR="0028446B" w:rsidRPr="00D32254" w:rsidSect="00166686">
          <w:pgSz w:w="11900" w:h="16840"/>
          <w:pgMar w:top="1440" w:right="1440" w:bottom="1440" w:left="1440" w:header="708" w:footer="708" w:gutter="0"/>
          <w:cols w:space="708"/>
          <w:docGrid w:linePitch="360"/>
        </w:sectPr>
      </w:pPr>
    </w:p>
    <w:p w14:paraId="00CE99C0" w14:textId="77777777" w:rsidR="00166686" w:rsidRPr="00D32254" w:rsidRDefault="00166686" w:rsidP="00166686">
      <w:pPr>
        <w:rPr>
          <w:rFonts w:ascii="Times New Roman" w:hAnsi="Times New Roman" w:cs="Times New Roman"/>
          <w:color w:val="000000" w:themeColor="text1"/>
        </w:rPr>
      </w:pPr>
      <w:r w:rsidRPr="00D32254">
        <w:rPr>
          <w:rFonts w:ascii="Times New Roman" w:hAnsi="Times New Roman" w:cs="Times New Roman"/>
          <w:b/>
          <w:bCs/>
          <w:color w:val="000000" w:themeColor="text1"/>
        </w:rPr>
        <w:lastRenderedPageBreak/>
        <w:t xml:space="preserve">Table S3 </w:t>
      </w:r>
      <w:r w:rsidRPr="00D32254">
        <w:rPr>
          <w:rFonts w:ascii="Times New Roman" w:hAnsi="Times New Roman" w:cs="Times New Roman"/>
          <w:color w:val="000000" w:themeColor="text1"/>
        </w:rPr>
        <w:t>Environmental data collected across sampling stations during all cruises</w:t>
      </w:r>
    </w:p>
    <w:p w14:paraId="10ED1439" w14:textId="77777777" w:rsidR="00166686" w:rsidRPr="00D32254" w:rsidRDefault="00166686" w:rsidP="00166686">
      <w:pPr>
        <w:rPr>
          <w:rFonts w:ascii="Times New Roman" w:hAnsi="Times New Roman" w:cs="Times New Roman"/>
          <w:color w:val="000000" w:themeColor="text1"/>
        </w:rPr>
      </w:pPr>
    </w:p>
    <w:tbl>
      <w:tblPr>
        <w:tblStyle w:val="18"/>
        <w:tblW w:w="0" w:type="auto"/>
        <w:tblLook w:val="04A0" w:firstRow="1" w:lastRow="0" w:firstColumn="1" w:lastColumn="0" w:noHBand="0" w:noVBand="1"/>
      </w:tblPr>
      <w:tblGrid>
        <w:gridCol w:w="1129"/>
        <w:gridCol w:w="889"/>
        <w:gridCol w:w="1182"/>
        <w:gridCol w:w="1023"/>
        <w:gridCol w:w="808"/>
        <w:gridCol w:w="1463"/>
        <w:gridCol w:w="938"/>
        <w:gridCol w:w="1329"/>
        <w:gridCol w:w="730"/>
        <w:gridCol w:w="1060"/>
        <w:gridCol w:w="1170"/>
        <w:gridCol w:w="962"/>
      </w:tblGrid>
      <w:tr w:rsidR="00D32254" w:rsidRPr="00D32254" w14:paraId="3D1938CB" w14:textId="77777777" w:rsidTr="00F86F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22D8E65" w14:textId="77777777" w:rsidR="00166686" w:rsidRPr="00D32254" w:rsidRDefault="00166686" w:rsidP="00D42A36">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Cruise</w:t>
            </w:r>
          </w:p>
        </w:tc>
        <w:tc>
          <w:tcPr>
            <w:tcW w:w="600" w:type="dxa"/>
          </w:tcPr>
          <w:p w14:paraId="58BCAD2B"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Station</w:t>
            </w:r>
          </w:p>
        </w:tc>
        <w:tc>
          <w:tcPr>
            <w:tcW w:w="1182" w:type="dxa"/>
          </w:tcPr>
          <w:p w14:paraId="594C1F10"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Longitude</w:t>
            </w:r>
          </w:p>
        </w:tc>
        <w:tc>
          <w:tcPr>
            <w:tcW w:w="1023" w:type="dxa"/>
          </w:tcPr>
          <w:p w14:paraId="58509DD9"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Latitude</w:t>
            </w:r>
          </w:p>
        </w:tc>
        <w:tc>
          <w:tcPr>
            <w:tcW w:w="779" w:type="dxa"/>
          </w:tcPr>
          <w:p w14:paraId="78A9C86C"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32254">
              <w:rPr>
                <w:rFonts w:ascii="Times New Roman" w:hAnsi="Times New Roman" w:cs="Times New Roman"/>
                <w:color w:val="000000" w:themeColor="text1"/>
              </w:rPr>
              <w:t>Chl_a</w:t>
            </w:r>
          </w:p>
          <w:p w14:paraId="27C48365" w14:textId="15EA2968" w:rsidR="00D42A36" w:rsidRPr="00D32254" w:rsidRDefault="00D42A3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(µg/L)</w:t>
            </w:r>
          </w:p>
        </w:tc>
        <w:tc>
          <w:tcPr>
            <w:tcW w:w="1463" w:type="dxa"/>
          </w:tcPr>
          <w:p w14:paraId="327CBA51" w14:textId="77777777" w:rsidR="00D42A3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32254">
              <w:rPr>
                <w:rFonts w:ascii="Times New Roman" w:hAnsi="Times New Roman" w:cs="Times New Roman"/>
                <w:color w:val="000000" w:themeColor="text1"/>
              </w:rPr>
              <w:t>Temperature</w:t>
            </w:r>
          </w:p>
          <w:p w14:paraId="38F1934E" w14:textId="61812531" w:rsidR="00166686" w:rsidRPr="00D32254" w:rsidRDefault="00D42A3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w:t>
            </w:r>
          </w:p>
        </w:tc>
        <w:tc>
          <w:tcPr>
            <w:tcW w:w="938" w:type="dxa"/>
          </w:tcPr>
          <w:p w14:paraId="290A0917"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32254">
              <w:rPr>
                <w:rFonts w:ascii="Times New Roman" w:hAnsi="Times New Roman" w:cs="Times New Roman"/>
                <w:color w:val="000000" w:themeColor="text1"/>
              </w:rPr>
              <w:t>Salinity</w:t>
            </w:r>
          </w:p>
          <w:p w14:paraId="26ACFA78" w14:textId="1E27F72A" w:rsidR="00D42A36" w:rsidRPr="00D32254" w:rsidRDefault="00D42A3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(PSU)</w:t>
            </w:r>
          </w:p>
        </w:tc>
        <w:tc>
          <w:tcPr>
            <w:tcW w:w="1329" w:type="dxa"/>
          </w:tcPr>
          <w:p w14:paraId="3A0DA814"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32254">
              <w:rPr>
                <w:rFonts w:ascii="Times New Roman" w:hAnsi="Times New Roman" w:cs="Times New Roman"/>
                <w:color w:val="000000" w:themeColor="text1"/>
              </w:rPr>
              <w:t>Max_Depth</w:t>
            </w:r>
          </w:p>
          <w:p w14:paraId="55118CFB" w14:textId="1E43252A" w:rsidR="00D42A36" w:rsidRPr="00D32254" w:rsidRDefault="00D42A3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(m)</w:t>
            </w:r>
          </w:p>
        </w:tc>
        <w:tc>
          <w:tcPr>
            <w:tcW w:w="730" w:type="dxa"/>
          </w:tcPr>
          <w:p w14:paraId="34CED9D2"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32254">
              <w:rPr>
                <w:rFonts w:ascii="Times New Roman" w:hAnsi="Times New Roman" w:cs="Times New Roman"/>
                <w:color w:val="000000" w:themeColor="text1"/>
              </w:rPr>
              <w:t>MLD</w:t>
            </w:r>
          </w:p>
          <w:p w14:paraId="1D5A6CA7" w14:textId="509FC24F" w:rsidR="00D42A36" w:rsidRPr="00D32254" w:rsidRDefault="00D42A3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(m)</w:t>
            </w:r>
          </w:p>
        </w:tc>
        <w:tc>
          <w:tcPr>
            <w:tcW w:w="1060" w:type="dxa"/>
          </w:tcPr>
          <w:p w14:paraId="19087725"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sidRPr="00D32254">
              <w:rPr>
                <w:rFonts w:ascii="Times New Roman" w:hAnsi="Times New Roman" w:cs="Times New Roman"/>
                <w:color w:val="000000" w:themeColor="text1"/>
              </w:rPr>
              <w:t>Potential Density</w:t>
            </w:r>
          </w:p>
          <w:p w14:paraId="3106F2A0" w14:textId="0177BF8F" w:rsidR="00D42A36" w:rsidRPr="00D32254" w:rsidRDefault="00D42A3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(kg/m³)</w:t>
            </w:r>
          </w:p>
        </w:tc>
        <w:tc>
          <w:tcPr>
            <w:tcW w:w="1170" w:type="dxa"/>
          </w:tcPr>
          <w:p w14:paraId="7296A130"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Time of Sample Collection</w:t>
            </w:r>
          </w:p>
        </w:tc>
        <w:tc>
          <w:tcPr>
            <w:tcW w:w="962" w:type="dxa"/>
          </w:tcPr>
          <w:p w14:paraId="17B2B011" w14:textId="77777777" w:rsidR="00166686" w:rsidRPr="00D32254" w:rsidRDefault="00166686" w:rsidP="00D42A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Season</w:t>
            </w:r>
          </w:p>
        </w:tc>
      </w:tr>
      <w:tr w:rsidR="00D32254" w:rsidRPr="00D32254" w14:paraId="3986E593"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BA49B91"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44F0B8A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A00</w:t>
            </w:r>
          </w:p>
        </w:tc>
        <w:tc>
          <w:tcPr>
            <w:tcW w:w="1182" w:type="dxa"/>
          </w:tcPr>
          <w:p w14:paraId="61E8DA9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142.55</w:t>
            </w:r>
          </w:p>
        </w:tc>
        <w:tc>
          <w:tcPr>
            <w:tcW w:w="1023" w:type="dxa"/>
          </w:tcPr>
          <w:p w14:paraId="3D170A0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39.36</w:t>
            </w:r>
          </w:p>
        </w:tc>
        <w:tc>
          <w:tcPr>
            <w:tcW w:w="779" w:type="dxa"/>
          </w:tcPr>
          <w:p w14:paraId="37E9993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2.94</w:t>
            </w:r>
          </w:p>
        </w:tc>
        <w:tc>
          <w:tcPr>
            <w:tcW w:w="1463" w:type="dxa"/>
          </w:tcPr>
          <w:p w14:paraId="17A6F26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4.6</w:t>
            </w:r>
          </w:p>
        </w:tc>
        <w:tc>
          <w:tcPr>
            <w:tcW w:w="938" w:type="dxa"/>
          </w:tcPr>
          <w:p w14:paraId="7AAE07B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33.27</w:t>
            </w:r>
          </w:p>
        </w:tc>
        <w:tc>
          <w:tcPr>
            <w:tcW w:w="1329" w:type="dxa"/>
          </w:tcPr>
          <w:p w14:paraId="016B27C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6063.7</w:t>
            </w:r>
          </w:p>
        </w:tc>
        <w:tc>
          <w:tcPr>
            <w:tcW w:w="730" w:type="dxa"/>
          </w:tcPr>
          <w:p w14:paraId="06E2334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w:t>
            </w:r>
          </w:p>
        </w:tc>
        <w:tc>
          <w:tcPr>
            <w:tcW w:w="1060" w:type="dxa"/>
          </w:tcPr>
          <w:p w14:paraId="2ED6A5F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26.23</w:t>
            </w:r>
          </w:p>
        </w:tc>
        <w:tc>
          <w:tcPr>
            <w:tcW w:w="1170" w:type="dxa"/>
          </w:tcPr>
          <w:p w14:paraId="7BA9619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2C1194D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0CE57244"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7221578"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419E40A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A01</w:t>
            </w:r>
          </w:p>
        </w:tc>
        <w:tc>
          <w:tcPr>
            <w:tcW w:w="1182" w:type="dxa"/>
          </w:tcPr>
          <w:p w14:paraId="6F226ED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142.15</w:t>
            </w:r>
          </w:p>
        </w:tc>
        <w:tc>
          <w:tcPr>
            <w:tcW w:w="1023" w:type="dxa"/>
          </w:tcPr>
          <w:p w14:paraId="17037F8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7C40524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0.78</w:t>
            </w:r>
          </w:p>
        </w:tc>
        <w:tc>
          <w:tcPr>
            <w:tcW w:w="1463" w:type="dxa"/>
          </w:tcPr>
          <w:p w14:paraId="4AA07D4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7.86</w:t>
            </w:r>
          </w:p>
        </w:tc>
        <w:tc>
          <w:tcPr>
            <w:tcW w:w="938" w:type="dxa"/>
          </w:tcPr>
          <w:p w14:paraId="09F1E0D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33.76</w:t>
            </w:r>
          </w:p>
        </w:tc>
        <w:tc>
          <w:tcPr>
            <w:tcW w:w="1329" w:type="dxa"/>
          </w:tcPr>
          <w:p w14:paraId="1F4B2A6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6329.2</w:t>
            </w:r>
          </w:p>
        </w:tc>
        <w:tc>
          <w:tcPr>
            <w:tcW w:w="730" w:type="dxa"/>
          </w:tcPr>
          <w:p w14:paraId="21A5FE1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64</w:t>
            </w:r>
          </w:p>
        </w:tc>
        <w:tc>
          <w:tcPr>
            <w:tcW w:w="1060" w:type="dxa"/>
          </w:tcPr>
          <w:p w14:paraId="7811A84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26.2</w:t>
            </w:r>
          </w:p>
        </w:tc>
        <w:tc>
          <w:tcPr>
            <w:tcW w:w="1170" w:type="dxa"/>
          </w:tcPr>
          <w:p w14:paraId="587253A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350145F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6BAAFA92"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95D5F43"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6E1C6E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A02</w:t>
            </w:r>
          </w:p>
        </w:tc>
        <w:tc>
          <w:tcPr>
            <w:tcW w:w="1182" w:type="dxa"/>
          </w:tcPr>
          <w:p w14:paraId="53D7341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142.01</w:t>
            </w:r>
          </w:p>
        </w:tc>
        <w:tc>
          <w:tcPr>
            <w:tcW w:w="1023" w:type="dxa"/>
          </w:tcPr>
          <w:p w14:paraId="01F520C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33F8544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0.75</w:t>
            </w:r>
          </w:p>
        </w:tc>
        <w:tc>
          <w:tcPr>
            <w:tcW w:w="1463" w:type="dxa"/>
          </w:tcPr>
          <w:p w14:paraId="58C51E2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8.11</w:t>
            </w:r>
          </w:p>
        </w:tc>
        <w:tc>
          <w:tcPr>
            <w:tcW w:w="938" w:type="dxa"/>
          </w:tcPr>
          <w:p w14:paraId="1D22952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33.73</w:t>
            </w:r>
          </w:p>
        </w:tc>
        <w:tc>
          <w:tcPr>
            <w:tcW w:w="1329" w:type="dxa"/>
          </w:tcPr>
          <w:p w14:paraId="52C11B5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6715</w:t>
            </w:r>
          </w:p>
        </w:tc>
        <w:tc>
          <w:tcPr>
            <w:tcW w:w="730" w:type="dxa"/>
          </w:tcPr>
          <w:p w14:paraId="5541A89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46</w:t>
            </w:r>
          </w:p>
        </w:tc>
        <w:tc>
          <w:tcPr>
            <w:tcW w:w="1060" w:type="dxa"/>
          </w:tcPr>
          <w:p w14:paraId="52EDDBE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26.14</w:t>
            </w:r>
          </w:p>
        </w:tc>
        <w:tc>
          <w:tcPr>
            <w:tcW w:w="1170" w:type="dxa"/>
          </w:tcPr>
          <w:p w14:paraId="0A1B3E5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5232386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4114D886"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95B987F"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69F5F15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B01</w:t>
            </w:r>
          </w:p>
        </w:tc>
        <w:tc>
          <w:tcPr>
            <w:tcW w:w="1182" w:type="dxa"/>
          </w:tcPr>
          <w:p w14:paraId="1B39639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w:t>
            </w:r>
          </w:p>
        </w:tc>
        <w:tc>
          <w:tcPr>
            <w:tcW w:w="1023" w:type="dxa"/>
          </w:tcPr>
          <w:p w14:paraId="03AE536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38</w:t>
            </w:r>
          </w:p>
        </w:tc>
        <w:tc>
          <w:tcPr>
            <w:tcW w:w="779" w:type="dxa"/>
          </w:tcPr>
          <w:p w14:paraId="51C33F9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0.81</w:t>
            </w:r>
          </w:p>
        </w:tc>
        <w:tc>
          <w:tcPr>
            <w:tcW w:w="1463" w:type="dxa"/>
          </w:tcPr>
          <w:p w14:paraId="4A6B1FC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8.33</w:t>
            </w:r>
          </w:p>
        </w:tc>
        <w:tc>
          <w:tcPr>
            <w:tcW w:w="938" w:type="dxa"/>
          </w:tcPr>
          <w:p w14:paraId="0AAFF22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33.81</w:t>
            </w:r>
          </w:p>
        </w:tc>
        <w:tc>
          <w:tcPr>
            <w:tcW w:w="1329" w:type="dxa"/>
          </w:tcPr>
          <w:p w14:paraId="1AE9DDF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5049</w:t>
            </w:r>
          </w:p>
        </w:tc>
        <w:tc>
          <w:tcPr>
            <w:tcW w:w="730" w:type="dxa"/>
          </w:tcPr>
          <w:p w14:paraId="18F4589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1060" w:type="dxa"/>
          </w:tcPr>
          <w:p w14:paraId="70F7843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26.17</w:t>
            </w:r>
          </w:p>
        </w:tc>
        <w:tc>
          <w:tcPr>
            <w:tcW w:w="1170" w:type="dxa"/>
          </w:tcPr>
          <w:p w14:paraId="62988A1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10F5CF0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329A01C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7C36C5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7F2103E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C01</w:t>
            </w:r>
          </w:p>
        </w:tc>
        <w:tc>
          <w:tcPr>
            <w:tcW w:w="1182" w:type="dxa"/>
          </w:tcPr>
          <w:p w14:paraId="309F7FC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141.5</w:t>
            </w:r>
          </w:p>
        </w:tc>
        <w:tc>
          <w:tcPr>
            <w:tcW w:w="1023" w:type="dxa"/>
          </w:tcPr>
          <w:p w14:paraId="71F5941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w:t>
            </w:r>
          </w:p>
        </w:tc>
        <w:tc>
          <w:tcPr>
            <w:tcW w:w="779" w:type="dxa"/>
          </w:tcPr>
          <w:p w14:paraId="753F02E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0.94</w:t>
            </w:r>
          </w:p>
        </w:tc>
        <w:tc>
          <w:tcPr>
            <w:tcW w:w="1463" w:type="dxa"/>
          </w:tcPr>
          <w:p w14:paraId="0D6056B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16.41</w:t>
            </w:r>
          </w:p>
        </w:tc>
        <w:tc>
          <w:tcPr>
            <w:tcW w:w="938" w:type="dxa"/>
          </w:tcPr>
          <w:p w14:paraId="43EBF78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34.69</w:t>
            </w:r>
          </w:p>
        </w:tc>
        <w:tc>
          <w:tcPr>
            <w:tcW w:w="1329" w:type="dxa"/>
          </w:tcPr>
          <w:p w14:paraId="4E85088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5743.2</w:t>
            </w:r>
          </w:p>
        </w:tc>
        <w:tc>
          <w:tcPr>
            <w:tcW w:w="730" w:type="dxa"/>
          </w:tcPr>
          <w:p w14:paraId="60A6271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1060" w:type="dxa"/>
          </w:tcPr>
          <w:p w14:paraId="6136B90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25.3</w:t>
            </w:r>
          </w:p>
        </w:tc>
        <w:tc>
          <w:tcPr>
            <w:tcW w:w="1170" w:type="dxa"/>
          </w:tcPr>
          <w:p w14:paraId="0B66392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6BABA30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4BCFBD2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94439F0"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296FA0E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C02</w:t>
            </w:r>
          </w:p>
        </w:tc>
        <w:tc>
          <w:tcPr>
            <w:tcW w:w="1182" w:type="dxa"/>
          </w:tcPr>
          <w:p w14:paraId="3A7D7DC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142.52</w:t>
            </w:r>
          </w:p>
        </w:tc>
        <w:tc>
          <w:tcPr>
            <w:tcW w:w="1023" w:type="dxa"/>
          </w:tcPr>
          <w:p w14:paraId="7B4F721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37.01</w:t>
            </w:r>
          </w:p>
        </w:tc>
        <w:tc>
          <w:tcPr>
            <w:tcW w:w="779" w:type="dxa"/>
          </w:tcPr>
          <w:p w14:paraId="31D9CA8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0.94</w:t>
            </w:r>
          </w:p>
        </w:tc>
        <w:tc>
          <w:tcPr>
            <w:tcW w:w="1463" w:type="dxa"/>
          </w:tcPr>
          <w:p w14:paraId="0B3B90F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16.41</w:t>
            </w:r>
          </w:p>
        </w:tc>
        <w:tc>
          <w:tcPr>
            <w:tcW w:w="938" w:type="dxa"/>
          </w:tcPr>
          <w:p w14:paraId="0734E0C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34.69</w:t>
            </w:r>
          </w:p>
        </w:tc>
        <w:tc>
          <w:tcPr>
            <w:tcW w:w="1329" w:type="dxa"/>
          </w:tcPr>
          <w:p w14:paraId="129FB04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6671.9</w:t>
            </w:r>
          </w:p>
        </w:tc>
        <w:tc>
          <w:tcPr>
            <w:tcW w:w="730" w:type="dxa"/>
          </w:tcPr>
          <w:p w14:paraId="133A249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w:t>
            </w:r>
          </w:p>
        </w:tc>
        <w:tc>
          <w:tcPr>
            <w:tcW w:w="1060" w:type="dxa"/>
          </w:tcPr>
          <w:p w14:paraId="389A0F9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25.3</w:t>
            </w:r>
          </w:p>
        </w:tc>
        <w:tc>
          <w:tcPr>
            <w:tcW w:w="1170" w:type="dxa"/>
          </w:tcPr>
          <w:p w14:paraId="0955EFA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0D87A1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33936BD2"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B999A33"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4EBD867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C05</w:t>
            </w:r>
          </w:p>
        </w:tc>
        <w:tc>
          <w:tcPr>
            <w:tcW w:w="1182" w:type="dxa"/>
          </w:tcPr>
          <w:p w14:paraId="57DC91A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141.48</w:t>
            </w:r>
          </w:p>
        </w:tc>
        <w:tc>
          <w:tcPr>
            <w:tcW w:w="1023" w:type="dxa"/>
          </w:tcPr>
          <w:p w14:paraId="43CD326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w:t>
            </w:r>
          </w:p>
        </w:tc>
        <w:tc>
          <w:tcPr>
            <w:tcW w:w="779" w:type="dxa"/>
          </w:tcPr>
          <w:p w14:paraId="3214494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1463" w:type="dxa"/>
          </w:tcPr>
          <w:p w14:paraId="4F4B0B4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16.72</w:t>
            </w:r>
          </w:p>
        </w:tc>
        <w:tc>
          <w:tcPr>
            <w:tcW w:w="938" w:type="dxa"/>
          </w:tcPr>
          <w:p w14:paraId="0CFD1D6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34.73</w:t>
            </w:r>
          </w:p>
        </w:tc>
        <w:tc>
          <w:tcPr>
            <w:tcW w:w="1329" w:type="dxa"/>
          </w:tcPr>
          <w:p w14:paraId="655ECEF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6046.8</w:t>
            </w:r>
          </w:p>
        </w:tc>
        <w:tc>
          <w:tcPr>
            <w:tcW w:w="730" w:type="dxa"/>
          </w:tcPr>
          <w:p w14:paraId="0137AB7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w:t>
            </w:r>
          </w:p>
        </w:tc>
        <w:tc>
          <w:tcPr>
            <w:tcW w:w="1060" w:type="dxa"/>
          </w:tcPr>
          <w:p w14:paraId="4FB88DE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25.25</w:t>
            </w:r>
          </w:p>
        </w:tc>
        <w:tc>
          <w:tcPr>
            <w:tcW w:w="1170" w:type="dxa"/>
          </w:tcPr>
          <w:p w14:paraId="7628A2D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0FFB37A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20A2B3E9"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99C22D1"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35F0895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C07</w:t>
            </w:r>
          </w:p>
        </w:tc>
        <w:tc>
          <w:tcPr>
            <w:tcW w:w="1182" w:type="dxa"/>
          </w:tcPr>
          <w:p w14:paraId="67D27BA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141.85</w:t>
            </w:r>
          </w:p>
        </w:tc>
        <w:tc>
          <w:tcPr>
            <w:tcW w:w="1023" w:type="dxa"/>
          </w:tcPr>
          <w:p w14:paraId="10DF228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37.29</w:t>
            </w:r>
          </w:p>
        </w:tc>
        <w:tc>
          <w:tcPr>
            <w:tcW w:w="779" w:type="dxa"/>
          </w:tcPr>
          <w:p w14:paraId="5B3C022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0.65</w:t>
            </w:r>
          </w:p>
        </w:tc>
        <w:tc>
          <w:tcPr>
            <w:tcW w:w="1463" w:type="dxa"/>
          </w:tcPr>
          <w:p w14:paraId="282BC16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19.29</w:t>
            </w:r>
          </w:p>
        </w:tc>
        <w:tc>
          <w:tcPr>
            <w:tcW w:w="938" w:type="dxa"/>
          </w:tcPr>
          <w:p w14:paraId="31A846F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34.77</w:t>
            </w:r>
          </w:p>
        </w:tc>
        <w:tc>
          <w:tcPr>
            <w:tcW w:w="1329" w:type="dxa"/>
          </w:tcPr>
          <w:p w14:paraId="1FB75FC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6058.7</w:t>
            </w:r>
          </w:p>
        </w:tc>
        <w:tc>
          <w:tcPr>
            <w:tcW w:w="730" w:type="dxa"/>
          </w:tcPr>
          <w:p w14:paraId="58E30EC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w:t>
            </w:r>
          </w:p>
        </w:tc>
        <w:tc>
          <w:tcPr>
            <w:tcW w:w="1060" w:type="dxa"/>
          </w:tcPr>
          <w:p w14:paraId="19BB5AF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24.65</w:t>
            </w:r>
          </w:p>
        </w:tc>
        <w:tc>
          <w:tcPr>
            <w:tcW w:w="1170" w:type="dxa"/>
          </w:tcPr>
          <w:p w14:paraId="439E5C3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2D43E48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25FB0D8E"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CDCB336"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59D3CF9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C08</w:t>
            </w:r>
          </w:p>
        </w:tc>
        <w:tc>
          <w:tcPr>
            <w:tcW w:w="1182" w:type="dxa"/>
          </w:tcPr>
          <w:p w14:paraId="2DD0D8A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141.84</w:t>
            </w:r>
          </w:p>
        </w:tc>
        <w:tc>
          <w:tcPr>
            <w:tcW w:w="1023" w:type="dxa"/>
          </w:tcPr>
          <w:p w14:paraId="4014935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37.5</w:t>
            </w:r>
          </w:p>
        </w:tc>
        <w:tc>
          <w:tcPr>
            <w:tcW w:w="779" w:type="dxa"/>
          </w:tcPr>
          <w:p w14:paraId="7064BF6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0.8</w:t>
            </w:r>
          </w:p>
        </w:tc>
        <w:tc>
          <w:tcPr>
            <w:tcW w:w="1463" w:type="dxa"/>
          </w:tcPr>
          <w:p w14:paraId="640EB91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14.64</w:t>
            </w:r>
          </w:p>
        </w:tc>
        <w:tc>
          <w:tcPr>
            <w:tcW w:w="938" w:type="dxa"/>
          </w:tcPr>
          <w:p w14:paraId="23E0755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34.58</w:t>
            </w:r>
          </w:p>
        </w:tc>
        <w:tc>
          <w:tcPr>
            <w:tcW w:w="1329" w:type="dxa"/>
          </w:tcPr>
          <w:p w14:paraId="7501477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6122</w:t>
            </w:r>
          </w:p>
        </w:tc>
        <w:tc>
          <w:tcPr>
            <w:tcW w:w="730" w:type="dxa"/>
          </w:tcPr>
          <w:p w14:paraId="4D2086E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w:t>
            </w:r>
          </w:p>
        </w:tc>
        <w:tc>
          <w:tcPr>
            <w:tcW w:w="1060" w:type="dxa"/>
          </w:tcPr>
          <w:p w14:paraId="73E4864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25.61</w:t>
            </w:r>
          </w:p>
        </w:tc>
        <w:tc>
          <w:tcPr>
            <w:tcW w:w="1170" w:type="dxa"/>
          </w:tcPr>
          <w:p w14:paraId="20FFAE9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0BD92F5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1042A24B"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B43C359"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61AA011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C09</w:t>
            </w:r>
          </w:p>
        </w:tc>
        <w:tc>
          <w:tcPr>
            <w:tcW w:w="1182" w:type="dxa"/>
          </w:tcPr>
          <w:p w14:paraId="51F91F2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141.83</w:t>
            </w:r>
          </w:p>
        </w:tc>
        <w:tc>
          <w:tcPr>
            <w:tcW w:w="1023" w:type="dxa"/>
          </w:tcPr>
          <w:p w14:paraId="5D2C294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37.75</w:t>
            </w:r>
          </w:p>
        </w:tc>
        <w:tc>
          <w:tcPr>
            <w:tcW w:w="779" w:type="dxa"/>
          </w:tcPr>
          <w:p w14:paraId="02385F0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1.47</w:t>
            </w:r>
          </w:p>
        </w:tc>
        <w:tc>
          <w:tcPr>
            <w:tcW w:w="1463" w:type="dxa"/>
          </w:tcPr>
          <w:p w14:paraId="47A2B8B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12.64</w:t>
            </w:r>
          </w:p>
        </w:tc>
        <w:tc>
          <w:tcPr>
            <w:tcW w:w="938" w:type="dxa"/>
          </w:tcPr>
          <w:p w14:paraId="4895BD5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34.37</w:t>
            </w:r>
          </w:p>
        </w:tc>
        <w:tc>
          <w:tcPr>
            <w:tcW w:w="1329" w:type="dxa"/>
          </w:tcPr>
          <w:p w14:paraId="338CC60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6199.3</w:t>
            </w:r>
          </w:p>
        </w:tc>
        <w:tc>
          <w:tcPr>
            <w:tcW w:w="730" w:type="dxa"/>
          </w:tcPr>
          <w:p w14:paraId="3A96198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w:t>
            </w:r>
          </w:p>
        </w:tc>
        <w:tc>
          <w:tcPr>
            <w:tcW w:w="1060" w:type="dxa"/>
          </w:tcPr>
          <w:p w14:paraId="2B5EADE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25.86</w:t>
            </w:r>
          </w:p>
        </w:tc>
        <w:tc>
          <w:tcPr>
            <w:tcW w:w="1170" w:type="dxa"/>
          </w:tcPr>
          <w:p w14:paraId="6A4270E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11F21CA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40805EBA"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758C660"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KS-21-3</w:t>
            </w:r>
          </w:p>
        </w:tc>
        <w:tc>
          <w:tcPr>
            <w:tcW w:w="600" w:type="dxa"/>
          </w:tcPr>
          <w:p w14:paraId="53BF346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D01</w:t>
            </w:r>
          </w:p>
        </w:tc>
        <w:tc>
          <w:tcPr>
            <w:tcW w:w="1182" w:type="dxa"/>
          </w:tcPr>
          <w:p w14:paraId="69494F7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142.26</w:t>
            </w:r>
          </w:p>
        </w:tc>
        <w:tc>
          <w:tcPr>
            <w:tcW w:w="1023" w:type="dxa"/>
          </w:tcPr>
          <w:p w14:paraId="3C7A8D7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36.01</w:t>
            </w:r>
          </w:p>
        </w:tc>
        <w:tc>
          <w:tcPr>
            <w:tcW w:w="779" w:type="dxa"/>
          </w:tcPr>
          <w:p w14:paraId="4491735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0.53</w:t>
            </w:r>
          </w:p>
        </w:tc>
        <w:tc>
          <w:tcPr>
            <w:tcW w:w="1463" w:type="dxa"/>
          </w:tcPr>
          <w:p w14:paraId="1B0255B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20.17</w:t>
            </w:r>
          </w:p>
        </w:tc>
        <w:tc>
          <w:tcPr>
            <w:tcW w:w="938" w:type="dxa"/>
          </w:tcPr>
          <w:p w14:paraId="439E9B5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34.75</w:t>
            </w:r>
          </w:p>
        </w:tc>
        <w:tc>
          <w:tcPr>
            <w:tcW w:w="1329" w:type="dxa"/>
          </w:tcPr>
          <w:p w14:paraId="36BAB80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6721</w:t>
            </w:r>
          </w:p>
        </w:tc>
        <w:tc>
          <w:tcPr>
            <w:tcW w:w="730" w:type="dxa"/>
          </w:tcPr>
          <w:p w14:paraId="34334A8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w:t>
            </w:r>
          </w:p>
        </w:tc>
        <w:tc>
          <w:tcPr>
            <w:tcW w:w="1060" w:type="dxa"/>
          </w:tcPr>
          <w:p w14:paraId="2EBDD56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24.41</w:t>
            </w:r>
          </w:p>
        </w:tc>
        <w:tc>
          <w:tcPr>
            <w:tcW w:w="1170" w:type="dxa"/>
          </w:tcPr>
          <w:p w14:paraId="43B1E15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1A1F5EB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Winter</w:t>
            </w:r>
          </w:p>
        </w:tc>
      </w:tr>
      <w:tr w:rsidR="00D32254" w:rsidRPr="00D32254" w14:paraId="09BAB172"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7BEE8C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600" w:type="dxa"/>
          </w:tcPr>
          <w:p w14:paraId="11F4E0A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A01</w:t>
            </w:r>
          </w:p>
        </w:tc>
        <w:tc>
          <w:tcPr>
            <w:tcW w:w="1182" w:type="dxa"/>
          </w:tcPr>
          <w:p w14:paraId="7A5B2FA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w:t>
            </w:r>
          </w:p>
        </w:tc>
        <w:tc>
          <w:tcPr>
            <w:tcW w:w="1023" w:type="dxa"/>
          </w:tcPr>
          <w:p w14:paraId="173FCA0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35.67</w:t>
            </w:r>
          </w:p>
        </w:tc>
        <w:tc>
          <w:tcPr>
            <w:tcW w:w="779" w:type="dxa"/>
          </w:tcPr>
          <w:p w14:paraId="05351B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0.53</w:t>
            </w:r>
          </w:p>
        </w:tc>
        <w:tc>
          <w:tcPr>
            <w:tcW w:w="1463" w:type="dxa"/>
          </w:tcPr>
          <w:p w14:paraId="6171706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20.17</w:t>
            </w:r>
          </w:p>
        </w:tc>
        <w:tc>
          <w:tcPr>
            <w:tcW w:w="938" w:type="dxa"/>
          </w:tcPr>
          <w:p w14:paraId="57F166B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34.75</w:t>
            </w:r>
          </w:p>
        </w:tc>
        <w:tc>
          <w:tcPr>
            <w:tcW w:w="1329" w:type="dxa"/>
          </w:tcPr>
          <w:p w14:paraId="62FDA79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2353</w:t>
            </w:r>
          </w:p>
        </w:tc>
        <w:tc>
          <w:tcPr>
            <w:tcW w:w="730" w:type="dxa"/>
          </w:tcPr>
          <w:p w14:paraId="3813E98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w:t>
            </w:r>
          </w:p>
        </w:tc>
        <w:tc>
          <w:tcPr>
            <w:tcW w:w="1060" w:type="dxa"/>
          </w:tcPr>
          <w:p w14:paraId="6EF3DD4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24.41</w:t>
            </w:r>
          </w:p>
        </w:tc>
        <w:tc>
          <w:tcPr>
            <w:tcW w:w="1170" w:type="dxa"/>
          </w:tcPr>
          <w:p w14:paraId="1C7CCDD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7AF0FA2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08E5DDE0"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A362A1F"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600" w:type="dxa"/>
          </w:tcPr>
          <w:p w14:paraId="6AFABA9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A02</w:t>
            </w:r>
          </w:p>
        </w:tc>
        <w:tc>
          <w:tcPr>
            <w:tcW w:w="1182" w:type="dxa"/>
          </w:tcPr>
          <w:p w14:paraId="2FD4BF5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141.51</w:t>
            </w:r>
          </w:p>
        </w:tc>
        <w:tc>
          <w:tcPr>
            <w:tcW w:w="1023" w:type="dxa"/>
          </w:tcPr>
          <w:p w14:paraId="0FBE5FE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35.42</w:t>
            </w:r>
          </w:p>
        </w:tc>
        <w:tc>
          <w:tcPr>
            <w:tcW w:w="779" w:type="dxa"/>
          </w:tcPr>
          <w:p w14:paraId="1570EF5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0.45</w:t>
            </w:r>
          </w:p>
        </w:tc>
        <w:tc>
          <w:tcPr>
            <w:tcW w:w="1463" w:type="dxa"/>
          </w:tcPr>
          <w:p w14:paraId="289AA3B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21.96</w:t>
            </w:r>
          </w:p>
        </w:tc>
        <w:tc>
          <w:tcPr>
            <w:tcW w:w="938" w:type="dxa"/>
          </w:tcPr>
          <w:p w14:paraId="4F87656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34.57</w:t>
            </w:r>
          </w:p>
        </w:tc>
        <w:tc>
          <w:tcPr>
            <w:tcW w:w="1329" w:type="dxa"/>
          </w:tcPr>
          <w:p w14:paraId="184A8DB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2353</w:t>
            </w:r>
          </w:p>
        </w:tc>
        <w:tc>
          <w:tcPr>
            <w:tcW w:w="730" w:type="dxa"/>
          </w:tcPr>
          <w:p w14:paraId="7F2B892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w:t>
            </w:r>
          </w:p>
        </w:tc>
        <w:tc>
          <w:tcPr>
            <w:tcW w:w="1060" w:type="dxa"/>
          </w:tcPr>
          <w:p w14:paraId="4438CD8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23.79</w:t>
            </w:r>
          </w:p>
        </w:tc>
        <w:tc>
          <w:tcPr>
            <w:tcW w:w="1170" w:type="dxa"/>
          </w:tcPr>
          <w:p w14:paraId="52313E0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4624B2A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3F5736C6"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57D98D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600" w:type="dxa"/>
          </w:tcPr>
          <w:p w14:paraId="6E5E42D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B01</w:t>
            </w:r>
          </w:p>
        </w:tc>
        <w:tc>
          <w:tcPr>
            <w:tcW w:w="1182" w:type="dxa"/>
          </w:tcPr>
          <w:p w14:paraId="3137AD0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141.17</w:t>
            </w:r>
          </w:p>
        </w:tc>
        <w:tc>
          <w:tcPr>
            <w:tcW w:w="1023" w:type="dxa"/>
          </w:tcPr>
          <w:p w14:paraId="3FF63E9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35.59</w:t>
            </w:r>
          </w:p>
        </w:tc>
        <w:tc>
          <w:tcPr>
            <w:tcW w:w="779" w:type="dxa"/>
          </w:tcPr>
          <w:p w14:paraId="64CCC8A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0.58</w:t>
            </w:r>
          </w:p>
        </w:tc>
        <w:tc>
          <w:tcPr>
            <w:tcW w:w="1463" w:type="dxa"/>
          </w:tcPr>
          <w:p w14:paraId="1F3B852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20.82</w:t>
            </w:r>
          </w:p>
        </w:tc>
        <w:tc>
          <w:tcPr>
            <w:tcW w:w="938" w:type="dxa"/>
          </w:tcPr>
          <w:p w14:paraId="497080D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34.59</w:t>
            </w:r>
          </w:p>
        </w:tc>
        <w:tc>
          <w:tcPr>
            <w:tcW w:w="1329" w:type="dxa"/>
          </w:tcPr>
          <w:p w14:paraId="7C0A7C4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2353</w:t>
            </w:r>
          </w:p>
        </w:tc>
        <w:tc>
          <w:tcPr>
            <w:tcW w:w="730" w:type="dxa"/>
          </w:tcPr>
          <w:p w14:paraId="394DE1D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1060" w:type="dxa"/>
          </w:tcPr>
          <w:p w14:paraId="7BDEDF1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24.11</w:t>
            </w:r>
          </w:p>
        </w:tc>
        <w:tc>
          <w:tcPr>
            <w:tcW w:w="1170" w:type="dxa"/>
          </w:tcPr>
          <w:p w14:paraId="302115E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005105C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6BD28D36"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FDD2C7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600" w:type="dxa"/>
          </w:tcPr>
          <w:p w14:paraId="32FF8D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B04</w:t>
            </w:r>
          </w:p>
        </w:tc>
        <w:tc>
          <w:tcPr>
            <w:tcW w:w="1182" w:type="dxa"/>
          </w:tcPr>
          <w:p w14:paraId="10E8F60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140.92</w:t>
            </w:r>
          </w:p>
        </w:tc>
        <w:tc>
          <w:tcPr>
            <w:tcW w:w="1023" w:type="dxa"/>
          </w:tcPr>
          <w:p w14:paraId="543398F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35.5</w:t>
            </w:r>
          </w:p>
        </w:tc>
        <w:tc>
          <w:tcPr>
            <w:tcW w:w="779" w:type="dxa"/>
          </w:tcPr>
          <w:p w14:paraId="5A80834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0.62</w:t>
            </w:r>
          </w:p>
        </w:tc>
        <w:tc>
          <w:tcPr>
            <w:tcW w:w="1463" w:type="dxa"/>
          </w:tcPr>
          <w:p w14:paraId="0F38966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21.17</w:t>
            </w:r>
          </w:p>
        </w:tc>
        <w:tc>
          <w:tcPr>
            <w:tcW w:w="938" w:type="dxa"/>
          </w:tcPr>
          <w:p w14:paraId="08EDD67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34.6</w:t>
            </w:r>
          </w:p>
        </w:tc>
        <w:tc>
          <w:tcPr>
            <w:tcW w:w="1329" w:type="dxa"/>
          </w:tcPr>
          <w:p w14:paraId="2748604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2353</w:t>
            </w:r>
          </w:p>
        </w:tc>
        <w:tc>
          <w:tcPr>
            <w:tcW w:w="730" w:type="dxa"/>
          </w:tcPr>
          <w:p w14:paraId="1EA34D1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1060" w:type="dxa"/>
          </w:tcPr>
          <w:p w14:paraId="79D1C43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24.02</w:t>
            </w:r>
          </w:p>
        </w:tc>
        <w:tc>
          <w:tcPr>
            <w:tcW w:w="1170" w:type="dxa"/>
          </w:tcPr>
          <w:p w14:paraId="7F60A5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39BEE7E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4E8D075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7802EBB"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600" w:type="dxa"/>
          </w:tcPr>
          <w:p w14:paraId="5B8D74C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B05</w:t>
            </w:r>
          </w:p>
        </w:tc>
        <w:tc>
          <w:tcPr>
            <w:tcW w:w="1182" w:type="dxa"/>
          </w:tcPr>
          <w:p w14:paraId="5CC6D78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141.17</w:t>
            </w:r>
          </w:p>
        </w:tc>
        <w:tc>
          <w:tcPr>
            <w:tcW w:w="1023" w:type="dxa"/>
          </w:tcPr>
          <w:p w14:paraId="5346537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35.42</w:t>
            </w:r>
          </w:p>
        </w:tc>
        <w:tc>
          <w:tcPr>
            <w:tcW w:w="779" w:type="dxa"/>
          </w:tcPr>
          <w:p w14:paraId="4BFBFF4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0.26</w:t>
            </w:r>
          </w:p>
        </w:tc>
        <w:tc>
          <w:tcPr>
            <w:tcW w:w="1463" w:type="dxa"/>
          </w:tcPr>
          <w:p w14:paraId="1D7C14F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21.66</w:t>
            </w:r>
          </w:p>
        </w:tc>
        <w:tc>
          <w:tcPr>
            <w:tcW w:w="938" w:type="dxa"/>
          </w:tcPr>
          <w:p w14:paraId="3C3E067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34.58</w:t>
            </w:r>
          </w:p>
        </w:tc>
        <w:tc>
          <w:tcPr>
            <w:tcW w:w="1329" w:type="dxa"/>
          </w:tcPr>
          <w:p w14:paraId="328B449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4450</w:t>
            </w:r>
          </w:p>
        </w:tc>
        <w:tc>
          <w:tcPr>
            <w:tcW w:w="730" w:type="dxa"/>
          </w:tcPr>
          <w:p w14:paraId="23D45A7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w:t>
            </w:r>
          </w:p>
        </w:tc>
        <w:tc>
          <w:tcPr>
            <w:tcW w:w="1060" w:type="dxa"/>
          </w:tcPr>
          <w:p w14:paraId="24A00EE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23.87</w:t>
            </w:r>
          </w:p>
        </w:tc>
        <w:tc>
          <w:tcPr>
            <w:tcW w:w="1170" w:type="dxa"/>
          </w:tcPr>
          <w:p w14:paraId="2B68952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662FB05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3AA06A81"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360947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600" w:type="dxa"/>
          </w:tcPr>
          <w:p w14:paraId="7B2C619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B06</w:t>
            </w:r>
          </w:p>
        </w:tc>
        <w:tc>
          <w:tcPr>
            <w:tcW w:w="1182" w:type="dxa"/>
          </w:tcPr>
          <w:p w14:paraId="70A9895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140.8</w:t>
            </w:r>
          </w:p>
        </w:tc>
        <w:tc>
          <w:tcPr>
            <w:tcW w:w="1023" w:type="dxa"/>
          </w:tcPr>
          <w:p w14:paraId="3306CF8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35.41</w:t>
            </w:r>
          </w:p>
        </w:tc>
        <w:tc>
          <w:tcPr>
            <w:tcW w:w="779" w:type="dxa"/>
          </w:tcPr>
          <w:p w14:paraId="27556BA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0.74</w:t>
            </w:r>
          </w:p>
        </w:tc>
        <w:tc>
          <w:tcPr>
            <w:tcW w:w="1463" w:type="dxa"/>
          </w:tcPr>
          <w:p w14:paraId="130FC32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20.28</w:t>
            </w:r>
          </w:p>
        </w:tc>
        <w:tc>
          <w:tcPr>
            <w:tcW w:w="938" w:type="dxa"/>
          </w:tcPr>
          <w:p w14:paraId="5EBF898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34.62</w:t>
            </w:r>
          </w:p>
        </w:tc>
        <w:tc>
          <w:tcPr>
            <w:tcW w:w="1329" w:type="dxa"/>
          </w:tcPr>
          <w:p w14:paraId="750D289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4219</w:t>
            </w:r>
          </w:p>
        </w:tc>
        <w:tc>
          <w:tcPr>
            <w:tcW w:w="730" w:type="dxa"/>
          </w:tcPr>
          <w:p w14:paraId="14DAE31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w:t>
            </w:r>
          </w:p>
        </w:tc>
        <w:tc>
          <w:tcPr>
            <w:tcW w:w="1060" w:type="dxa"/>
          </w:tcPr>
          <w:p w14:paraId="2C462EF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24.28</w:t>
            </w:r>
          </w:p>
        </w:tc>
        <w:tc>
          <w:tcPr>
            <w:tcW w:w="1170" w:type="dxa"/>
          </w:tcPr>
          <w:p w14:paraId="1B8566A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67BF8D6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7C552F35"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722B8A5"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KS-21-8</w:t>
            </w:r>
          </w:p>
        </w:tc>
        <w:tc>
          <w:tcPr>
            <w:tcW w:w="600" w:type="dxa"/>
          </w:tcPr>
          <w:p w14:paraId="4A126D5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B07</w:t>
            </w:r>
          </w:p>
        </w:tc>
        <w:tc>
          <w:tcPr>
            <w:tcW w:w="1182" w:type="dxa"/>
          </w:tcPr>
          <w:p w14:paraId="3FFA069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140.96</w:t>
            </w:r>
          </w:p>
        </w:tc>
        <w:tc>
          <w:tcPr>
            <w:tcW w:w="1023" w:type="dxa"/>
          </w:tcPr>
          <w:p w14:paraId="75DC849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35.29</w:t>
            </w:r>
          </w:p>
        </w:tc>
        <w:tc>
          <w:tcPr>
            <w:tcW w:w="779" w:type="dxa"/>
          </w:tcPr>
          <w:p w14:paraId="27D82AC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0.55</w:t>
            </w:r>
          </w:p>
        </w:tc>
        <w:tc>
          <w:tcPr>
            <w:tcW w:w="1463" w:type="dxa"/>
          </w:tcPr>
          <w:p w14:paraId="2AED6FC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20.1</w:t>
            </w:r>
          </w:p>
        </w:tc>
        <w:tc>
          <w:tcPr>
            <w:tcW w:w="938" w:type="dxa"/>
          </w:tcPr>
          <w:p w14:paraId="71E6FA1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34.59</w:t>
            </w:r>
          </w:p>
        </w:tc>
        <w:tc>
          <w:tcPr>
            <w:tcW w:w="1329" w:type="dxa"/>
          </w:tcPr>
          <w:p w14:paraId="45143BE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4452</w:t>
            </w:r>
          </w:p>
        </w:tc>
        <w:tc>
          <w:tcPr>
            <w:tcW w:w="730" w:type="dxa"/>
          </w:tcPr>
          <w:p w14:paraId="344B3C7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48</w:t>
            </w:r>
          </w:p>
        </w:tc>
        <w:tc>
          <w:tcPr>
            <w:tcW w:w="1060" w:type="dxa"/>
          </w:tcPr>
          <w:p w14:paraId="455BDE3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24.31</w:t>
            </w:r>
          </w:p>
        </w:tc>
        <w:tc>
          <w:tcPr>
            <w:tcW w:w="1170" w:type="dxa"/>
          </w:tcPr>
          <w:p w14:paraId="7068281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66D7B55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21EECC4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B010B92"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2225E1E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A02</w:t>
            </w:r>
          </w:p>
        </w:tc>
        <w:tc>
          <w:tcPr>
            <w:tcW w:w="1182" w:type="dxa"/>
          </w:tcPr>
          <w:p w14:paraId="2257B96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135.75</w:t>
            </w:r>
          </w:p>
        </w:tc>
        <w:tc>
          <w:tcPr>
            <w:tcW w:w="1023" w:type="dxa"/>
          </w:tcPr>
          <w:p w14:paraId="1A715D0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33.16</w:t>
            </w:r>
          </w:p>
        </w:tc>
        <w:tc>
          <w:tcPr>
            <w:tcW w:w="779" w:type="dxa"/>
          </w:tcPr>
          <w:p w14:paraId="0A0A5B2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0.21</w:t>
            </w:r>
          </w:p>
        </w:tc>
        <w:tc>
          <w:tcPr>
            <w:tcW w:w="1463" w:type="dxa"/>
          </w:tcPr>
          <w:p w14:paraId="4A5825A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24.47</w:t>
            </w:r>
          </w:p>
        </w:tc>
        <w:tc>
          <w:tcPr>
            <w:tcW w:w="938" w:type="dxa"/>
          </w:tcPr>
          <w:p w14:paraId="32A8ADB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w:t>
            </w:r>
          </w:p>
        </w:tc>
        <w:tc>
          <w:tcPr>
            <w:tcW w:w="1329" w:type="dxa"/>
          </w:tcPr>
          <w:p w14:paraId="0C1D149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4615</w:t>
            </w:r>
          </w:p>
        </w:tc>
        <w:tc>
          <w:tcPr>
            <w:tcW w:w="730" w:type="dxa"/>
          </w:tcPr>
          <w:p w14:paraId="52AC50F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w:t>
            </w:r>
          </w:p>
        </w:tc>
        <w:tc>
          <w:tcPr>
            <w:tcW w:w="1060" w:type="dxa"/>
          </w:tcPr>
          <w:p w14:paraId="37AA87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22.86</w:t>
            </w:r>
          </w:p>
        </w:tc>
        <w:tc>
          <w:tcPr>
            <w:tcW w:w="1170" w:type="dxa"/>
          </w:tcPr>
          <w:p w14:paraId="242C1B3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B1C90E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46937AA0"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120612A"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323C752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A07</w:t>
            </w:r>
          </w:p>
        </w:tc>
        <w:tc>
          <w:tcPr>
            <w:tcW w:w="1182" w:type="dxa"/>
          </w:tcPr>
          <w:p w14:paraId="546649E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135.94</w:t>
            </w:r>
          </w:p>
        </w:tc>
        <w:tc>
          <w:tcPr>
            <w:tcW w:w="1023" w:type="dxa"/>
          </w:tcPr>
          <w:p w14:paraId="732E17B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32.33</w:t>
            </w:r>
          </w:p>
        </w:tc>
        <w:tc>
          <w:tcPr>
            <w:tcW w:w="779" w:type="dxa"/>
          </w:tcPr>
          <w:p w14:paraId="4A51419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0.23</w:t>
            </w:r>
          </w:p>
        </w:tc>
        <w:tc>
          <w:tcPr>
            <w:tcW w:w="1463" w:type="dxa"/>
          </w:tcPr>
          <w:p w14:paraId="2A4E23D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23.58</w:t>
            </w:r>
          </w:p>
        </w:tc>
        <w:tc>
          <w:tcPr>
            <w:tcW w:w="938" w:type="dxa"/>
          </w:tcPr>
          <w:p w14:paraId="12C1846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34.04</w:t>
            </w:r>
          </w:p>
        </w:tc>
        <w:tc>
          <w:tcPr>
            <w:tcW w:w="1329" w:type="dxa"/>
          </w:tcPr>
          <w:p w14:paraId="250093E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4901</w:t>
            </w:r>
          </w:p>
        </w:tc>
        <w:tc>
          <w:tcPr>
            <w:tcW w:w="730" w:type="dxa"/>
          </w:tcPr>
          <w:p w14:paraId="223782E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w:t>
            </w:r>
          </w:p>
        </w:tc>
        <w:tc>
          <w:tcPr>
            <w:tcW w:w="1060" w:type="dxa"/>
          </w:tcPr>
          <w:p w14:paraId="46A68EC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22.93</w:t>
            </w:r>
          </w:p>
        </w:tc>
        <w:tc>
          <w:tcPr>
            <w:tcW w:w="1170" w:type="dxa"/>
          </w:tcPr>
          <w:p w14:paraId="7EC0F3A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B4F91A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364FD8EB"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2D4267E"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3FD5657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A09</w:t>
            </w:r>
          </w:p>
        </w:tc>
        <w:tc>
          <w:tcPr>
            <w:tcW w:w="1182" w:type="dxa"/>
          </w:tcPr>
          <w:p w14:paraId="78A39C0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135.76</w:t>
            </w:r>
          </w:p>
        </w:tc>
        <w:tc>
          <w:tcPr>
            <w:tcW w:w="1023" w:type="dxa"/>
          </w:tcPr>
          <w:p w14:paraId="37A622D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31.99</w:t>
            </w:r>
          </w:p>
        </w:tc>
        <w:tc>
          <w:tcPr>
            <w:tcW w:w="779" w:type="dxa"/>
          </w:tcPr>
          <w:p w14:paraId="7B93920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0.23</w:t>
            </w:r>
          </w:p>
        </w:tc>
        <w:tc>
          <w:tcPr>
            <w:tcW w:w="1463" w:type="dxa"/>
          </w:tcPr>
          <w:p w14:paraId="675532E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23.58</w:t>
            </w:r>
          </w:p>
        </w:tc>
        <w:tc>
          <w:tcPr>
            <w:tcW w:w="938" w:type="dxa"/>
          </w:tcPr>
          <w:p w14:paraId="4A8E185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34.04</w:t>
            </w:r>
          </w:p>
        </w:tc>
        <w:tc>
          <w:tcPr>
            <w:tcW w:w="1329" w:type="dxa"/>
          </w:tcPr>
          <w:p w14:paraId="48488E5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897</w:t>
            </w:r>
          </w:p>
        </w:tc>
        <w:tc>
          <w:tcPr>
            <w:tcW w:w="730" w:type="dxa"/>
          </w:tcPr>
          <w:p w14:paraId="22892CB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w:t>
            </w:r>
          </w:p>
        </w:tc>
        <w:tc>
          <w:tcPr>
            <w:tcW w:w="1060" w:type="dxa"/>
          </w:tcPr>
          <w:p w14:paraId="0385608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22.93</w:t>
            </w:r>
          </w:p>
        </w:tc>
        <w:tc>
          <w:tcPr>
            <w:tcW w:w="1170" w:type="dxa"/>
          </w:tcPr>
          <w:p w14:paraId="2ED4815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2972DB3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20DBCBD1"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0417B5A"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5B25E63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A12</w:t>
            </w:r>
          </w:p>
        </w:tc>
        <w:tc>
          <w:tcPr>
            <w:tcW w:w="1182" w:type="dxa"/>
          </w:tcPr>
          <w:p w14:paraId="57FDA08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135.47</w:t>
            </w:r>
          </w:p>
        </w:tc>
        <w:tc>
          <w:tcPr>
            <w:tcW w:w="1023" w:type="dxa"/>
          </w:tcPr>
          <w:p w14:paraId="3803242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31.5</w:t>
            </w:r>
          </w:p>
        </w:tc>
        <w:tc>
          <w:tcPr>
            <w:tcW w:w="779" w:type="dxa"/>
          </w:tcPr>
          <w:p w14:paraId="6B8E6A8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0.14</w:t>
            </w:r>
          </w:p>
        </w:tc>
        <w:tc>
          <w:tcPr>
            <w:tcW w:w="1463" w:type="dxa"/>
          </w:tcPr>
          <w:p w14:paraId="51994A4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25.33</w:t>
            </w:r>
          </w:p>
        </w:tc>
        <w:tc>
          <w:tcPr>
            <w:tcW w:w="938" w:type="dxa"/>
          </w:tcPr>
          <w:p w14:paraId="00C4720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34.59</w:t>
            </w:r>
          </w:p>
        </w:tc>
        <w:tc>
          <w:tcPr>
            <w:tcW w:w="1329" w:type="dxa"/>
          </w:tcPr>
          <w:p w14:paraId="0B5701F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455</w:t>
            </w:r>
          </w:p>
        </w:tc>
        <w:tc>
          <w:tcPr>
            <w:tcW w:w="730" w:type="dxa"/>
          </w:tcPr>
          <w:p w14:paraId="23F1F8A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1060" w:type="dxa"/>
          </w:tcPr>
          <w:p w14:paraId="14DDFBC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22.82</w:t>
            </w:r>
          </w:p>
        </w:tc>
        <w:tc>
          <w:tcPr>
            <w:tcW w:w="1170" w:type="dxa"/>
          </w:tcPr>
          <w:p w14:paraId="2311955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749C079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5245B31A"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B26C334"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091B772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C01</w:t>
            </w:r>
          </w:p>
        </w:tc>
        <w:tc>
          <w:tcPr>
            <w:tcW w:w="1182" w:type="dxa"/>
          </w:tcPr>
          <w:p w14:paraId="7DB72E7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134.6</w:t>
            </w:r>
          </w:p>
        </w:tc>
        <w:tc>
          <w:tcPr>
            <w:tcW w:w="1023" w:type="dxa"/>
          </w:tcPr>
          <w:p w14:paraId="777F865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7252A1E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0.12</w:t>
            </w:r>
          </w:p>
        </w:tc>
        <w:tc>
          <w:tcPr>
            <w:tcW w:w="1463" w:type="dxa"/>
          </w:tcPr>
          <w:p w14:paraId="67193DE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24.8</w:t>
            </w:r>
          </w:p>
        </w:tc>
        <w:tc>
          <w:tcPr>
            <w:tcW w:w="938" w:type="dxa"/>
          </w:tcPr>
          <w:p w14:paraId="4E69C3C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w:t>
            </w:r>
          </w:p>
        </w:tc>
        <w:tc>
          <w:tcPr>
            <w:tcW w:w="1329" w:type="dxa"/>
          </w:tcPr>
          <w:p w14:paraId="4A888DD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565</w:t>
            </w:r>
          </w:p>
        </w:tc>
        <w:tc>
          <w:tcPr>
            <w:tcW w:w="730" w:type="dxa"/>
          </w:tcPr>
          <w:p w14:paraId="73B68E8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w:t>
            </w:r>
          </w:p>
        </w:tc>
        <w:tc>
          <w:tcPr>
            <w:tcW w:w="1060" w:type="dxa"/>
          </w:tcPr>
          <w:p w14:paraId="3D86C2E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22.76</w:t>
            </w:r>
          </w:p>
        </w:tc>
        <w:tc>
          <w:tcPr>
            <w:tcW w:w="1170" w:type="dxa"/>
          </w:tcPr>
          <w:p w14:paraId="75F1284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3FA2593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3EF8293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6F4CCA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085C053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C05</w:t>
            </w:r>
          </w:p>
        </w:tc>
        <w:tc>
          <w:tcPr>
            <w:tcW w:w="1182" w:type="dxa"/>
          </w:tcPr>
          <w:p w14:paraId="4D4049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133.7</w:t>
            </w:r>
          </w:p>
        </w:tc>
        <w:tc>
          <w:tcPr>
            <w:tcW w:w="1023" w:type="dxa"/>
          </w:tcPr>
          <w:p w14:paraId="365FC44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31.67</w:t>
            </w:r>
          </w:p>
        </w:tc>
        <w:tc>
          <w:tcPr>
            <w:tcW w:w="779" w:type="dxa"/>
          </w:tcPr>
          <w:p w14:paraId="12F911A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0.14</w:t>
            </w:r>
          </w:p>
        </w:tc>
        <w:tc>
          <w:tcPr>
            <w:tcW w:w="1463" w:type="dxa"/>
          </w:tcPr>
          <w:p w14:paraId="782759A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24.83</w:t>
            </w:r>
          </w:p>
        </w:tc>
        <w:tc>
          <w:tcPr>
            <w:tcW w:w="938" w:type="dxa"/>
          </w:tcPr>
          <w:p w14:paraId="18A6828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34.36</w:t>
            </w:r>
          </w:p>
        </w:tc>
        <w:tc>
          <w:tcPr>
            <w:tcW w:w="1329" w:type="dxa"/>
          </w:tcPr>
          <w:p w14:paraId="46E962D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2996</w:t>
            </w:r>
          </w:p>
        </w:tc>
        <w:tc>
          <w:tcPr>
            <w:tcW w:w="730" w:type="dxa"/>
          </w:tcPr>
          <w:p w14:paraId="02825D2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1060" w:type="dxa"/>
          </w:tcPr>
          <w:p w14:paraId="5E3C62B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22.79</w:t>
            </w:r>
          </w:p>
        </w:tc>
        <w:tc>
          <w:tcPr>
            <w:tcW w:w="1170" w:type="dxa"/>
          </w:tcPr>
          <w:p w14:paraId="4DA4774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3981ADD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0CECE537"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152F235"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7622CE6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C10</w:t>
            </w:r>
          </w:p>
        </w:tc>
        <w:tc>
          <w:tcPr>
            <w:tcW w:w="1182" w:type="dxa"/>
          </w:tcPr>
          <w:p w14:paraId="3055BFA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133.25</w:t>
            </w:r>
          </w:p>
        </w:tc>
        <w:tc>
          <w:tcPr>
            <w:tcW w:w="1023" w:type="dxa"/>
          </w:tcPr>
          <w:p w14:paraId="64A743C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32.5</w:t>
            </w:r>
          </w:p>
        </w:tc>
        <w:tc>
          <w:tcPr>
            <w:tcW w:w="779" w:type="dxa"/>
          </w:tcPr>
          <w:p w14:paraId="7FDF699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0.19</w:t>
            </w:r>
          </w:p>
        </w:tc>
        <w:tc>
          <w:tcPr>
            <w:tcW w:w="1463" w:type="dxa"/>
          </w:tcPr>
          <w:p w14:paraId="38E32A0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26.33</w:t>
            </w:r>
          </w:p>
        </w:tc>
        <w:tc>
          <w:tcPr>
            <w:tcW w:w="938" w:type="dxa"/>
          </w:tcPr>
          <w:p w14:paraId="7DCF92A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34.2</w:t>
            </w:r>
          </w:p>
        </w:tc>
        <w:tc>
          <w:tcPr>
            <w:tcW w:w="1329" w:type="dxa"/>
          </w:tcPr>
          <w:p w14:paraId="1F3ACBA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71</w:t>
            </w:r>
          </w:p>
        </w:tc>
        <w:tc>
          <w:tcPr>
            <w:tcW w:w="730" w:type="dxa"/>
          </w:tcPr>
          <w:p w14:paraId="2DA42A4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1060" w:type="dxa"/>
          </w:tcPr>
          <w:p w14:paraId="0DF6A06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22.22</w:t>
            </w:r>
          </w:p>
        </w:tc>
        <w:tc>
          <w:tcPr>
            <w:tcW w:w="1170" w:type="dxa"/>
          </w:tcPr>
          <w:p w14:paraId="4973D17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7B3720A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7CAB79D6"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7221F28"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731239D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D01</w:t>
            </w:r>
          </w:p>
        </w:tc>
        <w:tc>
          <w:tcPr>
            <w:tcW w:w="1182" w:type="dxa"/>
          </w:tcPr>
          <w:p w14:paraId="1D42C88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133.33</w:t>
            </w:r>
          </w:p>
        </w:tc>
        <w:tc>
          <w:tcPr>
            <w:tcW w:w="1023" w:type="dxa"/>
          </w:tcPr>
          <w:p w14:paraId="2614870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779" w:type="dxa"/>
          </w:tcPr>
          <w:p w14:paraId="7C8D5ED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0.26</w:t>
            </w:r>
          </w:p>
        </w:tc>
        <w:tc>
          <w:tcPr>
            <w:tcW w:w="1463" w:type="dxa"/>
          </w:tcPr>
          <w:p w14:paraId="567CB15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23.39</w:t>
            </w:r>
          </w:p>
        </w:tc>
        <w:tc>
          <w:tcPr>
            <w:tcW w:w="938" w:type="dxa"/>
          </w:tcPr>
          <w:p w14:paraId="08ABBF2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33.79</w:t>
            </w:r>
          </w:p>
        </w:tc>
        <w:tc>
          <w:tcPr>
            <w:tcW w:w="1329" w:type="dxa"/>
          </w:tcPr>
          <w:p w14:paraId="3FD11A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497</w:t>
            </w:r>
          </w:p>
        </w:tc>
        <w:tc>
          <w:tcPr>
            <w:tcW w:w="730" w:type="dxa"/>
          </w:tcPr>
          <w:p w14:paraId="53F755B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46</w:t>
            </w:r>
          </w:p>
        </w:tc>
        <w:tc>
          <w:tcPr>
            <w:tcW w:w="1060" w:type="dxa"/>
          </w:tcPr>
          <w:p w14:paraId="529F8B3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22.8</w:t>
            </w:r>
          </w:p>
        </w:tc>
        <w:tc>
          <w:tcPr>
            <w:tcW w:w="1170" w:type="dxa"/>
          </w:tcPr>
          <w:p w14:paraId="4DADB3D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1BD95C0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0D4148C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96E0106"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6C2A2DC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D04</w:t>
            </w:r>
          </w:p>
        </w:tc>
        <w:tc>
          <w:tcPr>
            <w:tcW w:w="1182" w:type="dxa"/>
          </w:tcPr>
          <w:p w14:paraId="292BFD8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134.33</w:t>
            </w:r>
          </w:p>
        </w:tc>
        <w:tc>
          <w:tcPr>
            <w:tcW w:w="1023" w:type="dxa"/>
          </w:tcPr>
          <w:p w14:paraId="17A9AE5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33.04</w:t>
            </w:r>
          </w:p>
        </w:tc>
        <w:tc>
          <w:tcPr>
            <w:tcW w:w="779" w:type="dxa"/>
          </w:tcPr>
          <w:p w14:paraId="6390E21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0.23</w:t>
            </w:r>
          </w:p>
        </w:tc>
        <w:tc>
          <w:tcPr>
            <w:tcW w:w="1463" w:type="dxa"/>
          </w:tcPr>
          <w:p w14:paraId="483F756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24.11</w:t>
            </w:r>
          </w:p>
        </w:tc>
        <w:tc>
          <w:tcPr>
            <w:tcW w:w="938" w:type="dxa"/>
          </w:tcPr>
          <w:p w14:paraId="458909A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33.8</w:t>
            </w:r>
          </w:p>
        </w:tc>
        <w:tc>
          <w:tcPr>
            <w:tcW w:w="1329" w:type="dxa"/>
          </w:tcPr>
          <w:p w14:paraId="3545105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1050</w:t>
            </w:r>
          </w:p>
        </w:tc>
        <w:tc>
          <w:tcPr>
            <w:tcW w:w="730" w:type="dxa"/>
          </w:tcPr>
          <w:p w14:paraId="3590689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11</w:t>
            </w:r>
          </w:p>
        </w:tc>
        <w:tc>
          <w:tcPr>
            <w:tcW w:w="1060" w:type="dxa"/>
          </w:tcPr>
          <w:p w14:paraId="00094F4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22.6</w:t>
            </w:r>
          </w:p>
        </w:tc>
        <w:tc>
          <w:tcPr>
            <w:tcW w:w="1170" w:type="dxa"/>
          </w:tcPr>
          <w:p w14:paraId="0033629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E5AD24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7537609A"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C92922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3DFDA60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A02_2</w:t>
            </w:r>
          </w:p>
        </w:tc>
        <w:tc>
          <w:tcPr>
            <w:tcW w:w="1182" w:type="dxa"/>
          </w:tcPr>
          <w:p w14:paraId="46D8304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135.76</w:t>
            </w:r>
          </w:p>
        </w:tc>
        <w:tc>
          <w:tcPr>
            <w:tcW w:w="1023" w:type="dxa"/>
          </w:tcPr>
          <w:p w14:paraId="6EC1727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33.16</w:t>
            </w:r>
          </w:p>
        </w:tc>
        <w:tc>
          <w:tcPr>
            <w:tcW w:w="779" w:type="dxa"/>
          </w:tcPr>
          <w:p w14:paraId="0E51AC3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0.21</w:t>
            </w:r>
          </w:p>
        </w:tc>
        <w:tc>
          <w:tcPr>
            <w:tcW w:w="1463" w:type="dxa"/>
          </w:tcPr>
          <w:p w14:paraId="6E491B4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24.47</w:t>
            </w:r>
          </w:p>
        </w:tc>
        <w:tc>
          <w:tcPr>
            <w:tcW w:w="938" w:type="dxa"/>
          </w:tcPr>
          <w:p w14:paraId="05A8C72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w:t>
            </w:r>
          </w:p>
        </w:tc>
        <w:tc>
          <w:tcPr>
            <w:tcW w:w="1329" w:type="dxa"/>
          </w:tcPr>
          <w:p w14:paraId="36EC811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1619</w:t>
            </w:r>
          </w:p>
        </w:tc>
        <w:tc>
          <w:tcPr>
            <w:tcW w:w="730" w:type="dxa"/>
          </w:tcPr>
          <w:p w14:paraId="2A209D4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43</w:t>
            </w:r>
          </w:p>
        </w:tc>
        <w:tc>
          <w:tcPr>
            <w:tcW w:w="1060" w:type="dxa"/>
          </w:tcPr>
          <w:p w14:paraId="403F864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22.86</w:t>
            </w:r>
          </w:p>
        </w:tc>
        <w:tc>
          <w:tcPr>
            <w:tcW w:w="1170" w:type="dxa"/>
          </w:tcPr>
          <w:p w14:paraId="600F8D4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FAB2F0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7D7E8EB3"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881DDF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KS-21-11</w:t>
            </w:r>
          </w:p>
        </w:tc>
        <w:tc>
          <w:tcPr>
            <w:tcW w:w="600" w:type="dxa"/>
          </w:tcPr>
          <w:p w14:paraId="592D4DD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A02_5</w:t>
            </w:r>
          </w:p>
        </w:tc>
        <w:tc>
          <w:tcPr>
            <w:tcW w:w="1182" w:type="dxa"/>
          </w:tcPr>
          <w:p w14:paraId="3A0FBCF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135.76</w:t>
            </w:r>
          </w:p>
        </w:tc>
        <w:tc>
          <w:tcPr>
            <w:tcW w:w="1023" w:type="dxa"/>
          </w:tcPr>
          <w:p w14:paraId="08D05E3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33.16</w:t>
            </w:r>
          </w:p>
        </w:tc>
        <w:tc>
          <w:tcPr>
            <w:tcW w:w="779" w:type="dxa"/>
          </w:tcPr>
          <w:p w14:paraId="3CBB36B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0.17</w:t>
            </w:r>
          </w:p>
        </w:tc>
        <w:tc>
          <w:tcPr>
            <w:tcW w:w="1463" w:type="dxa"/>
          </w:tcPr>
          <w:p w14:paraId="752E5F3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24.15</w:t>
            </w:r>
          </w:p>
        </w:tc>
        <w:tc>
          <w:tcPr>
            <w:tcW w:w="938" w:type="dxa"/>
          </w:tcPr>
          <w:p w14:paraId="0F08D52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w:t>
            </w:r>
          </w:p>
        </w:tc>
        <w:tc>
          <w:tcPr>
            <w:tcW w:w="1329" w:type="dxa"/>
          </w:tcPr>
          <w:p w14:paraId="60E5BD7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1887</w:t>
            </w:r>
          </w:p>
        </w:tc>
        <w:tc>
          <w:tcPr>
            <w:tcW w:w="730" w:type="dxa"/>
          </w:tcPr>
          <w:p w14:paraId="68A1591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w:t>
            </w:r>
          </w:p>
        </w:tc>
        <w:tc>
          <w:tcPr>
            <w:tcW w:w="1060" w:type="dxa"/>
          </w:tcPr>
          <w:p w14:paraId="10E3944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22.73</w:t>
            </w:r>
          </w:p>
        </w:tc>
        <w:tc>
          <w:tcPr>
            <w:tcW w:w="1170" w:type="dxa"/>
          </w:tcPr>
          <w:p w14:paraId="05BD631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4D8EE1F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223022E3"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B35530C"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KS-21-11</w:t>
            </w:r>
          </w:p>
        </w:tc>
        <w:tc>
          <w:tcPr>
            <w:tcW w:w="600" w:type="dxa"/>
          </w:tcPr>
          <w:p w14:paraId="47BFF47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A02_6</w:t>
            </w:r>
          </w:p>
        </w:tc>
        <w:tc>
          <w:tcPr>
            <w:tcW w:w="1182" w:type="dxa"/>
          </w:tcPr>
          <w:p w14:paraId="2A122B8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135.76</w:t>
            </w:r>
          </w:p>
        </w:tc>
        <w:tc>
          <w:tcPr>
            <w:tcW w:w="1023" w:type="dxa"/>
          </w:tcPr>
          <w:p w14:paraId="161BEF7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33.16</w:t>
            </w:r>
          </w:p>
        </w:tc>
        <w:tc>
          <w:tcPr>
            <w:tcW w:w="779" w:type="dxa"/>
          </w:tcPr>
          <w:p w14:paraId="48BFA9B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0.34</w:t>
            </w:r>
          </w:p>
        </w:tc>
        <w:tc>
          <w:tcPr>
            <w:tcW w:w="1463" w:type="dxa"/>
          </w:tcPr>
          <w:p w14:paraId="7BDF7FE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23.35</w:t>
            </w:r>
          </w:p>
        </w:tc>
        <w:tc>
          <w:tcPr>
            <w:tcW w:w="938" w:type="dxa"/>
          </w:tcPr>
          <w:p w14:paraId="483A2B9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33.49</w:t>
            </w:r>
          </w:p>
        </w:tc>
        <w:tc>
          <w:tcPr>
            <w:tcW w:w="1329" w:type="dxa"/>
          </w:tcPr>
          <w:p w14:paraId="7AA6162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1281</w:t>
            </w:r>
          </w:p>
        </w:tc>
        <w:tc>
          <w:tcPr>
            <w:tcW w:w="730" w:type="dxa"/>
          </w:tcPr>
          <w:p w14:paraId="50AC535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177</w:t>
            </w:r>
          </w:p>
        </w:tc>
        <w:tc>
          <w:tcPr>
            <w:tcW w:w="1060" w:type="dxa"/>
          </w:tcPr>
          <w:p w14:paraId="7E054E5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22.59</w:t>
            </w:r>
          </w:p>
        </w:tc>
        <w:tc>
          <w:tcPr>
            <w:tcW w:w="1170" w:type="dxa"/>
          </w:tcPr>
          <w:p w14:paraId="2C9C8DB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0CF4B0D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7CDF560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BB7139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KS-21-12</w:t>
            </w:r>
          </w:p>
        </w:tc>
        <w:tc>
          <w:tcPr>
            <w:tcW w:w="600" w:type="dxa"/>
          </w:tcPr>
          <w:p w14:paraId="2977596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JS-2</w:t>
            </w:r>
          </w:p>
        </w:tc>
        <w:tc>
          <w:tcPr>
            <w:tcW w:w="1182" w:type="dxa"/>
          </w:tcPr>
          <w:p w14:paraId="62ACA9B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135.05</w:t>
            </w:r>
          </w:p>
        </w:tc>
        <w:tc>
          <w:tcPr>
            <w:tcW w:w="1023" w:type="dxa"/>
          </w:tcPr>
          <w:p w14:paraId="14F6C1C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38</w:t>
            </w:r>
          </w:p>
        </w:tc>
        <w:tc>
          <w:tcPr>
            <w:tcW w:w="779" w:type="dxa"/>
          </w:tcPr>
          <w:p w14:paraId="59746D9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0.29</w:t>
            </w:r>
          </w:p>
        </w:tc>
        <w:tc>
          <w:tcPr>
            <w:tcW w:w="1463" w:type="dxa"/>
          </w:tcPr>
          <w:p w14:paraId="629C4D0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20.76</w:t>
            </w:r>
          </w:p>
        </w:tc>
        <w:tc>
          <w:tcPr>
            <w:tcW w:w="938" w:type="dxa"/>
          </w:tcPr>
          <w:p w14:paraId="21451C2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34.37</w:t>
            </w:r>
          </w:p>
        </w:tc>
        <w:tc>
          <w:tcPr>
            <w:tcW w:w="1329" w:type="dxa"/>
          </w:tcPr>
          <w:p w14:paraId="7356E17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237.6</w:t>
            </w:r>
          </w:p>
        </w:tc>
        <w:tc>
          <w:tcPr>
            <w:tcW w:w="730" w:type="dxa"/>
          </w:tcPr>
          <w:p w14:paraId="6715248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237</w:t>
            </w:r>
          </w:p>
        </w:tc>
        <w:tc>
          <w:tcPr>
            <w:tcW w:w="1060" w:type="dxa"/>
          </w:tcPr>
          <w:p w14:paraId="3127C1E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23.97</w:t>
            </w:r>
          </w:p>
        </w:tc>
        <w:tc>
          <w:tcPr>
            <w:tcW w:w="1170" w:type="dxa"/>
          </w:tcPr>
          <w:p w14:paraId="5D45EFB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5F09250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00692629"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EF584B2"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600" w:type="dxa"/>
          </w:tcPr>
          <w:p w14:paraId="4BF0754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O01</w:t>
            </w:r>
          </w:p>
        </w:tc>
        <w:tc>
          <w:tcPr>
            <w:tcW w:w="1182" w:type="dxa"/>
          </w:tcPr>
          <w:p w14:paraId="62CF419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w:t>
            </w:r>
          </w:p>
        </w:tc>
        <w:tc>
          <w:tcPr>
            <w:tcW w:w="1023" w:type="dxa"/>
          </w:tcPr>
          <w:p w14:paraId="441404D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4F0979E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0.66</w:t>
            </w:r>
          </w:p>
        </w:tc>
        <w:tc>
          <w:tcPr>
            <w:tcW w:w="1463" w:type="dxa"/>
          </w:tcPr>
          <w:p w14:paraId="3997552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18.95</w:t>
            </w:r>
          </w:p>
        </w:tc>
        <w:tc>
          <w:tcPr>
            <w:tcW w:w="938" w:type="dxa"/>
          </w:tcPr>
          <w:p w14:paraId="7DABCEF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34.01</w:t>
            </w:r>
          </w:p>
        </w:tc>
        <w:tc>
          <w:tcPr>
            <w:tcW w:w="1329" w:type="dxa"/>
          </w:tcPr>
          <w:p w14:paraId="4330440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95.2</w:t>
            </w:r>
          </w:p>
        </w:tc>
        <w:tc>
          <w:tcPr>
            <w:tcW w:w="730" w:type="dxa"/>
          </w:tcPr>
          <w:p w14:paraId="2DAEC07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95</w:t>
            </w:r>
          </w:p>
        </w:tc>
        <w:tc>
          <w:tcPr>
            <w:tcW w:w="1060" w:type="dxa"/>
          </w:tcPr>
          <w:p w14:paraId="2419B19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24.17</w:t>
            </w:r>
          </w:p>
        </w:tc>
        <w:tc>
          <w:tcPr>
            <w:tcW w:w="1170" w:type="dxa"/>
          </w:tcPr>
          <w:p w14:paraId="08BE3E4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0567F68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41D6EAA7"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CE99E34"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600" w:type="dxa"/>
          </w:tcPr>
          <w:p w14:paraId="09670A4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O03</w:t>
            </w:r>
          </w:p>
        </w:tc>
        <w:tc>
          <w:tcPr>
            <w:tcW w:w="1182" w:type="dxa"/>
          </w:tcPr>
          <w:p w14:paraId="510248C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142.26</w:t>
            </w:r>
          </w:p>
        </w:tc>
        <w:tc>
          <w:tcPr>
            <w:tcW w:w="1023" w:type="dxa"/>
          </w:tcPr>
          <w:p w14:paraId="5FAE748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42B9130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1463" w:type="dxa"/>
          </w:tcPr>
          <w:p w14:paraId="511C691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18.33</w:t>
            </w:r>
          </w:p>
        </w:tc>
        <w:tc>
          <w:tcPr>
            <w:tcW w:w="938" w:type="dxa"/>
          </w:tcPr>
          <w:p w14:paraId="49F82D8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34.1</w:t>
            </w:r>
          </w:p>
        </w:tc>
        <w:tc>
          <w:tcPr>
            <w:tcW w:w="1329" w:type="dxa"/>
          </w:tcPr>
          <w:p w14:paraId="50F7B19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359.9</w:t>
            </w:r>
          </w:p>
        </w:tc>
        <w:tc>
          <w:tcPr>
            <w:tcW w:w="730" w:type="dxa"/>
          </w:tcPr>
          <w:p w14:paraId="4965D3D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229</w:t>
            </w:r>
          </w:p>
        </w:tc>
        <w:tc>
          <w:tcPr>
            <w:tcW w:w="1060" w:type="dxa"/>
          </w:tcPr>
          <w:p w14:paraId="627D9A7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24.39</w:t>
            </w:r>
          </w:p>
        </w:tc>
        <w:tc>
          <w:tcPr>
            <w:tcW w:w="1170" w:type="dxa"/>
          </w:tcPr>
          <w:p w14:paraId="079C285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0CC377C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536A1B51"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CF4EEF1"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600" w:type="dxa"/>
          </w:tcPr>
          <w:p w14:paraId="0B7F916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O09</w:t>
            </w:r>
          </w:p>
        </w:tc>
        <w:tc>
          <w:tcPr>
            <w:tcW w:w="1182" w:type="dxa"/>
          </w:tcPr>
          <w:p w14:paraId="37FB08C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w:t>
            </w:r>
          </w:p>
        </w:tc>
        <w:tc>
          <w:tcPr>
            <w:tcW w:w="1023" w:type="dxa"/>
          </w:tcPr>
          <w:p w14:paraId="348D39C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28EF301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1463" w:type="dxa"/>
          </w:tcPr>
          <w:p w14:paraId="7B1481D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17.11</w:t>
            </w:r>
          </w:p>
        </w:tc>
        <w:tc>
          <w:tcPr>
            <w:tcW w:w="938" w:type="dxa"/>
          </w:tcPr>
          <w:p w14:paraId="5CC5609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33.75</w:t>
            </w:r>
          </w:p>
        </w:tc>
        <w:tc>
          <w:tcPr>
            <w:tcW w:w="1329" w:type="dxa"/>
          </w:tcPr>
          <w:p w14:paraId="1B17016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304.1</w:t>
            </w:r>
          </w:p>
        </w:tc>
        <w:tc>
          <w:tcPr>
            <w:tcW w:w="730" w:type="dxa"/>
          </w:tcPr>
          <w:p w14:paraId="5C9CCA7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w:t>
            </w:r>
          </w:p>
        </w:tc>
        <w:tc>
          <w:tcPr>
            <w:tcW w:w="1060" w:type="dxa"/>
          </w:tcPr>
          <w:p w14:paraId="06111EF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24.42</w:t>
            </w:r>
          </w:p>
        </w:tc>
        <w:tc>
          <w:tcPr>
            <w:tcW w:w="1170" w:type="dxa"/>
          </w:tcPr>
          <w:p w14:paraId="59DD9F6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2638282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3157ADE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8A6CB84"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600" w:type="dxa"/>
          </w:tcPr>
          <w:p w14:paraId="21DA5FA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O07</w:t>
            </w:r>
          </w:p>
        </w:tc>
        <w:tc>
          <w:tcPr>
            <w:tcW w:w="1182" w:type="dxa"/>
          </w:tcPr>
          <w:p w14:paraId="5194FF5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142.75</w:t>
            </w:r>
          </w:p>
        </w:tc>
        <w:tc>
          <w:tcPr>
            <w:tcW w:w="1023" w:type="dxa"/>
          </w:tcPr>
          <w:p w14:paraId="5C1536E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34E8048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1463" w:type="dxa"/>
          </w:tcPr>
          <w:p w14:paraId="440262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17.2</w:t>
            </w:r>
          </w:p>
        </w:tc>
        <w:tc>
          <w:tcPr>
            <w:tcW w:w="938" w:type="dxa"/>
          </w:tcPr>
          <w:p w14:paraId="2A98B95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33.82</w:t>
            </w:r>
          </w:p>
        </w:tc>
        <w:tc>
          <w:tcPr>
            <w:tcW w:w="1329" w:type="dxa"/>
          </w:tcPr>
          <w:p w14:paraId="400B29C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2948.4</w:t>
            </w:r>
          </w:p>
        </w:tc>
        <w:tc>
          <w:tcPr>
            <w:tcW w:w="730" w:type="dxa"/>
          </w:tcPr>
          <w:p w14:paraId="074DA13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w:t>
            </w:r>
          </w:p>
        </w:tc>
        <w:tc>
          <w:tcPr>
            <w:tcW w:w="1060" w:type="dxa"/>
          </w:tcPr>
          <w:p w14:paraId="482E752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24.45</w:t>
            </w:r>
          </w:p>
        </w:tc>
        <w:tc>
          <w:tcPr>
            <w:tcW w:w="1170" w:type="dxa"/>
          </w:tcPr>
          <w:p w14:paraId="395024A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529B780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4F5CA965"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BB86F10"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KS-21-24</w:t>
            </w:r>
          </w:p>
        </w:tc>
        <w:tc>
          <w:tcPr>
            <w:tcW w:w="600" w:type="dxa"/>
          </w:tcPr>
          <w:p w14:paraId="3D8965F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O05</w:t>
            </w:r>
          </w:p>
        </w:tc>
        <w:tc>
          <w:tcPr>
            <w:tcW w:w="1182" w:type="dxa"/>
          </w:tcPr>
          <w:p w14:paraId="5B1AAF6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142.5</w:t>
            </w:r>
          </w:p>
        </w:tc>
        <w:tc>
          <w:tcPr>
            <w:tcW w:w="1023" w:type="dxa"/>
          </w:tcPr>
          <w:p w14:paraId="29C8762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0A69D80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1.52</w:t>
            </w:r>
          </w:p>
        </w:tc>
        <w:tc>
          <w:tcPr>
            <w:tcW w:w="1463" w:type="dxa"/>
          </w:tcPr>
          <w:p w14:paraId="1990D21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17.04</w:t>
            </w:r>
          </w:p>
        </w:tc>
        <w:tc>
          <w:tcPr>
            <w:tcW w:w="938" w:type="dxa"/>
          </w:tcPr>
          <w:p w14:paraId="63D9995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32.99</w:t>
            </w:r>
          </w:p>
        </w:tc>
        <w:tc>
          <w:tcPr>
            <w:tcW w:w="1329" w:type="dxa"/>
          </w:tcPr>
          <w:p w14:paraId="2DDDAE8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280.7</w:t>
            </w:r>
          </w:p>
        </w:tc>
        <w:tc>
          <w:tcPr>
            <w:tcW w:w="730" w:type="dxa"/>
          </w:tcPr>
          <w:p w14:paraId="2C7C27F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43</w:t>
            </w:r>
          </w:p>
        </w:tc>
        <w:tc>
          <w:tcPr>
            <w:tcW w:w="1060" w:type="dxa"/>
          </w:tcPr>
          <w:p w14:paraId="3214E7F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23.86</w:t>
            </w:r>
          </w:p>
        </w:tc>
        <w:tc>
          <w:tcPr>
            <w:tcW w:w="1170" w:type="dxa"/>
          </w:tcPr>
          <w:p w14:paraId="67130CD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60E1BEA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089360D8"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0DB6A86"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6C92608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C09</w:t>
            </w:r>
          </w:p>
        </w:tc>
        <w:tc>
          <w:tcPr>
            <w:tcW w:w="1182" w:type="dxa"/>
          </w:tcPr>
          <w:p w14:paraId="468F2B8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143.99</w:t>
            </w:r>
          </w:p>
        </w:tc>
        <w:tc>
          <w:tcPr>
            <w:tcW w:w="1023" w:type="dxa"/>
          </w:tcPr>
          <w:p w14:paraId="7D85FBA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37.41</w:t>
            </w:r>
          </w:p>
        </w:tc>
        <w:tc>
          <w:tcPr>
            <w:tcW w:w="779" w:type="dxa"/>
          </w:tcPr>
          <w:p w14:paraId="18147AE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0.69</w:t>
            </w:r>
          </w:p>
        </w:tc>
        <w:tc>
          <w:tcPr>
            <w:tcW w:w="1463" w:type="dxa"/>
          </w:tcPr>
          <w:p w14:paraId="64BAE69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14.85</w:t>
            </w:r>
          </w:p>
        </w:tc>
        <w:tc>
          <w:tcPr>
            <w:tcW w:w="938" w:type="dxa"/>
          </w:tcPr>
          <w:p w14:paraId="712C714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34.42</w:t>
            </w:r>
          </w:p>
        </w:tc>
        <w:tc>
          <w:tcPr>
            <w:tcW w:w="1329" w:type="dxa"/>
          </w:tcPr>
          <w:p w14:paraId="51020BB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524.3</w:t>
            </w:r>
          </w:p>
        </w:tc>
        <w:tc>
          <w:tcPr>
            <w:tcW w:w="730" w:type="dxa"/>
          </w:tcPr>
          <w:p w14:paraId="5687D5A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w:t>
            </w:r>
          </w:p>
        </w:tc>
        <w:tc>
          <w:tcPr>
            <w:tcW w:w="1060" w:type="dxa"/>
          </w:tcPr>
          <w:p w14:paraId="341D2D2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25.44</w:t>
            </w:r>
          </w:p>
        </w:tc>
        <w:tc>
          <w:tcPr>
            <w:tcW w:w="1170" w:type="dxa"/>
          </w:tcPr>
          <w:p w14:paraId="5E5A332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569D81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7CC114C9"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8F6EF53"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5448071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C06</w:t>
            </w:r>
          </w:p>
        </w:tc>
        <w:tc>
          <w:tcPr>
            <w:tcW w:w="1182" w:type="dxa"/>
          </w:tcPr>
          <w:p w14:paraId="6A45B3B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144</w:t>
            </w:r>
          </w:p>
        </w:tc>
        <w:tc>
          <w:tcPr>
            <w:tcW w:w="1023" w:type="dxa"/>
          </w:tcPr>
          <w:p w14:paraId="0F0C0E3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37.04</w:t>
            </w:r>
          </w:p>
        </w:tc>
        <w:tc>
          <w:tcPr>
            <w:tcW w:w="779" w:type="dxa"/>
          </w:tcPr>
          <w:p w14:paraId="5C8AC15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1.56</w:t>
            </w:r>
          </w:p>
        </w:tc>
        <w:tc>
          <w:tcPr>
            <w:tcW w:w="1463" w:type="dxa"/>
          </w:tcPr>
          <w:p w14:paraId="5228845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16.15</w:t>
            </w:r>
          </w:p>
        </w:tc>
        <w:tc>
          <w:tcPr>
            <w:tcW w:w="938" w:type="dxa"/>
          </w:tcPr>
          <w:p w14:paraId="7769037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34.47</w:t>
            </w:r>
          </w:p>
        </w:tc>
        <w:tc>
          <w:tcPr>
            <w:tcW w:w="1329" w:type="dxa"/>
          </w:tcPr>
          <w:p w14:paraId="12B70FF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w:t>
            </w:r>
          </w:p>
        </w:tc>
        <w:tc>
          <w:tcPr>
            <w:tcW w:w="730" w:type="dxa"/>
          </w:tcPr>
          <w:p w14:paraId="13EBB2C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w:t>
            </w:r>
          </w:p>
        </w:tc>
        <w:tc>
          <w:tcPr>
            <w:tcW w:w="1060" w:type="dxa"/>
          </w:tcPr>
          <w:p w14:paraId="5436131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25.18</w:t>
            </w:r>
          </w:p>
        </w:tc>
        <w:tc>
          <w:tcPr>
            <w:tcW w:w="1170" w:type="dxa"/>
          </w:tcPr>
          <w:p w14:paraId="39867BC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7747136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0F3795B3"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6475B48"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4A85A12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C00</w:t>
            </w:r>
          </w:p>
        </w:tc>
        <w:tc>
          <w:tcPr>
            <w:tcW w:w="1182" w:type="dxa"/>
          </w:tcPr>
          <w:p w14:paraId="0384911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144.07</w:t>
            </w:r>
          </w:p>
        </w:tc>
        <w:tc>
          <w:tcPr>
            <w:tcW w:w="1023" w:type="dxa"/>
          </w:tcPr>
          <w:p w14:paraId="0FBEE81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36.3</w:t>
            </w:r>
          </w:p>
        </w:tc>
        <w:tc>
          <w:tcPr>
            <w:tcW w:w="779" w:type="dxa"/>
          </w:tcPr>
          <w:p w14:paraId="29DB625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1.47</w:t>
            </w:r>
          </w:p>
        </w:tc>
        <w:tc>
          <w:tcPr>
            <w:tcW w:w="1463" w:type="dxa"/>
          </w:tcPr>
          <w:p w14:paraId="6057D00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18.92</w:t>
            </w:r>
          </w:p>
        </w:tc>
        <w:tc>
          <w:tcPr>
            <w:tcW w:w="938" w:type="dxa"/>
          </w:tcPr>
          <w:p w14:paraId="23D5BB5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34.47</w:t>
            </w:r>
          </w:p>
        </w:tc>
        <w:tc>
          <w:tcPr>
            <w:tcW w:w="1329" w:type="dxa"/>
          </w:tcPr>
          <w:p w14:paraId="59810E6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374.1</w:t>
            </w:r>
          </w:p>
        </w:tc>
        <w:tc>
          <w:tcPr>
            <w:tcW w:w="730" w:type="dxa"/>
          </w:tcPr>
          <w:p w14:paraId="4711C9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w:t>
            </w:r>
          </w:p>
        </w:tc>
        <w:tc>
          <w:tcPr>
            <w:tcW w:w="1060" w:type="dxa"/>
          </w:tcPr>
          <w:p w14:paraId="1070DAE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24.52</w:t>
            </w:r>
          </w:p>
        </w:tc>
        <w:tc>
          <w:tcPr>
            <w:tcW w:w="1170" w:type="dxa"/>
          </w:tcPr>
          <w:p w14:paraId="548B0A0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750D02F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183513B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276B0F1"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7E6F013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C01</w:t>
            </w:r>
          </w:p>
        </w:tc>
        <w:tc>
          <w:tcPr>
            <w:tcW w:w="1182" w:type="dxa"/>
          </w:tcPr>
          <w:p w14:paraId="038F6C6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144.02</w:t>
            </w:r>
          </w:p>
        </w:tc>
        <w:tc>
          <w:tcPr>
            <w:tcW w:w="1023" w:type="dxa"/>
          </w:tcPr>
          <w:p w14:paraId="303DC2B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36.42</w:t>
            </w:r>
          </w:p>
        </w:tc>
        <w:tc>
          <w:tcPr>
            <w:tcW w:w="779" w:type="dxa"/>
          </w:tcPr>
          <w:p w14:paraId="4C64D66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463" w:type="dxa"/>
          </w:tcPr>
          <w:p w14:paraId="53811B8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18.78</w:t>
            </w:r>
          </w:p>
        </w:tc>
        <w:tc>
          <w:tcPr>
            <w:tcW w:w="938" w:type="dxa"/>
          </w:tcPr>
          <w:p w14:paraId="1B0A178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34.53</w:t>
            </w:r>
          </w:p>
        </w:tc>
        <w:tc>
          <w:tcPr>
            <w:tcW w:w="1329" w:type="dxa"/>
          </w:tcPr>
          <w:p w14:paraId="6D34ADA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1292.3</w:t>
            </w:r>
          </w:p>
        </w:tc>
        <w:tc>
          <w:tcPr>
            <w:tcW w:w="730" w:type="dxa"/>
          </w:tcPr>
          <w:p w14:paraId="18F751F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w:t>
            </w:r>
          </w:p>
        </w:tc>
        <w:tc>
          <w:tcPr>
            <w:tcW w:w="1060" w:type="dxa"/>
          </w:tcPr>
          <w:p w14:paraId="63111AB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24.6</w:t>
            </w:r>
          </w:p>
        </w:tc>
        <w:tc>
          <w:tcPr>
            <w:tcW w:w="1170" w:type="dxa"/>
          </w:tcPr>
          <w:p w14:paraId="223AED7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49B3F7C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7027E6B9"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474304F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7122404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C02</w:t>
            </w:r>
          </w:p>
        </w:tc>
        <w:tc>
          <w:tcPr>
            <w:tcW w:w="1182" w:type="dxa"/>
          </w:tcPr>
          <w:p w14:paraId="4A081D9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143.99</w:t>
            </w:r>
          </w:p>
        </w:tc>
        <w:tc>
          <w:tcPr>
            <w:tcW w:w="1023" w:type="dxa"/>
          </w:tcPr>
          <w:p w14:paraId="3463D5D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36.55</w:t>
            </w:r>
          </w:p>
        </w:tc>
        <w:tc>
          <w:tcPr>
            <w:tcW w:w="779" w:type="dxa"/>
          </w:tcPr>
          <w:p w14:paraId="750F647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0.71</w:t>
            </w:r>
          </w:p>
        </w:tc>
        <w:tc>
          <w:tcPr>
            <w:tcW w:w="1463" w:type="dxa"/>
          </w:tcPr>
          <w:p w14:paraId="6A8EB88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17.62</w:t>
            </w:r>
          </w:p>
        </w:tc>
        <w:tc>
          <w:tcPr>
            <w:tcW w:w="938" w:type="dxa"/>
          </w:tcPr>
          <w:p w14:paraId="004AA21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34.46</w:t>
            </w:r>
          </w:p>
        </w:tc>
        <w:tc>
          <w:tcPr>
            <w:tcW w:w="1329" w:type="dxa"/>
          </w:tcPr>
          <w:p w14:paraId="4A37F31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65</w:t>
            </w:r>
          </w:p>
        </w:tc>
        <w:tc>
          <w:tcPr>
            <w:tcW w:w="730" w:type="dxa"/>
          </w:tcPr>
          <w:p w14:paraId="5F748FF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w:t>
            </w:r>
          </w:p>
        </w:tc>
        <w:tc>
          <w:tcPr>
            <w:tcW w:w="1060" w:type="dxa"/>
          </w:tcPr>
          <w:p w14:paraId="15C304B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24.83</w:t>
            </w:r>
          </w:p>
        </w:tc>
        <w:tc>
          <w:tcPr>
            <w:tcW w:w="1170" w:type="dxa"/>
          </w:tcPr>
          <w:p w14:paraId="7597C29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5A11990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1445E77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45CB30DB"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1F1E1FB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C03</w:t>
            </w:r>
          </w:p>
        </w:tc>
        <w:tc>
          <w:tcPr>
            <w:tcW w:w="1182" w:type="dxa"/>
          </w:tcPr>
          <w:p w14:paraId="61B4A23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144</w:t>
            </w:r>
          </w:p>
        </w:tc>
        <w:tc>
          <w:tcPr>
            <w:tcW w:w="1023" w:type="dxa"/>
          </w:tcPr>
          <w:p w14:paraId="69C05B9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36.67</w:t>
            </w:r>
          </w:p>
        </w:tc>
        <w:tc>
          <w:tcPr>
            <w:tcW w:w="779" w:type="dxa"/>
          </w:tcPr>
          <w:p w14:paraId="1387A05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0.55</w:t>
            </w:r>
          </w:p>
        </w:tc>
        <w:tc>
          <w:tcPr>
            <w:tcW w:w="1463" w:type="dxa"/>
          </w:tcPr>
          <w:p w14:paraId="551F825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16.9</w:t>
            </w:r>
          </w:p>
        </w:tc>
        <w:tc>
          <w:tcPr>
            <w:tcW w:w="938" w:type="dxa"/>
          </w:tcPr>
          <w:p w14:paraId="34D9630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34.55</w:t>
            </w:r>
          </w:p>
        </w:tc>
        <w:tc>
          <w:tcPr>
            <w:tcW w:w="1329" w:type="dxa"/>
          </w:tcPr>
          <w:p w14:paraId="12B81E2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1683</w:t>
            </w:r>
          </w:p>
        </w:tc>
        <w:tc>
          <w:tcPr>
            <w:tcW w:w="730" w:type="dxa"/>
          </w:tcPr>
          <w:p w14:paraId="3C6A145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57</w:t>
            </w:r>
          </w:p>
        </w:tc>
        <w:tc>
          <w:tcPr>
            <w:tcW w:w="1060" w:type="dxa"/>
          </w:tcPr>
          <w:p w14:paraId="4C9A1FD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25.07</w:t>
            </w:r>
          </w:p>
        </w:tc>
        <w:tc>
          <w:tcPr>
            <w:tcW w:w="1170" w:type="dxa"/>
          </w:tcPr>
          <w:p w14:paraId="4FC4990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430840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0BCE9D84"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8CEBCA4"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0E27C0B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C04</w:t>
            </w:r>
          </w:p>
        </w:tc>
        <w:tc>
          <w:tcPr>
            <w:tcW w:w="1182" w:type="dxa"/>
          </w:tcPr>
          <w:p w14:paraId="2617E30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143.99</w:t>
            </w:r>
          </w:p>
        </w:tc>
        <w:tc>
          <w:tcPr>
            <w:tcW w:w="1023" w:type="dxa"/>
          </w:tcPr>
          <w:p w14:paraId="7D6C404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36.8</w:t>
            </w:r>
          </w:p>
        </w:tc>
        <w:tc>
          <w:tcPr>
            <w:tcW w:w="779" w:type="dxa"/>
          </w:tcPr>
          <w:p w14:paraId="3CEAD65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0.98</w:t>
            </w:r>
          </w:p>
        </w:tc>
        <w:tc>
          <w:tcPr>
            <w:tcW w:w="1463" w:type="dxa"/>
          </w:tcPr>
          <w:p w14:paraId="182E56E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16.82</w:t>
            </w:r>
          </w:p>
        </w:tc>
        <w:tc>
          <w:tcPr>
            <w:tcW w:w="938" w:type="dxa"/>
          </w:tcPr>
          <w:p w14:paraId="44C96AD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34.47</w:t>
            </w:r>
          </w:p>
        </w:tc>
        <w:tc>
          <w:tcPr>
            <w:tcW w:w="1329" w:type="dxa"/>
          </w:tcPr>
          <w:p w14:paraId="7E154C9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138</w:t>
            </w:r>
          </w:p>
        </w:tc>
        <w:tc>
          <w:tcPr>
            <w:tcW w:w="730" w:type="dxa"/>
          </w:tcPr>
          <w:p w14:paraId="12273DE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w:t>
            </w:r>
          </w:p>
        </w:tc>
        <w:tc>
          <w:tcPr>
            <w:tcW w:w="1060" w:type="dxa"/>
          </w:tcPr>
          <w:p w14:paraId="067F927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25.03</w:t>
            </w:r>
          </w:p>
        </w:tc>
        <w:tc>
          <w:tcPr>
            <w:tcW w:w="1170" w:type="dxa"/>
          </w:tcPr>
          <w:p w14:paraId="672322F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A00627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1B953824"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07D977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3D2860C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C05</w:t>
            </w:r>
          </w:p>
        </w:tc>
        <w:tc>
          <w:tcPr>
            <w:tcW w:w="1182" w:type="dxa"/>
          </w:tcPr>
          <w:p w14:paraId="5115CD7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144</w:t>
            </w:r>
          </w:p>
        </w:tc>
        <w:tc>
          <w:tcPr>
            <w:tcW w:w="1023" w:type="dxa"/>
          </w:tcPr>
          <w:p w14:paraId="4C78554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36.92</w:t>
            </w:r>
          </w:p>
        </w:tc>
        <w:tc>
          <w:tcPr>
            <w:tcW w:w="779" w:type="dxa"/>
          </w:tcPr>
          <w:p w14:paraId="3F6B5E3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2.01</w:t>
            </w:r>
          </w:p>
        </w:tc>
        <w:tc>
          <w:tcPr>
            <w:tcW w:w="1463" w:type="dxa"/>
          </w:tcPr>
          <w:p w14:paraId="150AB91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16.68</w:t>
            </w:r>
          </w:p>
        </w:tc>
        <w:tc>
          <w:tcPr>
            <w:tcW w:w="938" w:type="dxa"/>
          </w:tcPr>
          <w:p w14:paraId="576AFE3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34.46</w:t>
            </w:r>
          </w:p>
        </w:tc>
        <w:tc>
          <w:tcPr>
            <w:tcW w:w="1329" w:type="dxa"/>
          </w:tcPr>
          <w:p w14:paraId="3EA78EE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94</w:t>
            </w:r>
          </w:p>
        </w:tc>
        <w:tc>
          <w:tcPr>
            <w:tcW w:w="730" w:type="dxa"/>
          </w:tcPr>
          <w:p w14:paraId="3D21DE4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w:t>
            </w:r>
          </w:p>
        </w:tc>
        <w:tc>
          <w:tcPr>
            <w:tcW w:w="1060" w:type="dxa"/>
          </w:tcPr>
          <w:p w14:paraId="57582F2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25.06</w:t>
            </w:r>
          </w:p>
        </w:tc>
        <w:tc>
          <w:tcPr>
            <w:tcW w:w="1170" w:type="dxa"/>
          </w:tcPr>
          <w:p w14:paraId="6D15558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667E6FD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0E996933"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469776EC"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3BBA1E4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B01</w:t>
            </w:r>
          </w:p>
        </w:tc>
        <w:tc>
          <w:tcPr>
            <w:tcW w:w="1182" w:type="dxa"/>
          </w:tcPr>
          <w:p w14:paraId="6E27EB1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143.61</w:t>
            </w:r>
          </w:p>
        </w:tc>
        <w:tc>
          <w:tcPr>
            <w:tcW w:w="1023" w:type="dxa"/>
          </w:tcPr>
          <w:p w14:paraId="0C71FF9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36.23</w:t>
            </w:r>
          </w:p>
        </w:tc>
        <w:tc>
          <w:tcPr>
            <w:tcW w:w="779" w:type="dxa"/>
          </w:tcPr>
          <w:p w14:paraId="0C67D71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1463" w:type="dxa"/>
          </w:tcPr>
          <w:p w14:paraId="06B2876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17.11</w:t>
            </w:r>
          </w:p>
        </w:tc>
        <w:tc>
          <w:tcPr>
            <w:tcW w:w="938" w:type="dxa"/>
          </w:tcPr>
          <w:p w14:paraId="0A009D2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33.75</w:t>
            </w:r>
          </w:p>
        </w:tc>
        <w:tc>
          <w:tcPr>
            <w:tcW w:w="1329" w:type="dxa"/>
          </w:tcPr>
          <w:p w14:paraId="5498F5B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286.2</w:t>
            </w:r>
          </w:p>
        </w:tc>
        <w:tc>
          <w:tcPr>
            <w:tcW w:w="730" w:type="dxa"/>
          </w:tcPr>
          <w:p w14:paraId="0B1781E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w:t>
            </w:r>
          </w:p>
        </w:tc>
        <w:tc>
          <w:tcPr>
            <w:tcW w:w="1060" w:type="dxa"/>
          </w:tcPr>
          <w:p w14:paraId="1FDFC15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24.42</w:t>
            </w:r>
          </w:p>
        </w:tc>
        <w:tc>
          <w:tcPr>
            <w:tcW w:w="1170" w:type="dxa"/>
          </w:tcPr>
          <w:p w14:paraId="66088CC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710CAEC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4B297310"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E6594D5"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0A0B77E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B02</w:t>
            </w:r>
          </w:p>
        </w:tc>
        <w:tc>
          <w:tcPr>
            <w:tcW w:w="1182" w:type="dxa"/>
          </w:tcPr>
          <w:p w14:paraId="7503F8E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143.51</w:t>
            </w:r>
          </w:p>
        </w:tc>
        <w:tc>
          <w:tcPr>
            <w:tcW w:w="1023" w:type="dxa"/>
          </w:tcPr>
          <w:p w14:paraId="3470151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36.36</w:t>
            </w:r>
          </w:p>
        </w:tc>
        <w:tc>
          <w:tcPr>
            <w:tcW w:w="779" w:type="dxa"/>
          </w:tcPr>
          <w:p w14:paraId="4AE64AD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0.32</w:t>
            </w:r>
          </w:p>
        </w:tc>
        <w:tc>
          <w:tcPr>
            <w:tcW w:w="1463" w:type="dxa"/>
          </w:tcPr>
          <w:p w14:paraId="7FD2872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21.56</w:t>
            </w:r>
          </w:p>
        </w:tc>
        <w:tc>
          <w:tcPr>
            <w:tcW w:w="938" w:type="dxa"/>
          </w:tcPr>
          <w:p w14:paraId="4A98BE7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34.7</w:t>
            </w:r>
          </w:p>
        </w:tc>
        <w:tc>
          <w:tcPr>
            <w:tcW w:w="1329" w:type="dxa"/>
          </w:tcPr>
          <w:p w14:paraId="60CF8B1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107</w:t>
            </w:r>
          </w:p>
        </w:tc>
        <w:tc>
          <w:tcPr>
            <w:tcW w:w="730" w:type="dxa"/>
          </w:tcPr>
          <w:p w14:paraId="15188DA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w:t>
            </w:r>
          </w:p>
        </w:tc>
        <w:tc>
          <w:tcPr>
            <w:tcW w:w="1060" w:type="dxa"/>
          </w:tcPr>
          <w:p w14:paraId="69FE5F3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w:t>
            </w:r>
          </w:p>
        </w:tc>
        <w:tc>
          <w:tcPr>
            <w:tcW w:w="1170" w:type="dxa"/>
          </w:tcPr>
          <w:p w14:paraId="5E98636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172A41C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149DC649"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0300083"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KS-18-5</w:t>
            </w:r>
          </w:p>
        </w:tc>
        <w:tc>
          <w:tcPr>
            <w:tcW w:w="600" w:type="dxa"/>
          </w:tcPr>
          <w:p w14:paraId="1C9050F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B06</w:t>
            </w:r>
          </w:p>
        </w:tc>
        <w:tc>
          <w:tcPr>
            <w:tcW w:w="1182" w:type="dxa"/>
          </w:tcPr>
          <w:p w14:paraId="677E25F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143.2</w:t>
            </w:r>
          </w:p>
        </w:tc>
        <w:tc>
          <w:tcPr>
            <w:tcW w:w="1023" w:type="dxa"/>
          </w:tcPr>
          <w:p w14:paraId="6D83243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36.82</w:t>
            </w:r>
          </w:p>
        </w:tc>
        <w:tc>
          <w:tcPr>
            <w:tcW w:w="779" w:type="dxa"/>
          </w:tcPr>
          <w:p w14:paraId="5B11F1C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1.22</w:t>
            </w:r>
          </w:p>
        </w:tc>
        <w:tc>
          <w:tcPr>
            <w:tcW w:w="1463" w:type="dxa"/>
          </w:tcPr>
          <w:p w14:paraId="5A75535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16.89</w:t>
            </w:r>
          </w:p>
        </w:tc>
        <w:tc>
          <w:tcPr>
            <w:tcW w:w="938" w:type="dxa"/>
          </w:tcPr>
          <w:p w14:paraId="620BB1C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34.6</w:t>
            </w:r>
          </w:p>
        </w:tc>
        <w:tc>
          <w:tcPr>
            <w:tcW w:w="1329" w:type="dxa"/>
          </w:tcPr>
          <w:p w14:paraId="75AF484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1836.9</w:t>
            </w:r>
          </w:p>
        </w:tc>
        <w:tc>
          <w:tcPr>
            <w:tcW w:w="730" w:type="dxa"/>
          </w:tcPr>
          <w:p w14:paraId="6075903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w:t>
            </w:r>
          </w:p>
        </w:tc>
        <w:tc>
          <w:tcPr>
            <w:tcW w:w="1060" w:type="dxa"/>
          </w:tcPr>
          <w:p w14:paraId="192B149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25.11</w:t>
            </w:r>
          </w:p>
        </w:tc>
        <w:tc>
          <w:tcPr>
            <w:tcW w:w="1170" w:type="dxa"/>
          </w:tcPr>
          <w:p w14:paraId="24C24AB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CB9F2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Spring</w:t>
            </w:r>
          </w:p>
        </w:tc>
      </w:tr>
      <w:tr w:rsidR="00D32254" w:rsidRPr="00D32254" w14:paraId="6D6DB99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3CC900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600" w:type="dxa"/>
          </w:tcPr>
          <w:p w14:paraId="59BEF8A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OT1</w:t>
            </w:r>
          </w:p>
        </w:tc>
        <w:tc>
          <w:tcPr>
            <w:tcW w:w="1182" w:type="dxa"/>
          </w:tcPr>
          <w:p w14:paraId="0E56AFE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w:t>
            </w:r>
          </w:p>
        </w:tc>
        <w:tc>
          <w:tcPr>
            <w:tcW w:w="1023" w:type="dxa"/>
          </w:tcPr>
          <w:p w14:paraId="2EA8284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041F394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1.22</w:t>
            </w:r>
          </w:p>
        </w:tc>
        <w:tc>
          <w:tcPr>
            <w:tcW w:w="1463" w:type="dxa"/>
          </w:tcPr>
          <w:p w14:paraId="3CE5968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20.57</w:t>
            </w:r>
          </w:p>
        </w:tc>
        <w:tc>
          <w:tcPr>
            <w:tcW w:w="938" w:type="dxa"/>
          </w:tcPr>
          <w:p w14:paraId="4ECBF62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32.76</w:t>
            </w:r>
          </w:p>
        </w:tc>
        <w:tc>
          <w:tcPr>
            <w:tcW w:w="1329" w:type="dxa"/>
          </w:tcPr>
          <w:p w14:paraId="01AE485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94.1</w:t>
            </w:r>
          </w:p>
        </w:tc>
        <w:tc>
          <w:tcPr>
            <w:tcW w:w="730" w:type="dxa"/>
          </w:tcPr>
          <w:p w14:paraId="1619670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w:t>
            </w:r>
          </w:p>
        </w:tc>
        <w:tc>
          <w:tcPr>
            <w:tcW w:w="1060" w:type="dxa"/>
          </w:tcPr>
          <w:p w14:paraId="679341D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22.81</w:t>
            </w:r>
          </w:p>
        </w:tc>
        <w:tc>
          <w:tcPr>
            <w:tcW w:w="1170" w:type="dxa"/>
          </w:tcPr>
          <w:p w14:paraId="1751464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2401A04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7FA9822E"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5770B10"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600" w:type="dxa"/>
          </w:tcPr>
          <w:p w14:paraId="62F039D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OT3</w:t>
            </w:r>
          </w:p>
        </w:tc>
        <w:tc>
          <w:tcPr>
            <w:tcW w:w="1182" w:type="dxa"/>
          </w:tcPr>
          <w:p w14:paraId="34E8669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142.25</w:t>
            </w:r>
          </w:p>
        </w:tc>
        <w:tc>
          <w:tcPr>
            <w:tcW w:w="1023" w:type="dxa"/>
          </w:tcPr>
          <w:p w14:paraId="52B58FF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39.36</w:t>
            </w:r>
          </w:p>
        </w:tc>
        <w:tc>
          <w:tcPr>
            <w:tcW w:w="779" w:type="dxa"/>
          </w:tcPr>
          <w:p w14:paraId="1A61DFE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0.42</w:t>
            </w:r>
          </w:p>
        </w:tc>
        <w:tc>
          <w:tcPr>
            <w:tcW w:w="1463" w:type="dxa"/>
          </w:tcPr>
          <w:p w14:paraId="37D6CE6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21.66</w:t>
            </w:r>
          </w:p>
        </w:tc>
        <w:tc>
          <w:tcPr>
            <w:tcW w:w="938" w:type="dxa"/>
          </w:tcPr>
          <w:p w14:paraId="46B9DF9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33.23</w:t>
            </w:r>
          </w:p>
        </w:tc>
        <w:tc>
          <w:tcPr>
            <w:tcW w:w="1329" w:type="dxa"/>
          </w:tcPr>
          <w:p w14:paraId="63C3CCA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w:t>
            </w:r>
          </w:p>
        </w:tc>
        <w:tc>
          <w:tcPr>
            <w:tcW w:w="730" w:type="dxa"/>
          </w:tcPr>
          <w:p w14:paraId="698F9F0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11</w:t>
            </w:r>
          </w:p>
        </w:tc>
        <w:tc>
          <w:tcPr>
            <w:tcW w:w="1060" w:type="dxa"/>
          </w:tcPr>
          <w:p w14:paraId="45D4A06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22.87</w:t>
            </w:r>
          </w:p>
        </w:tc>
        <w:tc>
          <w:tcPr>
            <w:tcW w:w="1170" w:type="dxa"/>
          </w:tcPr>
          <w:p w14:paraId="0919F5C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3F741F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4C29BED7"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4F4116E"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600" w:type="dxa"/>
          </w:tcPr>
          <w:p w14:paraId="424D600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OT5</w:t>
            </w:r>
          </w:p>
        </w:tc>
        <w:tc>
          <w:tcPr>
            <w:tcW w:w="1182" w:type="dxa"/>
          </w:tcPr>
          <w:p w14:paraId="2D6A002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142.5</w:t>
            </w:r>
          </w:p>
        </w:tc>
        <w:tc>
          <w:tcPr>
            <w:tcW w:w="1023" w:type="dxa"/>
          </w:tcPr>
          <w:p w14:paraId="5694AB9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2086938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0.47</w:t>
            </w:r>
          </w:p>
        </w:tc>
        <w:tc>
          <w:tcPr>
            <w:tcW w:w="1463" w:type="dxa"/>
          </w:tcPr>
          <w:p w14:paraId="65D637D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21.92</w:t>
            </w:r>
          </w:p>
        </w:tc>
        <w:tc>
          <w:tcPr>
            <w:tcW w:w="938" w:type="dxa"/>
          </w:tcPr>
          <w:p w14:paraId="6629543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33.06</w:t>
            </w:r>
          </w:p>
        </w:tc>
        <w:tc>
          <w:tcPr>
            <w:tcW w:w="1329" w:type="dxa"/>
          </w:tcPr>
          <w:p w14:paraId="5A90169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1035</w:t>
            </w:r>
          </w:p>
        </w:tc>
        <w:tc>
          <w:tcPr>
            <w:tcW w:w="730" w:type="dxa"/>
          </w:tcPr>
          <w:p w14:paraId="64BFBEE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1060" w:type="dxa"/>
          </w:tcPr>
          <w:p w14:paraId="2B0B7D2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22.67</w:t>
            </w:r>
          </w:p>
        </w:tc>
        <w:tc>
          <w:tcPr>
            <w:tcW w:w="1170" w:type="dxa"/>
          </w:tcPr>
          <w:p w14:paraId="72CD4E2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93D351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2D541683"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88B2CFF"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600" w:type="dxa"/>
          </w:tcPr>
          <w:p w14:paraId="0E4A2C4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OT7</w:t>
            </w:r>
          </w:p>
        </w:tc>
        <w:tc>
          <w:tcPr>
            <w:tcW w:w="1182" w:type="dxa"/>
          </w:tcPr>
          <w:p w14:paraId="4E903F3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142.75</w:t>
            </w:r>
          </w:p>
        </w:tc>
        <w:tc>
          <w:tcPr>
            <w:tcW w:w="1023" w:type="dxa"/>
          </w:tcPr>
          <w:p w14:paraId="0ED6AC2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5C9809D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0.4</w:t>
            </w:r>
          </w:p>
        </w:tc>
        <w:tc>
          <w:tcPr>
            <w:tcW w:w="1463" w:type="dxa"/>
          </w:tcPr>
          <w:p w14:paraId="4FBE98F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21.87</w:t>
            </w:r>
          </w:p>
        </w:tc>
        <w:tc>
          <w:tcPr>
            <w:tcW w:w="938" w:type="dxa"/>
          </w:tcPr>
          <w:p w14:paraId="5DFEC1A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33.03</w:t>
            </w:r>
          </w:p>
        </w:tc>
        <w:tc>
          <w:tcPr>
            <w:tcW w:w="1329" w:type="dxa"/>
          </w:tcPr>
          <w:p w14:paraId="1157E48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1598</w:t>
            </w:r>
          </w:p>
        </w:tc>
        <w:tc>
          <w:tcPr>
            <w:tcW w:w="730" w:type="dxa"/>
          </w:tcPr>
          <w:p w14:paraId="73E800F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1060" w:type="dxa"/>
          </w:tcPr>
          <w:p w14:paraId="2679D45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22.66</w:t>
            </w:r>
          </w:p>
        </w:tc>
        <w:tc>
          <w:tcPr>
            <w:tcW w:w="1170" w:type="dxa"/>
          </w:tcPr>
          <w:p w14:paraId="2AD46B9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32316DF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0D4EDFBE"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DF07683"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KS-22-11</w:t>
            </w:r>
          </w:p>
        </w:tc>
        <w:tc>
          <w:tcPr>
            <w:tcW w:w="600" w:type="dxa"/>
          </w:tcPr>
          <w:p w14:paraId="5CFF27A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OT9</w:t>
            </w:r>
          </w:p>
        </w:tc>
        <w:tc>
          <w:tcPr>
            <w:tcW w:w="1182" w:type="dxa"/>
          </w:tcPr>
          <w:p w14:paraId="43A1F88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143</w:t>
            </w:r>
          </w:p>
        </w:tc>
        <w:tc>
          <w:tcPr>
            <w:tcW w:w="1023" w:type="dxa"/>
          </w:tcPr>
          <w:p w14:paraId="37C752D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39.37</w:t>
            </w:r>
          </w:p>
        </w:tc>
        <w:tc>
          <w:tcPr>
            <w:tcW w:w="779" w:type="dxa"/>
          </w:tcPr>
          <w:p w14:paraId="74C1E41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0.38</w:t>
            </w:r>
          </w:p>
        </w:tc>
        <w:tc>
          <w:tcPr>
            <w:tcW w:w="1463" w:type="dxa"/>
          </w:tcPr>
          <w:p w14:paraId="4D58F67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22.24</w:t>
            </w:r>
          </w:p>
        </w:tc>
        <w:tc>
          <w:tcPr>
            <w:tcW w:w="938" w:type="dxa"/>
          </w:tcPr>
          <w:p w14:paraId="68F4FE0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33.32</w:t>
            </w:r>
          </w:p>
        </w:tc>
        <w:tc>
          <w:tcPr>
            <w:tcW w:w="1329" w:type="dxa"/>
          </w:tcPr>
          <w:p w14:paraId="19C29D4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1863</w:t>
            </w:r>
          </w:p>
        </w:tc>
        <w:tc>
          <w:tcPr>
            <w:tcW w:w="730" w:type="dxa"/>
          </w:tcPr>
          <w:p w14:paraId="5A195A6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1060" w:type="dxa"/>
          </w:tcPr>
          <w:p w14:paraId="19AD190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22.78</w:t>
            </w:r>
          </w:p>
        </w:tc>
        <w:tc>
          <w:tcPr>
            <w:tcW w:w="1170" w:type="dxa"/>
          </w:tcPr>
          <w:p w14:paraId="20A6CB1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39C9C9C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7C1B1A1C"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5EA2696"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22D7029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St.5_1</w:t>
            </w:r>
          </w:p>
        </w:tc>
        <w:tc>
          <w:tcPr>
            <w:tcW w:w="1182" w:type="dxa"/>
          </w:tcPr>
          <w:p w14:paraId="2D8A1F6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w:t>
            </w:r>
          </w:p>
        </w:tc>
        <w:tc>
          <w:tcPr>
            <w:tcW w:w="1023" w:type="dxa"/>
          </w:tcPr>
          <w:p w14:paraId="26E2E0F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30.5</w:t>
            </w:r>
          </w:p>
        </w:tc>
        <w:tc>
          <w:tcPr>
            <w:tcW w:w="779" w:type="dxa"/>
          </w:tcPr>
          <w:p w14:paraId="68DD794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0.7</w:t>
            </w:r>
          </w:p>
        </w:tc>
        <w:tc>
          <w:tcPr>
            <w:tcW w:w="1463" w:type="dxa"/>
          </w:tcPr>
          <w:p w14:paraId="1382D4A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25.2</w:t>
            </w:r>
          </w:p>
        </w:tc>
        <w:tc>
          <w:tcPr>
            <w:tcW w:w="938" w:type="dxa"/>
          </w:tcPr>
          <w:p w14:paraId="1D24595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34.04</w:t>
            </w:r>
          </w:p>
        </w:tc>
        <w:tc>
          <w:tcPr>
            <w:tcW w:w="1329" w:type="dxa"/>
          </w:tcPr>
          <w:p w14:paraId="1685310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428.8</w:t>
            </w:r>
          </w:p>
        </w:tc>
        <w:tc>
          <w:tcPr>
            <w:tcW w:w="730" w:type="dxa"/>
          </w:tcPr>
          <w:p w14:paraId="0EB7D1F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60</w:t>
            </w:r>
          </w:p>
        </w:tc>
        <w:tc>
          <w:tcPr>
            <w:tcW w:w="1060" w:type="dxa"/>
          </w:tcPr>
          <w:p w14:paraId="3CFF799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22.45</w:t>
            </w:r>
          </w:p>
        </w:tc>
        <w:tc>
          <w:tcPr>
            <w:tcW w:w="1170" w:type="dxa"/>
          </w:tcPr>
          <w:p w14:paraId="2FE8E69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14E3A41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3D1B8DCE"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6C5ABDE"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585F3BB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St.5_2</w:t>
            </w:r>
          </w:p>
        </w:tc>
        <w:tc>
          <w:tcPr>
            <w:tcW w:w="1182" w:type="dxa"/>
          </w:tcPr>
          <w:p w14:paraId="5881B92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w:t>
            </w:r>
          </w:p>
        </w:tc>
        <w:tc>
          <w:tcPr>
            <w:tcW w:w="1023" w:type="dxa"/>
          </w:tcPr>
          <w:p w14:paraId="03AA2FA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30.5</w:t>
            </w:r>
          </w:p>
        </w:tc>
        <w:tc>
          <w:tcPr>
            <w:tcW w:w="779" w:type="dxa"/>
          </w:tcPr>
          <w:p w14:paraId="32F2922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0.7</w:t>
            </w:r>
          </w:p>
        </w:tc>
        <w:tc>
          <w:tcPr>
            <w:tcW w:w="1463" w:type="dxa"/>
          </w:tcPr>
          <w:p w14:paraId="1EDE9B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25.2</w:t>
            </w:r>
          </w:p>
        </w:tc>
        <w:tc>
          <w:tcPr>
            <w:tcW w:w="938" w:type="dxa"/>
          </w:tcPr>
          <w:p w14:paraId="5D0F67F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34.04</w:t>
            </w:r>
          </w:p>
        </w:tc>
        <w:tc>
          <w:tcPr>
            <w:tcW w:w="1329" w:type="dxa"/>
          </w:tcPr>
          <w:p w14:paraId="331495B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428.8</w:t>
            </w:r>
          </w:p>
        </w:tc>
        <w:tc>
          <w:tcPr>
            <w:tcW w:w="730" w:type="dxa"/>
          </w:tcPr>
          <w:p w14:paraId="37C1958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56</w:t>
            </w:r>
          </w:p>
        </w:tc>
        <w:tc>
          <w:tcPr>
            <w:tcW w:w="1060" w:type="dxa"/>
          </w:tcPr>
          <w:p w14:paraId="18915CE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22.45</w:t>
            </w:r>
          </w:p>
        </w:tc>
        <w:tc>
          <w:tcPr>
            <w:tcW w:w="1170" w:type="dxa"/>
          </w:tcPr>
          <w:p w14:paraId="1BA5674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3378D1F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018ED973"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51BDD98"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7910EE2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St.6_1</w:t>
            </w:r>
          </w:p>
        </w:tc>
        <w:tc>
          <w:tcPr>
            <w:tcW w:w="1182" w:type="dxa"/>
          </w:tcPr>
          <w:p w14:paraId="198E2C0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128.55</w:t>
            </w:r>
          </w:p>
        </w:tc>
        <w:tc>
          <w:tcPr>
            <w:tcW w:w="1023" w:type="dxa"/>
          </w:tcPr>
          <w:p w14:paraId="7E3B25B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30.64</w:t>
            </w:r>
          </w:p>
        </w:tc>
        <w:tc>
          <w:tcPr>
            <w:tcW w:w="779" w:type="dxa"/>
          </w:tcPr>
          <w:p w14:paraId="3E22A0E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0.73</w:t>
            </w:r>
          </w:p>
        </w:tc>
        <w:tc>
          <w:tcPr>
            <w:tcW w:w="1463" w:type="dxa"/>
          </w:tcPr>
          <w:p w14:paraId="51841D2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25.07</w:t>
            </w:r>
          </w:p>
        </w:tc>
        <w:tc>
          <w:tcPr>
            <w:tcW w:w="938" w:type="dxa"/>
          </w:tcPr>
          <w:p w14:paraId="545E58F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33.97</w:t>
            </w:r>
          </w:p>
        </w:tc>
        <w:tc>
          <w:tcPr>
            <w:tcW w:w="1329" w:type="dxa"/>
          </w:tcPr>
          <w:p w14:paraId="4287339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733.1</w:t>
            </w:r>
          </w:p>
        </w:tc>
        <w:tc>
          <w:tcPr>
            <w:tcW w:w="730" w:type="dxa"/>
          </w:tcPr>
          <w:p w14:paraId="57D26B5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62</w:t>
            </w:r>
          </w:p>
        </w:tc>
        <w:tc>
          <w:tcPr>
            <w:tcW w:w="1060" w:type="dxa"/>
          </w:tcPr>
          <w:p w14:paraId="3E6BBE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22.44</w:t>
            </w:r>
          </w:p>
        </w:tc>
        <w:tc>
          <w:tcPr>
            <w:tcW w:w="1170" w:type="dxa"/>
          </w:tcPr>
          <w:p w14:paraId="4687211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90C8D2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787ADA82"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038B591"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7A9A5CA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St.6_2</w:t>
            </w:r>
          </w:p>
        </w:tc>
        <w:tc>
          <w:tcPr>
            <w:tcW w:w="1182" w:type="dxa"/>
          </w:tcPr>
          <w:p w14:paraId="0EE099C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128.55</w:t>
            </w:r>
          </w:p>
        </w:tc>
        <w:tc>
          <w:tcPr>
            <w:tcW w:w="1023" w:type="dxa"/>
          </w:tcPr>
          <w:p w14:paraId="59793D5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30.64</w:t>
            </w:r>
          </w:p>
        </w:tc>
        <w:tc>
          <w:tcPr>
            <w:tcW w:w="779" w:type="dxa"/>
          </w:tcPr>
          <w:p w14:paraId="1B3313B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0.48</w:t>
            </w:r>
          </w:p>
        </w:tc>
        <w:tc>
          <w:tcPr>
            <w:tcW w:w="1463" w:type="dxa"/>
          </w:tcPr>
          <w:p w14:paraId="1188168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25.34</w:t>
            </w:r>
          </w:p>
        </w:tc>
        <w:tc>
          <w:tcPr>
            <w:tcW w:w="938" w:type="dxa"/>
          </w:tcPr>
          <w:p w14:paraId="2CD59BC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w:t>
            </w:r>
          </w:p>
        </w:tc>
        <w:tc>
          <w:tcPr>
            <w:tcW w:w="1329" w:type="dxa"/>
          </w:tcPr>
          <w:p w14:paraId="19C5ED7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733.1</w:t>
            </w:r>
          </w:p>
        </w:tc>
        <w:tc>
          <w:tcPr>
            <w:tcW w:w="730" w:type="dxa"/>
          </w:tcPr>
          <w:p w14:paraId="5934F08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64</w:t>
            </w:r>
          </w:p>
        </w:tc>
        <w:tc>
          <w:tcPr>
            <w:tcW w:w="1060" w:type="dxa"/>
          </w:tcPr>
          <w:p w14:paraId="5EFD8C7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22.37</w:t>
            </w:r>
          </w:p>
        </w:tc>
        <w:tc>
          <w:tcPr>
            <w:tcW w:w="1170" w:type="dxa"/>
          </w:tcPr>
          <w:p w14:paraId="4002AE5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1E7E64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7B296E80"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C1D9275"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3588554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St.3_1</w:t>
            </w:r>
          </w:p>
        </w:tc>
        <w:tc>
          <w:tcPr>
            <w:tcW w:w="1182" w:type="dxa"/>
          </w:tcPr>
          <w:p w14:paraId="4A3BE57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128.5</w:t>
            </w:r>
          </w:p>
        </w:tc>
        <w:tc>
          <w:tcPr>
            <w:tcW w:w="1023" w:type="dxa"/>
          </w:tcPr>
          <w:p w14:paraId="76DF2FA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w:t>
            </w:r>
          </w:p>
        </w:tc>
        <w:tc>
          <w:tcPr>
            <w:tcW w:w="779" w:type="dxa"/>
          </w:tcPr>
          <w:p w14:paraId="6B339AD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0.24</w:t>
            </w:r>
          </w:p>
        </w:tc>
        <w:tc>
          <w:tcPr>
            <w:tcW w:w="1463" w:type="dxa"/>
          </w:tcPr>
          <w:p w14:paraId="35C90CE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27.1</w:t>
            </w:r>
          </w:p>
        </w:tc>
        <w:tc>
          <w:tcPr>
            <w:tcW w:w="938" w:type="dxa"/>
          </w:tcPr>
          <w:p w14:paraId="7D00635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34.38</w:t>
            </w:r>
          </w:p>
        </w:tc>
        <w:tc>
          <w:tcPr>
            <w:tcW w:w="1329" w:type="dxa"/>
          </w:tcPr>
          <w:p w14:paraId="12F0CD2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421.2</w:t>
            </w:r>
          </w:p>
        </w:tc>
        <w:tc>
          <w:tcPr>
            <w:tcW w:w="730" w:type="dxa"/>
          </w:tcPr>
          <w:p w14:paraId="3AFA963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83</w:t>
            </w:r>
          </w:p>
        </w:tc>
        <w:tc>
          <w:tcPr>
            <w:tcW w:w="1060" w:type="dxa"/>
          </w:tcPr>
          <w:p w14:paraId="3A60FE3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22.11</w:t>
            </w:r>
          </w:p>
        </w:tc>
        <w:tc>
          <w:tcPr>
            <w:tcW w:w="1170" w:type="dxa"/>
          </w:tcPr>
          <w:p w14:paraId="3606509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2B4E6FF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5516FBBC"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F8131A9"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1A5B28B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St.3_2</w:t>
            </w:r>
          </w:p>
        </w:tc>
        <w:tc>
          <w:tcPr>
            <w:tcW w:w="1182" w:type="dxa"/>
          </w:tcPr>
          <w:p w14:paraId="3634D15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128.5</w:t>
            </w:r>
          </w:p>
        </w:tc>
        <w:tc>
          <w:tcPr>
            <w:tcW w:w="1023" w:type="dxa"/>
          </w:tcPr>
          <w:p w14:paraId="2350A61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w:t>
            </w:r>
          </w:p>
        </w:tc>
        <w:tc>
          <w:tcPr>
            <w:tcW w:w="779" w:type="dxa"/>
          </w:tcPr>
          <w:p w14:paraId="67FFA66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0.17</w:t>
            </w:r>
          </w:p>
        </w:tc>
        <w:tc>
          <w:tcPr>
            <w:tcW w:w="1463" w:type="dxa"/>
          </w:tcPr>
          <w:p w14:paraId="559EA6A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27.09</w:t>
            </w:r>
          </w:p>
        </w:tc>
        <w:tc>
          <w:tcPr>
            <w:tcW w:w="938" w:type="dxa"/>
          </w:tcPr>
          <w:p w14:paraId="426C8FE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34.35</w:t>
            </w:r>
          </w:p>
        </w:tc>
        <w:tc>
          <w:tcPr>
            <w:tcW w:w="1329" w:type="dxa"/>
          </w:tcPr>
          <w:p w14:paraId="59D9DAC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421.2</w:t>
            </w:r>
          </w:p>
        </w:tc>
        <w:tc>
          <w:tcPr>
            <w:tcW w:w="730" w:type="dxa"/>
          </w:tcPr>
          <w:p w14:paraId="15AAC4C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76</w:t>
            </w:r>
          </w:p>
        </w:tc>
        <w:tc>
          <w:tcPr>
            <w:tcW w:w="1060" w:type="dxa"/>
          </w:tcPr>
          <w:p w14:paraId="534CFBB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22.09</w:t>
            </w:r>
          </w:p>
        </w:tc>
        <w:tc>
          <w:tcPr>
            <w:tcW w:w="1170" w:type="dxa"/>
          </w:tcPr>
          <w:p w14:paraId="4B62408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13523DB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2FE1B351"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DC43C1A"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1C42A55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E1_1</w:t>
            </w:r>
          </w:p>
        </w:tc>
        <w:tc>
          <w:tcPr>
            <w:tcW w:w="1182" w:type="dxa"/>
          </w:tcPr>
          <w:p w14:paraId="43CE944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128.39</w:t>
            </w:r>
          </w:p>
        </w:tc>
        <w:tc>
          <w:tcPr>
            <w:tcW w:w="1023" w:type="dxa"/>
          </w:tcPr>
          <w:p w14:paraId="671AA00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28.5</w:t>
            </w:r>
          </w:p>
        </w:tc>
        <w:tc>
          <w:tcPr>
            <w:tcW w:w="779" w:type="dxa"/>
          </w:tcPr>
          <w:p w14:paraId="03796C7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0.31</w:t>
            </w:r>
          </w:p>
        </w:tc>
        <w:tc>
          <w:tcPr>
            <w:tcW w:w="1463" w:type="dxa"/>
          </w:tcPr>
          <w:p w14:paraId="644378E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26.81</w:t>
            </w:r>
          </w:p>
        </w:tc>
        <w:tc>
          <w:tcPr>
            <w:tcW w:w="938" w:type="dxa"/>
          </w:tcPr>
          <w:p w14:paraId="0B824E6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34.24</w:t>
            </w:r>
          </w:p>
        </w:tc>
        <w:tc>
          <w:tcPr>
            <w:tcW w:w="1329" w:type="dxa"/>
          </w:tcPr>
          <w:p w14:paraId="21066B0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1238</w:t>
            </w:r>
          </w:p>
        </w:tc>
        <w:tc>
          <w:tcPr>
            <w:tcW w:w="730" w:type="dxa"/>
          </w:tcPr>
          <w:p w14:paraId="0E44F2C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74</w:t>
            </w:r>
          </w:p>
        </w:tc>
        <w:tc>
          <w:tcPr>
            <w:tcW w:w="1060" w:type="dxa"/>
          </w:tcPr>
          <w:p w14:paraId="062303E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22.1</w:t>
            </w:r>
          </w:p>
        </w:tc>
        <w:tc>
          <w:tcPr>
            <w:tcW w:w="1170" w:type="dxa"/>
          </w:tcPr>
          <w:p w14:paraId="08598A9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6E25816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5F7F50D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0A90A1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6FF5AC4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E1_2</w:t>
            </w:r>
          </w:p>
        </w:tc>
        <w:tc>
          <w:tcPr>
            <w:tcW w:w="1182" w:type="dxa"/>
          </w:tcPr>
          <w:p w14:paraId="3EDF5DB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128.38</w:t>
            </w:r>
          </w:p>
        </w:tc>
        <w:tc>
          <w:tcPr>
            <w:tcW w:w="1023" w:type="dxa"/>
          </w:tcPr>
          <w:p w14:paraId="1A1BEC3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28.51</w:t>
            </w:r>
          </w:p>
        </w:tc>
        <w:tc>
          <w:tcPr>
            <w:tcW w:w="779" w:type="dxa"/>
          </w:tcPr>
          <w:p w14:paraId="3C41913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0.3</w:t>
            </w:r>
          </w:p>
        </w:tc>
        <w:tc>
          <w:tcPr>
            <w:tcW w:w="1463" w:type="dxa"/>
          </w:tcPr>
          <w:p w14:paraId="3A6C83E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26.84</w:t>
            </w:r>
          </w:p>
        </w:tc>
        <w:tc>
          <w:tcPr>
            <w:tcW w:w="938" w:type="dxa"/>
          </w:tcPr>
          <w:p w14:paraId="700E2DF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34.23</w:t>
            </w:r>
          </w:p>
        </w:tc>
        <w:tc>
          <w:tcPr>
            <w:tcW w:w="1329" w:type="dxa"/>
          </w:tcPr>
          <w:p w14:paraId="6B05EA7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1238</w:t>
            </w:r>
          </w:p>
        </w:tc>
        <w:tc>
          <w:tcPr>
            <w:tcW w:w="730" w:type="dxa"/>
          </w:tcPr>
          <w:p w14:paraId="5CFFD42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74</w:t>
            </w:r>
          </w:p>
        </w:tc>
        <w:tc>
          <w:tcPr>
            <w:tcW w:w="1060" w:type="dxa"/>
          </w:tcPr>
          <w:p w14:paraId="5D7BCE8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22.08</w:t>
            </w:r>
          </w:p>
        </w:tc>
        <w:tc>
          <w:tcPr>
            <w:tcW w:w="1170" w:type="dxa"/>
          </w:tcPr>
          <w:p w14:paraId="71AF583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6ED7951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635DCAF1"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24E59CC"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KS-22-15</w:t>
            </w:r>
          </w:p>
        </w:tc>
        <w:tc>
          <w:tcPr>
            <w:tcW w:w="600" w:type="dxa"/>
          </w:tcPr>
          <w:p w14:paraId="02D7B85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St.8</w:t>
            </w:r>
          </w:p>
        </w:tc>
        <w:tc>
          <w:tcPr>
            <w:tcW w:w="1182" w:type="dxa"/>
          </w:tcPr>
          <w:p w14:paraId="28C76AD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129.67</w:t>
            </w:r>
          </w:p>
        </w:tc>
        <w:tc>
          <w:tcPr>
            <w:tcW w:w="1023" w:type="dxa"/>
          </w:tcPr>
          <w:p w14:paraId="0559E13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30.9</w:t>
            </w:r>
          </w:p>
        </w:tc>
        <w:tc>
          <w:tcPr>
            <w:tcW w:w="779" w:type="dxa"/>
          </w:tcPr>
          <w:p w14:paraId="6422E80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1.03</w:t>
            </w:r>
          </w:p>
        </w:tc>
        <w:tc>
          <w:tcPr>
            <w:tcW w:w="1463" w:type="dxa"/>
          </w:tcPr>
          <w:p w14:paraId="2A2C52F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24.58</w:t>
            </w:r>
          </w:p>
        </w:tc>
        <w:tc>
          <w:tcPr>
            <w:tcW w:w="938" w:type="dxa"/>
          </w:tcPr>
          <w:p w14:paraId="0176F82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33.94</w:t>
            </w:r>
          </w:p>
        </w:tc>
        <w:tc>
          <w:tcPr>
            <w:tcW w:w="1329" w:type="dxa"/>
          </w:tcPr>
          <w:p w14:paraId="4C1B2C7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574.5</w:t>
            </w:r>
          </w:p>
        </w:tc>
        <w:tc>
          <w:tcPr>
            <w:tcW w:w="730" w:type="dxa"/>
          </w:tcPr>
          <w:p w14:paraId="4985967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65</w:t>
            </w:r>
          </w:p>
        </w:tc>
        <w:tc>
          <w:tcPr>
            <w:tcW w:w="1060" w:type="dxa"/>
          </w:tcPr>
          <w:p w14:paraId="24EA323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22.56</w:t>
            </w:r>
          </w:p>
        </w:tc>
        <w:tc>
          <w:tcPr>
            <w:tcW w:w="1170" w:type="dxa"/>
          </w:tcPr>
          <w:p w14:paraId="4796344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6860C47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Fall</w:t>
            </w:r>
          </w:p>
        </w:tc>
      </w:tr>
      <w:tr w:rsidR="00D32254" w:rsidRPr="00D32254" w14:paraId="25B0385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03F64DB"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3B0CEF3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K2_1</w:t>
            </w:r>
          </w:p>
        </w:tc>
        <w:tc>
          <w:tcPr>
            <w:tcW w:w="1182" w:type="dxa"/>
          </w:tcPr>
          <w:p w14:paraId="7A41D9A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4B48099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25A43CD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1.62</w:t>
            </w:r>
          </w:p>
        </w:tc>
        <w:tc>
          <w:tcPr>
            <w:tcW w:w="1463" w:type="dxa"/>
          </w:tcPr>
          <w:p w14:paraId="28C0032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7.43</w:t>
            </w:r>
          </w:p>
        </w:tc>
        <w:tc>
          <w:tcPr>
            <w:tcW w:w="938" w:type="dxa"/>
          </w:tcPr>
          <w:p w14:paraId="6945448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1329" w:type="dxa"/>
          </w:tcPr>
          <w:p w14:paraId="2163080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5191</w:t>
            </w:r>
          </w:p>
        </w:tc>
        <w:tc>
          <w:tcPr>
            <w:tcW w:w="730" w:type="dxa"/>
          </w:tcPr>
          <w:p w14:paraId="6F388AC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w:t>
            </w:r>
          </w:p>
        </w:tc>
        <w:tc>
          <w:tcPr>
            <w:tcW w:w="1060" w:type="dxa"/>
          </w:tcPr>
          <w:p w14:paraId="672FD22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25.52</w:t>
            </w:r>
          </w:p>
        </w:tc>
        <w:tc>
          <w:tcPr>
            <w:tcW w:w="1170" w:type="dxa"/>
          </w:tcPr>
          <w:p w14:paraId="309DD2F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31B2714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6816926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46F0885"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62A6D41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K2_2</w:t>
            </w:r>
          </w:p>
        </w:tc>
        <w:tc>
          <w:tcPr>
            <w:tcW w:w="1182" w:type="dxa"/>
          </w:tcPr>
          <w:p w14:paraId="3524823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54A3CFA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2B62B79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0.9</w:t>
            </w:r>
          </w:p>
        </w:tc>
        <w:tc>
          <w:tcPr>
            <w:tcW w:w="1463" w:type="dxa"/>
          </w:tcPr>
          <w:p w14:paraId="052A58A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7.4</w:t>
            </w:r>
          </w:p>
        </w:tc>
        <w:tc>
          <w:tcPr>
            <w:tcW w:w="938" w:type="dxa"/>
          </w:tcPr>
          <w:p w14:paraId="4498B47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32.82</w:t>
            </w:r>
          </w:p>
        </w:tc>
        <w:tc>
          <w:tcPr>
            <w:tcW w:w="1329" w:type="dxa"/>
          </w:tcPr>
          <w:p w14:paraId="3151493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5192</w:t>
            </w:r>
          </w:p>
        </w:tc>
        <w:tc>
          <w:tcPr>
            <w:tcW w:w="730" w:type="dxa"/>
          </w:tcPr>
          <w:p w14:paraId="1671F3E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31</w:t>
            </w:r>
          </w:p>
        </w:tc>
        <w:tc>
          <w:tcPr>
            <w:tcW w:w="1060" w:type="dxa"/>
          </w:tcPr>
          <w:p w14:paraId="2CA7D97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25.53</w:t>
            </w:r>
          </w:p>
        </w:tc>
        <w:tc>
          <w:tcPr>
            <w:tcW w:w="1170" w:type="dxa"/>
          </w:tcPr>
          <w:p w14:paraId="3E4E623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601A32A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3DD9729C"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44FC444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KH-23-3</w:t>
            </w:r>
          </w:p>
        </w:tc>
        <w:tc>
          <w:tcPr>
            <w:tcW w:w="600" w:type="dxa"/>
          </w:tcPr>
          <w:p w14:paraId="1CD51C9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K2_3</w:t>
            </w:r>
          </w:p>
        </w:tc>
        <w:tc>
          <w:tcPr>
            <w:tcW w:w="1182" w:type="dxa"/>
          </w:tcPr>
          <w:p w14:paraId="36B74FF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3183483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14753FA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1463" w:type="dxa"/>
          </w:tcPr>
          <w:p w14:paraId="7117472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7.46</w:t>
            </w:r>
          </w:p>
        </w:tc>
        <w:tc>
          <w:tcPr>
            <w:tcW w:w="938" w:type="dxa"/>
          </w:tcPr>
          <w:p w14:paraId="25107A9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1329" w:type="dxa"/>
          </w:tcPr>
          <w:p w14:paraId="043B657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5187</w:t>
            </w:r>
          </w:p>
        </w:tc>
        <w:tc>
          <w:tcPr>
            <w:tcW w:w="730" w:type="dxa"/>
          </w:tcPr>
          <w:p w14:paraId="75AF8C8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w:t>
            </w:r>
          </w:p>
        </w:tc>
        <w:tc>
          <w:tcPr>
            <w:tcW w:w="1060" w:type="dxa"/>
          </w:tcPr>
          <w:p w14:paraId="6AAFB14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25.51</w:t>
            </w:r>
          </w:p>
        </w:tc>
        <w:tc>
          <w:tcPr>
            <w:tcW w:w="1170" w:type="dxa"/>
          </w:tcPr>
          <w:p w14:paraId="713193B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15FD9F6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4D2E66D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A0EA0F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7E42ED5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K2_4</w:t>
            </w:r>
          </w:p>
        </w:tc>
        <w:tc>
          <w:tcPr>
            <w:tcW w:w="1182" w:type="dxa"/>
          </w:tcPr>
          <w:p w14:paraId="6897FDD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29F310A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6CD1C84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1.71</w:t>
            </w:r>
          </w:p>
        </w:tc>
        <w:tc>
          <w:tcPr>
            <w:tcW w:w="1463" w:type="dxa"/>
          </w:tcPr>
          <w:p w14:paraId="46FE2DA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7.62</w:t>
            </w:r>
          </w:p>
        </w:tc>
        <w:tc>
          <w:tcPr>
            <w:tcW w:w="938" w:type="dxa"/>
          </w:tcPr>
          <w:p w14:paraId="202B41D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32.82</w:t>
            </w:r>
          </w:p>
        </w:tc>
        <w:tc>
          <w:tcPr>
            <w:tcW w:w="1329" w:type="dxa"/>
          </w:tcPr>
          <w:p w14:paraId="368A39A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5192</w:t>
            </w:r>
          </w:p>
        </w:tc>
        <w:tc>
          <w:tcPr>
            <w:tcW w:w="730" w:type="dxa"/>
          </w:tcPr>
          <w:p w14:paraId="6FD1FC3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w:t>
            </w:r>
          </w:p>
        </w:tc>
        <w:tc>
          <w:tcPr>
            <w:tcW w:w="1060" w:type="dxa"/>
          </w:tcPr>
          <w:p w14:paraId="65C5367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25.5</w:t>
            </w:r>
          </w:p>
        </w:tc>
        <w:tc>
          <w:tcPr>
            <w:tcW w:w="1170" w:type="dxa"/>
          </w:tcPr>
          <w:p w14:paraId="59C89DA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0054B84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4EBC973C"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82D1BC9"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458F944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K2_5</w:t>
            </w:r>
          </w:p>
        </w:tc>
        <w:tc>
          <w:tcPr>
            <w:tcW w:w="1182" w:type="dxa"/>
          </w:tcPr>
          <w:p w14:paraId="30396D9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262D4FD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335C776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1.89</w:t>
            </w:r>
          </w:p>
        </w:tc>
        <w:tc>
          <w:tcPr>
            <w:tcW w:w="1463" w:type="dxa"/>
          </w:tcPr>
          <w:p w14:paraId="7D5D2F6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7.6</w:t>
            </w:r>
          </w:p>
        </w:tc>
        <w:tc>
          <w:tcPr>
            <w:tcW w:w="938" w:type="dxa"/>
          </w:tcPr>
          <w:p w14:paraId="7AF1BC0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32.82</w:t>
            </w:r>
          </w:p>
        </w:tc>
        <w:tc>
          <w:tcPr>
            <w:tcW w:w="1329" w:type="dxa"/>
          </w:tcPr>
          <w:p w14:paraId="26C7E27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5186</w:t>
            </w:r>
          </w:p>
        </w:tc>
        <w:tc>
          <w:tcPr>
            <w:tcW w:w="730" w:type="dxa"/>
          </w:tcPr>
          <w:p w14:paraId="5D47BB6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w:t>
            </w:r>
          </w:p>
        </w:tc>
        <w:tc>
          <w:tcPr>
            <w:tcW w:w="1060" w:type="dxa"/>
          </w:tcPr>
          <w:p w14:paraId="23EE60C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25.5</w:t>
            </w:r>
          </w:p>
        </w:tc>
        <w:tc>
          <w:tcPr>
            <w:tcW w:w="1170" w:type="dxa"/>
          </w:tcPr>
          <w:p w14:paraId="0B026DE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773F340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20C70FCD"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402C1C6"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68D08EC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K2_6</w:t>
            </w:r>
          </w:p>
        </w:tc>
        <w:tc>
          <w:tcPr>
            <w:tcW w:w="1182" w:type="dxa"/>
          </w:tcPr>
          <w:p w14:paraId="2401B3C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705A59B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5531AB4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1.99</w:t>
            </w:r>
          </w:p>
        </w:tc>
        <w:tc>
          <w:tcPr>
            <w:tcW w:w="1463" w:type="dxa"/>
          </w:tcPr>
          <w:p w14:paraId="6D85D51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7.62</w:t>
            </w:r>
          </w:p>
        </w:tc>
        <w:tc>
          <w:tcPr>
            <w:tcW w:w="938" w:type="dxa"/>
          </w:tcPr>
          <w:p w14:paraId="424C693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1329" w:type="dxa"/>
          </w:tcPr>
          <w:p w14:paraId="086DFE2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5195</w:t>
            </w:r>
          </w:p>
        </w:tc>
        <w:tc>
          <w:tcPr>
            <w:tcW w:w="730" w:type="dxa"/>
          </w:tcPr>
          <w:p w14:paraId="7EBB484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w:t>
            </w:r>
          </w:p>
        </w:tc>
        <w:tc>
          <w:tcPr>
            <w:tcW w:w="1060" w:type="dxa"/>
          </w:tcPr>
          <w:p w14:paraId="71D185A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25.49</w:t>
            </w:r>
          </w:p>
        </w:tc>
        <w:tc>
          <w:tcPr>
            <w:tcW w:w="1170" w:type="dxa"/>
          </w:tcPr>
          <w:p w14:paraId="0E01C6E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7538D81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4BA940AB"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FB5E159"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4F92DDC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K2_7</w:t>
            </w:r>
          </w:p>
        </w:tc>
        <w:tc>
          <w:tcPr>
            <w:tcW w:w="1182" w:type="dxa"/>
          </w:tcPr>
          <w:p w14:paraId="50543D2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4ABB74D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147E03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1463" w:type="dxa"/>
          </w:tcPr>
          <w:p w14:paraId="41682CF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7.66</w:t>
            </w:r>
          </w:p>
        </w:tc>
        <w:tc>
          <w:tcPr>
            <w:tcW w:w="938" w:type="dxa"/>
          </w:tcPr>
          <w:p w14:paraId="549242E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1329" w:type="dxa"/>
          </w:tcPr>
          <w:p w14:paraId="0A1E11E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5187</w:t>
            </w:r>
          </w:p>
        </w:tc>
        <w:tc>
          <w:tcPr>
            <w:tcW w:w="730" w:type="dxa"/>
          </w:tcPr>
          <w:p w14:paraId="3EA0BCC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20</w:t>
            </w:r>
          </w:p>
        </w:tc>
        <w:tc>
          <w:tcPr>
            <w:tcW w:w="1060" w:type="dxa"/>
          </w:tcPr>
          <w:p w14:paraId="3777088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25.49</w:t>
            </w:r>
          </w:p>
        </w:tc>
        <w:tc>
          <w:tcPr>
            <w:tcW w:w="1170" w:type="dxa"/>
          </w:tcPr>
          <w:p w14:paraId="6C8F85B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59090F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4B7F5058"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3722CE44"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4D4FE0F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K2_8</w:t>
            </w:r>
          </w:p>
        </w:tc>
        <w:tc>
          <w:tcPr>
            <w:tcW w:w="1182" w:type="dxa"/>
          </w:tcPr>
          <w:p w14:paraId="0C77456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56ADF45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6A84178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0.61</w:t>
            </w:r>
          </w:p>
        </w:tc>
        <w:tc>
          <w:tcPr>
            <w:tcW w:w="1463" w:type="dxa"/>
          </w:tcPr>
          <w:p w14:paraId="6887996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7.79</w:t>
            </w:r>
          </w:p>
        </w:tc>
        <w:tc>
          <w:tcPr>
            <w:tcW w:w="938" w:type="dxa"/>
          </w:tcPr>
          <w:p w14:paraId="35147B2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1329" w:type="dxa"/>
          </w:tcPr>
          <w:p w14:paraId="6DC466B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5186</w:t>
            </w:r>
          </w:p>
        </w:tc>
        <w:tc>
          <w:tcPr>
            <w:tcW w:w="730" w:type="dxa"/>
          </w:tcPr>
          <w:p w14:paraId="22A68B5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w:t>
            </w:r>
          </w:p>
        </w:tc>
        <w:tc>
          <w:tcPr>
            <w:tcW w:w="1060" w:type="dxa"/>
          </w:tcPr>
          <w:p w14:paraId="6A3CA6A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25.47</w:t>
            </w:r>
          </w:p>
        </w:tc>
        <w:tc>
          <w:tcPr>
            <w:tcW w:w="1170" w:type="dxa"/>
          </w:tcPr>
          <w:p w14:paraId="33D14B6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7F466AE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42AB60D9"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6E3A1D8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468CA56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K2_9</w:t>
            </w:r>
          </w:p>
        </w:tc>
        <w:tc>
          <w:tcPr>
            <w:tcW w:w="1182" w:type="dxa"/>
          </w:tcPr>
          <w:p w14:paraId="1CB251F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w:t>
            </w:r>
          </w:p>
        </w:tc>
        <w:tc>
          <w:tcPr>
            <w:tcW w:w="1023" w:type="dxa"/>
          </w:tcPr>
          <w:p w14:paraId="7FFE1EC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47.05</w:t>
            </w:r>
          </w:p>
        </w:tc>
        <w:tc>
          <w:tcPr>
            <w:tcW w:w="779" w:type="dxa"/>
          </w:tcPr>
          <w:p w14:paraId="52EFBA2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0.58</w:t>
            </w:r>
          </w:p>
        </w:tc>
        <w:tc>
          <w:tcPr>
            <w:tcW w:w="1463" w:type="dxa"/>
          </w:tcPr>
          <w:p w14:paraId="51C4EF0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7.95</w:t>
            </w:r>
          </w:p>
        </w:tc>
        <w:tc>
          <w:tcPr>
            <w:tcW w:w="938" w:type="dxa"/>
          </w:tcPr>
          <w:p w14:paraId="0B13250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1329" w:type="dxa"/>
          </w:tcPr>
          <w:p w14:paraId="78815C6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5187</w:t>
            </w:r>
          </w:p>
        </w:tc>
        <w:tc>
          <w:tcPr>
            <w:tcW w:w="730" w:type="dxa"/>
          </w:tcPr>
          <w:p w14:paraId="15C3D9B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24</w:t>
            </w:r>
          </w:p>
        </w:tc>
        <w:tc>
          <w:tcPr>
            <w:tcW w:w="1060" w:type="dxa"/>
          </w:tcPr>
          <w:p w14:paraId="15839DE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25.45</w:t>
            </w:r>
          </w:p>
        </w:tc>
        <w:tc>
          <w:tcPr>
            <w:tcW w:w="1170" w:type="dxa"/>
          </w:tcPr>
          <w:p w14:paraId="754D02F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26771D4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327EF235"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43AF2AD1"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320A606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K2_10</w:t>
            </w:r>
          </w:p>
        </w:tc>
        <w:tc>
          <w:tcPr>
            <w:tcW w:w="1182" w:type="dxa"/>
          </w:tcPr>
          <w:p w14:paraId="532220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160.02</w:t>
            </w:r>
          </w:p>
        </w:tc>
        <w:tc>
          <w:tcPr>
            <w:tcW w:w="1023" w:type="dxa"/>
          </w:tcPr>
          <w:p w14:paraId="5F54CF3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47.04</w:t>
            </w:r>
          </w:p>
        </w:tc>
        <w:tc>
          <w:tcPr>
            <w:tcW w:w="779" w:type="dxa"/>
          </w:tcPr>
          <w:p w14:paraId="539EBC5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0.86</w:t>
            </w:r>
          </w:p>
        </w:tc>
        <w:tc>
          <w:tcPr>
            <w:tcW w:w="1463" w:type="dxa"/>
          </w:tcPr>
          <w:p w14:paraId="0BAC080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7.78</w:t>
            </w:r>
          </w:p>
        </w:tc>
        <w:tc>
          <w:tcPr>
            <w:tcW w:w="938" w:type="dxa"/>
          </w:tcPr>
          <w:p w14:paraId="61BCFE1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32.81</w:t>
            </w:r>
          </w:p>
        </w:tc>
        <w:tc>
          <w:tcPr>
            <w:tcW w:w="1329" w:type="dxa"/>
          </w:tcPr>
          <w:p w14:paraId="2A6D64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5193</w:t>
            </w:r>
          </w:p>
        </w:tc>
        <w:tc>
          <w:tcPr>
            <w:tcW w:w="730" w:type="dxa"/>
          </w:tcPr>
          <w:p w14:paraId="41C46E2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16</w:t>
            </w:r>
          </w:p>
        </w:tc>
        <w:tc>
          <w:tcPr>
            <w:tcW w:w="1060" w:type="dxa"/>
          </w:tcPr>
          <w:p w14:paraId="27C364A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25.47</w:t>
            </w:r>
          </w:p>
        </w:tc>
        <w:tc>
          <w:tcPr>
            <w:tcW w:w="1170" w:type="dxa"/>
          </w:tcPr>
          <w:p w14:paraId="0DFA20C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FC7792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6980EA17"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4B1EA176"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71250D4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S1_1</w:t>
            </w:r>
          </w:p>
        </w:tc>
        <w:tc>
          <w:tcPr>
            <w:tcW w:w="1182" w:type="dxa"/>
          </w:tcPr>
          <w:p w14:paraId="357B155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4DEF700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75A9447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0.14</w:t>
            </w:r>
          </w:p>
        </w:tc>
        <w:tc>
          <w:tcPr>
            <w:tcW w:w="1463" w:type="dxa"/>
          </w:tcPr>
          <w:p w14:paraId="79B52C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27.25</w:t>
            </w:r>
          </w:p>
        </w:tc>
        <w:tc>
          <w:tcPr>
            <w:tcW w:w="938" w:type="dxa"/>
          </w:tcPr>
          <w:p w14:paraId="367DDF6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34.39</w:t>
            </w:r>
          </w:p>
        </w:tc>
        <w:tc>
          <w:tcPr>
            <w:tcW w:w="1329" w:type="dxa"/>
          </w:tcPr>
          <w:p w14:paraId="15F02DD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5966</w:t>
            </w:r>
          </w:p>
        </w:tc>
        <w:tc>
          <w:tcPr>
            <w:tcW w:w="730" w:type="dxa"/>
          </w:tcPr>
          <w:p w14:paraId="3A1B462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435F371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22.07</w:t>
            </w:r>
          </w:p>
        </w:tc>
        <w:tc>
          <w:tcPr>
            <w:tcW w:w="1170" w:type="dxa"/>
          </w:tcPr>
          <w:p w14:paraId="36D1169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0E5B8EC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199DCDA5"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1A15BFC"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76528E0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S1_2</w:t>
            </w:r>
          </w:p>
        </w:tc>
        <w:tc>
          <w:tcPr>
            <w:tcW w:w="1182" w:type="dxa"/>
          </w:tcPr>
          <w:p w14:paraId="581FF80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5D7A77F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3E58EF4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0.13</w:t>
            </w:r>
          </w:p>
        </w:tc>
        <w:tc>
          <w:tcPr>
            <w:tcW w:w="1463" w:type="dxa"/>
          </w:tcPr>
          <w:p w14:paraId="74E091F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27.08</w:t>
            </w:r>
          </w:p>
        </w:tc>
        <w:tc>
          <w:tcPr>
            <w:tcW w:w="938" w:type="dxa"/>
          </w:tcPr>
          <w:p w14:paraId="664CB7C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34.44</w:t>
            </w:r>
          </w:p>
        </w:tc>
        <w:tc>
          <w:tcPr>
            <w:tcW w:w="1329" w:type="dxa"/>
          </w:tcPr>
          <w:p w14:paraId="283226B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5974</w:t>
            </w:r>
          </w:p>
        </w:tc>
        <w:tc>
          <w:tcPr>
            <w:tcW w:w="730" w:type="dxa"/>
          </w:tcPr>
          <w:p w14:paraId="27048F9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7504EAB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22.16</w:t>
            </w:r>
          </w:p>
        </w:tc>
        <w:tc>
          <w:tcPr>
            <w:tcW w:w="1170" w:type="dxa"/>
          </w:tcPr>
          <w:p w14:paraId="58AD796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12170EC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232EC146"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5E6EA03"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16AC625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S1_3</w:t>
            </w:r>
          </w:p>
        </w:tc>
        <w:tc>
          <w:tcPr>
            <w:tcW w:w="1182" w:type="dxa"/>
          </w:tcPr>
          <w:p w14:paraId="6E4550A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74335D6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7193DAC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0.15</w:t>
            </w:r>
          </w:p>
        </w:tc>
        <w:tc>
          <w:tcPr>
            <w:tcW w:w="1463" w:type="dxa"/>
          </w:tcPr>
          <w:p w14:paraId="503C65A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28.42</w:t>
            </w:r>
          </w:p>
        </w:tc>
        <w:tc>
          <w:tcPr>
            <w:tcW w:w="938" w:type="dxa"/>
          </w:tcPr>
          <w:p w14:paraId="3814600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34.46</w:t>
            </w:r>
          </w:p>
        </w:tc>
        <w:tc>
          <w:tcPr>
            <w:tcW w:w="1329" w:type="dxa"/>
          </w:tcPr>
          <w:p w14:paraId="00B5CF4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5964</w:t>
            </w:r>
          </w:p>
        </w:tc>
        <w:tc>
          <w:tcPr>
            <w:tcW w:w="730" w:type="dxa"/>
          </w:tcPr>
          <w:p w14:paraId="59DCC61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05A8DD5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21.74</w:t>
            </w:r>
          </w:p>
        </w:tc>
        <w:tc>
          <w:tcPr>
            <w:tcW w:w="1170" w:type="dxa"/>
          </w:tcPr>
          <w:p w14:paraId="3A3F33C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25B1705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7B6F52E0"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3B958D8"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08923C1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S1_4</w:t>
            </w:r>
          </w:p>
        </w:tc>
        <w:tc>
          <w:tcPr>
            <w:tcW w:w="1182" w:type="dxa"/>
          </w:tcPr>
          <w:p w14:paraId="6D17641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3566BEB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41B014F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0.13</w:t>
            </w:r>
          </w:p>
        </w:tc>
        <w:tc>
          <w:tcPr>
            <w:tcW w:w="1463" w:type="dxa"/>
          </w:tcPr>
          <w:p w14:paraId="1B219D2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28.24</w:t>
            </w:r>
          </w:p>
        </w:tc>
        <w:tc>
          <w:tcPr>
            <w:tcW w:w="938" w:type="dxa"/>
          </w:tcPr>
          <w:p w14:paraId="7395BA7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34.42</w:t>
            </w:r>
          </w:p>
        </w:tc>
        <w:tc>
          <w:tcPr>
            <w:tcW w:w="1329" w:type="dxa"/>
          </w:tcPr>
          <w:p w14:paraId="521EC83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5967</w:t>
            </w:r>
          </w:p>
        </w:tc>
        <w:tc>
          <w:tcPr>
            <w:tcW w:w="730" w:type="dxa"/>
          </w:tcPr>
          <w:p w14:paraId="01F391D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782DBC5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21.77</w:t>
            </w:r>
          </w:p>
        </w:tc>
        <w:tc>
          <w:tcPr>
            <w:tcW w:w="1170" w:type="dxa"/>
          </w:tcPr>
          <w:p w14:paraId="0DA039E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56D9C53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51791011"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8CB464B"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2954B33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S1_5</w:t>
            </w:r>
          </w:p>
        </w:tc>
        <w:tc>
          <w:tcPr>
            <w:tcW w:w="1182" w:type="dxa"/>
          </w:tcPr>
          <w:p w14:paraId="316D1F1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424DF5A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43D66BD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0.11</w:t>
            </w:r>
          </w:p>
        </w:tc>
        <w:tc>
          <w:tcPr>
            <w:tcW w:w="1463" w:type="dxa"/>
          </w:tcPr>
          <w:p w14:paraId="13F35B2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28.5</w:t>
            </w:r>
          </w:p>
        </w:tc>
        <w:tc>
          <w:tcPr>
            <w:tcW w:w="938" w:type="dxa"/>
          </w:tcPr>
          <w:p w14:paraId="79FD281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34.48</w:t>
            </w:r>
          </w:p>
        </w:tc>
        <w:tc>
          <w:tcPr>
            <w:tcW w:w="1329" w:type="dxa"/>
          </w:tcPr>
          <w:p w14:paraId="7FF8897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5964</w:t>
            </w:r>
          </w:p>
        </w:tc>
        <w:tc>
          <w:tcPr>
            <w:tcW w:w="730" w:type="dxa"/>
          </w:tcPr>
          <w:p w14:paraId="7CBDBAF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1060" w:type="dxa"/>
          </w:tcPr>
          <w:p w14:paraId="15BBA7B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21.73</w:t>
            </w:r>
          </w:p>
        </w:tc>
        <w:tc>
          <w:tcPr>
            <w:tcW w:w="1170" w:type="dxa"/>
          </w:tcPr>
          <w:p w14:paraId="5B1E2B0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2F6504E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313643E8"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C6A3E55"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02E61AC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S1_6</w:t>
            </w:r>
          </w:p>
        </w:tc>
        <w:tc>
          <w:tcPr>
            <w:tcW w:w="1182" w:type="dxa"/>
          </w:tcPr>
          <w:p w14:paraId="509DD3E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51D6303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21037CE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0.13</w:t>
            </w:r>
          </w:p>
        </w:tc>
        <w:tc>
          <w:tcPr>
            <w:tcW w:w="1463" w:type="dxa"/>
          </w:tcPr>
          <w:p w14:paraId="1DDC619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27.34</w:t>
            </w:r>
          </w:p>
        </w:tc>
        <w:tc>
          <w:tcPr>
            <w:tcW w:w="938" w:type="dxa"/>
          </w:tcPr>
          <w:p w14:paraId="2A99DC3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34.47</w:t>
            </w:r>
          </w:p>
        </w:tc>
        <w:tc>
          <w:tcPr>
            <w:tcW w:w="1329" w:type="dxa"/>
          </w:tcPr>
          <w:p w14:paraId="6BA2007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5967</w:t>
            </w:r>
          </w:p>
        </w:tc>
        <w:tc>
          <w:tcPr>
            <w:tcW w:w="730" w:type="dxa"/>
          </w:tcPr>
          <w:p w14:paraId="40F806C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0628F9C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22.1</w:t>
            </w:r>
          </w:p>
        </w:tc>
        <w:tc>
          <w:tcPr>
            <w:tcW w:w="1170" w:type="dxa"/>
          </w:tcPr>
          <w:p w14:paraId="6D02257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0663796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3D03D057"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09D7F80C"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3D5392E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S1_7</w:t>
            </w:r>
          </w:p>
        </w:tc>
        <w:tc>
          <w:tcPr>
            <w:tcW w:w="1182" w:type="dxa"/>
          </w:tcPr>
          <w:p w14:paraId="4A3706F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3C12751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2B23B56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0.13</w:t>
            </w:r>
          </w:p>
        </w:tc>
        <w:tc>
          <w:tcPr>
            <w:tcW w:w="1463" w:type="dxa"/>
          </w:tcPr>
          <w:p w14:paraId="13F2D80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27.48</w:t>
            </w:r>
          </w:p>
        </w:tc>
        <w:tc>
          <w:tcPr>
            <w:tcW w:w="938" w:type="dxa"/>
          </w:tcPr>
          <w:p w14:paraId="66576E4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34.45</w:t>
            </w:r>
          </w:p>
        </w:tc>
        <w:tc>
          <w:tcPr>
            <w:tcW w:w="1329" w:type="dxa"/>
          </w:tcPr>
          <w:p w14:paraId="432F31F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5969</w:t>
            </w:r>
          </w:p>
        </w:tc>
        <w:tc>
          <w:tcPr>
            <w:tcW w:w="730" w:type="dxa"/>
          </w:tcPr>
          <w:p w14:paraId="049C170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15</w:t>
            </w:r>
          </w:p>
        </w:tc>
        <w:tc>
          <w:tcPr>
            <w:tcW w:w="1060" w:type="dxa"/>
          </w:tcPr>
          <w:p w14:paraId="732C935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22.04</w:t>
            </w:r>
          </w:p>
        </w:tc>
        <w:tc>
          <w:tcPr>
            <w:tcW w:w="1170" w:type="dxa"/>
          </w:tcPr>
          <w:p w14:paraId="101DD0C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62DFC13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190128DC"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65C7B63"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34F6606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S1_8</w:t>
            </w:r>
          </w:p>
        </w:tc>
        <w:tc>
          <w:tcPr>
            <w:tcW w:w="1182" w:type="dxa"/>
          </w:tcPr>
          <w:p w14:paraId="6ADC33C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1CBBC25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6A1A99E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0.14</w:t>
            </w:r>
          </w:p>
        </w:tc>
        <w:tc>
          <w:tcPr>
            <w:tcW w:w="1463" w:type="dxa"/>
          </w:tcPr>
          <w:p w14:paraId="198E41A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27.79</w:t>
            </w:r>
          </w:p>
        </w:tc>
        <w:tc>
          <w:tcPr>
            <w:tcW w:w="938" w:type="dxa"/>
          </w:tcPr>
          <w:p w14:paraId="01787EC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34.51</w:t>
            </w:r>
          </w:p>
        </w:tc>
        <w:tc>
          <w:tcPr>
            <w:tcW w:w="1329" w:type="dxa"/>
          </w:tcPr>
          <w:p w14:paraId="06A36D9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5966</w:t>
            </w:r>
          </w:p>
        </w:tc>
        <w:tc>
          <w:tcPr>
            <w:tcW w:w="730" w:type="dxa"/>
          </w:tcPr>
          <w:p w14:paraId="46B0B5B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w:t>
            </w:r>
          </w:p>
        </w:tc>
        <w:tc>
          <w:tcPr>
            <w:tcW w:w="1060" w:type="dxa"/>
          </w:tcPr>
          <w:p w14:paraId="0437193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21.98</w:t>
            </w:r>
          </w:p>
        </w:tc>
        <w:tc>
          <w:tcPr>
            <w:tcW w:w="1170" w:type="dxa"/>
          </w:tcPr>
          <w:p w14:paraId="50CFF16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Night</w:t>
            </w:r>
          </w:p>
        </w:tc>
        <w:tc>
          <w:tcPr>
            <w:tcW w:w="962" w:type="dxa"/>
          </w:tcPr>
          <w:p w14:paraId="546DF29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5784D387"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5C893FC2"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185FEC6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S1_9</w:t>
            </w:r>
          </w:p>
        </w:tc>
        <w:tc>
          <w:tcPr>
            <w:tcW w:w="1182" w:type="dxa"/>
          </w:tcPr>
          <w:p w14:paraId="32FC75E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1A449E0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55701ED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0.13</w:t>
            </w:r>
          </w:p>
        </w:tc>
        <w:tc>
          <w:tcPr>
            <w:tcW w:w="1463" w:type="dxa"/>
          </w:tcPr>
          <w:p w14:paraId="495C91F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27.34</w:t>
            </w:r>
          </w:p>
        </w:tc>
        <w:tc>
          <w:tcPr>
            <w:tcW w:w="938" w:type="dxa"/>
          </w:tcPr>
          <w:p w14:paraId="7F59C6B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34.56</w:t>
            </w:r>
          </w:p>
        </w:tc>
        <w:tc>
          <w:tcPr>
            <w:tcW w:w="1329" w:type="dxa"/>
          </w:tcPr>
          <w:p w14:paraId="3228531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5966</w:t>
            </w:r>
          </w:p>
        </w:tc>
        <w:tc>
          <w:tcPr>
            <w:tcW w:w="730" w:type="dxa"/>
          </w:tcPr>
          <w:p w14:paraId="5008444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w:t>
            </w:r>
          </w:p>
        </w:tc>
        <w:tc>
          <w:tcPr>
            <w:tcW w:w="1060" w:type="dxa"/>
          </w:tcPr>
          <w:p w14:paraId="6830A7C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22.17</w:t>
            </w:r>
          </w:p>
        </w:tc>
        <w:tc>
          <w:tcPr>
            <w:tcW w:w="1170" w:type="dxa"/>
          </w:tcPr>
          <w:p w14:paraId="2DA1F99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39F06CA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252423CB"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1DB3B6DD"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127B077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S1_10</w:t>
            </w:r>
          </w:p>
        </w:tc>
        <w:tc>
          <w:tcPr>
            <w:tcW w:w="1182" w:type="dxa"/>
          </w:tcPr>
          <w:p w14:paraId="14D934A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6BC5796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11D0427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0.11</w:t>
            </w:r>
          </w:p>
        </w:tc>
        <w:tc>
          <w:tcPr>
            <w:tcW w:w="1463" w:type="dxa"/>
          </w:tcPr>
          <w:p w14:paraId="7D935A7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27.27</w:t>
            </w:r>
          </w:p>
        </w:tc>
        <w:tc>
          <w:tcPr>
            <w:tcW w:w="938" w:type="dxa"/>
          </w:tcPr>
          <w:p w14:paraId="1903B6F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34.55</w:t>
            </w:r>
          </w:p>
        </w:tc>
        <w:tc>
          <w:tcPr>
            <w:tcW w:w="1329" w:type="dxa"/>
          </w:tcPr>
          <w:p w14:paraId="3E8F131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5966</w:t>
            </w:r>
          </w:p>
        </w:tc>
        <w:tc>
          <w:tcPr>
            <w:tcW w:w="730" w:type="dxa"/>
          </w:tcPr>
          <w:p w14:paraId="11DC791B"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521EBE2D"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22.18</w:t>
            </w:r>
          </w:p>
        </w:tc>
        <w:tc>
          <w:tcPr>
            <w:tcW w:w="1170" w:type="dxa"/>
          </w:tcPr>
          <w:p w14:paraId="0072952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46CF98C2"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55227E29"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767DF577"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593EC47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S1_11</w:t>
            </w:r>
          </w:p>
        </w:tc>
        <w:tc>
          <w:tcPr>
            <w:tcW w:w="1182" w:type="dxa"/>
          </w:tcPr>
          <w:p w14:paraId="5803511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124B7724"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74265CF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0.11</w:t>
            </w:r>
          </w:p>
        </w:tc>
        <w:tc>
          <w:tcPr>
            <w:tcW w:w="1463" w:type="dxa"/>
          </w:tcPr>
          <w:p w14:paraId="7ECA6FF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28.69</w:t>
            </w:r>
          </w:p>
        </w:tc>
        <w:tc>
          <w:tcPr>
            <w:tcW w:w="938" w:type="dxa"/>
          </w:tcPr>
          <w:p w14:paraId="37361B9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34.43</w:t>
            </w:r>
          </w:p>
        </w:tc>
        <w:tc>
          <w:tcPr>
            <w:tcW w:w="1329" w:type="dxa"/>
          </w:tcPr>
          <w:p w14:paraId="31CD470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5965</w:t>
            </w:r>
          </w:p>
        </w:tc>
        <w:tc>
          <w:tcPr>
            <w:tcW w:w="730" w:type="dxa"/>
          </w:tcPr>
          <w:p w14:paraId="2B2987F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7352EF91"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21.63</w:t>
            </w:r>
          </w:p>
        </w:tc>
        <w:tc>
          <w:tcPr>
            <w:tcW w:w="1170" w:type="dxa"/>
          </w:tcPr>
          <w:p w14:paraId="4FBD74C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3235CDB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r w:rsidR="00D32254" w:rsidRPr="00D32254" w14:paraId="1AC5766F" w14:textId="77777777" w:rsidTr="00F86F07">
        <w:tc>
          <w:tcPr>
            <w:cnfStyle w:val="001000000000" w:firstRow="0" w:lastRow="0" w:firstColumn="1" w:lastColumn="0" w:oddVBand="0" w:evenVBand="0" w:oddHBand="0" w:evenHBand="0" w:firstRowFirstColumn="0" w:firstRowLastColumn="0" w:lastRowFirstColumn="0" w:lastRowLastColumn="0"/>
            <w:tcW w:w="1129" w:type="dxa"/>
          </w:tcPr>
          <w:p w14:paraId="274ED512" w14:textId="77777777" w:rsidR="00166686" w:rsidRPr="00D32254" w:rsidRDefault="00166686" w:rsidP="00F86F07">
            <w:pPr>
              <w:rPr>
                <w:rFonts w:ascii="Times New Roman" w:hAnsi="Times New Roman" w:cs="Times New Roman"/>
                <w:color w:val="000000" w:themeColor="text1"/>
              </w:rPr>
            </w:pPr>
            <w:r w:rsidRPr="00D32254">
              <w:rPr>
                <w:rFonts w:ascii="Times New Roman" w:hAnsi="Times New Roman" w:cs="Times New Roman"/>
                <w:color w:val="000000" w:themeColor="text1"/>
              </w:rPr>
              <w:t>KH-23-3</w:t>
            </w:r>
          </w:p>
        </w:tc>
        <w:tc>
          <w:tcPr>
            <w:tcW w:w="600" w:type="dxa"/>
          </w:tcPr>
          <w:p w14:paraId="1650D5C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S1_12</w:t>
            </w:r>
          </w:p>
        </w:tc>
        <w:tc>
          <w:tcPr>
            <w:tcW w:w="1182" w:type="dxa"/>
          </w:tcPr>
          <w:p w14:paraId="3625FCA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145</w:t>
            </w:r>
          </w:p>
        </w:tc>
        <w:tc>
          <w:tcPr>
            <w:tcW w:w="1023" w:type="dxa"/>
          </w:tcPr>
          <w:p w14:paraId="6A5A3F7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30</w:t>
            </w:r>
          </w:p>
        </w:tc>
        <w:tc>
          <w:tcPr>
            <w:tcW w:w="779" w:type="dxa"/>
          </w:tcPr>
          <w:p w14:paraId="2341F6A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0.13</w:t>
            </w:r>
          </w:p>
        </w:tc>
        <w:tc>
          <w:tcPr>
            <w:tcW w:w="1463" w:type="dxa"/>
          </w:tcPr>
          <w:p w14:paraId="349F20A8"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28.43</w:t>
            </w:r>
          </w:p>
        </w:tc>
        <w:tc>
          <w:tcPr>
            <w:tcW w:w="938" w:type="dxa"/>
          </w:tcPr>
          <w:p w14:paraId="57B4A04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34.36</w:t>
            </w:r>
          </w:p>
        </w:tc>
        <w:tc>
          <w:tcPr>
            <w:tcW w:w="1329" w:type="dxa"/>
          </w:tcPr>
          <w:p w14:paraId="47759610"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5965</w:t>
            </w:r>
          </w:p>
        </w:tc>
        <w:tc>
          <w:tcPr>
            <w:tcW w:w="730" w:type="dxa"/>
          </w:tcPr>
          <w:p w14:paraId="050ACE9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1060" w:type="dxa"/>
          </w:tcPr>
          <w:p w14:paraId="0AA4241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21.67</w:t>
            </w:r>
          </w:p>
        </w:tc>
        <w:tc>
          <w:tcPr>
            <w:tcW w:w="1170" w:type="dxa"/>
          </w:tcPr>
          <w:p w14:paraId="560A3B49"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Day</w:t>
            </w:r>
          </w:p>
        </w:tc>
        <w:tc>
          <w:tcPr>
            <w:tcW w:w="962" w:type="dxa"/>
          </w:tcPr>
          <w:p w14:paraId="619135AF"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hAnsi="Times New Roman" w:cs="Times New Roman"/>
                <w:color w:val="000000" w:themeColor="text1"/>
              </w:rPr>
              <w:t>Summer</w:t>
            </w:r>
          </w:p>
        </w:tc>
      </w:tr>
    </w:tbl>
    <w:p w14:paraId="245D3D78" w14:textId="77777777" w:rsidR="00166686" w:rsidRPr="00D32254" w:rsidRDefault="00166686" w:rsidP="00166686">
      <w:pPr>
        <w:rPr>
          <w:rFonts w:ascii="Times New Roman" w:hAnsi="Times New Roman" w:cs="Times New Roman"/>
          <w:color w:val="000000" w:themeColor="text1"/>
        </w:rPr>
      </w:pPr>
    </w:p>
    <w:p w14:paraId="280BE077" w14:textId="77777777" w:rsidR="00166686" w:rsidRPr="00D32254" w:rsidRDefault="00166686" w:rsidP="00166686">
      <w:pPr>
        <w:rPr>
          <w:rFonts w:ascii="Times New Roman" w:hAnsi="Times New Roman" w:cs="Times New Roman"/>
          <w:color w:val="000000" w:themeColor="text1"/>
        </w:rPr>
      </w:pPr>
      <w:r w:rsidRPr="00D32254">
        <w:rPr>
          <w:rFonts w:ascii="Times New Roman" w:hAnsi="Times New Roman" w:cs="Times New Roman"/>
          <w:color w:val="000000" w:themeColor="text1"/>
          <w:vertAlign w:val="superscript"/>
        </w:rPr>
        <w:t>*</w:t>
      </w:r>
      <w:r w:rsidRPr="00D32254">
        <w:rPr>
          <w:rFonts w:ascii="Times New Roman" w:hAnsi="Times New Roman" w:cs="Times New Roman"/>
          <w:color w:val="000000" w:themeColor="text1"/>
        </w:rPr>
        <w:t>During the KS-18-5 cruise, all intake samples were collected during the daytime.</w:t>
      </w:r>
    </w:p>
    <w:p w14:paraId="6AAEEDB9" w14:textId="77777777" w:rsidR="00166686" w:rsidRPr="00D32254" w:rsidRDefault="00166686" w:rsidP="00166686">
      <w:pPr>
        <w:rPr>
          <w:rFonts w:ascii="Times New Roman" w:hAnsi="Times New Roman" w:cs="Times New Roman"/>
          <w:color w:val="000000" w:themeColor="text1"/>
        </w:rPr>
      </w:pPr>
    </w:p>
    <w:p w14:paraId="53E2D0C3" w14:textId="77777777" w:rsidR="00166686" w:rsidRPr="00D32254" w:rsidRDefault="00166686" w:rsidP="00166686">
      <w:pPr>
        <w:rPr>
          <w:rFonts w:ascii="Times New Roman" w:hAnsi="Times New Roman" w:cs="Times New Roman"/>
          <w:color w:val="000000" w:themeColor="text1"/>
        </w:rPr>
        <w:sectPr w:rsidR="00166686" w:rsidRPr="00D32254" w:rsidSect="00166686">
          <w:pgSz w:w="16840" w:h="11900" w:orient="landscape"/>
          <w:pgMar w:top="1440" w:right="1440" w:bottom="1440" w:left="1440" w:header="708" w:footer="708" w:gutter="0"/>
          <w:cols w:space="708"/>
          <w:docGrid w:linePitch="360"/>
        </w:sectPr>
      </w:pPr>
    </w:p>
    <w:p w14:paraId="3F6F9AA9" w14:textId="77777777" w:rsidR="00166686" w:rsidRPr="00D32254" w:rsidRDefault="00166686" w:rsidP="00166686">
      <w:pPr>
        <w:rPr>
          <w:rFonts w:ascii="Times New Roman" w:hAnsi="Times New Roman" w:cs="Times New Roman"/>
          <w:color w:val="000000" w:themeColor="text1"/>
        </w:rPr>
      </w:pPr>
    </w:p>
    <w:p w14:paraId="378D2CB9" w14:textId="77777777" w:rsidR="00166686" w:rsidRPr="00D32254" w:rsidRDefault="00166686" w:rsidP="00166686">
      <w:pPr>
        <w:rPr>
          <w:rFonts w:ascii="Times New Roman" w:hAnsi="Times New Roman" w:cs="Times New Roman"/>
          <w:color w:val="000000" w:themeColor="text1"/>
        </w:rPr>
      </w:pPr>
      <w:r w:rsidRPr="00D32254">
        <w:rPr>
          <w:rFonts w:ascii="Times New Roman" w:hAnsi="Times New Roman" w:cs="Times New Roman"/>
          <w:b/>
          <w:bCs/>
          <w:color w:val="000000" w:themeColor="text1"/>
        </w:rPr>
        <w:t>Table S4</w:t>
      </w:r>
      <w:r w:rsidRPr="00D32254">
        <w:rPr>
          <w:rFonts w:ascii="Times New Roman" w:hAnsi="Times New Roman" w:cs="Times New Roman"/>
          <w:color w:val="000000" w:themeColor="text1"/>
        </w:rPr>
        <w:t xml:space="preserve"> Variance Inflation Factor (VIF) values for environmental variables included in the analysis</w:t>
      </w:r>
    </w:p>
    <w:p w14:paraId="3DF97B31" w14:textId="77777777" w:rsidR="00166686" w:rsidRPr="00D32254" w:rsidRDefault="00166686" w:rsidP="00166686">
      <w:pPr>
        <w:rPr>
          <w:rFonts w:ascii="Times New Roman" w:hAnsi="Times New Roman" w:cs="Times New Roman"/>
          <w:color w:val="000000" w:themeColor="text1"/>
        </w:rPr>
      </w:pPr>
    </w:p>
    <w:tbl>
      <w:tblPr>
        <w:tblStyle w:val="18"/>
        <w:tblW w:w="0" w:type="auto"/>
        <w:jc w:val="center"/>
        <w:tblLook w:val="04A0" w:firstRow="1" w:lastRow="0" w:firstColumn="1" w:lastColumn="0" w:noHBand="0" w:noVBand="1"/>
      </w:tblPr>
      <w:tblGrid>
        <w:gridCol w:w="2160"/>
        <w:gridCol w:w="2160"/>
        <w:gridCol w:w="2160"/>
      </w:tblGrid>
      <w:tr w:rsidR="00D32254" w:rsidRPr="00D32254" w14:paraId="4CA0FAB6" w14:textId="77777777" w:rsidTr="00F86F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26F7D34E" w14:textId="77777777" w:rsidR="00166686" w:rsidRPr="00D32254" w:rsidRDefault="00166686" w:rsidP="00F86F07">
            <w:pPr>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Parameters</w:t>
            </w:r>
          </w:p>
        </w:tc>
        <w:tc>
          <w:tcPr>
            <w:tcW w:w="2160" w:type="dxa"/>
          </w:tcPr>
          <w:p w14:paraId="0C721C46" w14:textId="77777777" w:rsidR="00166686" w:rsidRPr="00D32254" w:rsidRDefault="00166686" w:rsidP="00F86F0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VIF</w:t>
            </w:r>
          </w:p>
        </w:tc>
        <w:tc>
          <w:tcPr>
            <w:tcW w:w="2160" w:type="dxa"/>
          </w:tcPr>
          <w:p w14:paraId="10B3611B" w14:textId="77777777" w:rsidR="00166686" w:rsidRPr="00D32254" w:rsidRDefault="00166686" w:rsidP="00F86F0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Tolerance</w:t>
            </w:r>
          </w:p>
        </w:tc>
      </w:tr>
      <w:tr w:rsidR="00D32254" w:rsidRPr="00D32254" w14:paraId="6FB1FA9E" w14:textId="77777777" w:rsidTr="00F86F07">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56BEF0E8" w14:textId="77777777" w:rsidR="00166686" w:rsidRPr="00D32254" w:rsidRDefault="00166686" w:rsidP="00F86F07">
            <w:pPr>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 xml:space="preserve">Chl-a </w:t>
            </w:r>
          </w:p>
        </w:tc>
        <w:tc>
          <w:tcPr>
            <w:tcW w:w="2160" w:type="dxa"/>
          </w:tcPr>
          <w:p w14:paraId="762CD77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2.4</w:t>
            </w:r>
          </w:p>
        </w:tc>
        <w:tc>
          <w:tcPr>
            <w:tcW w:w="2160" w:type="dxa"/>
          </w:tcPr>
          <w:p w14:paraId="31539CC5"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0.42</w:t>
            </w:r>
          </w:p>
        </w:tc>
      </w:tr>
      <w:tr w:rsidR="00D32254" w:rsidRPr="00D32254" w14:paraId="078A03F4" w14:textId="77777777" w:rsidTr="00F86F07">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19E8836D" w14:textId="77777777" w:rsidR="00166686" w:rsidRPr="00D32254" w:rsidRDefault="00166686" w:rsidP="00F86F07">
            <w:pPr>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Temperature</w:t>
            </w:r>
          </w:p>
        </w:tc>
        <w:tc>
          <w:tcPr>
            <w:tcW w:w="2160" w:type="dxa"/>
          </w:tcPr>
          <w:p w14:paraId="0806A206"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3.24</w:t>
            </w:r>
          </w:p>
        </w:tc>
        <w:tc>
          <w:tcPr>
            <w:tcW w:w="2160" w:type="dxa"/>
          </w:tcPr>
          <w:p w14:paraId="01828737"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0.31</w:t>
            </w:r>
          </w:p>
        </w:tc>
      </w:tr>
      <w:tr w:rsidR="00D32254" w:rsidRPr="00D32254" w14:paraId="43BC8C45" w14:textId="77777777" w:rsidTr="00F86F07">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54C6593E" w14:textId="77777777" w:rsidR="00166686" w:rsidRPr="00D32254" w:rsidRDefault="00166686" w:rsidP="00F86F07">
            <w:pPr>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Salinity</w:t>
            </w:r>
          </w:p>
        </w:tc>
        <w:tc>
          <w:tcPr>
            <w:tcW w:w="2160" w:type="dxa"/>
          </w:tcPr>
          <w:p w14:paraId="585A8E4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1.54</w:t>
            </w:r>
          </w:p>
        </w:tc>
        <w:tc>
          <w:tcPr>
            <w:tcW w:w="2160" w:type="dxa"/>
          </w:tcPr>
          <w:p w14:paraId="2512225A"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0.65</w:t>
            </w:r>
          </w:p>
        </w:tc>
      </w:tr>
      <w:tr w:rsidR="00D32254" w:rsidRPr="00D32254" w14:paraId="7DF05EF3" w14:textId="77777777" w:rsidTr="00F86F07">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335E0809" w14:textId="77777777" w:rsidR="00166686" w:rsidRPr="00D32254" w:rsidRDefault="00166686" w:rsidP="00F86F07">
            <w:pPr>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Mixed Layer Depth (MLD)</w:t>
            </w:r>
          </w:p>
        </w:tc>
        <w:tc>
          <w:tcPr>
            <w:tcW w:w="2160" w:type="dxa"/>
          </w:tcPr>
          <w:p w14:paraId="39671A5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1.14</w:t>
            </w:r>
          </w:p>
        </w:tc>
        <w:tc>
          <w:tcPr>
            <w:tcW w:w="2160" w:type="dxa"/>
          </w:tcPr>
          <w:p w14:paraId="436B1423"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0.88</w:t>
            </w:r>
          </w:p>
        </w:tc>
      </w:tr>
      <w:tr w:rsidR="00D32254" w:rsidRPr="00D32254" w14:paraId="23A7EC70" w14:textId="77777777" w:rsidTr="00F86F07">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0977811F" w14:textId="77777777" w:rsidR="00166686" w:rsidRPr="00D32254" w:rsidRDefault="00166686" w:rsidP="00F86F07">
            <w:pPr>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Maximum Depth</w:t>
            </w:r>
          </w:p>
        </w:tc>
        <w:tc>
          <w:tcPr>
            <w:tcW w:w="2160" w:type="dxa"/>
          </w:tcPr>
          <w:p w14:paraId="48A14ADE"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1.36</w:t>
            </w:r>
          </w:p>
        </w:tc>
        <w:tc>
          <w:tcPr>
            <w:tcW w:w="2160" w:type="dxa"/>
          </w:tcPr>
          <w:p w14:paraId="6EC200DC" w14:textId="77777777" w:rsidR="00166686" w:rsidRPr="00D32254" w:rsidRDefault="00166686" w:rsidP="00F86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32254">
              <w:rPr>
                <w:rFonts w:ascii="Times New Roman" w:eastAsia="Times New Roman" w:hAnsi="Times New Roman" w:cs="Times New Roman"/>
                <w:color w:val="000000" w:themeColor="text1"/>
              </w:rPr>
              <w:t>0.74</w:t>
            </w:r>
          </w:p>
        </w:tc>
      </w:tr>
    </w:tbl>
    <w:p w14:paraId="7C26498B" w14:textId="77777777" w:rsidR="00166686" w:rsidRPr="00D32254" w:rsidRDefault="00166686" w:rsidP="00166686">
      <w:pPr>
        <w:jc w:val="center"/>
        <w:rPr>
          <w:rFonts w:ascii="Times New Roman" w:hAnsi="Times New Roman" w:cs="Times New Roman"/>
          <w:color w:val="000000" w:themeColor="text1"/>
        </w:rPr>
      </w:pPr>
    </w:p>
    <w:p w14:paraId="63E056ED" w14:textId="77777777" w:rsidR="00166686" w:rsidRPr="00D32254" w:rsidRDefault="00166686" w:rsidP="00166686">
      <w:pPr>
        <w:rPr>
          <w:rFonts w:ascii="Times New Roman" w:hAnsi="Times New Roman" w:cs="Times New Roman"/>
          <w:color w:val="000000" w:themeColor="text1"/>
        </w:rPr>
      </w:pPr>
    </w:p>
    <w:p w14:paraId="30739E7C" w14:textId="77777777" w:rsidR="00166686" w:rsidRPr="00D32254" w:rsidRDefault="00166686" w:rsidP="00166686">
      <w:pPr>
        <w:rPr>
          <w:rFonts w:ascii="Times New Roman" w:hAnsi="Times New Roman" w:cs="Times New Roman"/>
          <w:color w:val="000000" w:themeColor="text1"/>
        </w:rPr>
      </w:pPr>
    </w:p>
    <w:p w14:paraId="5E93D376" w14:textId="77777777" w:rsidR="00166686" w:rsidRPr="00D32254" w:rsidRDefault="00166686" w:rsidP="00166686">
      <w:pPr>
        <w:rPr>
          <w:rFonts w:ascii="Times New Roman" w:hAnsi="Times New Roman" w:cs="Times New Roman"/>
          <w:color w:val="000000" w:themeColor="text1"/>
        </w:rPr>
      </w:pPr>
    </w:p>
    <w:p w14:paraId="68243C97" w14:textId="77777777" w:rsidR="00166686" w:rsidRPr="00D32254" w:rsidRDefault="00166686" w:rsidP="00166686">
      <w:pPr>
        <w:rPr>
          <w:rFonts w:ascii="Times New Roman" w:hAnsi="Times New Roman" w:cs="Times New Roman"/>
          <w:color w:val="000000" w:themeColor="text1"/>
        </w:rPr>
      </w:pPr>
    </w:p>
    <w:p w14:paraId="51356E2E" w14:textId="77777777" w:rsidR="00166686" w:rsidRPr="00D32254" w:rsidRDefault="00166686" w:rsidP="00166686">
      <w:pPr>
        <w:rPr>
          <w:rFonts w:ascii="Times New Roman" w:hAnsi="Times New Roman" w:cs="Times New Roman"/>
          <w:color w:val="000000" w:themeColor="text1"/>
        </w:rPr>
      </w:pPr>
    </w:p>
    <w:p w14:paraId="09D0C82F" w14:textId="77777777" w:rsidR="00166686" w:rsidRPr="00D32254" w:rsidRDefault="00166686" w:rsidP="00166686">
      <w:pPr>
        <w:rPr>
          <w:rFonts w:ascii="Times New Roman" w:hAnsi="Times New Roman" w:cs="Times New Roman"/>
          <w:color w:val="000000" w:themeColor="text1"/>
        </w:rPr>
      </w:pPr>
    </w:p>
    <w:p w14:paraId="299C7503" w14:textId="77777777" w:rsidR="00166686" w:rsidRPr="00D32254" w:rsidRDefault="00166686" w:rsidP="00166686">
      <w:pPr>
        <w:rPr>
          <w:rFonts w:ascii="Times New Roman" w:hAnsi="Times New Roman" w:cs="Times New Roman"/>
          <w:color w:val="000000" w:themeColor="text1"/>
        </w:rPr>
      </w:pPr>
    </w:p>
    <w:p w14:paraId="7241C7EF" w14:textId="77777777" w:rsidR="00166686" w:rsidRPr="00D32254" w:rsidRDefault="00166686" w:rsidP="00166686">
      <w:pPr>
        <w:rPr>
          <w:rFonts w:ascii="Times New Roman" w:hAnsi="Times New Roman" w:cs="Times New Roman"/>
          <w:color w:val="000000" w:themeColor="text1"/>
        </w:rPr>
      </w:pPr>
    </w:p>
    <w:p w14:paraId="609FFF7A" w14:textId="77777777" w:rsidR="00166686" w:rsidRPr="00D32254" w:rsidRDefault="00166686" w:rsidP="00166686">
      <w:pPr>
        <w:rPr>
          <w:rFonts w:ascii="Times New Roman" w:hAnsi="Times New Roman" w:cs="Times New Roman"/>
          <w:color w:val="000000" w:themeColor="text1"/>
        </w:rPr>
      </w:pPr>
    </w:p>
    <w:p w14:paraId="7518DB7C" w14:textId="77777777" w:rsidR="00166686" w:rsidRPr="00D32254" w:rsidRDefault="00166686" w:rsidP="00166686">
      <w:pPr>
        <w:rPr>
          <w:rFonts w:ascii="Times New Roman" w:hAnsi="Times New Roman" w:cs="Times New Roman"/>
          <w:color w:val="000000" w:themeColor="text1"/>
        </w:rPr>
      </w:pPr>
    </w:p>
    <w:p w14:paraId="55A92107" w14:textId="77777777" w:rsidR="00166686" w:rsidRPr="00D32254" w:rsidRDefault="00166686" w:rsidP="00166686">
      <w:pPr>
        <w:rPr>
          <w:rFonts w:ascii="Times New Roman" w:hAnsi="Times New Roman" w:cs="Times New Roman"/>
          <w:color w:val="000000" w:themeColor="text1"/>
        </w:rPr>
      </w:pPr>
    </w:p>
    <w:p w14:paraId="5464E27B" w14:textId="77777777" w:rsidR="00166686" w:rsidRPr="00D32254" w:rsidRDefault="00166686" w:rsidP="00166686">
      <w:pPr>
        <w:rPr>
          <w:rFonts w:ascii="Times New Roman" w:hAnsi="Times New Roman" w:cs="Times New Roman"/>
          <w:color w:val="000000" w:themeColor="text1"/>
        </w:rPr>
      </w:pPr>
    </w:p>
    <w:p w14:paraId="3D5179D3" w14:textId="77777777" w:rsidR="00166686" w:rsidRPr="00D32254" w:rsidRDefault="00166686" w:rsidP="00166686">
      <w:pPr>
        <w:rPr>
          <w:rFonts w:ascii="Times New Roman" w:hAnsi="Times New Roman" w:cs="Times New Roman"/>
          <w:color w:val="000000" w:themeColor="text1"/>
        </w:rPr>
      </w:pPr>
    </w:p>
    <w:p w14:paraId="79BB7821" w14:textId="77777777" w:rsidR="00166686" w:rsidRPr="00D32254" w:rsidRDefault="00166686" w:rsidP="00166686">
      <w:pPr>
        <w:rPr>
          <w:rFonts w:ascii="Times New Roman" w:hAnsi="Times New Roman" w:cs="Times New Roman"/>
          <w:color w:val="000000" w:themeColor="text1"/>
        </w:rPr>
      </w:pPr>
    </w:p>
    <w:p w14:paraId="27FC7A15" w14:textId="77777777" w:rsidR="00166686" w:rsidRPr="00D32254" w:rsidRDefault="00166686" w:rsidP="00166686">
      <w:pPr>
        <w:rPr>
          <w:rFonts w:ascii="Times New Roman" w:hAnsi="Times New Roman" w:cs="Times New Roman"/>
          <w:color w:val="000000" w:themeColor="text1"/>
        </w:rPr>
      </w:pPr>
    </w:p>
    <w:p w14:paraId="1BE44748" w14:textId="77777777" w:rsidR="00166686" w:rsidRPr="00D32254" w:rsidRDefault="00166686" w:rsidP="00166686">
      <w:pPr>
        <w:rPr>
          <w:rFonts w:ascii="Times New Roman" w:hAnsi="Times New Roman" w:cs="Times New Roman"/>
          <w:color w:val="000000" w:themeColor="text1"/>
        </w:rPr>
      </w:pPr>
    </w:p>
    <w:p w14:paraId="1F8F4BDB" w14:textId="77777777" w:rsidR="00166686" w:rsidRPr="00D32254" w:rsidRDefault="00166686" w:rsidP="00166686">
      <w:pPr>
        <w:rPr>
          <w:rFonts w:ascii="Times New Roman" w:hAnsi="Times New Roman" w:cs="Times New Roman"/>
          <w:color w:val="000000" w:themeColor="text1"/>
        </w:rPr>
      </w:pPr>
    </w:p>
    <w:p w14:paraId="575DDAF6" w14:textId="77777777" w:rsidR="00166686" w:rsidRPr="00D32254" w:rsidRDefault="00166686" w:rsidP="00166686">
      <w:pPr>
        <w:rPr>
          <w:rFonts w:ascii="Times New Roman" w:hAnsi="Times New Roman" w:cs="Times New Roman"/>
          <w:color w:val="000000" w:themeColor="text1"/>
        </w:rPr>
      </w:pPr>
    </w:p>
    <w:p w14:paraId="46A5F75E" w14:textId="77777777" w:rsidR="00166686" w:rsidRPr="00D32254" w:rsidRDefault="00166686" w:rsidP="00166686">
      <w:pPr>
        <w:rPr>
          <w:rFonts w:ascii="Times New Roman" w:hAnsi="Times New Roman" w:cs="Times New Roman"/>
          <w:color w:val="000000" w:themeColor="text1"/>
        </w:rPr>
      </w:pPr>
    </w:p>
    <w:p w14:paraId="680FAF7B" w14:textId="77777777" w:rsidR="00166686" w:rsidRPr="00D32254" w:rsidRDefault="00166686" w:rsidP="00166686">
      <w:pPr>
        <w:rPr>
          <w:rFonts w:ascii="Times New Roman" w:hAnsi="Times New Roman" w:cs="Times New Roman"/>
          <w:color w:val="000000" w:themeColor="text1"/>
        </w:rPr>
      </w:pPr>
    </w:p>
    <w:p w14:paraId="3CCBF5D3" w14:textId="77777777" w:rsidR="00166686" w:rsidRPr="00D32254" w:rsidRDefault="00166686" w:rsidP="00166686">
      <w:pPr>
        <w:rPr>
          <w:rFonts w:ascii="Times New Roman" w:hAnsi="Times New Roman" w:cs="Times New Roman"/>
          <w:color w:val="000000" w:themeColor="text1"/>
        </w:rPr>
      </w:pPr>
    </w:p>
    <w:p w14:paraId="77A267F4" w14:textId="77777777" w:rsidR="00166686" w:rsidRPr="00D32254" w:rsidRDefault="00166686" w:rsidP="00166686">
      <w:pPr>
        <w:rPr>
          <w:rFonts w:ascii="Times New Roman" w:hAnsi="Times New Roman" w:cs="Times New Roman"/>
          <w:color w:val="000000" w:themeColor="text1"/>
        </w:rPr>
      </w:pPr>
    </w:p>
    <w:p w14:paraId="2C7B06B6" w14:textId="77777777" w:rsidR="00166686" w:rsidRPr="00D32254" w:rsidRDefault="00166686" w:rsidP="00166686">
      <w:pPr>
        <w:rPr>
          <w:rFonts w:ascii="Times New Roman" w:hAnsi="Times New Roman" w:cs="Times New Roman"/>
          <w:color w:val="000000" w:themeColor="text1"/>
        </w:rPr>
      </w:pPr>
    </w:p>
    <w:p w14:paraId="06BD2C64" w14:textId="77777777" w:rsidR="00166686" w:rsidRPr="00D32254" w:rsidRDefault="00166686" w:rsidP="00166686">
      <w:pPr>
        <w:rPr>
          <w:rFonts w:ascii="Times New Roman" w:hAnsi="Times New Roman" w:cs="Times New Roman"/>
          <w:color w:val="000000" w:themeColor="text1"/>
        </w:rPr>
      </w:pPr>
    </w:p>
    <w:p w14:paraId="225CBB9E" w14:textId="77777777" w:rsidR="00166686" w:rsidRPr="00D32254" w:rsidRDefault="00166686" w:rsidP="00166686">
      <w:pPr>
        <w:rPr>
          <w:rFonts w:ascii="Times New Roman" w:hAnsi="Times New Roman" w:cs="Times New Roman"/>
          <w:color w:val="000000" w:themeColor="text1"/>
        </w:rPr>
      </w:pPr>
    </w:p>
    <w:p w14:paraId="5A965438" w14:textId="77777777" w:rsidR="00166686" w:rsidRPr="00D32254" w:rsidRDefault="00166686" w:rsidP="00166686">
      <w:pPr>
        <w:rPr>
          <w:rFonts w:ascii="Times New Roman" w:hAnsi="Times New Roman" w:cs="Times New Roman"/>
          <w:color w:val="000000" w:themeColor="text1"/>
        </w:rPr>
      </w:pPr>
    </w:p>
    <w:p w14:paraId="5429CE8C" w14:textId="77777777" w:rsidR="00166686" w:rsidRPr="00D32254" w:rsidRDefault="00166686" w:rsidP="00166686">
      <w:pPr>
        <w:rPr>
          <w:rFonts w:ascii="Times New Roman" w:hAnsi="Times New Roman" w:cs="Times New Roman"/>
          <w:color w:val="000000" w:themeColor="text1"/>
        </w:rPr>
      </w:pPr>
    </w:p>
    <w:p w14:paraId="62E5A168" w14:textId="77777777" w:rsidR="00166686" w:rsidRPr="00D32254" w:rsidRDefault="00166686" w:rsidP="00166686">
      <w:pPr>
        <w:rPr>
          <w:rFonts w:ascii="Times New Roman" w:hAnsi="Times New Roman" w:cs="Times New Roman"/>
          <w:color w:val="000000" w:themeColor="text1"/>
        </w:rPr>
      </w:pPr>
    </w:p>
    <w:p w14:paraId="1E6DF6BD" w14:textId="77777777" w:rsidR="00166686" w:rsidRPr="00D32254" w:rsidRDefault="00166686" w:rsidP="00166686">
      <w:pPr>
        <w:rPr>
          <w:rFonts w:ascii="Times New Roman" w:hAnsi="Times New Roman" w:cs="Times New Roman"/>
          <w:color w:val="000000" w:themeColor="text1"/>
        </w:rPr>
      </w:pPr>
    </w:p>
    <w:p w14:paraId="7B9F6FF9" w14:textId="77777777" w:rsidR="00166686" w:rsidRPr="00D32254" w:rsidRDefault="00166686" w:rsidP="00166686">
      <w:pPr>
        <w:rPr>
          <w:rFonts w:ascii="Times New Roman" w:hAnsi="Times New Roman" w:cs="Times New Roman"/>
          <w:color w:val="000000" w:themeColor="text1"/>
        </w:rPr>
      </w:pPr>
    </w:p>
    <w:p w14:paraId="2E978FF4" w14:textId="77777777" w:rsidR="00166686" w:rsidRPr="00D32254" w:rsidRDefault="00166686" w:rsidP="00166686">
      <w:pPr>
        <w:rPr>
          <w:rFonts w:ascii="Times New Roman" w:hAnsi="Times New Roman" w:cs="Times New Roman"/>
          <w:color w:val="000000" w:themeColor="text1"/>
        </w:rPr>
      </w:pPr>
    </w:p>
    <w:p w14:paraId="077A5E15" w14:textId="77777777" w:rsidR="00166686" w:rsidRPr="00D32254" w:rsidRDefault="00166686" w:rsidP="00166686">
      <w:pPr>
        <w:rPr>
          <w:rFonts w:ascii="Times New Roman" w:hAnsi="Times New Roman" w:cs="Times New Roman"/>
          <w:color w:val="000000" w:themeColor="text1"/>
        </w:rPr>
      </w:pPr>
    </w:p>
    <w:p w14:paraId="7C780851" w14:textId="77777777" w:rsidR="00166686" w:rsidRPr="00D32254" w:rsidRDefault="00166686" w:rsidP="00166686">
      <w:pPr>
        <w:rPr>
          <w:rFonts w:ascii="Times New Roman" w:hAnsi="Times New Roman" w:cs="Times New Roman"/>
          <w:color w:val="000000" w:themeColor="text1"/>
        </w:rPr>
      </w:pPr>
    </w:p>
    <w:p w14:paraId="23E41093" w14:textId="77777777" w:rsidR="00166686" w:rsidRPr="00D32254" w:rsidRDefault="00166686" w:rsidP="00166686">
      <w:pPr>
        <w:rPr>
          <w:rFonts w:ascii="Times New Roman" w:hAnsi="Times New Roman" w:cs="Times New Roman"/>
          <w:color w:val="000000" w:themeColor="text1"/>
        </w:rPr>
      </w:pPr>
    </w:p>
    <w:p w14:paraId="7F5CA8B2" w14:textId="77777777" w:rsidR="00166686" w:rsidRPr="00D32254" w:rsidRDefault="00166686" w:rsidP="00166686">
      <w:pPr>
        <w:rPr>
          <w:rFonts w:ascii="Times New Roman" w:hAnsi="Times New Roman" w:cs="Times New Roman"/>
          <w:color w:val="000000" w:themeColor="text1"/>
        </w:rPr>
      </w:pPr>
    </w:p>
    <w:p w14:paraId="20C0B7F1" w14:textId="77777777" w:rsidR="00166686" w:rsidRPr="00D32254" w:rsidRDefault="00166686" w:rsidP="00166686">
      <w:pPr>
        <w:rPr>
          <w:rFonts w:ascii="Times New Roman" w:hAnsi="Times New Roman" w:cs="Times New Roman"/>
          <w:color w:val="000000" w:themeColor="text1"/>
        </w:rPr>
      </w:pPr>
    </w:p>
    <w:p w14:paraId="1C5D5505" w14:textId="77777777" w:rsidR="00166686" w:rsidRPr="00D32254" w:rsidRDefault="00166686" w:rsidP="00166686">
      <w:pPr>
        <w:rPr>
          <w:rFonts w:ascii="Times New Roman" w:hAnsi="Times New Roman" w:cs="Times New Roman"/>
          <w:color w:val="000000" w:themeColor="text1"/>
        </w:rPr>
      </w:pPr>
    </w:p>
    <w:p w14:paraId="43936AB2" w14:textId="77777777" w:rsidR="00166686" w:rsidRPr="00D32254" w:rsidRDefault="00166686" w:rsidP="00166686">
      <w:pPr>
        <w:rPr>
          <w:rFonts w:ascii="Times New Roman" w:hAnsi="Times New Roman" w:cs="Times New Roman"/>
          <w:color w:val="000000" w:themeColor="text1"/>
        </w:rPr>
      </w:pPr>
    </w:p>
    <w:p w14:paraId="09710C41" w14:textId="77777777" w:rsidR="00166686" w:rsidRPr="00D32254" w:rsidRDefault="00166686" w:rsidP="00166686">
      <w:pPr>
        <w:jc w:val="both"/>
        <w:rPr>
          <w:rFonts w:ascii="Times New Roman" w:hAnsi="Times New Roman" w:cs="Times New Roman"/>
          <w:b/>
          <w:bCs/>
          <w:color w:val="000000" w:themeColor="text1"/>
        </w:rPr>
      </w:pPr>
    </w:p>
    <w:p w14:paraId="2736D951" w14:textId="0894B242" w:rsidR="002C5147" w:rsidRPr="00D32254" w:rsidRDefault="00166686" w:rsidP="00E150DB">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t>Table S5a</w:t>
      </w:r>
      <w:r w:rsidRPr="00D32254">
        <w:rPr>
          <w:rFonts w:ascii="Times New Roman" w:hAnsi="Times New Roman" w:cs="Times New Roman"/>
          <w:color w:val="000000" w:themeColor="text1"/>
        </w:rPr>
        <w:t xml:space="preserve"> </w:t>
      </w:r>
      <w:r w:rsidR="002C5147" w:rsidRPr="00D32254">
        <w:rPr>
          <w:rFonts w:ascii="Times New Roman" w:hAnsi="Times New Roman" w:cs="Times New Roman"/>
          <w:color w:val="000000" w:themeColor="text1"/>
        </w:rPr>
        <w:t>Results of Kruskal-Wallis tests comparing diversity estimates among sampling methods for each diversity index (q = 0, 1, and 2).</w:t>
      </w:r>
    </w:p>
    <w:p w14:paraId="20BAEBB7" w14:textId="77777777" w:rsidR="002C5147" w:rsidRPr="00D32254" w:rsidRDefault="002C5147" w:rsidP="00166686">
      <w:pPr>
        <w:rPr>
          <w:rFonts w:ascii="Times New Roman" w:hAnsi="Times New Roman" w:cs="Times New Roman"/>
          <w:color w:val="000000" w:themeColor="text1"/>
        </w:rPr>
      </w:pPr>
    </w:p>
    <w:tbl>
      <w:tblPr>
        <w:tblStyle w:val="afe"/>
        <w:tblW w:w="5000" w:type="pct"/>
        <w:tblLook w:val="04A0" w:firstRow="1" w:lastRow="0" w:firstColumn="1" w:lastColumn="0" w:noHBand="0" w:noVBand="1"/>
      </w:tblPr>
      <w:tblGrid>
        <w:gridCol w:w="1802"/>
        <w:gridCol w:w="1802"/>
        <w:gridCol w:w="1802"/>
        <w:gridCol w:w="1802"/>
        <w:gridCol w:w="1802"/>
      </w:tblGrid>
      <w:tr w:rsidR="00D32254" w:rsidRPr="00D32254" w14:paraId="68C4ACF8" w14:textId="77777777" w:rsidTr="003538BA">
        <w:tc>
          <w:tcPr>
            <w:tcW w:w="1000" w:type="pct"/>
          </w:tcPr>
          <w:p w14:paraId="45CA7151" w14:textId="77777777" w:rsidR="002C5147" w:rsidRPr="00D32254" w:rsidRDefault="002C5147" w:rsidP="002C5147">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Diversity Index</w:t>
            </w:r>
          </w:p>
        </w:tc>
        <w:tc>
          <w:tcPr>
            <w:tcW w:w="1000" w:type="pct"/>
          </w:tcPr>
          <w:p w14:paraId="026A0579" w14:textId="77777777" w:rsidR="002C5147" w:rsidRPr="00D32254" w:rsidRDefault="002C5147" w:rsidP="002C5147">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N</w:t>
            </w:r>
          </w:p>
        </w:tc>
        <w:tc>
          <w:tcPr>
            <w:tcW w:w="1000" w:type="pct"/>
          </w:tcPr>
          <w:p w14:paraId="3860ACA7" w14:textId="77777777" w:rsidR="002C5147" w:rsidRPr="00D32254" w:rsidRDefault="002C5147" w:rsidP="002C5147">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Statistic</w:t>
            </w:r>
          </w:p>
        </w:tc>
        <w:tc>
          <w:tcPr>
            <w:tcW w:w="1000" w:type="pct"/>
          </w:tcPr>
          <w:p w14:paraId="6FCC5743" w14:textId="77777777" w:rsidR="002C5147" w:rsidRPr="00D32254" w:rsidRDefault="002C5147" w:rsidP="002C5147">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df</w:t>
            </w:r>
          </w:p>
        </w:tc>
        <w:tc>
          <w:tcPr>
            <w:tcW w:w="1000" w:type="pct"/>
          </w:tcPr>
          <w:p w14:paraId="0D3C98F5" w14:textId="77777777" w:rsidR="002C5147" w:rsidRPr="00D32254" w:rsidRDefault="002C5147" w:rsidP="002C5147">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p-value</w:t>
            </w:r>
          </w:p>
        </w:tc>
      </w:tr>
      <w:tr w:rsidR="00D32254" w:rsidRPr="00D32254" w14:paraId="684DCBD3" w14:textId="77777777" w:rsidTr="003538BA">
        <w:tc>
          <w:tcPr>
            <w:tcW w:w="1000" w:type="pct"/>
          </w:tcPr>
          <w:p w14:paraId="5C2C8840"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1000" w:type="pct"/>
          </w:tcPr>
          <w:p w14:paraId="3373D724"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249</w:t>
            </w:r>
          </w:p>
        </w:tc>
        <w:tc>
          <w:tcPr>
            <w:tcW w:w="1000" w:type="pct"/>
          </w:tcPr>
          <w:p w14:paraId="7E115C63"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1.086</w:t>
            </w:r>
          </w:p>
        </w:tc>
        <w:tc>
          <w:tcPr>
            <w:tcW w:w="1000" w:type="pct"/>
          </w:tcPr>
          <w:p w14:paraId="7B1239C6"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1000" w:type="pct"/>
          </w:tcPr>
          <w:p w14:paraId="053F4BDB"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0.58100</w:t>
            </w:r>
          </w:p>
        </w:tc>
      </w:tr>
      <w:tr w:rsidR="00D32254" w:rsidRPr="00D32254" w14:paraId="0FD06D10" w14:textId="77777777" w:rsidTr="003538BA">
        <w:tc>
          <w:tcPr>
            <w:tcW w:w="1000" w:type="pct"/>
          </w:tcPr>
          <w:p w14:paraId="0B91517F"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1000" w:type="pct"/>
          </w:tcPr>
          <w:p w14:paraId="60F02191"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249</w:t>
            </w:r>
          </w:p>
        </w:tc>
        <w:tc>
          <w:tcPr>
            <w:tcW w:w="1000" w:type="pct"/>
          </w:tcPr>
          <w:p w14:paraId="7744ACDC"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3.038</w:t>
            </w:r>
          </w:p>
        </w:tc>
        <w:tc>
          <w:tcPr>
            <w:tcW w:w="1000" w:type="pct"/>
          </w:tcPr>
          <w:p w14:paraId="20A8776C"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1000" w:type="pct"/>
          </w:tcPr>
          <w:p w14:paraId="79FA3BAE"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0.21900</w:t>
            </w:r>
          </w:p>
        </w:tc>
      </w:tr>
      <w:tr w:rsidR="002C5147" w:rsidRPr="00D32254" w14:paraId="541DF8A7" w14:textId="77777777" w:rsidTr="003538BA">
        <w:tc>
          <w:tcPr>
            <w:tcW w:w="1000" w:type="pct"/>
          </w:tcPr>
          <w:p w14:paraId="49F4B30A"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1000" w:type="pct"/>
          </w:tcPr>
          <w:p w14:paraId="4B855143"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249</w:t>
            </w:r>
          </w:p>
        </w:tc>
        <w:tc>
          <w:tcPr>
            <w:tcW w:w="1000" w:type="pct"/>
          </w:tcPr>
          <w:p w14:paraId="548B4DE2"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18.640</w:t>
            </w:r>
          </w:p>
        </w:tc>
        <w:tc>
          <w:tcPr>
            <w:tcW w:w="1000" w:type="pct"/>
          </w:tcPr>
          <w:p w14:paraId="7F37A912" w14:textId="77777777" w:rsidR="002C5147" w:rsidRPr="00D32254" w:rsidRDefault="002C5147" w:rsidP="002C5147">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1000" w:type="pct"/>
          </w:tcPr>
          <w:p w14:paraId="155E0CCE" w14:textId="5CA9C978" w:rsidR="002C5147" w:rsidRPr="00D32254" w:rsidRDefault="003538BA" w:rsidP="002C5147">
            <w:pPr>
              <w:jc w:val="center"/>
              <w:rPr>
                <w:rFonts w:ascii="Times New Roman" w:hAnsi="Times New Roman" w:cs="Times New Roman"/>
                <w:color w:val="000000" w:themeColor="text1"/>
              </w:rPr>
            </w:pPr>
            <w:r w:rsidRPr="00D32254">
              <w:rPr>
                <w:rFonts w:ascii="Times New Roman" w:hAnsi="Times New Roman" w:cs="Times New Roman"/>
                <w:b/>
                <w:bCs/>
                <w:color w:val="000000" w:themeColor="text1"/>
              </w:rPr>
              <w:t>&lt;0.001</w:t>
            </w:r>
            <w:r w:rsidRPr="00D32254">
              <w:rPr>
                <w:rFonts w:ascii="Times New Roman" w:hAnsi="Times New Roman" w:cs="Times New Roman"/>
                <w:b/>
                <w:bCs/>
                <w:color w:val="000000" w:themeColor="text1"/>
                <w:vertAlign w:val="superscript"/>
              </w:rPr>
              <w:t>***</w:t>
            </w:r>
          </w:p>
        </w:tc>
      </w:tr>
    </w:tbl>
    <w:p w14:paraId="19DB25B2" w14:textId="77777777" w:rsidR="00166686" w:rsidRPr="00D32254" w:rsidRDefault="00166686" w:rsidP="00166686">
      <w:pPr>
        <w:rPr>
          <w:rFonts w:ascii="Times New Roman" w:hAnsi="Times New Roman" w:cs="Times New Roman"/>
          <w:color w:val="000000" w:themeColor="text1"/>
        </w:rPr>
      </w:pPr>
    </w:p>
    <w:p w14:paraId="17B95E99" w14:textId="77777777" w:rsidR="00166686" w:rsidRPr="00D32254" w:rsidRDefault="00166686" w:rsidP="00166686">
      <w:pPr>
        <w:rPr>
          <w:rFonts w:ascii="Times New Roman" w:hAnsi="Times New Roman" w:cs="Times New Roman"/>
          <w:color w:val="000000" w:themeColor="text1"/>
        </w:rPr>
      </w:pPr>
    </w:p>
    <w:p w14:paraId="3D6EE15C" w14:textId="77777777" w:rsidR="00166686" w:rsidRPr="00D32254" w:rsidRDefault="00166686" w:rsidP="00166686">
      <w:pPr>
        <w:rPr>
          <w:rFonts w:ascii="Times New Roman" w:hAnsi="Times New Roman" w:cs="Times New Roman"/>
          <w:color w:val="000000" w:themeColor="text1"/>
        </w:rPr>
      </w:pPr>
      <w:r w:rsidRPr="00D32254">
        <w:rPr>
          <w:rFonts w:ascii="Times New Roman" w:hAnsi="Times New Roman" w:cs="Times New Roman"/>
          <w:color w:val="000000" w:themeColor="text1"/>
        </w:rPr>
        <w:t>Values in bold are statistically significant, where ‘***</w:t>
      </w:r>
      <w:r w:rsidRPr="00D32254">
        <w:rPr>
          <w:rFonts w:ascii="Times New Roman" w:hAnsi="Times New Roman" w:cs="Times New Roman"/>
          <w:b/>
          <w:bCs/>
          <w:i/>
          <w:iCs/>
          <w:color w:val="000000" w:themeColor="text1"/>
        </w:rPr>
        <w:t>’ indicates p &lt; 0.001</w:t>
      </w:r>
    </w:p>
    <w:p w14:paraId="61C84EBA" w14:textId="77777777" w:rsidR="00166686" w:rsidRPr="00D32254" w:rsidRDefault="00166686" w:rsidP="00166686">
      <w:pPr>
        <w:rPr>
          <w:rFonts w:ascii="Times New Roman" w:hAnsi="Times New Roman" w:cs="Times New Roman"/>
          <w:color w:val="000000" w:themeColor="text1"/>
        </w:rPr>
      </w:pPr>
    </w:p>
    <w:p w14:paraId="5C811A46" w14:textId="77777777" w:rsidR="00166686" w:rsidRPr="00D32254" w:rsidRDefault="00166686" w:rsidP="00166686">
      <w:pPr>
        <w:rPr>
          <w:rFonts w:ascii="Times New Roman" w:hAnsi="Times New Roman" w:cs="Times New Roman"/>
          <w:color w:val="000000" w:themeColor="text1"/>
        </w:rPr>
      </w:pPr>
    </w:p>
    <w:p w14:paraId="5FD9CE10" w14:textId="77777777" w:rsidR="00166686" w:rsidRPr="00D32254" w:rsidRDefault="00166686" w:rsidP="00166686">
      <w:pPr>
        <w:rPr>
          <w:rFonts w:ascii="Times New Roman" w:hAnsi="Times New Roman" w:cs="Times New Roman"/>
          <w:color w:val="000000" w:themeColor="text1"/>
        </w:rPr>
      </w:pPr>
    </w:p>
    <w:p w14:paraId="7680FE0D" w14:textId="5EEB0A7F" w:rsidR="00166686" w:rsidRPr="00D32254" w:rsidRDefault="00166686" w:rsidP="00E150DB">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t>Table S5b</w:t>
      </w:r>
      <w:r w:rsidRPr="00D32254">
        <w:rPr>
          <w:rFonts w:ascii="Times New Roman" w:hAnsi="Times New Roman" w:cs="Times New Roman"/>
          <w:color w:val="000000" w:themeColor="text1"/>
        </w:rPr>
        <w:t xml:space="preserve"> </w:t>
      </w:r>
      <w:r w:rsidR="003538BA" w:rsidRPr="00D32254">
        <w:rPr>
          <w:rFonts w:ascii="Times New Roman" w:hAnsi="Times New Roman" w:cs="Times New Roman"/>
          <w:color w:val="000000" w:themeColor="text1"/>
        </w:rPr>
        <w:t>Results of Kruskal-Wallis tests comparing diversity estimates among sampling methods for each diversity index (q = 0, 1, and 2), excluding data from the KS-18-5 cruise, which used OTUs and a 0.22 μm filter.</w:t>
      </w:r>
    </w:p>
    <w:p w14:paraId="7DF5B74B" w14:textId="77777777" w:rsidR="003538BA" w:rsidRPr="00D32254" w:rsidRDefault="003538BA" w:rsidP="00166686">
      <w:pPr>
        <w:rPr>
          <w:rFonts w:ascii="Times New Roman" w:hAnsi="Times New Roman" w:cs="Times New Roman"/>
          <w:color w:val="000000" w:themeColor="text1"/>
        </w:rPr>
      </w:pPr>
    </w:p>
    <w:p w14:paraId="4D9F1EED" w14:textId="77777777" w:rsidR="00166686" w:rsidRPr="00D32254" w:rsidRDefault="00166686" w:rsidP="00166686">
      <w:pPr>
        <w:rPr>
          <w:rFonts w:ascii="Times New Roman" w:hAnsi="Times New Roman" w:cs="Times New Roman"/>
          <w:color w:val="000000" w:themeColor="text1"/>
        </w:rPr>
      </w:pPr>
    </w:p>
    <w:tbl>
      <w:tblPr>
        <w:tblStyle w:val="afe"/>
        <w:tblW w:w="5000" w:type="pct"/>
        <w:tblLook w:val="04A0" w:firstRow="1" w:lastRow="0" w:firstColumn="1" w:lastColumn="0" w:noHBand="0" w:noVBand="1"/>
      </w:tblPr>
      <w:tblGrid>
        <w:gridCol w:w="1802"/>
        <w:gridCol w:w="1802"/>
        <w:gridCol w:w="1802"/>
        <w:gridCol w:w="1802"/>
        <w:gridCol w:w="1802"/>
      </w:tblGrid>
      <w:tr w:rsidR="00D32254" w:rsidRPr="00D32254" w14:paraId="692F2F03" w14:textId="77777777" w:rsidTr="003538BA">
        <w:tc>
          <w:tcPr>
            <w:tcW w:w="1000" w:type="pct"/>
          </w:tcPr>
          <w:p w14:paraId="6C4A6E06" w14:textId="77777777" w:rsidR="003538BA" w:rsidRPr="00D32254" w:rsidRDefault="003538BA" w:rsidP="003538BA">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Diversity Index</w:t>
            </w:r>
          </w:p>
        </w:tc>
        <w:tc>
          <w:tcPr>
            <w:tcW w:w="1000" w:type="pct"/>
          </w:tcPr>
          <w:p w14:paraId="7E6BDBDB" w14:textId="77777777" w:rsidR="003538BA" w:rsidRPr="00D32254" w:rsidRDefault="003538BA" w:rsidP="003538BA">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N</w:t>
            </w:r>
          </w:p>
        </w:tc>
        <w:tc>
          <w:tcPr>
            <w:tcW w:w="1000" w:type="pct"/>
          </w:tcPr>
          <w:p w14:paraId="0ADE4E2F" w14:textId="77777777" w:rsidR="003538BA" w:rsidRPr="00D32254" w:rsidRDefault="003538BA" w:rsidP="003538BA">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Statistic</w:t>
            </w:r>
          </w:p>
        </w:tc>
        <w:tc>
          <w:tcPr>
            <w:tcW w:w="1000" w:type="pct"/>
          </w:tcPr>
          <w:p w14:paraId="0D6A0AAA" w14:textId="77777777" w:rsidR="003538BA" w:rsidRPr="00D32254" w:rsidRDefault="003538BA" w:rsidP="003538BA">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df</w:t>
            </w:r>
          </w:p>
        </w:tc>
        <w:tc>
          <w:tcPr>
            <w:tcW w:w="1000" w:type="pct"/>
          </w:tcPr>
          <w:p w14:paraId="3827C7F7" w14:textId="77777777" w:rsidR="003538BA" w:rsidRPr="00D32254" w:rsidRDefault="003538BA" w:rsidP="003538BA">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p-value</w:t>
            </w:r>
          </w:p>
        </w:tc>
      </w:tr>
      <w:tr w:rsidR="00D32254" w:rsidRPr="00D32254" w14:paraId="07372BCA" w14:textId="77777777" w:rsidTr="003538BA">
        <w:tc>
          <w:tcPr>
            <w:tcW w:w="1000" w:type="pct"/>
          </w:tcPr>
          <w:p w14:paraId="522B6F97"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1000" w:type="pct"/>
          </w:tcPr>
          <w:p w14:paraId="6764C41A"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216</w:t>
            </w:r>
          </w:p>
        </w:tc>
        <w:tc>
          <w:tcPr>
            <w:tcW w:w="1000" w:type="pct"/>
          </w:tcPr>
          <w:p w14:paraId="1FC407E4"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2.437</w:t>
            </w:r>
          </w:p>
        </w:tc>
        <w:tc>
          <w:tcPr>
            <w:tcW w:w="1000" w:type="pct"/>
          </w:tcPr>
          <w:p w14:paraId="3E6F85A1"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1000" w:type="pct"/>
          </w:tcPr>
          <w:p w14:paraId="5766361F"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0.29600</w:t>
            </w:r>
          </w:p>
        </w:tc>
      </w:tr>
      <w:tr w:rsidR="00D32254" w:rsidRPr="00D32254" w14:paraId="3A3F1E0F" w14:textId="77777777" w:rsidTr="003538BA">
        <w:tc>
          <w:tcPr>
            <w:tcW w:w="1000" w:type="pct"/>
          </w:tcPr>
          <w:p w14:paraId="6A97A6C4"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1000" w:type="pct"/>
          </w:tcPr>
          <w:p w14:paraId="56E5AADB"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216</w:t>
            </w:r>
          </w:p>
        </w:tc>
        <w:tc>
          <w:tcPr>
            <w:tcW w:w="1000" w:type="pct"/>
          </w:tcPr>
          <w:p w14:paraId="43D884DA"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2.339</w:t>
            </w:r>
          </w:p>
        </w:tc>
        <w:tc>
          <w:tcPr>
            <w:tcW w:w="1000" w:type="pct"/>
          </w:tcPr>
          <w:p w14:paraId="646D6B3F"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1000" w:type="pct"/>
          </w:tcPr>
          <w:p w14:paraId="54B837BD"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0.31100</w:t>
            </w:r>
          </w:p>
        </w:tc>
      </w:tr>
      <w:tr w:rsidR="003538BA" w:rsidRPr="00D32254" w14:paraId="1D5F5049" w14:textId="77777777" w:rsidTr="003538BA">
        <w:tc>
          <w:tcPr>
            <w:tcW w:w="1000" w:type="pct"/>
          </w:tcPr>
          <w:p w14:paraId="2270FB78"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1000" w:type="pct"/>
          </w:tcPr>
          <w:p w14:paraId="636BF226"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216</w:t>
            </w:r>
          </w:p>
        </w:tc>
        <w:tc>
          <w:tcPr>
            <w:tcW w:w="1000" w:type="pct"/>
          </w:tcPr>
          <w:p w14:paraId="3F35878D"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19.312</w:t>
            </w:r>
          </w:p>
        </w:tc>
        <w:tc>
          <w:tcPr>
            <w:tcW w:w="1000" w:type="pct"/>
          </w:tcPr>
          <w:p w14:paraId="039E0DB5" w14:textId="77777777"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1000" w:type="pct"/>
          </w:tcPr>
          <w:p w14:paraId="6180984B" w14:textId="285FF7AF" w:rsidR="003538BA" w:rsidRPr="00D32254" w:rsidRDefault="003538BA" w:rsidP="003538BA">
            <w:pPr>
              <w:jc w:val="center"/>
              <w:rPr>
                <w:rFonts w:ascii="Times New Roman" w:hAnsi="Times New Roman" w:cs="Times New Roman"/>
                <w:color w:val="000000" w:themeColor="text1"/>
              </w:rPr>
            </w:pPr>
            <w:r w:rsidRPr="00D32254">
              <w:rPr>
                <w:rFonts w:ascii="Times New Roman" w:hAnsi="Times New Roman" w:cs="Times New Roman"/>
                <w:b/>
                <w:bCs/>
                <w:color w:val="000000" w:themeColor="text1"/>
              </w:rPr>
              <w:t>&lt;0.001</w:t>
            </w:r>
            <w:r w:rsidRPr="00D32254">
              <w:rPr>
                <w:rFonts w:ascii="Times New Roman" w:hAnsi="Times New Roman" w:cs="Times New Roman"/>
                <w:b/>
                <w:bCs/>
                <w:color w:val="000000" w:themeColor="text1"/>
                <w:vertAlign w:val="superscript"/>
              </w:rPr>
              <w:t>***</w:t>
            </w:r>
          </w:p>
        </w:tc>
      </w:tr>
    </w:tbl>
    <w:p w14:paraId="241A49AE" w14:textId="77777777" w:rsidR="00166686" w:rsidRPr="00D32254" w:rsidRDefault="00166686" w:rsidP="00166686">
      <w:pPr>
        <w:rPr>
          <w:rFonts w:ascii="Times New Roman" w:hAnsi="Times New Roman" w:cs="Times New Roman"/>
          <w:color w:val="000000" w:themeColor="text1"/>
        </w:rPr>
      </w:pPr>
    </w:p>
    <w:p w14:paraId="1F8962B1" w14:textId="77777777" w:rsidR="00166686" w:rsidRPr="00D32254" w:rsidRDefault="00166686" w:rsidP="00166686">
      <w:pPr>
        <w:rPr>
          <w:rFonts w:ascii="Times New Roman" w:hAnsi="Times New Roman" w:cs="Times New Roman"/>
          <w:color w:val="000000" w:themeColor="text1"/>
        </w:rPr>
      </w:pPr>
      <w:r w:rsidRPr="00D32254">
        <w:rPr>
          <w:rFonts w:ascii="Times New Roman" w:hAnsi="Times New Roman" w:cs="Times New Roman"/>
          <w:color w:val="000000" w:themeColor="text1"/>
        </w:rPr>
        <w:t>Values in bold are statistically significant, where ‘***</w:t>
      </w:r>
      <w:r w:rsidRPr="00D32254">
        <w:rPr>
          <w:rFonts w:ascii="Times New Roman" w:hAnsi="Times New Roman" w:cs="Times New Roman"/>
          <w:b/>
          <w:bCs/>
          <w:i/>
          <w:iCs/>
          <w:color w:val="000000" w:themeColor="text1"/>
        </w:rPr>
        <w:t>’ indicates p &lt; 0.001</w:t>
      </w:r>
    </w:p>
    <w:p w14:paraId="749BE8E7" w14:textId="77777777" w:rsidR="00166686" w:rsidRPr="00D32254" w:rsidRDefault="00166686" w:rsidP="00166686">
      <w:pPr>
        <w:rPr>
          <w:rFonts w:ascii="Times New Roman" w:hAnsi="Times New Roman" w:cs="Times New Roman"/>
          <w:color w:val="000000" w:themeColor="text1"/>
        </w:rPr>
      </w:pPr>
    </w:p>
    <w:p w14:paraId="1C42E67F" w14:textId="77777777" w:rsidR="00166686" w:rsidRPr="00D32254" w:rsidRDefault="00166686" w:rsidP="00166686">
      <w:pPr>
        <w:rPr>
          <w:rFonts w:ascii="Times New Roman" w:hAnsi="Times New Roman" w:cs="Times New Roman"/>
          <w:color w:val="000000" w:themeColor="text1"/>
        </w:rPr>
      </w:pPr>
    </w:p>
    <w:p w14:paraId="4D916449" w14:textId="77777777" w:rsidR="00166686" w:rsidRPr="00D32254" w:rsidRDefault="00166686" w:rsidP="00166686">
      <w:pPr>
        <w:rPr>
          <w:rFonts w:ascii="Times New Roman" w:hAnsi="Times New Roman" w:cs="Times New Roman"/>
          <w:color w:val="000000" w:themeColor="text1"/>
        </w:rPr>
      </w:pPr>
    </w:p>
    <w:p w14:paraId="5DC12FAA" w14:textId="77777777" w:rsidR="00166686" w:rsidRPr="00D32254" w:rsidRDefault="00166686" w:rsidP="00166686">
      <w:pPr>
        <w:rPr>
          <w:rFonts w:ascii="Times New Roman" w:hAnsi="Times New Roman" w:cs="Times New Roman"/>
          <w:color w:val="000000" w:themeColor="text1"/>
        </w:rPr>
      </w:pPr>
    </w:p>
    <w:p w14:paraId="574E8338" w14:textId="77777777" w:rsidR="00166686" w:rsidRPr="00D32254" w:rsidRDefault="00166686" w:rsidP="00166686">
      <w:pPr>
        <w:rPr>
          <w:rFonts w:ascii="Times New Roman" w:hAnsi="Times New Roman" w:cs="Times New Roman"/>
          <w:color w:val="000000" w:themeColor="text1"/>
        </w:rPr>
      </w:pPr>
    </w:p>
    <w:p w14:paraId="7A0CDBD9" w14:textId="77777777" w:rsidR="00166686" w:rsidRPr="00D32254" w:rsidRDefault="00166686" w:rsidP="00166686">
      <w:pPr>
        <w:rPr>
          <w:rFonts w:ascii="Times New Roman" w:hAnsi="Times New Roman" w:cs="Times New Roman"/>
          <w:color w:val="000000" w:themeColor="text1"/>
        </w:rPr>
      </w:pPr>
    </w:p>
    <w:p w14:paraId="5A5B123C" w14:textId="77777777" w:rsidR="00166686" w:rsidRPr="00D32254" w:rsidRDefault="00166686" w:rsidP="00166686">
      <w:pPr>
        <w:rPr>
          <w:rFonts w:ascii="Times New Roman" w:hAnsi="Times New Roman" w:cs="Times New Roman"/>
          <w:color w:val="000000" w:themeColor="text1"/>
        </w:rPr>
      </w:pPr>
    </w:p>
    <w:p w14:paraId="72D7721E" w14:textId="77777777" w:rsidR="00166686" w:rsidRPr="00D32254" w:rsidRDefault="00166686" w:rsidP="00166686">
      <w:pPr>
        <w:rPr>
          <w:rFonts w:ascii="Times New Roman" w:hAnsi="Times New Roman" w:cs="Times New Roman"/>
          <w:color w:val="000000" w:themeColor="text1"/>
        </w:rPr>
      </w:pPr>
    </w:p>
    <w:p w14:paraId="4E41DF6F" w14:textId="77777777" w:rsidR="00166686" w:rsidRPr="00D32254" w:rsidRDefault="00166686" w:rsidP="00166686">
      <w:pPr>
        <w:rPr>
          <w:rFonts w:ascii="Times New Roman" w:hAnsi="Times New Roman" w:cs="Times New Roman"/>
          <w:color w:val="000000" w:themeColor="text1"/>
        </w:rPr>
      </w:pPr>
    </w:p>
    <w:p w14:paraId="50258CCD" w14:textId="77777777" w:rsidR="00166686" w:rsidRPr="00D32254" w:rsidRDefault="00166686" w:rsidP="00166686">
      <w:pPr>
        <w:rPr>
          <w:rFonts w:ascii="Times New Roman" w:hAnsi="Times New Roman" w:cs="Times New Roman"/>
          <w:color w:val="000000" w:themeColor="text1"/>
        </w:rPr>
      </w:pPr>
    </w:p>
    <w:p w14:paraId="4B976864" w14:textId="77777777" w:rsidR="00166686" w:rsidRPr="00D32254" w:rsidRDefault="00166686" w:rsidP="00166686">
      <w:pPr>
        <w:rPr>
          <w:rFonts w:ascii="Times New Roman" w:hAnsi="Times New Roman" w:cs="Times New Roman"/>
          <w:color w:val="000000" w:themeColor="text1"/>
        </w:rPr>
      </w:pPr>
    </w:p>
    <w:p w14:paraId="0A8CAEF4" w14:textId="77777777" w:rsidR="00166686" w:rsidRPr="00D32254" w:rsidRDefault="00166686" w:rsidP="00166686">
      <w:pPr>
        <w:rPr>
          <w:rFonts w:ascii="Times New Roman" w:hAnsi="Times New Roman" w:cs="Times New Roman"/>
          <w:color w:val="000000" w:themeColor="text1"/>
        </w:rPr>
      </w:pPr>
    </w:p>
    <w:p w14:paraId="52208C53" w14:textId="77777777" w:rsidR="00166686" w:rsidRPr="00D32254" w:rsidRDefault="00166686" w:rsidP="00166686">
      <w:pPr>
        <w:rPr>
          <w:rFonts w:ascii="Times New Roman" w:hAnsi="Times New Roman" w:cs="Times New Roman"/>
          <w:color w:val="000000" w:themeColor="text1"/>
        </w:rPr>
      </w:pPr>
    </w:p>
    <w:p w14:paraId="45B42325" w14:textId="77777777" w:rsidR="00166686" w:rsidRPr="00D32254" w:rsidRDefault="00166686" w:rsidP="00166686">
      <w:pPr>
        <w:rPr>
          <w:rFonts w:ascii="Times New Roman" w:hAnsi="Times New Roman" w:cs="Times New Roman"/>
          <w:color w:val="000000" w:themeColor="text1"/>
        </w:rPr>
      </w:pPr>
    </w:p>
    <w:p w14:paraId="2AB517DC" w14:textId="77777777" w:rsidR="00166686" w:rsidRPr="00D32254" w:rsidRDefault="00166686" w:rsidP="00166686">
      <w:pPr>
        <w:rPr>
          <w:rFonts w:ascii="Times New Roman" w:hAnsi="Times New Roman" w:cs="Times New Roman"/>
          <w:color w:val="000000" w:themeColor="text1"/>
        </w:rPr>
      </w:pPr>
    </w:p>
    <w:p w14:paraId="00612F76" w14:textId="77777777" w:rsidR="00166686" w:rsidRPr="00D32254" w:rsidRDefault="00166686" w:rsidP="00166686">
      <w:pPr>
        <w:rPr>
          <w:rFonts w:ascii="Times New Roman" w:hAnsi="Times New Roman" w:cs="Times New Roman"/>
          <w:color w:val="000000" w:themeColor="text1"/>
        </w:rPr>
      </w:pPr>
    </w:p>
    <w:p w14:paraId="2B6681DC" w14:textId="77777777" w:rsidR="00166686" w:rsidRPr="00D32254" w:rsidRDefault="00166686" w:rsidP="00166686">
      <w:pPr>
        <w:rPr>
          <w:rFonts w:ascii="Times New Roman" w:hAnsi="Times New Roman" w:cs="Times New Roman"/>
          <w:color w:val="000000" w:themeColor="text1"/>
        </w:rPr>
      </w:pPr>
    </w:p>
    <w:p w14:paraId="16908D0C" w14:textId="77777777" w:rsidR="00166686" w:rsidRPr="00D32254" w:rsidRDefault="00166686" w:rsidP="00166686">
      <w:pPr>
        <w:rPr>
          <w:rFonts w:ascii="Times New Roman" w:hAnsi="Times New Roman" w:cs="Times New Roman"/>
          <w:color w:val="000000" w:themeColor="text1"/>
        </w:rPr>
      </w:pPr>
    </w:p>
    <w:p w14:paraId="427FC918" w14:textId="77777777" w:rsidR="00166686" w:rsidRPr="00D32254" w:rsidRDefault="00166686" w:rsidP="00166686">
      <w:pPr>
        <w:rPr>
          <w:rFonts w:ascii="Times New Roman" w:hAnsi="Times New Roman" w:cs="Times New Roman"/>
          <w:color w:val="000000" w:themeColor="text1"/>
        </w:rPr>
      </w:pPr>
    </w:p>
    <w:p w14:paraId="3B527F5A" w14:textId="77777777" w:rsidR="00166686" w:rsidRPr="00D32254" w:rsidRDefault="00166686" w:rsidP="00166686">
      <w:pPr>
        <w:rPr>
          <w:rFonts w:ascii="Times New Roman" w:hAnsi="Times New Roman" w:cs="Times New Roman"/>
          <w:color w:val="000000" w:themeColor="text1"/>
        </w:rPr>
      </w:pPr>
    </w:p>
    <w:p w14:paraId="66EC6D2B" w14:textId="77777777" w:rsidR="00166686" w:rsidRPr="00D32254" w:rsidRDefault="00166686" w:rsidP="00166686">
      <w:pPr>
        <w:rPr>
          <w:rFonts w:ascii="Times New Roman" w:hAnsi="Times New Roman" w:cs="Times New Roman"/>
          <w:color w:val="000000" w:themeColor="text1"/>
        </w:rPr>
      </w:pPr>
    </w:p>
    <w:p w14:paraId="172503C8" w14:textId="77777777" w:rsidR="00166686" w:rsidRPr="00D32254" w:rsidRDefault="00166686" w:rsidP="00166686">
      <w:pPr>
        <w:rPr>
          <w:rFonts w:ascii="Times New Roman" w:hAnsi="Times New Roman" w:cs="Times New Roman"/>
          <w:color w:val="000000" w:themeColor="text1"/>
        </w:rPr>
      </w:pPr>
    </w:p>
    <w:p w14:paraId="020EDE7C" w14:textId="77777777" w:rsidR="00166686" w:rsidRPr="00D32254" w:rsidRDefault="00166686" w:rsidP="00166686">
      <w:pPr>
        <w:rPr>
          <w:rFonts w:ascii="Times New Roman" w:hAnsi="Times New Roman" w:cs="Times New Roman"/>
          <w:color w:val="000000" w:themeColor="text1"/>
        </w:rPr>
      </w:pPr>
    </w:p>
    <w:p w14:paraId="0F79F1D3" w14:textId="77777777" w:rsidR="00166686" w:rsidRPr="00D32254" w:rsidRDefault="00166686" w:rsidP="00166686">
      <w:pPr>
        <w:rPr>
          <w:rFonts w:ascii="Times New Roman" w:hAnsi="Times New Roman" w:cs="Times New Roman"/>
          <w:color w:val="000000" w:themeColor="text1"/>
        </w:rPr>
      </w:pPr>
    </w:p>
    <w:p w14:paraId="543ED6AA" w14:textId="77777777" w:rsidR="00166686" w:rsidRPr="00D32254" w:rsidRDefault="00166686" w:rsidP="00166686">
      <w:pPr>
        <w:rPr>
          <w:rFonts w:ascii="Times New Roman" w:hAnsi="Times New Roman" w:cs="Times New Roman"/>
          <w:color w:val="000000" w:themeColor="text1"/>
        </w:rPr>
      </w:pPr>
    </w:p>
    <w:p w14:paraId="09BE0C48" w14:textId="77777777" w:rsidR="00166686" w:rsidRPr="00D32254" w:rsidRDefault="00166686" w:rsidP="00166686">
      <w:pPr>
        <w:rPr>
          <w:rFonts w:ascii="Times New Roman" w:hAnsi="Times New Roman" w:cs="Times New Roman"/>
          <w:color w:val="000000" w:themeColor="text1"/>
        </w:rPr>
      </w:pPr>
    </w:p>
    <w:p w14:paraId="5AE9D56F" w14:textId="77777777" w:rsidR="00166686" w:rsidRPr="00D32254" w:rsidRDefault="00166686" w:rsidP="00166686">
      <w:pPr>
        <w:rPr>
          <w:rFonts w:ascii="Times New Roman" w:hAnsi="Times New Roman" w:cs="Times New Roman"/>
          <w:color w:val="000000" w:themeColor="text1"/>
        </w:rPr>
      </w:pPr>
    </w:p>
    <w:p w14:paraId="4793DD31" w14:textId="0AECB4DB" w:rsidR="00166686" w:rsidRPr="00D32254" w:rsidRDefault="00166686" w:rsidP="003538BA">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t>Table S6a</w:t>
      </w:r>
      <w:r w:rsidRPr="00D32254">
        <w:rPr>
          <w:rFonts w:ascii="Times New Roman" w:hAnsi="Times New Roman" w:cs="Times New Roman"/>
          <w:color w:val="000000" w:themeColor="text1"/>
        </w:rPr>
        <w:t xml:space="preserve"> </w:t>
      </w:r>
      <w:r w:rsidR="002C5147" w:rsidRPr="00D32254">
        <w:rPr>
          <w:rFonts w:ascii="Times New Roman" w:hAnsi="Times New Roman" w:cs="Times New Roman"/>
          <w:color w:val="000000" w:themeColor="text1"/>
        </w:rPr>
        <w:t>Pairwise Wilcoxon test results comparing diversity estimates between sampling methods for each diversity index (q = 0, 1, and 2), including test statistic, unadjusted and adjusted p-values, significance levels, and asymptotic estimates (mean ± SD) per method.</w:t>
      </w:r>
    </w:p>
    <w:p w14:paraId="6D1A3A1E" w14:textId="77777777" w:rsidR="002C5147" w:rsidRPr="00D32254" w:rsidRDefault="002C5147" w:rsidP="00166686">
      <w:pPr>
        <w:rPr>
          <w:rFonts w:ascii="Times New Roman" w:hAnsi="Times New Roman" w:cs="Times New Roman"/>
          <w:color w:val="000000" w:themeColor="text1"/>
        </w:rPr>
      </w:pPr>
    </w:p>
    <w:tbl>
      <w:tblPr>
        <w:tblStyle w:val="afe"/>
        <w:tblW w:w="0" w:type="auto"/>
        <w:tblLook w:val="04A0" w:firstRow="1" w:lastRow="0" w:firstColumn="1" w:lastColumn="0" w:noHBand="0" w:noVBand="1"/>
      </w:tblPr>
      <w:tblGrid>
        <w:gridCol w:w="1080"/>
        <w:gridCol w:w="881"/>
        <w:gridCol w:w="840"/>
        <w:gridCol w:w="1002"/>
        <w:gridCol w:w="768"/>
        <w:gridCol w:w="768"/>
        <w:gridCol w:w="1353"/>
        <w:gridCol w:w="950"/>
        <w:gridCol w:w="1292"/>
      </w:tblGrid>
      <w:tr w:rsidR="00D32254" w:rsidRPr="00D32254" w14:paraId="5CBF9C44" w14:textId="77777777" w:rsidTr="00B17CC4">
        <w:tc>
          <w:tcPr>
            <w:tcW w:w="1080" w:type="dxa"/>
          </w:tcPr>
          <w:p w14:paraId="4C2CA1A8"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Diversity Index</w:t>
            </w:r>
          </w:p>
        </w:tc>
        <w:tc>
          <w:tcPr>
            <w:tcW w:w="881" w:type="dxa"/>
          </w:tcPr>
          <w:p w14:paraId="674288E4"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Group 1</w:t>
            </w:r>
          </w:p>
        </w:tc>
        <w:tc>
          <w:tcPr>
            <w:tcW w:w="837" w:type="dxa"/>
          </w:tcPr>
          <w:p w14:paraId="7E8A767B"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Group 2</w:t>
            </w:r>
          </w:p>
        </w:tc>
        <w:tc>
          <w:tcPr>
            <w:tcW w:w="1002" w:type="dxa"/>
          </w:tcPr>
          <w:p w14:paraId="20F03CDA"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Statistic</w:t>
            </w:r>
          </w:p>
        </w:tc>
        <w:tc>
          <w:tcPr>
            <w:tcW w:w="768" w:type="dxa"/>
          </w:tcPr>
          <w:p w14:paraId="3B5B4DE3"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p-value</w:t>
            </w:r>
          </w:p>
        </w:tc>
        <w:tc>
          <w:tcPr>
            <w:tcW w:w="768" w:type="dxa"/>
          </w:tcPr>
          <w:p w14:paraId="38C7DD60"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p.adj</w:t>
            </w:r>
          </w:p>
        </w:tc>
        <w:tc>
          <w:tcPr>
            <w:tcW w:w="1339" w:type="dxa"/>
          </w:tcPr>
          <w:p w14:paraId="66847288"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Significance</w:t>
            </w:r>
          </w:p>
        </w:tc>
        <w:tc>
          <w:tcPr>
            <w:tcW w:w="938" w:type="dxa"/>
          </w:tcPr>
          <w:p w14:paraId="022AB044"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Method</w:t>
            </w:r>
          </w:p>
        </w:tc>
        <w:tc>
          <w:tcPr>
            <w:tcW w:w="1243" w:type="dxa"/>
          </w:tcPr>
          <w:p w14:paraId="3AB8C08C" w14:textId="77777777" w:rsidR="002C5147" w:rsidRPr="00D32254" w:rsidRDefault="002C5147"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Asymptotic Estimate</w:t>
            </w:r>
          </w:p>
        </w:tc>
      </w:tr>
      <w:tr w:rsidR="00D32254" w:rsidRPr="00D32254" w14:paraId="08FE5386" w14:textId="77777777" w:rsidTr="00B17CC4">
        <w:tc>
          <w:tcPr>
            <w:tcW w:w="1080" w:type="dxa"/>
            <w:vMerge w:val="restart"/>
          </w:tcPr>
          <w:p w14:paraId="3DDAD2A4"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p w14:paraId="0ECFB3AD"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512C9C02"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37" w:type="dxa"/>
          </w:tcPr>
          <w:p w14:paraId="3769E05A"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002" w:type="dxa"/>
          </w:tcPr>
          <w:p w14:paraId="73D0BE8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254.000</w:t>
            </w:r>
          </w:p>
        </w:tc>
        <w:tc>
          <w:tcPr>
            <w:tcW w:w="768" w:type="dxa"/>
          </w:tcPr>
          <w:p w14:paraId="2A2B099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0.789</w:t>
            </w:r>
          </w:p>
        </w:tc>
        <w:tc>
          <w:tcPr>
            <w:tcW w:w="768" w:type="dxa"/>
          </w:tcPr>
          <w:p w14:paraId="501C45D1"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w:t>
            </w:r>
          </w:p>
        </w:tc>
        <w:tc>
          <w:tcPr>
            <w:tcW w:w="1339" w:type="dxa"/>
          </w:tcPr>
          <w:p w14:paraId="67AF39D7"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38" w:type="dxa"/>
          </w:tcPr>
          <w:p w14:paraId="484AE1E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1243" w:type="dxa"/>
          </w:tcPr>
          <w:p w14:paraId="7BC9D506"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490 ± 57.5</w:t>
            </w:r>
          </w:p>
        </w:tc>
      </w:tr>
      <w:tr w:rsidR="00D32254" w:rsidRPr="00D32254" w14:paraId="4F45DFF7" w14:textId="77777777" w:rsidTr="00B17CC4">
        <w:tc>
          <w:tcPr>
            <w:tcW w:w="1080" w:type="dxa"/>
            <w:vMerge/>
          </w:tcPr>
          <w:p w14:paraId="1FD6F766"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14DDD4F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37" w:type="dxa"/>
          </w:tcPr>
          <w:p w14:paraId="1D405B41"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002" w:type="dxa"/>
          </w:tcPr>
          <w:p w14:paraId="48F99DAF"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281.000</w:t>
            </w:r>
          </w:p>
        </w:tc>
        <w:tc>
          <w:tcPr>
            <w:tcW w:w="768" w:type="dxa"/>
          </w:tcPr>
          <w:p w14:paraId="2B2330F2"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0.370</w:t>
            </w:r>
          </w:p>
        </w:tc>
        <w:tc>
          <w:tcPr>
            <w:tcW w:w="768" w:type="dxa"/>
          </w:tcPr>
          <w:p w14:paraId="00197CC0"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w:t>
            </w:r>
          </w:p>
        </w:tc>
        <w:tc>
          <w:tcPr>
            <w:tcW w:w="1339" w:type="dxa"/>
          </w:tcPr>
          <w:p w14:paraId="6CD37424"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38" w:type="dxa"/>
          </w:tcPr>
          <w:p w14:paraId="071B713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243" w:type="dxa"/>
          </w:tcPr>
          <w:p w14:paraId="42D3B7F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482 ± 58</w:t>
            </w:r>
          </w:p>
        </w:tc>
      </w:tr>
      <w:tr w:rsidR="00D32254" w:rsidRPr="00D32254" w14:paraId="5B4876D1" w14:textId="77777777" w:rsidTr="00B17CC4">
        <w:tc>
          <w:tcPr>
            <w:tcW w:w="1080" w:type="dxa"/>
            <w:vMerge/>
          </w:tcPr>
          <w:p w14:paraId="46ADE105"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179E51F0"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837" w:type="dxa"/>
          </w:tcPr>
          <w:p w14:paraId="2FBA24DA"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002" w:type="dxa"/>
          </w:tcPr>
          <w:p w14:paraId="13248FA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278.000</w:t>
            </w:r>
          </w:p>
        </w:tc>
        <w:tc>
          <w:tcPr>
            <w:tcW w:w="768" w:type="dxa"/>
          </w:tcPr>
          <w:p w14:paraId="7CA8701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0.408</w:t>
            </w:r>
          </w:p>
        </w:tc>
        <w:tc>
          <w:tcPr>
            <w:tcW w:w="768" w:type="dxa"/>
          </w:tcPr>
          <w:p w14:paraId="64E1A59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w:t>
            </w:r>
          </w:p>
        </w:tc>
        <w:tc>
          <w:tcPr>
            <w:tcW w:w="1339" w:type="dxa"/>
          </w:tcPr>
          <w:p w14:paraId="3F9B176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38" w:type="dxa"/>
          </w:tcPr>
          <w:p w14:paraId="3BDEB4E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243" w:type="dxa"/>
          </w:tcPr>
          <w:p w14:paraId="69CF9308"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458 ± 49</w:t>
            </w:r>
          </w:p>
        </w:tc>
      </w:tr>
      <w:tr w:rsidR="00D32254" w:rsidRPr="00D32254" w14:paraId="1DD2FF1E" w14:textId="77777777" w:rsidTr="00B17CC4">
        <w:tc>
          <w:tcPr>
            <w:tcW w:w="1080" w:type="dxa"/>
            <w:vMerge w:val="restart"/>
          </w:tcPr>
          <w:p w14:paraId="060312C3"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p w14:paraId="3EF3665B"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1AAA8EA6"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37" w:type="dxa"/>
          </w:tcPr>
          <w:p w14:paraId="1C2F24C3"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002" w:type="dxa"/>
          </w:tcPr>
          <w:p w14:paraId="57A217F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293.000</w:t>
            </w:r>
          </w:p>
        </w:tc>
        <w:tc>
          <w:tcPr>
            <w:tcW w:w="768" w:type="dxa"/>
          </w:tcPr>
          <w:p w14:paraId="007F4C3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0.239</w:t>
            </w:r>
          </w:p>
        </w:tc>
        <w:tc>
          <w:tcPr>
            <w:tcW w:w="768" w:type="dxa"/>
          </w:tcPr>
          <w:p w14:paraId="2E9C4EE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0.717</w:t>
            </w:r>
          </w:p>
        </w:tc>
        <w:tc>
          <w:tcPr>
            <w:tcW w:w="1339" w:type="dxa"/>
          </w:tcPr>
          <w:p w14:paraId="3D8C8542"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38" w:type="dxa"/>
          </w:tcPr>
          <w:p w14:paraId="52E10BE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1243" w:type="dxa"/>
          </w:tcPr>
          <w:p w14:paraId="1E938E9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220 ± 10.5</w:t>
            </w:r>
          </w:p>
        </w:tc>
      </w:tr>
      <w:tr w:rsidR="00D32254" w:rsidRPr="00D32254" w14:paraId="446DF091" w14:textId="77777777" w:rsidTr="00B17CC4">
        <w:tc>
          <w:tcPr>
            <w:tcW w:w="1080" w:type="dxa"/>
            <w:vMerge/>
          </w:tcPr>
          <w:p w14:paraId="4291F2D2"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741D42B8"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37" w:type="dxa"/>
          </w:tcPr>
          <w:p w14:paraId="21958448"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002" w:type="dxa"/>
          </w:tcPr>
          <w:p w14:paraId="0000862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312.000</w:t>
            </w:r>
          </w:p>
        </w:tc>
        <w:tc>
          <w:tcPr>
            <w:tcW w:w="768" w:type="dxa"/>
          </w:tcPr>
          <w:p w14:paraId="2F27C217"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0.103</w:t>
            </w:r>
          </w:p>
        </w:tc>
        <w:tc>
          <w:tcPr>
            <w:tcW w:w="768" w:type="dxa"/>
          </w:tcPr>
          <w:p w14:paraId="234DB51D"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0.309</w:t>
            </w:r>
          </w:p>
        </w:tc>
        <w:tc>
          <w:tcPr>
            <w:tcW w:w="1339" w:type="dxa"/>
          </w:tcPr>
          <w:p w14:paraId="7729E91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38" w:type="dxa"/>
          </w:tcPr>
          <w:p w14:paraId="1DE0AD44"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243" w:type="dxa"/>
          </w:tcPr>
          <w:p w14:paraId="4F63D84D"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215 ± 11.5</w:t>
            </w:r>
          </w:p>
        </w:tc>
      </w:tr>
      <w:tr w:rsidR="00D32254" w:rsidRPr="00D32254" w14:paraId="536831D9" w14:textId="77777777" w:rsidTr="00B17CC4">
        <w:tc>
          <w:tcPr>
            <w:tcW w:w="1080" w:type="dxa"/>
            <w:vMerge/>
          </w:tcPr>
          <w:p w14:paraId="48B2C869"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0DBF46E7"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837" w:type="dxa"/>
          </w:tcPr>
          <w:p w14:paraId="7E0FCED3"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002" w:type="dxa"/>
          </w:tcPr>
          <w:p w14:paraId="3F7E7CB9"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269.000</w:t>
            </w:r>
          </w:p>
        </w:tc>
        <w:tc>
          <w:tcPr>
            <w:tcW w:w="768" w:type="dxa"/>
          </w:tcPr>
          <w:p w14:paraId="728399A6"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0.538</w:t>
            </w:r>
          </w:p>
        </w:tc>
        <w:tc>
          <w:tcPr>
            <w:tcW w:w="768" w:type="dxa"/>
          </w:tcPr>
          <w:p w14:paraId="3DAA6A58"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w:t>
            </w:r>
          </w:p>
        </w:tc>
        <w:tc>
          <w:tcPr>
            <w:tcW w:w="1339" w:type="dxa"/>
          </w:tcPr>
          <w:p w14:paraId="4DBE812B"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38" w:type="dxa"/>
          </w:tcPr>
          <w:p w14:paraId="206E283D"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243" w:type="dxa"/>
          </w:tcPr>
          <w:p w14:paraId="3D0A68ED"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213 ± 11.5</w:t>
            </w:r>
          </w:p>
        </w:tc>
      </w:tr>
      <w:tr w:rsidR="00D32254" w:rsidRPr="00D32254" w14:paraId="3CDDA364" w14:textId="77777777" w:rsidTr="00B17CC4">
        <w:tc>
          <w:tcPr>
            <w:tcW w:w="1080" w:type="dxa"/>
            <w:vMerge w:val="restart"/>
          </w:tcPr>
          <w:p w14:paraId="5F4D454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p w14:paraId="32684AEE"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660F4987"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37" w:type="dxa"/>
          </w:tcPr>
          <w:p w14:paraId="73849B4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002" w:type="dxa"/>
          </w:tcPr>
          <w:p w14:paraId="4146E251"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402.000</w:t>
            </w:r>
          </w:p>
        </w:tc>
        <w:tc>
          <w:tcPr>
            <w:tcW w:w="768" w:type="dxa"/>
          </w:tcPr>
          <w:p w14:paraId="57651551"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0.000</w:t>
            </w:r>
          </w:p>
        </w:tc>
        <w:tc>
          <w:tcPr>
            <w:tcW w:w="768" w:type="dxa"/>
          </w:tcPr>
          <w:p w14:paraId="5BEFA0B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0.000</w:t>
            </w:r>
          </w:p>
        </w:tc>
        <w:tc>
          <w:tcPr>
            <w:tcW w:w="1339" w:type="dxa"/>
          </w:tcPr>
          <w:p w14:paraId="12F6441C" w14:textId="2947E7A9" w:rsidR="002C5147"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b/>
                <w:bCs/>
                <w:color w:val="000000" w:themeColor="text1"/>
              </w:rPr>
              <w:t>&lt;0.001</w:t>
            </w:r>
            <w:r w:rsidRPr="00D32254">
              <w:rPr>
                <w:rFonts w:ascii="Times New Roman" w:hAnsi="Times New Roman" w:cs="Times New Roman"/>
                <w:b/>
                <w:bCs/>
                <w:color w:val="000000" w:themeColor="text1"/>
                <w:vertAlign w:val="superscript"/>
              </w:rPr>
              <w:t>***</w:t>
            </w:r>
          </w:p>
        </w:tc>
        <w:tc>
          <w:tcPr>
            <w:tcW w:w="938" w:type="dxa"/>
          </w:tcPr>
          <w:p w14:paraId="0C9FAAA9"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1243" w:type="dxa"/>
          </w:tcPr>
          <w:p w14:paraId="6462C99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127 ± 8</w:t>
            </w:r>
          </w:p>
        </w:tc>
      </w:tr>
      <w:tr w:rsidR="00D32254" w:rsidRPr="00D32254" w14:paraId="4FD225C1" w14:textId="77777777" w:rsidTr="00B17CC4">
        <w:tc>
          <w:tcPr>
            <w:tcW w:w="1080" w:type="dxa"/>
            <w:vMerge/>
          </w:tcPr>
          <w:p w14:paraId="1DD209DF"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1DD181FC"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37" w:type="dxa"/>
          </w:tcPr>
          <w:p w14:paraId="09746F73"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002" w:type="dxa"/>
          </w:tcPr>
          <w:p w14:paraId="52E44C84"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392.000</w:t>
            </w:r>
          </w:p>
        </w:tc>
        <w:tc>
          <w:tcPr>
            <w:tcW w:w="768" w:type="dxa"/>
          </w:tcPr>
          <w:p w14:paraId="1B585792"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0.000</w:t>
            </w:r>
          </w:p>
        </w:tc>
        <w:tc>
          <w:tcPr>
            <w:tcW w:w="768" w:type="dxa"/>
          </w:tcPr>
          <w:p w14:paraId="272439EF"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0.001</w:t>
            </w:r>
          </w:p>
        </w:tc>
        <w:tc>
          <w:tcPr>
            <w:tcW w:w="1339" w:type="dxa"/>
          </w:tcPr>
          <w:p w14:paraId="33CF3AA6" w14:textId="770F7097" w:rsidR="002C5147"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b/>
                <w:bCs/>
                <w:color w:val="000000" w:themeColor="text1"/>
              </w:rPr>
              <w:t>&lt;0.001</w:t>
            </w:r>
            <w:r w:rsidRPr="00D32254">
              <w:rPr>
                <w:rFonts w:ascii="Times New Roman" w:hAnsi="Times New Roman" w:cs="Times New Roman"/>
                <w:b/>
                <w:bCs/>
                <w:color w:val="000000" w:themeColor="text1"/>
                <w:vertAlign w:val="superscript"/>
              </w:rPr>
              <w:t>***</w:t>
            </w:r>
          </w:p>
        </w:tc>
        <w:tc>
          <w:tcPr>
            <w:tcW w:w="938" w:type="dxa"/>
          </w:tcPr>
          <w:p w14:paraId="3009CE51"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243" w:type="dxa"/>
          </w:tcPr>
          <w:p w14:paraId="033CD55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118 ± 7.5</w:t>
            </w:r>
          </w:p>
        </w:tc>
      </w:tr>
      <w:tr w:rsidR="002C5147" w:rsidRPr="00D32254" w14:paraId="0AAD80DF" w14:textId="77777777" w:rsidTr="00B17CC4">
        <w:tc>
          <w:tcPr>
            <w:tcW w:w="1080" w:type="dxa"/>
            <w:vMerge/>
          </w:tcPr>
          <w:p w14:paraId="4BFF3634" w14:textId="77777777" w:rsidR="002C5147" w:rsidRPr="00D32254" w:rsidRDefault="002C5147" w:rsidP="00B17CC4">
            <w:pPr>
              <w:jc w:val="center"/>
              <w:rPr>
                <w:rFonts w:ascii="Times New Roman" w:hAnsi="Times New Roman" w:cs="Times New Roman"/>
                <w:color w:val="000000" w:themeColor="text1"/>
              </w:rPr>
            </w:pPr>
          </w:p>
        </w:tc>
        <w:tc>
          <w:tcPr>
            <w:tcW w:w="881" w:type="dxa"/>
          </w:tcPr>
          <w:p w14:paraId="18CF589D"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837" w:type="dxa"/>
          </w:tcPr>
          <w:p w14:paraId="65872BD7"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002" w:type="dxa"/>
          </w:tcPr>
          <w:p w14:paraId="0DA9C8C6"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188.000</w:t>
            </w:r>
          </w:p>
        </w:tc>
        <w:tc>
          <w:tcPr>
            <w:tcW w:w="768" w:type="dxa"/>
          </w:tcPr>
          <w:p w14:paraId="45881C76"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0.211</w:t>
            </w:r>
          </w:p>
        </w:tc>
        <w:tc>
          <w:tcPr>
            <w:tcW w:w="768" w:type="dxa"/>
          </w:tcPr>
          <w:p w14:paraId="11B8AE1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0.633</w:t>
            </w:r>
          </w:p>
        </w:tc>
        <w:tc>
          <w:tcPr>
            <w:tcW w:w="1339" w:type="dxa"/>
          </w:tcPr>
          <w:p w14:paraId="74FC60C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38" w:type="dxa"/>
          </w:tcPr>
          <w:p w14:paraId="111AA99D"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243" w:type="dxa"/>
          </w:tcPr>
          <w:p w14:paraId="46E9995E" w14:textId="77777777" w:rsidR="002C5147" w:rsidRPr="00D32254" w:rsidRDefault="002C5147"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120 ± 10</w:t>
            </w:r>
          </w:p>
        </w:tc>
      </w:tr>
    </w:tbl>
    <w:p w14:paraId="34BFC3B5" w14:textId="77777777" w:rsidR="00166686" w:rsidRPr="00D32254" w:rsidRDefault="00166686" w:rsidP="00166686">
      <w:pPr>
        <w:rPr>
          <w:rFonts w:ascii="Times New Roman" w:hAnsi="Times New Roman" w:cs="Times New Roman"/>
          <w:color w:val="000000" w:themeColor="text1"/>
        </w:rPr>
      </w:pPr>
    </w:p>
    <w:p w14:paraId="3BC3C2E2" w14:textId="77777777" w:rsidR="00166686" w:rsidRPr="00D32254" w:rsidRDefault="00166686" w:rsidP="00166686">
      <w:pPr>
        <w:rPr>
          <w:rFonts w:ascii="Times New Roman" w:hAnsi="Times New Roman" w:cs="Times New Roman"/>
          <w:color w:val="000000" w:themeColor="text1"/>
        </w:rPr>
      </w:pPr>
    </w:p>
    <w:p w14:paraId="6018208E" w14:textId="77777777" w:rsidR="00166686" w:rsidRPr="00D32254" w:rsidRDefault="00166686" w:rsidP="00166686">
      <w:pPr>
        <w:rPr>
          <w:rFonts w:ascii="Times New Roman" w:hAnsi="Times New Roman" w:cs="Times New Roman"/>
          <w:color w:val="000000" w:themeColor="text1"/>
        </w:rPr>
      </w:pPr>
      <w:r w:rsidRPr="00D32254">
        <w:rPr>
          <w:rFonts w:ascii="Times New Roman" w:hAnsi="Times New Roman" w:cs="Times New Roman"/>
          <w:color w:val="000000" w:themeColor="text1"/>
        </w:rPr>
        <w:t>Values in bold are statistically significant, where ‘***</w:t>
      </w:r>
      <w:r w:rsidRPr="00D32254">
        <w:rPr>
          <w:rFonts w:ascii="Times New Roman" w:hAnsi="Times New Roman" w:cs="Times New Roman"/>
          <w:b/>
          <w:bCs/>
          <w:i/>
          <w:iCs/>
          <w:color w:val="000000" w:themeColor="text1"/>
        </w:rPr>
        <w:t>’ indicates p &lt; 0.001</w:t>
      </w:r>
    </w:p>
    <w:p w14:paraId="18A5DA3B" w14:textId="77777777" w:rsidR="00166686" w:rsidRPr="00D32254" w:rsidRDefault="00166686" w:rsidP="00166686">
      <w:pPr>
        <w:rPr>
          <w:rFonts w:ascii="Times New Roman" w:hAnsi="Times New Roman" w:cs="Times New Roman"/>
          <w:color w:val="000000" w:themeColor="text1"/>
        </w:rPr>
      </w:pPr>
    </w:p>
    <w:p w14:paraId="2DB1B977" w14:textId="77777777" w:rsidR="00166686" w:rsidRPr="00D32254" w:rsidRDefault="00166686" w:rsidP="00166686">
      <w:pPr>
        <w:rPr>
          <w:rFonts w:ascii="Times New Roman" w:hAnsi="Times New Roman" w:cs="Times New Roman"/>
          <w:color w:val="000000" w:themeColor="text1"/>
        </w:rPr>
      </w:pPr>
    </w:p>
    <w:p w14:paraId="1F5291EE" w14:textId="499EDE54" w:rsidR="00166686" w:rsidRPr="00D32254" w:rsidRDefault="00166686" w:rsidP="003538BA">
      <w:pPr>
        <w:jc w:val="both"/>
        <w:rPr>
          <w:rFonts w:ascii="Times New Roman" w:hAnsi="Times New Roman" w:cs="Times New Roman"/>
          <w:b/>
          <w:bCs/>
          <w:color w:val="000000" w:themeColor="text1"/>
        </w:rPr>
      </w:pPr>
      <w:r w:rsidRPr="00D32254">
        <w:rPr>
          <w:rFonts w:ascii="Times New Roman" w:hAnsi="Times New Roman" w:cs="Times New Roman"/>
          <w:b/>
          <w:bCs/>
          <w:color w:val="000000" w:themeColor="text1"/>
        </w:rPr>
        <w:t>Table S6b</w:t>
      </w:r>
      <w:r w:rsidRPr="00D32254">
        <w:rPr>
          <w:rFonts w:ascii="Times New Roman" w:hAnsi="Times New Roman" w:cs="Times New Roman"/>
          <w:color w:val="000000" w:themeColor="text1"/>
        </w:rPr>
        <w:t xml:space="preserve"> </w:t>
      </w:r>
      <w:r w:rsidR="003538BA" w:rsidRPr="00D32254">
        <w:rPr>
          <w:rFonts w:ascii="Times New Roman" w:hAnsi="Times New Roman" w:cs="Times New Roman"/>
          <w:color w:val="000000" w:themeColor="text1"/>
        </w:rPr>
        <w:t>Pairwise Wilcoxon test results comparing diversity estimates between sampling methods for each diversity index (q = 0, 1, and 2), excluding data from the KS-18-5 cruise (which used OTUs and a 0.22 μm filter). The table includes the Wilcoxon test statistic, unadjusted and adjusted p-values, significance levels, and asymptotic estimates (mean ± SD) per method.</w:t>
      </w:r>
    </w:p>
    <w:p w14:paraId="3DB51E45" w14:textId="77777777" w:rsidR="00166686" w:rsidRPr="00D32254" w:rsidRDefault="00166686" w:rsidP="00166686">
      <w:pPr>
        <w:rPr>
          <w:rFonts w:ascii="Times New Roman" w:hAnsi="Times New Roman" w:cs="Times New Roman"/>
          <w:color w:val="000000" w:themeColor="text1"/>
        </w:rPr>
      </w:pPr>
    </w:p>
    <w:tbl>
      <w:tblPr>
        <w:tblStyle w:val="afe"/>
        <w:tblW w:w="0" w:type="auto"/>
        <w:tblLook w:val="04A0" w:firstRow="1" w:lastRow="0" w:firstColumn="1" w:lastColumn="0" w:noHBand="0" w:noVBand="1"/>
      </w:tblPr>
      <w:tblGrid>
        <w:gridCol w:w="1076"/>
        <w:gridCol w:w="864"/>
        <w:gridCol w:w="840"/>
        <w:gridCol w:w="990"/>
        <w:gridCol w:w="747"/>
        <w:gridCol w:w="744"/>
        <w:gridCol w:w="1353"/>
        <w:gridCol w:w="950"/>
        <w:gridCol w:w="1292"/>
      </w:tblGrid>
      <w:tr w:rsidR="00D32254" w:rsidRPr="00D32254" w14:paraId="29D27B3E" w14:textId="77777777" w:rsidTr="00B17CC4">
        <w:tc>
          <w:tcPr>
            <w:tcW w:w="1076" w:type="dxa"/>
          </w:tcPr>
          <w:p w14:paraId="6D461702"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Diversity Index</w:t>
            </w:r>
          </w:p>
        </w:tc>
        <w:tc>
          <w:tcPr>
            <w:tcW w:w="864" w:type="dxa"/>
          </w:tcPr>
          <w:p w14:paraId="34EDA77B"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Group 1</w:t>
            </w:r>
          </w:p>
        </w:tc>
        <w:tc>
          <w:tcPr>
            <w:tcW w:w="840" w:type="dxa"/>
          </w:tcPr>
          <w:p w14:paraId="1C3EE7FC"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Group 2</w:t>
            </w:r>
          </w:p>
        </w:tc>
        <w:tc>
          <w:tcPr>
            <w:tcW w:w="990" w:type="dxa"/>
          </w:tcPr>
          <w:p w14:paraId="34568145"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Statistic</w:t>
            </w:r>
          </w:p>
        </w:tc>
        <w:tc>
          <w:tcPr>
            <w:tcW w:w="747" w:type="dxa"/>
          </w:tcPr>
          <w:p w14:paraId="75A9FBEB"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p-value</w:t>
            </w:r>
          </w:p>
        </w:tc>
        <w:tc>
          <w:tcPr>
            <w:tcW w:w="744" w:type="dxa"/>
          </w:tcPr>
          <w:p w14:paraId="15326DFF"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p.adj</w:t>
            </w:r>
          </w:p>
        </w:tc>
        <w:tc>
          <w:tcPr>
            <w:tcW w:w="1353" w:type="dxa"/>
          </w:tcPr>
          <w:p w14:paraId="4AB27A45"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Significance</w:t>
            </w:r>
          </w:p>
        </w:tc>
        <w:tc>
          <w:tcPr>
            <w:tcW w:w="950" w:type="dxa"/>
          </w:tcPr>
          <w:p w14:paraId="3C099078"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Method</w:t>
            </w:r>
          </w:p>
        </w:tc>
        <w:tc>
          <w:tcPr>
            <w:tcW w:w="1292" w:type="dxa"/>
          </w:tcPr>
          <w:p w14:paraId="55F8188B" w14:textId="77777777" w:rsidR="003538BA" w:rsidRPr="00D32254" w:rsidRDefault="003538BA" w:rsidP="00B17CC4">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Asymptotic Estimate</w:t>
            </w:r>
          </w:p>
        </w:tc>
      </w:tr>
      <w:tr w:rsidR="00D32254" w:rsidRPr="00D32254" w14:paraId="29BA6DAC" w14:textId="77777777" w:rsidTr="00B17CC4">
        <w:tc>
          <w:tcPr>
            <w:tcW w:w="1076" w:type="dxa"/>
          </w:tcPr>
          <w:p w14:paraId="0ACEBED6"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864" w:type="dxa"/>
          </w:tcPr>
          <w:p w14:paraId="387BCBE5"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40" w:type="dxa"/>
          </w:tcPr>
          <w:p w14:paraId="0049D3DB"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990" w:type="dxa"/>
          </w:tcPr>
          <w:p w14:paraId="2B512CDC"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231.000</w:t>
            </w:r>
          </w:p>
        </w:tc>
        <w:tc>
          <w:tcPr>
            <w:tcW w:w="747" w:type="dxa"/>
          </w:tcPr>
          <w:p w14:paraId="6432C585"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0.803</w:t>
            </w:r>
          </w:p>
        </w:tc>
        <w:tc>
          <w:tcPr>
            <w:tcW w:w="744" w:type="dxa"/>
          </w:tcPr>
          <w:p w14:paraId="0AD06021"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w:t>
            </w:r>
          </w:p>
        </w:tc>
        <w:tc>
          <w:tcPr>
            <w:tcW w:w="1353" w:type="dxa"/>
          </w:tcPr>
          <w:p w14:paraId="7704792C"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50" w:type="dxa"/>
          </w:tcPr>
          <w:p w14:paraId="01A98D1E"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1292" w:type="dxa"/>
          </w:tcPr>
          <w:p w14:paraId="60975C3D"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492 ± 53.8</w:t>
            </w:r>
          </w:p>
        </w:tc>
      </w:tr>
      <w:tr w:rsidR="00D32254" w:rsidRPr="00D32254" w14:paraId="120C6FF5" w14:textId="77777777" w:rsidTr="00B17CC4">
        <w:tc>
          <w:tcPr>
            <w:tcW w:w="1076" w:type="dxa"/>
          </w:tcPr>
          <w:p w14:paraId="700E38CC"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864" w:type="dxa"/>
          </w:tcPr>
          <w:p w14:paraId="6CA5D7BA"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40" w:type="dxa"/>
          </w:tcPr>
          <w:p w14:paraId="3151F0E2"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990" w:type="dxa"/>
          </w:tcPr>
          <w:p w14:paraId="2F92E0C0"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276.000</w:t>
            </w:r>
          </w:p>
        </w:tc>
        <w:tc>
          <w:tcPr>
            <w:tcW w:w="747" w:type="dxa"/>
          </w:tcPr>
          <w:p w14:paraId="30C4E6A4"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0.168</w:t>
            </w:r>
          </w:p>
        </w:tc>
        <w:tc>
          <w:tcPr>
            <w:tcW w:w="744" w:type="dxa"/>
          </w:tcPr>
          <w:p w14:paraId="0CD0E099"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0.504</w:t>
            </w:r>
          </w:p>
        </w:tc>
        <w:tc>
          <w:tcPr>
            <w:tcW w:w="1353" w:type="dxa"/>
          </w:tcPr>
          <w:p w14:paraId="4444F7D7"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50" w:type="dxa"/>
          </w:tcPr>
          <w:p w14:paraId="24E4DE08"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292" w:type="dxa"/>
          </w:tcPr>
          <w:p w14:paraId="7B269419"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486 ± 55.9</w:t>
            </w:r>
          </w:p>
        </w:tc>
      </w:tr>
      <w:tr w:rsidR="00D32254" w:rsidRPr="00D32254" w14:paraId="02B9F718" w14:textId="77777777" w:rsidTr="00B17CC4">
        <w:tc>
          <w:tcPr>
            <w:tcW w:w="1076" w:type="dxa"/>
          </w:tcPr>
          <w:p w14:paraId="022FBAA3"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864" w:type="dxa"/>
          </w:tcPr>
          <w:p w14:paraId="7C17AE44"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840" w:type="dxa"/>
          </w:tcPr>
          <w:p w14:paraId="3385699B"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990" w:type="dxa"/>
          </w:tcPr>
          <w:p w14:paraId="2031364D"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271.000</w:t>
            </w:r>
          </w:p>
        </w:tc>
        <w:tc>
          <w:tcPr>
            <w:tcW w:w="747" w:type="dxa"/>
          </w:tcPr>
          <w:p w14:paraId="1AFCFD65"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0.211</w:t>
            </w:r>
          </w:p>
        </w:tc>
        <w:tc>
          <w:tcPr>
            <w:tcW w:w="744" w:type="dxa"/>
          </w:tcPr>
          <w:p w14:paraId="7691C1DD"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0.633</w:t>
            </w:r>
          </w:p>
        </w:tc>
        <w:tc>
          <w:tcPr>
            <w:tcW w:w="1353" w:type="dxa"/>
          </w:tcPr>
          <w:p w14:paraId="50C721A3"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50" w:type="dxa"/>
          </w:tcPr>
          <w:p w14:paraId="026248B4"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292" w:type="dxa"/>
          </w:tcPr>
          <w:p w14:paraId="0F8BD6BE"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460 ± 63.8</w:t>
            </w:r>
          </w:p>
        </w:tc>
      </w:tr>
      <w:tr w:rsidR="00D32254" w:rsidRPr="00D32254" w14:paraId="2D01FF9C" w14:textId="77777777" w:rsidTr="00B17CC4">
        <w:tc>
          <w:tcPr>
            <w:tcW w:w="1076" w:type="dxa"/>
          </w:tcPr>
          <w:p w14:paraId="33490373"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864" w:type="dxa"/>
          </w:tcPr>
          <w:p w14:paraId="1316214F"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40" w:type="dxa"/>
          </w:tcPr>
          <w:p w14:paraId="5308859A"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990" w:type="dxa"/>
          </w:tcPr>
          <w:p w14:paraId="08FA3DBD"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265.000</w:t>
            </w:r>
          </w:p>
        </w:tc>
        <w:tc>
          <w:tcPr>
            <w:tcW w:w="747" w:type="dxa"/>
          </w:tcPr>
          <w:p w14:paraId="031F3882"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0.271</w:t>
            </w:r>
          </w:p>
        </w:tc>
        <w:tc>
          <w:tcPr>
            <w:tcW w:w="744" w:type="dxa"/>
          </w:tcPr>
          <w:p w14:paraId="5FC77338"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0.813</w:t>
            </w:r>
          </w:p>
        </w:tc>
        <w:tc>
          <w:tcPr>
            <w:tcW w:w="1353" w:type="dxa"/>
          </w:tcPr>
          <w:p w14:paraId="019C1AB2"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50" w:type="dxa"/>
          </w:tcPr>
          <w:p w14:paraId="5CB8BFA2"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1292" w:type="dxa"/>
          </w:tcPr>
          <w:p w14:paraId="369C80B2"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223 ± 13.2</w:t>
            </w:r>
          </w:p>
        </w:tc>
      </w:tr>
      <w:tr w:rsidR="00D32254" w:rsidRPr="00D32254" w14:paraId="3BC86C2F" w14:textId="77777777" w:rsidTr="00B17CC4">
        <w:tc>
          <w:tcPr>
            <w:tcW w:w="1076" w:type="dxa"/>
          </w:tcPr>
          <w:p w14:paraId="40B7E06F"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864" w:type="dxa"/>
          </w:tcPr>
          <w:p w14:paraId="6929D737"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40" w:type="dxa"/>
          </w:tcPr>
          <w:p w14:paraId="05325178"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990" w:type="dxa"/>
          </w:tcPr>
          <w:p w14:paraId="766C1F10"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277.000</w:t>
            </w:r>
          </w:p>
        </w:tc>
        <w:tc>
          <w:tcPr>
            <w:tcW w:w="747" w:type="dxa"/>
          </w:tcPr>
          <w:p w14:paraId="2CF0AB0A"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0.160</w:t>
            </w:r>
          </w:p>
        </w:tc>
        <w:tc>
          <w:tcPr>
            <w:tcW w:w="744" w:type="dxa"/>
          </w:tcPr>
          <w:p w14:paraId="27DE6CA3"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0.480</w:t>
            </w:r>
          </w:p>
        </w:tc>
        <w:tc>
          <w:tcPr>
            <w:tcW w:w="1353" w:type="dxa"/>
          </w:tcPr>
          <w:p w14:paraId="1AFA6011"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50" w:type="dxa"/>
          </w:tcPr>
          <w:p w14:paraId="12441E28"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292" w:type="dxa"/>
          </w:tcPr>
          <w:p w14:paraId="5A459DED"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220 ± 10.6</w:t>
            </w:r>
          </w:p>
        </w:tc>
      </w:tr>
      <w:tr w:rsidR="00D32254" w:rsidRPr="00D32254" w14:paraId="0215A9B5" w14:textId="77777777" w:rsidTr="00B17CC4">
        <w:tc>
          <w:tcPr>
            <w:tcW w:w="1076" w:type="dxa"/>
          </w:tcPr>
          <w:p w14:paraId="12EB0DCF"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864" w:type="dxa"/>
          </w:tcPr>
          <w:p w14:paraId="5E7D83A8"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840" w:type="dxa"/>
          </w:tcPr>
          <w:p w14:paraId="1030AC7C"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990" w:type="dxa"/>
          </w:tcPr>
          <w:p w14:paraId="3655CC77"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239.000</w:t>
            </w:r>
          </w:p>
        </w:tc>
        <w:tc>
          <w:tcPr>
            <w:tcW w:w="747" w:type="dxa"/>
          </w:tcPr>
          <w:p w14:paraId="1491CCA5"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0.654</w:t>
            </w:r>
          </w:p>
        </w:tc>
        <w:tc>
          <w:tcPr>
            <w:tcW w:w="744" w:type="dxa"/>
          </w:tcPr>
          <w:p w14:paraId="3864A07F"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w:t>
            </w:r>
          </w:p>
        </w:tc>
        <w:tc>
          <w:tcPr>
            <w:tcW w:w="1353" w:type="dxa"/>
          </w:tcPr>
          <w:p w14:paraId="076DF7B7"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c>
          <w:tcPr>
            <w:tcW w:w="950" w:type="dxa"/>
          </w:tcPr>
          <w:p w14:paraId="20C4D736"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292" w:type="dxa"/>
          </w:tcPr>
          <w:p w14:paraId="3A810125"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219 ± 13.5</w:t>
            </w:r>
          </w:p>
        </w:tc>
      </w:tr>
      <w:tr w:rsidR="00D32254" w:rsidRPr="00D32254" w14:paraId="7BBCA7D1" w14:textId="77777777" w:rsidTr="00B17CC4">
        <w:tc>
          <w:tcPr>
            <w:tcW w:w="1076" w:type="dxa"/>
          </w:tcPr>
          <w:p w14:paraId="141C4040"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864" w:type="dxa"/>
          </w:tcPr>
          <w:p w14:paraId="1AD99346"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40" w:type="dxa"/>
          </w:tcPr>
          <w:p w14:paraId="27F39B81"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990" w:type="dxa"/>
          </w:tcPr>
          <w:p w14:paraId="47A16ABF"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371.000</w:t>
            </w:r>
          </w:p>
        </w:tc>
        <w:tc>
          <w:tcPr>
            <w:tcW w:w="747" w:type="dxa"/>
          </w:tcPr>
          <w:p w14:paraId="1688F4C9"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0.000</w:t>
            </w:r>
          </w:p>
        </w:tc>
        <w:tc>
          <w:tcPr>
            <w:tcW w:w="744" w:type="dxa"/>
          </w:tcPr>
          <w:p w14:paraId="1F237CDE"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0.000</w:t>
            </w:r>
          </w:p>
        </w:tc>
        <w:tc>
          <w:tcPr>
            <w:tcW w:w="1353" w:type="dxa"/>
          </w:tcPr>
          <w:p w14:paraId="2F7A0CD1"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b/>
                <w:bCs/>
                <w:color w:val="000000" w:themeColor="text1"/>
              </w:rPr>
              <w:t>&lt;0.001</w:t>
            </w:r>
            <w:r w:rsidRPr="00D32254">
              <w:rPr>
                <w:rFonts w:ascii="Times New Roman" w:hAnsi="Times New Roman" w:cs="Times New Roman"/>
                <w:b/>
                <w:bCs/>
                <w:color w:val="000000" w:themeColor="text1"/>
                <w:vertAlign w:val="superscript"/>
              </w:rPr>
              <w:t>***</w:t>
            </w:r>
          </w:p>
        </w:tc>
        <w:tc>
          <w:tcPr>
            <w:tcW w:w="950" w:type="dxa"/>
          </w:tcPr>
          <w:p w14:paraId="784A824B"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1292" w:type="dxa"/>
          </w:tcPr>
          <w:p w14:paraId="5D756550"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130 ± 7.3</w:t>
            </w:r>
          </w:p>
        </w:tc>
      </w:tr>
      <w:tr w:rsidR="00D32254" w:rsidRPr="00D32254" w14:paraId="1F916A34" w14:textId="77777777" w:rsidTr="00B17CC4">
        <w:tc>
          <w:tcPr>
            <w:tcW w:w="1076" w:type="dxa"/>
          </w:tcPr>
          <w:p w14:paraId="0F7F0380"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864" w:type="dxa"/>
          </w:tcPr>
          <w:p w14:paraId="16B601AC"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840" w:type="dxa"/>
          </w:tcPr>
          <w:p w14:paraId="5F6AD17D"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990" w:type="dxa"/>
          </w:tcPr>
          <w:p w14:paraId="1FF3967B"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340.000</w:t>
            </w:r>
          </w:p>
        </w:tc>
        <w:tc>
          <w:tcPr>
            <w:tcW w:w="747" w:type="dxa"/>
          </w:tcPr>
          <w:p w14:paraId="5EE0C001"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0.002</w:t>
            </w:r>
          </w:p>
        </w:tc>
        <w:tc>
          <w:tcPr>
            <w:tcW w:w="744" w:type="dxa"/>
          </w:tcPr>
          <w:p w14:paraId="6F32BF9A"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0.006</w:t>
            </w:r>
          </w:p>
        </w:tc>
        <w:tc>
          <w:tcPr>
            <w:tcW w:w="1353" w:type="dxa"/>
          </w:tcPr>
          <w:p w14:paraId="08ED5D9A"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b/>
                <w:bCs/>
                <w:color w:val="000000" w:themeColor="text1"/>
              </w:rPr>
              <w:t>&lt;0.01</w:t>
            </w:r>
            <w:r w:rsidRPr="00D32254">
              <w:rPr>
                <w:rFonts w:ascii="Times New Roman" w:hAnsi="Times New Roman" w:cs="Times New Roman"/>
                <w:b/>
                <w:bCs/>
                <w:color w:val="000000" w:themeColor="text1"/>
                <w:vertAlign w:val="superscript"/>
              </w:rPr>
              <w:t>**</w:t>
            </w:r>
          </w:p>
        </w:tc>
        <w:tc>
          <w:tcPr>
            <w:tcW w:w="950" w:type="dxa"/>
          </w:tcPr>
          <w:p w14:paraId="152C8A94"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1292" w:type="dxa"/>
          </w:tcPr>
          <w:p w14:paraId="68CD1AFE"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123 ± 8.2</w:t>
            </w:r>
          </w:p>
        </w:tc>
      </w:tr>
      <w:tr w:rsidR="003538BA" w:rsidRPr="00D32254" w14:paraId="02EB4718" w14:textId="77777777" w:rsidTr="00B17CC4">
        <w:tc>
          <w:tcPr>
            <w:tcW w:w="1076" w:type="dxa"/>
          </w:tcPr>
          <w:p w14:paraId="28A3FDE5"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864" w:type="dxa"/>
          </w:tcPr>
          <w:p w14:paraId="36500C17"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840" w:type="dxa"/>
          </w:tcPr>
          <w:p w14:paraId="37EC964A"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990" w:type="dxa"/>
          </w:tcPr>
          <w:p w14:paraId="0A4E56C0"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120.000</w:t>
            </w:r>
          </w:p>
        </w:tc>
        <w:tc>
          <w:tcPr>
            <w:tcW w:w="747" w:type="dxa"/>
          </w:tcPr>
          <w:p w14:paraId="7A62AA43"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0.011</w:t>
            </w:r>
          </w:p>
        </w:tc>
        <w:tc>
          <w:tcPr>
            <w:tcW w:w="744" w:type="dxa"/>
          </w:tcPr>
          <w:p w14:paraId="362AB41E"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0.032</w:t>
            </w:r>
          </w:p>
        </w:tc>
        <w:tc>
          <w:tcPr>
            <w:tcW w:w="1353" w:type="dxa"/>
          </w:tcPr>
          <w:p w14:paraId="1F4CAC68"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b/>
                <w:bCs/>
                <w:color w:val="000000" w:themeColor="text1"/>
              </w:rPr>
              <w:t>&lt;0.05</w:t>
            </w:r>
            <w:r w:rsidRPr="00D32254">
              <w:rPr>
                <w:rFonts w:ascii="Times New Roman" w:hAnsi="Times New Roman" w:cs="Times New Roman"/>
                <w:b/>
                <w:bCs/>
                <w:color w:val="000000" w:themeColor="text1"/>
                <w:vertAlign w:val="superscript"/>
              </w:rPr>
              <w:t>*</w:t>
            </w:r>
          </w:p>
        </w:tc>
        <w:tc>
          <w:tcPr>
            <w:tcW w:w="950" w:type="dxa"/>
          </w:tcPr>
          <w:p w14:paraId="5B7ECC86"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1292" w:type="dxa"/>
          </w:tcPr>
          <w:p w14:paraId="2A791A1B" w14:textId="77777777" w:rsidR="003538BA" w:rsidRPr="00D32254" w:rsidRDefault="003538BA" w:rsidP="00B17CC4">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124 ± 9.2</w:t>
            </w:r>
          </w:p>
        </w:tc>
      </w:tr>
    </w:tbl>
    <w:p w14:paraId="7E9F10FA" w14:textId="77777777" w:rsidR="00166686" w:rsidRPr="00D32254" w:rsidRDefault="00166686" w:rsidP="00166686">
      <w:pPr>
        <w:rPr>
          <w:rFonts w:ascii="Times New Roman" w:hAnsi="Times New Roman" w:cs="Times New Roman"/>
          <w:color w:val="000000" w:themeColor="text1"/>
        </w:rPr>
      </w:pPr>
    </w:p>
    <w:p w14:paraId="375B4FDD" w14:textId="77777777" w:rsidR="00166686" w:rsidRPr="00D32254" w:rsidRDefault="00166686" w:rsidP="00166686">
      <w:pPr>
        <w:rPr>
          <w:rFonts w:ascii="Times New Roman" w:hAnsi="Times New Roman" w:cs="Times New Roman"/>
          <w:color w:val="000000" w:themeColor="text1"/>
        </w:rPr>
      </w:pPr>
    </w:p>
    <w:p w14:paraId="4513B3AB" w14:textId="54DDF8A9" w:rsidR="00166686" w:rsidRPr="00D32254" w:rsidRDefault="00ED7D87" w:rsidP="00166686">
      <w:pPr>
        <w:rPr>
          <w:rFonts w:ascii="Times New Roman" w:hAnsi="Times New Roman" w:cs="Times New Roman"/>
          <w:color w:val="000000" w:themeColor="text1"/>
        </w:rPr>
      </w:pPr>
      <w:r w:rsidRPr="00D32254">
        <w:rPr>
          <w:rFonts w:ascii="Times New Roman" w:hAnsi="Times New Roman" w:cs="Times New Roman"/>
          <w:color w:val="000000" w:themeColor="text1"/>
        </w:rPr>
        <w:t>Values in bold are statistically significant, where p &lt; 0.05 (*), p &lt; 0.01 (**), and p &lt; 0.001 (***)</w:t>
      </w:r>
    </w:p>
    <w:p w14:paraId="1FE06D8E" w14:textId="77777777" w:rsidR="00166686" w:rsidRPr="00D32254" w:rsidRDefault="00166686" w:rsidP="00166686">
      <w:pPr>
        <w:rPr>
          <w:rFonts w:ascii="Times New Roman" w:hAnsi="Times New Roman" w:cs="Times New Roman"/>
          <w:color w:val="000000" w:themeColor="text1"/>
        </w:rPr>
      </w:pPr>
    </w:p>
    <w:p w14:paraId="7FD7B088" w14:textId="77777777" w:rsidR="00166686" w:rsidRPr="00D32254" w:rsidRDefault="00166686" w:rsidP="00166686">
      <w:pPr>
        <w:rPr>
          <w:rFonts w:ascii="Times New Roman" w:hAnsi="Times New Roman" w:cs="Times New Roman"/>
          <w:color w:val="000000" w:themeColor="text1"/>
        </w:rPr>
      </w:pPr>
    </w:p>
    <w:p w14:paraId="109C4A58" w14:textId="77777777" w:rsidR="00166686" w:rsidRPr="00D32254" w:rsidRDefault="00166686" w:rsidP="00166686">
      <w:pPr>
        <w:rPr>
          <w:rFonts w:ascii="Times New Roman" w:hAnsi="Times New Roman" w:cs="Times New Roman"/>
          <w:color w:val="000000" w:themeColor="text1"/>
        </w:rPr>
      </w:pPr>
    </w:p>
    <w:p w14:paraId="56DCCBE3" w14:textId="77777777" w:rsidR="00166686" w:rsidRPr="00D32254" w:rsidRDefault="00166686" w:rsidP="00166686">
      <w:pPr>
        <w:rPr>
          <w:rFonts w:ascii="Times New Roman" w:hAnsi="Times New Roman" w:cs="Times New Roman"/>
          <w:color w:val="000000" w:themeColor="text1"/>
        </w:rPr>
      </w:pPr>
    </w:p>
    <w:p w14:paraId="6F86ACF6" w14:textId="77777777" w:rsidR="00166686" w:rsidRPr="00D32254" w:rsidRDefault="00166686" w:rsidP="00166686">
      <w:pPr>
        <w:rPr>
          <w:rFonts w:ascii="Times New Roman" w:hAnsi="Times New Roman" w:cs="Times New Roman"/>
          <w:color w:val="000000" w:themeColor="text1"/>
        </w:rPr>
      </w:pPr>
    </w:p>
    <w:p w14:paraId="1CA64FFB" w14:textId="77777777" w:rsidR="00166686" w:rsidRPr="00D32254" w:rsidRDefault="00166686" w:rsidP="00166686">
      <w:pPr>
        <w:rPr>
          <w:rFonts w:ascii="Times New Roman" w:hAnsi="Times New Roman" w:cs="Times New Roman"/>
          <w:color w:val="000000" w:themeColor="text1"/>
        </w:rPr>
      </w:pPr>
    </w:p>
    <w:p w14:paraId="33571857" w14:textId="77777777" w:rsidR="00166686" w:rsidRPr="00D32254" w:rsidRDefault="00166686" w:rsidP="00166686">
      <w:pPr>
        <w:rPr>
          <w:rFonts w:ascii="Times New Roman" w:hAnsi="Times New Roman" w:cs="Times New Roman"/>
          <w:color w:val="000000" w:themeColor="text1"/>
        </w:rPr>
      </w:pPr>
    </w:p>
    <w:p w14:paraId="63F7A24A" w14:textId="2AE9C01B" w:rsidR="00046D34" w:rsidRPr="00D32254" w:rsidRDefault="00046D34" w:rsidP="00046D34">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lastRenderedPageBreak/>
        <w:t>Table S7</w:t>
      </w:r>
      <w:r w:rsidRPr="00D32254">
        <w:rPr>
          <w:rFonts w:ascii="Times New Roman" w:hAnsi="Times New Roman" w:cs="Times New Roman"/>
          <w:color w:val="000000" w:themeColor="text1"/>
        </w:rPr>
        <w:t xml:space="preserve"> Pairwise Wilcoxon signed-rank test (following Kruskal–Wallis test) results for Hill numbers (q = 0, 1, and 2) among three sampling methods (Bucket, Intake, and Niskin) </w:t>
      </w:r>
      <w:r w:rsidR="003D1D1F" w:rsidRPr="00D32254">
        <w:rPr>
          <w:rFonts w:ascii="Times New Roman" w:hAnsi="Times New Roman" w:cs="Times New Roman"/>
          <w:color w:val="000000" w:themeColor="text1"/>
        </w:rPr>
        <w:t>across</w:t>
      </w:r>
      <w:r w:rsidR="00223196" w:rsidRPr="00D32254">
        <w:rPr>
          <w:rFonts w:ascii="Times New Roman" w:hAnsi="Times New Roman" w:cs="Times New Roman"/>
          <w:color w:val="000000" w:themeColor="text1"/>
        </w:rPr>
        <w:t xml:space="preserve"> all</w:t>
      </w:r>
      <w:r w:rsidRPr="00D32254">
        <w:rPr>
          <w:rFonts w:ascii="Times New Roman" w:hAnsi="Times New Roman" w:cs="Times New Roman"/>
          <w:color w:val="000000" w:themeColor="text1"/>
        </w:rPr>
        <w:t xml:space="preserve"> cluster</w:t>
      </w:r>
      <w:r w:rsidR="003D1D1F" w:rsidRPr="00D32254">
        <w:rPr>
          <w:rFonts w:ascii="Times New Roman" w:hAnsi="Times New Roman" w:cs="Times New Roman"/>
          <w:color w:val="000000" w:themeColor="text1"/>
        </w:rPr>
        <w:t>s</w:t>
      </w:r>
      <w:r w:rsidRPr="00D32254">
        <w:rPr>
          <w:rFonts w:ascii="Times New Roman" w:hAnsi="Times New Roman" w:cs="Times New Roman"/>
          <w:color w:val="000000" w:themeColor="text1"/>
        </w:rPr>
        <w:t>. The table shows the Wilcoxon statistic (W), raw p-values, adjusted p-values (Benjamini–Hochberg correction), and significance levels. Significant differences are marked as follows: * for P &lt; 0.05 and ** for P &lt; 0.01.</w:t>
      </w:r>
    </w:p>
    <w:p w14:paraId="2E19D8E2" w14:textId="77777777" w:rsidR="00046D34" w:rsidRPr="00D32254" w:rsidRDefault="00046D34" w:rsidP="00046D34">
      <w:pPr>
        <w:jc w:val="both"/>
        <w:rPr>
          <w:rFonts w:ascii="Times New Roman" w:hAnsi="Times New Roman" w:cs="Times New Roman"/>
          <w:color w:val="000000" w:themeColor="text1"/>
        </w:rPr>
      </w:pPr>
    </w:p>
    <w:tbl>
      <w:tblPr>
        <w:tblStyle w:val="afe"/>
        <w:tblW w:w="0" w:type="auto"/>
        <w:jc w:val="center"/>
        <w:tblLook w:val="04A0" w:firstRow="1" w:lastRow="0" w:firstColumn="1" w:lastColumn="0" w:noHBand="0" w:noVBand="1"/>
      </w:tblPr>
      <w:tblGrid>
        <w:gridCol w:w="976"/>
        <w:gridCol w:w="887"/>
        <w:gridCol w:w="940"/>
        <w:gridCol w:w="940"/>
        <w:gridCol w:w="470"/>
        <w:gridCol w:w="470"/>
        <w:gridCol w:w="1074"/>
        <w:gridCol w:w="1041"/>
        <w:gridCol w:w="756"/>
        <w:gridCol w:w="1456"/>
      </w:tblGrid>
      <w:tr w:rsidR="00D32254" w:rsidRPr="00D32254" w14:paraId="30CB940E" w14:textId="77777777" w:rsidTr="00AC400C">
        <w:trPr>
          <w:jc w:val="center"/>
        </w:trPr>
        <w:tc>
          <w:tcPr>
            <w:tcW w:w="0" w:type="auto"/>
          </w:tcPr>
          <w:p w14:paraId="30A23470"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Cluster</w:t>
            </w:r>
          </w:p>
        </w:tc>
        <w:tc>
          <w:tcPr>
            <w:tcW w:w="0" w:type="auto"/>
          </w:tcPr>
          <w:p w14:paraId="59C27A76"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Index (q)</w:t>
            </w:r>
          </w:p>
        </w:tc>
        <w:tc>
          <w:tcPr>
            <w:tcW w:w="0" w:type="auto"/>
          </w:tcPr>
          <w:p w14:paraId="14E0EF8A"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Group 1</w:t>
            </w:r>
          </w:p>
        </w:tc>
        <w:tc>
          <w:tcPr>
            <w:tcW w:w="0" w:type="auto"/>
          </w:tcPr>
          <w:p w14:paraId="14523F7A"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Group 2</w:t>
            </w:r>
          </w:p>
        </w:tc>
        <w:tc>
          <w:tcPr>
            <w:tcW w:w="0" w:type="auto"/>
          </w:tcPr>
          <w:p w14:paraId="3259E398"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n1</w:t>
            </w:r>
          </w:p>
        </w:tc>
        <w:tc>
          <w:tcPr>
            <w:tcW w:w="0" w:type="auto"/>
          </w:tcPr>
          <w:p w14:paraId="3D7D0181"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n2</w:t>
            </w:r>
          </w:p>
        </w:tc>
        <w:tc>
          <w:tcPr>
            <w:tcW w:w="0" w:type="auto"/>
          </w:tcPr>
          <w:p w14:paraId="7FAF900B"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W statistic</w:t>
            </w:r>
          </w:p>
        </w:tc>
        <w:tc>
          <w:tcPr>
            <w:tcW w:w="0" w:type="auto"/>
          </w:tcPr>
          <w:p w14:paraId="0D360291"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Raw P</w:t>
            </w:r>
          </w:p>
        </w:tc>
        <w:tc>
          <w:tcPr>
            <w:tcW w:w="0" w:type="auto"/>
          </w:tcPr>
          <w:p w14:paraId="6C0D1EDC"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P.adj</w:t>
            </w:r>
          </w:p>
        </w:tc>
        <w:tc>
          <w:tcPr>
            <w:tcW w:w="0" w:type="auto"/>
          </w:tcPr>
          <w:p w14:paraId="4E65C1E0" w14:textId="77777777" w:rsidR="00046D34" w:rsidRPr="00D32254" w:rsidRDefault="00046D34" w:rsidP="00AC400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Significance</w:t>
            </w:r>
          </w:p>
        </w:tc>
      </w:tr>
      <w:tr w:rsidR="00D32254" w:rsidRPr="00D32254" w14:paraId="607BD86D" w14:textId="77777777" w:rsidTr="00AC400C">
        <w:trPr>
          <w:jc w:val="center"/>
        </w:trPr>
        <w:tc>
          <w:tcPr>
            <w:tcW w:w="0" w:type="auto"/>
          </w:tcPr>
          <w:p w14:paraId="0CFBA33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2CB175C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2F005CB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3BF190E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3D50BF2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5DC19E0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67D80CC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27.0</w:t>
            </w:r>
          </w:p>
        </w:tc>
        <w:tc>
          <w:tcPr>
            <w:tcW w:w="0" w:type="auto"/>
          </w:tcPr>
          <w:p w14:paraId="666EAB1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0.079</w:t>
            </w:r>
          </w:p>
        </w:tc>
        <w:tc>
          <w:tcPr>
            <w:tcW w:w="0" w:type="auto"/>
          </w:tcPr>
          <w:p w14:paraId="3EA5B2A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0.091</w:t>
            </w:r>
          </w:p>
        </w:tc>
        <w:tc>
          <w:tcPr>
            <w:tcW w:w="0" w:type="auto"/>
          </w:tcPr>
          <w:p w14:paraId="75C34D5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7C203CE" w14:textId="77777777" w:rsidTr="00AC400C">
        <w:trPr>
          <w:jc w:val="center"/>
        </w:trPr>
        <w:tc>
          <w:tcPr>
            <w:tcW w:w="0" w:type="auto"/>
          </w:tcPr>
          <w:p w14:paraId="0A2AC02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251ADAA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124433B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5D8163B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47DAB0E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2BC176D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37F8152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72.0</w:t>
            </w:r>
          </w:p>
        </w:tc>
        <w:tc>
          <w:tcPr>
            <w:tcW w:w="0" w:type="auto"/>
          </w:tcPr>
          <w:p w14:paraId="4350623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0.091</w:t>
            </w:r>
          </w:p>
        </w:tc>
        <w:tc>
          <w:tcPr>
            <w:tcW w:w="0" w:type="auto"/>
          </w:tcPr>
          <w:p w14:paraId="7DD4CB2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0.091</w:t>
            </w:r>
          </w:p>
        </w:tc>
        <w:tc>
          <w:tcPr>
            <w:tcW w:w="0" w:type="auto"/>
          </w:tcPr>
          <w:p w14:paraId="67822B3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5AB4A217" w14:textId="77777777" w:rsidTr="00AC400C">
        <w:trPr>
          <w:jc w:val="center"/>
        </w:trPr>
        <w:tc>
          <w:tcPr>
            <w:tcW w:w="0" w:type="auto"/>
          </w:tcPr>
          <w:p w14:paraId="3918A9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022153D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539B22C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0192B9F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4F4F8A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74F3A97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42B8D8E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82.5</w:t>
            </w:r>
          </w:p>
        </w:tc>
        <w:tc>
          <w:tcPr>
            <w:tcW w:w="0" w:type="auto"/>
          </w:tcPr>
          <w:p w14:paraId="4864EE7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0.014</w:t>
            </w:r>
          </w:p>
        </w:tc>
        <w:tc>
          <w:tcPr>
            <w:tcW w:w="0" w:type="auto"/>
          </w:tcPr>
          <w:p w14:paraId="631CB34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0.043</w:t>
            </w:r>
          </w:p>
        </w:tc>
        <w:tc>
          <w:tcPr>
            <w:tcW w:w="0" w:type="auto"/>
          </w:tcPr>
          <w:p w14:paraId="5F1599A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04D1432B" w14:textId="77777777" w:rsidTr="00AC400C">
        <w:trPr>
          <w:jc w:val="center"/>
        </w:trPr>
        <w:tc>
          <w:tcPr>
            <w:tcW w:w="0" w:type="auto"/>
          </w:tcPr>
          <w:p w14:paraId="5EBB20F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4BEBE6E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34057FC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52041C6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02C1B7B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5CB0BDD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036FD85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26.0</w:t>
            </w:r>
          </w:p>
        </w:tc>
        <w:tc>
          <w:tcPr>
            <w:tcW w:w="0" w:type="auto"/>
          </w:tcPr>
          <w:p w14:paraId="74CA8BE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0.075</w:t>
            </w:r>
          </w:p>
        </w:tc>
        <w:tc>
          <w:tcPr>
            <w:tcW w:w="0" w:type="auto"/>
          </w:tcPr>
          <w:p w14:paraId="19659C5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0.113</w:t>
            </w:r>
          </w:p>
        </w:tc>
        <w:tc>
          <w:tcPr>
            <w:tcW w:w="0" w:type="auto"/>
          </w:tcPr>
          <w:p w14:paraId="6A2ABE3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9610816" w14:textId="77777777" w:rsidTr="00AC400C">
        <w:trPr>
          <w:jc w:val="center"/>
        </w:trPr>
        <w:tc>
          <w:tcPr>
            <w:tcW w:w="0" w:type="auto"/>
          </w:tcPr>
          <w:p w14:paraId="6B0A78A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0BC362B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61AE6A8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7B39C6C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28AFB2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58D12E8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6BF2CF8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51.0</w:t>
            </w:r>
          </w:p>
        </w:tc>
        <w:tc>
          <w:tcPr>
            <w:tcW w:w="0" w:type="auto"/>
          </w:tcPr>
          <w:p w14:paraId="5D1049C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0.971</w:t>
            </w:r>
          </w:p>
        </w:tc>
        <w:tc>
          <w:tcPr>
            <w:tcW w:w="0" w:type="auto"/>
          </w:tcPr>
          <w:p w14:paraId="54EA578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0.971</w:t>
            </w:r>
          </w:p>
        </w:tc>
        <w:tc>
          <w:tcPr>
            <w:tcW w:w="0" w:type="auto"/>
          </w:tcPr>
          <w:p w14:paraId="3D2D2E9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72DF238B" w14:textId="77777777" w:rsidTr="00AC400C">
        <w:trPr>
          <w:jc w:val="center"/>
        </w:trPr>
        <w:tc>
          <w:tcPr>
            <w:tcW w:w="0" w:type="auto"/>
          </w:tcPr>
          <w:p w14:paraId="6A7FF4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49D101E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7242712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79FCB40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E931A9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1C6F75D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7B09478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76.0</w:t>
            </w:r>
          </w:p>
        </w:tc>
        <w:tc>
          <w:tcPr>
            <w:tcW w:w="0" w:type="auto"/>
          </w:tcPr>
          <w:p w14:paraId="2E09A7E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0.052</w:t>
            </w:r>
          </w:p>
        </w:tc>
        <w:tc>
          <w:tcPr>
            <w:tcW w:w="0" w:type="auto"/>
          </w:tcPr>
          <w:p w14:paraId="437B736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0.113</w:t>
            </w:r>
          </w:p>
        </w:tc>
        <w:tc>
          <w:tcPr>
            <w:tcW w:w="0" w:type="auto"/>
          </w:tcPr>
          <w:p w14:paraId="720632F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62488579" w14:textId="77777777" w:rsidTr="00AC400C">
        <w:trPr>
          <w:jc w:val="center"/>
        </w:trPr>
        <w:tc>
          <w:tcPr>
            <w:tcW w:w="0" w:type="auto"/>
          </w:tcPr>
          <w:p w14:paraId="756393A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0823D61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61D81BC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3AAE4D5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4BDA480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100A996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01AAC76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27.0</w:t>
            </w:r>
          </w:p>
        </w:tc>
        <w:tc>
          <w:tcPr>
            <w:tcW w:w="0" w:type="auto"/>
          </w:tcPr>
          <w:p w14:paraId="0FAF7D0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0.089</w:t>
            </w:r>
          </w:p>
        </w:tc>
        <w:tc>
          <w:tcPr>
            <w:tcW w:w="0" w:type="auto"/>
          </w:tcPr>
          <w:p w14:paraId="5A5B3BA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0.134</w:t>
            </w:r>
          </w:p>
        </w:tc>
        <w:tc>
          <w:tcPr>
            <w:tcW w:w="0" w:type="auto"/>
          </w:tcPr>
          <w:p w14:paraId="790C273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CA2F063" w14:textId="77777777" w:rsidTr="00AC400C">
        <w:trPr>
          <w:jc w:val="center"/>
        </w:trPr>
        <w:tc>
          <w:tcPr>
            <w:tcW w:w="0" w:type="auto"/>
          </w:tcPr>
          <w:p w14:paraId="13356AC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034DCC0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5A99E94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5D986CB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3B8EAFD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6BFCE0B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5F46826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53.0</w:t>
            </w:r>
          </w:p>
        </w:tc>
        <w:tc>
          <w:tcPr>
            <w:tcW w:w="0" w:type="auto"/>
          </w:tcPr>
          <w:p w14:paraId="2F04CDA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0.853</w:t>
            </w:r>
          </w:p>
        </w:tc>
        <w:tc>
          <w:tcPr>
            <w:tcW w:w="0" w:type="auto"/>
          </w:tcPr>
          <w:p w14:paraId="6651862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0.853</w:t>
            </w:r>
          </w:p>
        </w:tc>
        <w:tc>
          <w:tcPr>
            <w:tcW w:w="0" w:type="auto"/>
          </w:tcPr>
          <w:p w14:paraId="6093AEB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01809A7" w14:textId="77777777" w:rsidTr="00AC400C">
        <w:trPr>
          <w:jc w:val="center"/>
        </w:trPr>
        <w:tc>
          <w:tcPr>
            <w:tcW w:w="0" w:type="auto"/>
          </w:tcPr>
          <w:p w14:paraId="31ECBF2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w:t>
            </w:r>
          </w:p>
        </w:tc>
        <w:tc>
          <w:tcPr>
            <w:tcW w:w="0" w:type="auto"/>
          </w:tcPr>
          <w:p w14:paraId="626D6BE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1AD1034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5F77F23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17941B0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27DC7B8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507B000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73.0</w:t>
            </w:r>
          </w:p>
        </w:tc>
        <w:tc>
          <w:tcPr>
            <w:tcW w:w="0" w:type="auto"/>
          </w:tcPr>
          <w:p w14:paraId="19BC98D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0.089</w:t>
            </w:r>
          </w:p>
        </w:tc>
        <w:tc>
          <w:tcPr>
            <w:tcW w:w="0" w:type="auto"/>
          </w:tcPr>
          <w:p w14:paraId="733FF51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0.134</w:t>
            </w:r>
          </w:p>
        </w:tc>
        <w:tc>
          <w:tcPr>
            <w:tcW w:w="0" w:type="auto"/>
          </w:tcPr>
          <w:p w14:paraId="77ABACF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2D8AE30B" w14:textId="77777777" w:rsidTr="00AC400C">
        <w:trPr>
          <w:jc w:val="center"/>
        </w:trPr>
        <w:tc>
          <w:tcPr>
            <w:tcW w:w="0" w:type="auto"/>
          </w:tcPr>
          <w:p w14:paraId="053717E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tcPr>
          <w:p w14:paraId="2D9B957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44C0B1D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2F7382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D581EA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w:t>
            </w:r>
          </w:p>
        </w:tc>
        <w:tc>
          <w:tcPr>
            <w:tcW w:w="0" w:type="auto"/>
          </w:tcPr>
          <w:p w14:paraId="389D956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1078B5D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74.0</w:t>
            </w:r>
          </w:p>
        </w:tc>
        <w:tc>
          <w:tcPr>
            <w:tcW w:w="0" w:type="auto"/>
          </w:tcPr>
          <w:p w14:paraId="01E46F1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0.188</w:t>
            </w:r>
          </w:p>
        </w:tc>
        <w:tc>
          <w:tcPr>
            <w:tcW w:w="0" w:type="auto"/>
          </w:tcPr>
          <w:p w14:paraId="3385ABF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0.188</w:t>
            </w:r>
          </w:p>
        </w:tc>
        <w:tc>
          <w:tcPr>
            <w:tcW w:w="0" w:type="auto"/>
          </w:tcPr>
          <w:p w14:paraId="2A2376A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7E187F32" w14:textId="77777777" w:rsidTr="00AC400C">
        <w:trPr>
          <w:jc w:val="center"/>
        </w:trPr>
        <w:tc>
          <w:tcPr>
            <w:tcW w:w="0" w:type="auto"/>
          </w:tcPr>
          <w:p w14:paraId="4434EDB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tcPr>
          <w:p w14:paraId="3D8F913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47C1E23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7411050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4BFB4A6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w:t>
            </w:r>
          </w:p>
        </w:tc>
        <w:tc>
          <w:tcPr>
            <w:tcW w:w="0" w:type="auto"/>
          </w:tcPr>
          <w:p w14:paraId="0261BE9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7ADA502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48.0</w:t>
            </w:r>
          </w:p>
        </w:tc>
        <w:tc>
          <w:tcPr>
            <w:tcW w:w="0" w:type="auto"/>
          </w:tcPr>
          <w:p w14:paraId="244278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0.647</w:t>
            </w:r>
          </w:p>
        </w:tc>
        <w:tc>
          <w:tcPr>
            <w:tcW w:w="0" w:type="auto"/>
          </w:tcPr>
          <w:p w14:paraId="250B74E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0.647</w:t>
            </w:r>
          </w:p>
        </w:tc>
        <w:tc>
          <w:tcPr>
            <w:tcW w:w="0" w:type="auto"/>
          </w:tcPr>
          <w:p w14:paraId="438FC8D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52F280AA" w14:textId="77777777" w:rsidTr="00AC400C">
        <w:trPr>
          <w:jc w:val="center"/>
        </w:trPr>
        <w:tc>
          <w:tcPr>
            <w:tcW w:w="0" w:type="auto"/>
          </w:tcPr>
          <w:p w14:paraId="0CD4AFF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w:t>
            </w:r>
          </w:p>
        </w:tc>
        <w:tc>
          <w:tcPr>
            <w:tcW w:w="0" w:type="auto"/>
          </w:tcPr>
          <w:p w14:paraId="566FEB9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1EAE4E5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2000E9F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5E1CEB6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w:t>
            </w:r>
          </w:p>
        </w:tc>
        <w:tc>
          <w:tcPr>
            <w:tcW w:w="0" w:type="auto"/>
          </w:tcPr>
          <w:p w14:paraId="167F57C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2E57888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45.0</w:t>
            </w:r>
          </w:p>
        </w:tc>
        <w:tc>
          <w:tcPr>
            <w:tcW w:w="0" w:type="auto"/>
          </w:tcPr>
          <w:p w14:paraId="6F1E241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0.503</w:t>
            </w:r>
          </w:p>
        </w:tc>
        <w:tc>
          <w:tcPr>
            <w:tcW w:w="0" w:type="auto"/>
          </w:tcPr>
          <w:p w14:paraId="725C9B1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0.503</w:t>
            </w:r>
          </w:p>
        </w:tc>
        <w:tc>
          <w:tcPr>
            <w:tcW w:w="0" w:type="auto"/>
          </w:tcPr>
          <w:p w14:paraId="65B7B04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3E47C05A" w14:textId="77777777" w:rsidTr="00AC400C">
        <w:trPr>
          <w:jc w:val="center"/>
        </w:trPr>
        <w:tc>
          <w:tcPr>
            <w:tcW w:w="0" w:type="auto"/>
          </w:tcPr>
          <w:p w14:paraId="3C3ED0A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50D84B4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14CD834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2B31ADA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2BE0CE3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6A54044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3435BC2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17.5</w:t>
            </w:r>
          </w:p>
        </w:tc>
        <w:tc>
          <w:tcPr>
            <w:tcW w:w="0" w:type="auto"/>
          </w:tcPr>
          <w:p w14:paraId="0C8067F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0.346</w:t>
            </w:r>
          </w:p>
        </w:tc>
        <w:tc>
          <w:tcPr>
            <w:tcW w:w="0" w:type="auto"/>
          </w:tcPr>
          <w:p w14:paraId="3520ED8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0.631</w:t>
            </w:r>
          </w:p>
        </w:tc>
        <w:tc>
          <w:tcPr>
            <w:tcW w:w="0" w:type="auto"/>
          </w:tcPr>
          <w:p w14:paraId="4B4557D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425B5A6C" w14:textId="77777777" w:rsidTr="00AC400C">
        <w:trPr>
          <w:jc w:val="center"/>
        </w:trPr>
        <w:tc>
          <w:tcPr>
            <w:tcW w:w="0" w:type="auto"/>
          </w:tcPr>
          <w:p w14:paraId="61AB101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7A95228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465BD0D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B67C2E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6AD59A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23565DC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43584E8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17.0</w:t>
            </w:r>
          </w:p>
        </w:tc>
        <w:tc>
          <w:tcPr>
            <w:tcW w:w="0" w:type="auto"/>
          </w:tcPr>
          <w:p w14:paraId="2DCA0DA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0.421</w:t>
            </w:r>
          </w:p>
        </w:tc>
        <w:tc>
          <w:tcPr>
            <w:tcW w:w="0" w:type="auto"/>
          </w:tcPr>
          <w:p w14:paraId="3B7998E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0.631</w:t>
            </w:r>
          </w:p>
        </w:tc>
        <w:tc>
          <w:tcPr>
            <w:tcW w:w="0" w:type="auto"/>
          </w:tcPr>
          <w:p w14:paraId="42EABCD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3B5A63C" w14:textId="77777777" w:rsidTr="00AC400C">
        <w:trPr>
          <w:jc w:val="center"/>
        </w:trPr>
        <w:tc>
          <w:tcPr>
            <w:tcW w:w="0" w:type="auto"/>
          </w:tcPr>
          <w:p w14:paraId="45A8C4A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768D890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2ECE67C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3F70D50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6A83D4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5F44F78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3D8211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13.0</w:t>
            </w:r>
          </w:p>
        </w:tc>
        <w:tc>
          <w:tcPr>
            <w:tcW w:w="0" w:type="auto"/>
          </w:tcPr>
          <w:p w14:paraId="4579B07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68749C7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5CA3D1D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2A496AAF" w14:textId="77777777" w:rsidTr="00AC400C">
        <w:trPr>
          <w:jc w:val="center"/>
        </w:trPr>
        <w:tc>
          <w:tcPr>
            <w:tcW w:w="0" w:type="auto"/>
          </w:tcPr>
          <w:p w14:paraId="3AB6F4B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17D6A45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206B564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50D8BB6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259941D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037ED70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340B004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w:t>
            </w:r>
          </w:p>
        </w:tc>
        <w:tc>
          <w:tcPr>
            <w:tcW w:w="0" w:type="auto"/>
          </w:tcPr>
          <w:p w14:paraId="251779F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0.095</w:t>
            </w:r>
          </w:p>
        </w:tc>
        <w:tc>
          <w:tcPr>
            <w:tcW w:w="0" w:type="auto"/>
          </w:tcPr>
          <w:p w14:paraId="10AFCDF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0.143</w:t>
            </w:r>
          </w:p>
        </w:tc>
        <w:tc>
          <w:tcPr>
            <w:tcW w:w="0" w:type="auto"/>
          </w:tcPr>
          <w:p w14:paraId="437CEAD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4D863B9E" w14:textId="77777777" w:rsidTr="00AC400C">
        <w:trPr>
          <w:jc w:val="center"/>
        </w:trPr>
        <w:tc>
          <w:tcPr>
            <w:tcW w:w="0" w:type="auto"/>
          </w:tcPr>
          <w:p w14:paraId="5D8E80B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3EED78E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3742F54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1EC87EB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0CB1BE6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19E1FDF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0DD894F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w:t>
            </w:r>
          </w:p>
        </w:tc>
        <w:tc>
          <w:tcPr>
            <w:tcW w:w="0" w:type="auto"/>
          </w:tcPr>
          <w:p w14:paraId="48D7B65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0.095</w:t>
            </w:r>
          </w:p>
        </w:tc>
        <w:tc>
          <w:tcPr>
            <w:tcW w:w="0" w:type="auto"/>
          </w:tcPr>
          <w:p w14:paraId="167A6BE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0.143</w:t>
            </w:r>
          </w:p>
        </w:tc>
        <w:tc>
          <w:tcPr>
            <w:tcW w:w="0" w:type="auto"/>
          </w:tcPr>
          <w:p w14:paraId="7189C63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DDC5BB6" w14:textId="77777777" w:rsidTr="00AC400C">
        <w:trPr>
          <w:jc w:val="center"/>
        </w:trPr>
        <w:tc>
          <w:tcPr>
            <w:tcW w:w="0" w:type="auto"/>
          </w:tcPr>
          <w:p w14:paraId="31A9FE2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6189061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60BCC42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44BEE84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AE20E9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D576B8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1DC6349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13.0</w:t>
            </w:r>
          </w:p>
        </w:tc>
        <w:tc>
          <w:tcPr>
            <w:tcW w:w="0" w:type="auto"/>
          </w:tcPr>
          <w:p w14:paraId="57DBCD5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26611F3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w:t>
            </w:r>
          </w:p>
        </w:tc>
        <w:tc>
          <w:tcPr>
            <w:tcW w:w="0" w:type="auto"/>
          </w:tcPr>
          <w:p w14:paraId="76F7DCB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239E8FBC" w14:textId="77777777" w:rsidTr="00AC400C">
        <w:trPr>
          <w:jc w:val="center"/>
        </w:trPr>
        <w:tc>
          <w:tcPr>
            <w:tcW w:w="0" w:type="auto"/>
          </w:tcPr>
          <w:p w14:paraId="29B7242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71F3514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1E82BBF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1872714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796FF27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56B5212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DC6E83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19.0</w:t>
            </w:r>
          </w:p>
        </w:tc>
        <w:tc>
          <w:tcPr>
            <w:tcW w:w="0" w:type="auto"/>
          </w:tcPr>
          <w:p w14:paraId="52C714D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0.222</w:t>
            </w:r>
          </w:p>
        </w:tc>
        <w:tc>
          <w:tcPr>
            <w:tcW w:w="0" w:type="auto"/>
          </w:tcPr>
          <w:p w14:paraId="3A766E6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0.333</w:t>
            </w:r>
          </w:p>
        </w:tc>
        <w:tc>
          <w:tcPr>
            <w:tcW w:w="0" w:type="auto"/>
          </w:tcPr>
          <w:p w14:paraId="6C76C63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2DB8DDB2" w14:textId="77777777" w:rsidTr="00AC400C">
        <w:trPr>
          <w:jc w:val="center"/>
        </w:trPr>
        <w:tc>
          <w:tcPr>
            <w:tcW w:w="0" w:type="auto"/>
          </w:tcPr>
          <w:p w14:paraId="14FCE6D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453124F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0963130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38DDFFC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37AB83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49D6893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465BA6F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w:t>
            </w:r>
          </w:p>
        </w:tc>
        <w:tc>
          <w:tcPr>
            <w:tcW w:w="0" w:type="auto"/>
          </w:tcPr>
          <w:p w14:paraId="4521990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0.095</w:t>
            </w:r>
          </w:p>
        </w:tc>
        <w:tc>
          <w:tcPr>
            <w:tcW w:w="0" w:type="auto"/>
          </w:tcPr>
          <w:p w14:paraId="34F8F4C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0.286</w:t>
            </w:r>
          </w:p>
        </w:tc>
        <w:tc>
          <w:tcPr>
            <w:tcW w:w="0" w:type="auto"/>
          </w:tcPr>
          <w:p w14:paraId="4DD2DEC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35E1F93B" w14:textId="77777777" w:rsidTr="00AC400C">
        <w:trPr>
          <w:jc w:val="center"/>
        </w:trPr>
        <w:tc>
          <w:tcPr>
            <w:tcW w:w="0" w:type="auto"/>
          </w:tcPr>
          <w:p w14:paraId="281DBCF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w:t>
            </w:r>
          </w:p>
        </w:tc>
        <w:tc>
          <w:tcPr>
            <w:tcW w:w="0" w:type="auto"/>
          </w:tcPr>
          <w:p w14:paraId="17E8597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47BD8B2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4D90AF0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4297D1D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555B3D8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2854B5B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14.0</w:t>
            </w:r>
          </w:p>
        </w:tc>
        <w:tc>
          <w:tcPr>
            <w:tcW w:w="0" w:type="auto"/>
          </w:tcPr>
          <w:p w14:paraId="54CB29F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0.841</w:t>
            </w:r>
          </w:p>
        </w:tc>
        <w:tc>
          <w:tcPr>
            <w:tcW w:w="0" w:type="auto"/>
          </w:tcPr>
          <w:p w14:paraId="1116647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0.841</w:t>
            </w:r>
          </w:p>
        </w:tc>
        <w:tc>
          <w:tcPr>
            <w:tcW w:w="0" w:type="auto"/>
          </w:tcPr>
          <w:p w14:paraId="2319F5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529A5B9" w14:textId="77777777" w:rsidTr="00AC400C">
        <w:trPr>
          <w:jc w:val="center"/>
        </w:trPr>
        <w:tc>
          <w:tcPr>
            <w:tcW w:w="0" w:type="auto"/>
          </w:tcPr>
          <w:p w14:paraId="39231EA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135AEA4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21DB16F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6D0DB64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4216E83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03D723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6F76F53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17.0</w:t>
            </w:r>
          </w:p>
        </w:tc>
        <w:tc>
          <w:tcPr>
            <w:tcW w:w="0" w:type="auto"/>
          </w:tcPr>
          <w:p w14:paraId="41A96EE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0.398</w:t>
            </w:r>
          </w:p>
        </w:tc>
        <w:tc>
          <w:tcPr>
            <w:tcW w:w="0" w:type="auto"/>
          </w:tcPr>
          <w:p w14:paraId="1C0FA75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0.631</w:t>
            </w:r>
          </w:p>
        </w:tc>
        <w:tc>
          <w:tcPr>
            <w:tcW w:w="0" w:type="auto"/>
          </w:tcPr>
          <w:p w14:paraId="1F93D39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2EDE62FF" w14:textId="77777777" w:rsidTr="00AC400C">
        <w:trPr>
          <w:jc w:val="center"/>
        </w:trPr>
        <w:tc>
          <w:tcPr>
            <w:tcW w:w="0" w:type="auto"/>
          </w:tcPr>
          <w:p w14:paraId="29C7577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5F733EF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6343F95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1C1C73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42035FF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168482C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49A118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17.0</w:t>
            </w:r>
          </w:p>
        </w:tc>
        <w:tc>
          <w:tcPr>
            <w:tcW w:w="0" w:type="auto"/>
          </w:tcPr>
          <w:p w14:paraId="559ECD2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0.421</w:t>
            </w:r>
          </w:p>
        </w:tc>
        <w:tc>
          <w:tcPr>
            <w:tcW w:w="0" w:type="auto"/>
          </w:tcPr>
          <w:p w14:paraId="4830D65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0.631</w:t>
            </w:r>
          </w:p>
        </w:tc>
        <w:tc>
          <w:tcPr>
            <w:tcW w:w="0" w:type="auto"/>
          </w:tcPr>
          <w:p w14:paraId="149B8F8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1A0EF2D" w14:textId="77777777" w:rsidTr="00AC400C">
        <w:trPr>
          <w:jc w:val="center"/>
        </w:trPr>
        <w:tc>
          <w:tcPr>
            <w:tcW w:w="0" w:type="auto"/>
          </w:tcPr>
          <w:p w14:paraId="24889D8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280F925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786EE99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5203ACE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20D078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8E7090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52515D5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11.0</w:t>
            </w:r>
          </w:p>
        </w:tc>
        <w:tc>
          <w:tcPr>
            <w:tcW w:w="0" w:type="auto"/>
          </w:tcPr>
          <w:p w14:paraId="167643F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0.834</w:t>
            </w:r>
          </w:p>
        </w:tc>
        <w:tc>
          <w:tcPr>
            <w:tcW w:w="0" w:type="auto"/>
          </w:tcPr>
          <w:p w14:paraId="521B575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0.834</w:t>
            </w:r>
          </w:p>
        </w:tc>
        <w:tc>
          <w:tcPr>
            <w:tcW w:w="0" w:type="auto"/>
          </w:tcPr>
          <w:p w14:paraId="7DF380C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6C8C0BD1" w14:textId="77777777" w:rsidTr="00AC400C">
        <w:trPr>
          <w:jc w:val="center"/>
        </w:trPr>
        <w:tc>
          <w:tcPr>
            <w:tcW w:w="0" w:type="auto"/>
          </w:tcPr>
          <w:p w14:paraId="1604356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3A80FEF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01C2339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12411E2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672E041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6B602CB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639F549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18.0</w:t>
            </w:r>
          </w:p>
        </w:tc>
        <w:tc>
          <w:tcPr>
            <w:tcW w:w="0" w:type="auto"/>
          </w:tcPr>
          <w:p w14:paraId="727C4FC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0.31</w:t>
            </w:r>
          </w:p>
        </w:tc>
        <w:tc>
          <w:tcPr>
            <w:tcW w:w="0" w:type="auto"/>
          </w:tcPr>
          <w:p w14:paraId="260EB22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0.465</w:t>
            </w:r>
          </w:p>
        </w:tc>
        <w:tc>
          <w:tcPr>
            <w:tcW w:w="0" w:type="auto"/>
          </w:tcPr>
          <w:p w14:paraId="1CD683D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295796DA" w14:textId="77777777" w:rsidTr="00AC400C">
        <w:trPr>
          <w:jc w:val="center"/>
        </w:trPr>
        <w:tc>
          <w:tcPr>
            <w:tcW w:w="0" w:type="auto"/>
          </w:tcPr>
          <w:p w14:paraId="53AE4CC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60C4783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6C457EF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125D76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3C4568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E37DB3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3FE1E84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20.0</w:t>
            </w:r>
          </w:p>
        </w:tc>
        <w:tc>
          <w:tcPr>
            <w:tcW w:w="0" w:type="auto"/>
          </w:tcPr>
          <w:p w14:paraId="5899E70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0.151</w:t>
            </w:r>
          </w:p>
        </w:tc>
        <w:tc>
          <w:tcPr>
            <w:tcW w:w="0" w:type="auto"/>
          </w:tcPr>
          <w:p w14:paraId="233FF61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0.453</w:t>
            </w:r>
          </w:p>
        </w:tc>
        <w:tc>
          <w:tcPr>
            <w:tcW w:w="0" w:type="auto"/>
          </w:tcPr>
          <w:p w14:paraId="67CFC8C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6B493BBD" w14:textId="77777777" w:rsidTr="00AC400C">
        <w:trPr>
          <w:jc w:val="center"/>
        </w:trPr>
        <w:tc>
          <w:tcPr>
            <w:tcW w:w="0" w:type="auto"/>
          </w:tcPr>
          <w:p w14:paraId="2042E10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40BF3CA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0386C99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64F016B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9A4768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6563B8D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3DB5DE0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w:t>
            </w:r>
          </w:p>
        </w:tc>
        <w:tc>
          <w:tcPr>
            <w:tcW w:w="0" w:type="auto"/>
          </w:tcPr>
          <w:p w14:paraId="0512890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0.69</w:t>
            </w:r>
          </w:p>
        </w:tc>
        <w:tc>
          <w:tcPr>
            <w:tcW w:w="0" w:type="auto"/>
          </w:tcPr>
          <w:p w14:paraId="3320BCD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0.69</w:t>
            </w:r>
          </w:p>
        </w:tc>
        <w:tc>
          <w:tcPr>
            <w:tcW w:w="0" w:type="auto"/>
          </w:tcPr>
          <w:p w14:paraId="09FA88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49815036" w14:textId="77777777" w:rsidTr="00AC400C">
        <w:trPr>
          <w:jc w:val="center"/>
        </w:trPr>
        <w:tc>
          <w:tcPr>
            <w:tcW w:w="0" w:type="auto"/>
          </w:tcPr>
          <w:p w14:paraId="7385A89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69A2588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142B875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64F2F87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583265A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2072F75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5876A2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21.0</w:t>
            </w:r>
          </w:p>
        </w:tc>
        <w:tc>
          <w:tcPr>
            <w:tcW w:w="0" w:type="auto"/>
          </w:tcPr>
          <w:p w14:paraId="66FFE75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0.095</w:t>
            </w:r>
          </w:p>
        </w:tc>
        <w:tc>
          <w:tcPr>
            <w:tcW w:w="0" w:type="auto"/>
          </w:tcPr>
          <w:p w14:paraId="025B66B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0.286</w:t>
            </w:r>
          </w:p>
        </w:tc>
        <w:tc>
          <w:tcPr>
            <w:tcW w:w="0" w:type="auto"/>
          </w:tcPr>
          <w:p w14:paraId="077FB64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7E8A446" w14:textId="77777777" w:rsidTr="00AC400C">
        <w:trPr>
          <w:jc w:val="center"/>
        </w:trPr>
        <w:tc>
          <w:tcPr>
            <w:tcW w:w="0" w:type="auto"/>
          </w:tcPr>
          <w:p w14:paraId="00EF06D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6CE651D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5ADEF9A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371D533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B0E37F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6B873BB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3E0B45C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19.0</w:t>
            </w:r>
          </w:p>
        </w:tc>
        <w:tc>
          <w:tcPr>
            <w:tcW w:w="0" w:type="auto"/>
          </w:tcPr>
          <w:p w14:paraId="5180E33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0.222</w:t>
            </w:r>
          </w:p>
        </w:tc>
        <w:tc>
          <w:tcPr>
            <w:tcW w:w="0" w:type="auto"/>
          </w:tcPr>
          <w:p w14:paraId="5898D15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0.333</w:t>
            </w:r>
          </w:p>
        </w:tc>
        <w:tc>
          <w:tcPr>
            <w:tcW w:w="0" w:type="auto"/>
          </w:tcPr>
          <w:p w14:paraId="79A3470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48AAA576" w14:textId="77777777" w:rsidTr="00AC400C">
        <w:trPr>
          <w:jc w:val="center"/>
        </w:trPr>
        <w:tc>
          <w:tcPr>
            <w:tcW w:w="0" w:type="auto"/>
          </w:tcPr>
          <w:p w14:paraId="02F2C4E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w:t>
            </w:r>
          </w:p>
        </w:tc>
        <w:tc>
          <w:tcPr>
            <w:tcW w:w="0" w:type="auto"/>
          </w:tcPr>
          <w:p w14:paraId="3678C9F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52E86F0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39F86B2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0A32E06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5CD79C3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5690F12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w:t>
            </w:r>
          </w:p>
        </w:tc>
        <w:tc>
          <w:tcPr>
            <w:tcW w:w="0" w:type="auto"/>
          </w:tcPr>
          <w:p w14:paraId="118032B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0.69</w:t>
            </w:r>
          </w:p>
        </w:tc>
        <w:tc>
          <w:tcPr>
            <w:tcW w:w="0" w:type="auto"/>
          </w:tcPr>
          <w:p w14:paraId="7E26969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0.69</w:t>
            </w:r>
          </w:p>
        </w:tc>
        <w:tc>
          <w:tcPr>
            <w:tcW w:w="0" w:type="auto"/>
          </w:tcPr>
          <w:p w14:paraId="296CA96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52E9109" w14:textId="77777777" w:rsidTr="00AC400C">
        <w:trPr>
          <w:jc w:val="center"/>
        </w:trPr>
        <w:tc>
          <w:tcPr>
            <w:tcW w:w="0" w:type="auto"/>
          </w:tcPr>
          <w:p w14:paraId="559A74A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217B4F1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1296065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207D068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777120B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4A020AD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0" w:type="auto"/>
          </w:tcPr>
          <w:p w14:paraId="4B66B0A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379.0</w:t>
            </w:r>
          </w:p>
        </w:tc>
        <w:tc>
          <w:tcPr>
            <w:tcW w:w="0" w:type="auto"/>
          </w:tcPr>
          <w:p w14:paraId="3D93A24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0.029</w:t>
            </w:r>
          </w:p>
        </w:tc>
        <w:tc>
          <w:tcPr>
            <w:tcW w:w="0" w:type="auto"/>
          </w:tcPr>
          <w:p w14:paraId="63C54CB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0.088</w:t>
            </w:r>
          </w:p>
        </w:tc>
        <w:tc>
          <w:tcPr>
            <w:tcW w:w="0" w:type="auto"/>
          </w:tcPr>
          <w:p w14:paraId="231C066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4C371B08" w14:textId="77777777" w:rsidTr="00AC400C">
        <w:trPr>
          <w:jc w:val="center"/>
        </w:trPr>
        <w:tc>
          <w:tcPr>
            <w:tcW w:w="0" w:type="auto"/>
          </w:tcPr>
          <w:p w14:paraId="667EC42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2838341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0F32E5A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2EA0A08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33ABCE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5F6E82D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2D9DB15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238.5</w:t>
            </w:r>
          </w:p>
        </w:tc>
        <w:tc>
          <w:tcPr>
            <w:tcW w:w="0" w:type="auto"/>
          </w:tcPr>
          <w:p w14:paraId="15AA3F6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0.092</w:t>
            </w:r>
          </w:p>
        </w:tc>
        <w:tc>
          <w:tcPr>
            <w:tcW w:w="0" w:type="auto"/>
          </w:tcPr>
          <w:p w14:paraId="3F4E837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0.138</w:t>
            </w:r>
          </w:p>
        </w:tc>
        <w:tc>
          <w:tcPr>
            <w:tcW w:w="0" w:type="auto"/>
          </w:tcPr>
          <w:p w14:paraId="4215750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71E85C16" w14:textId="77777777" w:rsidTr="00AC400C">
        <w:trPr>
          <w:jc w:val="center"/>
        </w:trPr>
        <w:tc>
          <w:tcPr>
            <w:tcW w:w="0" w:type="auto"/>
          </w:tcPr>
          <w:p w14:paraId="7914D00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2E7E943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490991E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0F2EDEB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1422511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0" w:type="auto"/>
          </w:tcPr>
          <w:p w14:paraId="038CE3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4EFD95C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259.0</w:t>
            </w:r>
          </w:p>
        </w:tc>
        <w:tc>
          <w:tcPr>
            <w:tcW w:w="0" w:type="auto"/>
          </w:tcPr>
          <w:p w14:paraId="7168C51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0.735</w:t>
            </w:r>
          </w:p>
        </w:tc>
        <w:tc>
          <w:tcPr>
            <w:tcW w:w="0" w:type="auto"/>
          </w:tcPr>
          <w:p w14:paraId="5B5D171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0.735</w:t>
            </w:r>
          </w:p>
        </w:tc>
        <w:tc>
          <w:tcPr>
            <w:tcW w:w="0" w:type="auto"/>
          </w:tcPr>
          <w:p w14:paraId="1D4B6ED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79CA5D2" w14:textId="77777777" w:rsidTr="00AC400C">
        <w:trPr>
          <w:jc w:val="center"/>
        </w:trPr>
        <w:tc>
          <w:tcPr>
            <w:tcW w:w="0" w:type="auto"/>
          </w:tcPr>
          <w:p w14:paraId="7A21AF5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950F72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322726F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230F367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19AA21F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2EE4EDC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0" w:type="auto"/>
          </w:tcPr>
          <w:p w14:paraId="1F837D6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411.0</w:t>
            </w:r>
          </w:p>
        </w:tc>
        <w:tc>
          <w:tcPr>
            <w:tcW w:w="0" w:type="auto"/>
          </w:tcPr>
          <w:p w14:paraId="126DDD0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0.004</w:t>
            </w:r>
          </w:p>
        </w:tc>
        <w:tc>
          <w:tcPr>
            <w:tcW w:w="0" w:type="auto"/>
          </w:tcPr>
          <w:p w14:paraId="1BC48FB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0.013</w:t>
            </w:r>
          </w:p>
        </w:tc>
        <w:tc>
          <w:tcPr>
            <w:tcW w:w="0" w:type="auto"/>
          </w:tcPr>
          <w:p w14:paraId="5ECA07D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4F9CF8DF" w14:textId="77777777" w:rsidTr="00AC400C">
        <w:trPr>
          <w:jc w:val="center"/>
        </w:trPr>
        <w:tc>
          <w:tcPr>
            <w:tcW w:w="0" w:type="auto"/>
          </w:tcPr>
          <w:p w14:paraId="1F92186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42BFA46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4D11D91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0C2BFA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0A3FDB5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4ECD5DE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37978E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261.5</w:t>
            </w:r>
          </w:p>
        </w:tc>
        <w:tc>
          <w:tcPr>
            <w:tcW w:w="0" w:type="auto"/>
          </w:tcPr>
          <w:p w14:paraId="4C3FD7F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0.019</w:t>
            </w:r>
          </w:p>
        </w:tc>
        <w:tc>
          <w:tcPr>
            <w:tcW w:w="0" w:type="auto"/>
          </w:tcPr>
          <w:p w14:paraId="484C2B6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0.028</w:t>
            </w:r>
          </w:p>
        </w:tc>
        <w:tc>
          <w:tcPr>
            <w:tcW w:w="0" w:type="auto"/>
          </w:tcPr>
          <w:p w14:paraId="2D2A6CC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096C3D67" w14:textId="77777777" w:rsidTr="00AC400C">
        <w:trPr>
          <w:jc w:val="center"/>
        </w:trPr>
        <w:tc>
          <w:tcPr>
            <w:tcW w:w="0" w:type="auto"/>
          </w:tcPr>
          <w:p w14:paraId="54045B4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462E8B9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02ADB65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5D38C79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64E27E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0" w:type="auto"/>
          </w:tcPr>
          <w:p w14:paraId="5F5E9CC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4BB1EE9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259.0</w:t>
            </w:r>
          </w:p>
        </w:tc>
        <w:tc>
          <w:tcPr>
            <w:tcW w:w="0" w:type="auto"/>
          </w:tcPr>
          <w:p w14:paraId="041ADE5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0.736</w:t>
            </w:r>
          </w:p>
        </w:tc>
        <w:tc>
          <w:tcPr>
            <w:tcW w:w="0" w:type="auto"/>
          </w:tcPr>
          <w:p w14:paraId="15D06E0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0.736</w:t>
            </w:r>
          </w:p>
        </w:tc>
        <w:tc>
          <w:tcPr>
            <w:tcW w:w="0" w:type="auto"/>
          </w:tcPr>
          <w:p w14:paraId="78199B6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399B783C" w14:textId="77777777" w:rsidTr="00AC400C">
        <w:trPr>
          <w:jc w:val="center"/>
        </w:trPr>
        <w:tc>
          <w:tcPr>
            <w:tcW w:w="0" w:type="auto"/>
          </w:tcPr>
          <w:p w14:paraId="187C50B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7430599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7DE9ADA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08B8AC2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2FB01F3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12AA67C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0" w:type="auto"/>
          </w:tcPr>
          <w:p w14:paraId="2E5C459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414.0</w:t>
            </w:r>
          </w:p>
        </w:tc>
        <w:tc>
          <w:tcPr>
            <w:tcW w:w="0" w:type="auto"/>
          </w:tcPr>
          <w:p w14:paraId="24E674D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0.004</w:t>
            </w:r>
          </w:p>
        </w:tc>
        <w:tc>
          <w:tcPr>
            <w:tcW w:w="0" w:type="auto"/>
          </w:tcPr>
          <w:p w14:paraId="381D44C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0.011</w:t>
            </w:r>
          </w:p>
        </w:tc>
        <w:tc>
          <w:tcPr>
            <w:tcW w:w="0" w:type="auto"/>
          </w:tcPr>
          <w:p w14:paraId="55E47CF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67081787" w14:textId="77777777" w:rsidTr="00AC400C">
        <w:trPr>
          <w:jc w:val="center"/>
        </w:trPr>
        <w:tc>
          <w:tcPr>
            <w:tcW w:w="0" w:type="auto"/>
          </w:tcPr>
          <w:p w14:paraId="1C60617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38884A5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5F985D8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73488B7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411B070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44E99D9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514F81F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266.5</w:t>
            </w:r>
          </w:p>
        </w:tc>
        <w:tc>
          <w:tcPr>
            <w:tcW w:w="0" w:type="auto"/>
          </w:tcPr>
          <w:p w14:paraId="7239F84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0.013</w:t>
            </w:r>
          </w:p>
        </w:tc>
        <w:tc>
          <w:tcPr>
            <w:tcW w:w="0" w:type="auto"/>
          </w:tcPr>
          <w:p w14:paraId="34F7DA2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0.019</w:t>
            </w:r>
          </w:p>
        </w:tc>
        <w:tc>
          <w:tcPr>
            <w:tcW w:w="0" w:type="auto"/>
          </w:tcPr>
          <w:p w14:paraId="2378A96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6E3CD7F1" w14:textId="77777777" w:rsidTr="00AC400C">
        <w:trPr>
          <w:jc w:val="center"/>
        </w:trPr>
        <w:tc>
          <w:tcPr>
            <w:tcW w:w="0" w:type="auto"/>
          </w:tcPr>
          <w:p w14:paraId="3C7B95F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5</w:t>
            </w:r>
          </w:p>
        </w:tc>
        <w:tc>
          <w:tcPr>
            <w:tcW w:w="0" w:type="auto"/>
          </w:tcPr>
          <w:p w14:paraId="6C34411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2BB15FC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4EB4221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F8CD38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29</w:t>
            </w:r>
          </w:p>
        </w:tc>
        <w:tc>
          <w:tcPr>
            <w:tcW w:w="0" w:type="auto"/>
          </w:tcPr>
          <w:p w14:paraId="089BAF9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19</w:t>
            </w:r>
          </w:p>
        </w:tc>
        <w:tc>
          <w:tcPr>
            <w:tcW w:w="0" w:type="auto"/>
          </w:tcPr>
          <w:p w14:paraId="57AC340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264.0</w:t>
            </w:r>
          </w:p>
        </w:tc>
        <w:tc>
          <w:tcPr>
            <w:tcW w:w="0" w:type="auto"/>
          </w:tcPr>
          <w:p w14:paraId="0455F52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0.817</w:t>
            </w:r>
          </w:p>
        </w:tc>
        <w:tc>
          <w:tcPr>
            <w:tcW w:w="0" w:type="auto"/>
          </w:tcPr>
          <w:p w14:paraId="70A97FA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0.817</w:t>
            </w:r>
          </w:p>
        </w:tc>
        <w:tc>
          <w:tcPr>
            <w:tcW w:w="0" w:type="auto"/>
          </w:tcPr>
          <w:p w14:paraId="3192F7E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3D372DD" w14:textId="77777777" w:rsidTr="00AC400C">
        <w:trPr>
          <w:jc w:val="center"/>
        </w:trPr>
        <w:tc>
          <w:tcPr>
            <w:tcW w:w="0" w:type="auto"/>
          </w:tcPr>
          <w:p w14:paraId="2F352AE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25BB4DB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1DA113A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77B29D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5B01A80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6996E1F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5C68868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75.0</w:t>
            </w:r>
          </w:p>
        </w:tc>
        <w:tc>
          <w:tcPr>
            <w:tcW w:w="0" w:type="auto"/>
          </w:tcPr>
          <w:p w14:paraId="30FD6D7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0.884</w:t>
            </w:r>
          </w:p>
        </w:tc>
        <w:tc>
          <w:tcPr>
            <w:tcW w:w="0" w:type="auto"/>
          </w:tcPr>
          <w:p w14:paraId="055D3D3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0.884</w:t>
            </w:r>
          </w:p>
        </w:tc>
        <w:tc>
          <w:tcPr>
            <w:tcW w:w="0" w:type="auto"/>
          </w:tcPr>
          <w:p w14:paraId="6501DEF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D6647E8" w14:textId="77777777" w:rsidTr="00AC400C">
        <w:trPr>
          <w:jc w:val="center"/>
        </w:trPr>
        <w:tc>
          <w:tcPr>
            <w:tcW w:w="0" w:type="auto"/>
          </w:tcPr>
          <w:p w14:paraId="31EA468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03A166E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61F5003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0F16DB9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AF3B30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72281F0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083C648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131.5</w:t>
            </w:r>
          </w:p>
        </w:tc>
        <w:tc>
          <w:tcPr>
            <w:tcW w:w="0" w:type="auto"/>
          </w:tcPr>
          <w:p w14:paraId="0FE9866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0.000625</w:t>
            </w:r>
          </w:p>
        </w:tc>
        <w:tc>
          <w:tcPr>
            <w:tcW w:w="0" w:type="auto"/>
          </w:tcPr>
          <w:p w14:paraId="0CD604D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0.001</w:t>
            </w:r>
          </w:p>
        </w:tc>
        <w:tc>
          <w:tcPr>
            <w:tcW w:w="0" w:type="auto"/>
          </w:tcPr>
          <w:p w14:paraId="0983B93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1D5571BE" w14:textId="77777777" w:rsidTr="00AC400C">
        <w:trPr>
          <w:jc w:val="center"/>
        </w:trPr>
        <w:tc>
          <w:tcPr>
            <w:tcW w:w="0" w:type="auto"/>
          </w:tcPr>
          <w:p w14:paraId="77E1549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1A76FF5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622FA32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5893A9A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33E016E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36DB6E5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1B24D1F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129.5</w:t>
            </w:r>
          </w:p>
        </w:tc>
        <w:tc>
          <w:tcPr>
            <w:tcW w:w="0" w:type="auto"/>
          </w:tcPr>
          <w:p w14:paraId="6E97490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0.000976</w:t>
            </w:r>
          </w:p>
        </w:tc>
        <w:tc>
          <w:tcPr>
            <w:tcW w:w="0" w:type="auto"/>
          </w:tcPr>
          <w:p w14:paraId="3CD9145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0.001</w:t>
            </w:r>
          </w:p>
        </w:tc>
        <w:tc>
          <w:tcPr>
            <w:tcW w:w="0" w:type="auto"/>
          </w:tcPr>
          <w:p w14:paraId="6EED369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6831EC84" w14:textId="77777777" w:rsidTr="00AC400C">
        <w:trPr>
          <w:jc w:val="center"/>
        </w:trPr>
        <w:tc>
          <w:tcPr>
            <w:tcW w:w="0" w:type="auto"/>
          </w:tcPr>
          <w:p w14:paraId="71F942C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0284252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22917CD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26E343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18D728F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114B113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07DFB55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101.0</w:t>
            </w:r>
          </w:p>
        </w:tc>
        <w:tc>
          <w:tcPr>
            <w:tcW w:w="0" w:type="auto"/>
          </w:tcPr>
          <w:p w14:paraId="2C3C559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0.101</w:t>
            </w:r>
          </w:p>
        </w:tc>
        <w:tc>
          <w:tcPr>
            <w:tcW w:w="0" w:type="auto"/>
          </w:tcPr>
          <w:p w14:paraId="21AD832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0.152</w:t>
            </w:r>
          </w:p>
        </w:tc>
        <w:tc>
          <w:tcPr>
            <w:tcW w:w="0" w:type="auto"/>
          </w:tcPr>
          <w:p w14:paraId="188CAF6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4DF89CBD" w14:textId="77777777" w:rsidTr="00AC400C">
        <w:trPr>
          <w:jc w:val="center"/>
        </w:trPr>
        <w:tc>
          <w:tcPr>
            <w:tcW w:w="0" w:type="auto"/>
          </w:tcPr>
          <w:p w14:paraId="5E4B659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0D84F8F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415014E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383E3DA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46D00CC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36880C3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1C49312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112.0</w:t>
            </w:r>
          </w:p>
        </w:tc>
        <w:tc>
          <w:tcPr>
            <w:tcW w:w="0" w:type="auto"/>
          </w:tcPr>
          <w:p w14:paraId="3EEEC41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0.02</w:t>
            </w:r>
          </w:p>
        </w:tc>
        <w:tc>
          <w:tcPr>
            <w:tcW w:w="0" w:type="auto"/>
          </w:tcPr>
          <w:p w14:paraId="68E4641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0.062</w:t>
            </w:r>
          </w:p>
        </w:tc>
        <w:tc>
          <w:tcPr>
            <w:tcW w:w="0" w:type="auto"/>
          </w:tcPr>
          <w:p w14:paraId="1CDFBA3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7451C34F" w14:textId="77777777" w:rsidTr="00AC400C">
        <w:trPr>
          <w:jc w:val="center"/>
        </w:trPr>
        <w:tc>
          <w:tcPr>
            <w:tcW w:w="0" w:type="auto"/>
          </w:tcPr>
          <w:p w14:paraId="55A1CBA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lastRenderedPageBreak/>
              <w:t>6</w:t>
            </w:r>
          </w:p>
        </w:tc>
        <w:tc>
          <w:tcPr>
            <w:tcW w:w="0" w:type="auto"/>
          </w:tcPr>
          <w:p w14:paraId="3B0FEE4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6D354E1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3100E3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0A21B32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49E3926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3A733C3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86.0</w:t>
            </w:r>
          </w:p>
        </w:tc>
        <w:tc>
          <w:tcPr>
            <w:tcW w:w="0" w:type="auto"/>
          </w:tcPr>
          <w:p w14:paraId="71DA3E4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0.443</w:t>
            </w:r>
          </w:p>
        </w:tc>
        <w:tc>
          <w:tcPr>
            <w:tcW w:w="0" w:type="auto"/>
          </w:tcPr>
          <w:p w14:paraId="5C9344D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0.443</w:t>
            </w:r>
          </w:p>
        </w:tc>
        <w:tc>
          <w:tcPr>
            <w:tcW w:w="0" w:type="auto"/>
          </w:tcPr>
          <w:p w14:paraId="18C5B8D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60C9A316" w14:textId="77777777" w:rsidTr="00AC400C">
        <w:trPr>
          <w:jc w:val="center"/>
        </w:trPr>
        <w:tc>
          <w:tcPr>
            <w:tcW w:w="0" w:type="auto"/>
          </w:tcPr>
          <w:p w14:paraId="7FBEA36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4F8FDAC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5CC8997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16B5867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4CF52BB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749B288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7F6EB87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100.0</w:t>
            </w:r>
          </w:p>
        </w:tc>
        <w:tc>
          <w:tcPr>
            <w:tcW w:w="0" w:type="auto"/>
          </w:tcPr>
          <w:p w14:paraId="55A72C4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0.114</w:t>
            </w:r>
          </w:p>
        </w:tc>
        <w:tc>
          <w:tcPr>
            <w:tcW w:w="0" w:type="auto"/>
          </w:tcPr>
          <w:p w14:paraId="0959AC0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0.171</w:t>
            </w:r>
          </w:p>
        </w:tc>
        <w:tc>
          <w:tcPr>
            <w:tcW w:w="0" w:type="auto"/>
          </w:tcPr>
          <w:p w14:paraId="5029706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4B28D508" w14:textId="77777777" w:rsidTr="00AC400C">
        <w:trPr>
          <w:jc w:val="center"/>
        </w:trPr>
        <w:tc>
          <w:tcPr>
            <w:tcW w:w="0" w:type="auto"/>
          </w:tcPr>
          <w:p w14:paraId="32827F6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535D4D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3D7060B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1B3AE1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3CDFA0B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6A24CE1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2102304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103.0</w:t>
            </w:r>
          </w:p>
        </w:tc>
        <w:tc>
          <w:tcPr>
            <w:tcW w:w="0" w:type="auto"/>
          </w:tcPr>
          <w:p w14:paraId="6C01EB6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0.078</w:t>
            </w:r>
          </w:p>
        </w:tc>
        <w:tc>
          <w:tcPr>
            <w:tcW w:w="0" w:type="auto"/>
          </w:tcPr>
          <w:p w14:paraId="20B1AF2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0.171</w:t>
            </w:r>
          </w:p>
        </w:tc>
        <w:tc>
          <w:tcPr>
            <w:tcW w:w="0" w:type="auto"/>
          </w:tcPr>
          <w:p w14:paraId="5B9A57D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5E179BF9" w14:textId="77777777" w:rsidTr="00AC400C">
        <w:trPr>
          <w:jc w:val="center"/>
        </w:trPr>
        <w:tc>
          <w:tcPr>
            <w:tcW w:w="0" w:type="auto"/>
          </w:tcPr>
          <w:p w14:paraId="78816C6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w:t>
            </w:r>
          </w:p>
        </w:tc>
        <w:tc>
          <w:tcPr>
            <w:tcW w:w="0" w:type="auto"/>
          </w:tcPr>
          <w:p w14:paraId="18284C6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5D0748C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7B80F4A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1D379BF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79681E9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2A6A4CF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68.0</w:t>
            </w:r>
          </w:p>
        </w:tc>
        <w:tc>
          <w:tcPr>
            <w:tcW w:w="0" w:type="auto"/>
          </w:tcPr>
          <w:p w14:paraId="4B18605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0.843</w:t>
            </w:r>
          </w:p>
        </w:tc>
        <w:tc>
          <w:tcPr>
            <w:tcW w:w="0" w:type="auto"/>
          </w:tcPr>
          <w:p w14:paraId="0135196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0.843</w:t>
            </w:r>
          </w:p>
        </w:tc>
        <w:tc>
          <w:tcPr>
            <w:tcW w:w="0" w:type="auto"/>
          </w:tcPr>
          <w:p w14:paraId="6D1BC9B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51716CB" w14:textId="77777777" w:rsidTr="00AC400C">
        <w:trPr>
          <w:jc w:val="center"/>
        </w:trPr>
        <w:tc>
          <w:tcPr>
            <w:tcW w:w="0" w:type="auto"/>
          </w:tcPr>
          <w:p w14:paraId="4AC780F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62AA5D1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3CC2166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7CE1EEC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0291B96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2B81B8E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2A9F104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64.5</w:t>
            </w:r>
          </w:p>
        </w:tc>
        <w:tc>
          <w:tcPr>
            <w:tcW w:w="0" w:type="auto"/>
          </w:tcPr>
          <w:p w14:paraId="3340FBB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0.036</w:t>
            </w:r>
          </w:p>
        </w:tc>
        <w:tc>
          <w:tcPr>
            <w:tcW w:w="0" w:type="auto"/>
          </w:tcPr>
          <w:p w14:paraId="5F04851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0.036</w:t>
            </w:r>
          </w:p>
        </w:tc>
        <w:tc>
          <w:tcPr>
            <w:tcW w:w="0" w:type="auto"/>
          </w:tcPr>
          <w:p w14:paraId="4B72FB1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4F509270" w14:textId="77777777" w:rsidTr="00AC400C">
        <w:trPr>
          <w:jc w:val="center"/>
        </w:trPr>
        <w:tc>
          <w:tcPr>
            <w:tcW w:w="0" w:type="auto"/>
          </w:tcPr>
          <w:p w14:paraId="31D22C2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66F3EBA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36A3E3D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869AE1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194783A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6792E12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08D4918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75.5</w:t>
            </w:r>
          </w:p>
        </w:tc>
        <w:tc>
          <w:tcPr>
            <w:tcW w:w="0" w:type="auto"/>
          </w:tcPr>
          <w:p w14:paraId="5DE095C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0.002</w:t>
            </w:r>
          </w:p>
        </w:tc>
        <w:tc>
          <w:tcPr>
            <w:tcW w:w="0" w:type="auto"/>
          </w:tcPr>
          <w:p w14:paraId="0BDEDF0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0.007</w:t>
            </w:r>
          </w:p>
        </w:tc>
        <w:tc>
          <w:tcPr>
            <w:tcW w:w="0" w:type="auto"/>
          </w:tcPr>
          <w:p w14:paraId="001F641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62A31E95" w14:textId="77777777" w:rsidTr="00AC400C">
        <w:trPr>
          <w:jc w:val="center"/>
        </w:trPr>
        <w:tc>
          <w:tcPr>
            <w:tcW w:w="0" w:type="auto"/>
          </w:tcPr>
          <w:p w14:paraId="610EADB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0B2B950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2201334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2319807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246316C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086C875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4690C1F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66.0</w:t>
            </w:r>
          </w:p>
        </w:tc>
        <w:tc>
          <w:tcPr>
            <w:tcW w:w="0" w:type="auto"/>
          </w:tcPr>
          <w:p w14:paraId="3A6CE9E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0.026</w:t>
            </w:r>
          </w:p>
        </w:tc>
        <w:tc>
          <w:tcPr>
            <w:tcW w:w="0" w:type="auto"/>
          </w:tcPr>
          <w:p w14:paraId="7F563B5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0.036</w:t>
            </w:r>
          </w:p>
        </w:tc>
        <w:tc>
          <w:tcPr>
            <w:tcW w:w="0" w:type="auto"/>
          </w:tcPr>
          <w:p w14:paraId="2A2EDB6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77CE6244" w14:textId="77777777" w:rsidTr="00AC400C">
        <w:trPr>
          <w:jc w:val="center"/>
        </w:trPr>
        <w:tc>
          <w:tcPr>
            <w:tcW w:w="0" w:type="auto"/>
          </w:tcPr>
          <w:p w14:paraId="26D92E1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74CB15A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2E09AE6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475B63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72DBFFF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7CF6C7F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2261717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63.0</w:t>
            </w:r>
          </w:p>
        </w:tc>
        <w:tc>
          <w:tcPr>
            <w:tcW w:w="0" w:type="auto"/>
          </w:tcPr>
          <w:p w14:paraId="0F49F6D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0.05</w:t>
            </w:r>
          </w:p>
        </w:tc>
        <w:tc>
          <w:tcPr>
            <w:tcW w:w="0" w:type="auto"/>
          </w:tcPr>
          <w:p w14:paraId="2390249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0.075</w:t>
            </w:r>
          </w:p>
        </w:tc>
        <w:tc>
          <w:tcPr>
            <w:tcW w:w="0" w:type="auto"/>
          </w:tcPr>
          <w:p w14:paraId="6BD8D0C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31ACC174" w14:textId="77777777" w:rsidTr="00AC400C">
        <w:trPr>
          <w:jc w:val="center"/>
        </w:trPr>
        <w:tc>
          <w:tcPr>
            <w:tcW w:w="0" w:type="auto"/>
          </w:tcPr>
          <w:p w14:paraId="439CD43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728567F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02F34F5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4B37B52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332DF01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045F848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5F6D274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70.0</w:t>
            </w:r>
          </w:p>
        </w:tc>
        <w:tc>
          <w:tcPr>
            <w:tcW w:w="0" w:type="auto"/>
          </w:tcPr>
          <w:p w14:paraId="7987E97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0.008</w:t>
            </w:r>
          </w:p>
        </w:tc>
        <w:tc>
          <w:tcPr>
            <w:tcW w:w="0" w:type="auto"/>
          </w:tcPr>
          <w:p w14:paraId="6E154A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0.023</w:t>
            </w:r>
          </w:p>
        </w:tc>
        <w:tc>
          <w:tcPr>
            <w:tcW w:w="0" w:type="auto"/>
          </w:tcPr>
          <w:p w14:paraId="41D55F1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w:t>
            </w:r>
          </w:p>
        </w:tc>
      </w:tr>
      <w:tr w:rsidR="00D32254" w:rsidRPr="00D32254" w14:paraId="47FFD569" w14:textId="77777777" w:rsidTr="00AC400C">
        <w:trPr>
          <w:jc w:val="center"/>
        </w:trPr>
        <w:tc>
          <w:tcPr>
            <w:tcW w:w="0" w:type="auto"/>
          </w:tcPr>
          <w:p w14:paraId="4B86546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7B610EB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557F7D9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1702F42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675C9F1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6750B81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1EB2DF5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44.0</w:t>
            </w:r>
          </w:p>
        </w:tc>
        <w:tc>
          <w:tcPr>
            <w:tcW w:w="0" w:type="auto"/>
          </w:tcPr>
          <w:p w14:paraId="4F2EBAB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0.796</w:t>
            </w:r>
          </w:p>
        </w:tc>
        <w:tc>
          <w:tcPr>
            <w:tcW w:w="0" w:type="auto"/>
          </w:tcPr>
          <w:p w14:paraId="4EBCC09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0.796</w:t>
            </w:r>
          </w:p>
        </w:tc>
        <w:tc>
          <w:tcPr>
            <w:tcW w:w="0" w:type="auto"/>
          </w:tcPr>
          <w:p w14:paraId="3A36163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0C23E565" w14:textId="77777777" w:rsidTr="00AC400C">
        <w:trPr>
          <w:jc w:val="center"/>
        </w:trPr>
        <w:tc>
          <w:tcPr>
            <w:tcW w:w="0" w:type="auto"/>
          </w:tcPr>
          <w:p w14:paraId="3CAB004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0736633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4C87CF2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1123C7A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24AFA83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01D414B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402AFA0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62.0</w:t>
            </w:r>
          </w:p>
        </w:tc>
        <w:tc>
          <w:tcPr>
            <w:tcW w:w="0" w:type="auto"/>
          </w:tcPr>
          <w:p w14:paraId="4BC5F68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0.062</w:t>
            </w:r>
          </w:p>
        </w:tc>
        <w:tc>
          <w:tcPr>
            <w:tcW w:w="0" w:type="auto"/>
          </w:tcPr>
          <w:p w14:paraId="04901ED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0.094</w:t>
            </w:r>
          </w:p>
        </w:tc>
        <w:tc>
          <w:tcPr>
            <w:tcW w:w="0" w:type="auto"/>
          </w:tcPr>
          <w:p w14:paraId="27FC10F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16C421A" w14:textId="77777777" w:rsidTr="00AC400C">
        <w:trPr>
          <w:jc w:val="center"/>
        </w:trPr>
        <w:tc>
          <w:tcPr>
            <w:tcW w:w="0" w:type="auto"/>
          </w:tcPr>
          <w:p w14:paraId="58240B5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79D4C70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72E5168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599D82D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0AB2726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7ADC185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689E6E3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67.0</w:t>
            </w:r>
          </w:p>
        </w:tc>
        <w:tc>
          <w:tcPr>
            <w:tcW w:w="0" w:type="auto"/>
          </w:tcPr>
          <w:p w14:paraId="20F6044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0.019</w:t>
            </w:r>
          </w:p>
        </w:tc>
        <w:tc>
          <w:tcPr>
            <w:tcW w:w="0" w:type="auto"/>
          </w:tcPr>
          <w:p w14:paraId="190ECD4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0.056</w:t>
            </w:r>
          </w:p>
        </w:tc>
        <w:tc>
          <w:tcPr>
            <w:tcW w:w="0" w:type="auto"/>
          </w:tcPr>
          <w:p w14:paraId="67E6843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3338C2F6" w14:textId="77777777" w:rsidTr="00AC400C">
        <w:trPr>
          <w:jc w:val="center"/>
        </w:trPr>
        <w:tc>
          <w:tcPr>
            <w:tcW w:w="0" w:type="auto"/>
          </w:tcPr>
          <w:p w14:paraId="0130916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w:t>
            </w:r>
          </w:p>
        </w:tc>
        <w:tc>
          <w:tcPr>
            <w:tcW w:w="0" w:type="auto"/>
          </w:tcPr>
          <w:p w14:paraId="3F47BBF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3E03DE5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3576419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14C02E3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2BB958A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w:t>
            </w:r>
          </w:p>
        </w:tc>
        <w:tc>
          <w:tcPr>
            <w:tcW w:w="0" w:type="auto"/>
          </w:tcPr>
          <w:p w14:paraId="008A0D3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37.0</w:t>
            </w:r>
          </w:p>
        </w:tc>
        <w:tc>
          <w:tcPr>
            <w:tcW w:w="0" w:type="auto"/>
          </w:tcPr>
          <w:p w14:paraId="4B2A43C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0.796</w:t>
            </w:r>
          </w:p>
        </w:tc>
        <w:tc>
          <w:tcPr>
            <w:tcW w:w="0" w:type="auto"/>
          </w:tcPr>
          <w:p w14:paraId="2F76539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0.796</w:t>
            </w:r>
          </w:p>
        </w:tc>
        <w:tc>
          <w:tcPr>
            <w:tcW w:w="0" w:type="auto"/>
          </w:tcPr>
          <w:p w14:paraId="69711B7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3891FB85" w14:textId="77777777" w:rsidTr="00AC400C">
        <w:trPr>
          <w:jc w:val="center"/>
        </w:trPr>
        <w:tc>
          <w:tcPr>
            <w:tcW w:w="0" w:type="auto"/>
          </w:tcPr>
          <w:p w14:paraId="239C197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368958E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4E25312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03DB495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0E9A1E0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497D95B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71E5F57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66.0</w:t>
            </w:r>
          </w:p>
        </w:tc>
        <w:tc>
          <w:tcPr>
            <w:tcW w:w="0" w:type="auto"/>
          </w:tcPr>
          <w:p w14:paraId="1E06712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0.531</w:t>
            </w:r>
          </w:p>
        </w:tc>
        <w:tc>
          <w:tcPr>
            <w:tcW w:w="0" w:type="auto"/>
          </w:tcPr>
          <w:p w14:paraId="782EE0E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0.764</w:t>
            </w:r>
          </w:p>
        </w:tc>
        <w:tc>
          <w:tcPr>
            <w:tcW w:w="0" w:type="auto"/>
          </w:tcPr>
          <w:p w14:paraId="397780B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6FADC439" w14:textId="77777777" w:rsidTr="00AC400C">
        <w:trPr>
          <w:jc w:val="center"/>
        </w:trPr>
        <w:tc>
          <w:tcPr>
            <w:tcW w:w="0" w:type="auto"/>
          </w:tcPr>
          <w:p w14:paraId="536AEDA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482B7BA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47329B2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7B7785A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334E567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5F58F3E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7292578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72.0</w:t>
            </w:r>
          </w:p>
        </w:tc>
        <w:tc>
          <w:tcPr>
            <w:tcW w:w="0" w:type="auto"/>
          </w:tcPr>
          <w:p w14:paraId="7335027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0.764</w:t>
            </w:r>
          </w:p>
        </w:tc>
        <w:tc>
          <w:tcPr>
            <w:tcW w:w="0" w:type="auto"/>
          </w:tcPr>
          <w:p w14:paraId="53ABF45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0.764</w:t>
            </w:r>
          </w:p>
        </w:tc>
        <w:tc>
          <w:tcPr>
            <w:tcW w:w="0" w:type="auto"/>
          </w:tcPr>
          <w:p w14:paraId="06C932C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263827F" w14:textId="77777777" w:rsidTr="00AC400C">
        <w:trPr>
          <w:jc w:val="center"/>
        </w:trPr>
        <w:tc>
          <w:tcPr>
            <w:tcW w:w="0" w:type="auto"/>
          </w:tcPr>
          <w:p w14:paraId="784DA6E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5609EBC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q0</w:t>
            </w:r>
          </w:p>
        </w:tc>
        <w:tc>
          <w:tcPr>
            <w:tcW w:w="0" w:type="auto"/>
          </w:tcPr>
          <w:p w14:paraId="55A6F9B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01C8070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1C26DE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4B00543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66ABFCC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94.5</w:t>
            </w:r>
          </w:p>
        </w:tc>
        <w:tc>
          <w:tcPr>
            <w:tcW w:w="0" w:type="auto"/>
          </w:tcPr>
          <w:p w14:paraId="6F0D319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0.625</w:t>
            </w:r>
          </w:p>
        </w:tc>
        <w:tc>
          <w:tcPr>
            <w:tcW w:w="0" w:type="auto"/>
          </w:tcPr>
          <w:p w14:paraId="68352D4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0.764</w:t>
            </w:r>
          </w:p>
        </w:tc>
        <w:tc>
          <w:tcPr>
            <w:tcW w:w="0" w:type="auto"/>
          </w:tcPr>
          <w:p w14:paraId="5B16BD2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14B6770C" w14:textId="77777777" w:rsidTr="00AC400C">
        <w:trPr>
          <w:jc w:val="center"/>
        </w:trPr>
        <w:tc>
          <w:tcPr>
            <w:tcW w:w="0" w:type="auto"/>
          </w:tcPr>
          <w:p w14:paraId="0E92093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137977D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35F6AD7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536AC4CA"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420C698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713A1CD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5D713D0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111.0</w:t>
            </w:r>
          </w:p>
        </w:tc>
        <w:tc>
          <w:tcPr>
            <w:tcW w:w="0" w:type="auto"/>
          </w:tcPr>
          <w:p w14:paraId="5C3FC03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0.077</w:t>
            </w:r>
          </w:p>
        </w:tc>
        <w:tc>
          <w:tcPr>
            <w:tcW w:w="0" w:type="auto"/>
          </w:tcPr>
          <w:p w14:paraId="14BDC31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0.23</w:t>
            </w:r>
          </w:p>
        </w:tc>
        <w:tc>
          <w:tcPr>
            <w:tcW w:w="0" w:type="auto"/>
          </w:tcPr>
          <w:p w14:paraId="4EF128C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5CF4AA95" w14:textId="77777777" w:rsidTr="00AC400C">
        <w:trPr>
          <w:jc w:val="center"/>
        </w:trPr>
        <w:tc>
          <w:tcPr>
            <w:tcW w:w="0" w:type="auto"/>
          </w:tcPr>
          <w:p w14:paraId="3701BA89"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585DF5E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27B0955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3C5DD0F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762693E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4106097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1FA7268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103.0</w:t>
            </w:r>
          </w:p>
        </w:tc>
        <w:tc>
          <w:tcPr>
            <w:tcW w:w="0" w:type="auto"/>
          </w:tcPr>
          <w:p w14:paraId="6A7DD74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0.186</w:t>
            </w:r>
          </w:p>
        </w:tc>
        <w:tc>
          <w:tcPr>
            <w:tcW w:w="0" w:type="auto"/>
          </w:tcPr>
          <w:p w14:paraId="78B83DD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0.279</w:t>
            </w:r>
          </w:p>
        </w:tc>
        <w:tc>
          <w:tcPr>
            <w:tcW w:w="0" w:type="auto"/>
          </w:tcPr>
          <w:p w14:paraId="4F286D4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7EC27343" w14:textId="77777777" w:rsidTr="00AC400C">
        <w:trPr>
          <w:jc w:val="center"/>
        </w:trPr>
        <w:tc>
          <w:tcPr>
            <w:tcW w:w="0" w:type="auto"/>
          </w:tcPr>
          <w:p w14:paraId="3141110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283675B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q1</w:t>
            </w:r>
          </w:p>
        </w:tc>
        <w:tc>
          <w:tcPr>
            <w:tcW w:w="0" w:type="auto"/>
          </w:tcPr>
          <w:p w14:paraId="4C4F786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1FC9D4D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1CF801E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716D7F5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10BAFB95"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80.0</w:t>
            </w:r>
          </w:p>
        </w:tc>
        <w:tc>
          <w:tcPr>
            <w:tcW w:w="0" w:type="auto"/>
          </w:tcPr>
          <w:p w14:paraId="705247D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0.84</w:t>
            </w:r>
          </w:p>
        </w:tc>
        <w:tc>
          <w:tcPr>
            <w:tcW w:w="0" w:type="auto"/>
          </w:tcPr>
          <w:p w14:paraId="1F9ACC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0.84</w:t>
            </w:r>
          </w:p>
        </w:tc>
        <w:tc>
          <w:tcPr>
            <w:tcW w:w="0" w:type="auto"/>
          </w:tcPr>
          <w:p w14:paraId="1099FE6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7F9872CF" w14:textId="77777777" w:rsidTr="00AC400C">
        <w:trPr>
          <w:jc w:val="center"/>
        </w:trPr>
        <w:tc>
          <w:tcPr>
            <w:tcW w:w="0" w:type="auto"/>
          </w:tcPr>
          <w:p w14:paraId="04CCBF1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3DCC730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6766D0C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6E64435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1777A99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64B2931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31C10BBB"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113.0</w:t>
            </w:r>
          </w:p>
        </w:tc>
        <w:tc>
          <w:tcPr>
            <w:tcW w:w="0" w:type="auto"/>
          </w:tcPr>
          <w:p w14:paraId="55EBD7E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0.06</w:t>
            </w:r>
          </w:p>
        </w:tc>
        <w:tc>
          <w:tcPr>
            <w:tcW w:w="0" w:type="auto"/>
          </w:tcPr>
          <w:p w14:paraId="53C5AF8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0.179</w:t>
            </w:r>
          </w:p>
        </w:tc>
        <w:tc>
          <w:tcPr>
            <w:tcW w:w="0" w:type="auto"/>
          </w:tcPr>
          <w:p w14:paraId="61EA966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D32254" w:rsidRPr="00D32254" w14:paraId="5E4F35F5" w14:textId="77777777" w:rsidTr="00AC400C">
        <w:trPr>
          <w:jc w:val="center"/>
        </w:trPr>
        <w:tc>
          <w:tcPr>
            <w:tcW w:w="0" w:type="auto"/>
          </w:tcPr>
          <w:p w14:paraId="1679726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4C268EF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7E487B3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Bucket</w:t>
            </w:r>
          </w:p>
        </w:tc>
        <w:tc>
          <w:tcPr>
            <w:tcW w:w="0" w:type="auto"/>
          </w:tcPr>
          <w:p w14:paraId="3DACD29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2A18A9D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12</w:t>
            </w:r>
          </w:p>
        </w:tc>
        <w:tc>
          <w:tcPr>
            <w:tcW w:w="0" w:type="auto"/>
          </w:tcPr>
          <w:p w14:paraId="0F37E6DC"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6EA04C47"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101.0</w:t>
            </w:r>
          </w:p>
        </w:tc>
        <w:tc>
          <w:tcPr>
            <w:tcW w:w="0" w:type="auto"/>
          </w:tcPr>
          <w:p w14:paraId="169B2F24"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0.225</w:t>
            </w:r>
          </w:p>
        </w:tc>
        <w:tc>
          <w:tcPr>
            <w:tcW w:w="0" w:type="auto"/>
          </w:tcPr>
          <w:p w14:paraId="5A6C286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0.338</w:t>
            </w:r>
          </w:p>
        </w:tc>
        <w:tc>
          <w:tcPr>
            <w:tcW w:w="0" w:type="auto"/>
          </w:tcPr>
          <w:p w14:paraId="0256FDB2"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r w:rsidR="007C13FD" w:rsidRPr="00D32254" w14:paraId="64D8B648" w14:textId="77777777" w:rsidTr="00AC400C">
        <w:trPr>
          <w:jc w:val="center"/>
        </w:trPr>
        <w:tc>
          <w:tcPr>
            <w:tcW w:w="0" w:type="auto"/>
          </w:tcPr>
          <w:p w14:paraId="1FD5DCDD"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8</w:t>
            </w:r>
          </w:p>
        </w:tc>
        <w:tc>
          <w:tcPr>
            <w:tcW w:w="0" w:type="auto"/>
          </w:tcPr>
          <w:p w14:paraId="6A86C12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q2</w:t>
            </w:r>
          </w:p>
        </w:tc>
        <w:tc>
          <w:tcPr>
            <w:tcW w:w="0" w:type="auto"/>
          </w:tcPr>
          <w:p w14:paraId="4EAC0DB1"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Intake</w:t>
            </w:r>
          </w:p>
        </w:tc>
        <w:tc>
          <w:tcPr>
            <w:tcW w:w="0" w:type="auto"/>
          </w:tcPr>
          <w:p w14:paraId="39961F0F"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Niskin</w:t>
            </w:r>
          </w:p>
        </w:tc>
        <w:tc>
          <w:tcPr>
            <w:tcW w:w="0" w:type="auto"/>
          </w:tcPr>
          <w:p w14:paraId="4F326188"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5AD48B8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13</w:t>
            </w:r>
          </w:p>
        </w:tc>
        <w:tc>
          <w:tcPr>
            <w:tcW w:w="0" w:type="auto"/>
          </w:tcPr>
          <w:p w14:paraId="26F89953"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75.0</w:t>
            </w:r>
          </w:p>
        </w:tc>
        <w:tc>
          <w:tcPr>
            <w:tcW w:w="0" w:type="auto"/>
          </w:tcPr>
          <w:p w14:paraId="2A1EC73E"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0.65</w:t>
            </w:r>
          </w:p>
        </w:tc>
        <w:tc>
          <w:tcPr>
            <w:tcW w:w="0" w:type="auto"/>
          </w:tcPr>
          <w:p w14:paraId="79CE50F0"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0.65</w:t>
            </w:r>
          </w:p>
        </w:tc>
        <w:tc>
          <w:tcPr>
            <w:tcW w:w="0" w:type="auto"/>
          </w:tcPr>
          <w:p w14:paraId="7B0408F6" w14:textId="77777777" w:rsidR="00046D34" w:rsidRPr="00D32254" w:rsidRDefault="00046D34" w:rsidP="00AC400C">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ns</w:t>
            </w:r>
          </w:p>
        </w:tc>
      </w:tr>
    </w:tbl>
    <w:p w14:paraId="484ECC3A" w14:textId="77777777" w:rsidR="00046D34" w:rsidRPr="00D32254" w:rsidRDefault="00046D34" w:rsidP="00166686">
      <w:pPr>
        <w:jc w:val="both"/>
        <w:rPr>
          <w:rFonts w:ascii="Times New Roman" w:hAnsi="Times New Roman" w:cs="Times New Roman"/>
          <w:b/>
          <w:bCs/>
          <w:color w:val="000000" w:themeColor="text1"/>
        </w:rPr>
      </w:pPr>
    </w:p>
    <w:p w14:paraId="4B18A8E5" w14:textId="77777777" w:rsidR="00046D34" w:rsidRPr="00D32254" w:rsidRDefault="00046D34" w:rsidP="00166686">
      <w:pPr>
        <w:jc w:val="both"/>
        <w:rPr>
          <w:rFonts w:ascii="Times New Roman" w:hAnsi="Times New Roman" w:cs="Times New Roman"/>
          <w:b/>
          <w:bCs/>
          <w:color w:val="000000" w:themeColor="text1"/>
        </w:rPr>
      </w:pPr>
    </w:p>
    <w:p w14:paraId="7CD9F861" w14:textId="77777777" w:rsidR="00046D34" w:rsidRPr="00D32254" w:rsidRDefault="00046D34" w:rsidP="00166686">
      <w:pPr>
        <w:jc w:val="both"/>
        <w:rPr>
          <w:rFonts w:ascii="Times New Roman" w:hAnsi="Times New Roman" w:cs="Times New Roman"/>
          <w:b/>
          <w:bCs/>
          <w:color w:val="000000" w:themeColor="text1"/>
        </w:rPr>
      </w:pPr>
    </w:p>
    <w:p w14:paraId="038576B0" w14:textId="77777777" w:rsidR="00046D34" w:rsidRPr="00D32254" w:rsidRDefault="00046D34" w:rsidP="00166686">
      <w:pPr>
        <w:jc w:val="both"/>
        <w:rPr>
          <w:rFonts w:ascii="Times New Roman" w:hAnsi="Times New Roman" w:cs="Times New Roman"/>
          <w:b/>
          <w:bCs/>
          <w:color w:val="000000" w:themeColor="text1"/>
        </w:rPr>
      </w:pPr>
    </w:p>
    <w:p w14:paraId="196D33AD" w14:textId="77777777" w:rsidR="00046D34" w:rsidRPr="00D32254" w:rsidRDefault="00046D34" w:rsidP="00166686">
      <w:pPr>
        <w:jc w:val="both"/>
        <w:rPr>
          <w:rFonts w:ascii="Times New Roman" w:hAnsi="Times New Roman" w:cs="Times New Roman"/>
          <w:b/>
          <w:bCs/>
          <w:color w:val="000000" w:themeColor="text1"/>
        </w:rPr>
      </w:pPr>
    </w:p>
    <w:p w14:paraId="5847F5AC" w14:textId="77777777" w:rsidR="00046D34" w:rsidRPr="00D32254" w:rsidRDefault="00046D34" w:rsidP="00166686">
      <w:pPr>
        <w:jc w:val="both"/>
        <w:rPr>
          <w:rFonts w:ascii="Times New Roman" w:hAnsi="Times New Roman" w:cs="Times New Roman"/>
          <w:b/>
          <w:bCs/>
          <w:color w:val="000000" w:themeColor="text1"/>
        </w:rPr>
      </w:pPr>
    </w:p>
    <w:p w14:paraId="739FEC83" w14:textId="77777777" w:rsidR="00046D34" w:rsidRPr="00D32254" w:rsidRDefault="00046D34" w:rsidP="00166686">
      <w:pPr>
        <w:jc w:val="both"/>
        <w:rPr>
          <w:rFonts w:ascii="Times New Roman" w:hAnsi="Times New Roman" w:cs="Times New Roman"/>
          <w:b/>
          <w:bCs/>
          <w:color w:val="000000" w:themeColor="text1"/>
        </w:rPr>
      </w:pPr>
    </w:p>
    <w:p w14:paraId="3CE01919" w14:textId="77777777" w:rsidR="00046D34" w:rsidRPr="00D32254" w:rsidRDefault="00046D34" w:rsidP="00166686">
      <w:pPr>
        <w:jc w:val="both"/>
        <w:rPr>
          <w:rFonts w:ascii="Times New Roman" w:hAnsi="Times New Roman" w:cs="Times New Roman"/>
          <w:b/>
          <w:bCs/>
          <w:color w:val="000000" w:themeColor="text1"/>
        </w:rPr>
      </w:pPr>
    </w:p>
    <w:p w14:paraId="4B207D92" w14:textId="77777777" w:rsidR="00DB23B7" w:rsidRPr="00D32254" w:rsidRDefault="00DB23B7" w:rsidP="00166686">
      <w:pPr>
        <w:jc w:val="both"/>
        <w:rPr>
          <w:rFonts w:ascii="Times New Roman" w:hAnsi="Times New Roman" w:cs="Times New Roman"/>
          <w:b/>
          <w:bCs/>
          <w:color w:val="000000" w:themeColor="text1"/>
        </w:rPr>
      </w:pPr>
    </w:p>
    <w:p w14:paraId="58F14EE5" w14:textId="77777777" w:rsidR="00DB23B7" w:rsidRPr="00D32254" w:rsidRDefault="00DB23B7" w:rsidP="00166686">
      <w:pPr>
        <w:jc w:val="both"/>
        <w:rPr>
          <w:rFonts w:ascii="Times New Roman" w:hAnsi="Times New Roman" w:cs="Times New Roman"/>
          <w:b/>
          <w:bCs/>
          <w:color w:val="000000" w:themeColor="text1"/>
        </w:rPr>
      </w:pPr>
    </w:p>
    <w:p w14:paraId="55C6BD3B" w14:textId="77777777" w:rsidR="00DB23B7" w:rsidRPr="00D32254" w:rsidRDefault="00DB23B7" w:rsidP="00166686">
      <w:pPr>
        <w:jc w:val="both"/>
        <w:rPr>
          <w:rFonts w:ascii="Times New Roman" w:hAnsi="Times New Roman" w:cs="Times New Roman"/>
          <w:b/>
          <w:bCs/>
          <w:color w:val="000000" w:themeColor="text1"/>
        </w:rPr>
      </w:pPr>
    </w:p>
    <w:p w14:paraId="3EF4AB0F" w14:textId="77777777" w:rsidR="00DB23B7" w:rsidRPr="00D32254" w:rsidRDefault="00DB23B7" w:rsidP="00166686">
      <w:pPr>
        <w:jc w:val="both"/>
        <w:rPr>
          <w:rFonts w:ascii="Times New Roman" w:hAnsi="Times New Roman" w:cs="Times New Roman"/>
          <w:b/>
          <w:bCs/>
          <w:color w:val="000000" w:themeColor="text1"/>
        </w:rPr>
      </w:pPr>
    </w:p>
    <w:p w14:paraId="54218F5A" w14:textId="77777777" w:rsidR="00DB23B7" w:rsidRPr="00D32254" w:rsidRDefault="00DB23B7" w:rsidP="00166686">
      <w:pPr>
        <w:jc w:val="both"/>
        <w:rPr>
          <w:rFonts w:ascii="Times New Roman" w:hAnsi="Times New Roman" w:cs="Times New Roman"/>
          <w:b/>
          <w:bCs/>
          <w:color w:val="000000" w:themeColor="text1"/>
        </w:rPr>
      </w:pPr>
    </w:p>
    <w:p w14:paraId="666AD003" w14:textId="77777777" w:rsidR="00DB23B7" w:rsidRPr="00D32254" w:rsidRDefault="00DB23B7" w:rsidP="00166686">
      <w:pPr>
        <w:jc w:val="both"/>
        <w:rPr>
          <w:rFonts w:ascii="Times New Roman" w:hAnsi="Times New Roman" w:cs="Times New Roman"/>
          <w:b/>
          <w:bCs/>
          <w:color w:val="000000" w:themeColor="text1"/>
        </w:rPr>
      </w:pPr>
    </w:p>
    <w:p w14:paraId="602A2C11" w14:textId="77777777" w:rsidR="00DB23B7" w:rsidRPr="00D32254" w:rsidRDefault="00DB23B7" w:rsidP="00166686">
      <w:pPr>
        <w:jc w:val="both"/>
        <w:rPr>
          <w:rFonts w:ascii="Times New Roman" w:hAnsi="Times New Roman" w:cs="Times New Roman"/>
          <w:b/>
          <w:bCs/>
          <w:color w:val="000000" w:themeColor="text1"/>
        </w:rPr>
      </w:pPr>
    </w:p>
    <w:p w14:paraId="34477840" w14:textId="77777777" w:rsidR="00DB23B7" w:rsidRPr="00D32254" w:rsidRDefault="00DB23B7" w:rsidP="00166686">
      <w:pPr>
        <w:jc w:val="both"/>
        <w:rPr>
          <w:rFonts w:ascii="Times New Roman" w:hAnsi="Times New Roman" w:cs="Times New Roman"/>
          <w:b/>
          <w:bCs/>
          <w:color w:val="000000" w:themeColor="text1"/>
        </w:rPr>
      </w:pPr>
    </w:p>
    <w:p w14:paraId="1D0BFC0A" w14:textId="77777777" w:rsidR="00DB23B7" w:rsidRPr="00D32254" w:rsidRDefault="00DB23B7" w:rsidP="00166686">
      <w:pPr>
        <w:jc w:val="both"/>
        <w:rPr>
          <w:rFonts w:ascii="Times New Roman" w:hAnsi="Times New Roman" w:cs="Times New Roman"/>
          <w:b/>
          <w:bCs/>
          <w:color w:val="000000" w:themeColor="text1"/>
        </w:rPr>
      </w:pPr>
    </w:p>
    <w:p w14:paraId="3ABB533E" w14:textId="77777777" w:rsidR="00DB23B7" w:rsidRPr="00D32254" w:rsidRDefault="00DB23B7" w:rsidP="00166686">
      <w:pPr>
        <w:jc w:val="both"/>
        <w:rPr>
          <w:rFonts w:ascii="Times New Roman" w:hAnsi="Times New Roman" w:cs="Times New Roman"/>
          <w:b/>
          <w:bCs/>
          <w:color w:val="000000" w:themeColor="text1"/>
        </w:rPr>
      </w:pPr>
    </w:p>
    <w:p w14:paraId="1296B7ED" w14:textId="77777777" w:rsidR="00DB23B7" w:rsidRPr="00D32254" w:rsidRDefault="00DB23B7" w:rsidP="00166686">
      <w:pPr>
        <w:jc w:val="both"/>
        <w:rPr>
          <w:rFonts w:ascii="Times New Roman" w:hAnsi="Times New Roman" w:cs="Times New Roman"/>
          <w:b/>
          <w:bCs/>
          <w:color w:val="000000" w:themeColor="text1"/>
        </w:rPr>
      </w:pPr>
    </w:p>
    <w:p w14:paraId="09AC09CE" w14:textId="77777777" w:rsidR="00DB23B7" w:rsidRPr="00D32254" w:rsidRDefault="00DB23B7" w:rsidP="00166686">
      <w:pPr>
        <w:jc w:val="both"/>
        <w:rPr>
          <w:rFonts w:ascii="Times New Roman" w:hAnsi="Times New Roman" w:cs="Times New Roman"/>
          <w:b/>
          <w:bCs/>
          <w:color w:val="000000" w:themeColor="text1"/>
        </w:rPr>
      </w:pPr>
    </w:p>
    <w:p w14:paraId="40DE45ED" w14:textId="77777777" w:rsidR="00DB23B7" w:rsidRPr="00D32254" w:rsidRDefault="00DB23B7" w:rsidP="00166686">
      <w:pPr>
        <w:jc w:val="both"/>
        <w:rPr>
          <w:rFonts w:ascii="Times New Roman" w:hAnsi="Times New Roman" w:cs="Times New Roman"/>
          <w:b/>
          <w:bCs/>
          <w:color w:val="000000" w:themeColor="text1"/>
        </w:rPr>
      </w:pPr>
    </w:p>
    <w:p w14:paraId="2E5BA3F6" w14:textId="77777777" w:rsidR="00DB23B7" w:rsidRPr="00D32254" w:rsidRDefault="00DB23B7" w:rsidP="00166686">
      <w:pPr>
        <w:jc w:val="both"/>
        <w:rPr>
          <w:rFonts w:ascii="Times New Roman" w:hAnsi="Times New Roman" w:cs="Times New Roman"/>
          <w:b/>
          <w:bCs/>
          <w:color w:val="000000" w:themeColor="text1"/>
        </w:rPr>
      </w:pPr>
    </w:p>
    <w:p w14:paraId="058D1078" w14:textId="77777777" w:rsidR="00DB23B7" w:rsidRPr="00D32254" w:rsidRDefault="00DB23B7" w:rsidP="00166686">
      <w:pPr>
        <w:jc w:val="both"/>
        <w:rPr>
          <w:rFonts w:ascii="Times New Roman" w:hAnsi="Times New Roman" w:cs="Times New Roman"/>
          <w:b/>
          <w:bCs/>
          <w:color w:val="000000" w:themeColor="text1"/>
        </w:rPr>
      </w:pPr>
    </w:p>
    <w:p w14:paraId="711A45BB" w14:textId="77777777" w:rsidR="00DB23B7" w:rsidRPr="00D32254" w:rsidRDefault="00DB23B7" w:rsidP="00166686">
      <w:pPr>
        <w:jc w:val="both"/>
        <w:rPr>
          <w:rFonts w:ascii="Times New Roman" w:hAnsi="Times New Roman" w:cs="Times New Roman"/>
          <w:b/>
          <w:bCs/>
          <w:color w:val="000000" w:themeColor="text1"/>
        </w:rPr>
      </w:pPr>
    </w:p>
    <w:p w14:paraId="39A2D72D" w14:textId="77777777" w:rsidR="00DB23B7" w:rsidRPr="00D32254" w:rsidRDefault="00DB23B7" w:rsidP="00166686">
      <w:pPr>
        <w:jc w:val="both"/>
        <w:rPr>
          <w:rFonts w:ascii="Times New Roman" w:hAnsi="Times New Roman" w:cs="Times New Roman"/>
          <w:b/>
          <w:bCs/>
          <w:color w:val="000000" w:themeColor="text1"/>
        </w:rPr>
      </w:pPr>
    </w:p>
    <w:p w14:paraId="39588CA4" w14:textId="77777777" w:rsidR="00DB23B7" w:rsidRPr="00D32254" w:rsidRDefault="00DB23B7" w:rsidP="00166686">
      <w:pPr>
        <w:jc w:val="both"/>
        <w:rPr>
          <w:rFonts w:ascii="Times New Roman" w:hAnsi="Times New Roman" w:cs="Times New Roman"/>
          <w:b/>
          <w:bCs/>
          <w:color w:val="000000" w:themeColor="text1"/>
        </w:rPr>
      </w:pPr>
    </w:p>
    <w:p w14:paraId="5DDF9566" w14:textId="77777777" w:rsidR="00DB23B7" w:rsidRPr="00D32254" w:rsidRDefault="00DB23B7" w:rsidP="00166686">
      <w:pPr>
        <w:jc w:val="both"/>
        <w:rPr>
          <w:rFonts w:ascii="Times New Roman" w:hAnsi="Times New Roman" w:cs="Times New Roman"/>
          <w:b/>
          <w:bCs/>
          <w:color w:val="000000" w:themeColor="text1"/>
        </w:rPr>
      </w:pPr>
    </w:p>
    <w:p w14:paraId="12D2506D" w14:textId="77777777" w:rsidR="00DB23B7" w:rsidRPr="00D32254" w:rsidRDefault="00DB23B7" w:rsidP="00166686">
      <w:pPr>
        <w:jc w:val="both"/>
        <w:rPr>
          <w:rFonts w:ascii="Times New Roman" w:hAnsi="Times New Roman" w:cs="Times New Roman"/>
          <w:b/>
          <w:bCs/>
          <w:color w:val="000000" w:themeColor="text1"/>
        </w:rPr>
      </w:pPr>
    </w:p>
    <w:p w14:paraId="66F8469D" w14:textId="4B639667" w:rsidR="009D407B" w:rsidRPr="00D32254" w:rsidRDefault="009D407B" w:rsidP="009D407B">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lastRenderedPageBreak/>
        <w:t>Table S</w:t>
      </w:r>
      <w:r w:rsidR="007C13FD" w:rsidRPr="00D32254">
        <w:rPr>
          <w:rFonts w:ascii="Times New Roman" w:hAnsi="Times New Roman" w:cs="Times New Roman"/>
          <w:b/>
          <w:bCs/>
          <w:color w:val="000000" w:themeColor="text1"/>
        </w:rPr>
        <w:t>8</w:t>
      </w:r>
      <w:r w:rsidRPr="00D32254">
        <w:rPr>
          <w:rFonts w:ascii="Times New Roman" w:hAnsi="Times New Roman" w:cs="Times New Roman"/>
          <w:color w:val="000000" w:themeColor="text1"/>
        </w:rPr>
        <w:t xml:space="preserve"> Summary of PERMANOVA results showing the variation in fish community composition explained by sampling method, season, time of sampling (day/night), and environmental variables (chlorophyll-a concentration, MLD, and temperature), excluding region (cluster) as a factor. The analysis was based on Jaccard dissimilarity and used 999 permutations. Significant results are indicated by asterisks (*** p &lt; 0.001).</w:t>
      </w:r>
    </w:p>
    <w:p w14:paraId="5DB9D16C" w14:textId="77777777" w:rsidR="009D407B" w:rsidRPr="00D32254" w:rsidRDefault="009D407B" w:rsidP="009D407B">
      <w:pPr>
        <w:rPr>
          <w:rFonts w:ascii="Times New Roman" w:hAnsi="Times New Roman" w:cs="Times New Roman"/>
          <w:color w:val="000000" w:themeColor="text1"/>
        </w:rPr>
      </w:pPr>
    </w:p>
    <w:tbl>
      <w:tblPr>
        <w:tblStyle w:val="afe"/>
        <w:tblW w:w="0" w:type="auto"/>
        <w:jc w:val="center"/>
        <w:tblLook w:val="04A0" w:firstRow="1" w:lastRow="0" w:firstColumn="1" w:lastColumn="0" w:noHBand="0" w:noVBand="1"/>
      </w:tblPr>
      <w:tblGrid>
        <w:gridCol w:w="1442"/>
        <w:gridCol w:w="871"/>
        <w:gridCol w:w="1404"/>
        <w:gridCol w:w="1163"/>
        <w:gridCol w:w="1078"/>
        <w:gridCol w:w="1045"/>
        <w:gridCol w:w="1011"/>
        <w:gridCol w:w="996"/>
      </w:tblGrid>
      <w:tr w:rsidR="00D32254" w:rsidRPr="00D32254" w14:paraId="737E8036" w14:textId="77777777" w:rsidTr="009104BC">
        <w:trPr>
          <w:jc w:val="center"/>
        </w:trPr>
        <w:tc>
          <w:tcPr>
            <w:tcW w:w="1080" w:type="dxa"/>
          </w:tcPr>
          <w:p w14:paraId="3CA3F4A6"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Factor</w:t>
            </w:r>
          </w:p>
        </w:tc>
        <w:tc>
          <w:tcPr>
            <w:tcW w:w="1080" w:type="dxa"/>
          </w:tcPr>
          <w:p w14:paraId="78ED6B07"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Df</w:t>
            </w:r>
          </w:p>
        </w:tc>
        <w:tc>
          <w:tcPr>
            <w:tcW w:w="1080" w:type="dxa"/>
          </w:tcPr>
          <w:p w14:paraId="472FECDE"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SumsOfSqs</w:t>
            </w:r>
          </w:p>
        </w:tc>
        <w:tc>
          <w:tcPr>
            <w:tcW w:w="1080" w:type="dxa"/>
          </w:tcPr>
          <w:p w14:paraId="149EEE1F"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MeanSqs</w:t>
            </w:r>
          </w:p>
        </w:tc>
        <w:tc>
          <w:tcPr>
            <w:tcW w:w="1080" w:type="dxa"/>
          </w:tcPr>
          <w:p w14:paraId="3021DD33"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F.Model</w:t>
            </w:r>
          </w:p>
        </w:tc>
        <w:tc>
          <w:tcPr>
            <w:tcW w:w="1080" w:type="dxa"/>
          </w:tcPr>
          <w:p w14:paraId="1E2FC160"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R2</w:t>
            </w:r>
          </w:p>
        </w:tc>
        <w:tc>
          <w:tcPr>
            <w:tcW w:w="1080" w:type="dxa"/>
          </w:tcPr>
          <w:p w14:paraId="291A3D2B"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Pr(&gt;F)</w:t>
            </w:r>
          </w:p>
        </w:tc>
        <w:tc>
          <w:tcPr>
            <w:tcW w:w="1080" w:type="dxa"/>
          </w:tcPr>
          <w:p w14:paraId="6EA9646C" w14:textId="77777777" w:rsidR="009D407B" w:rsidRPr="00D32254" w:rsidRDefault="009D407B" w:rsidP="009104BC">
            <w:pPr>
              <w:jc w:val="cente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Signif.</w:t>
            </w:r>
          </w:p>
        </w:tc>
      </w:tr>
      <w:tr w:rsidR="00D32254" w:rsidRPr="00D32254" w14:paraId="26842E37" w14:textId="77777777" w:rsidTr="009104BC">
        <w:trPr>
          <w:jc w:val="center"/>
        </w:trPr>
        <w:tc>
          <w:tcPr>
            <w:tcW w:w="1080" w:type="dxa"/>
          </w:tcPr>
          <w:p w14:paraId="570996EB"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Method</w:t>
            </w:r>
          </w:p>
        </w:tc>
        <w:tc>
          <w:tcPr>
            <w:tcW w:w="1080" w:type="dxa"/>
          </w:tcPr>
          <w:p w14:paraId="25EFA697"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2</w:t>
            </w:r>
          </w:p>
        </w:tc>
        <w:tc>
          <w:tcPr>
            <w:tcW w:w="1080" w:type="dxa"/>
          </w:tcPr>
          <w:p w14:paraId="75D6B3F0"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1.49</w:t>
            </w:r>
          </w:p>
        </w:tc>
        <w:tc>
          <w:tcPr>
            <w:tcW w:w="1080" w:type="dxa"/>
          </w:tcPr>
          <w:p w14:paraId="48C1EA29"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0.7452</w:t>
            </w:r>
          </w:p>
        </w:tc>
        <w:tc>
          <w:tcPr>
            <w:tcW w:w="1080" w:type="dxa"/>
          </w:tcPr>
          <w:p w14:paraId="5240F6F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2.15</w:t>
            </w:r>
          </w:p>
        </w:tc>
        <w:tc>
          <w:tcPr>
            <w:tcW w:w="1080" w:type="dxa"/>
          </w:tcPr>
          <w:p w14:paraId="21504EC9"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0.01404</w:t>
            </w:r>
          </w:p>
        </w:tc>
        <w:tc>
          <w:tcPr>
            <w:tcW w:w="1080" w:type="dxa"/>
          </w:tcPr>
          <w:p w14:paraId="20EB26B3"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0.001</w:t>
            </w:r>
          </w:p>
        </w:tc>
        <w:tc>
          <w:tcPr>
            <w:tcW w:w="1080" w:type="dxa"/>
          </w:tcPr>
          <w:p w14:paraId="783864E9"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w:t>
            </w:r>
          </w:p>
        </w:tc>
      </w:tr>
      <w:tr w:rsidR="00D32254" w:rsidRPr="00D32254" w14:paraId="28D67C5B" w14:textId="77777777" w:rsidTr="009104BC">
        <w:trPr>
          <w:jc w:val="center"/>
        </w:trPr>
        <w:tc>
          <w:tcPr>
            <w:tcW w:w="1080" w:type="dxa"/>
          </w:tcPr>
          <w:p w14:paraId="37EDB94A"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Season</w:t>
            </w:r>
          </w:p>
        </w:tc>
        <w:tc>
          <w:tcPr>
            <w:tcW w:w="1080" w:type="dxa"/>
          </w:tcPr>
          <w:p w14:paraId="35EA2666"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3</w:t>
            </w:r>
          </w:p>
        </w:tc>
        <w:tc>
          <w:tcPr>
            <w:tcW w:w="1080" w:type="dxa"/>
          </w:tcPr>
          <w:p w14:paraId="72CFDAB6"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11.976</w:t>
            </w:r>
          </w:p>
        </w:tc>
        <w:tc>
          <w:tcPr>
            <w:tcW w:w="1080" w:type="dxa"/>
          </w:tcPr>
          <w:p w14:paraId="2B067925"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3.9921</w:t>
            </w:r>
          </w:p>
        </w:tc>
        <w:tc>
          <w:tcPr>
            <w:tcW w:w="1080" w:type="dxa"/>
          </w:tcPr>
          <w:p w14:paraId="3262520A"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11.517</w:t>
            </w:r>
          </w:p>
        </w:tc>
        <w:tc>
          <w:tcPr>
            <w:tcW w:w="1080" w:type="dxa"/>
          </w:tcPr>
          <w:p w14:paraId="00F21C0F"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0.1128</w:t>
            </w:r>
          </w:p>
        </w:tc>
        <w:tc>
          <w:tcPr>
            <w:tcW w:w="1080" w:type="dxa"/>
          </w:tcPr>
          <w:p w14:paraId="632B176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0.001</w:t>
            </w:r>
          </w:p>
        </w:tc>
        <w:tc>
          <w:tcPr>
            <w:tcW w:w="1080" w:type="dxa"/>
          </w:tcPr>
          <w:p w14:paraId="072EC8B5"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w:t>
            </w:r>
          </w:p>
        </w:tc>
      </w:tr>
      <w:tr w:rsidR="00D32254" w:rsidRPr="00D32254" w14:paraId="6CAD839D" w14:textId="77777777" w:rsidTr="009104BC">
        <w:trPr>
          <w:jc w:val="center"/>
        </w:trPr>
        <w:tc>
          <w:tcPr>
            <w:tcW w:w="1080" w:type="dxa"/>
          </w:tcPr>
          <w:p w14:paraId="476D762A"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Time</w:t>
            </w:r>
          </w:p>
        </w:tc>
        <w:tc>
          <w:tcPr>
            <w:tcW w:w="1080" w:type="dxa"/>
          </w:tcPr>
          <w:p w14:paraId="4D5B118F"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w:t>
            </w:r>
          </w:p>
        </w:tc>
        <w:tc>
          <w:tcPr>
            <w:tcW w:w="1080" w:type="dxa"/>
          </w:tcPr>
          <w:p w14:paraId="39BD6ECB"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0.939</w:t>
            </w:r>
          </w:p>
        </w:tc>
        <w:tc>
          <w:tcPr>
            <w:tcW w:w="1080" w:type="dxa"/>
          </w:tcPr>
          <w:p w14:paraId="33504567"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0.9386</w:t>
            </w:r>
          </w:p>
        </w:tc>
        <w:tc>
          <w:tcPr>
            <w:tcW w:w="1080" w:type="dxa"/>
          </w:tcPr>
          <w:p w14:paraId="29834A39"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2.7079</w:t>
            </w:r>
          </w:p>
        </w:tc>
        <w:tc>
          <w:tcPr>
            <w:tcW w:w="1080" w:type="dxa"/>
          </w:tcPr>
          <w:p w14:paraId="2CC34353"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0.00884</w:t>
            </w:r>
          </w:p>
        </w:tc>
        <w:tc>
          <w:tcPr>
            <w:tcW w:w="1080" w:type="dxa"/>
          </w:tcPr>
          <w:p w14:paraId="59FAA017"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0.001</w:t>
            </w:r>
          </w:p>
        </w:tc>
        <w:tc>
          <w:tcPr>
            <w:tcW w:w="1080" w:type="dxa"/>
          </w:tcPr>
          <w:p w14:paraId="7EDC837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w:t>
            </w:r>
          </w:p>
        </w:tc>
      </w:tr>
      <w:tr w:rsidR="00D32254" w:rsidRPr="00D32254" w14:paraId="1E3CD4FA" w14:textId="77777777" w:rsidTr="009104BC">
        <w:trPr>
          <w:jc w:val="center"/>
        </w:trPr>
        <w:tc>
          <w:tcPr>
            <w:tcW w:w="1080" w:type="dxa"/>
          </w:tcPr>
          <w:p w14:paraId="579F0E34"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Chl_a</w:t>
            </w:r>
          </w:p>
        </w:tc>
        <w:tc>
          <w:tcPr>
            <w:tcW w:w="1080" w:type="dxa"/>
          </w:tcPr>
          <w:p w14:paraId="0BF0B796"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w:t>
            </w:r>
          </w:p>
        </w:tc>
        <w:tc>
          <w:tcPr>
            <w:tcW w:w="1080" w:type="dxa"/>
          </w:tcPr>
          <w:p w14:paraId="2CBFAF0A"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4.098</w:t>
            </w:r>
          </w:p>
        </w:tc>
        <w:tc>
          <w:tcPr>
            <w:tcW w:w="1080" w:type="dxa"/>
          </w:tcPr>
          <w:p w14:paraId="50AAD94A"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4.0982</w:t>
            </w:r>
          </w:p>
        </w:tc>
        <w:tc>
          <w:tcPr>
            <w:tcW w:w="1080" w:type="dxa"/>
          </w:tcPr>
          <w:p w14:paraId="455ED0BC"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11.8232</w:t>
            </w:r>
          </w:p>
        </w:tc>
        <w:tc>
          <w:tcPr>
            <w:tcW w:w="1080" w:type="dxa"/>
          </w:tcPr>
          <w:p w14:paraId="617AA8D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0.0386</w:t>
            </w:r>
          </w:p>
        </w:tc>
        <w:tc>
          <w:tcPr>
            <w:tcW w:w="1080" w:type="dxa"/>
          </w:tcPr>
          <w:p w14:paraId="39AD2E0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0.001</w:t>
            </w:r>
          </w:p>
        </w:tc>
        <w:tc>
          <w:tcPr>
            <w:tcW w:w="1080" w:type="dxa"/>
          </w:tcPr>
          <w:p w14:paraId="43CCAE05"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w:t>
            </w:r>
          </w:p>
        </w:tc>
      </w:tr>
      <w:tr w:rsidR="00D32254" w:rsidRPr="00D32254" w14:paraId="114C0F56" w14:textId="77777777" w:rsidTr="009104BC">
        <w:trPr>
          <w:jc w:val="center"/>
        </w:trPr>
        <w:tc>
          <w:tcPr>
            <w:tcW w:w="1080" w:type="dxa"/>
          </w:tcPr>
          <w:p w14:paraId="1EC34886"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MLD</w:t>
            </w:r>
          </w:p>
        </w:tc>
        <w:tc>
          <w:tcPr>
            <w:tcW w:w="1080" w:type="dxa"/>
          </w:tcPr>
          <w:p w14:paraId="44C1FE04"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w:t>
            </w:r>
          </w:p>
        </w:tc>
        <w:tc>
          <w:tcPr>
            <w:tcW w:w="1080" w:type="dxa"/>
          </w:tcPr>
          <w:p w14:paraId="613AC847"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1.383</w:t>
            </w:r>
          </w:p>
        </w:tc>
        <w:tc>
          <w:tcPr>
            <w:tcW w:w="1080" w:type="dxa"/>
          </w:tcPr>
          <w:p w14:paraId="27222A0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1.3832</w:t>
            </w:r>
          </w:p>
        </w:tc>
        <w:tc>
          <w:tcPr>
            <w:tcW w:w="1080" w:type="dxa"/>
          </w:tcPr>
          <w:p w14:paraId="64B421E4"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3.9906</w:t>
            </w:r>
          </w:p>
        </w:tc>
        <w:tc>
          <w:tcPr>
            <w:tcW w:w="1080" w:type="dxa"/>
          </w:tcPr>
          <w:p w14:paraId="6D851A9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0.01303</w:t>
            </w:r>
          </w:p>
        </w:tc>
        <w:tc>
          <w:tcPr>
            <w:tcW w:w="1080" w:type="dxa"/>
          </w:tcPr>
          <w:p w14:paraId="265B03BB"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0.001</w:t>
            </w:r>
          </w:p>
        </w:tc>
        <w:tc>
          <w:tcPr>
            <w:tcW w:w="1080" w:type="dxa"/>
          </w:tcPr>
          <w:p w14:paraId="0CAAD8CE"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w:t>
            </w:r>
          </w:p>
        </w:tc>
      </w:tr>
      <w:tr w:rsidR="00D32254" w:rsidRPr="00D32254" w14:paraId="26584177" w14:textId="77777777" w:rsidTr="009104BC">
        <w:trPr>
          <w:jc w:val="center"/>
        </w:trPr>
        <w:tc>
          <w:tcPr>
            <w:tcW w:w="1080" w:type="dxa"/>
          </w:tcPr>
          <w:p w14:paraId="2DF50812"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Temperature</w:t>
            </w:r>
          </w:p>
        </w:tc>
        <w:tc>
          <w:tcPr>
            <w:tcW w:w="1080" w:type="dxa"/>
          </w:tcPr>
          <w:p w14:paraId="2C436C5D"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w:t>
            </w:r>
          </w:p>
        </w:tc>
        <w:tc>
          <w:tcPr>
            <w:tcW w:w="1080" w:type="dxa"/>
          </w:tcPr>
          <w:p w14:paraId="31A0ECC0"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3.445</w:t>
            </w:r>
          </w:p>
        </w:tc>
        <w:tc>
          <w:tcPr>
            <w:tcW w:w="1080" w:type="dxa"/>
          </w:tcPr>
          <w:p w14:paraId="05A747BD"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3.4454</w:t>
            </w:r>
          </w:p>
        </w:tc>
        <w:tc>
          <w:tcPr>
            <w:tcW w:w="1080" w:type="dxa"/>
          </w:tcPr>
          <w:p w14:paraId="7D77C3CC"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9.9399</w:t>
            </w:r>
          </w:p>
        </w:tc>
        <w:tc>
          <w:tcPr>
            <w:tcW w:w="1080" w:type="dxa"/>
          </w:tcPr>
          <w:p w14:paraId="769F5467"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0.03245</w:t>
            </w:r>
          </w:p>
        </w:tc>
        <w:tc>
          <w:tcPr>
            <w:tcW w:w="1080" w:type="dxa"/>
          </w:tcPr>
          <w:p w14:paraId="5975F7D1"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0.001</w:t>
            </w:r>
          </w:p>
        </w:tc>
        <w:tc>
          <w:tcPr>
            <w:tcW w:w="1080" w:type="dxa"/>
          </w:tcPr>
          <w:p w14:paraId="1DB0E545"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w:t>
            </w:r>
          </w:p>
        </w:tc>
      </w:tr>
      <w:tr w:rsidR="00D32254" w:rsidRPr="00D32254" w14:paraId="059B091C" w14:textId="77777777" w:rsidTr="009104BC">
        <w:trPr>
          <w:jc w:val="center"/>
        </w:trPr>
        <w:tc>
          <w:tcPr>
            <w:tcW w:w="1080" w:type="dxa"/>
          </w:tcPr>
          <w:p w14:paraId="22D42AF4"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Residuals</w:t>
            </w:r>
          </w:p>
        </w:tc>
        <w:tc>
          <w:tcPr>
            <w:tcW w:w="1080" w:type="dxa"/>
          </w:tcPr>
          <w:p w14:paraId="40809960"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239</w:t>
            </w:r>
          </w:p>
        </w:tc>
        <w:tc>
          <w:tcPr>
            <w:tcW w:w="1080" w:type="dxa"/>
          </w:tcPr>
          <w:p w14:paraId="2088BD56"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82.843</w:t>
            </w:r>
          </w:p>
        </w:tc>
        <w:tc>
          <w:tcPr>
            <w:tcW w:w="1080" w:type="dxa"/>
          </w:tcPr>
          <w:p w14:paraId="38D44E54"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0.3466</w:t>
            </w:r>
          </w:p>
        </w:tc>
        <w:tc>
          <w:tcPr>
            <w:tcW w:w="1080" w:type="dxa"/>
          </w:tcPr>
          <w:p w14:paraId="43CDCE4C" w14:textId="77777777" w:rsidR="009D407B" w:rsidRPr="00D32254" w:rsidRDefault="009D407B" w:rsidP="009104BC">
            <w:pPr>
              <w:jc w:val="center"/>
              <w:rPr>
                <w:rFonts w:ascii="Times New Roman" w:hAnsi="Times New Roman" w:cs="Times New Roman"/>
                <w:color w:val="000000" w:themeColor="text1"/>
                <w:sz w:val="24"/>
                <w:szCs w:val="24"/>
              </w:rPr>
            </w:pPr>
          </w:p>
        </w:tc>
        <w:tc>
          <w:tcPr>
            <w:tcW w:w="1080" w:type="dxa"/>
          </w:tcPr>
          <w:p w14:paraId="49701506"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0.78025</w:t>
            </w:r>
          </w:p>
        </w:tc>
        <w:tc>
          <w:tcPr>
            <w:tcW w:w="1080" w:type="dxa"/>
          </w:tcPr>
          <w:p w14:paraId="6BE351BB" w14:textId="77777777" w:rsidR="009D407B" w:rsidRPr="00D32254" w:rsidRDefault="009D407B" w:rsidP="009104BC">
            <w:pPr>
              <w:jc w:val="center"/>
              <w:rPr>
                <w:rFonts w:ascii="Times New Roman" w:hAnsi="Times New Roman" w:cs="Times New Roman"/>
                <w:color w:val="000000" w:themeColor="text1"/>
                <w:sz w:val="24"/>
                <w:szCs w:val="24"/>
              </w:rPr>
            </w:pPr>
          </w:p>
        </w:tc>
        <w:tc>
          <w:tcPr>
            <w:tcW w:w="1080" w:type="dxa"/>
          </w:tcPr>
          <w:p w14:paraId="0AC368E0" w14:textId="77777777" w:rsidR="009D407B" w:rsidRPr="00D32254" w:rsidRDefault="009D407B" w:rsidP="009104BC">
            <w:pPr>
              <w:jc w:val="center"/>
              <w:rPr>
                <w:rFonts w:ascii="Times New Roman" w:hAnsi="Times New Roman" w:cs="Times New Roman"/>
                <w:color w:val="000000" w:themeColor="text1"/>
                <w:sz w:val="24"/>
                <w:szCs w:val="24"/>
              </w:rPr>
            </w:pPr>
          </w:p>
        </w:tc>
      </w:tr>
      <w:tr w:rsidR="007C13FD" w:rsidRPr="00D32254" w14:paraId="34651B5A" w14:textId="77777777" w:rsidTr="009104BC">
        <w:trPr>
          <w:jc w:val="center"/>
        </w:trPr>
        <w:tc>
          <w:tcPr>
            <w:tcW w:w="1080" w:type="dxa"/>
          </w:tcPr>
          <w:p w14:paraId="27B91F56"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Total</w:t>
            </w:r>
          </w:p>
        </w:tc>
        <w:tc>
          <w:tcPr>
            <w:tcW w:w="1080" w:type="dxa"/>
          </w:tcPr>
          <w:p w14:paraId="03F3E782"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248</w:t>
            </w:r>
          </w:p>
        </w:tc>
        <w:tc>
          <w:tcPr>
            <w:tcW w:w="1080" w:type="dxa"/>
          </w:tcPr>
          <w:p w14:paraId="3F0521B8"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106.175</w:t>
            </w:r>
          </w:p>
        </w:tc>
        <w:tc>
          <w:tcPr>
            <w:tcW w:w="1080" w:type="dxa"/>
          </w:tcPr>
          <w:p w14:paraId="42EB723A" w14:textId="77777777" w:rsidR="009D407B" w:rsidRPr="00D32254" w:rsidRDefault="009D407B" w:rsidP="009104BC">
            <w:pPr>
              <w:jc w:val="center"/>
              <w:rPr>
                <w:rFonts w:ascii="Times New Roman" w:hAnsi="Times New Roman" w:cs="Times New Roman"/>
                <w:color w:val="000000" w:themeColor="text1"/>
                <w:sz w:val="24"/>
                <w:szCs w:val="24"/>
              </w:rPr>
            </w:pPr>
          </w:p>
        </w:tc>
        <w:tc>
          <w:tcPr>
            <w:tcW w:w="1080" w:type="dxa"/>
          </w:tcPr>
          <w:p w14:paraId="5D89E180" w14:textId="77777777" w:rsidR="009D407B" w:rsidRPr="00D32254" w:rsidRDefault="009D407B" w:rsidP="009104BC">
            <w:pPr>
              <w:jc w:val="center"/>
              <w:rPr>
                <w:rFonts w:ascii="Times New Roman" w:hAnsi="Times New Roman" w:cs="Times New Roman"/>
                <w:color w:val="000000" w:themeColor="text1"/>
                <w:sz w:val="24"/>
                <w:szCs w:val="24"/>
              </w:rPr>
            </w:pPr>
          </w:p>
        </w:tc>
        <w:tc>
          <w:tcPr>
            <w:tcW w:w="1080" w:type="dxa"/>
          </w:tcPr>
          <w:p w14:paraId="0D9CE1D1" w14:textId="77777777" w:rsidR="009D407B" w:rsidRPr="00D32254" w:rsidRDefault="009D407B" w:rsidP="009104BC">
            <w:pPr>
              <w:jc w:val="cente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1.0</w:t>
            </w:r>
          </w:p>
        </w:tc>
        <w:tc>
          <w:tcPr>
            <w:tcW w:w="1080" w:type="dxa"/>
          </w:tcPr>
          <w:p w14:paraId="568FBB22" w14:textId="77777777" w:rsidR="009D407B" w:rsidRPr="00D32254" w:rsidRDefault="009D407B" w:rsidP="009104BC">
            <w:pPr>
              <w:jc w:val="center"/>
              <w:rPr>
                <w:rFonts w:ascii="Times New Roman" w:hAnsi="Times New Roman" w:cs="Times New Roman"/>
                <w:color w:val="000000" w:themeColor="text1"/>
                <w:sz w:val="24"/>
                <w:szCs w:val="24"/>
              </w:rPr>
            </w:pPr>
          </w:p>
        </w:tc>
        <w:tc>
          <w:tcPr>
            <w:tcW w:w="1080" w:type="dxa"/>
          </w:tcPr>
          <w:p w14:paraId="630AE7A2" w14:textId="77777777" w:rsidR="009D407B" w:rsidRPr="00D32254" w:rsidRDefault="009D407B" w:rsidP="009104BC">
            <w:pPr>
              <w:jc w:val="center"/>
              <w:rPr>
                <w:rFonts w:ascii="Times New Roman" w:hAnsi="Times New Roman" w:cs="Times New Roman"/>
                <w:color w:val="000000" w:themeColor="text1"/>
                <w:sz w:val="24"/>
                <w:szCs w:val="24"/>
              </w:rPr>
            </w:pPr>
          </w:p>
        </w:tc>
      </w:tr>
    </w:tbl>
    <w:p w14:paraId="342B0C60" w14:textId="77777777" w:rsidR="009D407B" w:rsidRPr="00D32254" w:rsidRDefault="009D407B" w:rsidP="009D407B">
      <w:pPr>
        <w:jc w:val="both"/>
        <w:rPr>
          <w:rFonts w:ascii="Times New Roman" w:hAnsi="Times New Roman" w:cs="Times New Roman"/>
          <w:b/>
          <w:bCs/>
          <w:color w:val="000000" w:themeColor="text1"/>
        </w:rPr>
      </w:pPr>
    </w:p>
    <w:p w14:paraId="745548A7" w14:textId="77777777" w:rsidR="00060029" w:rsidRPr="00D32254" w:rsidRDefault="00060029" w:rsidP="009D407B">
      <w:pPr>
        <w:jc w:val="both"/>
        <w:rPr>
          <w:rFonts w:ascii="Times New Roman" w:hAnsi="Times New Roman" w:cs="Times New Roman"/>
          <w:b/>
          <w:bCs/>
          <w:color w:val="000000" w:themeColor="text1"/>
        </w:rPr>
      </w:pPr>
    </w:p>
    <w:p w14:paraId="0138052A" w14:textId="77777777" w:rsidR="00060029" w:rsidRPr="00D32254" w:rsidRDefault="00060029" w:rsidP="00060029">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t>Table S9</w:t>
      </w:r>
      <w:r w:rsidRPr="00D32254">
        <w:rPr>
          <w:rFonts w:ascii="Times New Roman" w:hAnsi="Times New Roman" w:cs="Times New Roman"/>
          <w:color w:val="000000" w:themeColor="text1"/>
        </w:rPr>
        <w:t xml:space="preserve"> Results of the environmental fitting (envfit) analysis based on NMDS ordination (Fig. 8), showing the influence of continuous and categorical variables on fish community composition. P-values are based on 999 permutations. Significant variables (p &lt; 0.05) are shown in bold. R² represents how well a variable fits the ordination.</w:t>
      </w:r>
    </w:p>
    <w:p w14:paraId="5D2AC4CB" w14:textId="77777777" w:rsidR="00060029" w:rsidRPr="00D32254" w:rsidRDefault="00060029" w:rsidP="00060029">
      <w:pPr>
        <w:jc w:val="both"/>
        <w:rPr>
          <w:rFonts w:ascii="Times New Roman" w:hAnsi="Times New Roman" w:cs="Times New Roman"/>
          <w:color w:val="000000" w:themeColor="text1"/>
        </w:rPr>
      </w:pPr>
    </w:p>
    <w:p w14:paraId="4CCC83DA" w14:textId="77777777" w:rsidR="00060029" w:rsidRPr="00D32254" w:rsidRDefault="00060029" w:rsidP="00060029">
      <w:pPr>
        <w:rPr>
          <w:rFonts w:ascii="Times New Roman" w:hAnsi="Times New Roman" w:cs="Times New Roman"/>
          <w:color w:val="000000" w:themeColor="text1"/>
        </w:rPr>
      </w:pPr>
    </w:p>
    <w:tbl>
      <w:tblPr>
        <w:tblStyle w:val="afe"/>
        <w:tblW w:w="0" w:type="auto"/>
        <w:jc w:val="center"/>
        <w:tblLook w:val="04A0" w:firstRow="1" w:lastRow="0" w:firstColumn="1" w:lastColumn="0" w:noHBand="0" w:noVBand="1"/>
      </w:tblPr>
      <w:tblGrid>
        <w:gridCol w:w="2160"/>
        <w:gridCol w:w="2160"/>
        <w:gridCol w:w="2160"/>
        <w:gridCol w:w="2160"/>
      </w:tblGrid>
      <w:tr w:rsidR="00D32254" w:rsidRPr="00D32254" w14:paraId="0EC13297" w14:textId="77777777" w:rsidTr="0048078D">
        <w:trPr>
          <w:jc w:val="center"/>
        </w:trPr>
        <w:tc>
          <w:tcPr>
            <w:tcW w:w="2160" w:type="dxa"/>
          </w:tcPr>
          <w:p w14:paraId="5CEB1AE9"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Variable Type</w:t>
            </w:r>
          </w:p>
        </w:tc>
        <w:tc>
          <w:tcPr>
            <w:tcW w:w="2160" w:type="dxa"/>
          </w:tcPr>
          <w:p w14:paraId="427438E2"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Variable</w:t>
            </w:r>
          </w:p>
        </w:tc>
        <w:tc>
          <w:tcPr>
            <w:tcW w:w="2160" w:type="dxa"/>
          </w:tcPr>
          <w:p w14:paraId="7FB70094"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P-value</w:t>
            </w:r>
          </w:p>
        </w:tc>
        <w:tc>
          <w:tcPr>
            <w:tcW w:w="2160" w:type="dxa"/>
          </w:tcPr>
          <w:p w14:paraId="2A9E1CBC"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R²</w:t>
            </w:r>
          </w:p>
        </w:tc>
      </w:tr>
      <w:tr w:rsidR="00D32254" w:rsidRPr="00D32254" w14:paraId="1038A4D9" w14:textId="77777777" w:rsidTr="0048078D">
        <w:trPr>
          <w:jc w:val="center"/>
        </w:trPr>
        <w:tc>
          <w:tcPr>
            <w:tcW w:w="2160" w:type="dxa"/>
            <w:vMerge w:val="restart"/>
          </w:tcPr>
          <w:p w14:paraId="24BE799D"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Continuous</w:t>
            </w:r>
          </w:p>
        </w:tc>
        <w:tc>
          <w:tcPr>
            <w:tcW w:w="2160" w:type="dxa"/>
          </w:tcPr>
          <w:p w14:paraId="3A4C3CB3" w14:textId="77777777" w:rsidR="00060029" w:rsidRPr="00D32254" w:rsidRDefault="00060029"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Chl_a</w:t>
            </w:r>
          </w:p>
        </w:tc>
        <w:tc>
          <w:tcPr>
            <w:tcW w:w="2160" w:type="dxa"/>
          </w:tcPr>
          <w:p w14:paraId="19C16F81"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&lt;0.001</w:t>
            </w:r>
          </w:p>
        </w:tc>
        <w:tc>
          <w:tcPr>
            <w:tcW w:w="2160" w:type="dxa"/>
          </w:tcPr>
          <w:p w14:paraId="2CDF5E7D"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0.2601</w:t>
            </w:r>
          </w:p>
        </w:tc>
      </w:tr>
      <w:tr w:rsidR="00D32254" w:rsidRPr="00D32254" w14:paraId="01742A3C" w14:textId="77777777" w:rsidTr="0048078D">
        <w:trPr>
          <w:jc w:val="center"/>
        </w:trPr>
        <w:tc>
          <w:tcPr>
            <w:tcW w:w="2160" w:type="dxa"/>
            <w:vMerge/>
          </w:tcPr>
          <w:p w14:paraId="6818DE97" w14:textId="77777777" w:rsidR="00060029" w:rsidRPr="00D32254" w:rsidRDefault="00060029" w:rsidP="0048078D">
            <w:pPr>
              <w:jc w:val="center"/>
              <w:rPr>
                <w:rFonts w:ascii="Times New Roman" w:hAnsi="Times New Roman" w:cs="Times New Roman"/>
                <w:color w:val="000000" w:themeColor="text1"/>
              </w:rPr>
            </w:pPr>
          </w:p>
        </w:tc>
        <w:tc>
          <w:tcPr>
            <w:tcW w:w="2160" w:type="dxa"/>
          </w:tcPr>
          <w:p w14:paraId="1D2024D1" w14:textId="77777777" w:rsidR="00060029" w:rsidRPr="00D32254" w:rsidRDefault="00060029"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Temperature</w:t>
            </w:r>
          </w:p>
        </w:tc>
        <w:tc>
          <w:tcPr>
            <w:tcW w:w="2160" w:type="dxa"/>
          </w:tcPr>
          <w:p w14:paraId="75313738"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&lt;0.001</w:t>
            </w:r>
          </w:p>
        </w:tc>
        <w:tc>
          <w:tcPr>
            <w:tcW w:w="2160" w:type="dxa"/>
          </w:tcPr>
          <w:p w14:paraId="7C20629D"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0.5884</w:t>
            </w:r>
          </w:p>
        </w:tc>
      </w:tr>
      <w:tr w:rsidR="00D32254" w:rsidRPr="00D32254" w14:paraId="716303E3" w14:textId="77777777" w:rsidTr="0048078D">
        <w:trPr>
          <w:jc w:val="center"/>
        </w:trPr>
        <w:tc>
          <w:tcPr>
            <w:tcW w:w="2160" w:type="dxa"/>
            <w:vMerge/>
          </w:tcPr>
          <w:p w14:paraId="6084E363" w14:textId="77777777" w:rsidR="00060029" w:rsidRPr="00D32254" w:rsidRDefault="00060029" w:rsidP="0048078D">
            <w:pPr>
              <w:jc w:val="center"/>
              <w:rPr>
                <w:rFonts w:ascii="Times New Roman" w:hAnsi="Times New Roman" w:cs="Times New Roman"/>
                <w:color w:val="000000" w:themeColor="text1"/>
              </w:rPr>
            </w:pPr>
          </w:p>
        </w:tc>
        <w:tc>
          <w:tcPr>
            <w:tcW w:w="2160" w:type="dxa"/>
          </w:tcPr>
          <w:p w14:paraId="65143185" w14:textId="77777777" w:rsidR="00060029" w:rsidRPr="00D32254" w:rsidRDefault="00060029"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Salinity</w:t>
            </w:r>
          </w:p>
        </w:tc>
        <w:tc>
          <w:tcPr>
            <w:tcW w:w="2160" w:type="dxa"/>
          </w:tcPr>
          <w:p w14:paraId="52BC977A"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&lt;0.001</w:t>
            </w:r>
          </w:p>
        </w:tc>
        <w:tc>
          <w:tcPr>
            <w:tcW w:w="2160" w:type="dxa"/>
          </w:tcPr>
          <w:p w14:paraId="280C0D32"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0.5775</w:t>
            </w:r>
          </w:p>
        </w:tc>
      </w:tr>
      <w:tr w:rsidR="00D32254" w:rsidRPr="00D32254" w14:paraId="59E86C65" w14:textId="77777777" w:rsidTr="0048078D">
        <w:trPr>
          <w:jc w:val="center"/>
        </w:trPr>
        <w:tc>
          <w:tcPr>
            <w:tcW w:w="2160" w:type="dxa"/>
            <w:vMerge/>
          </w:tcPr>
          <w:p w14:paraId="7E991BAA" w14:textId="77777777" w:rsidR="00060029" w:rsidRPr="00D32254" w:rsidRDefault="00060029" w:rsidP="0048078D">
            <w:pPr>
              <w:jc w:val="center"/>
              <w:rPr>
                <w:rFonts w:ascii="Times New Roman" w:hAnsi="Times New Roman" w:cs="Times New Roman"/>
                <w:color w:val="000000" w:themeColor="text1"/>
              </w:rPr>
            </w:pPr>
          </w:p>
        </w:tc>
        <w:tc>
          <w:tcPr>
            <w:tcW w:w="2160" w:type="dxa"/>
          </w:tcPr>
          <w:p w14:paraId="52C740DE"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Max_Depth</w:t>
            </w:r>
          </w:p>
        </w:tc>
        <w:tc>
          <w:tcPr>
            <w:tcW w:w="2160" w:type="dxa"/>
          </w:tcPr>
          <w:p w14:paraId="41106515"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&gt;0.05</w:t>
            </w:r>
          </w:p>
        </w:tc>
        <w:tc>
          <w:tcPr>
            <w:tcW w:w="2160" w:type="dxa"/>
          </w:tcPr>
          <w:p w14:paraId="2D02A7B4"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0.0244</w:t>
            </w:r>
          </w:p>
        </w:tc>
      </w:tr>
      <w:tr w:rsidR="00D32254" w:rsidRPr="00D32254" w14:paraId="4E53F1F8" w14:textId="77777777" w:rsidTr="0048078D">
        <w:trPr>
          <w:jc w:val="center"/>
        </w:trPr>
        <w:tc>
          <w:tcPr>
            <w:tcW w:w="2160" w:type="dxa"/>
            <w:vMerge/>
          </w:tcPr>
          <w:p w14:paraId="44934DE3" w14:textId="77777777" w:rsidR="00060029" w:rsidRPr="00D32254" w:rsidRDefault="00060029" w:rsidP="0048078D">
            <w:pPr>
              <w:jc w:val="center"/>
              <w:rPr>
                <w:rFonts w:ascii="Times New Roman" w:hAnsi="Times New Roman" w:cs="Times New Roman"/>
                <w:color w:val="000000" w:themeColor="text1"/>
              </w:rPr>
            </w:pPr>
          </w:p>
        </w:tc>
        <w:tc>
          <w:tcPr>
            <w:tcW w:w="2160" w:type="dxa"/>
          </w:tcPr>
          <w:p w14:paraId="621FC638"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MLD</w:t>
            </w:r>
          </w:p>
        </w:tc>
        <w:tc>
          <w:tcPr>
            <w:tcW w:w="2160" w:type="dxa"/>
          </w:tcPr>
          <w:p w14:paraId="78043A7E"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&gt;0.05</w:t>
            </w:r>
          </w:p>
        </w:tc>
        <w:tc>
          <w:tcPr>
            <w:tcW w:w="2160" w:type="dxa"/>
          </w:tcPr>
          <w:p w14:paraId="5544E00B"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0.0239</w:t>
            </w:r>
          </w:p>
        </w:tc>
      </w:tr>
      <w:tr w:rsidR="00D32254" w:rsidRPr="00D32254" w14:paraId="6382957B" w14:textId="77777777" w:rsidTr="0048078D">
        <w:trPr>
          <w:jc w:val="center"/>
        </w:trPr>
        <w:tc>
          <w:tcPr>
            <w:tcW w:w="2160" w:type="dxa"/>
            <w:vMerge w:val="restart"/>
          </w:tcPr>
          <w:p w14:paraId="0576871F"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Categorical</w:t>
            </w:r>
          </w:p>
        </w:tc>
        <w:tc>
          <w:tcPr>
            <w:tcW w:w="2160" w:type="dxa"/>
          </w:tcPr>
          <w:p w14:paraId="2F2A6370"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Time</w:t>
            </w:r>
          </w:p>
        </w:tc>
        <w:tc>
          <w:tcPr>
            <w:tcW w:w="2160" w:type="dxa"/>
          </w:tcPr>
          <w:p w14:paraId="08359BDA"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&gt;0.05</w:t>
            </w:r>
          </w:p>
        </w:tc>
        <w:tc>
          <w:tcPr>
            <w:tcW w:w="2160" w:type="dxa"/>
          </w:tcPr>
          <w:p w14:paraId="0BA8BDB6"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0.0100</w:t>
            </w:r>
          </w:p>
        </w:tc>
      </w:tr>
      <w:tr w:rsidR="00060029" w:rsidRPr="00D32254" w14:paraId="0A1C5F1A" w14:textId="77777777" w:rsidTr="0048078D">
        <w:trPr>
          <w:jc w:val="center"/>
        </w:trPr>
        <w:tc>
          <w:tcPr>
            <w:tcW w:w="2160" w:type="dxa"/>
            <w:vMerge/>
          </w:tcPr>
          <w:p w14:paraId="23AD6986" w14:textId="77777777" w:rsidR="00060029" w:rsidRPr="00D32254" w:rsidRDefault="00060029" w:rsidP="0048078D">
            <w:pPr>
              <w:jc w:val="center"/>
              <w:rPr>
                <w:rFonts w:ascii="Times New Roman" w:hAnsi="Times New Roman" w:cs="Times New Roman"/>
                <w:color w:val="000000" w:themeColor="text1"/>
              </w:rPr>
            </w:pPr>
          </w:p>
        </w:tc>
        <w:tc>
          <w:tcPr>
            <w:tcW w:w="2160" w:type="dxa"/>
          </w:tcPr>
          <w:p w14:paraId="4EB60B5A" w14:textId="77777777" w:rsidR="00060029" w:rsidRPr="00D32254" w:rsidRDefault="00060029"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Season</w:t>
            </w:r>
          </w:p>
        </w:tc>
        <w:tc>
          <w:tcPr>
            <w:tcW w:w="2160" w:type="dxa"/>
          </w:tcPr>
          <w:p w14:paraId="38DE5516"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&lt;0.001</w:t>
            </w:r>
          </w:p>
        </w:tc>
        <w:tc>
          <w:tcPr>
            <w:tcW w:w="2160" w:type="dxa"/>
          </w:tcPr>
          <w:p w14:paraId="4472FB38" w14:textId="77777777" w:rsidR="00060029" w:rsidRPr="00D32254" w:rsidRDefault="00060029" w:rsidP="0048078D">
            <w:pPr>
              <w:jc w:val="center"/>
              <w:rPr>
                <w:rFonts w:ascii="Times New Roman" w:hAnsi="Times New Roman" w:cs="Times New Roman"/>
                <w:color w:val="000000" w:themeColor="text1"/>
              </w:rPr>
            </w:pPr>
            <w:r w:rsidRPr="00D32254">
              <w:rPr>
                <w:rFonts w:ascii="Times New Roman" w:hAnsi="Times New Roman" w:cs="Times New Roman"/>
                <w:color w:val="000000" w:themeColor="text1"/>
              </w:rPr>
              <w:t>0.2618</w:t>
            </w:r>
          </w:p>
        </w:tc>
      </w:tr>
    </w:tbl>
    <w:p w14:paraId="7D790E0E" w14:textId="77777777" w:rsidR="00060029" w:rsidRPr="00D32254" w:rsidRDefault="00060029" w:rsidP="00060029">
      <w:pPr>
        <w:jc w:val="center"/>
        <w:rPr>
          <w:color w:val="000000" w:themeColor="text1"/>
        </w:rPr>
      </w:pPr>
    </w:p>
    <w:p w14:paraId="1FB86CF0" w14:textId="77777777" w:rsidR="00060029" w:rsidRPr="00D32254" w:rsidRDefault="00060029" w:rsidP="009D407B">
      <w:pPr>
        <w:jc w:val="both"/>
        <w:rPr>
          <w:rFonts w:ascii="Times New Roman" w:hAnsi="Times New Roman" w:cs="Times New Roman"/>
          <w:b/>
          <w:bCs/>
          <w:color w:val="000000" w:themeColor="text1"/>
        </w:rPr>
      </w:pPr>
    </w:p>
    <w:p w14:paraId="29135B0D" w14:textId="77777777" w:rsidR="009D407B" w:rsidRPr="00D32254" w:rsidRDefault="009D407B" w:rsidP="009D407B">
      <w:pPr>
        <w:jc w:val="both"/>
        <w:rPr>
          <w:rFonts w:ascii="Times New Roman" w:hAnsi="Times New Roman" w:cs="Times New Roman"/>
          <w:b/>
          <w:bCs/>
          <w:color w:val="000000" w:themeColor="text1"/>
        </w:rPr>
      </w:pPr>
    </w:p>
    <w:p w14:paraId="0DB0EB77" w14:textId="77777777" w:rsidR="009D407B" w:rsidRPr="00D32254" w:rsidRDefault="009D407B" w:rsidP="009D407B">
      <w:pPr>
        <w:jc w:val="both"/>
        <w:rPr>
          <w:rFonts w:ascii="Times New Roman" w:hAnsi="Times New Roman" w:cs="Times New Roman"/>
          <w:b/>
          <w:bCs/>
          <w:color w:val="000000" w:themeColor="text1"/>
        </w:rPr>
      </w:pPr>
    </w:p>
    <w:p w14:paraId="30C85190" w14:textId="77777777" w:rsidR="009D407B" w:rsidRPr="00D32254" w:rsidRDefault="009D407B" w:rsidP="009D407B">
      <w:pPr>
        <w:jc w:val="both"/>
        <w:rPr>
          <w:rFonts w:ascii="Times New Roman" w:hAnsi="Times New Roman" w:cs="Times New Roman"/>
          <w:b/>
          <w:bCs/>
          <w:color w:val="000000" w:themeColor="text1"/>
        </w:rPr>
      </w:pPr>
    </w:p>
    <w:p w14:paraId="32C97B2B" w14:textId="77777777" w:rsidR="009D407B" w:rsidRPr="00D32254" w:rsidRDefault="009D407B" w:rsidP="009D407B">
      <w:pPr>
        <w:jc w:val="both"/>
        <w:rPr>
          <w:rFonts w:ascii="Times New Roman" w:hAnsi="Times New Roman" w:cs="Times New Roman"/>
          <w:b/>
          <w:bCs/>
          <w:color w:val="000000" w:themeColor="text1"/>
        </w:rPr>
      </w:pPr>
    </w:p>
    <w:p w14:paraId="32D057B7" w14:textId="77777777" w:rsidR="009D407B" w:rsidRPr="00D32254" w:rsidRDefault="009D407B" w:rsidP="009D407B">
      <w:pPr>
        <w:jc w:val="both"/>
        <w:rPr>
          <w:rFonts w:ascii="Times New Roman" w:hAnsi="Times New Roman" w:cs="Times New Roman"/>
          <w:b/>
          <w:bCs/>
          <w:color w:val="000000" w:themeColor="text1"/>
        </w:rPr>
      </w:pPr>
    </w:p>
    <w:p w14:paraId="0DD1C7CC" w14:textId="77777777" w:rsidR="009D407B" w:rsidRPr="00D32254" w:rsidRDefault="009D407B" w:rsidP="009D407B">
      <w:pPr>
        <w:jc w:val="both"/>
        <w:rPr>
          <w:rFonts w:ascii="Times New Roman" w:hAnsi="Times New Roman" w:cs="Times New Roman"/>
          <w:b/>
          <w:bCs/>
          <w:color w:val="000000" w:themeColor="text1"/>
        </w:rPr>
      </w:pPr>
    </w:p>
    <w:p w14:paraId="1A7A07FE" w14:textId="77777777" w:rsidR="009D407B" w:rsidRPr="00D32254" w:rsidRDefault="009D407B" w:rsidP="009D407B">
      <w:pPr>
        <w:jc w:val="both"/>
        <w:rPr>
          <w:rFonts w:ascii="Times New Roman" w:hAnsi="Times New Roman" w:cs="Times New Roman"/>
          <w:b/>
          <w:bCs/>
          <w:color w:val="000000" w:themeColor="text1"/>
        </w:rPr>
      </w:pPr>
    </w:p>
    <w:p w14:paraId="5D77BDCA" w14:textId="77777777" w:rsidR="00166686" w:rsidRPr="00D32254" w:rsidRDefault="00166686" w:rsidP="00166686">
      <w:pPr>
        <w:rPr>
          <w:rFonts w:ascii="Times New Roman" w:hAnsi="Times New Roman" w:cs="Times New Roman"/>
          <w:color w:val="000000" w:themeColor="text1"/>
        </w:rPr>
        <w:sectPr w:rsidR="00166686" w:rsidRPr="00D32254" w:rsidSect="00166686">
          <w:pgSz w:w="11900" w:h="16840"/>
          <w:pgMar w:top="1440" w:right="1440" w:bottom="1440" w:left="1440" w:header="708" w:footer="708" w:gutter="0"/>
          <w:cols w:space="708"/>
          <w:docGrid w:linePitch="360"/>
        </w:sectPr>
      </w:pPr>
    </w:p>
    <w:p w14:paraId="7BFB7331" w14:textId="468DD472" w:rsidR="00117C78" w:rsidRPr="00D32254" w:rsidRDefault="00117C78" w:rsidP="0049730B">
      <w:pPr>
        <w:jc w:val="both"/>
        <w:rPr>
          <w:rFonts w:ascii="Times New Roman" w:hAnsi="Times New Roman" w:cs="Times New Roman"/>
          <w:color w:val="000000" w:themeColor="text1"/>
        </w:rPr>
      </w:pPr>
      <w:r w:rsidRPr="00D32254">
        <w:rPr>
          <w:rStyle w:val="af8"/>
          <w:rFonts w:ascii="Times New Roman" w:hAnsi="Times New Roman" w:cs="Times New Roman"/>
          <w:color w:val="000000" w:themeColor="text1"/>
        </w:rPr>
        <w:lastRenderedPageBreak/>
        <w:t>Table S10</w:t>
      </w:r>
      <w:r w:rsidRPr="00D32254">
        <w:rPr>
          <w:rFonts w:ascii="Times New Roman" w:hAnsi="Times New Roman" w:cs="Times New Roman"/>
          <w:color w:val="000000" w:themeColor="text1"/>
        </w:rPr>
        <w:t xml:space="preserve"> </w:t>
      </w:r>
      <w:r w:rsidR="007F64BC" w:rsidRPr="00D32254">
        <w:rPr>
          <w:rFonts w:ascii="Times New Roman" w:hAnsi="Times New Roman" w:cs="Times New Roman"/>
          <w:color w:val="000000" w:themeColor="text1"/>
        </w:rPr>
        <w:t>List of fish species identified using eDNA metabarcoding, cross-referenced with FishBase and taxonomically classified according to Nelson’s Fishes of the World (5th edition)</w:t>
      </w:r>
      <w:r w:rsidR="00FC5427" w:rsidRPr="00D32254">
        <w:rPr>
          <w:rFonts w:ascii="Times New Roman" w:hAnsi="Times New Roman" w:cs="Times New Roman"/>
          <w:color w:val="000000" w:themeColor="text1"/>
        </w:rPr>
        <w:t xml:space="preserve"> (Nelson et al., </w:t>
      </w:r>
      <w:r w:rsidR="0049730B" w:rsidRPr="00D32254">
        <w:rPr>
          <w:rFonts w:ascii="Times New Roman" w:hAnsi="Times New Roman" w:cs="Times New Roman"/>
          <w:color w:val="000000" w:themeColor="text1"/>
        </w:rPr>
        <w:t>2016)</w:t>
      </w:r>
      <w:r w:rsidR="007F64BC" w:rsidRPr="00D32254">
        <w:rPr>
          <w:rFonts w:ascii="Times New Roman" w:hAnsi="Times New Roman" w:cs="Times New Roman"/>
          <w:color w:val="000000" w:themeColor="text1"/>
        </w:rPr>
        <w:t>. The table includes each species’ scientific name, common name, family, habitat preference (freshwater, brackish, or marine), and whether its presence was confirmed across the geographical distribution of the study sites. Due to space constraints, higher taxonomic ranks (Class, Order, Family, and Genus) are not shown here. Complete taxonomic details are available in the accompanying supplementary Excel file (Supplementary Material 5).</w:t>
      </w:r>
    </w:p>
    <w:p w14:paraId="4822CE2A" w14:textId="77777777" w:rsidR="00117C78" w:rsidRPr="00D32254" w:rsidRDefault="00117C78" w:rsidP="00117C78">
      <w:pPr>
        <w:rPr>
          <w:rFonts w:ascii="Times New Roman" w:hAnsi="Times New Roman" w:cs="Times New Roman"/>
          <w:color w:val="000000" w:themeColor="text1"/>
        </w:rPr>
      </w:pPr>
    </w:p>
    <w:tbl>
      <w:tblPr>
        <w:tblStyle w:val="afe"/>
        <w:tblW w:w="5000" w:type="pct"/>
        <w:jc w:val="center"/>
        <w:tblLayout w:type="fixed"/>
        <w:tblLook w:val="04A0" w:firstRow="1" w:lastRow="0" w:firstColumn="1" w:lastColumn="0" w:noHBand="0" w:noVBand="1"/>
      </w:tblPr>
      <w:tblGrid>
        <w:gridCol w:w="3685"/>
        <w:gridCol w:w="3685"/>
        <w:gridCol w:w="1984"/>
        <w:gridCol w:w="899"/>
        <w:gridCol w:w="899"/>
        <w:gridCol w:w="899"/>
        <w:gridCol w:w="899"/>
      </w:tblGrid>
      <w:tr w:rsidR="00523B77" w:rsidRPr="00D32254" w14:paraId="49C28C48" w14:textId="77777777" w:rsidTr="00117C78">
        <w:trPr>
          <w:jc w:val="center"/>
        </w:trPr>
        <w:tc>
          <w:tcPr>
            <w:tcW w:w="1422" w:type="pct"/>
          </w:tcPr>
          <w:p w14:paraId="787F1256" w14:textId="77777777" w:rsidR="00117C78" w:rsidRPr="00D32254" w:rsidRDefault="00117C78"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Species</w:t>
            </w:r>
          </w:p>
        </w:tc>
        <w:tc>
          <w:tcPr>
            <w:tcW w:w="1422" w:type="pct"/>
          </w:tcPr>
          <w:p w14:paraId="3DEF70E4" w14:textId="77777777" w:rsidR="00117C78" w:rsidRPr="00D32254" w:rsidRDefault="00117C78"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Common Name</w:t>
            </w:r>
          </w:p>
        </w:tc>
        <w:tc>
          <w:tcPr>
            <w:tcW w:w="766" w:type="pct"/>
          </w:tcPr>
          <w:p w14:paraId="25CABA37" w14:textId="77777777" w:rsidR="00117C78" w:rsidRPr="00D32254" w:rsidRDefault="00117C78"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Family</w:t>
            </w:r>
          </w:p>
        </w:tc>
        <w:tc>
          <w:tcPr>
            <w:tcW w:w="347" w:type="pct"/>
          </w:tcPr>
          <w:p w14:paraId="6D568C38" w14:textId="77777777" w:rsidR="00117C78" w:rsidRPr="00D32254" w:rsidRDefault="00117C78"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Fresh</w:t>
            </w:r>
          </w:p>
        </w:tc>
        <w:tc>
          <w:tcPr>
            <w:tcW w:w="347" w:type="pct"/>
          </w:tcPr>
          <w:p w14:paraId="2C4E420C" w14:textId="77777777" w:rsidR="00117C78" w:rsidRPr="00D32254" w:rsidRDefault="00117C78"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Brack</w:t>
            </w:r>
          </w:p>
        </w:tc>
        <w:tc>
          <w:tcPr>
            <w:tcW w:w="347" w:type="pct"/>
          </w:tcPr>
          <w:p w14:paraId="51488A05" w14:textId="77777777" w:rsidR="00117C78" w:rsidRPr="00D32254" w:rsidRDefault="00117C78"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Saltwater</w:t>
            </w:r>
          </w:p>
        </w:tc>
        <w:tc>
          <w:tcPr>
            <w:tcW w:w="347" w:type="pct"/>
          </w:tcPr>
          <w:p w14:paraId="66E3BC7A" w14:textId="77777777" w:rsidR="00117C78" w:rsidRPr="00D32254" w:rsidRDefault="00117C78" w:rsidP="0048078D">
            <w:pPr>
              <w:jc w:val="center"/>
              <w:rPr>
                <w:rFonts w:ascii="Times New Roman" w:hAnsi="Times New Roman" w:cs="Times New Roman"/>
                <w:b/>
                <w:bCs/>
                <w:color w:val="000000" w:themeColor="text1"/>
              </w:rPr>
            </w:pPr>
            <w:r w:rsidRPr="00D32254">
              <w:rPr>
                <w:rFonts w:ascii="Times New Roman" w:hAnsi="Times New Roman" w:cs="Times New Roman"/>
                <w:b/>
                <w:bCs/>
                <w:color w:val="000000" w:themeColor="text1"/>
              </w:rPr>
              <w:t>Distributed/Recorded in Study Sites</w:t>
            </w:r>
          </w:p>
        </w:tc>
      </w:tr>
      <w:tr w:rsidR="00523B77" w:rsidRPr="00D32254" w14:paraId="63667EEF" w14:textId="77777777" w:rsidTr="00117C78">
        <w:trPr>
          <w:jc w:val="center"/>
        </w:trPr>
        <w:tc>
          <w:tcPr>
            <w:tcW w:w="1422" w:type="pct"/>
          </w:tcPr>
          <w:p w14:paraId="478C789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Prionace glauca</w:t>
            </w:r>
          </w:p>
        </w:tc>
        <w:tc>
          <w:tcPr>
            <w:tcW w:w="1422" w:type="pct"/>
          </w:tcPr>
          <w:p w14:paraId="72FA98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Blue Shark</w:t>
            </w:r>
          </w:p>
        </w:tc>
        <w:tc>
          <w:tcPr>
            <w:tcW w:w="766" w:type="pct"/>
          </w:tcPr>
          <w:p w14:paraId="12AA5B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Carcharhinidae</w:t>
            </w:r>
          </w:p>
        </w:tc>
        <w:tc>
          <w:tcPr>
            <w:tcW w:w="347" w:type="pct"/>
          </w:tcPr>
          <w:p w14:paraId="2C94EF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8B51D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733D8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AFF68D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4E028BB" w14:textId="77777777" w:rsidTr="00117C78">
        <w:trPr>
          <w:jc w:val="center"/>
        </w:trPr>
        <w:tc>
          <w:tcPr>
            <w:tcW w:w="1422" w:type="pct"/>
          </w:tcPr>
          <w:p w14:paraId="6E208DE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Sphyrna lewini</w:t>
            </w:r>
          </w:p>
        </w:tc>
        <w:tc>
          <w:tcPr>
            <w:tcW w:w="1422" w:type="pct"/>
          </w:tcPr>
          <w:p w14:paraId="71F008F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Scalloped Hammerhead Shark</w:t>
            </w:r>
          </w:p>
        </w:tc>
        <w:tc>
          <w:tcPr>
            <w:tcW w:w="766" w:type="pct"/>
          </w:tcPr>
          <w:p w14:paraId="2095D5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Sphyrnidae</w:t>
            </w:r>
          </w:p>
        </w:tc>
        <w:tc>
          <w:tcPr>
            <w:tcW w:w="347" w:type="pct"/>
          </w:tcPr>
          <w:p w14:paraId="2F346E1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96FA9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BD71C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C335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DC36A08" w14:textId="77777777" w:rsidTr="00117C78">
        <w:trPr>
          <w:jc w:val="center"/>
        </w:trPr>
        <w:tc>
          <w:tcPr>
            <w:tcW w:w="1422" w:type="pct"/>
          </w:tcPr>
          <w:p w14:paraId="3687676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Lamna ditropis</w:t>
            </w:r>
          </w:p>
        </w:tc>
        <w:tc>
          <w:tcPr>
            <w:tcW w:w="1422" w:type="pct"/>
          </w:tcPr>
          <w:p w14:paraId="039689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 Shark</w:t>
            </w:r>
          </w:p>
        </w:tc>
        <w:tc>
          <w:tcPr>
            <w:tcW w:w="766" w:type="pct"/>
          </w:tcPr>
          <w:p w14:paraId="411C23E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Lamnidae</w:t>
            </w:r>
          </w:p>
        </w:tc>
        <w:tc>
          <w:tcPr>
            <w:tcW w:w="347" w:type="pct"/>
          </w:tcPr>
          <w:p w14:paraId="6F99617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A3C7C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8120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D349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CD6EE8A" w14:textId="77777777" w:rsidTr="00117C78">
        <w:trPr>
          <w:jc w:val="center"/>
        </w:trPr>
        <w:tc>
          <w:tcPr>
            <w:tcW w:w="1422" w:type="pct"/>
          </w:tcPr>
          <w:p w14:paraId="0CC79AF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Pteroplatytrygon violacea</w:t>
            </w:r>
          </w:p>
        </w:tc>
        <w:tc>
          <w:tcPr>
            <w:tcW w:w="1422" w:type="pct"/>
          </w:tcPr>
          <w:p w14:paraId="609091F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Violet Stingray</w:t>
            </w:r>
          </w:p>
        </w:tc>
        <w:tc>
          <w:tcPr>
            <w:tcW w:w="766" w:type="pct"/>
          </w:tcPr>
          <w:p w14:paraId="253D100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Dasyatidae</w:t>
            </w:r>
          </w:p>
        </w:tc>
        <w:tc>
          <w:tcPr>
            <w:tcW w:w="347" w:type="pct"/>
          </w:tcPr>
          <w:p w14:paraId="329C4E6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177D2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CDDF9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ABC821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1BC62F0" w14:textId="77777777" w:rsidTr="00117C78">
        <w:trPr>
          <w:jc w:val="center"/>
        </w:trPr>
        <w:tc>
          <w:tcPr>
            <w:tcW w:w="1422" w:type="pct"/>
          </w:tcPr>
          <w:p w14:paraId="1C8A039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Gymnura japonica</w:t>
            </w:r>
          </w:p>
        </w:tc>
        <w:tc>
          <w:tcPr>
            <w:tcW w:w="1422" w:type="pct"/>
          </w:tcPr>
          <w:p w14:paraId="75B8A16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Butterfly Ray</w:t>
            </w:r>
          </w:p>
        </w:tc>
        <w:tc>
          <w:tcPr>
            <w:tcW w:w="766" w:type="pct"/>
          </w:tcPr>
          <w:p w14:paraId="4715D0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Gymnuridae</w:t>
            </w:r>
          </w:p>
        </w:tc>
        <w:tc>
          <w:tcPr>
            <w:tcW w:w="347" w:type="pct"/>
          </w:tcPr>
          <w:p w14:paraId="2AE038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6EAEEA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D28A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11871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569A78E" w14:textId="77777777" w:rsidTr="00117C78">
        <w:trPr>
          <w:jc w:val="center"/>
        </w:trPr>
        <w:tc>
          <w:tcPr>
            <w:tcW w:w="1422" w:type="pct"/>
          </w:tcPr>
          <w:p w14:paraId="532C52C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Plesiobatis daviesi</w:t>
            </w:r>
          </w:p>
        </w:tc>
        <w:tc>
          <w:tcPr>
            <w:tcW w:w="1422" w:type="pct"/>
          </w:tcPr>
          <w:p w14:paraId="666F72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Deepwater Stingray</w:t>
            </w:r>
          </w:p>
        </w:tc>
        <w:tc>
          <w:tcPr>
            <w:tcW w:w="766" w:type="pct"/>
          </w:tcPr>
          <w:p w14:paraId="5C8CF7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Plesiobatidae</w:t>
            </w:r>
          </w:p>
        </w:tc>
        <w:tc>
          <w:tcPr>
            <w:tcW w:w="347" w:type="pct"/>
          </w:tcPr>
          <w:p w14:paraId="271237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0DC38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B80CC0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72083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882EE93" w14:textId="77777777" w:rsidTr="00117C78">
        <w:trPr>
          <w:jc w:val="center"/>
        </w:trPr>
        <w:tc>
          <w:tcPr>
            <w:tcW w:w="1422" w:type="pct"/>
          </w:tcPr>
          <w:p w14:paraId="714DF14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Okamejei kenojei</w:t>
            </w:r>
          </w:p>
        </w:tc>
        <w:tc>
          <w:tcPr>
            <w:tcW w:w="1422" w:type="pct"/>
          </w:tcPr>
          <w:p w14:paraId="562E83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Ocellate Spot Skate</w:t>
            </w:r>
          </w:p>
        </w:tc>
        <w:tc>
          <w:tcPr>
            <w:tcW w:w="766" w:type="pct"/>
          </w:tcPr>
          <w:p w14:paraId="517FE99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Rajidae</w:t>
            </w:r>
          </w:p>
        </w:tc>
        <w:tc>
          <w:tcPr>
            <w:tcW w:w="347" w:type="pct"/>
          </w:tcPr>
          <w:p w14:paraId="3331CF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8E8B2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20DFF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E0DF5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176A9F6" w14:textId="77777777" w:rsidTr="00117C78">
        <w:trPr>
          <w:jc w:val="center"/>
        </w:trPr>
        <w:tc>
          <w:tcPr>
            <w:tcW w:w="1422" w:type="pct"/>
          </w:tcPr>
          <w:p w14:paraId="32075E9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Anguilla japonica</w:t>
            </w:r>
          </w:p>
        </w:tc>
        <w:tc>
          <w:tcPr>
            <w:tcW w:w="1422" w:type="pct"/>
          </w:tcPr>
          <w:p w14:paraId="5FC46A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Eel</w:t>
            </w:r>
          </w:p>
        </w:tc>
        <w:tc>
          <w:tcPr>
            <w:tcW w:w="766" w:type="pct"/>
          </w:tcPr>
          <w:p w14:paraId="0D375B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Anguillidae</w:t>
            </w:r>
          </w:p>
        </w:tc>
        <w:tc>
          <w:tcPr>
            <w:tcW w:w="347" w:type="pct"/>
          </w:tcPr>
          <w:p w14:paraId="1FCB13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CBEEC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382DE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E947C6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D26FA8B" w14:textId="77777777" w:rsidTr="00117C78">
        <w:trPr>
          <w:jc w:val="center"/>
        </w:trPr>
        <w:tc>
          <w:tcPr>
            <w:tcW w:w="1422" w:type="pct"/>
          </w:tcPr>
          <w:p w14:paraId="4062EA9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Anguilla rostrata</w:t>
            </w:r>
          </w:p>
        </w:tc>
        <w:tc>
          <w:tcPr>
            <w:tcW w:w="1422" w:type="pct"/>
          </w:tcPr>
          <w:p w14:paraId="2DCF048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American Eel</w:t>
            </w:r>
          </w:p>
        </w:tc>
        <w:tc>
          <w:tcPr>
            <w:tcW w:w="766" w:type="pct"/>
          </w:tcPr>
          <w:p w14:paraId="79EE0B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Anguillidae</w:t>
            </w:r>
          </w:p>
        </w:tc>
        <w:tc>
          <w:tcPr>
            <w:tcW w:w="347" w:type="pct"/>
          </w:tcPr>
          <w:p w14:paraId="3C3596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EE0040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307C8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CB3148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4590F73F" w14:textId="77777777" w:rsidTr="00117C78">
        <w:trPr>
          <w:jc w:val="center"/>
        </w:trPr>
        <w:tc>
          <w:tcPr>
            <w:tcW w:w="1422" w:type="pct"/>
          </w:tcPr>
          <w:p w14:paraId="5B66AA9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Kaupichthys atronasus</w:t>
            </w:r>
          </w:p>
        </w:tc>
        <w:tc>
          <w:tcPr>
            <w:tcW w:w="1422" w:type="pct"/>
          </w:tcPr>
          <w:p w14:paraId="0CAB6C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Blacknose Eel</w:t>
            </w:r>
          </w:p>
        </w:tc>
        <w:tc>
          <w:tcPr>
            <w:tcW w:w="766" w:type="pct"/>
          </w:tcPr>
          <w:p w14:paraId="275CF89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Chlopsidae</w:t>
            </w:r>
          </w:p>
        </w:tc>
        <w:tc>
          <w:tcPr>
            <w:tcW w:w="347" w:type="pct"/>
          </w:tcPr>
          <w:p w14:paraId="34BA09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00C7B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9E02B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7E70A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E9B1132" w14:textId="77777777" w:rsidTr="00117C78">
        <w:trPr>
          <w:jc w:val="center"/>
        </w:trPr>
        <w:tc>
          <w:tcPr>
            <w:tcW w:w="1422" w:type="pct"/>
          </w:tcPr>
          <w:p w14:paraId="6569FD6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Conger myriaster</w:t>
            </w:r>
          </w:p>
        </w:tc>
        <w:tc>
          <w:tcPr>
            <w:tcW w:w="1422" w:type="pct"/>
          </w:tcPr>
          <w:p w14:paraId="2E2B70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Whitespotted Conger</w:t>
            </w:r>
          </w:p>
        </w:tc>
        <w:tc>
          <w:tcPr>
            <w:tcW w:w="766" w:type="pct"/>
          </w:tcPr>
          <w:p w14:paraId="538B74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Congridae</w:t>
            </w:r>
          </w:p>
        </w:tc>
        <w:tc>
          <w:tcPr>
            <w:tcW w:w="347" w:type="pct"/>
          </w:tcPr>
          <w:p w14:paraId="27EFE1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8B36F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6CCD79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B7766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759D3EE" w14:textId="77777777" w:rsidTr="00117C78">
        <w:trPr>
          <w:jc w:val="center"/>
        </w:trPr>
        <w:tc>
          <w:tcPr>
            <w:tcW w:w="1422" w:type="pct"/>
          </w:tcPr>
          <w:p w14:paraId="1DEFAAD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Muraenesox cinereus</w:t>
            </w:r>
          </w:p>
        </w:tc>
        <w:tc>
          <w:tcPr>
            <w:tcW w:w="1422" w:type="pct"/>
          </w:tcPr>
          <w:p w14:paraId="0E79E7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Daggertooth Pike Conger</w:t>
            </w:r>
          </w:p>
        </w:tc>
        <w:tc>
          <w:tcPr>
            <w:tcW w:w="766" w:type="pct"/>
          </w:tcPr>
          <w:p w14:paraId="75BB9A7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Muraenesocidae</w:t>
            </w:r>
          </w:p>
        </w:tc>
        <w:tc>
          <w:tcPr>
            <w:tcW w:w="347" w:type="pct"/>
          </w:tcPr>
          <w:p w14:paraId="3920D30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B4C24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331AE8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4024D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A6A1052" w14:textId="77777777" w:rsidTr="00117C78">
        <w:trPr>
          <w:jc w:val="center"/>
        </w:trPr>
        <w:tc>
          <w:tcPr>
            <w:tcW w:w="1422" w:type="pct"/>
          </w:tcPr>
          <w:p w14:paraId="4C24493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Gymnomuraena zebra</w:t>
            </w:r>
          </w:p>
        </w:tc>
        <w:tc>
          <w:tcPr>
            <w:tcW w:w="1422" w:type="pct"/>
          </w:tcPr>
          <w:p w14:paraId="2718E7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Zebra Moray Eel</w:t>
            </w:r>
          </w:p>
        </w:tc>
        <w:tc>
          <w:tcPr>
            <w:tcW w:w="766" w:type="pct"/>
          </w:tcPr>
          <w:p w14:paraId="01646F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Muraenidae</w:t>
            </w:r>
          </w:p>
        </w:tc>
        <w:tc>
          <w:tcPr>
            <w:tcW w:w="347" w:type="pct"/>
          </w:tcPr>
          <w:p w14:paraId="051E3D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4174F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D5CEA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09B8C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22F89D5" w14:textId="77777777" w:rsidTr="00117C78">
        <w:trPr>
          <w:jc w:val="center"/>
        </w:trPr>
        <w:tc>
          <w:tcPr>
            <w:tcW w:w="1422" w:type="pct"/>
          </w:tcPr>
          <w:p w14:paraId="3201035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Avocettina infans</w:t>
            </w:r>
          </w:p>
        </w:tc>
        <w:tc>
          <w:tcPr>
            <w:tcW w:w="1422" w:type="pct"/>
          </w:tcPr>
          <w:p w14:paraId="6BEADE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Thread-Sail Eel</w:t>
            </w:r>
          </w:p>
        </w:tc>
        <w:tc>
          <w:tcPr>
            <w:tcW w:w="766" w:type="pct"/>
          </w:tcPr>
          <w:p w14:paraId="2C5390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Nemichthyidae</w:t>
            </w:r>
          </w:p>
        </w:tc>
        <w:tc>
          <w:tcPr>
            <w:tcW w:w="347" w:type="pct"/>
          </w:tcPr>
          <w:p w14:paraId="1CD490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B487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5BF094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CD4939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27187E6" w14:textId="77777777" w:rsidTr="00117C78">
        <w:trPr>
          <w:jc w:val="center"/>
        </w:trPr>
        <w:tc>
          <w:tcPr>
            <w:tcW w:w="1422" w:type="pct"/>
          </w:tcPr>
          <w:p w14:paraId="24C7992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Echelus uropterus</w:t>
            </w:r>
          </w:p>
        </w:tc>
        <w:tc>
          <w:tcPr>
            <w:tcW w:w="1422" w:type="pct"/>
          </w:tcPr>
          <w:p w14:paraId="184A5E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Bearded Eel</w:t>
            </w:r>
          </w:p>
        </w:tc>
        <w:tc>
          <w:tcPr>
            <w:tcW w:w="766" w:type="pct"/>
          </w:tcPr>
          <w:p w14:paraId="780FBB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Ophichthidae</w:t>
            </w:r>
          </w:p>
        </w:tc>
        <w:tc>
          <w:tcPr>
            <w:tcW w:w="347" w:type="pct"/>
          </w:tcPr>
          <w:p w14:paraId="0E8907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9E018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28ED1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E1CD05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C7F9DEC" w14:textId="77777777" w:rsidTr="00117C78">
        <w:trPr>
          <w:jc w:val="center"/>
        </w:trPr>
        <w:tc>
          <w:tcPr>
            <w:tcW w:w="1422" w:type="pct"/>
          </w:tcPr>
          <w:p w14:paraId="38776AC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Synaphobranchus kaupii</w:t>
            </w:r>
          </w:p>
        </w:tc>
        <w:tc>
          <w:tcPr>
            <w:tcW w:w="1422" w:type="pct"/>
          </w:tcPr>
          <w:p w14:paraId="584847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Kaup's Eel</w:t>
            </w:r>
          </w:p>
        </w:tc>
        <w:tc>
          <w:tcPr>
            <w:tcW w:w="766" w:type="pct"/>
          </w:tcPr>
          <w:p w14:paraId="67ED142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Synaphobranchidae</w:t>
            </w:r>
          </w:p>
        </w:tc>
        <w:tc>
          <w:tcPr>
            <w:tcW w:w="347" w:type="pct"/>
          </w:tcPr>
          <w:p w14:paraId="0D2C18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FB4E7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0ED8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6963B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3074CCA" w14:textId="77777777" w:rsidTr="00117C78">
        <w:trPr>
          <w:jc w:val="center"/>
        </w:trPr>
        <w:tc>
          <w:tcPr>
            <w:tcW w:w="1422" w:type="pct"/>
          </w:tcPr>
          <w:p w14:paraId="46DA712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Alepisaurus ferox</w:t>
            </w:r>
          </w:p>
        </w:tc>
        <w:tc>
          <w:tcPr>
            <w:tcW w:w="1422" w:type="pct"/>
          </w:tcPr>
          <w:p w14:paraId="4532C5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Longnose Lancetfish</w:t>
            </w:r>
          </w:p>
        </w:tc>
        <w:tc>
          <w:tcPr>
            <w:tcW w:w="766" w:type="pct"/>
          </w:tcPr>
          <w:p w14:paraId="47C9B05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Alepisauridae</w:t>
            </w:r>
          </w:p>
        </w:tc>
        <w:tc>
          <w:tcPr>
            <w:tcW w:w="347" w:type="pct"/>
          </w:tcPr>
          <w:p w14:paraId="1F7DC3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CBA30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D39E3D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0E66D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2D87021" w14:textId="77777777" w:rsidTr="00117C78">
        <w:trPr>
          <w:jc w:val="center"/>
        </w:trPr>
        <w:tc>
          <w:tcPr>
            <w:tcW w:w="1422" w:type="pct"/>
          </w:tcPr>
          <w:p w14:paraId="5A19C2D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Chlorophthalmus borealis</w:t>
            </w:r>
          </w:p>
        </w:tc>
        <w:tc>
          <w:tcPr>
            <w:tcW w:w="1422" w:type="pct"/>
          </w:tcPr>
          <w:p w14:paraId="29557E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Boreal Greeneye</w:t>
            </w:r>
          </w:p>
        </w:tc>
        <w:tc>
          <w:tcPr>
            <w:tcW w:w="766" w:type="pct"/>
          </w:tcPr>
          <w:p w14:paraId="4FD6D2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Chlorophthalmidae</w:t>
            </w:r>
          </w:p>
        </w:tc>
        <w:tc>
          <w:tcPr>
            <w:tcW w:w="347" w:type="pct"/>
          </w:tcPr>
          <w:p w14:paraId="7F55606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95FE6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F28CD4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59107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71EF9CC" w14:textId="77777777" w:rsidTr="00117C78">
        <w:trPr>
          <w:jc w:val="center"/>
        </w:trPr>
        <w:tc>
          <w:tcPr>
            <w:tcW w:w="1422" w:type="pct"/>
          </w:tcPr>
          <w:p w14:paraId="04527AD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Evermannella ahlstromi</w:t>
            </w:r>
          </w:p>
        </w:tc>
        <w:tc>
          <w:tcPr>
            <w:tcW w:w="1422" w:type="pct"/>
          </w:tcPr>
          <w:p w14:paraId="6B3FE75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Ahlstrom's Sabertooth</w:t>
            </w:r>
          </w:p>
        </w:tc>
        <w:tc>
          <w:tcPr>
            <w:tcW w:w="766" w:type="pct"/>
          </w:tcPr>
          <w:p w14:paraId="0D9BE9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Evermannellidae</w:t>
            </w:r>
          </w:p>
        </w:tc>
        <w:tc>
          <w:tcPr>
            <w:tcW w:w="347" w:type="pct"/>
          </w:tcPr>
          <w:p w14:paraId="316334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5D2C2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18EE2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1939D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6FE0D784" w14:textId="77777777" w:rsidTr="00117C78">
        <w:trPr>
          <w:jc w:val="center"/>
        </w:trPr>
        <w:tc>
          <w:tcPr>
            <w:tcW w:w="1422" w:type="pct"/>
          </w:tcPr>
          <w:p w14:paraId="3A61D96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Anotopterus pharao</w:t>
            </w:r>
          </w:p>
        </w:tc>
        <w:tc>
          <w:tcPr>
            <w:tcW w:w="1422" w:type="pct"/>
          </w:tcPr>
          <w:p w14:paraId="56DD49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Pharao Barracudina</w:t>
            </w:r>
          </w:p>
        </w:tc>
        <w:tc>
          <w:tcPr>
            <w:tcW w:w="766" w:type="pct"/>
          </w:tcPr>
          <w:p w14:paraId="0246CB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Anotopteridae</w:t>
            </w:r>
          </w:p>
        </w:tc>
        <w:tc>
          <w:tcPr>
            <w:tcW w:w="347" w:type="pct"/>
          </w:tcPr>
          <w:p w14:paraId="7101D3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E29C1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2FD5B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CA638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3F196DAD" w14:textId="77777777" w:rsidTr="00117C78">
        <w:trPr>
          <w:jc w:val="center"/>
        </w:trPr>
        <w:tc>
          <w:tcPr>
            <w:tcW w:w="1422" w:type="pct"/>
          </w:tcPr>
          <w:p w14:paraId="1FB8E39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Lestidiops jayakari</w:t>
            </w:r>
          </w:p>
        </w:tc>
        <w:tc>
          <w:tcPr>
            <w:tcW w:w="1422" w:type="pct"/>
          </w:tcPr>
          <w:p w14:paraId="130086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Jayakar's Barracudina</w:t>
            </w:r>
          </w:p>
        </w:tc>
        <w:tc>
          <w:tcPr>
            <w:tcW w:w="766" w:type="pct"/>
          </w:tcPr>
          <w:p w14:paraId="1634CA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Paralepididae</w:t>
            </w:r>
          </w:p>
        </w:tc>
        <w:tc>
          <w:tcPr>
            <w:tcW w:w="347" w:type="pct"/>
          </w:tcPr>
          <w:p w14:paraId="024936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DBC36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88E09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C1C91F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00BDF77" w14:textId="77777777" w:rsidTr="00117C78">
        <w:trPr>
          <w:jc w:val="center"/>
        </w:trPr>
        <w:tc>
          <w:tcPr>
            <w:tcW w:w="1422" w:type="pct"/>
          </w:tcPr>
          <w:p w14:paraId="4D916CB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Magnisudis atlantica</w:t>
            </w:r>
          </w:p>
        </w:tc>
        <w:tc>
          <w:tcPr>
            <w:tcW w:w="1422" w:type="pct"/>
          </w:tcPr>
          <w:p w14:paraId="5F04DE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Atlantic Barracudina</w:t>
            </w:r>
          </w:p>
        </w:tc>
        <w:tc>
          <w:tcPr>
            <w:tcW w:w="766" w:type="pct"/>
          </w:tcPr>
          <w:p w14:paraId="58C9970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Paralepididae</w:t>
            </w:r>
          </w:p>
        </w:tc>
        <w:tc>
          <w:tcPr>
            <w:tcW w:w="347" w:type="pct"/>
          </w:tcPr>
          <w:p w14:paraId="48B41D5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0D59F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E5844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B4EFB4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4EA7AE6" w14:textId="77777777" w:rsidTr="00117C78">
        <w:trPr>
          <w:jc w:val="center"/>
        </w:trPr>
        <w:tc>
          <w:tcPr>
            <w:tcW w:w="1422" w:type="pct"/>
          </w:tcPr>
          <w:p w14:paraId="0288A2F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Benthalbella linguidens</w:t>
            </w:r>
          </w:p>
        </w:tc>
        <w:tc>
          <w:tcPr>
            <w:tcW w:w="1422" w:type="pct"/>
          </w:tcPr>
          <w:p w14:paraId="4EDF885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Longtooth Pearleye</w:t>
            </w:r>
          </w:p>
        </w:tc>
        <w:tc>
          <w:tcPr>
            <w:tcW w:w="766" w:type="pct"/>
          </w:tcPr>
          <w:p w14:paraId="707E19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Scopelarchidae</w:t>
            </w:r>
          </w:p>
        </w:tc>
        <w:tc>
          <w:tcPr>
            <w:tcW w:w="347" w:type="pct"/>
          </w:tcPr>
          <w:p w14:paraId="309593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55B75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0AD18D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A004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4F67E8A" w14:textId="77777777" w:rsidTr="00117C78">
        <w:trPr>
          <w:jc w:val="center"/>
        </w:trPr>
        <w:tc>
          <w:tcPr>
            <w:tcW w:w="1422" w:type="pct"/>
          </w:tcPr>
          <w:p w14:paraId="1279B23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Synodus fuscus</w:t>
            </w:r>
          </w:p>
        </w:tc>
        <w:tc>
          <w:tcPr>
            <w:tcW w:w="1422" w:type="pct"/>
          </w:tcPr>
          <w:p w14:paraId="61B751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Dark Synodontis</w:t>
            </w:r>
          </w:p>
        </w:tc>
        <w:tc>
          <w:tcPr>
            <w:tcW w:w="766" w:type="pct"/>
          </w:tcPr>
          <w:p w14:paraId="50C84E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Synodontidae</w:t>
            </w:r>
          </w:p>
        </w:tc>
        <w:tc>
          <w:tcPr>
            <w:tcW w:w="347" w:type="pct"/>
          </w:tcPr>
          <w:p w14:paraId="2F795C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DE6EA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EB424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FFBABB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8403BE3" w14:textId="77777777" w:rsidTr="00117C78">
        <w:trPr>
          <w:jc w:val="center"/>
        </w:trPr>
        <w:tc>
          <w:tcPr>
            <w:tcW w:w="1422" w:type="pct"/>
          </w:tcPr>
          <w:p w14:paraId="0F615AC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Synodus jaculum</w:t>
            </w:r>
          </w:p>
        </w:tc>
        <w:tc>
          <w:tcPr>
            <w:tcW w:w="1422" w:type="pct"/>
          </w:tcPr>
          <w:p w14:paraId="24E4A50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Thin Synodontis</w:t>
            </w:r>
          </w:p>
        </w:tc>
        <w:tc>
          <w:tcPr>
            <w:tcW w:w="766" w:type="pct"/>
          </w:tcPr>
          <w:p w14:paraId="729B55A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Synodontidae</w:t>
            </w:r>
          </w:p>
        </w:tc>
        <w:tc>
          <w:tcPr>
            <w:tcW w:w="347" w:type="pct"/>
          </w:tcPr>
          <w:p w14:paraId="4C32DC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63402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443916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F2DB9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E04234B" w14:textId="77777777" w:rsidTr="00117C78">
        <w:trPr>
          <w:jc w:val="center"/>
        </w:trPr>
        <w:tc>
          <w:tcPr>
            <w:tcW w:w="1422" w:type="pct"/>
          </w:tcPr>
          <w:p w14:paraId="43463CD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Ablennes hians</w:t>
            </w:r>
          </w:p>
        </w:tc>
        <w:tc>
          <w:tcPr>
            <w:tcW w:w="1422" w:type="pct"/>
          </w:tcPr>
          <w:p w14:paraId="789817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Flat Needlefish</w:t>
            </w:r>
          </w:p>
        </w:tc>
        <w:tc>
          <w:tcPr>
            <w:tcW w:w="766" w:type="pct"/>
          </w:tcPr>
          <w:p w14:paraId="7DC8D52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Belonidae</w:t>
            </w:r>
          </w:p>
        </w:tc>
        <w:tc>
          <w:tcPr>
            <w:tcW w:w="347" w:type="pct"/>
          </w:tcPr>
          <w:p w14:paraId="1CA6C1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45D98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5A2988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C38C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B04A7DE" w14:textId="77777777" w:rsidTr="00117C78">
        <w:trPr>
          <w:jc w:val="center"/>
        </w:trPr>
        <w:tc>
          <w:tcPr>
            <w:tcW w:w="1422" w:type="pct"/>
          </w:tcPr>
          <w:p w14:paraId="3FCAD13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Strongylura anastomella</w:t>
            </w:r>
          </w:p>
        </w:tc>
        <w:tc>
          <w:tcPr>
            <w:tcW w:w="1422" w:type="pct"/>
          </w:tcPr>
          <w:p w14:paraId="62C9AE3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Anastomella Needlefishes</w:t>
            </w:r>
          </w:p>
        </w:tc>
        <w:tc>
          <w:tcPr>
            <w:tcW w:w="766" w:type="pct"/>
          </w:tcPr>
          <w:p w14:paraId="6E2DF98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Belonidae</w:t>
            </w:r>
          </w:p>
        </w:tc>
        <w:tc>
          <w:tcPr>
            <w:tcW w:w="347" w:type="pct"/>
          </w:tcPr>
          <w:p w14:paraId="74CB9A8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1F4BE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2FE18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EB6E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259CE6A" w14:textId="77777777" w:rsidTr="00117C78">
        <w:trPr>
          <w:jc w:val="center"/>
        </w:trPr>
        <w:tc>
          <w:tcPr>
            <w:tcW w:w="1422" w:type="pct"/>
          </w:tcPr>
          <w:p w14:paraId="7CA8F40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Cheilopogon abei</w:t>
            </w:r>
          </w:p>
        </w:tc>
        <w:tc>
          <w:tcPr>
            <w:tcW w:w="1422" w:type="pct"/>
          </w:tcPr>
          <w:p w14:paraId="78A748B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Abe's Flying Fish</w:t>
            </w:r>
          </w:p>
        </w:tc>
        <w:tc>
          <w:tcPr>
            <w:tcW w:w="766" w:type="pct"/>
          </w:tcPr>
          <w:p w14:paraId="449CDA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508510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BC58C4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4A44E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E5307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82FF651" w14:textId="77777777" w:rsidTr="00117C78">
        <w:trPr>
          <w:jc w:val="center"/>
        </w:trPr>
        <w:tc>
          <w:tcPr>
            <w:tcW w:w="1422" w:type="pct"/>
          </w:tcPr>
          <w:p w14:paraId="0A50813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Cheilopogon agoo</w:t>
            </w:r>
          </w:p>
        </w:tc>
        <w:tc>
          <w:tcPr>
            <w:tcW w:w="1422" w:type="pct"/>
          </w:tcPr>
          <w:p w14:paraId="4D78EF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Flying Fish</w:t>
            </w:r>
          </w:p>
        </w:tc>
        <w:tc>
          <w:tcPr>
            <w:tcW w:w="766" w:type="pct"/>
          </w:tcPr>
          <w:p w14:paraId="338D70C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542CE0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8BCF0D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370F3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F46BF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B321E99" w14:textId="77777777" w:rsidTr="00117C78">
        <w:trPr>
          <w:jc w:val="center"/>
        </w:trPr>
        <w:tc>
          <w:tcPr>
            <w:tcW w:w="1422" w:type="pct"/>
          </w:tcPr>
          <w:p w14:paraId="430956C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Cheilopogon arcticeps</w:t>
            </w:r>
          </w:p>
        </w:tc>
        <w:tc>
          <w:tcPr>
            <w:tcW w:w="1422" w:type="pct"/>
          </w:tcPr>
          <w:p w14:paraId="585299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Smallhead Flying Fish</w:t>
            </w:r>
          </w:p>
        </w:tc>
        <w:tc>
          <w:tcPr>
            <w:tcW w:w="766" w:type="pct"/>
          </w:tcPr>
          <w:p w14:paraId="73C997D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17D257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B7DB31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04BB4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35B289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6FAD659" w14:textId="77777777" w:rsidTr="00117C78">
        <w:trPr>
          <w:jc w:val="center"/>
        </w:trPr>
        <w:tc>
          <w:tcPr>
            <w:tcW w:w="1422" w:type="pct"/>
          </w:tcPr>
          <w:p w14:paraId="3CCCAE5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Cheilopogon cyanopterus</w:t>
            </w:r>
          </w:p>
        </w:tc>
        <w:tc>
          <w:tcPr>
            <w:tcW w:w="1422" w:type="pct"/>
          </w:tcPr>
          <w:p w14:paraId="134858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Bluewing Flying Fish</w:t>
            </w:r>
          </w:p>
        </w:tc>
        <w:tc>
          <w:tcPr>
            <w:tcW w:w="766" w:type="pct"/>
          </w:tcPr>
          <w:p w14:paraId="597269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1540C1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03E70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666F4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6CCB9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A62439D" w14:textId="77777777" w:rsidTr="00117C78">
        <w:trPr>
          <w:jc w:val="center"/>
        </w:trPr>
        <w:tc>
          <w:tcPr>
            <w:tcW w:w="1422" w:type="pct"/>
          </w:tcPr>
          <w:p w14:paraId="5FFDBAE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Exocoetus volitans</w:t>
            </w:r>
          </w:p>
        </w:tc>
        <w:tc>
          <w:tcPr>
            <w:tcW w:w="1422" w:type="pct"/>
          </w:tcPr>
          <w:p w14:paraId="23F8B81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Tropical Two-Wing Flyingfish</w:t>
            </w:r>
          </w:p>
        </w:tc>
        <w:tc>
          <w:tcPr>
            <w:tcW w:w="766" w:type="pct"/>
          </w:tcPr>
          <w:p w14:paraId="17BC1C3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2692F7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F3804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306FF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8DA0E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705D68C" w14:textId="77777777" w:rsidTr="00117C78">
        <w:trPr>
          <w:jc w:val="center"/>
        </w:trPr>
        <w:tc>
          <w:tcPr>
            <w:tcW w:w="1422" w:type="pct"/>
          </w:tcPr>
          <w:p w14:paraId="16C8B06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Parexocoetus brachypterus</w:t>
            </w:r>
          </w:p>
        </w:tc>
        <w:tc>
          <w:tcPr>
            <w:tcW w:w="1422" w:type="pct"/>
          </w:tcPr>
          <w:p w14:paraId="2C236A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Short-winged Flyingfish</w:t>
            </w:r>
          </w:p>
        </w:tc>
        <w:tc>
          <w:tcPr>
            <w:tcW w:w="766" w:type="pct"/>
          </w:tcPr>
          <w:p w14:paraId="65CBEEA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5B907EB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596B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E848C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E17ED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3E593FF" w14:textId="77777777" w:rsidTr="00117C78">
        <w:trPr>
          <w:jc w:val="center"/>
        </w:trPr>
        <w:tc>
          <w:tcPr>
            <w:tcW w:w="1422" w:type="pct"/>
          </w:tcPr>
          <w:p w14:paraId="2604847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Prognichthys sealei</w:t>
            </w:r>
          </w:p>
        </w:tc>
        <w:tc>
          <w:tcPr>
            <w:tcW w:w="1422" w:type="pct"/>
          </w:tcPr>
          <w:p w14:paraId="165A874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Seale’s Flyingfish</w:t>
            </w:r>
          </w:p>
        </w:tc>
        <w:tc>
          <w:tcPr>
            <w:tcW w:w="766" w:type="pct"/>
          </w:tcPr>
          <w:p w14:paraId="2A044B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01C56A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D963F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81790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0F456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7CD40AE0" w14:textId="77777777" w:rsidTr="00117C78">
        <w:trPr>
          <w:jc w:val="center"/>
        </w:trPr>
        <w:tc>
          <w:tcPr>
            <w:tcW w:w="1422" w:type="pct"/>
          </w:tcPr>
          <w:p w14:paraId="096B7DD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Euleptorhamphus viridis</w:t>
            </w:r>
          </w:p>
        </w:tc>
        <w:tc>
          <w:tcPr>
            <w:tcW w:w="1422" w:type="pct"/>
          </w:tcPr>
          <w:p w14:paraId="7BC7A9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Longfin Halfbeak</w:t>
            </w:r>
          </w:p>
        </w:tc>
        <w:tc>
          <w:tcPr>
            <w:tcW w:w="766" w:type="pct"/>
          </w:tcPr>
          <w:p w14:paraId="35D1965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Hemiramphidae</w:t>
            </w:r>
          </w:p>
        </w:tc>
        <w:tc>
          <w:tcPr>
            <w:tcW w:w="347" w:type="pct"/>
          </w:tcPr>
          <w:p w14:paraId="448282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DCA71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A7760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0AAA04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0EE9F72" w14:textId="77777777" w:rsidTr="00117C78">
        <w:trPr>
          <w:jc w:val="center"/>
        </w:trPr>
        <w:tc>
          <w:tcPr>
            <w:tcW w:w="1422" w:type="pct"/>
          </w:tcPr>
          <w:p w14:paraId="6DB224F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Hyporhamphus sajori</w:t>
            </w:r>
          </w:p>
        </w:tc>
        <w:tc>
          <w:tcPr>
            <w:tcW w:w="1422" w:type="pct"/>
          </w:tcPr>
          <w:p w14:paraId="6640FFA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Halfbeak</w:t>
            </w:r>
          </w:p>
        </w:tc>
        <w:tc>
          <w:tcPr>
            <w:tcW w:w="766" w:type="pct"/>
          </w:tcPr>
          <w:p w14:paraId="669CA77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Hemiramphidae</w:t>
            </w:r>
          </w:p>
        </w:tc>
        <w:tc>
          <w:tcPr>
            <w:tcW w:w="347" w:type="pct"/>
          </w:tcPr>
          <w:p w14:paraId="22D1A5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FD353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935BE7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DD8CAF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5816971" w14:textId="77777777" w:rsidTr="00117C78">
        <w:trPr>
          <w:jc w:val="center"/>
        </w:trPr>
        <w:tc>
          <w:tcPr>
            <w:tcW w:w="1422" w:type="pct"/>
          </w:tcPr>
          <w:p w14:paraId="0D67CA1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Cololabis saira</w:t>
            </w:r>
          </w:p>
        </w:tc>
        <w:tc>
          <w:tcPr>
            <w:tcW w:w="1422" w:type="pct"/>
          </w:tcPr>
          <w:p w14:paraId="61C050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Pacific Saury</w:t>
            </w:r>
          </w:p>
        </w:tc>
        <w:tc>
          <w:tcPr>
            <w:tcW w:w="766" w:type="pct"/>
          </w:tcPr>
          <w:p w14:paraId="29D2E8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Scomberesocidae</w:t>
            </w:r>
          </w:p>
        </w:tc>
        <w:tc>
          <w:tcPr>
            <w:tcW w:w="347" w:type="pct"/>
          </w:tcPr>
          <w:p w14:paraId="1B1B89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6CD45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C19AA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FBA34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EDDFE00" w14:textId="77777777" w:rsidTr="00117C78">
        <w:trPr>
          <w:jc w:val="center"/>
        </w:trPr>
        <w:tc>
          <w:tcPr>
            <w:tcW w:w="1422" w:type="pct"/>
          </w:tcPr>
          <w:p w14:paraId="40B6D7F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Beryx splendens</w:t>
            </w:r>
          </w:p>
        </w:tc>
        <w:tc>
          <w:tcPr>
            <w:tcW w:w="1422" w:type="pct"/>
          </w:tcPr>
          <w:p w14:paraId="4186DB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Splendid Alfonsino</w:t>
            </w:r>
          </w:p>
        </w:tc>
        <w:tc>
          <w:tcPr>
            <w:tcW w:w="766" w:type="pct"/>
          </w:tcPr>
          <w:p w14:paraId="6D9B76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Berycidae</w:t>
            </w:r>
          </w:p>
        </w:tc>
        <w:tc>
          <w:tcPr>
            <w:tcW w:w="347" w:type="pct"/>
          </w:tcPr>
          <w:p w14:paraId="002E35A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7CCC2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559ED5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5F40E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126BBA9" w14:textId="77777777" w:rsidTr="00117C78">
        <w:trPr>
          <w:jc w:val="center"/>
        </w:trPr>
        <w:tc>
          <w:tcPr>
            <w:tcW w:w="1422" w:type="pct"/>
          </w:tcPr>
          <w:p w14:paraId="15661F3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Sargocentron ittodai</w:t>
            </w:r>
          </w:p>
        </w:tc>
        <w:tc>
          <w:tcPr>
            <w:tcW w:w="1422" w:type="pct"/>
          </w:tcPr>
          <w:p w14:paraId="09C94D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Ittodai Squirrelfish</w:t>
            </w:r>
          </w:p>
        </w:tc>
        <w:tc>
          <w:tcPr>
            <w:tcW w:w="766" w:type="pct"/>
          </w:tcPr>
          <w:p w14:paraId="0ABAF8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Holocentridae</w:t>
            </w:r>
          </w:p>
        </w:tc>
        <w:tc>
          <w:tcPr>
            <w:tcW w:w="347" w:type="pct"/>
          </w:tcPr>
          <w:p w14:paraId="41DE51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DD13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4393BC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2B7D30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C92DAEF" w14:textId="77777777" w:rsidTr="00117C78">
        <w:trPr>
          <w:jc w:val="center"/>
        </w:trPr>
        <w:tc>
          <w:tcPr>
            <w:tcW w:w="1422" w:type="pct"/>
          </w:tcPr>
          <w:p w14:paraId="65FA044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Sargocentron punctatissimum</w:t>
            </w:r>
          </w:p>
        </w:tc>
        <w:tc>
          <w:tcPr>
            <w:tcW w:w="1422" w:type="pct"/>
          </w:tcPr>
          <w:p w14:paraId="438224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Spotted Squirrelfish</w:t>
            </w:r>
          </w:p>
        </w:tc>
        <w:tc>
          <w:tcPr>
            <w:tcW w:w="766" w:type="pct"/>
          </w:tcPr>
          <w:p w14:paraId="72CCA6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Holocentridae</w:t>
            </w:r>
          </w:p>
        </w:tc>
        <w:tc>
          <w:tcPr>
            <w:tcW w:w="347" w:type="pct"/>
          </w:tcPr>
          <w:p w14:paraId="302E67E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F5449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F9886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96C58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3379AF7" w14:textId="77777777" w:rsidTr="00117C78">
        <w:trPr>
          <w:jc w:val="center"/>
        </w:trPr>
        <w:tc>
          <w:tcPr>
            <w:tcW w:w="1422" w:type="pct"/>
          </w:tcPr>
          <w:p w14:paraId="38E5E6D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Etrumeus micropus</w:t>
            </w:r>
          </w:p>
        </w:tc>
        <w:tc>
          <w:tcPr>
            <w:tcW w:w="1422" w:type="pct"/>
          </w:tcPr>
          <w:p w14:paraId="66D625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Sardinella</w:t>
            </w:r>
          </w:p>
        </w:tc>
        <w:tc>
          <w:tcPr>
            <w:tcW w:w="766" w:type="pct"/>
          </w:tcPr>
          <w:p w14:paraId="407691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Clupeidae</w:t>
            </w:r>
          </w:p>
        </w:tc>
        <w:tc>
          <w:tcPr>
            <w:tcW w:w="347" w:type="pct"/>
          </w:tcPr>
          <w:p w14:paraId="1FB7F6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F7845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415A1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CE7C9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FEA2134" w14:textId="77777777" w:rsidTr="00117C78">
        <w:trPr>
          <w:jc w:val="center"/>
        </w:trPr>
        <w:tc>
          <w:tcPr>
            <w:tcW w:w="1422" w:type="pct"/>
          </w:tcPr>
          <w:p w14:paraId="6740EFC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Konosirus punctatus</w:t>
            </w:r>
          </w:p>
        </w:tc>
        <w:tc>
          <w:tcPr>
            <w:tcW w:w="1422" w:type="pct"/>
          </w:tcPr>
          <w:p w14:paraId="413BEE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Dotted Gizzard Shad</w:t>
            </w:r>
          </w:p>
        </w:tc>
        <w:tc>
          <w:tcPr>
            <w:tcW w:w="766" w:type="pct"/>
          </w:tcPr>
          <w:p w14:paraId="332A2D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Clupeidae</w:t>
            </w:r>
          </w:p>
        </w:tc>
        <w:tc>
          <w:tcPr>
            <w:tcW w:w="347" w:type="pct"/>
          </w:tcPr>
          <w:p w14:paraId="742010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D2B43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FCBB9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5858F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8512A0B" w14:textId="77777777" w:rsidTr="00117C78">
        <w:trPr>
          <w:jc w:val="center"/>
        </w:trPr>
        <w:tc>
          <w:tcPr>
            <w:tcW w:w="1422" w:type="pct"/>
          </w:tcPr>
          <w:p w14:paraId="5408CC8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Sardinella zunasi</w:t>
            </w:r>
          </w:p>
        </w:tc>
        <w:tc>
          <w:tcPr>
            <w:tcW w:w="1422" w:type="pct"/>
          </w:tcPr>
          <w:p w14:paraId="709AAA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Sardine</w:t>
            </w:r>
          </w:p>
        </w:tc>
        <w:tc>
          <w:tcPr>
            <w:tcW w:w="766" w:type="pct"/>
          </w:tcPr>
          <w:p w14:paraId="7895C7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Clupeidae</w:t>
            </w:r>
          </w:p>
        </w:tc>
        <w:tc>
          <w:tcPr>
            <w:tcW w:w="347" w:type="pct"/>
          </w:tcPr>
          <w:p w14:paraId="250A600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A12F5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4531E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3C8C5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B5BB2DC" w14:textId="77777777" w:rsidTr="00117C78">
        <w:trPr>
          <w:jc w:val="center"/>
        </w:trPr>
        <w:tc>
          <w:tcPr>
            <w:tcW w:w="1422" w:type="pct"/>
          </w:tcPr>
          <w:p w14:paraId="4CC6A8F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Spratelloides gracilis</w:t>
            </w:r>
          </w:p>
        </w:tc>
        <w:tc>
          <w:tcPr>
            <w:tcW w:w="1422" w:type="pct"/>
          </w:tcPr>
          <w:p w14:paraId="7C4CAB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Slender Sprat</w:t>
            </w:r>
          </w:p>
        </w:tc>
        <w:tc>
          <w:tcPr>
            <w:tcW w:w="766" w:type="pct"/>
          </w:tcPr>
          <w:p w14:paraId="245668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Clupeidae</w:t>
            </w:r>
          </w:p>
        </w:tc>
        <w:tc>
          <w:tcPr>
            <w:tcW w:w="347" w:type="pct"/>
          </w:tcPr>
          <w:p w14:paraId="21E831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3C139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6D2351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94AF31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D41F9B1" w14:textId="77777777" w:rsidTr="00117C78">
        <w:trPr>
          <w:jc w:val="center"/>
        </w:trPr>
        <w:tc>
          <w:tcPr>
            <w:tcW w:w="1422" w:type="pct"/>
          </w:tcPr>
          <w:p w14:paraId="67E97A0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Engraulis japonicus</w:t>
            </w:r>
          </w:p>
        </w:tc>
        <w:tc>
          <w:tcPr>
            <w:tcW w:w="1422" w:type="pct"/>
          </w:tcPr>
          <w:p w14:paraId="02FB9C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Anchovy</w:t>
            </w:r>
          </w:p>
        </w:tc>
        <w:tc>
          <w:tcPr>
            <w:tcW w:w="766" w:type="pct"/>
          </w:tcPr>
          <w:p w14:paraId="09AF2C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Engraulidae</w:t>
            </w:r>
          </w:p>
        </w:tc>
        <w:tc>
          <w:tcPr>
            <w:tcW w:w="347" w:type="pct"/>
          </w:tcPr>
          <w:p w14:paraId="204AC9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02A8B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B32D60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848D5E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0333A74" w14:textId="77777777" w:rsidTr="00117C78">
        <w:trPr>
          <w:jc w:val="center"/>
        </w:trPr>
        <w:tc>
          <w:tcPr>
            <w:tcW w:w="1422" w:type="pct"/>
          </w:tcPr>
          <w:p w14:paraId="6714FD2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Ilisha elongata</w:t>
            </w:r>
          </w:p>
        </w:tc>
        <w:tc>
          <w:tcPr>
            <w:tcW w:w="1422" w:type="pct"/>
          </w:tcPr>
          <w:p w14:paraId="2B4092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Elongate Ilisha</w:t>
            </w:r>
          </w:p>
        </w:tc>
        <w:tc>
          <w:tcPr>
            <w:tcW w:w="766" w:type="pct"/>
          </w:tcPr>
          <w:p w14:paraId="674B3B9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Pristigasteridae</w:t>
            </w:r>
          </w:p>
        </w:tc>
        <w:tc>
          <w:tcPr>
            <w:tcW w:w="347" w:type="pct"/>
          </w:tcPr>
          <w:p w14:paraId="4C3B3B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7655C5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6941E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6C2E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831189B" w14:textId="77777777" w:rsidTr="00117C78">
        <w:trPr>
          <w:jc w:val="center"/>
        </w:trPr>
        <w:tc>
          <w:tcPr>
            <w:tcW w:w="1422" w:type="pct"/>
          </w:tcPr>
          <w:p w14:paraId="6856350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Barbatula barbatula</w:t>
            </w:r>
          </w:p>
        </w:tc>
        <w:tc>
          <w:tcPr>
            <w:tcW w:w="1422" w:type="pct"/>
          </w:tcPr>
          <w:p w14:paraId="4E3D32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Stone Loach</w:t>
            </w:r>
          </w:p>
        </w:tc>
        <w:tc>
          <w:tcPr>
            <w:tcW w:w="766" w:type="pct"/>
          </w:tcPr>
          <w:p w14:paraId="1CD758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Nemacheilidae</w:t>
            </w:r>
          </w:p>
        </w:tc>
        <w:tc>
          <w:tcPr>
            <w:tcW w:w="347" w:type="pct"/>
          </w:tcPr>
          <w:p w14:paraId="0C6585F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DD1CF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1B72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905A25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97645E5" w14:textId="77777777" w:rsidTr="00117C78">
        <w:trPr>
          <w:jc w:val="center"/>
        </w:trPr>
        <w:tc>
          <w:tcPr>
            <w:tcW w:w="1422" w:type="pct"/>
          </w:tcPr>
          <w:p w14:paraId="2E89AC9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Misgurnus anguillicaudatus</w:t>
            </w:r>
          </w:p>
        </w:tc>
        <w:tc>
          <w:tcPr>
            <w:tcW w:w="1422" w:type="pct"/>
          </w:tcPr>
          <w:p w14:paraId="72AF75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Oriental Weatherfish</w:t>
            </w:r>
          </w:p>
        </w:tc>
        <w:tc>
          <w:tcPr>
            <w:tcW w:w="766" w:type="pct"/>
          </w:tcPr>
          <w:p w14:paraId="504BC0B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Cobitidae</w:t>
            </w:r>
          </w:p>
        </w:tc>
        <w:tc>
          <w:tcPr>
            <w:tcW w:w="347" w:type="pct"/>
          </w:tcPr>
          <w:p w14:paraId="052E02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13515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C81D4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BC4D6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2F1C821" w14:textId="77777777" w:rsidTr="00117C78">
        <w:trPr>
          <w:jc w:val="center"/>
        </w:trPr>
        <w:tc>
          <w:tcPr>
            <w:tcW w:w="1422" w:type="pct"/>
          </w:tcPr>
          <w:p w14:paraId="79644F6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Carassius auratus</w:t>
            </w:r>
          </w:p>
        </w:tc>
        <w:tc>
          <w:tcPr>
            <w:tcW w:w="1422" w:type="pct"/>
          </w:tcPr>
          <w:p w14:paraId="18484F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Goldfish</w:t>
            </w:r>
          </w:p>
        </w:tc>
        <w:tc>
          <w:tcPr>
            <w:tcW w:w="766" w:type="pct"/>
          </w:tcPr>
          <w:p w14:paraId="290EB8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34D8AC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750D7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36F69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2AA4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1BFC826" w14:textId="77777777" w:rsidTr="00117C78">
        <w:trPr>
          <w:jc w:val="center"/>
        </w:trPr>
        <w:tc>
          <w:tcPr>
            <w:tcW w:w="1422" w:type="pct"/>
          </w:tcPr>
          <w:p w14:paraId="5097631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Gobio gobio</w:t>
            </w:r>
          </w:p>
        </w:tc>
        <w:tc>
          <w:tcPr>
            <w:tcW w:w="1422" w:type="pct"/>
          </w:tcPr>
          <w:p w14:paraId="5AC25A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Gudgeon</w:t>
            </w:r>
          </w:p>
        </w:tc>
        <w:tc>
          <w:tcPr>
            <w:tcW w:w="766" w:type="pct"/>
          </w:tcPr>
          <w:p w14:paraId="6D17C4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43E241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F88F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FA8780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D109F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14033C9" w14:textId="77777777" w:rsidTr="00117C78">
        <w:trPr>
          <w:jc w:val="center"/>
        </w:trPr>
        <w:tc>
          <w:tcPr>
            <w:tcW w:w="1422" w:type="pct"/>
          </w:tcPr>
          <w:p w14:paraId="256E273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Hypophthalmichthys molitrix</w:t>
            </w:r>
          </w:p>
        </w:tc>
        <w:tc>
          <w:tcPr>
            <w:tcW w:w="1422" w:type="pct"/>
          </w:tcPr>
          <w:p w14:paraId="0DE2E8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Silver Carp</w:t>
            </w:r>
          </w:p>
        </w:tc>
        <w:tc>
          <w:tcPr>
            <w:tcW w:w="766" w:type="pct"/>
          </w:tcPr>
          <w:p w14:paraId="54EE40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533024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E834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F258E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ED089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EF757A5" w14:textId="77777777" w:rsidTr="00117C78">
        <w:trPr>
          <w:jc w:val="center"/>
        </w:trPr>
        <w:tc>
          <w:tcPr>
            <w:tcW w:w="1422" w:type="pct"/>
          </w:tcPr>
          <w:p w14:paraId="170F54A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Ischikauia steenackeri</w:t>
            </w:r>
          </w:p>
        </w:tc>
        <w:tc>
          <w:tcPr>
            <w:tcW w:w="1422" w:type="pct"/>
          </w:tcPr>
          <w:p w14:paraId="422E57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Dark Chub</w:t>
            </w:r>
          </w:p>
        </w:tc>
        <w:tc>
          <w:tcPr>
            <w:tcW w:w="766" w:type="pct"/>
          </w:tcPr>
          <w:p w14:paraId="06D4BD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2A6B12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8A1B7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F0B62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2D776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12833D2" w14:textId="77777777" w:rsidTr="00117C78">
        <w:trPr>
          <w:jc w:val="center"/>
        </w:trPr>
        <w:tc>
          <w:tcPr>
            <w:tcW w:w="1422" w:type="pct"/>
          </w:tcPr>
          <w:p w14:paraId="21EA359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Pseudogobio esocinus</w:t>
            </w:r>
          </w:p>
        </w:tc>
        <w:tc>
          <w:tcPr>
            <w:tcW w:w="1422" w:type="pct"/>
          </w:tcPr>
          <w:p w14:paraId="311714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Esocinus Goby</w:t>
            </w:r>
          </w:p>
        </w:tc>
        <w:tc>
          <w:tcPr>
            <w:tcW w:w="766" w:type="pct"/>
          </w:tcPr>
          <w:p w14:paraId="5D7C93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0F44E7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18386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DCDECA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FFC67D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3016A9F" w14:textId="77777777" w:rsidTr="00117C78">
        <w:trPr>
          <w:jc w:val="center"/>
        </w:trPr>
        <w:tc>
          <w:tcPr>
            <w:tcW w:w="1422" w:type="pct"/>
          </w:tcPr>
          <w:p w14:paraId="7E589FC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Tanakia limbata</w:t>
            </w:r>
          </w:p>
        </w:tc>
        <w:tc>
          <w:tcPr>
            <w:tcW w:w="1422" w:type="pct"/>
          </w:tcPr>
          <w:p w14:paraId="28F79B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Limbata Bitterling</w:t>
            </w:r>
          </w:p>
        </w:tc>
        <w:tc>
          <w:tcPr>
            <w:tcW w:w="766" w:type="pct"/>
          </w:tcPr>
          <w:p w14:paraId="3E1901E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606A625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C4B8DA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8534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62E8D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773F7B8" w14:textId="77777777" w:rsidTr="00117C78">
        <w:trPr>
          <w:jc w:val="center"/>
        </w:trPr>
        <w:tc>
          <w:tcPr>
            <w:tcW w:w="1422" w:type="pct"/>
          </w:tcPr>
          <w:p w14:paraId="18644E7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Zacco platypus</w:t>
            </w:r>
          </w:p>
        </w:tc>
        <w:tc>
          <w:tcPr>
            <w:tcW w:w="1422" w:type="pct"/>
          </w:tcPr>
          <w:p w14:paraId="5B23436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Platypus Zacco</w:t>
            </w:r>
          </w:p>
        </w:tc>
        <w:tc>
          <w:tcPr>
            <w:tcW w:w="766" w:type="pct"/>
          </w:tcPr>
          <w:p w14:paraId="72DDE99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4657F7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7AD0D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4F4834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35CBA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EF91D49" w14:textId="77777777" w:rsidTr="00117C78">
        <w:trPr>
          <w:jc w:val="center"/>
        </w:trPr>
        <w:tc>
          <w:tcPr>
            <w:tcW w:w="1422" w:type="pct"/>
          </w:tcPr>
          <w:p w14:paraId="06F2FD4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Alburnus alburnus</w:t>
            </w:r>
          </w:p>
        </w:tc>
        <w:tc>
          <w:tcPr>
            <w:tcW w:w="1422" w:type="pct"/>
          </w:tcPr>
          <w:p w14:paraId="32EB3F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Common Bleak</w:t>
            </w:r>
          </w:p>
        </w:tc>
        <w:tc>
          <w:tcPr>
            <w:tcW w:w="766" w:type="pct"/>
          </w:tcPr>
          <w:p w14:paraId="05EDCA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0E7167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F92F2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37648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BDA40E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61951ED" w14:textId="77777777" w:rsidTr="00117C78">
        <w:trPr>
          <w:jc w:val="center"/>
        </w:trPr>
        <w:tc>
          <w:tcPr>
            <w:tcW w:w="1422" w:type="pct"/>
          </w:tcPr>
          <w:p w14:paraId="15E54FE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Squalius cephalus</w:t>
            </w:r>
          </w:p>
        </w:tc>
        <w:tc>
          <w:tcPr>
            <w:tcW w:w="1422" w:type="pct"/>
          </w:tcPr>
          <w:p w14:paraId="193788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Common Chub</w:t>
            </w:r>
          </w:p>
        </w:tc>
        <w:tc>
          <w:tcPr>
            <w:tcW w:w="766" w:type="pct"/>
          </w:tcPr>
          <w:p w14:paraId="026AE5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59E5531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B0ADD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E09C2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776DD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61B7EA6" w14:textId="77777777" w:rsidTr="00117C78">
        <w:trPr>
          <w:jc w:val="center"/>
        </w:trPr>
        <w:tc>
          <w:tcPr>
            <w:tcW w:w="1422" w:type="pct"/>
          </w:tcPr>
          <w:p w14:paraId="6468B4D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Bregmaceros neonectabanus</w:t>
            </w:r>
          </w:p>
        </w:tc>
        <w:tc>
          <w:tcPr>
            <w:tcW w:w="1422" w:type="pct"/>
          </w:tcPr>
          <w:p w14:paraId="1FEE31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Neonectabanus Codlet</w:t>
            </w:r>
          </w:p>
        </w:tc>
        <w:tc>
          <w:tcPr>
            <w:tcW w:w="766" w:type="pct"/>
          </w:tcPr>
          <w:p w14:paraId="0FDB0D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Bregmacerotidae</w:t>
            </w:r>
          </w:p>
        </w:tc>
        <w:tc>
          <w:tcPr>
            <w:tcW w:w="347" w:type="pct"/>
          </w:tcPr>
          <w:p w14:paraId="61A4467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6305E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8B0FBC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B86C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81E043E" w14:textId="77777777" w:rsidTr="00117C78">
        <w:trPr>
          <w:jc w:val="center"/>
        </w:trPr>
        <w:tc>
          <w:tcPr>
            <w:tcW w:w="1422" w:type="pct"/>
          </w:tcPr>
          <w:p w14:paraId="77D680E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Gadus chalcogrammus</w:t>
            </w:r>
          </w:p>
        </w:tc>
        <w:tc>
          <w:tcPr>
            <w:tcW w:w="1422" w:type="pct"/>
          </w:tcPr>
          <w:p w14:paraId="7B1B9B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Alaska Pollock</w:t>
            </w:r>
          </w:p>
        </w:tc>
        <w:tc>
          <w:tcPr>
            <w:tcW w:w="766" w:type="pct"/>
          </w:tcPr>
          <w:p w14:paraId="6D359DD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Gadidae</w:t>
            </w:r>
          </w:p>
        </w:tc>
        <w:tc>
          <w:tcPr>
            <w:tcW w:w="347" w:type="pct"/>
          </w:tcPr>
          <w:p w14:paraId="3CF4C66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56D198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579AA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77ED7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A76E01E" w14:textId="77777777" w:rsidTr="00117C78">
        <w:trPr>
          <w:jc w:val="center"/>
        </w:trPr>
        <w:tc>
          <w:tcPr>
            <w:tcW w:w="1422" w:type="pct"/>
          </w:tcPr>
          <w:p w14:paraId="1295A7F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Coryphaenoides cinereus</w:t>
            </w:r>
          </w:p>
        </w:tc>
        <w:tc>
          <w:tcPr>
            <w:tcW w:w="1422" w:type="pct"/>
          </w:tcPr>
          <w:p w14:paraId="1258DE8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Softhead Grenadier</w:t>
            </w:r>
          </w:p>
        </w:tc>
        <w:tc>
          <w:tcPr>
            <w:tcW w:w="766" w:type="pct"/>
          </w:tcPr>
          <w:p w14:paraId="765EE0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Macrouridae</w:t>
            </w:r>
          </w:p>
        </w:tc>
        <w:tc>
          <w:tcPr>
            <w:tcW w:w="347" w:type="pct"/>
          </w:tcPr>
          <w:p w14:paraId="30CA07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921A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D0AAB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67997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8A84D72" w14:textId="77777777" w:rsidTr="00117C78">
        <w:trPr>
          <w:jc w:val="center"/>
        </w:trPr>
        <w:tc>
          <w:tcPr>
            <w:tcW w:w="1422" w:type="pct"/>
          </w:tcPr>
          <w:p w14:paraId="5D80A4B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Halargyreus johnsonii</w:t>
            </w:r>
          </w:p>
        </w:tc>
        <w:tc>
          <w:tcPr>
            <w:tcW w:w="1422" w:type="pct"/>
          </w:tcPr>
          <w:p w14:paraId="2B3C7E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Johnson’s Smooth-head</w:t>
            </w:r>
          </w:p>
        </w:tc>
        <w:tc>
          <w:tcPr>
            <w:tcW w:w="766" w:type="pct"/>
          </w:tcPr>
          <w:p w14:paraId="4ADBB1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Alepocephalidae</w:t>
            </w:r>
          </w:p>
        </w:tc>
        <w:tc>
          <w:tcPr>
            <w:tcW w:w="347" w:type="pct"/>
          </w:tcPr>
          <w:p w14:paraId="6933D9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51E8C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FFFFF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0B397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F0BCCCD" w14:textId="77777777" w:rsidTr="00117C78">
        <w:trPr>
          <w:jc w:val="center"/>
        </w:trPr>
        <w:tc>
          <w:tcPr>
            <w:tcW w:w="1422" w:type="pct"/>
          </w:tcPr>
          <w:p w14:paraId="0BAFBF4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Laemonema longipes</w:t>
            </w:r>
          </w:p>
        </w:tc>
        <w:tc>
          <w:tcPr>
            <w:tcW w:w="1422" w:type="pct"/>
          </w:tcPr>
          <w:p w14:paraId="70497E0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Longfin Codling</w:t>
            </w:r>
          </w:p>
        </w:tc>
        <w:tc>
          <w:tcPr>
            <w:tcW w:w="766" w:type="pct"/>
          </w:tcPr>
          <w:p w14:paraId="4E74A2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Moridae</w:t>
            </w:r>
          </w:p>
        </w:tc>
        <w:tc>
          <w:tcPr>
            <w:tcW w:w="347" w:type="pct"/>
          </w:tcPr>
          <w:p w14:paraId="6B932D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56E3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72BF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523F2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89B2F60" w14:textId="77777777" w:rsidTr="00117C78">
        <w:trPr>
          <w:jc w:val="center"/>
        </w:trPr>
        <w:tc>
          <w:tcPr>
            <w:tcW w:w="1422" w:type="pct"/>
          </w:tcPr>
          <w:p w14:paraId="42BCA9E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Fistularia commersonii</w:t>
            </w:r>
          </w:p>
        </w:tc>
        <w:tc>
          <w:tcPr>
            <w:tcW w:w="1422" w:type="pct"/>
          </w:tcPr>
          <w:p w14:paraId="5ACE6C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Bluespotted Cornetfish</w:t>
            </w:r>
          </w:p>
        </w:tc>
        <w:tc>
          <w:tcPr>
            <w:tcW w:w="766" w:type="pct"/>
          </w:tcPr>
          <w:p w14:paraId="3C2012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Fistulariidae</w:t>
            </w:r>
          </w:p>
        </w:tc>
        <w:tc>
          <w:tcPr>
            <w:tcW w:w="347" w:type="pct"/>
          </w:tcPr>
          <w:p w14:paraId="3564A7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16F2B3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0DAA9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FA8C50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D53E1C7" w14:textId="77777777" w:rsidTr="00117C78">
        <w:trPr>
          <w:jc w:val="center"/>
        </w:trPr>
        <w:tc>
          <w:tcPr>
            <w:tcW w:w="1422" w:type="pct"/>
          </w:tcPr>
          <w:p w14:paraId="3475588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Macroramphosus gracilis</w:t>
            </w:r>
          </w:p>
        </w:tc>
        <w:tc>
          <w:tcPr>
            <w:tcW w:w="1422" w:type="pct"/>
          </w:tcPr>
          <w:p w14:paraId="14D321E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Slender Snipefish</w:t>
            </w:r>
          </w:p>
        </w:tc>
        <w:tc>
          <w:tcPr>
            <w:tcW w:w="766" w:type="pct"/>
          </w:tcPr>
          <w:p w14:paraId="02C80D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Macroramphosidae</w:t>
            </w:r>
          </w:p>
        </w:tc>
        <w:tc>
          <w:tcPr>
            <w:tcW w:w="347" w:type="pct"/>
          </w:tcPr>
          <w:p w14:paraId="4FC0BA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FB049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90613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9228B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A5E8755" w14:textId="77777777" w:rsidTr="00117C78">
        <w:trPr>
          <w:jc w:val="center"/>
        </w:trPr>
        <w:tc>
          <w:tcPr>
            <w:tcW w:w="1422" w:type="pct"/>
          </w:tcPr>
          <w:p w14:paraId="760968E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Gonorynchus abbreviatus</w:t>
            </w:r>
          </w:p>
        </w:tc>
        <w:tc>
          <w:tcPr>
            <w:tcW w:w="1422" w:type="pct"/>
          </w:tcPr>
          <w:p w14:paraId="620A6F6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Abbreviated Beaked Salmon</w:t>
            </w:r>
          </w:p>
        </w:tc>
        <w:tc>
          <w:tcPr>
            <w:tcW w:w="766" w:type="pct"/>
          </w:tcPr>
          <w:p w14:paraId="4560F4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Gonorynchidae</w:t>
            </w:r>
          </w:p>
        </w:tc>
        <w:tc>
          <w:tcPr>
            <w:tcW w:w="347" w:type="pct"/>
          </w:tcPr>
          <w:p w14:paraId="33A2C8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6F3B5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E7CC8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43683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CC7DFA7" w14:textId="77777777" w:rsidTr="00117C78">
        <w:trPr>
          <w:jc w:val="center"/>
        </w:trPr>
        <w:tc>
          <w:tcPr>
            <w:tcW w:w="1422" w:type="pct"/>
          </w:tcPr>
          <w:p w14:paraId="777AA19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Lophotus capellei</w:t>
            </w:r>
          </w:p>
        </w:tc>
        <w:tc>
          <w:tcPr>
            <w:tcW w:w="1422" w:type="pct"/>
          </w:tcPr>
          <w:p w14:paraId="369521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Crested Oarfish</w:t>
            </w:r>
          </w:p>
        </w:tc>
        <w:tc>
          <w:tcPr>
            <w:tcW w:w="766" w:type="pct"/>
          </w:tcPr>
          <w:p w14:paraId="123D8A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Lophotidae</w:t>
            </w:r>
          </w:p>
        </w:tc>
        <w:tc>
          <w:tcPr>
            <w:tcW w:w="347" w:type="pct"/>
          </w:tcPr>
          <w:p w14:paraId="5DF983C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841AF2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AEA46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8A0D2E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66378D8" w14:textId="77777777" w:rsidTr="00117C78">
        <w:trPr>
          <w:jc w:val="center"/>
        </w:trPr>
        <w:tc>
          <w:tcPr>
            <w:tcW w:w="1422" w:type="pct"/>
          </w:tcPr>
          <w:p w14:paraId="5ADBED8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Desmodema polystictum</w:t>
            </w:r>
          </w:p>
        </w:tc>
        <w:tc>
          <w:tcPr>
            <w:tcW w:w="1422" w:type="pct"/>
          </w:tcPr>
          <w:p w14:paraId="4234F2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Many-Spotted Ribbonfish</w:t>
            </w:r>
          </w:p>
        </w:tc>
        <w:tc>
          <w:tcPr>
            <w:tcW w:w="766" w:type="pct"/>
          </w:tcPr>
          <w:p w14:paraId="044A95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Trachipteridae</w:t>
            </w:r>
          </w:p>
        </w:tc>
        <w:tc>
          <w:tcPr>
            <w:tcW w:w="347" w:type="pct"/>
          </w:tcPr>
          <w:p w14:paraId="3C4E38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FD315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FE411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B8C74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C97BFF5" w14:textId="77777777" w:rsidTr="00117C78">
        <w:trPr>
          <w:jc w:val="center"/>
        </w:trPr>
        <w:tc>
          <w:tcPr>
            <w:tcW w:w="1422" w:type="pct"/>
          </w:tcPr>
          <w:p w14:paraId="311FB20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Zu cristatus</w:t>
            </w:r>
          </w:p>
        </w:tc>
        <w:tc>
          <w:tcPr>
            <w:tcW w:w="1422" w:type="pct"/>
          </w:tcPr>
          <w:p w14:paraId="27FDEC9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Cristatus Zu</w:t>
            </w:r>
          </w:p>
        </w:tc>
        <w:tc>
          <w:tcPr>
            <w:tcW w:w="766" w:type="pct"/>
          </w:tcPr>
          <w:p w14:paraId="536B521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Zuanidae</w:t>
            </w:r>
          </w:p>
        </w:tc>
        <w:tc>
          <w:tcPr>
            <w:tcW w:w="347" w:type="pct"/>
          </w:tcPr>
          <w:p w14:paraId="573873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BA9471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81A3B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17A518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D19125A" w14:textId="77777777" w:rsidTr="00117C78">
        <w:trPr>
          <w:jc w:val="center"/>
        </w:trPr>
        <w:tc>
          <w:tcPr>
            <w:tcW w:w="1422" w:type="pct"/>
          </w:tcPr>
          <w:p w14:paraId="34ABC7C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Centrophryne spinulosa</w:t>
            </w:r>
          </w:p>
        </w:tc>
        <w:tc>
          <w:tcPr>
            <w:tcW w:w="1422" w:type="pct"/>
          </w:tcPr>
          <w:p w14:paraId="3D1C43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Spinehead Sea Toad</w:t>
            </w:r>
          </w:p>
        </w:tc>
        <w:tc>
          <w:tcPr>
            <w:tcW w:w="766" w:type="pct"/>
          </w:tcPr>
          <w:p w14:paraId="004A41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Centrophrynidae</w:t>
            </w:r>
          </w:p>
        </w:tc>
        <w:tc>
          <w:tcPr>
            <w:tcW w:w="347" w:type="pct"/>
          </w:tcPr>
          <w:p w14:paraId="3BC987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D639D1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18DB5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473E4B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FBE183E" w14:textId="77777777" w:rsidTr="00117C78">
        <w:trPr>
          <w:jc w:val="center"/>
        </w:trPr>
        <w:tc>
          <w:tcPr>
            <w:tcW w:w="1422" w:type="pct"/>
          </w:tcPr>
          <w:p w14:paraId="15E1B51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Gigantactis elsmani</w:t>
            </w:r>
          </w:p>
        </w:tc>
        <w:tc>
          <w:tcPr>
            <w:tcW w:w="1422" w:type="pct"/>
          </w:tcPr>
          <w:p w14:paraId="0EEC847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Elsman’s Whipnose</w:t>
            </w:r>
          </w:p>
        </w:tc>
        <w:tc>
          <w:tcPr>
            <w:tcW w:w="766" w:type="pct"/>
          </w:tcPr>
          <w:p w14:paraId="22A214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Gigantactinidae</w:t>
            </w:r>
          </w:p>
        </w:tc>
        <w:tc>
          <w:tcPr>
            <w:tcW w:w="347" w:type="pct"/>
          </w:tcPr>
          <w:p w14:paraId="3F06F0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4BCB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ECBDA1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7AEC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5475432" w14:textId="77777777" w:rsidTr="00117C78">
        <w:trPr>
          <w:jc w:val="center"/>
        </w:trPr>
        <w:tc>
          <w:tcPr>
            <w:tcW w:w="1422" w:type="pct"/>
          </w:tcPr>
          <w:p w14:paraId="3AB4EFD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Gigantactis vanhoeffeni</w:t>
            </w:r>
          </w:p>
        </w:tc>
        <w:tc>
          <w:tcPr>
            <w:tcW w:w="1422" w:type="pct"/>
          </w:tcPr>
          <w:p w14:paraId="4A620BE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Vanhoeffen’s Whipnose</w:t>
            </w:r>
          </w:p>
        </w:tc>
        <w:tc>
          <w:tcPr>
            <w:tcW w:w="766" w:type="pct"/>
          </w:tcPr>
          <w:p w14:paraId="2E6FA65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Gigantactinidae</w:t>
            </w:r>
          </w:p>
        </w:tc>
        <w:tc>
          <w:tcPr>
            <w:tcW w:w="347" w:type="pct"/>
          </w:tcPr>
          <w:p w14:paraId="0C4D10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36CAD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B530E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C5288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8F00E07" w14:textId="77777777" w:rsidTr="00117C78">
        <w:trPr>
          <w:jc w:val="center"/>
        </w:trPr>
        <w:tc>
          <w:tcPr>
            <w:tcW w:w="1422" w:type="pct"/>
          </w:tcPr>
          <w:p w14:paraId="5C75E34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Himantolophus appelii</w:t>
            </w:r>
          </w:p>
        </w:tc>
        <w:tc>
          <w:tcPr>
            <w:tcW w:w="1422" w:type="pct"/>
          </w:tcPr>
          <w:p w14:paraId="319CB7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Appel’s Footballfish</w:t>
            </w:r>
          </w:p>
        </w:tc>
        <w:tc>
          <w:tcPr>
            <w:tcW w:w="766" w:type="pct"/>
          </w:tcPr>
          <w:p w14:paraId="643826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Himantolophidae</w:t>
            </w:r>
          </w:p>
        </w:tc>
        <w:tc>
          <w:tcPr>
            <w:tcW w:w="347" w:type="pct"/>
          </w:tcPr>
          <w:p w14:paraId="5918B3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3A2ED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C76B7D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17823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1743E4FE" w14:textId="77777777" w:rsidTr="00117C78">
        <w:trPr>
          <w:jc w:val="center"/>
        </w:trPr>
        <w:tc>
          <w:tcPr>
            <w:tcW w:w="1422" w:type="pct"/>
          </w:tcPr>
          <w:p w14:paraId="5C570B7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Himantolophus groenlandicus</w:t>
            </w:r>
          </w:p>
        </w:tc>
        <w:tc>
          <w:tcPr>
            <w:tcW w:w="1422" w:type="pct"/>
          </w:tcPr>
          <w:p w14:paraId="125ED3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Greenland Footballfish</w:t>
            </w:r>
          </w:p>
        </w:tc>
        <w:tc>
          <w:tcPr>
            <w:tcW w:w="766" w:type="pct"/>
          </w:tcPr>
          <w:p w14:paraId="5ADC33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Himantolophidae</w:t>
            </w:r>
          </w:p>
        </w:tc>
        <w:tc>
          <w:tcPr>
            <w:tcW w:w="347" w:type="pct"/>
          </w:tcPr>
          <w:p w14:paraId="4CBDB2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46CE1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0221BE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7962C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756AAA0" w14:textId="77777777" w:rsidTr="00117C78">
        <w:trPr>
          <w:jc w:val="center"/>
        </w:trPr>
        <w:tc>
          <w:tcPr>
            <w:tcW w:w="1422" w:type="pct"/>
          </w:tcPr>
          <w:p w14:paraId="22B4A9C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Lophiomus setigerus</w:t>
            </w:r>
          </w:p>
        </w:tc>
        <w:tc>
          <w:tcPr>
            <w:tcW w:w="1422" w:type="pct"/>
          </w:tcPr>
          <w:p w14:paraId="07E333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Blackmouth Angler</w:t>
            </w:r>
          </w:p>
        </w:tc>
        <w:tc>
          <w:tcPr>
            <w:tcW w:w="766" w:type="pct"/>
          </w:tcPr>
          <w:p w14:paraId="3232224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Lophiidae</w:t>
            </w:r>
          </w:p>
        </w:tc>
        <w:tc>
          <w:tcPr>
            <w:tcW w:w="347" w:type="pct"/>
          </w:tcPr>
          <w:p w14:paraId="4859B3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43D32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AC26E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00ABF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C5681A0" w14:textId="77777777" w:rsidTr="00117C78">
        <w:trPr>
          <w:jc w:val="center"/>
        </w:trPr>
        <w:tc>
          <w:tcPr>
            <w:tcW w:w="1422" w:type="pct"/>
          </w:tcPr>
          <w:p w14:paraId="12DC897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Lophius litulon</w:t>
            </w:r>
          </w:p>
        </w:tc>
        <w:tc>
          <w:tcPr>
            <w:tcW w:w="1422" w:type="pct"/>
          </w:tcPr>
          <w:p w14:paraId="3191F9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Yellow Goosefish</w:t>
            </w:r>
          </w:p>
        </w:tc>
        <w:tc>
          <w:tcPr>
            <w:tcW w:w="766" w:type="pct"/>
          </w:tcPr>
          <w:p w14:paraId="4822BB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Lophiidae</w:t>
            </w:r>
          </w:p>
        </w:tc>
        <w:tc>
          <w:tcPr>
            <w:tcW w:w="347" w:type="pct"/>
          </w:tcPr>
          <w:p w14:paraId="778117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75A4A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239A67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8B394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BA87A7B" w14:textId="77777777" w:rsidTr="00117C78">
        <w:trPr>
          <w:jc w:val="center"/>
        </w:trPr>
        <w:tc>
          <w:tcPr>
            <w:tcW w:w="1422" w:type="pct"/>
          </w:tcPr>
          <w:p w14:paraId="6DB7848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Melanocetus murrayi</w:t>
            </w:r>
          </w:p>
        </w:tc>
        <w:tc>
          <w:tcPr>
            <w:tcW w:w="1422" w:type="pct"/>
          </w:tcPr>
          <w:p w14:paraId="346432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Murray’s Anglerfish</w:t>
            </w:r>
          </w:p>
        </w:tc>
        <w:tc>
          <w:tcPr>
            <w:tcW w:w="766" w:type="pct"/>
          </w:tcPr>
          <w:p w14:paraId="02E290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Melanocetidae</w:t>
            </w:r>
          </w:p>
        </w:tc>
        <w:tc>
          <w:tcPr>
            <w:tcW w:w="347" w:type="pct"/>
          </w:tcPr>
          <w:p w14:paraId="48D6C00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192B16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3AD99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5E134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5C6EEE4" w14:textId="77777777" w:rsidTr="00117C78">
        <w:trPr>
          <w:jc w:val="center"/>
        </w:trPr>
        <w:tc>
          <w:tcPr>
            <w:tcW w:w="1422" w:type="pct"/>
          </w:tcPr>
          <w:p w14:paraId="496F81F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Bertella idiomorpha</w:t>
            </w:r>
          </w:p>
        </w:tc>
        <w:tc>
          <w:tcPr>
            <w:tcW w:w="1422" w:type="pct"/>
          </w:tcPr>
          <w:p w14:paraId="55D902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Idiomorphic Codlet</w:t>
            </w:r>
          </w:p>
        </w:tc>
        <w:tc>
          <w:tcPr>
            <w:tcW w:w="766" w:type="pct"/>
          </w:tcPr>
          <w:p w14:paraId="014C21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Moridae</w:t>
            </w:r>
          </w:p>
        </w:tc>
        <w:tc>
          <w:tcPr>
            <w:tcW w:w="347" w:type="pct"/>
          </w:tcPr>
          <w:p w14:paraId="60BF2D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496F1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936BD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40598E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7B5B4BA" w14:textId="77777777" w:rsidTr="00117C78">
        <w:trPr>
          <w:jc w:val="center"/>
        </w:trPr>
        <w:tc>
          <w:tcPr>
            <w:tcW w:w="1422" w:type="pct"/>
          </w:tcPr>
          <w:p w14:paraId="7BC7840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Oneirodes luetkeni</w:t>
            </w:r>
          </w:p>
        </w:tc>
        <w:tc>
          <w:tcPr>
            <w:tcW w:w="1422" w:type="pct"/>
          </w:tcPr>
          <w:p w14:paraId="302113A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Luetken’s Dreamer</w:t>
            </w:r>
          </w:p>
        </w:tc>
        <w:tc>
          <w:tcPr>
            <w:tcW w:w="766" w:type="pct"/>
          </w:tcPr>
          <w:p w14:paraId="7FFAD0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Oneirodidae</w:t>
            </w:r>
          </w:p>
        </w:tc>
        <w:tc>
          <w:tcPr>
            <w:tcW w:w="347" w:type="pct"/>
          </w:tcPr>
          <w:p w14:paraId="541F42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E39D45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B9314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4929D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09DC1A55" w14:textId="77777777" w:rsidTr="00117C78">
        <w:trPr>
          <w:jc w:val="center"/>
        </w:trPr>
        <w:tc>
          <w:tcPr>
            <w:tcW w:w="1422" w:type="pct"/>
          </w:tcPr>
          <w:p w14:paraId="50E326D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Oneirodes thompsoni</w:t>
            </w:r>
          </w:p>
        </w:tc>
        <w:tc>
          <w:tcPr>
            <w:tcW w:w="1422" w:type="pct"/>
          </w:tcPr>
          <w:p w14:paraId="355646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Thompson’s Dreamer</w:t>
            </w:r>
          </w:p>
        </w:tc>
        <w:tc>
          <w:tcPr>
            <w:tcW w:w="766" w:type="pct"/>
          </w:tcPr>
          <w:p w14:paraId="49DC47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Oneirodidae</w:t>
            </w:r>
          </w:p>
        </w:tc>
        <w:tc>
          <w:tcPr>
            <w:tcW w:w="347" w:type="pct"/>
          </w:tcPr>
          <w:p w14:paraId="22B1503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75E90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EA39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1A9CA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299CDB9" w14:textId="77777777" w:rsidTr="00117C78">
        <w:trPr>
          <w:jc w:val="center"/>
        </w:trPr>
        <w:tc>
          <w:tcPr>
            <w:tcW w:w="1422" w:type="pct"/>
          </w:tcPr>
          <w:p w14:paraId="5BEAF5F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Mugil cephalus</w:t>
            </w:r>
          </w:p>
        </w:tc>
        <w:tc>
          <w:tcPr>
            <w:tcW w:w="1422" w:type="pct"/>
          </w:tcPr>
          <w:p w14:paraId="5FEBAC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Flathead Mullet</w:t>
            </w:r>
          </w:p>
        </w:tc>
        <w:tc>
          <w:tcPr>
            <w:tcW w:w="766" w:type="pct"/>
          </w:tcPr>
          <w:p w14:paraId="6F52D4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Mugilidae</w:t>
            </w:r>
          </w:p>
        </w:tc>
        <w:tc>
          <w:tcPr>
            <w:tcW w:w="347" w:type="pct"/>
          </w:tcPr>
          <w:p w14:paraId="57B5D4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5A622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18CD0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230BB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F6778F6" w14:textId="77777777" w:rsidTr="00117C78">
        <w:trPr>
          <w:jc w:val="center"/>
        </w:trPr>
        <w:tc>
          <w:tcPr>
            <w:tcW w:w="1422" w:type="pct"/>
          </w:tcPr>
          <w:p w14:paraId="1176223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Benthosema pterotum</w:t>
            </w:r>
          </w:p>
        </w:tc>
        <w:tc>
          <w:tcPr>
            <w:tcW w:w="1422" w:type="pct"/>
          </w:tcPr>
          <w:p w14:paraId="7C0A63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Spinycheek Lanternfish</w:t>
            </w:r>
          </w:p>
        </w:tc>
        <w:tc>
          <w:tcPr>
            <w:tcW w:w="766" w:type="pct"/>
          </w:tcPr>
          <w:p w14:paraId="35A2A9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3C3C36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D0F69E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35FBB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AA0A1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14B105F" w14:textId="77777777" w:rsidTr="00117C78">
        <w:trPr>
          <w:jc w:val="center"/>
        </w:trPr>
        <w:tc>
          <w:tcPr>
            <w:tcW w:w="1422" w:type="pct"/>
          </w:tcPr>
          <w:p w14:paraId="4F984CA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Benthosema suborbitale</w:t>
            </w:r>
          </w:p>
        </w:tc>
        <w:tc>
          <w:tcPr>
            <w:tcW w:w="1422" w:type="pct"/>
          </w:tcPr>
          <w:p w14:paraId="20C1BA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Shortfin Lanternfish</w:t>
            </w:r>
          </w:p>
        </w:tc>
        <w:tc>
          <w:tcPr>
            <w:tcW w:w="766" w:type="pct"/>
          </w:tcPr>
          <w:p w14:paraId="4315CE3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369488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B4EB16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F952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BD54F2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9C6E300" w14:textId="77777777" w:rsidTr="00117C78">
        <w:trPr>
          <w:jc w:val="center"/>
        </w:trPr>
        <w:tc>
          <w:tcPr>
            <w:tcW w:w="1422" w:type="pct"/>
          </w:tcPr>
          <w:p w14:paraId="37BFC7A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Bolinichthys distofax</w:t>
            </w:r>
          </w:p>
        </w:tc>
        <w:tc>
          <w:tcPr>
            <w:tcW w:w="1422" w:type="pct"/>
          </w:tcPr>
          <w:p w14:paraId="535A516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Bolin's Lanternfish</w:t>
            </w:r>
          </w:p>
        </w:tc>
        <w:tc>
          <w:tcPr>
            <w:tcW w:w="766" w:type="pct"/>
          </w:tcPr>
          <w:p w14:paraId="4AF14FD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269064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C69F0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72F15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4609F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602E42C" w14:textId="77777777" w:rsidTr="00117C78">
        <w:trPr>
          <w:jc w:val="center"/>
        </w:trPr>
        <w:tc>
          <w:tcPr>
            <w:tcW w:w="1422" w:type="pct"/>
          </w:tcPr>
          <w:p w14:paraId="6DFF618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Bolinichthys indicus</w:t>
            </w:r>
          </w:p>
        </w:tc>
        <w:tc>
          <w:tcPr>
            <w:tcW w:w="1422" w:type="pct"/>
          </w:tcPr>
          <w:p w14:paraId="794E1C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Indian Ocean Lanternfish</w:t>
            </w:r>
          </w:p>
        </w:tc>
        <w:tc>
          <w:tcPr>
            <w:tcW w:w="766" w:type="pct"/>
          </w:tcPr>
          <w:p w14:paraId="44B8FE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080384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10B4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DE0B2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02427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0875B4E6" w14:textId="77777777" w:rsidTr="00117C78">
        <w:trPr>
          <w:jc w:val="center"/>
        </w:trPr>
        <w:tc>
          <w:tcPr>
            <w:tcW w:w="1422" w:type="pct"/>
          </w:tcPr>
          <w:p w14:paraId="27F833B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Centrobranchus nigroocellatus</w:t>
            </w:r>
          </w:p>
        </w:tc>
        <w:tc>
          <w:tcPr>
            <w:tcW w:w="1422" w:type="pct"/>
          </w:tcPr>
          <w:p w14:paraId="77E3E0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Black-Spotted Melamphid</w:t>
            </w:r>
          </w:p>
        </w:tc>
        <w:tc>
          <w:tcPr>
            <w:tcW w:w="766" w:type="pct"/>
          </w:tcPr>
          <w:p w14:paraId="7C2D0C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Melamphaidae</w:t>
            </w:r>
          </w:p>
        </w:tc>
        <w:tc>
          <w:tcPr>
            <w:tcW w:w="347" w:type="pct"/>
          </w:tcPr>
          <w:p w14:paraId="67589F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DF47D9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8397B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615E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46211E9A" w14:textId="77777777" w:rsidTr="00117C78">
        <w:trPr>
          <w:jc w:val="center"/>
        </w:trPr>
        <w:tc>
          <w:tcPr>
            <w:tcW w:w="1422" w:type="pct"/>
          </w:tcPr>
          <w:p w14:paraId="26A9955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Ceratoscopelus townsendi</w:t>
            </w:r>
          </w:p>
        </w:tc>
        <w:tc>
          <w:tcPr>
            <w:tcW w:w="1422" w:type="pct"/>
          </w:tcPr>
          <w:p w14:paraId="52D26C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Townsend's Lanternfish</w:t>
            </w:r>
          </w:p>
        </w:tc>
        <w:tc>
          <w:tcPr>
            <w:tcW w:w="766" w:type="pct"/>
          </w:tcPr>
          <w:p w14:paraId="6DA180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67DD97C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B14F7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5D33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88F8D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774F3F8" w14:textId="77777777" w:rsidTr="00117C78">
        <w:trPr>
          <w:jc w:val="center"/>
        </w:trPr>
        <w:tc>
          <w:tcPr>
            <w:tcW w:w="1422" w:type="pct"/>
          </w:tcPr>
          <w:p w14:paraId="7F9FDF7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Ceratoscopelus warmingii</w:t>
            </w:r>
          </w:p>
        </w:tc>
        <w:tc>
          <w:tcPr>
            <w:tcW w:w="1422" w:type="pct"/>
          </w:tcPr>
          <w:p w14:paraId="334D03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Warming's Lanternfish</w:t>
            </w:r>
          </w:p>
        </w:tc>
        <w:tc>
          <w:tcPr>
            <w:tcW w:w="766" w:type="pct"/>
          </w:tcPr>
          <w:p w14:paraId="2C8CC1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2EED46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FA952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DC967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2941E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9AAD4A5" w14:textId="77777777" w:rsidTr="00117C78">
        <w:trPr>
          <w:jc w:val="center"/>
        </w:trPr>
        <w:tc>
          <w:tcPr>
            <w:tcW w:w="1422" w:type="pct"/>
          </w:tcPr>
          <w:p w14:paraId="5CC0762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anderseni</w:t>
            </w:r>
          </w:p>
        </w:tc>
        <w:tc>
          <w:tcPr>
            <w:tcW w:w="1422" w:type="pct"/>
          </w:tcPr>
          <w:p w14:paraId="5E8219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Andersen's Lanternfish</w:t>
            </w:r>
          </w:p>
        </w:tc>
        <w:tc>
          <w:tcPr>
            <w:tcW w:w="766" w:type="pct"/>
          </w:tcPr>
          <w:p w14:paraId="402780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6772F4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5D10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E57A5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36CA2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1EEA831" w14:textId="77777777" w:rsidTr="00117C78">
        <w:trPr>
          <w:jc w:val="center"/>
        </w:trPr>
        <w:tc>
          <w:tcPr>
            <w:tcW w:w="1422" w:type="pct"/>
          </w:tcPr>
          <w:p w14:paraId="69AC7E1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bertelseni</w:t>
            </w:r>
          </w:p>
        </w:tc>
        <w:tc>
          <w:tcPr>
            <w:tcW w:w="1422" w:type="pct"/>
          </w:tcPr>
          <w:p w14:paraId="196DB1B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Bertelsen's Lanternfish</w:t>
            </w:r>
          </w:p>
        </w:tc>
        <w:tc>
          <w:tcPr>
            <w:tcW w:w="766" w:type="pct"/>
          </w:tcPr>
          <w:p w14:paraId="2046806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BB8FCF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2CD216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287B4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B1AE5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D7226EC" w14:textId="77777777" w:rsidTr="00117C78">
        <w:trPr>
          <w:jc w:val="center"/>
        </w:trPr>
        <w:tc>
          <w:tcPr>
            <w:tcW w:w="1422" w:type="pct"/>
          </w:tcPr>
          <w:p w14:paraId="5BB7148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brachycephalus</w:t>
            </w:r>
          </w:p>
        </w:tc>
        <w:tc>
          <w:tcPr>
            <w:tcW w:w="1422" w:type="pct"/>
          </w:tcPr>
          <w:p w14:paraId="199C3A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Shorthead Lanternfish</w:t>
            </w:r>
          </w:p>
        </w:tc>
        <w:tc>
          <w:tcPr>
            <w:tcW w:w="766" w:type="pct"/>
          </w:tcPr>
          <w:p w14:paraId="197422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176667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E9AE9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80D63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4A15C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833FE11" w14:textId="77777777" w:rsidTr="00117C78">
        <w:trPr>
          <w:jc w:val="center"/>
        </w:trPr>
        <w:tc>
          <w:tcPr>
            <w:tcW w:w="1422" w:type="pct"/>
          </w:tcPr>
          <w:p w14:paraId="7F4C0EA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chrysorhynchus</w:t>
            </w:r>
          </w:p>
        </w:tc>
        <w:tc>
          <w:tcPr>
            <w:tcW w:w="1422" w:type="pct"/>
          </w:tcPr>
          <w:p w14:paraId="23DA7A6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Golden Snout Lanternfish</w:t>
            </w:r>
          </w:p>
        </w:tc>
        <w:tc>
          <w:tcPr>
            <w:tcW w:w="766" w:type="pct"/>
          </w:tcPr>
          <w:p w14:paraId="0F9781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241F7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7CF363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36101F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95AD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B537832" w14:textId="77777777" w:rsidTr="00117C78">
        <w:trPr>
          <w:jc w:val="center"/>
        </w:trPr>
        <w:tc>
          <w:tcPr>
            <w:tcW w:w="1422" w:type="pct"/>
          </w:tcPr>
          <w:p w14:paraId="5DA6AB9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fulgens</w:t>
            </w:r>
          </w:p>
        </w:tc>
        <w:tc>
          <w:tcPr>
            <w:tcW w:w="1422" w:type="pct"/>
          </w:tcPr>
          <w:p w14:paraId="5E10A7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Shining Lanternfish</w:t>
            </w:r>
          </w:p>
        </w:tc>
        <w:tc>
          <w:tcPr>
            <w:tcW w:w="766" w:type="pct"/>
          </w:tcPr>
          <w:p w14:paraId="400614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453D6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F574DB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34E93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87493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1911EC3" w14:textId="77777777" w:rsidTr="00117C78">
        <w:trPr>
          <w:jc w:val="center"/>
        </w:trPr>
        <w:tc>
          <w:tcPr>
            <w:tcW w:w="1422" w:type="pct"/>
          </w:tcPr>
          <w:p w14:paraId="2C36F02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garmani</w:t>
            </w:r>
          </w:p>
        </w:tc>
        <w:tc>
          <w:tcPr>
            <w:tcW w:w="1422" w:type="pct"/>
          </w:tcPr>
          <w:p w14:paraId="52A7E7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Garman's Lanternfish</w:t>
            </w:r>
          </w:p>
        </w:tc>
        <w:tc>
          <w:tcPr>
            <w:tcW w:w="766" w:type="pct"/>
          </w:tcPr>
          <w:p w14:paraId="0E738E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022C54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9A055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6F367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2DFDF9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9B5AF86" w14:textId="77777777" w:rsidTr="00117C78">
        <w:trPr>
          <w:jc w:val="center"/>
        </w:trPr>
        <w:tc>
          <w:tcPr>
            <w:tcW w:w="1422" w:type="pct"/>
          </w:tcPr>
          <w:p w14:paraId="2755EB3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gigas</w:t>
            </w:r>
          </w:p>
        </w:tc>
        <w:tc>
          <w:tcPr>
            <w:tcW w:w="1422" w:type="pct"/>
          </w:tcPr>
          <w:p w14:paraId="262C94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Giant Lanternfish</w:t>
            </w:r>
          </w:p>
        </w:tc>
        <w:tc>
          <w:tcPr>
            <w:tcW w:w="766" w:type="pct"/>
          </w:tcPr>
          <w:p w14:paraId="173CCF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12E4A2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83AE8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EFEA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D1495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06006AC" w14:textId="77777777" w:rsidTr="00117C78">
        <w:trPr>
          <w:jc w:val="center"/>
        </w:trPr>
        <w:tc>
          <w:tcPr>
            <w:tcW w:w="1422" w:type="pct"/>
          </w:tcPr>
          <w:p w14:paraId="1A1B663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kuroshio</w:t>
            </w:r>
          </w:p>
        </w:tc>
        <w:tc>
          <w:tcPr>
            <w:tcW w:w="1422" w:type="pct"/>
          </w:tcPr>
          <w:p w14:paraId="282E4C1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Kuroshio Lanternfish</w:t>
            </w:r>
          </w:p>
        </w:tc>
        <w:tc>
          <w:tcPr>
            <w:tcW w:w="766" w:type="pct"/>
          </w:tcPr>
          <w:p w14:paraId="1328DF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2203A1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05354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7EF67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65686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2840426" w14:textId="77777777" w:rsidTr="00117C78">
        <w:trPr>
          <w:jc w:val="center"/>
        </w:trPr>
        <w:tc>
          <w:tcPr>
            <w:tcW w:w="1422" w:type="pct"/>
          </w:tcPr>
          <w:p w14:paraId="0EECE1E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parri</w:t>
            </w:r>
          </w:p>
        </w:tc>
        <w:tc>
          <w:tcPr>
            <w:tcW w:w="1422" w:type="pct"/>
          </w:tcPr>
          <w:p w14:paraId="30A2561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Parr's Lanternfish</w:t>
            </w:r>
          </w:p>
        </w:tc>
        <w:tc>
          <w:tcPr>
            <w:tcW w:w="766" w:type="pct"/>
          </w:tcPr>
          <w:p w14:paraId="5ECCC8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7134E0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87B8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C8226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DD86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5F062C6" w14:textId="77777777" w:rsidTr="00117C78">
        <w:trPr>
          <w:jc w:val="center"/>
        </w:trPr>
        <w:tc>
          <w:tcPr>
            <w:tcW w:w="1422" w:type="pct"/>
          </w:tcPr>
          <w:p w14:paraId="3D9FD7D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perspicillatus</w:t>
            </w:r>
          </w:p>
        </w:tc>
        <w:tc>
          <w:tcPr>
            <w:tcW w:w="1422" w:type="pct"/>
          </w:tcPr>
          <w:p w14:paraId="3828D3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Bigeye Lanternfish</w:t>
            </w:r>
          </w:p>
        </w:tc>
        <w:tc>
          <w:tcPr>
            <w:tcW w:w="766" w:type="pct"/>
          </w:tcPr>
          <w:p w14:paraId="113E727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23BAC6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F50AE7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4205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0D77D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B52CE27" w14:textId="77777777" w:rsidTr="00117C78">
        <w:trPr>
          <w:jc w:val="center"/>
        </w:trPr>
        <w:tc>
          <w:tcPr>
            <w:tcW w:w="1422" w:type="pct"/>
          </w:tcPr>
          <w:p w14:paraId="020A1C8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regani</w:t>
            </w:r>
          </w:p>
        </w:tc>
        <w:tc>
          <w:tcPr>
            <w:tcW w:w="1422" w:type="pct"/>
          </w:tcPr>
          <w:p w14:paraId="58F5FFC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Regan's Lanternfish</w:t>
            </w:r>
          </w:p>
        </w:tc>
        <w:tc>
          <w:tcPr>
            <w:tcW w:w="766" w:type="pct"/>
          </w:tcPr>
          <w:p w14:paraId="706326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26BF60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6EECC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239C9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E011A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E9CD53E" w14:textId="77777777" w:rsidTr="00117C78">
        <w:trPr>
          <w:jc w:val="center"/>
        </w:trPr>
        <w:tc>
          <w:tcPr>
            <w:tcW w:w="1422" w:type="pct"/>
          </w:tcPr>
          <w:p w14:paraId="62BB9A4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Diaphus splendidus</w:t>
            </w:r>
          </w:p>
        </w:tc>
        <w:tc>
          <w:tcPr>
            <w:tcW w:w="1422" w:type="pct"/>
          </w:tcPr>
          <w:p w14:paraId="521AE6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Splendid Lanternfish</w:t>
            </w:r>
          </w:p>
        </w:tc>
        <w:tc>
          <w:tcPr>
            <w:tcW w:w="766" w:type="pct"/>
          </w:tcPr>
          <w:p w14:paraId="6D199DA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0AC14F0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00BC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851D34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622C2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5506E91" w14:textId="77777777" w:rsidTr="00117C78">
        <w:trPr>
          <w:jc w:val="center"/>
        </w:trPr>
        <w:tc>
          <w:tcPr>
            <w:tcW w:w="1422" w:type="pct"/>
          </w:tcPr>
          <w:p w14:paraId="51AD689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suborbitalis</w:t>
            </w:r>
          </w:p>
        </w:tc>
        <w:tc>
          <w:tcPr>
            <w:tcW w:w="1422" w:type="pct"/>
          </w:tcPr>
          <w:p w14:paraId="0492441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Small-eyed Lanternfish</w:t>
            </w:r>
          </w:p>
        </w:tc>
        <w:tc>
          <w:tcPr>
            <w:tcW w:w="766" w:type="pct"/>
          </w:tcPr>
          <w:p w14:paraId="7A4C15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53F030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0838CE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1C25C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851630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50F1025" w14:textId="77777777" w:rsidTr="00117C78">
        <w:trPr>
          <w:jc w:val="center"/>
        </w:trPr>
        <w:tc>
          <w:tcPr>
            <w:tcW w:w="1422" w:type="pct"/>
          </w:tcPr>
          <w:p w14:paraId="49AE698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theta</w:t>
            </w:r>
          </w:p>
        </w:tc>
        <w:tc>
          <w:tcPr>
            <w:tcW w:w="1422" w:type="pct"/>
          </w:tcPr>
          <w:p w14:paraId="4313F4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Theta Lanternfish</w:t>
            </w:r>
          </w:p>
        </w:tc>
        <w:tc>
          <w:tcPr>
            <w:tcW w:w="766" w:type="pct"/>
          </w:tcPr>
          <w:p w14:paraId="6F98C29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526F36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9C56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BA0225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9538B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940FA14" w14:textId="77777777" w:rsidTr="00117C78">
        <w:trPr>
          <w:jc w:val="center"/>
        </w:trPr>
        <w:tc>
          <w:tcPr>
            <w:tcW w:w="1422" w:type="pct"/>
          </w:tcPr>
          <w:p w14:paraId="4DEB2A4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Diaphus watasei</w:t>
            </w:r>
          </w:p>
        </w:tc>
        <w:tc>
          <w:tcPr>
            <w:tcW w:w="1422" w:type="pct"/>
          </w:tcPr>
          <w:p w14:paraId="51C14F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Watase's Lanternfish</w:t>
            </w:r>
          </w:p>
        </w:tc>
        <w:tc>
          <w:tcPr>
            <w:tcW w:w="766" w:type="pct"/>
          </w:tcPr>
          <w:p w14:paraId="0020BC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02EB783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E6F1B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774CB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6BAD9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6BFCEE2" w14:textId="77777777" w:rsidTr="00117C78">
        <w:trPr>
          <w:jc w:val="center"/>
        </w:trPr>
        <w:tc>
          <w:tcPr>
            <w:tcW w:w="1422" w:type="pct"/>
          </w:tcPr>
          <w:p w14:paraId="1CC6802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Hygophum reinhardtii</w:t>
            </w:r>
          </w:p>
        </w:tc>
        <w:tc>
          <w:tcPr>
            <w:tcW w:w="1422" w:type="pct"/>
          </w:tcPr>
          <w:p w14:paraId="062FE6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Reinhardt’s Lanternfish</w:t>
            </w:r>
          </w:p>
        </w:tc>
        <w:tc>
          <w:tcPr>
            <w:tcW w:w="766" w:type="pct"/>
          </w:tcPr>
          <w:p w14:paraId="76ADD0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052D26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3BCE6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1694F7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01AFF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730FE1D" w14:textId="77777777" w:rsidTr="00117C78">
        <w:trPr>
          <w:jc w:val="center"/>
        </w:trPr>
        <w:tc>
          <w:tcPr>
            <w:tcW w:w="1422" w:type="pct"/>
          </w:tcPr>
          <w:p w14:paraId="6770B11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Lampadena luminosa</w:t>
            </w:r>
          </w:p>
        </w:tc>
        <w:tc>
          <w:tcPr>
            <w:tcW w:w="1422" w:type="pct"/>
          </w:tcPr>
          <w:p w14:paraId="69464B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Luminous Lampfish</w:t>
            </w:r>
          </w:p>
        </w:tc>
        <w:tc>
          <w:tcPr>
            <w:tcW w:w="766" w:type="pct"/>
          </w:tcPr>
          <w:p w14:paraId="48CDEA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1EB6386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F9EB7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6F2EC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05DBD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43E9936" w14:textId="77777777" w:rsidTr="00117C78">
        <w:trPr>
          <w:jc w:val="center"/>
        </w:trPr>
        <w:tc>
          <w:tcPr>
            <w:tcW w:w="1422" w:type="pct"/>
          </w:tcPr>
          <w:p w14:paraId="1D91602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Lampadena yaquinae</w:t>
            </w:r>
          </w:p>
        </w:tc>
        <w:tc>
          <w:tcPr>
            <w:tcW w:w="1422" w:type="pct"/>
          </w:tcPr>
          <w:p w14:paraId="6D2364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Yaquina Lampfish</w:t>
            </w:r>
          </w:p>
        </w:tc>
        <w:tc>
          <w:tcPr>
            <w:tcW w:w="766" w:type="pct"/>
          </w:tcPr>
          <w:p w14:paraId="01DB3CB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52B5CEF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3D29F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24A18F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FABFE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0E703C2" w14:textId="77777777" w:rsidTr="00117C78">
        <w:trPr>
          <w:jc w:val="center"/>
        </w:trPr>
        <w:tc>
          <w:tcPr>
            <w:tcW w:w="1422" w:type="pct"/>
          </w:tcPr>
          <w:p w14:paraId="4088679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Lampanyctus acanthurus</w:t>
            </w:r>
          </w:p>
        </w:tc>
        <w:tc>
          <w:tcPr>
            <w:tcW w:w="1422" w:type="pct"/>
          </w:tcPr>
          <w:p w14:paraId="4BFABD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Longfin Lanternfish</w:t>
            </w:r>
          </w:p>
        </w:tc>
        <w:tc>
          <w:tcPr>
            <w:tcW w:w="766" w:type="pct"/>
          </w:tcPr>
          <w:p w14:paraId="6D4314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18130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288B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270AD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7CAFA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FD872AC" w14:textId="77777777" w:rsidTr="00117C78">
        <w:trPr>
          <w:jc w:val="center"/>
        </w:trPr>
        <w:tc>
          <w:tcPr>
            <w:tcW w:w="1422" w:type="pct"/>
          </w:tcPr>
          <w:p w14:paraId="6988172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Lampanyctus alatus</w:t>
            </w:r>
          </w:p>
        </w:tc>
        <w:tc>
          <w:tcPr>
            <w:tcW w:w="1422" w:type="pct"/>
          </w:tcPr>
          <w:p w14:paraId="24EDC9D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Winged Lanternfish</w:t>
            </w:r>
          </w:p>
        </w:tc>
        <w:tc>
          <w:tcPr>
            <w:tcW w:w="766" w:type="pct"/>
          </w:tcPr>
          <w:p w14:paraId="516491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1A2E99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D38B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9FC5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A5D14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F4FF787" w14:textId="77777777" w:rsidTr="00117C78">
        <w:trPr>
          <w:jc w:val="center"/>
        </w:trPr>
        <w:tc>
          <w:tcPr>
            <w:tcW w:w="1422" w:type="pct"/>
          </w:tcPr>
          <w:p w14:paraId="3DB412C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Lampanyctus jordani</w:t>
            </w:r>
          </w:p>
        </w:tc>
        <w:tc>
          <w:tcPr>
            <w:tcW w:w="1422" w:type="pct"/>
          </w:tcPr>
          <w:p w14:paraId="4041B53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Jordan’s Lanternfish</w:t>
            </w:r>
          </w:p>
        </w:tc>
        <w:tc>
          <w:tcPr>
            <w:tcW w:w="766" w:type="pct"/>
          </w:tcPr>
          <w:p w14:paraId="33D1AC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0DDAAE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95732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12C004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0134BC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5BD9480" w14:textId="77777777" w:rsidTr="00117C78">
        <w:trPr>
          <w:jc w:val="center"/>
        </w:trPr>
        <w:tc>
          <w:tcPr>
            <w:tcW w:w="1422" w:type="pct"/>
          </w:tcPr>
          <w:p w14:paraId="09D7B9C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Lampanyctus turneri</w:t>
            </w:r>
          </w:p>
        </w:tc>
        <w:tc>
          <w:tcPr>
            <w:tcW w:w="1422" w:type="pct"/>
          </w:tcPr>
          <w:p w14:paraId="33FEE8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Turner’s Lanternfish</w:t>
            </w:r>
          </w:p>
        </w:tc>
        <w:tc>
          <w:tcPr>
            <w:tcW w:w="766" w:type="pct"/>
          </w:tcPr>
          <w:p w14:paraId="553A99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4226F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810C6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9647D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E4E87D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AFB6224" w14:textId="77777777" w:rsidTr="00117C78">
        <w:trPr>
          <w:jc w:val="center"/>
        </w:trPr>
        <w:tc>
          <w:tcPr>
            <w:tcW w:w="1422" w:type="pct"/>
          </w:tcPr>
          <w:p w14:paraId="34F6CD1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Myctophum aurolaternatum</w:t>
            </w:r>
          </w:p>
        </w:tc>
        <w:tc>
          <w:tcPr>
            <w:tcW w:w="1422" w:type="pct"/>
          </w:tcPr>
          <w:p w14:paraId="7B26B5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Golden Lanternfish</w:t>
            </w:r>
          </w:p>
        </w:tc>
        <w:tc>
          <w:tcPr>
            <w:tcW w:w="766" w:type="pct"/>
          </w:tcPr>
          <w:p w14:paraId="17205B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F5353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AB36C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04E0C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D427E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9323573" w14:textId="77777777" w:rsidTr="00117C78">
        <w:trPr>
          <w:jc w:val="center"/>
        </w:trPr>
        <w:tc>
          <w:tcPr>
            <w:tcW w:w="1422" w:type="pct"/>
          </w:tcPr>
          <w:p w14:paraId="48F0EC0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Myctophum brachygnathum</w:t>
            </w:r>
          </w:p>
        </w:tc>
        <w:tc>
          <w:tcPr>
            <w:tcW w:w="1422" w:type="pct"/>
          </w:tcPr>
          <w:p w14:paraId="5D9B80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Shortjaw Lanternfish</w:t>
            </w:r>
          </w:p>
        </w:tc>
        <w:tc>
          <w:tcPr>
            <w:tcW w:w="766" w:type="pct"/>
          </w:tcPr>
          <w:p w14:paraId="318CD6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030DF3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9527AA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C37FF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B59A5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9C6C9BE" w14:textId="77777777" w:rsidTr="00117C78">
        <w:trPr>
          <w:jc w:val="center"/>
        </w:trPr>
        <w:tc>
          <w:tcPr>
            <w:tcW w:w="1422" w:type="pct"/>
          </w:tcPr>
          <w:p w14:paraId="66393AF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Myctophum lychnobium</w:t>
            </w:r>
          </w:p>
        </w:tc>
        <w:tc>
          <w:tcPr>
            <w:tcW w:w="1422" w:type="pct"/>
          </w:tcPr>
          <w:p w14:paraId="3C980CC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Lanternfish</w:t>
            </w:r>
          </w:p>
        </w:tc>
        <w:tc>
          <w:tcPr>
            <w:tcW w:w="766" w:type="pct"/>
          </w:tcPr>
          <w:p w14:paraId="302F934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2C31C1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BE7288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E0ABC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CF9E4A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18A4626" w14:textId="77777777" w:rsidTr="00117C78">
        <w:trPr>
          <w:jc w:val="center"/>
        </w:trPr>
        <w:tc>
          <w:tcPr>
            <w:tcW w:w="1422" w:type="pct"/>
          </w:tcPr>
          <w:p w14:paraId="3A36526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Myctophum nitidulum</w:t>
            </w:r>
          </w:p>
        </w:tc>
        <w:tc>
          <w:tcPr>
            <w:tcW w:w="1422" w:type="pct"/>
          </w:tcPr>
          <w:p w14:paraId="5103B46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Shiny Lanternfish</w:t>
            </w:r>
          </w:p>
        </w:tc>
        <w:tc>
          <w:tcPr>
            <w:tcW w:w="766" w:type="pct"/>
          </w:tcPr>
          <w:p w14:paraId="162C80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445BC1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4E8B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A3E846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B6B61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70E487B" w14:textId="77777777" w:rsidTr="00117C78">
        <w:trPr>
          <w:jc w:val="center"/>
        </w:trPr>
        <w:tc>
          <w:tcPr>
            <w:tcW w:w="1422" w:type="pct"/>
          </w:tcPr>
          <w:p w14:paraId="40B1F72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Myctophum orientale</w:t>
            </w:r>
          </w:p>
        </w:tc>
        <w:tc>
          <w:tcPr>
            <w:tcW w:w="1422" w:type="pct"/>
          </w:tcPr>
          <w:p w14:paraId="066424E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Oriental Lanternfish</w:t>
            </w:r>
          </w:p>
        </w:tc>
        <w:tc>
          <w:tcPr>
            <w:tcW w:w="766" w:type="pct"/>
          </w:tcPr>
          <w:p w14:paraId="4AE7BA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36D8AD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176BE3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36C9ED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916B4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9AAE0C0" w14:textId="77777777" w:rsidTr="00117C78">
        <w:trPr>
          <w:jc w:val="center"/>
        </w:trPr>
        <w:tc>
          <w:tcPr>
            <w:tcW w:w="1422" w:type="pct"/>
          </w:tcPr>
          <w:p w14:paraId="69FF5DD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Notolychnus valdiviae</w:t>
            </w:r>
          </w:p>
        </w:tc>
        <w:tc>
          <w:tcPr>
            <w:tcW w:w="1422" w:type="pct"/>
          </w:tcPr>
          <w:p w14:paraId="04C0D68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Valdivia Lanternfish</w:t>
            </w:r>
          </w:p>
        </w:tc>
        <w:tc>
          <w:tcPr>
            <w:tcW w:w="766" w:type="pct"/>
          </w:tcPr>
          <w:p w14:paraId="74F3D5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494B1B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1739B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B1955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5E768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8E3D17B" w14:textId="77777777" w:rsidTr="00117C78">
        <w:trPr>
          <w:jc w:val="center"/>
        </w:trPr>
        <w:tc>
          <w:tcPr>
            <w:tcW w:w="1422" w:type="pct"/>
          </w:tcPr>
          <w:p w14:paraId="4B7CEC6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Notoscopelus japonicus</w:t>
            </w:r>
          </w:p>
        </w:tc>
        <w:tc>
          <w:tcPr>
            <w:tcW w:w="1422" w:type="pct"/>
          </w:tcPr>
          <w:p w14:paraId="128636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Lanternfish</w:t>
            </w:r>
          </w:p>
        </w:tc>
        <w:tc>
          <w:tcPr>
            <w:tcW w:w="766" w:type="pct"/>
          </w:tcPr>
          <w:p w14:paraId="41EAD1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6870FD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BF5B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268F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365867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1662B63" w14:textId="77777777" w:rsidTr="00117C78">
        <w:trPr>
          <w:jc w:val="center"/>
        </w:trPr>
        <w:tc>
          <w:tcPr>
            <w:tcW w:w="1422" w:type="pct"/>
          </w:tcPr>
          <w:p w14:paraId="26E81E2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Notoscopelus resplendens</w:t>
            </w:r>
          </w:p>
        </w:tc>
        <w:tc>
          <w:tcPr>
            <w:tcW w:w="1422" w:type="pct"/>
          </w:tcPr>
          <w:p w14:paraId="31D94F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Resplendent Lanternfish</w:t>
            </w:r>
          </w:p>
        </w:tc>
        <w:tc>
          <w:tcPr>
            <w:tcW w:w="766" w:type="pct"/>
          </w:tcPr>
          <w:p w14:paraId="78D373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62F737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12A6F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165F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950F2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7F86A9C" w14:textId="77777777" w:rsidTr="00117C78">
        <w:trPr>
          <w:jc w:val="center"/>
        </w:trPr>
        <w:tc>
          <w:tcPr>
            <w:tcW w:w="1422" w:type="pct"/>
          </w:tcPr>
          <w:p w14:paraId="779B6CC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Stenobrachius leucopsarus</w:t>
            </w:r>
          </w:p>
        </w:tc>
        <w:tc>
          <w:tcPr>
            <w:tcW w:w="1422" w:type="pct"/>
          </w:tcPr>
          <w:p w14:paraId="20A8D2D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White-finned Opisthoproctus</w:t>
            </w:r>
          </w:p>
        </w:tc>
        <w:tc>
          <w:tcPr>
            <w:tcW w:w="766" w:type="pct"/>
          </w:tcPr>
          <w:p w14:paraId="07ADD6D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331750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077C4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BCE3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27E72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FFCBC39" w14:textId="77777777" w:rsidTr="00117C78">
        <w:trPr>
          <w:jc w:val="center"/>
        </w:trPr>
        <w:tc>
          <w:tcPr>
            <w:tcW w:w="1422" w:type="pct"/>
          </w:tcPr>
          <w:p w14:paraId="601EA03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Stenobrachius nannochir</w:t>
            </w:r>
          </w:p>
        </w:tc>
        <w:tc>
          <w:tcPr>
            <w:tcW w:w="1422" w:type="pct"/>
          </w:tcPr>
          <w:p w14:paraId="11F430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Nannochir Opisthoproctus</w:t>
            </w:r>
          </w:p>
        </w:tc>
        <w:tc>
          <w:tcPr>
            <w:tcW w:w="766" w:type="pct"/>
          </w:tcPr>
          <w:p w14:paraId="5FE7EC0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5F57D5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7A6E92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94BE3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F6926A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2CC7930" w14:textId="77777777" w:rsidTr="00117C78">
        <w:trPr>
          <w:jc w:val="center"/>
        </w:trPr>
        <w:tc>
          <w:tcPr>
            <w:tcW w:w="1422" w:type="pct"/>
          </w:tcPr>
          <w:p w14:paraId="3DCD8B3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Symbolophorus californiensis</w:t>
            </w:r>
          </w:p>
        </w:tc>
        <w:tc>
          <w:tcPr>
            <w:tcW w:w="1422" w:type="pct"/>
          </w:tcPr>
          <w:p w14:paraId="11633C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Californian Lanternfish</w:t>
            </w:r>
          </w:p>
        </w:tc>
        <w:tc>
          <w:tcPr>
            <w:tcW w:w="766" w:type="pct"/>
          </w:tcPr>
          <w:p w14:paraId="2725893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660F09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9E6CF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6A90F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EB939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A159612" w14:textId="77777777" w:rsidTr="00117C78">
        <w:trPr>
          <w:jc w:val="center"/>
        </w:trPr>
        <w:tc>
          <w:tcPr>
            <w:tcW w:w="1422" w:type="pct"/>
          </w:tcPr>
          <w:p w14:paraId="4951E52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Symbolophorus evermanni</w:t>
            </w:r>
          </w:p>
        </w:tc>
        <w:tc>
          <w:tcPr>
            <w:tcW w:w="1422" w:type="pct"/>
          </w:tcPr>
          <w:p w14:paraId="65D0E4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Evermann’s Lanternfish</w:t>
            </w:r>
          </w:p>
        </w:tc>
        <w:tc>
          <w:tcPr>
            <w:tcW w:w="766" w:type="pct"/>
          </w:tcPr>
          <w:p w14:paraId="19D2733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399A4B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F528E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D21BE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29A07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F4C18BD" w14:textId="77777777" w:rsidTr="00117C78">
        <w:trPr>
          <w:jc w:val="center"/>
        </w:trPr>
        <w:tc>
          <w:tcPr>
            <w:tcW w:w="1422" w:type="pct"/>
          </w:tcPr>
          <w:p w14:paraId="792AE64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Triphoturus nigrescens</w:t>
            </w:r>
          </w:p>
        </w:tc>
        <w:tc>
          <w:tcPr>
            <w:tcW w:w="1422" w:type="pct"/>
          </w:tcPr>
          <w:p w14:paraId="7DD07B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Blackfin Dragonfish</w:t>
            </w:r>
          </w:p>
        </w:tc>
        <w:tc>
          <w:tcPr>
            <w:tcW w:w="766" w:type="pct"/>
          </w:tcPr>
          <w:p w14:paraId="4214F0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386435D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7722E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27E3D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01561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84CBC13" w14:textId="77777777" w:rsidTr="00117C78">
        <w:trPr>
          <w:jc w:val="center"/>
        </w:trPr>
        <w:tc>
          <w:tcPr>
            <w:tcW w:w="1422" w:type="pct"/>
          </w:tcPr>
          <w:p w14:paraId="255E059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Bassozetus zenkevitchi</w:t>
            </w:r>
          </w:p>
        </w:tc>
        <w:tc>
          <w:tcPr>
            <w:tcW w:w="1422" w:type="pct"/>
          </w:tcPr>
          <w:p w14:paraId="230A5B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Zenkevitch's Cusk-Eel</w:t>
            </w:r>
          </w:p>
        </w:tc>
        <w:tc>
          <w:tcPr>
            <w:tcW w:w="766" w:type="pct"/>
          </w:tcPr>
          <w:p w14:paraId="5F5528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Ophidiidae</w:t>
            </w:r>
          </w:p>
        </w:tc>
        <w:tc>
          <w:tcPr>
            <w:tcW w:w="347" w:type="pct"/>
          </w:tcPr>
          <w:p w14:paraId="610F95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EB84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F46DB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C605F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D7B59BC" w14:textId="77777777" w:rsidTr="00117C78">
        <w:trPr>
          <w:jc w:val="center"/>
        </w:trPr>
        <w:tc>
          <w:tcPr>
            <w:tcW w:w="1422" w:type="pct"/>
          </w:tcPr>
          <w:p w14:paraId="72D7E87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Bathylagus pacificus</w:t>
            </w:r>
          </w:p>
        </w:tc>
        <w:tc>
          <w:tcPr>
            <w:tcW w:w="1422" w:type="pct"/>
          </w:tcPr>
          <w:p w14:paraId="5FFED7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Pacific Smoothtongue</w:t>
            </w:r>
          </w:p>
        </w:tc>
        <w:tc>
          <w:tcPr>
            <w:tcW w:w="766" w:type="pct"/>
          </w:tcPr>
          <w:p w14:paraId="4E8EFC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Bathylagidae</w:t>
            </w:r>
          </w:p>
        </w:tc>
        <w:tc>
          <w:tcPr>
            <w:tcW w:w="347" w:type="pct"/>
          </w:tcPr>
          <w:p w14:paraId="5E7D78F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96471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3303E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E29324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DFCA2F8" w14:textId="77777777" w:rsidTr="00117C78">
        <w:trPr>
          <w:jc w:val="center"/>
        </w:trPr>
        <w:tc>
          <w:tcPr>
            <w:tcW w:w="1422" w:type="pct"/>
          </w:tcPr>
          <w:p w14:paraId="302E701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Leuroglossus schmidti</w:t>
            </w:r>
          </w:p>
        </w:tc>
        <w:tc>
          <w:tcPr>
            <w:tcW w:w="1422" w:type="pct"/>
          </w:tcPr>
          <w:p w14:paraId="008FFB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Schmidt’s Smooth-tongue</w:t>
            </w:r>
          </w:p>
        </w:tc>
        <w:tc>
          <w:tcPr>
            <w:tcW w:w="766" w:type="pct"/>
          </w:tcPr>
          <w:p w14:paraId="2EA6A3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Bathylagidae</w:t>
            </w:r>
          </w:p>
        </w:tc>
        <w:tc>
          <w:tcPr>
            <w:tcW w:w="347" w:type="pct"/>
          </w:tcPr>
          <w:p w14:paraId="49DF7DF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DEFB6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03149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E7BA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1082B77" w14:textId="77777777" w:rsidTr="00117C78">
        <w:trPr>
          <w:jc w:val="center"/>
        </w:trPr>
        <w:tc>
          <w:tcPr>
            <w:tcW w:w="1422" w:type="pct"/>
          </w:tcPr>
          <w:p w14:paraId="7004ECF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Lipolagus ochotensis</w:t>
            </w:r>
          </w:p>
        </w:tc>
        <w:tc>
          <w:tcPr>
            <w:tcW w:w="1422" w:type="pct"/>
          </w:tcPr>
          <w:p w14:paraId="0804B1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Okhotsk Smooth-tongue</w:t>
            </w:r>
          </w:p>
        </w:tc>
        <w:tc>
          <w:tcPr>
            <w:tcW w:w="766" w:type="pct"/>
          </w:tcPr>
          <w:p w14:paraId="371A64A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Bathylagidae</w:t>
            </w:r>
          </w:p>
        </w:tc>
        <w:tc>
          <w:tcPr>
            <w:tcW w:w="347" w:type="pct"/>
          </w:tcPr>
          <w:p w14:paraId="0A9321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9882AE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7E1C7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BB59A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3B5D062" w14:textId="77777777" w:rsidTr="00117C78">
        <w:trPr>
          <w:jc w:val="center"/>
        </w:trPr>
        <w:tc>
          <w:tcPr>
            <w:tcW w:w="1422" w:type="pct"/>
          </w:tcPr>
          <w:p w14:paraId="31782D4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Pseudobathylagus milleri</w:t>
            </w:r>
          </w:p>
        </w:tc>
        <w:tc>
          <w:tcPr>
            <w:tcW w:w="1422" w:type="pct"/>
          </w:tcPr>
          <w:p w14:paraId="6A6CD2D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Miller’s Pelagic Sculpin</w:t>
            </w:r>
          </w:p>
        </w:tc>
        <w:tc>
          <w:tcPr>
            <w:tcW w:w="766" w:type="pct"/>
          </w:tcPr>
          <w:p w14:paraId="6BE202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5882D5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3EBB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BC46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CF1CF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1EAD730" w14:textId="77777777" w:rsidTr="00117C78">
        <w:trPr>
          <w:jc w:val="center"/>
        </w:trPr>
        <w:tc>
          <w:tcPr>
            <w:tcW w:w="1422" w:type="pct"/>
          </w:tcPr>
          <w:p w14:paraId="21083B7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Acanthurus lineatus</w:t>
            </w:r>
          </w:p>
        </w:tc>
        <w:tc>
          <w:tcPr>
            <w:tcW w:w="1422" w:type="pct"/>
          </w:tcPr>
          <w:p w14:paraId="53DDDB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Lined Surgeonfish</w:t>
            </w:r>
          </w:p>
        </w:tc>
        <w:tc>
          <w:tcPr>
            <w:tcW w:w="766" w:type="pct"/>
          </w:tcPr>
          <w:p w14:paraId="012A9DD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Acanthuridae</w:t>
            </w:r>
          </w:p>
        </w:tc>
        <w:tc>
          <w:tcPr>
            <w:tcW w:w="347" w:type="pct"/>
          </w:tcPr>
          <w:p w14:paraId="5AF5A8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D57CC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C5408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E929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17D690D" w14:textId="77777777" w:rsidTr="00117C78">
        <w:trPr>
          <w:jc w:val="center"/>
        </w:trPr>
        <w:tc>
          <w:tcPr>
            <w:tcW w:w="1422" w:type="pct"/>
          </w:tcPr>
          <w:p w14:paraId="094E40A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Acanthurus nigricauda</w:t>
            </w:r>
          </w:p>
        </w:tc>
        <w:tc>
          <w:tcPr>
            <w:tcW w:w="1422" w:type="pct"/>
          </w:tcPr>
          <w:p w14:paraId="1A1315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Epaulette Surgeonfish</w:t>
            </w:r>
          </w:p>
        </w:tc>
        <w:tc>
          <w:tcPr>
            <w:tcW w:w="766" w:type="pct"/>
          </w:tcPr>
          <w:p w14:paraId="693D9F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Acanthuridae</w:t>
            </w:r>
          </w:p>
        </w:tc>
        <w:tc>
          <w:tcPr>
            <w:tcW w:w="347" w:type="pct"/>
          </w:tcPr>
          <w:p w14:paraId="7C0EBA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C1041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6AF87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6FC8B6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E2CC012" w14:textId="77777777" w:rsidTr="00117C78">
        <w:trPr>
          <w:jc w:val="center"/>
        </w:trPr>
        <w:tc>
          <w:tcPr>
            <w:tcW w:w="1422" w:type="pct"/>
          </w:tcPr>
          <w:p w14:paraId="2334081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Naso tergus</w:t>
            </w:r>
          </w:p>
        </w:tc>
        <w:tc>
          <w:tcPr>
            <w:tcW w:w="1422" w:type="pct"/>
          </w:tcPr>
          <w:p w14:paraId="1E282C0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Slender Unicornfish</w:t>
            </w:r>
          </w:p>
        </w:tc>
        <w:tc>
          <w:tcPr>
            <w:tcW w:w="766" w:type="pct"/>
          </w:tcPr>
          <w:p w14:paraId="062F08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Acanthuridae</w:t>
            </w:r>
          </w:p>
        </w:tc>
        <w:tc>
          <w:tcPr>
            <w:tcW w:w="347" w:type="pct"/>
          </w:tcPr>
          <w:p w14:paraId="5553C0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90AAF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9F502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7608D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B2D7648" w14:textId="77777777" w:rsidTr="00117C78">
        <w:trPr>
          <w:jc w:val="center"/>
        </w:trPr>
        <w:tc>
          <w:tcPr>
            <w:tcW w:w="1422" w:type="pct"/>
          </w:tcPr>
          <w:p w14:paraId="75D1612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Malakichthys griseus</w:t>
            </w:r>
          </w:p>
        </w:tc>
        <w:tc>
          <w:tcPr>
            <w:tcW w:w="1422" w:type="pct"/>
          </w:tcPr>
          <w:p w14:paraId="7C8833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Grey Splendid Perch</w:t>
            </w:r>
          </w:p>
        </w:tc>
        <w:tc>
          <w:tcPr>
            <w:tcW w:w="766" w:type="pct"/>
          </w:tcPr>
          <w:p w14:paraId="101CB5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Acropomatidae</w:t>
            </w:r>
          </w:p>
        </w:tc>
        <w:tc>
          <w:tcPr>
            <w:tcW w:w="347" w:type="pct"/>
          </w:tcPr>
          <w:p w14:paraId="3878299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4E103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75E05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D1860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E62D37C" w14:textId="77777777" w:rsidTr="00117C78">
        <w:trPr>
          <w:jc w:val="center"/>
        </w:trPr>
        <w:tc>
          <w:tcPr>
            <w:tcW w:w="1422" w:type="pct"/>
          </w:tcPr>
          <w:p w14:paraId="7A1F985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Bleekeria mitsukurii</w:t>
            </w:r>
          </w:p>
        </w:tc>
        <w:tc>
          <w:tcPr>
            <w:tcW w:w="1422" w:type="pct"/>
          </w:tcPr>
          <w:p w14:paraId="29237E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Mitsukuri's Sand Lance</w:t>
            </w:r>
          </w:p>
        </w:tc>
        <w:tc>
          <w:tcPr>
            <w:tcW w:w="766" w:type="pct"/>
          </w:tcPr>
          <w:p w14:paraId="51C324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Ammodytidae</w:t>
            </w:r>
          </w:p>
        </w:tc>
        <w:tc>
          <w:tcPr>
            <w:tcW w:w="347" w:type="pct"/>
          </w:tcPr>
          <w:p w14:paraId="465C5A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FF5BC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15A74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62898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DCC01EA" w14:textId="77777777" w:rsidTr="00117C78">
        <w:trPr>
          <w:jc w:val="center"/>
        </w:trPr>
        <w:tc>
          <w:tcPr>
            <w:tcW w:w="1422" w:type="pct"/>
          </w:tcPr>
          <w:p w14:paraId="40580D6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Siphamia tubulata</w:t>
            </w:r>
          </w:p>
        </w:tc>
        <w:tc>
          <w:tcPr>
            <w:tcW w:w="1422" w:type="pct"/>
          </w:tcPr>
          <w:p w14:paraId="0D07A5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Tubular Siphamia</w:t>
            </w:r>
          </w:p>
        </w:tc>
        <w:tc>
          <w:tcPr>
            <w:tcW w:w="766" w:type="pct"/>
          </w:tcPr>
          <w:p w14:paraId="796E95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22689A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ED71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2443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34233D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DC15F68" w14:textId="77777777" w:rsidTr="00117C78">
        <w:trPr>
          <w:jc w:val="center"/>
        </w:trPr>
        <w:tc>
          <w:tcPr>
            <w:tcW w:w="1422" w:type="pct"/>
          </w:tcPr>
          <w:p w14:paraId="1672786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Ariomma lurida</w:t>
            </w:r>
          </w:p>
        </w:tc>
        <w:tc>
          <w:tcPr>
            <w:tcW w:w="1422" w:type="pct"/>
          </w:tcPr>
          <w:p w14:paraId="4081CD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Lustrous Pomfret</w:t>
            </w:r>
          </w:p>
        </w:tc>
        <w:tc>
          <w:tcPr>
            <w:tcW w:w="766" w:type="pct"/>
          </w:tcPr>
          <w:p w14:paraId="4EC0144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Ariommatidae</w:t>
            </w:r>
          </w:p>
        </w:tc>
        <w:tc>
          <w:tcPr>
            <w:tcW w:w="347" w:type="pct"/>
          </w:tcPr>
          <w:p w14:paraId="39D6981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896BD2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9E407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C0603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59B4673" w14:textId="77777777" w:rsidTr="00117C78">
        <w:trPr>
          <w:jc w:val="center"/>
        </w:trPr>
        <w:tc>
          <w:tcPr>
            <w:tcW w:w="1422" w:type="pct"/>
          </w:tcPr>
          <w:p w14:paraId="1E75CFB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Bathymaster caeruleofasciatus</w:t>
            </w:r>
          </w:p>
        </w:tc>
        <w:tc>
          <w:tcPr>
            <w:tcW w:w="1422" w:type="pct"/>
          </w:tcPr>
          <w:p w14:paraId="28AE0B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Alaskan Ronquil</w:t>
            </w:r>
          </w:p>
        </w:tc>
        <w:tc>
          <w:tcPr>
            <w:tcW w:w="766" w:type="pct"/>
          </w:tcPr>
          <w:p w14:paraId="3803AD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Bathymasteridae</w:t>
            </w:r>
          </w:p>
        </w:tc>
        <w:tc>
          <w:tcPr>
            <w:tcW w:w="347" w:type="pct"/>
          </w:tcPr>
          <w:p w14:paraId="002A32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DD5518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BA68BC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F4E30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1B15C9B" w14:textId="77777777" w:rsidTr="00117C78">
        <w:trPr>
          <w:jc w:val="center"/>
        </w:trPr>
        <w:tc>
          <w:tcPr>
            <w:tcW w:w="1422" w:type="pct"/>
          </w:tcPr>
          <w:p w14:paraId="10EA9FA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Entomacrodus striatus</w:t>
            </w:r>
          </w:p>
        </w:tc>
        <w:tc>
          <w:tcPr>
            <w:tcW w:w="1422" w:type="pct"/>
          </w:tcPr>
          <w:p w14:paraId="13FB25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Striped Blenny</w:t>
            </w:r>
          </w:p>
        </w:tc>
        <w:tc>
          <w:tcPr>
            <w:tcW w:w="766" w:type="pct"/>
          </w:tcPr>
          <w:p w14:paraId="24E23D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Blenniidae</w:t>
            </w:r>
          </w:p>
        </w:tc>
        <w:tc>
          <w:tcPr>
            <w:tcW w:w="347" w:type="pct"/>
          </w:tcPr>
          <w:p w14:paraId="164C69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C78F8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7E995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710FC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AD5FCFD" w14:textId="77777777" w:rsidTr="00117C78">
        <w:trPr>
          <w:jc w:val="center"/>
        </w:trPr>
        <w:tc>
          <w:tcPr>
            <w:tcW w:w="1422" w:type="pct"/>
          </w:tcPr>
          <w:p w14:paraId="6C3A932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Omobranchus fasciolatoceps</w:t>
            </w:r>
          </w:p>
        </w:tc>
        <w:tc>
          <w:tcPr>
            <w:tcW w:w="1422" w:type="pct"/>
          </w:tcPr>
          <w:p w14:paraId="1E2D22A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Banded Blenny</w:t>
            </w:r>
          </w:p>
        </w:tc>
        <w:tc>
          <w:tcPr>
            <w:tcW w:w="766" w:type="pct"/>
          </w:tcPr>
          <w:p w14:paraId="449648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Blenniidae</w:t>
            </w:r>
          </w:p>
        </w:tc>
        <w:tc>
          <w:tcPr>
            <w:tcW w:w="347" w:type="pct"/>
          </w:tcPr>
          <w:p w14:paraId="5478FF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0FBE7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AEAE2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FFD13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0F87887" w14:textId="77777777" w:rsidTr="00117C78">
        <w:trPr>
          <w:jc w:val="center"/>
        </w:trPr>
        <w:tc>
          <w:tcPr>
            <w:tcW w:w="1422" w:type="pct"/>
          </w:tcPr>
          <w:p w14:paraId="2E576CF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Parablennius yatabei</w:t>
            </w:r>
          </w:p>
        </w:tc>
        <w:tc>
          <w:tcPr>
            <w:tcW w:w="1422" w:type="pct"/>
          </w:tcPr>
          <w:p w14:paraId="6AFC580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Yatabe’s Blenny</w:t>
            </w:r>
          </w:p>
        </w:tc>
        <w:tc>
          <w:tcPr>
            <w:tcW w:w="766" w:type="pct"/>
          </w:tcPr>
          <w:p w14:paraId="6DCB1B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Blenniidae</w:t>
            </w:r>
          </w:p>
        </w:tc>
        <w:tc>
          <w:tcPr>
            <w:tcW w:w="347" w:type="pct"/>
          </w:tcPr>
          <w:p w14:paraId="23F8635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B0714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AF6E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A2F3B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186263D" w14:textId="77777777" w:rsidTr="00117C78">
        <w:trPr>
          <w:jc w:val="center"/>
        </w:trPr>
        <w:tc>
          <w:tcPr>
            <w:tcW w:w="1422" w:type="pct"/>
          </w:tcPr>
          <w:p w14:paraId="2734859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Brama dussumieri</w:t>
            </w:r>
          </w:p>
        </w:tc>
        <w:tc>
          <w:tcPr>
            <w:tcW w:w="1422" w:type="pct"/>
          </w:tcPr>
          <w:p w14:paraId="24F6EF8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Dussumier's Pomfret</w:t>
            </w:r>
          </w:p>
        </w:tc>
        <w:tc>
          <w:tcPr>
            <w:tcW w:w="766" w:type="pct"/>
          </w:tcPr>
          <w:p w14:paraId="305065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Bramidae</w:t>
            </w:r>
          </w:p>
        </w:tc>
        <w:tc>
          <w:tcPr>
            <w:tcW w:w="347" w:type="pct"/>
          </w:tcPr>
          <w:p w14:paraId="175701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FEB8BD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6107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76039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D80DAB0" w14:textId="77777777" w:rsidTr="00117C78">
        <w:trPr>
          <w:jc w:val="center"/>
        </w:trPr>
        <w:tc>
          <w:tcPr>
            <w:tcW w:w="1422" w:type="pct"/>
          </w:tcPr>
          <w:p w14:paraId="2275D07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Eumegistus illustris</w:t>
            </w:r>
          </w:p>
        </w:tc>
        <w:tc>
          <w:tcPr>
            <w:tcW w:w="1422" w:type="pct"/>
          </w:tcPr>
          <w:p w14:paraId="1CCC65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Brilliant Pomfret</w:t>
            </w:r>
          </w:p>
        </w:tc>
        <w:tc>
          <w:tcPr>
            <w:tcW w:w="766" w:type="pct"/>
          </w:tcPr>
          <w:p w14:paraId="686E8A5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Bramidae</w:t>
            </w:r>
          </w:p>
        </w:tc>
        <w:tc>
          <w:tcPr>
            <w:tcW w:w="347" w:type="pct"/>
          </w:tcPr>
          <w:p w14:paraId="73BD03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4654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6317F7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3F3DD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DD23340" w14:textId="77777777" w:rsidTr="00117C78">
        <w:trPr>
          <w:jc w:val="center"/>
        </w:trPr>
        <w:tc>
          <w:tcPr>
            <w:tcW w:w="1422" w:type="pct"/>
          </w:tcPr>
          <w:p w14:paraId="23523C8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Pteraclis aesticola</w:t>
            </w:r>
          </w:p>
        </w:tc>
        <w:tc>
          <w:tcPr>
            <w:tcW w:w="1422" w:type="pct"/>
          </w:tcPr>
          <w:p w14:paraId="24E7B4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Aesticola Cardinalfish</w:t>
            </w:r>
          </w:p>
        </w:tc>
        <w:tc>
          <w:tcPr>
            <w:tcW w:w="766" w:type="pct"/>
          </w:tcPr>
          <w:p w14:paraId="680716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Apogonidae</w:t>
            </w:r>
          </w:p>
        </w:tc>
        <w:tc>
          <w:tcPr>
            <w:tcW w:w="347" w:type="pct"/>
          </w:tcPr>
          <w:p w14:paraId="72E81E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DE883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C02F6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8AE9D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B296AC4" w14:textId="77777777" w:rsidTr="00117C78">
        <w:trPr>
          <w:jc w:val="center"/>
        </w:trPr>
        <w:tc>
          <w:tcPr>
            <w:tcW w:w="1422" w:type="pct"/>
          </w:tcPr>
          <w:p w14:paraId="34050A2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Pterycombus petersii</w:t>
            </w:r>
          </w:p>
        </w:tc>
        <w:tc>
          <w:tcPr>
            <w:tcW w:w="1422" w:type="pct"/>
          </w:tcPr>
          <w:p w14:paraId="40631C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Peters’ Bony Fish</w:t>
            </w:r>
          </w:p>
        </w:tc>
        <w:tc>
          <w:tcPr>
            <w:tcW w:w="766" w:type="pct"/>
          </w:tcPr>
          <w:p w14:paraId="3557019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Pterycombidae</w:t>
            </w:r>
          </w:p>
        </w:tc>
        <w:tc>
          <w:tcPr>
            <w:tcW w:w="347" w:type="pct"/>
          </w:tcPr>
          <w:p w14:paraId="65E48C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BFEDA6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B0D82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05DD7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E694386" w14:textId="77777777" w:rsidTr="00117C78">
        <w:trPr>
          <w:jc w:val="center"/>
        </w:trPr>
        <w:tc>
          <w:tcPr>
            <w:tcW w:w="1422" w:type="pct"/>
          </w:tcPr>
          <w:p w14:paraId="4EF1882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Callanthias japonicus</w:t>
            </w:r>
          </w:p>
        </w:tc>
        <w:tc>
          <w:tcPr>
            <w:tcW w:w="1422" w:type="pct"/>
          </w:tcPr>
          <w:p w14:paraId="23019E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Splendid Perch</w:t>
            </w:r>
          </w:p>
        </w:tc>
        <w:tc>
          <w:tcPr>
            <w:tcW w:w="766" w:type="pct"/>
          </w:tcPr>
          <w:p w14:paraId="1029AB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Callanthiidae</w:t>
            </w:r>
          </w:p>
        </w:tc>
        <w:tc>
          <w:tcPr>
            <w:tcW w:w="347" w:type="pct"/>
          </w:tcPr>
          <w:p w14:paraId="29AEC1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3434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DC0BC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61493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FF171D8" w14:textId="77777777" w:rsidTr="00117C78">
        <w:trPr>
          <w:jc w:val="center"/>
        </w:trPr>
        <w:tc>
          <w:tcPr>
            <w:tcW w:w="1422" w:type="pct"/>
          </w:tcPr>
          <w:p w14:paraId="47502D9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Callionymus beniteguri</w:t>
            </w:r>
          </w:p>
        </w:tc>
        <w:tc>
          <w:tcPr>
            <w:tcW w:w="1422" w:type="pct"/>
          </w:tcPr>
          <w:p w14:paraId="69F2DA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Beniteguri Dragonet</w:t>
            </w:r>
          </w:p>
        </w:tc>
        <w:tc>
          <w:tcPr>
            <w:tcW w:w="766" w:type="pct"/>
          </w:tcPr>
          <w:p w14:paraId="24AB602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Callionymidae</w:t>
            </w:r>
          </w:p>
        </w:tc>
        <w:tc>
          <w:tcPr>
            <w:tcW w:w="347" w:type="pct"/>
          </w:tcPr>
          <w:p w14:paraId="5D958E8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D8934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3B29D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66370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C4C1F08" w14:textId="77777777" w:rsidTr="00117C78">
        <w:trPr>
          <w:jc w:val="center"/>
        </w:trPr>
        <w:tc>
          <w:tcPr>
            <w:tcW w:w="1422" w:type="pct"/>
          </w:tcPr>
          <w:p w14:paraId="6CA95B8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Callionymus japonicus</w:t>
            </w:r>
          </w:p>
        </w:tc>
        <w:tc>
          <w:tcPr>
            <w:tcW w:w="1422" w:type="pct"/>
          </w:tcPr>
          <w:p w14:paraId="382A72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Dragonet</w:t>
            </w:r>
          </w:p>
        </w:tc>
        <w:tc>
          <w:tcPr>
            <w:tcW w:w="766" w:type="pct"/>
          </w:tcPr>
          <w:p w14:paraId="4F8924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Callionymidae</w:t>
            </w:r>
          </w:p>
        </w:tc>
        <w:tc>
          <w:tcPr>
            <w:tcW w:w="347" w:type="pct"/>
          </w:tcPr>
          <w:p w14:paraId="5B4A3A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9A8F3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19912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869C2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1B4BA22" w14:textId="77777777" w:rsidTr="00117C78">
        <w:trPr>
          <w:jc w:val="center"/>
        </w:trPr>
        <w:tc>
          <w:tcPr>
            <w:tcW w:w="1422" w:type="pct"/>
          </w:tcPr>
          <w:p w14:paraId="7F4F3D1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Caranx sexfasciatus</w:t>
            </w:r>
          </w:p>
        </w:tc>
        <w:tc>
          <w:tcPr>
            <w:tcW w:w="1422" w:type="pct"/>
          </w:tcPr>
          <w:p w14:paraId="1DE764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Bigeye Trevally</w:t>
            </w:r>
          </w:p>
        </w:tc>
        <w:tc>
          <w:tcPr>
            <w:tcW w:w="766" w:type="pct"/>
          </w:tcPr>
          <w:p w14:paraId="50FE2E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423CDF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45F31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30049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D09F2C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0B0B8E3" w14:textId="77777777" w:rsidTr="00117C78">
        <w:trPr>
          <w:jc w:val="center"/>
        </w:trPr>
        <w:tc>
          <w:tcPr>
            <w:tcW w:w="1422" w:type="pct"/>
          </w:tcPr>
          <w:p w14:paraId="0D55500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Decapterus akaadsi</w:t>
            </w:r>
          </w:p>
        </w:tc>
        <w:tc>
          <w:tcPr>
            <w:tcW w:w="1422" w:type="pct"/>
          </w:tcPr>
          <w:p w14:paraId="1CEC77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Mackerel Scad</w:t>
            </w:r>
          </w:p>
        </w:tc>
        <w:tc>
          <w:tcPr>
            <w:tcW w:w="766" w:type="pct"/>
          </w:tcPr>
          <w:p w14:paraId="36B0B7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347A27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D53F41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8C84CE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73A3F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FAF0A13" w14:textId="77777777" w:rsidTr="00117C78">
        <w:trPr>
          <w:jc w:val="center"/>
        </w:trPr>
        <w:tc>
          <w:tcPr>
            <w:tcW w:w="1422" w:type="pct"/>
          </w:tcPr>
          <w:p w14:paraId="16B1876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Decapterus macarellus</w:t>
            </w:r>
          </w:p>
        </w:tc>
        <w:tc>
          <w:tcPr>
            <w:tcW w:w="1422" w:type="pct"/>
          </w:tcPr>
          <w:p w14:paraId="33A430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Mackerel Scad</w:t>
            </w:r>
          </w:p>
        </w:tc>
        <w:tc>
          <w:tcPr>
            <w:tcW w:w="766" w:type="pct"/>
          </w:tcPr>
          <w:p w14:paraId="3CF762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7979D85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26D5F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8FAEE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DAC8D2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A4A839A" w14:textId="77777777" w:rsidTr="00117C78">
        <w:trPr>
          <w:jc w:val="center"/>
        </w:trPr>
        <w:tc>
          <w:tcPr>
            <w:tcW w:w="1422" w:type="pct"/>
          </w:tcPr>
          <w:p w14:paraId="392241A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Decapterus muroadsi</w:t>
            </w:r>
          </w:p>
        </w:tc>
        <w:tc>
          <w:tcPr>
            <w:tcW w:w="1422" w:type="pct"/>
          </w:tcPr>
          <w:p w14:paraId="723CCF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Amberstripe Scad</w:t>
            </w:r>
          </w:p>
        </w:tc>
        <w:tc>
          <w:tcPr>
            <w:tcW w:w="766" w:type="pct"/>
          </w:tcPr>
          <w:p w14:paraId="21F7E1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3DA36F9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1FD68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1A74B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A12476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6F8C66E" w14:textId="77777777" w:rsidTr="00117C78">
        <w:trPr>
          <w:jc w:val="center"/>
        </w:trPr>
        <w:tc>
          <w:tcPr>
            <w:tcW w:w="1422" w:type="pct"/>
          </w:tcPr>
          <w:p w14:paraId="07A7798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Decapterus tabl</w:t>
            </w:r>
          </w:p>
        </w:tc>
        <w:tc>
          <w:tcPr>
            <w:tcW w:w="1422" w:type="pct"/>
          </w:tcPr>
          <w:p w14:paraId="3EEEB8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Scad</w:t>
            </w:r>
          </w:p>
        </w:tc>
        <w:tc>
          <w:tcPr>
            <w:tcW w:w="766" w:type="pct"/>
          </w:tcPr>
          <w:p w14:paraId="671928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4B23DD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9E664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6A84B1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156B8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FC5EC83" w14:textId="77777777" w:rsidTr="00117C78">
        <w:trPr>
          <w:jc w:val="center"/>
        </w:trPr>
        <w:tc>
          <w:tcPr>
            <w:tcW w:w="1422" w:type="pct"/>
          </w:tcPr>
          <w:p w14:paraId="50E1392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Seriola dumerili</w:t>
            </w:r>
          </w:p>
        </w:tc>
        <w:tc>
          <w:tcPr>
            <w:tcW w:w="1422" w:type="pct"/>
          </w:tcPr>
          <w:p w14:paraId="6B5AB3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Greater Amberjack</w:t>
            </w:r>
          </w:p>
        </w:tc>
        <w:tc>
          <w:tcPr>
            <w:tcW w:w="766" w:type="pct"/>
          </w:tcPr>
          <w:p w14:paraId="11A565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112E39E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6F8D8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39592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C33F1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A9CD67C" w14:textId="77777777" w:rsidTr="00117C78">
        <w:trPr>
          <w:jc w:val="center"/>
        </w:trPr>
        <w:tc>
          <w:tcPr>
            <w:tcW w:w="1422" w:type="pct"/>
          </w:tcPr>
          <w:p w14:paraId="070F2C0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Seriola lalandi</w:t>
            </w:r>
          </w:p>
        </w:tc>
        <w:tc>
          <w:tcPr>
            <w:tcW w:w="1422" w:type="pct"/>
          </w:tcPr>
          <w:p w14:paraId="6C195C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Yellowtail Amberjack</w:t>
            </w:r>
          </w:p>
        </w:tc>
        <w:tc>
          <w:tcPr>
            <w:tcW w:w="766" w:type="pct"/>
          </w:tcPr>
          <w:p w14:paraId="23F668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3F21A2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50D1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F79BD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C790A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AE26C1C" w14:textId="77777777" w:rsidTr="00117C78">
        <w:trPr>
          <w:jc w:val="center"/>
        </w:trPr>
        <w:tc>
          <w:tcPr>
            <w:tcW w:w="1422" w:type="pct"/>
          </w:tcPr>
          <w:p w14:paraId="1DDD423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Seriola quinqueradiata</w:t>
            </w:r>
          </w:p>
        </w:tc>
        <w:tc>
          <w:tcPr>
            <w:tcW w:w="1422" w:type="pct"/>
          </w:tcPr>
          <w:p w14:paraId="4C430D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Longfin Amberjack</w:t>
            </w:r>
          </w:p>
        </w:tc>
        <w:tc>
          <w:tcPr>
            <w:tcW w:w="766" w:type="pct"/>
          </w:tcPr>
          <w:p w14:paraId="436144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059EBD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E50D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F37B3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EDC6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80C4F95" w14:textId="77777777" w:rsidTr="00117C78">
        <w:trPr>
          <w:jc w:val="center"/>
        </w:trPr>
        <w:tc>
          <w:tcPr>
            <w:tcW w:w="1422" w:type="pct"/>
          </w:tcPr>
          <w:p w14:paraId="0B5A5B9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Seriola rivoliana</w:t>
            </w:r>
          </w:p>
        </w:tc>
        <w:tc>
          <w:tcPr>
            <w:tcW w:w="1422" w:type="pct"/>
          </w:tcPr>
          <w:p w14:paraId="2477AB0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Lesser Amberjack</w:t>
            </w:r>
          </w:p>
        </w:tc>
        <w:tc>
          <w:tcPr>
            <w:tcW w:w="766" w:type="pct"/>
          </w:tcPr>
          <w:p w14:paraId="1DE843B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7279C0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3DDE17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21F0A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BDD68D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54E0122" w14:textId="77777777" w:rsidTr="00117C78">
        <w:trPr>
          <w:jc w:val="center"/>
        </w:trPr>
        <w:tc>
          <w:tcPr>
            <w:tcW w:w="1422" w:type="pct"/>
          </w:tcPr>
          <w:p w14:paraId="7B55DF9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Trachurus japonicus</w:t>
            </w:r>
          </w:p>
        </w:tc>
        <w:tc>
          <w:tcPr>
            <w:tcW w:w="1422" w:type="pct"/>
          </w:tcPr>
          <w:p w14:paraId="28709E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Mackerel</w:t>
            </w:r>
          </w:p>
        </w:tc>
        <w:tc>
          <w:tcPr>
            <w:tcW w:w="766" w:type="pct"/>
          </w:tcPr>
          <w:p w14:paraId="036DD5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27A6BCC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A59C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672A6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761FD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D6757B9" w14:textId="77777777" w:rsidTr="00117C78">
        <w:trPr>
          <w:jc w:val="center"/>
        </w:trPr>
        <w:tc>
          <w:tcPr>
            <w:tcW w:w="1422" w:type="pct"/>
          </w:tcPr>
          <w:p w14:paraId="7C8E580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Trachurus lathami</w:t>
            </w:r>
          </w:p>
        </w:tc>
        <w:tc>
          <w:tcPr>
            <w:tcW w:w="1422" w:type="pct"/>
          </w:tcPr>
          <w:p w14:paraId="7BD40D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Lathami Mackerel</w:t>
            </w:r>
          </w:p>
        </w:tc>
        <w:tc>
          <w:tcPr>
            <w:tcW w:w="766" w:type="pct"/>
          </w:tcPr>
          <w:p w14:paraId="110BB67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096307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25D21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0FA82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56276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3560DCF8" w14:textId="77777777" w:rsidTr="00117C78">
        <w:trPr>
          <w:jc w:val="center"/>
        </w:trPr>
        <w:tc>
          <w:tcPr>
            <w:tcW w:w="1422" w:type="pct"/>
          </w:tcPr>
          <w:p w14:paraId="509D194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Hyperoglyphe japonica</w:t>
            </w:r>
          </w:p>
        </w:tc>
        <w:tc>
          <w:tcPr>
            <w:tcW w:w="1422" w:type="pct"/>
          </w:tcPr>
          <w:p w14:paraId="35E017D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Barrelfish</w:t>
            </w:r>
          </w:p>
        </w:tc>
        <w:tc>
          <w:tcPr>
            <w:tcW w:w="766" w:type="pct"/>
          </w:tcPr>
          <w:p w14:paraId="70FFFC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Centrolophidae</w:t>
            </w:r>
          </w:p>
        </w:tc>
        <w:tc>
          <w:tcPr>
            <w:tcW w:w="347" w:type="pct"/>
          </w:tcPr>
          <w:p w14:paraId="2789B9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9A4B1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E34E0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DA4C6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3209325" w14:textId="77777777" w:rsidTr="00117C78">
        <w:trPr>
          <w:jc w:val="center"/>
        </w:trPr>
        <w:tc>
          <w:tcPr>
            <w:tcW w:w="1422" w:type="pct"/>
          </w:tcPr>
          <w:p w14:paraId="6009EB4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Icichthys lockingtoni</w:t>
            </w:r>
          </w:p>
        </w:tc>
        <w:tc>
          <w:tcPr>
            <w:tcW w:w="1422" w:type="pct"/>
          </w:tcPr>
          <w:p w14:paraId="77943D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Medusafish</w:t>
            </w:r>
          </w:p>
        </w:tc>
        <w:tc>
          <w:tcPr>
            <w:tcW w:w="766" w:type="pct"/>
          </w:tcPr>
          <w:p w14:paraId="0D08BD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Centrolophidae</w:t>
            </w:r>
          </w:p>
        </w:tc>
        <w:tc>
          <w:tcPr>
            <w:tcW w:w="347" w:type="pct"/>
          </w:tcPr>
          <w:p w14:paraId="235336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A6910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BB6CEF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F2E6D3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D295D7A" w14:textId="77777777" w:rsidTr="00117C78">
        <w:trPr>
          <w:jc w:val="center"/>
        </w:trPr>
        <w:tc>
          <w:tcPr>
            <w:tcW w:w="1422" w:type="pct"/>
          </w:tcPr>
          <w:p w14:paraId="73B9ED3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Psenopsis anomala</w:t>
            </w:r>
          </w:p>
        </w:tc>
        <w:tc>
          <w:tcPr>
            <w:tcW w:w="1422" w:type="pct"/>
          </w:tcPr>
          <w:p w14:paraId="3ECF7E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Anomalous Brownbanded Sculpin</w:t>
            </w:r>
          </w:p>
        </w:tc>
        <w:tc>
          <w:tcPr>
            <w:tcW w:w="766" w:type="pct"/>
          </w:tcPr>
          <w:p w14:paraId="394519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2AE852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A737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315F2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C04BF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7974765" w14:textId="77777777" w:rsidTr="00117C78">
        <w:trPr>
          <w:jc w:val="center"/>
        </w:trPr>
        <w:tc>
          <w:tcPr>
            <w:tcW w:w="1422" w:type="pct"/>
          </w:tcPr>
          <w:p w14:paraId="16F40BA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Chaetodon auripes</w:t>
            </w:r>
          </w:p>
        </w:tc>
        <w:tc>
          <w:tcPr>
            <w:tcW w:w="1422" w:type="pct"/>
          </w:tcPr>
          <w:p w14:paraId="2B70DD7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Oriental Butterflyfish</w:t>
            </w:r>
          </w:p>
        </w:tc>
        <w:tc>
          <w:tcPr>
            <w:tcW w:w="766" w:type="pct"/>
          </w:tcPr>
          <w:p w14:paraId="23EBF9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Chaetodontidae</w:t>
            </w:r>
          </w:p>
        </w:tc>
        <w:tc>
          <w:tcPr>
            <w:tcW w:w="347" w:type="pct"/>
          </w:tcPr>
          <w:p w14:paraId="2ED3D3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61E85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A1A33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A3112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2DF9127" w14:textId="77777777" w:rsidTr="00117C78">
        <w:trPr>
          <w:jc w:val="center"/>
        </w:trPr>
        <w:tc>
          <w:tcPr>
            <w:tcW w:w="1422" w:type="pct"/>
          </w:tcPr>
          <w:p w14:paraId="319AD57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Chaetodon nippon</w:t>
            </w:r>
          </w:p>
        </w:tc>
        <w:tc>
          <w:tcPr>
            <w:tcW w:w="1422" w:type="pct"/>
          </w:tcPr>
          <w:p w14:paraId="1BFC260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Butterflyfish</w:t>
            </w:r>
          </w:p>
        </w:tc>
        <w:tc>
          <w:tcPr>
            <w:tcW w:w="766" w:type="pct"/>
          </w:tcPr>
          <w:p w14:paraId="334B8E5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Chaetodontidae</w:t>
            </w:r>
          </w:p>
        </w:tc>
        <w:tc>
          <w:tcPr>
            <w:tcW w:w="347" w:type="pct"/>
          </w:tcPr>
          <w:p w14:paraId="749FA6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BD567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4EB2A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CCD812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E320982" w14:textId="77777777" w:rsidTr="00117C78">
        <w:trPr>
          <w:jc w:val="center"/>
        </w:trPr>
        <w:tc>
          <w:tcPr>
            <w:tcW w:w="1422" w:type="pct"/>
          </w:tcPr>
          <w:p w14:paraId="45D0478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Channa argus</w:t>
            </w:r>
          </w:p>
        </w:tc>
        <w:tc>
          <w:tcPr>
            <w:tcW w:w="1422" w:type="pct"/>
          </w:tcPr>
          <w:p w14:paraId="6255E9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Northern Snakehead</w:t>
            </w:r>
          </w:p>
        </w:tc>
        <w:tc>
          <w:tcPr>
            <w:tcW w:w="766" w:type="pct"/>
          </w:tcPr>
          <w:p w14:paraId="14FA27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Channidae</w:t>
            </w:r>
          </w:p>
        </w:tc>
        <w:tc>
          <w:tcPr>
            <w:tcW w:w="347" w:type="pct"/>
          </w:tcPr>
          <w:p w14:paraId="5BD0972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C445AD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55D94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08FF2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3C019CE" w14:textId="77777777" w:rsidTr="00117C78">
        <w:trPr>
          <w:jc w:val="center"/>
        </w:trPr>
        <w:tc>
          <w:tcPr>
            <w:tcW w:w="1422" w:type="pct"/>
          </w:tcPr>
          <w:p w14:paraId="10A3A7D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Dysalotus oligoscolus</w:t>
            </w:r>
          </w:p>
        </w:tc>
        <w:tc>
          <w:tcPr>
            <w:tcW w:w="1422" w:type="pct"/>
          </w:tcPr>
          <w:p w14:paraId="716B38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Olive-headed Cusk-Eel</w:t>
            </w:r>
          </w:p>
        </w:tc>
        <w:tc>
          <w:tcPr>
            <w:tcW w:w="766" w:type="pct"/>
          </w:tcPr>
          <w:p w14:paraId="39550CF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Ipnopidae</w:t>
            </w:r>
          </w:p>
        </w:tc>
        <w:tc>
          <w:tcPr>
            <w:tcW w:w="347" w:type="pct"/>
          </w:tcPr>
          <w:p w14:paraId="0EDF95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26909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2A500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F2043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53D77488" w14:textId="77777777" w:rsidTr="00117C78">
        <w:trPr>
          <w:jc w:val="center"/>
        </w:trPr>
        <w:tc>
          <w:tcPr>
            <w:tcW w:w="1422" w:type="pct"/>
          </w:tcPr>
          <w:p w14:paraId="5BAAEFD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Coryphaena equiselis</w:t>
            </w:r>
          </w:p>
        </w:tc>
        <w:tc>
          <w:tcPr>
            <w:tcW w:w="1422" w:type="pct"/>
          </w:tcPr>
          <w:p w14:paraId="47BFFC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Pompano Dolphinfish</w:t>
            </w:r>
          </w:p>
        </w:tc>
        <w:tc>
          <w:tcPr>
            <w:tcW w:w="766" w:type="pct"/>
          </w:tcPr>
          <w:p w14:paraId="2B4860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Coryphaenidae</w:t>
            </w:r>
          </w:p>
        </w:tc>
        <w:tc>
          <w:tcPr>
            <w:tcW w:w="347" w:type="pct"/>
          </w:tcPr>
          <w:p w14:paraId="12B844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2674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84497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A74F4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CA3B381" w14:textId="77777777" w:rsidTr="00117C78">
        <w:trPr>
          <w:jc w:val="center"/>
        </w:trPr>
        <w:tc>
          <w:tcPr>
            <w:tcW w:w="1422" w:type="pct"/>
          </w:tcPr>
          <w:p w14:paraId="0B9E6A0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Coryphaena hippurus</w:t>
            </w:r>
          </w:p>
        </w:tc>
        <w:tc>
          <w:tcPr>
            <w:tcW w:w="1422" w:type="pct"/>
          </w:tcPr>
          <w:p w14:paraId="5756B2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Common Dolphinfish</w:t>
            </w:r>
          </w:p>
        </w:tc>
        <w:tc>
          <w:tcPr>
            <w:tcW w:w="766" w:type="pct"/>
          </w:tcPr>
          <w:p w14:paraId="341B68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Coryphaenidae</w:t>
            </w:r>
          </w:p>
        </w:tc>
        <w:tc>
          <w:tcPr>
            <w:tcW w:w="347" w:type="pct"/>
          </w:tcPr>
          <w:p w14:paraId="1A886D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ECB8F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24408D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7149B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B02B9DA" w14:textId="77777777" w:rsidTr="00117C78">
        <w:trPr>
          <w:jc w:val="center"/>
        </w:trPr>
        <w:tc>
          <w:tcPr>
            <w:tcW w:w="1422" w:type="pct"/>
          </w:tcPr>
          <w:p w14:paraId="4F2A15E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Cryptacanthodes bergi</w:t>
            </w:r>
          </w:p>
        </w:tc>
        <w:tc>
          <w:tcPr>
            <w:tcW w:w="1422" w:type="pct"/>
          </w:tcPr>
          <w:p w14:paraId="1C9842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Wrymouth</w:t>
            </w:r>
          </w:p>
        </w:tc>
        <w:tc>
          <w:tcPr>
            <w:tcW w:w="766" w:type="pct"/>
          </w:tcPr>
          <w:p w14:paraId="184B39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Cryptacanthodidae</w:t>
            </w:r>
          </w:p>
        </w:tc>
        <w:tc>
          <w:tcPr>
            <w:tcW w:w="347" w:type="pct"/>
          </w:tcPr>
          <w:p w14:paraId="18EC12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380DE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1D90C5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EBA455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F68FD20" w14:textId="77777777" w:rsidTr="00117C78">
        <w:trPr>
          <w:jc w:val="center"/>
        </w:trPr>
        <w:tc>
          <w:tcPr>
            <w:tcW w:w="1422" w:type="pct"/>
          </w:tcPr>
          <w:p w14:paraId="72A0B03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Remora osteochir</w:t>
            </w:r>
          </w:p>
        </w:tc>
        <w:tc>
          <w:tcPr>
            <w:tcW w:w="1422" w:type="pct"/>
          </w:tcPr>
          <w:p w14:paraId="19952DE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Shark Remora</w:t>
            </w:r>
          </w:p>
        </w:tc>
        <w:tc>
          <w:tcPr>
            <w:tcW w:w="766" w:type="pct"/>
          </w:tcPr>
          <w:p w14:paraId="0B0E13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Echeneidae</w:t>
            </w:r>
          </w:p>
        </w:tc>
        <w:tc>
          <w:tcPr>
            <w:tcW w:w="347" w:type="pct"/>
          </w:tcPr>
          <w:p w14:paraId="3608BB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7FE03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DCDEC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25C06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E367240" w14:textId="77777777" w:rsidTr="00117C78">
        <w:trPr>
          <w:jc w:val="center"/>
        </w:trPr>
        <w:tc>
          <w:tcPr>
            <w:tcW w:w="1422" w:type="pct"/>
          </w:tcPr>
          <w:p w14:paraId="69C384B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Eleotris oxycephala</w:t>
            </w:r>
          </w:p>
        </w:tc>
        <w:tc>
          <w:tcPr>
            <w:tcW w:w="1422" w:type="pct"/>
          </w:tcPr>
          <w:p w14:paraId="0CC78D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Spinycheek Sleeper</w:t>
            </w:r>
          </w:p>
        </w:tc>
        <w:tc>
          <w:tcPr>
            <w:tcW w:w="766" w:type="pct"/>
          </w:tcPr>
          <w:p w14:paraId="5E947D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Eleotridae</w:t>
            </w:r>
          </w:p>
        </w:tc>
        <w:tc>
          <w:tcPr>
            <w:tcW w:w="347" w:type="pct"/>
          </w:tcPr>
          <w:p w14:paraId="01A041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C0020E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BFA435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AF619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A39EE19" w14:textId="77777777" w:rsidTr="00117C78">
        <w:trPr>
          <w:jc w:val="center"/>
        </w:trPr>
        <w:tc>
          <w:tcPr>
            <w:tcW w:w="1422" w:type="pct"/>
          </w:tcPr>
          <w:p w14:paraId="59C9C6B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Ditrema temminckii</w:t>
            </w:r>
          </w:p>
        </w:tc>
        <w:tc>
          <w:tcPr>
            <w:tcW w:w="1422" w:type="pct"/>
          </w:tcPr>
          <w:p w14:paraId="2CD8F6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Blackhead</w:t>
            </w:r>
          </w:p>
        </w:tc>
        <w:tc>
          <w:tcPr>
            <w:tcW w:w="766" w:type="pct"/>
          </w:tcPr>
          <w:p w14:paraId="1A6A0A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Embiotocidae</w:t>
            </w:r>
          </w:p>
        </w:tc>
        <w:tc>
          <w:tcPr>
            <w:tcW w:w="347" w:type="pct"/>
          </w:tcPr>
          <w:p w14:paraId="712843E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C199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1B96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375D3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E9B3570" w14:textId="77777777" w:rsidTr="00117C78">
        <w:trPr>
          <w:jc w:val="center"/>
        </w:trPr>
        <w:tc>
          <w:tcPr>
            <w:tcW w:w="1422" w:type="pct"/>
          </w:tcPr>
          <w:p w14:paraId="4B701D1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Emmelichthys karnellai</w:t>
            </w:r>
          </w:p>
        </w:tc>
        <w:tc>
          <w:tcPr>
            <w:tcW w:w="1422" w:type="pct"/>
          </w:tcPr>
          <w:p w14:paraId="27188C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Karnella's Emmelichthid</w:t>
            </w:r>
          </w:p>
        </w:tc>
        <w:tc>
          <w:tcPr>
            <w:tcW w:w="766" w:type="pct"/>
          </w:tcPr>
          <w:p w14:paraId="73E4AD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Emmelichthyidae</w:t>
            </w:r>
          </w:p>
        </w:tc>
        <w:tc>
          <w:tcPr>
            <w:tcW w:w="347" w:type="pct"/>
          </w:tcPr>
          <w:p w14:paraId="26E11C8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51072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2F95AA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31884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6A099C0A" w14:textId="77777777" w:rsidTr="00117C78">
        <w:trPr>
          <w:jc w:val="center"/>
        </w:trPr>
        <w:tc>
          <w:tcPr>
            <w:tcW w:w="1422" w:type="pct"/>
          </w:tcPr>
          <w:p w14:paraId="335DDD0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Erythrocles schlegelii</w:t>
            </w:r>
          </w:p>
        </w:tc>
        <w:tc>
          <w:tcPr>
            <w:tcW w:w="1422" w:type="pct"/>
          </w:tcPr>
          <w:p w14:paraId="32F46E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Schlegel's Perch</w:t>
            </w:r>
          </w:p>
        </w:tc>
        <w:tc>
          <w:tcPr>
            <w:tcW w:w="766" w:type="pct"/>
          </w:tcPr>
          <w:p w14:paraId="6651E0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Emmelichthyidae</w:t>
            </w:r>
          </w:p>
        </w:tc>
        <w:tc>
          <w:tcPr>
            <w:tcW w:w="347" w:type="pct"/>
          </w:tcPr>
          <w:p w14:paraId="6E19E3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23D2F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6000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DF1A3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03E3892" w14:textId="77777777" w:rsidTr="00117C78">
        <w:trPr>
          <w:jc w:val="center"/>
        </w:trPr>
        <w:tc>
          <w:tcPr>
            <w:tcW w:w="1422" w:type="pct"/>
          </w:tcPr>
          <w:p w14:paraId="0DB415C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Diplospinus multistriatus</w:t>
            </w:r>
          </w:p>
        </w:tc>
        <w:tc>
          <w:tcPr>
            <w:tcW w:w="1422" w:type="pct"/>
          </w:tcPr>
          <w:p w14:paraId="50B5686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Manystriped Barracudina</w:t>
            </w:r>
          </w:p>
        </w:tc>
        <w:tc>
          <w:tcPr>
            <w:tcW w:w="766" w:type="pct"/>
          </w:tcPr>
          <w:p w14:paraId="5A745A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Trichiuridae</w:t>
            </w:r>
          </w:p>
        </w:tc>
        <w:tc>
          <w:tcPr>
            <w:tcW w:w="347" w:type="pct"/>
          </w:tcPr>
          <w:p w14:paraId="3CAF2B2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717DB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95CDBA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A6282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7D2F8EF" w14:textId="77777777" w:rsidTr="00117C78">
        <w:trPr>
          <w:jc w:val="center"/>
        </w:trPr>
        <w:tc>
          <w:tcPr>
            <w:tcW w:w="1422" w:type="pct"/>
          </w:tcPr>
          <w:p w14:paraId="3E0CFD7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Gempylus serpens</w:t>
            </w:r>
          </w:p>
        </w:tc>
        <w:tc>
          <w:tcPr>
            <w:tcW w:w="1422" w:type="pct"/>
          </w:tcPr>
          <w:p w14:paraId="1363F86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Snake Mackerel</w:t>
            </w:r>
          </w:p>
        </w:tc>
        <w:tc>
          <w:tcPr>
            <w:tcW w:w="766" w:type="pct"/>
          </w:tcPr>
          <w:p w14:paraId="7D3D2F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Gempylidae</w:t>
            </w:r>
          </w:p>
        </w:tc>
        <w:tc>
          <w:tcPr>
            <w:tcW w:w="347" w:type="pct"/>
          </w:tcPr>
          <w:p w14:paraId="2F5FC8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88A3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D02EC0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42704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A95652F" w14:textId="77777777" w:rsidTr="00117C78">
        <w:trPr>
          <w:jc w:val="center"/>
        </w:trPr>
        <w:tc>
          <w:tcPr>
            <w:tcW w:w="1422" w:type="pct"/>
          </w:tcPr>
          <w:p w14:paraId="13A4A1B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Lepidocybium flavobrunneum</w:t>
            </w:r>
          </w:p>
        </w:tc>
        <w:tc>
          <w:tcPr>
            <w:tcW w:w="1422" w:type="pct"/>
          </w:tcPr>
          <w:p w14:paraId="2DDBFE5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Escolar</w:t>
            </w:r>
          </w:p>
        </w:tc>
        <w:tc>
          <w:tcPr>
            <w:tcW w:w="766" w:type="pct"/>
          </w:tcPr>
          <w:p w14:paraId="6BB8E6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Gempylidae</w:t>
            </w:r>
          </w:p>
        </w:tc>
        <w:tc>
          <w:tcPr>
            <w:tcW w:w="347" w:type="pct"/>
          </w:tcPr>
          <w:p w14:paraId="2F6DFF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F7772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5A205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3BBE6E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80A81B1" w14:textId="77777777" w:rsidTr="00117C78">
        <w:trPr>
          <w:jc w:val="center"/>
        </w:trPr>
        <w:tc>
          <w:tcPr>
            <w:tcW w:w="1422" w:type="pct"/>
          </w:tcPr>
          <w:p w14:paraId="3057AA4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Nealotus tripes</w:t>
            </w:r>
          </w:p>
        </w:tc>
        <w:tc>
          <w:tcPr>
            <w:tcW w:w="1422" w:type="pct"/>
          </w:tcPr>
          <w:p w14:paraId="2E2CE0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 Neonfish</w:t>
            </w:r>
          </w:p>
        </w:tc>
        <w:tc>
          <w:tcPr>
            <w:tcW w:w="766" w:type="pct"/>
          </w:tcPr>
          <w:p w14:paraId="0AAD85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Nomeidae</w:t>
            </w:r>
          </w:p>
        </w:tc>
        <w:tc>
          <w:tcPr>
            <w:tcW w:w="347" w:type="pct"/>
          </w:tcPr>
          <w:p w14:paraId="3DF530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24BAD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C3CAD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ECCF61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0C0A06E" w14:textId="77777777" w:rsidTr="00117C78">
        <w:trPr>
          <w:jc w:val="center"/>
        </w:trPr>
        <w:tc>
          <w:tcPr>
            <w:tcW w:w="1422" w:type="pct"/>
          </w:tcPr>
          <w:p w14:paraId="161E1DE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Acanthogobius flavimanus</w:t>
            </w:r>
          </w:p>
        </w:tc>
        <w:tc>
          <w:tcPr>
            <w:tcW w:w="1422" w:type="pct"/>
          </w:tcPr>
          <w:p w14:paraId="1C6DB5A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Yellowfin Goby</w:t>
            </w:r>
          </w:p>
        </w:tc>
        <w:tc>
          <w:tcPr>
            <w:tcW w:w="766" w:type="pct"/>
          </w:tcPr>
          <w:p w14:paraId="37DFA5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19E5E8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41EE4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02603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D5B405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2B485E5" w14:textId="77777777" w:rsidTr="00117C78">
        <w:trPr>
          <w:jc w:val="center"/>
        </w:trPr>
        <w:tc>
          <w:tcPr>
            <w:tcW w:w="1422" w:type="pct"/>
          </w:tcPr>
          <w:p w14:paraId="48D7465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Amblychaeturichthys sciistius</w:t>
            </w:r>
          </w:p>
        </w:tc>
        <w:tc>
          <w:tcPr>
            <w:tcW w:w="1422" w:type="pct"/>
          </w:tcPr>
          <w:p w14:paraId="05B37D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Goby</w:t>
            </w:r>
          </w:p>
        </w:tc>
        <w:tc>
          <w:tcPr>
            <w:tcW w:w="766" w:type="pct"/>
          </w:tcPr>
          <w:p w14:paraId="51CF8F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22AF60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D0C6D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0D1200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1C5F7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F39F3EB" w14:textId="77777777" w:rsidTr="00117C78">
        <w:trPr>
          <w:jc w:val="center"/>
        </w:trPr>
        <w:tc>
          <w:tcPr>
            <w:tcW w:w="1422" w:type="pct"/>
          </w:tcPr>
          <w:p w14:paraId="12819C5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Eutaeniichthys gilli</w:t>
            </w:r>
          </w:p>
        </w:tc>
        <w:tc>
          <w:tcPr>
            <w:tcW w:w="1422" w:type="pct"/>
          </w:tcPr>
          <w:p w14:paraId="1156F8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Gill's Goby</w:t>
            </w:r>
          </w:p>
        </w:tc>
        <w:tc>
          <w:tcPr>
            <w:tcW w:w="766" w:type="pct"/>
          </w:tcPr>
          <w:p w14:paraId="50951E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03ADEF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BC614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FEC4D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5627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F84DAF8" w14:textId="77777777" w:rsidTr="00117C78">
        <w:trPr>
          <w:jc w:val="center"/>
        </w:trPr>
        <w:tc>
          <w:tcPr>
            <w:tcW w:w="1422" w:type="pct"/>
          </w:tcPr>
          <w:p w14:paraId="6D4F685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Gymnogobius breunigii</w:t>
            </w:r>
          </w:p>
        </w:tc>
        <w:tc>
          <w:tcPr>
            <w:tcW w:w="1422" w:type="pct"/>
          </w:tcPr>
          <w:p w14:paraId="1A61E5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Breunig’s Goby</w:t>
            </w:r>
          </w:p>
        </w:tc>
        <w:tc>
          <w:tcPr>
            <w:tcW w:w="766" w:type="pct"/>
          </w:tcPr>
          <w:p w14:paraId="38AD9B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7740601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BB457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07AC8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15D9E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59A2138" w14:textId="77777777" w:rsidTr="00117C78">
        <w:trPr>
          <w:jc w:val="center"/>
        </w:trPr>
        <w:tc>
          <w:tcPr>
            <w:tcW w:w="1422" w:type="pct"/>
          </w:tcPr>
          <w:p w14:paraId="36D1472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Gymnogobius opperiens</w:t>
            </w:r>
          </w:p>
        </w:tc>
        <w:tc>
          <w:tcPr>
            <w:tcW w:w="1422" w:type="pct"/>
          </w:tcPr>
          <w:p w14:paraId="15A405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Opperiens’ Goby</w:t>
            </w:r>
          </w:p>
        </w:tc>
        <w:tc>
          <w:tcPr>
            <w:tcW w:w="766" w:type="pct"/>
          </w:tcPr>
          <w:p w14:paraId="507D7B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78F30F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FB5FEB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3F883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FE5FFF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2D65ECA" w14:textId="77777777" w:rsidTr="00117C78">
        <w:trPr>
          <w:jc w:val="center"/>
        </w:trPr>
        <w:tc>
          <w:tcPr>
            <w:tcW w:w="1422" w:type="pct"/>
          </w:tcPr>
          <w:p w14:paraId="04F91D7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Luciogobius grandis</w:t>
            </w:r>
          </w:p>
        </w:tc>
        <w:tc>
          <w:tcPr>
            <w:tcW w:w="1422" w:type="pct"/>
          </w:tcPr>
          <w:p w14:paraId="63EB1F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Giant Goby</w:t>
            </w:r>
          </w:p>
        </w:tc>
        <w:tc>
          <w:tcPr>
            <w:tcW w:w="766" w:type="pct"/>
          </w:tcPr>
          <w:p w14:paraId="4E1481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03ACBB0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8F8B9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1EA81A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C7D02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C745C02" w14:textId="77777777" w:rsidTr="00117C78">
        <w:trPr>
          <w:jc w:val="center"/>
        </w:trPr>
        <w:tc>
          <w:tcPr>
            <w:tcW w:w="1422" w:type="pct"/>
          </w:tcPr>
          <w:p w14:paraId="54FF475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Mugilogobius abei</w:t>
            </w:r>
          </w:p>
        </w:tc>
        <w:tc>
          <w:tcPr>
            <w:tcW w:w="1422" w:type="pct"/>
          </w:tcPr>
          <w:p w14:paraId="605FE9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Abe's Mangrove Goby</w:t>
            </w:r>
          </w:p>
        </w:tc>
        <w:tc>
          <w:tcPr>
            <w:tcW w:w="766" w:type="pct"/>
          </w:tcPr>
          <w:p w14:paraId="5A9790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0391E3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CD4F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57238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9E11F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9038B85" w14:textId="77777777" w:rsidTr="00117C78">
        <w:trPr>
          <w:jc w:val="center"/>
        </w:trPr>
        <w:tc>
          <w:tcPr>
            <w:tcW w:w="1422" w:type="pct"/>
          </w:tcPr>
          <w:p w14:paraId="66FA677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Odontamblyopus lacepedii</w:t>
            </w:r>
          </w:p>
        </w:tc>
        <w:tc>
          <w:tcPr>
            <w:tcW w:w="1422" w:type="pct"/>
          </w:tcPr>
          <w:p w14:paraId="2F60C0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Amblyopine Goby</w:t>
            </w:r>
          </w:p>
        </w:tc>
        <w:tc>
          <w:tcPr>
            <w:tcW w:w="766" w:type="pct"/>
          </w:tcPr>
          <w:p w14:paraId="2DCDD6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4CAE3B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33A90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8D5DA0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F1A8F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F1034E9" w14:textId="77777777" w:rsidTr="00117C78">
        <w:trPr>
          <w:jc w:val="center"/>
        </w:trPr>
        <w:tc>
          <w:tcPr>
            <w:tcW w:w="1422" w:type="pct"/>
          </w:tcPr>
          <w:p w14:paraId="680C23D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Periophthalmus argentilineatus</w:t>
            </w:r>
          </w:p>
        </w:tc>
        <w:tc>
          <w:tcPr>
            <w:tcW w:w="1422" w:type="pct"/>
          </w:tcPr>
          <w:p w14:paraId="34C8B81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Barred Mudskipper</w:t>
            </w:r>
          </w:p>
        </w:tc>
        <w:tc>
          <w:tcPr>
            <w:tcW w:w="766" w:type="pct"/>
          </w:tcPr>
          <w:p w14:paraId="134C20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6A924F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A0F3F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061C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370F2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2CEB364" w14:textId="77777777" w:rsidTr="00117C78">
        <w:trPr>
          <w:jc w:val="center"/>
        </w:trPr>
        <w:tc>
          <w:tcPr>
            <w:tcW w:w="1422" w:type="pct"/>
          </w:tcPr>
          <w:p w14:paraId="7BCA79C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Pterogobius zacalles</w:t>
            </w:r>
          </w:p>
        </w:tc>
        <w:tc>
          <w:tcPr>
            <w:tcW w:w="1422" w:type="pct"/>
          </w:tcPr>
          <w:p w14:paraId="21AF9F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Zacalles Goby</w:t>
            </w:r>
          </w:p>
        </w:tc>
        <w:tc>
          <w:tcPr>
            <w:tcW w:w="766" w:type="pct"/>
          </w:tcPr>
          <w:p w14:paraId="697EB0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3C4317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4EC0A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E6C7D4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30F73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E372970" w14:textId="77777777" w:rsidTr="00117C78">
        <w:trPr>
          <w:jc w:val="center"/>
        </w:trPr>
        <w:tc>
          <w:tcPr>
            <w:tcW w:w="1422" w:type="pct"/>
          </w:tcPr>
          <w:p w14:paraId="0EC4DE8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Rhinogobius brunneus</w:t>
            </w:r>
          </w:p>
        </w:tc>
        <w:tc>
          <w:tcPr>
            <w:tcW w:w="1422" w:type="pct"/>
          </w:tcPr>
          <w:p w14:paraId="319949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Brown Rhinogobius</w:t>
            </w:r>
          </w:p>
        </w:tc>
        <w:tc>
          <w:tcPr>
            <w:tcW w:w="766" w:type="pct"/>
          </w:tcPr>
          <w:p w14:paraId="60B764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769DC9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E38507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172FE3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38EF4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DE1D169" w14:textId="77777777" w:rsidTr="00117C78">
        <w:trPr>
          <w:jc w:val="center"/>
        </w:trPr>
        <w:tc>
          <w:tcPr>
            <w:tcW w:w="1422" w:type="pct"/>
          </w:tcPr>
          <w:p w14:paraId="253D9D0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Sicyopterus japonicus</w:t>
            </w:r>
          </w:p>
        </w:tc>
        <w:tc>
          <w:tcPr>
            <w:tcW w:w="1422" w:type="pct"/>
          </w:tcPr>
          <w:p w14:paraId="47BE12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Sicyopterus</w:t>
            </w:r>
          </w:p>
        </w:tc>
        <w:tc>
          <w:tcPr>
            <w:tcW w:w="766" w:type="pct"/>
          </w:tcPr>
          <w:p w14:paraId="61DC57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5D15436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3C8B7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64093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65960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092F5D2" w14:textId="77777777" w:rsidTr="00117C78">
        <w:trPr>
          <w:jc w:val="center"/>
        </w:trPr>
        <w:tc>
          <w:tcPr>
            <w:tcW w:w="1422" w:type="pct"/>
          </w:tcPr>
          <w:p w14:paraId="0B2B884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Tridentiger bifasciatus</w:t>
            </w:r>
          </w:p>
        </w:tc>
        <w:tc>
          <w:tcPr>
            <w:tcW w:w="1422" w:type="pct"/>
          </w:tcPr>
          <w:p w14:paraId="2018E6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Bifasciated Tridentiger</w:t>
            </w:r>
          </w:p>
        </w:tc>
        <w:tc>
          <w:tcPr>
            <w:tcW w:w="766" w:type="pct"/>
          </w:tcPr>
          <w:p w14:paraId="763DCE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3C39E8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4A95D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07CB6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B7347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F5C88C3" w14:textId="77777777" w:rsidTr="00117C78">
        <w:trPr>
          <w:jc w:val="center"/>
        </w:trPr>
        <w:tc>
          <w:tcPr>
            <w:tcW w:w="1422" w:type="pct"/>
          </w:tcPr>
          <w:p w14:paraId="00ED57E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Tridentiger brevispinis</w:t>
            </w:r>
          </w:p>
        </w:tc>
        <w:tc>
          <w:tcPr>
            <w:tcW w:w="1422" w:type="pct"/>
          </w:tcPr>
          <w:p w14:paraId="2C52E2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Brevispinis Tridentiger</w:t>
            </w:r>
          </w:p>
        </w:tc>
        <w:tc>
          <w:tcPr>
            <w:tcW w:w="766" w:type="pct"/>
          </w:tcPr>
          <w:p w14:paraId="02C3A7C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2708BB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516876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C5575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5948F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551C271" w14:textId="77777777" w:rsidTr="00117C78">
        <w:trPr>
          <w:jc w:val="center"/>
        </w:trPr>
        <w:tc>
          <w:tcPr>
            <w:tcW w:w="1422" w:type="pct"/>
          </w:tcPr>
          <w:p w14:paraId="1BF7A3A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Tridentiger nudicervicus</w:t>
            </w:r>
          </w:p>
        </w:tc>
        <w:tc>
          <w:tcPr>
            <w:tcW w:w="1422" w:type="pct"/>
          </w:tcPr>
          <w:p w14:paraId="064D203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Nudicervicus Tridentiger</w:t>
            </w:r>
          </w:p>
        </w:tc>
        <w:tc>
          <w:tcPr>
            <w:tcW w:w="766" w:type="pct"/>
          </w:tcPr>
          <w:p w14:paraId="57DAD2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00D0FC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C7D640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17290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310C4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2899A2D" w14:textId="77777777" w:rsidTr="00117C78">
        <w:trPr>
          <w:jc w:val="center"/>
        </w:trPr>
        <w:tc>
          <w:tcPr>
            <w:tcW w:w="1422" w:type="pct"/>
          </w:tcPr>
          <w:p w14:paraId="5C9D6C1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Tridentiger obscurus</w:t>
            </w:r>
          </w:p>
        </w:tc>
        <w:tc>
          <w:tcPr>
            <w:tcW w:w="1422" w:type="pct"/>
          </w:tcPr>
          <w:p w14:paraId="1E48EF7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Obscurus Tridentiger</w:t>
            </w:r>
          </w:p>
        </w:tc>
        <w:tc>
          <w:tcPr>
            <w:tcW w:w="766" w:type="pct"/>
          </w:tcPr>
          <w:p w14:paraId="6F16C59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57A8637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1FCAC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561C7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33D52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1EE9A45" w14:textId="77777777" w:rsidTr="00117C78">
        <w:trPr>
          <w:jc w:val="center"/>
        </w:trPr>
        <w:tc>
          <w:tcPr>
            <w:tcW w:w="1422" w:type="pct"/>
          </w:tcPr>
          <w:p w14:paraId="63EC6EE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Tridentiger trigonocephalus</w:t>
            </w:r>
          </w:p>
        </w:tc>
        <w:tc>
          <w:tcPr>
            <w:tcW w:w="1422" w:type="pct"/>
          </w:tcPr>
          <w:p w14:paraId="0067D4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Trigonocephalus Tridentiger</w:t>
            </w:r>
          </w:p>
        </w:tc>
        <w:tc>
          <w:tcPr>
            <w:tcW w:w="766" w:type="pct"/>
          </w:tcPr>
          <w:p w14:paraId="2A43EC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0ACF64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15843F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233E8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C71B9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F1514DF" w14:textId="77777777" w:rsidTr="00117C78">
        <w:trPr>
          <w:jc w:val="center"/>
        </w:trPr>
        <w:tc>
          <w:tcPr>
            <w:tcW w:w="1422" w:type="pct"/>
          </w:tcPr>
          <w:p w14:paraId="09A0F50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Hapalogenys analis</w:t>
            </w:r>
          </w:p>
        </w:tc>
        <w:tc>
          <w:tcPr>
            <w:tcW w:w="1422" w:type="pct"/>
          </w:tcPr>
          <w:p w14:paraId="7EE5BF1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Barred Grunter</w:t>
            </w:r>
          </w:p>
        </w:tc>
        <w:tc>
          <w:tcPr>
            <w:tcW w:w="766" w:type="pct"/>
          </w:tcPr>
          <w:p w14:paraId="4EE117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Hapalogenyidae</w:t>
            </w:r>
          </w:p>
        </w:tc>
        <w:tc>
          <w:tcPr>
            <w:tcW w:w="347" w:type="pct"/>
          </w:tcPr>
          <w:p w14:paraId="2C606E1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6D28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8AA1C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124E2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4E4F526" w14:textId="77777777" w:rsidTr="00117C78">
        <w:trPr>
          <w:jc w:val="center"/>
        </w:trPr>
        <w:tc>
          <w:tcPr>
            <w:tcW w:w="1422" w:type="pct"/>
          </w:tcPr>
          <w:p w14:paraId="36CE5EF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Parapristipoma trilineatum</w:t>
            </w:r>
          </w:p>
        </w:tc>
        <w:tc>
          <w:tcPr>
            <w:tcW w:w="1422" w:type="pct"/>
          </w:tcPr>
          <w:p w14:paraId="261E0D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Three-lined Grunt</w:t>
            </w:r>
          </w:p>
        </w:tc>
        <w:tc>
          <w:tcPr>
            <w:tcW w:w="766" w:type="pct"/>
          </w:tcPr>
          <w:p w14:paraId="69EBB9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Haemulidae</w:t>
            </w:r>
          </w:p>
        </w:tc>
        <w:tc>
          <w:tcPr>
            <w:tcW w:w="347" w:type="pct"/>
          </w:tcPr>
          <w:p w14:paraId="132B168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70B77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DF0A62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421EF4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1892328" w14:textId="77777777" w:rsidTr="00117C78">
        <w:trPr>
          <w:jc w:val="center"/>
        </w:trPr>
        <w:tc>
          <w:tcPr>
            <w:tcW w:w="1422" w:type="pct"/>
          </w:tcPr>
          <w:p w14:paraId="5E9D666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Plectorhinchus cinctus</w:t>
            </w:r>
          </w:p>
        </w:tc>
        <w:tc>
          <w:tcPr>
            <w:tcW w:w="1422" w:type="pct"/>
          </w:tcPr>
          <w:p w14:paraId="576F69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Barred Sweetlips</w:t>
            </w:r>
          </w:p>
        </w:tc>
        <w:tc>
          <w:tcPr>
            <w:tcW w:w="766" w:type="pct"/>
          </w:tcPr>
          <w:p w14:paraId="6831D7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Haemulidae</w:t>
            </w:r>
          </w:p>
        </w:tc>
        <w:tc>
          <w:tcPr>
            <w:tcW w:w="347" w:type="pct"/>
          </w:tcPr>
          <w:p w14:paraId="5B191B6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D3D76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9ED0B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5DE05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AE98EC6" w14:textId="77777777" w:rsidTr="00117C78">
        <w:trPr>
          <w:jc w:val="center"/>
        </w:trPr>
        <w:tc>
          <w:tcPr>
            <w:tcW w:w="1422" w:type="pct"/>
          </w:tcPr>
          <w:p w14:paraId="3516A34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Istiompax indica</w:t>
            </w:r>
          </w:p>
        </w:tc>
        <w:tc>
          <w:tcPr>
            <w:tcW w:w="1422" w:type="pct"/>
          </w:tcPr>
          <w:p w14:paraId="40839E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 Marlin</w:t>
            </w:r>
          </w:p>
        </w:tc>
        <w:tc>
          <w:tcPr>
            <w:tcW w:w="766" w:type="pct"/>
          </w:tcPr>
          <w:p w14:paraId="147228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Istiophoridae</w:t>
            </w:r>
          </w:p>
        </w:tc>
        <w:tc>
          <w:tcPr>
            <w:tcW w:w="347" w:type="pct"/>
          </w:tcPr>
          <w:p w14:paraId="7A7F00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53AAC9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6FCD06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BD524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D92983F" w14:textId="77777777" w:rsidTr="00117C78">
        <w:trPr>
          <w:jc w:val="center"/>
        </w:trPr>
        <w:tc>
          <w:tcPr>
            <w:tcW w:w="1422" w:type="pct"/>
          </w:tcPr>
          <w:p w14:paraId="3D16F43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Istiophorus platypterus</w:t>
            </w:r>
          </w:p>
        </w:tc>
        <w:tc>
          <w:tcPr>
            <w:tcW w:w="1422" w:type="pct"/>
          </w:tcPr>
          <w:p w14:paraId="34A36A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Indo-Pacific Sailfish</w:t>
            </w:r>
          </w:p>
        </w:tc>
        <w:tc>
          <w:tcPr>
            <w:tcW w:w="766" w:type="pct"/>
          </w:tcPr>
          <w:p w14:paraId="7C3A65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Istiophoridae</w:t>
            </w:r>
          </w:p>
        </w:tc>
        <w:tc>
          <w:tcPr>
            <w:tcW w:w="347" w:type="pct"/>
          </w:tcPr>
          <w:p w14:paraId="674C43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3C20A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62157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317C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0446759" w14:textId="77777777" w:rsidTr="00117C78">
        <w:trPr>
          <w:jc w:val="center"/>
        </w:trPr>
        <w:tc>
          <w:tcPr>
            <w:tcW w:w="1422" w:type="pct"/>
          </w:tcPr>
          <w:p w14:paraId="1BE75E0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Girella punctata</w:t>
            </w:r>
          </w:p>
        </w:tc>
        <w:tc>
          <w:tcPr>
            <w:tcW w:w="1422" w:type="pct"/>
          </w:tcPr>
          <w:p w14:paraId="160E6A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Spotted Knifejaw</w:t>
            </w:r>
          </w:p>
        </w:tc>
        <w:tc>
          <w:tcPr>
            <w:tcW w:w="766" w:type="pct"/>
          </w:tcPr>
          <w:p w14:paraId="421CD4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Kyphosidae</w:t>
            </w:r>
          </w:p>
        </w:tc>
        <w:tc>
          <w:tcPr>
            <w:tcW w:w="347" w:type="pct"/>
          </w:tcPr>
          <w:p w14:paraId="671095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252A3B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60830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C9020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4778DDB" w14:textId="77777777" w:rsidTr="00117C78">
        <w:trPr>
          <w:jc w:val="center"/>
        </w:trPr>
        <w:tc>
          <w:tcPr>
            <w:tcW w:w="1422" w:type="pct"/>
          </w:tcPr>
          <w:p w14:paraId="2B3D8AC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Kyphosus bigibbus</w:t>
            </w:r>
          </w:p>
        </w:tc>
        <w:tc>
          <w:tcPr>
            <w:tcW w:w="1422" w:type="pct"/>
          </w:tcPr>
          <w:p w14:paraId="730134F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Brown Chub</w:t>
            </w:r>
          </w:p>
        </w:tc>
        <w:tc>
          <w:tcPr>
            <w:tcW w:w="766" w:type="pct"/>
          </w:tcPr>
          <w:p w14:paraId="105A485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Kyphosidae</w:t>
            </w:r>
          </w:p>
        </w:tc>
        <w:tc>
          <w:tcPr>
            <w:tcW w:w="347" w:type="pct"/>
          </w:tcPr>
          <w:p w14:paraId="729707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6F673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7C5B0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6068DB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8872BC7" w14:textId="77777777" w:rsidTr="00117C78">
        <w:trPr>
          <w:jc w:val="center"/>
        </w:trPr>
        <w:tc>
          <w:tcPr>
            <w:tcW w:w="1422" w:type="pct"/>
          </w:tcPr>
          <w:p w14:paraId="0989E56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Choerodon azurio</w:t>
            </w:r>
          </w:p>
        </w:tc>
        <w:tc>
          <w:tcPr>
            <w:tcW w:w="1422" w:type="pct"/>
          </w:tcPr>
          <w:p w14:paraId="0A314D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Azurio Tuskfish</w:t>
            </w:r>
          </w:p>
        </w:tc>
        <w:tc>
          <w:tcPr>
            <w:tcW w:w="766" w:type="pct"/>
          </w:tcPr>
          <w:p w14:paraId="20658F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Labridae</w:t>
            </w:r>
          </w:p>
        </w:tc>
        <w:tc>
          <w:tcPr>
            <w:tcW w:w="347" w:type="pct"/>
          </w:tcPr>
          <w:p w14:paraId="734074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B7BF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44B5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4E8F8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5D28E69" w14:textId="77777777" w:rsidTr="00117C78">
        <w:trPr>
          <w:jc w:val="center"/>
        </w:trPr>
        <w:tc>
          <w:tcPr>
            <w:tcW w:w="1422" w:type="pct"/>
          </w:tcPr>
          <w:p w14:paraId="44A723F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Iniistius aneitensis</w:t>
            </w:r>
          </w:p>
        </w:tc>
        <w:tc>
          <w:tcPr>
            <w:tcW w:w="1422" w:type="pct"/>
          </w:tcPr>
          <w:p w14:paraId="5B1ACC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Black-banded Razorfish</w:t>
            </w:r>
          </w:p>
        </w:tc>
        <w:tc>
          <w:tcPr>
            <w:tcW w:w="766" w:type="pct"/>
          </w:tcPr>
          <w:p w14:paraId="2E2A4F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Labridae</w:t>
            </w:r>
          </w:p>
        </w:tc>
        <w:tc>
          <w:tcPr>
            <w:tcW w:w="347" w:type="pct"/>
          </w:tcPr>
          <w:p w14:paraId="284269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6CB55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19ACB6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A7A6D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D055960" w14:textId="77777777" w:rsidTr="00117C78">
        <w:trPr>
          <w:jc w:val="center"/>
        </w:trPr>
        <w:tc>
          <w:tcPr>
            <w:tcW w:w="1422" w:type="pct"/>
          </w:tcPr>
          <w:p w14:paraId="39AE3C9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Oxycheilinus bimaculatus</w:t>
            </w:r>
          </w:p>
        </w:tc>
        <w:tc>
          <w:tcPr>
            <w:tcW w:w="1422" w:type="pct"/>
          </w:tcPr>
          <w:p w14:paraId="6C5857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Twospot Wrasse</w:t>
            </w:r>
          </w:p>
        </w:tc>
        <w:tc>
          <w:tcPr>
            <w:tcW w:w="766" w:type="pct"/>
          </w:tcPr>
          <w:p w14:paraId="1421F57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Labridae</w:t>
            </w:r>
          </w:p>
        </w:tc>
        <w:tc>
          <w:tcPr>
            <w:tcW w:w="347" w:type="pct"/>
          </w:tcPr>
          <w:p w14:paraId="75D2849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8363F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4242C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AC906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FF2AB09" w14:textId="77777777" w:rsidTr="00117C78">
        <w:trPr>
          <w:jc w:val="center"/>
        </w:trPr>
        <w:tc>
          <w:tcPr>
            <w:tcW w:w="1422" w:type="pct"/>
          </w:tcPr>
          <w:p w14:paraId="614297E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Parajulis poecilepterus</w:t>
            </w:r>
          </w:p>
        </w:tc>
        <w:tc>
          <w:tcPr>
            <w:tcW w:w="1422" w:type="pct"/>
          </w:tcPr>
          <w:p w14:paraId="52CB806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Sixbar Wrasse</w:t>
            </w:r>
          </w:p>
        </w:tc>
        <w:tc>
          <w:tcPr>
            <w:tcW w:w="766" w:type="pct"/>
          </w:tcPr>
          <w:p w14:paraId="640A65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Labridae</w:t>
            </w:r>
          </w:p>
        </w:tc>
        <w:tc>
          <w:tcPr>
            <w:tcW w:w="347" w:type="pct"/>
          </w:tcPr>
          <w:p w14:paraId="7DE40D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D3B9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588F0A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1853F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9DD6FFE" w14:textId="77777777" w:rsidTr="00117C78">
        <w:trPr>
          <w:jc w:val="center"/>
        </w:trPr>
        <w:tc>
          <w:tcPr>
            <w:tcW w:w="1422" w:type="pct"/>
          </w:tcPr>
          <w:p w14:paraId="7B9851B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Pseudocoris yamashiroi</w:t>
            </w:r>
          </w:p>
        </w:tc>
        <w:tc>
          <w:tcPr>
            <w:tcW w:w="1422" w:type="pct"/>
          </w:tcPr>
          <w:p w14:paraId="1D846E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Yamashiro’s Butterflyfish</w:t>
            </w:r>
          </w:p>
        </w:tc>
        <w:tc>
          <w:tcPr>
            <w:tcW w:w="766" w:type="pct"/>
          </w:tcPr>
          <w:p w14:paraId="7C8F9F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Chlaenidae</w:t>
            </w:r>
          </w:p>
        </w:tc>
        <w:tc>
          <w:tcPr>
            <w:tcW w:w="347" w:type="pct"/>
          </w:tcPr>
          <w:p w14:paraId="2CE605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5AD09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A018A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82EE3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F4A2168" w14:textId="77777777" w:rsidTr="00117C78">
        <w:trPr>
          <w:jc w:val="center"/>
        </w:trPr>
        <w:tc>
          <w:tcPr>
            <w:tcW w:w="1422" w:type="pct"/>
          </w:tcPr>
          <w:p w14:paraId="1F1E4B3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Pseudolabrus sieboldi</w:t>
            </w:r>
          </w:p>
        </w:tc>
        <w:tc>
          <w:tcPr>
            <w:tcW w:w="1422" w:type="pct"/>
          </w:tcPr>
          <w:p w14:paraId="6837BAE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Siebold's Wrasse</w:t>
            </w:r>
          </w:p>
        </w:tc>
        <w:tc>
          <w:tcPr>
            <w:tcW w:w="766" w:type="pct"/>
          </w:tcPr>
          <w:p w14:paraId="3D09B5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Labridae</w:t>
            </w:r>
          </w:p>
        </w:tc>
        <w:tc>
          <w:tcPr>
            <w:tcW w:w="347" w:type="pct"/>
          </w:tcPr>
          <w:p w14:paraId="3874FB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AD907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30AF7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BCAD1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8C9029D" w14:textId="77777777" w:rsidTr="00117C78">
        <w:trPr>
          <w:jc w:val="center"/>
        </w:trPr>
        <w:tc>
          <w:tcPr>
            <w:tcW w:w="1422" w:type="pct"/>
          </w:tcPr>
          <w:p w14:paraId="29F04D8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Thalassoma amblycephalum</w:t>
            </w:r>
          </w:p>
        </w:tc>
        <w:tc>
          <w:tcPr>
            <w:tcW w:w="1422" w:type="pct"/>
          </w:tcPr>
          <w:p w14:paraId="02DAF7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Amblycephalum Wrasse</w:t>
            </w:r>
          </w:p>
        </w:tc>
        <w:tc>
          <w:tcPr>
            <w:tcW w:w="766" w:type="pct"/>
          </w:tcPr>
          <w:p w14:paraId="254690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Labridae</w:t>
            </w:r>
          </w:p>
        </w:tc>
        <w:tc>
          <w:tcPr>
            <w:tcW w:w="347" w:type="pct"/>
          </w:tcPr>
          <w:p w14:paraId="1F128E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5F3EA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9734A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6F750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B2E9CD8" w14:textId="77777777" w:rsidTr="00117C78">
        <w:trPr>
          <w:jc w:val="center"/>
        </w:trPr>
        <w:tc>
          <w:tcPr>
            <w:tcW w:w="1422" w:type="pct"/>
          </w:tcPr>
          <w:p w14:paraId="2275FC9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Lateolabrax japonicus</w:t>
            </w:r>
          </w:p>
        </w:tc>
        <w:tc>
          <w:tcPr>
            <w:tcW w:w="1422" w:type="pct"/>
          </w:tcPr>
          <w:p w14:paraId="236889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Seabass</w:t>
            </w:r>
          </w:p>
        </w:tc>
        <w:tc>
          <w:tcPr>
            <w:tcW w:w="766" w:type="pct"/>
          </w:tcPr>
          <w:p w14:paraId="7C67EA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Lateolabracidae</w:t>
            </w:r>
          </w:p>
        </w:tc>
        <w:tc>
          <w:tcPr>
            <w:tcW w:w="347" w:type="pct"/>
          </w:tcPr>
          <w:p w14:paraId="39AC300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DBC7E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34DC0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8D269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13D8B84" w14:textId="77777777" w:rsidTr="00117C78">
        <w:trPr>
          <w:jc w:val="center"/>
        </w:trPr>
        <w:tc>
          <w:tcPr>
            <w:tcW w:w="1422" w:type="pct"/>
          </w:tcPr>
          <w:p w14:paraId="464404F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Lethrinus genivittatus</w:t>
            </w:r>
          </w:p>
        </w:tc>
        <w:tc>
          <w:tcPr>
            <w:tcW w:w="1422" w:type="pct"/>
          </w:tcPr>
          <w:p w14:paraId="3A7FC4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Longface Emperor</w:t>
            </w:r>
          </w:p>
        </w:tc>
        <w:tc>
          <w:tcPr>
            <w:tcW w:w="766" w:type="pct"/>
          </w:tcPr>
          <w:p w14:paraId="52915A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Lethrinidae</w:t>
            </w:r>
          </w:p>
        </w:tc>
        <w:tc>
          <w:tcPr>
            <w:tcW w:w="347" w:type="pct"/>
          </w:tcPr>
          <w:p w14:paraId="2D3A6B7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3899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75D20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ABD0A3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2651270" w14:textId="77777777" w:rsidTr="00117C78">
        <w:trPr>
          <w:jc w:val="center"/>
        </w:trPr>
        <w:tc>
          <w:tcPr>
            <w:tcW w:w="1422" w:type="pct"/>
          </w:tcPr>
          <w:p w14:paraId="211E0EE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Aprion virescens</w:t>
            </w:r>
          </w:p>
        </w:tc>
        <w:tc>
          <w:tcPr>
            <w:tcW w:w="1422" w:type="pct"/>
          </w:tcPr>
          <w:p w14:paraId="192DDC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Green Jobfish</w:t>
            </w:r>
          </w:p>
        </w:tc>
        <w:tc>
          <w:tcPr>
            <w:tcW w:w="766" w:type="pct"/>
          </w:tcPr>
          <w:p w14:paraId="0F6A4F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Lutjanidae</w:t>
            </w:r>
          </w:p>
        </w:tc>
        <w:tc>
          <w:tcPr>
            <w:tcW w:w="347" w:type="pct"/>
          </w:tcPr>
          <w:p w14:paraId="7C7497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FD5B0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3D6EE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780C7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0824CDD" w14:textId="77777777" w:rsidTr="00117C78">
        <w:trPr>
          <w:jc w:val="center"/>
        </w:trPr>
        <w:tc>
          <w:tcPr>
            <w:tcW w:w="1422" w:type="pct"/>
          </w:tcPr>
          <w:p w14:paraId="6A81226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Paracaesio stonei</w:t>
            </w:r>
          </w:p>
        </w:tc>
        <w:tc>
          <w:tcPr>
            <w:tcW w:w="1422" w:type="pct"/>
          </w:tcPr>
          <w:p w14:paraId="7711FA2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Stone’s Snapper</w:t>
            </w:r>
          </w:p>
        </w:tc>
        <w:tc>
          <w:tcPr>
            <w:tcW w:w="766" w:type="pct"/>
          </w:tcPr>
          <w:p w14:paraId="07B756A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Lutjanidae</w:t>
            </w:r>
          </w:p>
        </w:tc>
        <w:tc>
          <w:tcPr>
            <w:tcW w:w="347" w:type="pct"/>
          </w:tcPr>
          <w:p w14:paraId="1F8346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4267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7A09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4CFBC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F12A74E" w14:textId="77777777" w:rsidTr="00117C78">
        <w:trPr>
          <w:jc w:val="center"/>
        </w:trPr>
        <w:tc>
          <w:tcPr>
            <w:tcW w:w="1422" w:type="pct"/>
          </w:tcPr>
          <w:p w14:paraId="61CB7E9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Paracaesio xanthura</w:t>
            </w:r>
          </w:p>
        </w:tc>
        <w:tc>
          <w:tcPr>
            <w:tcW w:w="1422" w:type="pct"/>
          </w:tcPr>
          <w:p w14:paraId="56C5666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Yellowtail Snapper</w:t>
            </w:r>
          </w:p>
        </w:tc>
        <w:tc>
          <w:tcPr>
            <w:tcW w:w="766" w:type="pct"/>
          </w:tcPr>
          <w:p w14:paraId="6DF6C3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Lutjanidae</w:t>
            </w:r>
          </w:p>
        </w:tc>
        <w:tc>
          <w:tcPr>
            <w:tcW w:w="347" w:type="pct"/>
          </w:tcPr>
          <w:p w14:paraId="2EB236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5CFAA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B974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7B17C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E45E826" w14:textId="77777777" w:rsidTr="00117C78">
        <w:trPr>
          <w:jc w:val="center"/>
        </w:trPr>
        <w:tc>
          <w:tcPr>
            <w:tcW w:w="1422" w:type="pct"/>
          </w:tcPr>
          <w:p w14:paraId="49A923F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Pristipomoides sieboldii</w:t>
            </w:r>
          </w:p>
        </w:tc>
        <w:tc>
          <w:tcPr>
            <w:tcW w:w="1422" w:type="pct"/>
          </w:tcPr>
          <w:p w14:paraId="78D4AE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Siebold's Snapper</w:t>
            </w:r>
          </w:p>
        </w:tc>
        <w:tc>
          <w:tcPr>
            <w:tcW w:w="766" w:type="pct"/>
          </w:tcPr>
          <w:p w14:paraId="124163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Lutjanidae</w:t>
            </w:r>
          </w:p>
        </w:tc>
        <w:tc>
          <w:tcPr>
            <w:tcW w:w="347" w:type="pct"/>
          </w:tcPr>
          <w:p w14:paraId="718D5E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77F34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0B891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396765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D4204A3" w14:textId="77777777" w:rsidTr="00117C78">
        <w:trPr>
          <w:jc w:val="center"/>
        </w:trPr>
        <w:tc>
          <w:tcPr>
            <w:tcW w:w="1422" w:type="pct"/>
          </w:tcPr>
          <w:p w14:paraId="5AE7FB2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Pterocaesio marri</w:t>
            </w:r>
          </w:p>
        </w:tc>
        <w:tc>
          <w:tcPr>
            <w:tcW w:w="1422" w:type="pct"/>
          </w:tcPr>
          <w:p w14:paraId="109A0E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Marr’s Trevally</w:t>
            </w:r>
          </w:p>
        </w:tc>
        <w:tc>
          <w:tcPr>
            <w:tcW w:w="766" w:type="pct"/>
          </w:tcPr>
          <w:p w14:paraId="012986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312560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1FAD6D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11D7F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A9690E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C0CAC86" w14:textId="77777777" w:rsidTr="00117C78">
        <w:trPr>
          <w:jc w:val="center"/>
        </w:trPr>
        <w:tc>
          <w:tcPr>
            <w:tcW w:w="1422" w:type="pct"/>
          </w:tcPr>
          <w:p w14:paraId="28B8B61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Pterocaesio tile</w:t>
            </w:r>
          </w:p>
        </w:tc>
        <w:tc>
          <w:tcPr>
            <w:tcW w:w="1422" w:type="pct"/>
          </w:tcPr>
          <w:p w14:paraId="512F224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Tilefish</w:t>
            </w:r>
          </w:p>
        </w:tc>
        <w:tc>
          <w:tcPr>
            <w:tcW w:w="766" w:type="pct"/>
          </w:tcPr>
          <w:p w14:paraId="184374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6EC925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B020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0E629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8C802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C14C5EC" w14:textId="77777777" w:rsidTr="00117C78">
        <w:trPr>
          <w:jc w:val="center"/>
        </w:trPr>
        <w:tc>
          <w:tcPr>
            <w:tcW w:w="1422" w:type="pct"/>
          </w:tcPr>
          <w:p w14:paraId="5D4349C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Ptereleotris heteroptera</w:t>
            </w:r>
          </w:p>
        </w:tc>
        <w:tc>
          <w:tcPr>
            <w:tcW w:w="1422" w:type="pct"/>
          </w:tcPr>
          <w:p w14:paraId="79721A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Blackside Blenny</w:t>
            </w:r>
          </w:p>
        </w:tc>
        <w:tc>
          <w:tcPr>
            <w:tcW w:w="766" w:type="pct"/>
          </w:tcPr>
          <w:p w14:paraId="296F9E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Ptereleotridae</w:t>
            </w:r>
          </w:p>
        </w:tc>
        <w:tc>
          <w:tcPr>
            <w:tcW w:w="347" w:type="pct"/>
          </w:tcPr>
          <w:p w14:paraId="3A104F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ECA24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BD5080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6A17B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5CB4695" w14:textId="77777777" w:rsidTr="00117C78">
        <w:trPr>
          <w:jc w:val="center"/>
        </w:trPr>
        <w:tc>
          <w:tcPr>
            <w:tcW w:w="1422" w:type="pct"/>
          </w:tcPr>
          <w:p w14:paraId="03F9B46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Mulloidichthys flavolineatus</w:t>
            </w:r>
          </w:p>
        </w:tc>
        <w:tc>
          <w:tcPr>
            <w:tcW w:w="1422" w:type="pct"/>
          </w:tcPr>
          <w:p w14:paraId="1D8B43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Yellowstripe Goatfish</w:t>
            </w:r>
          </w:p>
        </w:tc>
        <w:tc>
          <w:tcPr>
            <w:tcW w:w="766" w:type="pct"/>
          </w:tcPr>
          <w:p w14:paraId="02B74A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Mullidae</w:t>
            </w:r>
          </w:p>
        </w:tc>
        <w:tc>
          <w:tcPr>
            <w:tcW w:w="347" w:type="pct"/>
          </w:tcPr>
          <w:p w14:paraId="4CB9B7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BD1E5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5C62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9329D5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36C4710" w14:textId="77777777" w:rsidTr="00117C78">
        <w:trPr>
          <w:jc w:val="center"/>
        </w:trPr>
        <w:tc>
          <w:tcPr>
            <w:tcW w:w="1422" w:type="pct"/>
          </w:tcPr>
          <w:p w14:paraId="125FA78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Parupeneus ciliatus</w:t>
            </w:r>
          </w:p>
        </w:tc>
        <w:tc>
          <w:tcPr>
            <w:tcW w:w="1422" w:type="pct"/>
          </w:tcPr>
          <w:p w14:paraId="7AA9F6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Whitesaddle Goatfish</w:t>
            </w:r>
          </w:p>
        </w:tc>
        <w:tc>
          <w:tcPr>
            <w:tcW w:w="766" w:type="pct"/>
          </w:tcPr>
          <w:p w14:paraId="6572ADA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Mullidae</w:t>
            </w:r>
          </w:p>
        </w:tc>
        <w:tc>
          <w:tcPr>
            <w:tcW w:w="347" w:type="pct"/>
          </w:tcPr>
          <w:p w14:paraId="7B7BB08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3314B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51E90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09C9E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3DD46B8" w14:textId="77777777" w:rsidTr="00117C78">
        <w:trPr>
          <w:jc w:val="center"/>
        </w:trPr>
        <w:tc>
          <w:tcPr>
            <w:tcW w:w="1422" w:type="pct"/>
          </w:tcPr>
          <w:p w14:paraId="5BEF052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Parupeneus multifasciatus</w:t>
            </w:r>
          </w:p>
        </w:tc>
        <w:tc>
          <w:tcPr>
            <w:tcW w:w="1422" w:type="pct"/>
          </w:tcPr>
          <w:p w14:paraId="7BA6A3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Manybar Goatfish</w:t>
            </w:r>
          </w:p>
        </w:tc>
        <w:tc>
          <w:tcPr>
            <w:tcW w:w="766" w:type="pct"/>
          </w:tcPr>
          <w:p w14:paraId="42E602F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Mullidae</w:t>
            </w:r>
          </w:p>
        </w:tc>
        <w:tc>
          <w:tcPr>
            <w:tcW w:w="347" w:type="pct"/>
          </w:tcPr>
          <w:p w14:paraId="0D0D0A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847C8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4D461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2AAF7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EE51734" w14:textId="77777777" w:rsidTr="00117C78">
        <w:trPr>
          <w:jc w:val="center"/>
        </w:trPr>
        <w:tc>
          <w:tcPr>
            <w:tcW w:w="1422" w:type="pct"/>
          </w:tcPr>
          <w:p w14:paraId="6AEED83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Upeneus japonicus</w:t>
            </w:r>
          </w:p>
        </w:tc>
        <w:tc>
          <w:tcPr>
            <w:tcW w:w="1422" w:type="pct"/>
          </w:tcPr>
          <w:p w14:paraId="67E961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Goatfish</w:t>
            </w:r>
          </w:p>
        </w:tc>
        <w:tc>
          <w:tcPr>
            <w:tcW w:w="766" w:type="pct"/>
          </w:tcPr>
          <w:p w14:paraId="7F4ECCF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Mullidae</w:t>
            </w:r>
          </w:p>
        </w:tc>
        <w:tc>
          <w:tcPr>
            <w:tcW w:w="347" w:type="pct"/>
          </w:tcPr>
          <w:p w14:paraId="0D19C2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3BE7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5249D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8B3A59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C15669A" w14:textId="77777777" w:rsidTr="00117C78">
        <w:trPr>
          <w:jc w:val="center"/>
        </w:trPr>
        <w:tc>
          <w:tcPr>
            <w:tcW w:w="1422" w:type="pct"/>
          </w:tcPr>
          <w:p w14:paraId="45B8154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Upeneus tragula</w:t>
            </w:r>
          </w:p>
        </w:tc>
        <w:tc>
          <w:tcPr>
            <w:tcW w:w="1422" w:type="pct"/>
          </w:tcPr>
          <w:p w14:paraId="421655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Tragedy Goatfish</w:t>
            </w:r>
          </w:p>
        </w:tc>
        <w:tc>
          <w:tcPr>
            <w:tcW w:w="766" w:type="pct"/>
          </w:tcPr>
          <w:p w14:paraId="6DD586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Mullidae</w:t>
            </w:r>
          </w:p>
        </w:tc>
        <w:tc>
          <w:tcPr>
            <w:tcW w:w="347" w:type="pct"/>
          </w:tcPr>
          <w:p w14:paraId="338A8CA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429DA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7A64E2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2121DF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423B980" w14:textId="77777777" w:rsidTr="00117C78">
        <w:trPr>
          <w:jc w:val="center"/>
        </w:trPr>
        <w:tc>
          <w:tcPr>
            <w:tcW w:w="1422" w:type="pct"/>
          </w:tcPr>
          <w:p w14:paraId="7C0DE6C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Nemipterus bathybius</w:t>
            </w:r>
          </w:p>
        </w:tc>
        <w:tc>
          <w:tcPr>
            <w:tcW w:w="1422" w:type="pct"/>
          </w:tcPr>
          <w:p w14:paraId="3C5C43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Deepwater Threadfin Bream</w:t>
            </w:r>
          </w:p>
        </w:tc>
        <w:tc>
          <w:tcPr>
            <w:tcW w:w="766" w:type="pct"/>
          </w:tcPr>
          <w:p w14:paraId="3AA5D14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Nemipteridae</w:t>
            </w:r>
          </w:p>
        </w:tc>
        <w:tc>
          <w:tcPr>
            <w:tcW w:w="347" w:type="pct"/>
          </w:tcPr>
          <w:p w14:paraId="065B75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DC12D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6FA7C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27EC3A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827AFDA" w14:textId="77777777" w:rsidTr="00117C78">
        <w:trPr>
          <w:jc w:val="center"/>
        </w:trPr>
        <w:tc>
          <w:tcPr>
            <w:tcW w:w="1422" w:type="pct"/>
          </w:tcPr>
          <w:p w14:paraId="79903E5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Cubiceps baxteri</w:t>
            </w:r>
          </w:p>
        </w:tc>
        <w:tc>
          <w:tcPr>
            <w:tcW w:w="1422" w:type="pct"/>
          </w:tcPr>
          <w:p w14:paraId="2DB379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Baxter's Driftfish</w:t>
            </w:r>
          </w:p>
        </w:tc>
        <w:tc>
          <w:tcPr>
            <w:tcW w:w="766" w:type="pct"/>
          </w:tcPr>
          <w:p w14:paraId="594CCA0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Nomeidae</w:t>
            </w:r>
          </w:p>
        </w:tc>
        <w:tc>
          <w:tcPr>
            <w:tcW w:w="347" w:type="pct"/>
          </w:tcPr>
          <w:p w14:paraId="71F0755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D381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D264E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1A593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EC076B2" w14:textId="77777777" w:rsidTr="00117C78">
        <w:trPr>
          <w:jc w:val="center"/>
        </w:trPr>
        <w:tc>
          <w:tcPr>
            <w:tcW w:w="1422" w:type="pct"/>
          </w:tcPr>
          <w:p w14:paraId="35921B1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Cubiceps paradoxus</w:t>
            </w:r>
          </w:p>
        </w:tc>
        <w:tc>
          <w:tcPr>
            <w:tcW w:w="1422" w:type="pct"/>
          </w:tcPr>
          <w:p w14:paraId="4126C9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Paradox Driftfish</w:t>
            </w:r>
          </w:p>
        </w:tc>
        <w:tc>
          <w:tcPr>
            <w:tcW w:w="766" w:type="pct"/>
          </w:tcPr>
          <w:p w14:paraId="07FDD2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Nomeidae</w:t>
            </w:r>
          </w:p>
        </w:tc>
        <w:tc>
          <w:tcPr>
            <w:tcW w:w="347" w:type="pct"/>
          </w:tcPr>
          <w:p w14:paraId="2F87DD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43FA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CE23F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EBC74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544B8D0C" w14:textId="77777777" w:rsidTr="00117C78">
        <w:trPr>
          <w:jc w:val="center"/>
        </w:trPr>
        <w:tc>
          <w:tcPr>
            <w:tcW w:w="1422" w:type="pct"/>
          </w:tcPr>
          <w:p w14:paraId="189680E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Nomeus gronovii</w:t>
            </w:r>
          </w:p>
        </w:tc>
        <w:tc>
          <w:tcPr>
            <w:tcW w:w="1422" w:type="pct"/>
          </w:tcPr>
          <w:p w14:paraId="60DBE9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Man-of-War Fish</w:t>
            </w:r>
          </w:p>
        </w:tc>
        <w:tc>
          <w:tcPr>
            <w:tcW w:w="766" w:type="pct"/>
          </w:tcPr>
          <w:p w14:paraId="6F9A77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Nomeidae</w:t>
            </w:r>
          </w:p>
        </w:tc>
        <w:tc>
          <w:tcPr>
            <w:tcW w:w="347" w:type="pct"/>
          </w:tcPr>
          <w:p w14:paraId="13EFB6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E4B1BF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27BA9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D2F8D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EAD1E84" w14:textId="77777777" w:rsidTr="00117C78">
        <w:trPr>
          <w:jc w:val="center"/>
        </w:trPr>
        <w:tc>
          <w:tcPr>
            <w:tcW w:w="1422" w:type="pct"/>
          </w:tcPr>
          <w:p w14:paraId="716EDE4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Psenes arafurensis</w:t>
            </w:r>
          </w:p>
        </w:tc>
        <w:tc>
          <w:tcPr>
            <w:tcW w:w="1422" w:type="pct"/>
          </w:tcPr>
          <w:p w14:paraId="4552FA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Arafura Threadfin</w:t>
            </w:r>
          </w:p>
        </w:tc>
        <w:tc>
          <w:tcPr>
            <w:tcW w:w="766" w:type="pct"/>
          </w:tcPr>
          <w:p w14:paraId="1B6A7C3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Carangidae</w:t>
            </w:r>
          </w:p>
        </w:tc>
        <w:tc>
          <w:tcPr>
            <w:tcW w:w="347" w:type="pct"/>
          </w:tcPr>
          <w:p w14:paraId="5F2CAD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FFBF3E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C8E8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98642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08DA4D1" w14:textId="77777777" w:rsidTr="00117C78">
        <w:trPr>
          <w:jc w:val="center"/>
        </w:trPr>
        <w:tc>
          <w:tcPr>
            <w:tcW w:w="1422" w:type="pct"/>
          </w:tcPr>
          <w:p w14:paraId="727865E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Oplegnathus fasciatus</w:t>
            </w:r>
          </w:p>
        </w:tc>
        <w:tc>
          <w:tcPr>
            <w:tcW w:w="1422" w:type="pct"/>
          </w:tcPr>
          <w:p w14:paraId="0FEB02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Striped Knifejaw</w:t>
            </w:r>
          </w:p>
        </w:tc>
        <w:tc>
          <w:tcPr>
            <w:tcW w:w="766" w:type="pct"/>
          </w:tcPr>
          <w:p w14:paraId="45DA13A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Oplegnathidae</w:t>
            </w:r>
          </w:p>
        </w:tc>
        <w:tc>
          <w:tcPr>
            <w:tcW w:w="347" w:type="pct"/>
          </w:tcPr>
          <w:p w14:paraId="5A31DE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4195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D169E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7C0F5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FEDA205" w14:textId="77777777" w:rsidTr="00117C78">
        <w:trPr>
          <w:jc w:val="center"/>
        </w:trPr>
        <w:tc>
          <w:tcPr>
            <w:tcW w:w="1422" w:type="pct"/>
          </w:tcPr>
          <w:p w14:paraId="64F8B67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Pempheris adusta</w:t>
            </w:r>
          </w:p>
        </w:tc>
        <w:tc>
          <w:tcPr>
            <w:tcW w:w="1422" w:type="pct"/>
          </w:tcPr>
          <w:p w14:paraId="347D23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Dusky Sweeper</w:t>
            </w:r>
          </w:p>
        </w:tc>
        <w:tc>
          <w:tcPr>
            <w:tcW w:w="766" w:type="pct"/>
          </w:tcPr>
          <w:p w14:paraId="3FD787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Pempheridae</w:t>
            </w:r>
          </w:p>
        </w:tc>
        <w:tc>
          <w:tcPr>
            <w:tcW w:w="347" w:type="pct"/>
          </w:tcPr>
          <w:p w14:paraId="4A6F41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2867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2905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6B3EF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6B2CC14" w14:textId="77777777" w:rsidTr="00117C78">
        <w:trPr>
          <w:jc w:val="center"/>
        </w:trPr>
        <w:tc>
          <w:tcPr>
            <w:tcW w:w="1422" w:type="pct"/>
          </w:tcPr>
          <w:p w14:paraId="6A6D6FC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Pempheris schwenkii</w:t>
            </w:r>
          </w:p>
        </w:tc>
        <w:tc>
          <w:tcPr>
            <w:tcW w:w="1422" w:type="pct"/>
          </w:tcPr>
          <w:p w14:paraId="03654C6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Schwenck’s Sweeper</w:t>
            </w:r>
          </w:p>
        </w:tc>
        <w:tc>
          <w:tcPr>
            <w:tcW w:w="766" w:type="pct"/>
          </w:tcPr>
          <w:p w14:paraId="6031E17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Pempheridae</w:t>
            </w:r>
          </w:p>
        </w:tc>
        <w:tc>
          <w:tcPr>
            <w:tcW w:w="347" w:type="pct"/>
          </w:tcPr>
          <w:p w14:paraId="74A3735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D8C93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509D0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48FAB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F2668E1" w14:textId="77777777" w:rsidTr="00117C78">
        <w:trPr>
          <w:jc w:val="center"/>
        </w:trPr>
        <w:tc>
          <w:tcPr>
            <w:tcW w:w="1422" w:type="pct"/>
          </w:tcPr>
          <w:p w14:paraId="544BE3D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Pholis clemensi</w:t>
            </w:r>
          </w:p>
        </w:tc>
        <w:tc>
          <w:tcPr>
            <w:tcW w:w="1422" w:type="pct"/>
          </w:tcPr>
          <w:p w14:paraId="7E71BC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Longfin Gunnel</w:t>
            </w:r>
          </w:p>
        </w:tc>
        <w:tc>
          <w:tcPr>
            <w:tcW w:w="766" w:type="pct"/>
          </w:tcPr>
          <w:p w14:paraId="6C4ECB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Pholidae</w:t>
            </w:r>
          </w:p>
        </w:tc>
        <w:tc>
          <w:tcPr>
            <w:tcW w:w="347" w:type="pct"/>
          </w:tcPr>
          <w:p w14:paraId="25D70E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56A7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570E0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658FE7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46A09502" w14:textId="77777777" w:rsidTr="00117C78">
        <w:trPr>
          <w:jc w:val="center"/>
        </w:trPr>
        <w:tc>
          <w:tcPr>
            <w:tcW w:w="1422" w:type="pct"/>
          </w:tcPr>
          <w:p w14:paraId="6F92572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Chaetodontoplus septentrionalis</w:t>
            </w:r>
          </w:p>
        </w:tc>
        <w:tc>
          <w:tcPr>
            <w:tcW w:w="1422" w:type="pct"/>
          </w:tcPr>
          <w:p w14:paraId="5C2758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Bluegirdled Angelfish</w:t>
            </w:r>
          </w:p>
        </w:tc>
        <w:tc>
          <w:tcPr>
            <w:tcW w:w="766" w:type="pct"/>
          </w:tcPr>
          <w:p w14:paraId="6C7DE9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Pomacanthidae</w:t>
            </w:r>
          </w:p>
        </w:tc>
        <w:tc>
          <w:tcPr>
            <w:tcW w:w="347" w:type="pct"/>
          </w:tcPr>
          <w:p w14:paraId="357695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3F10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B71360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13202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903DAE2" w14:textId="77777777" w:rsidTr="00117C78">
        <w:trPr>
          <w:jc w:val="center"/>
        </w:trPr>
        <w:tc>
          <w:tcPr>
            <w:tcW w:w="1422" w:type="pct"/>
          </w:tcPr>
          <w:p w14:paraId="198140F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Chromis viridis</w:t>
            </w:r>
          </w:p>
        </w:tc>
        <w:tc>
          <w:tcPr>
            <w:tcW w:w="1422" w:type="pct"/>
          </w:tcPr>
          <w:p w14:paraId="0EA662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Green Chromis</w:t>
            </w:r>
          </w:p>
        </w:tc>
        <w:tc>
          <w:tcPr>
            <w:tcW w:w="766" w:type="pct"/>
          </w:tcPr>
          <w:p w14:paraId="202664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Pomacentridae</w:t>
            </w:r>
          </w:p>
        </w:tc>
        <w:tc>
          <w:tcPr>
            <w:tcW w:w="347" w:type="pct"/>
          </w:tcPr>
          <w:p w14:paraId="7BE457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2010A9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D00B2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ECEA7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81A6077" w14:textId="77777777" w:rsidTr="00117C78">
        <w:trPr>
          <w:jc w:val="center"/>
        </w:trPr>
        <w:tc>
          <w:tcPr>
            <w:tcW w:w="1422" w:type="pct"/>
          </w:tcPr>
          <w:p w14:paraId="23F1090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Pomacentrus caeruleus</w:t>
            </w:r>
          </w:p>
        </w:tc>
        <w:tc>
          <w:tcPr>
            <w:tcW w:w="1422" w:type="pct"/>
          </w:tcPr>
          <w:p w14:paraId="70F47E8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Blue Damselfish</w:t>
            </w:r>
          </w:p>
        </w:tc>
        <w:tc>
          <w:tcPr>
            <w:tcW w:w="766" w:type="pct"/>
          </w:tcPr>
          <w:p w14:paraId="6EA7D0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Pomacentridae</w:t>
            </w:r>
          </w:p>
        </w:tc>
        <w:tc>
          <w:tcPr>
            <w:tcW w:w="347" w:type="pct"/>
          </w:tcPr>
          <w:p w14:paraId="36FF19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38065A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FC8DB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78C9A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21602432" w14:textId="77777777" w:rsidTr="00117C78">
        <w:trPr>
          <w:jc w:val="center"/>
        </w:trPr>
        <w:tc>
          <w:tcPr>
            <w:tcW w:w="1422" w:type="pct"/>
          </w:tcPr>
          <w:p w14:paraId="56F39A7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Priacanthus macracanthus</w:t>
            </w:r>
          </w:p>
        </w:tc>
        <w:tc>
          <w:tcPr>
            <w:tcW w:w="1422" w:type="pct"/>
          </w:tcPr>
          <w:p w14:paraId="5A79638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Red Bigeye</w:t>
            </w:r>
          </w:p>
        </w:tc>
        <w:tc>
          <w:tcPr>
            <w:tcW w:w="766" w:type="pct"/>
          </w:tcPr>
          <w:p w14:paraId="7DED0B6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Priacanthidae</w:t>
            </w:r>
          </w:p>
        </w:tc>
        <w:tc>
          <w:tcPr>
            <w:tcW w:w="347" w:type="pct"/>
          </w:tcPr>
          <w:p w14:paraId="09DAB5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67C3A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6DC5A7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86B8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B4EF445" w14:textId="77777777" w:rsidTr="00117C78">
        <w:trPr>
          <w:jc w:val="center"/>
        </w:trPr>
        <w:tc>
          <w:tcPr>
            <w:tcW w:w="1422" w:type="pct"/>
          </w:tcPr>
          <w:p w14:paraId="0059600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Pristigenys niphonia</w:t>
            </w:r>
          </w:p>
        </w:tc>
        <w:tc>
          <w:tcPr>
            <w:tcW w:w="1422" w:type="pct"/>
          </w:tcPr>
          <w:p w14:paraId="7FC548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Niphon’s Snapper</w:t>
            </w:r>
          </w:p>
        </w:tc>
        <w:tc>
          <w:tcPr>
            <w:tcW w:w="766" w:type="pct"/>
          </w:tcPr>
          <w:p w14:paraId="4E83E8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Pristigenys</w:t>
            </w:r>
          </w:p>
        </w:tc>
        <w:tc>
          <w:tcPr>
            <w:tcW w:w="347" w:type="pct"/>
          </w:tcPr>
          <w:p w14:paraId="356E0D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A084E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BC2DE0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CC22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E27DBD3" w14:textId="77777777" w:rsidTr="00117C78">
        <w:trPr>
          <w:jc w:val="center"/>
        </w:trPr>
        <w:tc>
          <w:tcPr>
            <w:tcW w:w="1422" w:type="pct"/>
          </w:tcPr>
          <w:p w14:paraId="0EFDD48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Chlorurus sordidus</w:t>
            </w:r>
          </w:p>
        </w:tc>
        <w:tc>
          <w:tcPr>
            <w:tcW w:w="1422" w:type="pct"/>
          </w:tcPr>
          <w:p w14:paraId="3ACF3A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Daisy Parrotfish</w:t>
            </w:r>
          </w:p>
        </w:tc>
        <w:tc>
          <w:tcPr>
            <w:tcW w:w="766" w:type="pct"/>
          </w:tcPr>
          <w:p w14:paraId="3B07ED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Scaridae</w:t>
            </w:r>
          </w:p>
        </w:tc>
        <w:tc>
          <w:tcPr>
            <w:tcW w:w="347" w:type="pct"/>
          </w:tcPr>
          <w:p w14:paraId="3A32131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1443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A6521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4B992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2EF72DE" w14:textId="77777777" w:rsidTr="00117C78">
        <w:trPr>
          <w:jc w:val="center"/>
        </w:trPr>
        <w:tc>
          <w:tcPr>
            <w:tcW w:w="1422" w:type="pct"/>
          </w:tcPr>
          <w:p w14:paraId="2A28ED6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Scarus ghobban</w:t>
            </w:r>
          </w:p>
        </w:tc>
        <w:tc>
          <w:tcPr>
            <w:tcW w:w="1422" w:type="pct"/>
          </w:tcPr>
          <w:p w14:paraId="7F28EB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Ghobban Parrotfish</w:t>
            </w:r>
          </w:p>
        </w:tc>
        <w:tc>
          <w:tcPr>
            <w:tcW w:w="766" w:type="pct"/>
          </w:tcPr>
          <w:p w14:paraId="5FDD82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Scaridae</w:t>
            </w:r>
          </w:p>
        </w:tc>
        <w:tc>
          <w:tcPr>
            <w:tcW w:w="347" w:type="pct"/>
          </w:tcPr>
          <w:p w14:paraId="4FF1CA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9F53A0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FBFE3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F783E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65E734A" w14:textId="77777777" w:rsidTr="00117C78">
        <w:trPr>
          <w:jc w:val="center"/>
        </w:trPr>
        <w:tc>
          <w:tcPr>
            <w:tcW w:w="1422" w:type="pct"/>
          </w:tcPr>
          <w:p w14:paraId="1716ABE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Scarus ovifrons</w:t>
            </w:r>
          </w:p>
        </w:tc>
        <w:tc>
          <w:tcPr>
            <w:tcW w:w="1422" w:type="pct"/>
          </w:tcPr>
          <w:p w14:paraId="5BCE97E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Oval Parrotfish</w:t>
            </w:r>
          </w:p>
        </w:tc>
        <w:tc>
          <w:tcPr>
            <w:tcW w:w="766" w:type="pct"/>
          </w:tcPr>
          <w:p w14:paraId="1FA6A64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Scaridae</w:t>
            </w:r>
          </w:p>
        </w:tc>
        <w:tc>
          <w:tcPr>
            <w:tcW w:w="347" w:type="pct"/>
          </w:tcPr>
          <w:p w14:paraId="5746BDF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FF1F5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05BBB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A33F5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06C5245" w14:textId="77777777" w:rsidTr="00117C78">
        <w:trPr>
          <w:jc w:val="center"/>
        </w:trPr>
        <w:tc>
          <w:tcPr>
            <w:tcW w:w="1422" w:type="pct"/>
          </w:tcPr>
          <w:p w14:paraId="1079A96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Scarus psittacus</w:t>
            </w:r>
          </w:p>
        </w:tc>
        <w:tc>
          <w:tcPr>
            <w:tcW w:w="1422" w:type="pct"/>
          </w:tcPr>
          <w:p w14:paraId="2664FE9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Rainbow Parrotfish</w:t>
            </w:r>
          </w:p>
        </w:tc>
        <w:tc>
          <w:tcPr>
            <w:tcW w:w="766" w:type="pct"/>
          </w:tcPr>
          <w:p w14:paraId="0B87610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Scaridae</w:t>
            </w:r>
          </w:p>
        </w:tc>
        <w:tc>
          <w:tcPr>
            <w:tcW w:w="347" w:type="pct"/>
          </w:tcPr>
          <w:p w14:paraId="63A1837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3E0C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568FC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79DEB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FEA9621" w14:textId="77777777" w:rsidTr="00117C78">
        <w:trPr>
          <w:jc w:val="center"/>
        </w:trPr>
        <w:tc>
          <w:tcPr>
            <w:tcW w:w="1422" w:type="pct"/>
          </w:tcPr>
          <w:p w14:paraId="169CF46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Pennahia argentata</w:t>
            </w:r>
          </w:p>
        </w:tc>
        <w:tc>
          <w:tcPr>
            <w:tcW w:w="1422" w:type="pct"/>
          </w:tcPr>
          <w:p w14:paraId="1E5853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Silver Croaker</w:t>
            </w:r>
          </w:p>
        </w:tc>
        <w:tc>
          <w:tcPr>
            <w:tcW w:w="766" w:type="pct"/>
          </w:tcPr>
          <w:p w14:paraId="3D7CD88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Sciaenidae</w:t>
            </w:r>
          </w:p>
        </w:tc>
        <w:tc>
          <w:tcPr>
            <w:tcW w:w="347" w:type="pct"/>
          </w:tcPr>
          <w:p w14:paraId="798C20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C74D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BE1E0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37EBB7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1C2372D" w14:textId="77777777" w:rsidTr="00117C78">
        <w:trPr>
          <w:jc w:val="center"/>
        </w:trPr>
        <w:tc>
          <w:tcPr>
            <w:tcW w:w="1422" w:type="pct"/>
          </w:tcPr>
          <w:p w14:paraId="258E37E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Acanthocybium solandri</w:t>
            </w:r>
          </w:p>
        </w:tc>
        <w:tc>
          <w:tcPr>
            <w:tcW w:w="1422" w:type="pct"/>
          </w:tcPr>
          <w:p w14:paraId="5C041A9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Wahoo</w:t>
            </w:r>
          </w:p>
        </w:tc>
        <w:tc>
          <w:tcPr>
            <w:tcW w:w="766" w:type="pct"/>
          </w:tcPr>
          <w:p w14:paraId="247D2C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711F6C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D89CF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ED87A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57919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9CDBFAC" w14:textId="77777777" w:rsidTr="00117C78">
        <w:trPr>
          <w:jc w:val="center"/>
        </w:trPr>
        <w:tc>
          <w:tcPr>
            <w:tcW w:w="1422" w:type="pct"/>
          </w:tcPr>
          <w:p w14:paraId="32CB891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Auxis rochei</w:t>
            </w:r>
          </w:p>
        </w:tc>
        <w:tc>
          <w:tcPr>
            <w:tcW w:w="1422" w:type="pct"/>
          </w:tcPr>
          <w:p w14:paraId="45565B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Bullet Tuna</w:t>
            </w:r>
          </w:p>
        </w:tc>
        <w:tc>
          <w:tcPr>
            <w:tcW w:w="766" w:type="pct"/>
          </w:tcPr>
          <w:p w14:paraId="1D03B6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327650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FEE361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09D301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4A13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B9CCC84" w14:textId="77777777" w:rsidTr="00117C78">
        <w:trPr>
          <w:jc w:val="center"/>
        </w:trPr>
        <w:tc>
          <w:tcPr>
            <w:tcW w:w="1422" w:type="pct"/>
          </w:tcPr>
          <w:p w14:paraId="353EF0A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Auxis thazard</w:t>
            </w:r>
          </w:p>
        </w:tc>
        <w:tc>
          <w:tcPr>
            <w:tcW w:w="1422" w:type="pct"/>
          </w:tcPr>
          <w:p w14:paraId="4AA3990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Frigate Tuna</w:t>
            </w:r>
          </w:p>
        </w:tc>
        <w:tc>
          <w:tcPr>
            <w:tcW w:w="766" w:type="pct"/>
          </w:tcPr>
          <w:p w14:paraId="013271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073021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C8AEF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915F4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A57211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6444D48" w14:textId="77777777" w:rsidTr="00117C78">
        <w:trPr>
          <w:jc w:val="center"/>
        </w:trPr>
        <w:tc>
          <w:tcPr>
            <w:tcW w:w="1422" w:type="pct"/>
          </w:tcPr>
          <w:p w14:paraId="095EAC0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Katsuwonus pelamis</w:t>
            </w:r>
          </w:p>
        </w:tc>
        <w:tc>
          <w:tcPr>
            <w:tcW w:w="1422" w:type="pct"/>
          </w:tcPr>
          <w:p w14:paraId="0FFAA51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Skipjack Tuna</w:t>
            </w:r>
          </w:p>
        </w:tc>
        <w:tc>
          <w:tcPr>
            <w:tcW w:w="766" w:type="pct"/>
          </w:tcPr>
          <w:p w14:paraId="1D9B68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6DF848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9028B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C0CD1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C899C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FEFEB1D" w14:textId="77777777" w:rsidTr="00117C78">
        <w:trPr>
          <w:jc w:val="center"/>
        </w:trPr>
        <w:tc>
          <w:tcPr>
            <w:tcW w:w="1422" w:type="pct"/>
          </w:tcPr>
          <w:p w14:paraId="4555AB1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Sarda orientalis</w:t>
            </w:r>
          </w:p>
        </w:tc>
        <w:tc>
          <w:tcPr>
            <w:tcW w:w="1422" w:type="pct"/>
          </w:tcPr>
          <w:p w14:paraId="02911C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Orientalis Mackerel</w:t>
            </w:r>
          </w:p>
        </w:tc>
        <w:tc>
          <w:tcPr>
            <w:tcW w:w="766" w:type="pct"/>
          </w:tcPr>
          <w:p w14:paraId="13EBD78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59B86A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2E254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C72B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6E7A6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0892ED8" w14:textId="77777777" w:rsidTr="00117C78">
        <w:trPr>
          <w:jc w:val="center"/>
        </w:trPr>
        <w:tc>
          <w:tcPr>
            <w:tcW w:w="1422" w:type="pct"/>
          </w:tcPr>
          <w:p w14:paraId="121BB11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Scomber scombrus</w:t>
            </w:r>
          </w:p>
        </w:tc>
        <w:tc>
          <w:tcPr>
            <w:tcW w:w="1422" w:type="pct"/>
          </w:tcPr>
          <w:p w14:paraId="4B64CA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Atlantic Mackerel</w:t>
            </w:r>
          </w:p>
        </w:tc>
        <w:tc>
          <w:tcPr>
            <w:tcW w:w="766" w:type="pct"/>
          </w:tcPr>
          <w:p w14:paraId="74C688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7F8298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0177B3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FDF78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B1505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CF6359C" w14:textId="77777777" w:rsidTr="00117C78">
        <w:trPr>
          <w:jc w:val="center"/>
        </w:trPr>
        <w:tc>
          <w:tcPr>
            <w:tcW w:w="1422" w:type="pct"/>
          </w:tcPr>
          <w:p w14:paraId="09D70DD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Thunnus alalunga</w:t>
            </w:r>
          </w:p>
        </w:tc>
        <w:tc>
          <w:tcPr>
            <w:tcW w:w="1422" w:type="pct"/>
          </w:tcPr>
          <w:p w14:paraId="1A3B47E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Albacore</w:t>
            </w:r>
          </w:p>
        </w:tc>
        <w:tc>
          <w:tcPr>
            <w:tcW w:w="766" w:type="pct"/>
          </w:tcPr>
          <w:p w14:paraId="6F431F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7D2A808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290D4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9397FB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DE4C8B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5C3DD30" w14:textId="77777777" w:rsidTr="00117C78">
        <w:trPr>
          <w:jc w:val="center"/>
        </w:trPr>
        <w:tc>
          <w:tcPr>
            <w:tcW w:w="1422" w:type="pct"/>
          </w:tcPr>
          <w:p w14:paraId="7C735C9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Thunnus albacares</w:t>
            </w:r>
          </w:p>
        </w:tc>
        <w:tc>
          <w:tcPr>
            <w:tcW w:w="1422" w:type="pct"/>
          </w:tcPr>
          <w:p w14:paraId="70B2F7A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Yellowfin Tuna</w:t>
            </w:r>
          </w:p>
        </w:tc>
        <w:tc>
          <w:tcPr>
            <w:tcW w:w="766" w:type="pct"/>
          </w:tcPr>
          <w:p w14:paraId="1CD468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1BCB79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7FBB0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D9C4B0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FF6AFD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8938F9D" w14:textId="77777777" w:rsidTr="00117C78">
        <w:trPr>
          <w:jc w:val="center"/>
        </w:trPr>
        <w:tc>
          <w:tcPr>
            <w:tcW w:w="1422" w:type="pct"/>
          </w:tcPr>
          <w:p w14:paraId="6609425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Thunnus maccoyii</w:t>
            </w:r>
          </w:p>
        </w:tc>
        <w:tc>
          <w:tcPr>
            <w:tcW w:w="1422" w:type="pct"/>
          </w:tcPr>
          <w:p w14:paraId="0C43F8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McCoy's Tuna</w:t>
            </w:r>
          </w:p>
        </w:tc>
        <w:tc>
          <w:tcPr>
            <w:tcW w:w="766" w:type="pct"/>
          </w:tcPr>
          <w:p w14:paraId="269C47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547978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3119C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ACA8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BB98E4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05A82589" w14:textId="77777777" w:rsidTr="00117C78">
        <w:trPr>
          <w:jc w:val="center"/>
        </w:trPr>
        <w:tc>
          <w:tcPr>
            <w:tcW w:w="1422" w:type="pct"/>
          </w:tcPr>
          <w:p w14:paraId="1FF9236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Thunnus obesus</w:t>
            </w:r>
          </w:p>
        </w:tc>
        <w:tc>
          <w:tcPr>
            <w:tcW w:w="1422" w:type="pct"/>
          </w:tcPr>
          <w:p w14:paraId="33CFBD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Bigeye Tuna</w:t>
            </w:r>
          </w:p>
        </w:tc>
        <w:tc>
          <w:tcPr>
            <w:tcW w:w="766" w:type="pct"/>
          </w:tcPr>
          <w:p w14:paraId="43AE28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Scombridae</w:t>
            </w:r>
          </w:p>
        </w:tc>
        <w:tc>
          <w:tcPr>
            <w:tcW w:w="347" w:type="pct"/>
          </w:tcPr>
          <w:p w14:paraId="0B542B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2098D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89402E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14095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27D0B79" w14:textId="77777777" w:rsidTr="00117C78">
        <w:trPr>
          <w:jc w:val="center"/>
        </w:trPr>
        <w:tc>
          <w:tcPr>
            <w:tcW w:w="1422" w:type="pct"/>
          </w:tcPr>
          <w:p w14:paraId="1EB4BD1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Pseudanthias fasciatus</w:t>
            </w:r>
          </w:p>
        </w:tc>
        <w:tc>
          <w:tcPr>
            <w:tcW w:w="1422" w:type="pct"/>
          </w:tcPr>
          <w:p w14:paraId="16C7817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Striped Anthias</w:t>
            </w:r>
          </w:p>
        </w:tc>
        <w:tc>
          <w:tcPr>
            <w:tcW w:w="766" w:type="pct"/>
          </w:tcPr>
          <w:p w14:paraId="7EBE5E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Serranidae</w:t>
            </w:r>
          </w:p>
        </w:tc>
        <w:tc>
          <w:tcPr>
            <w:tcW w:w="347" w:type="pct"/>
          </w:tcPr>
          <w:p w14:paraId="68454E7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5DF913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CD35D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3A9570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95F3075" w14:textId="77777777" w:rsidTr="00117C78">
        <w:trPr>
          <w:jc w:val="center"/>
        </w:trPr>
        <w:tc>
          <w:tcPr>
            <w:tcW w:w="1422" w:type="pct"/>
          </w:tcPr>
          <w:p w14:paraId="222E0FE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Pseudanthias mooreanus</w:t>
            </w:r>
          </w:p>
        </w:tc>
        <w:tc>
          <w:tcPr>
            <w:tcW w:w="1422" w:type="pct"/>
          </w:tcPr>
          <w:p w14:paraId="5C25D1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Moore’s Anthias</w:t>
            </w:r>
          </w:p>
        </w:tc>
        <w:tc>
          <w:tcPr>
            <w:tcW w:w="766" w:type="pct"/>
          </w:tcPr>
          <w:p w14:paraId="31DBB8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Serranidae</w:t>
            </w:r>
          </w:p>
        </w:tc>
        <w:tc>
          <w:tcPr>
            <w:tcW w:w="347" w:type="pct"/>
          </w:tcPr>
          <w:p w14:paraId="5536DA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473614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968A7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EDF1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0DC31308" w14:textId="77777777" w:rsidTr="00117C78">
        <w:trPr>
          <w:jc w:val="center"/>
        </w:trPr>
        <w:tc>
          <w:tcPr>
            <w:tcW w:w="1422" w:type="pct"/>
          </w:tcPr>
          <w:p w14:paraId="73D2C1B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Pseudanthias rubrolineatus</w:t>
            </w:r>
          </w:p>
        </w:tc>
        <w:tc>
          <w:tcPr>
            <w:tcW w:w="1422" w:type="pct"/>
          </w:tcPr>
          <w:p w14:paraId="775E28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Red-lined Anthias</w:t>
            </w:r>
          </w:p>
        </w:tc>
        <w:tc>
          <w:tcPr>
            <w:tcW w:w="766" w:type="pct"/>
          </w:tcPr>
          <w:p w14:paraId="723ED83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Serranidae</w:t>
            </w:r>
          </w:p>
        </w:tc>
        <w:tc>
          <w:tcPr>
            <w:tcW w:w="347" w:type="pct"/>
          </w:tcPr>
          <w:p w14:paraId="6FFA8A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99B8C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F6C951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3A00A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FA42378" w14:textId="77777777" w:rsidTr="00117C78">
        <w:trPr>
          <w:jc w:val="center"/>
        </w:trPr>
        <w:tc>
          <w:tcPr>
            <w:tcW w:w="1422" w:type="pct"/>
          </w:tcPr>
          <w:p w14:paraId="0FBDDB0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Pseudanthias squamipinnis</w:t>
            </w:r>
          </w:p>
        </w:tc>
        <w:tc>
          <w:tcPr>
            <w:tcW w:w="1422" w:type="pct"/>
          </w:tcPr>
          <w:p w14:paraId="018822B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Squamipinnis Anthias</w:t>
            </w:r>
          </w:p>
        </w:tc>
        <w:tc>
          <w:tcPr>
            <w:tcW w:w="766" w:type="pct"/>
          </w:tcPr>
          <w:p w14:paraId="5EA970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Serranidae</w:t>
            </w:r>
          </w:p>
        </w:tc>
        <w:tc>
          <w:tcPr>
            <w:tcW w:w="347" w:type="pct"/>
          </w:tcPr>
          <w:p w14:paraId="255DD3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B8492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7EE6D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0FB9C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7D85263" w14:textId="77777777" w:rsidTr="00117C78">
        <w:trPr>
          <w:jc w:val="center"/>
        </w:trPr>
        <w:tc>
          <w:tcPr>
            <w:tcW w:w="1422" w:type="pct"/>
          </w:tcPr>
          <w:p w14:paraId="06F1B5B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Rabaulichthys suzukii</w:t>
            </w:r>
          </w:p>
        </w:tc>
        <w:tc>
          <w:tcPr>
            <w:tcW w:w="1422" w:type="pct"/>
          </w:tcPr>
          <w:p w14:paraId="01D528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Suzuki's Rabaulichthys</w:t>
            </w:r>
          </w:p>
        </w:tc>
        <w:tc>
          <w:tcPr>
            <w:tcW w:w="766" w:type="pct"/>
          </w:tcPr>
          <w:p w14:paraId="6988AC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Rabaulichthyidae</w:t>
            </w:r>
          </w:p>
        </w:tc>
        <w:tc>
          <w:tcPr>
            <w:tcW w:w="347" w:type="pct"/>
          </w:tcPr>
          <w:p w14:paraId="3B5951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C9841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81AF58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D4980A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944E129" w14:textId="77777777" w:rsidTr="00117C78">
        <w:trPr>
          <w:jc w:val="center"/>
        </w:trPr>
        <w:tc>
          <w:tcPr>
            <w:tcW w:w="1422" w:type="pct"/>
          </w:tcPr>
          <w:p w14:paraId="40DD9F1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Siganus argenteus</w:t>
            </w:r>
          </w:p>
        </w:tc>
        <w:tc>
          <w:tcPr>
            <w:tcW w:w="1422" w:type="pct"/>
          </w:tcPr>
          <w:p w14:paraId="112E252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Silver-lined Rabbitfish</w:t>
            </w:r>
          </w:p>
        </w:tc>
        <w:tc>
          <w:tcPr>
            <w:tcW w:w="766" w:type="pct"/>
          </w:tcPr>
          <w:p w14:paraId="325523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Siganidae</w:t>
            </w:r>
          </w:p>
        </w:tc>
        <w:tc>
          <w:tcPr>
            <w:tcW w:w="347" w:type="pct"/>
          </w:tcPr>
          <w:p w14:paraId="072DFB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15E7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56BFF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B355D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989924D" w14:textId="77777777" w:rsidTr="00117C78">
        <w:trPr>
          <w:jc w:val="center"/>
        </w:trPr>
        <w:tc>
          <w:tcPr>
            <w:tcW w:w="1422" w:type="pct"/>
          </w:tcPr>
          <w:p w14:paraId="127EE33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Sillago japonica</w:t>
            </w:r>
          </w:p>
        </w:tc>
        <w:tc>
          <w:tcPr>
            <w:tcW w:w="1422" w:type="pct"/>
          </w:tcPr>
          <w:p w14:paraId="28DFC8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Whiting</w:t>
            </w:r>
          </w:p>
        </w:tc>
        <w:tc>
          <w:tcPr>
            <w:tcW w:w="766" w:type="pct"/>
          </w:tcPr>
          <w:p w14:paraId="2C27BB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Sillaginidae</w:t>
            </w:r>
          </w:p>
        </w:tc>
        <w:tc>
          <w:tcPr>
            <w:tcW w:w="347" w:type="pct"/>
          </w:tcPr>
          <w:p w14:paraId="0B5EE1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EF92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ED98D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B1FAF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F1961A7" w14:textId="77777777" w:rsidTr="00117C78">
        <w:trPr>
          <w:jc w:val="center"/>
        </w:trPr>
        <w:tc>
          <w:tcPr>
            <w:tcW w:w="1422" w:type="pct"/>
          </w:tcPr>
          <w:p w14:paraId="2DBE851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Rhabdosargus sarba</w:t>
            </w:r>
          </w:p>
        </w:tc>
        <w:tc>
          <w:tcPr>
            <w:tcW w:w="1422" w:type="pct"/>
          </w:tcPr>
          <w:p w14:paraId="01058E0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Mullet Snapper</w:t>
            </w:r>
          </w:p>
        </w:tc>
        <w:tc>
          <w:tcPr>
            <w:tcW w:w="766" w:type="pct"/>
          </w:tcPr>
          <w:p w14:paraId="4D25F9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Sparidae</w:t>
            </w:r>
          </w:p>
        </w:tc>
        <w:tc>
          <w:tcPr>
            <w:tcW w:w="347" w:type="pct"/>
          </w:tcPr>
          <w:p w14:paraId="44D54F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6054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9F72A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7FF7A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DDB8F44" w14:textId="77777777" w:rsidTr="00117C78">
        <w:trPr>
          <w:jc w:val="center"/>
        </w:trPr>
        <w:tc>
          <w:tcPr>
            <w:tcW w:w="1422" w:type="pct"/>
          </w:tcPr>
          <w:p w14:paraId="4BC416B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Sphyraena japonica</w:t>
            </w:r>
          </w:p>
        </w:tc>
        <w:tc>
          <w:tcPr>
            <w:tcW w:w="1422" w:type="pct"/>
          </w:tcPr>
          <w:p w14:paraId="3CA741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Barracuda</w:t>
            </w:r>
          </w:p>
        </w:tc>
        <w:tc>
          <w:tcPr>
            <w:tcW w:w="766" w:type="pct"/>
          </w:tcPr>
          <w:p w14:paraId="778F0DE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Sphyraenidae</w:t>
            </w:r>
          </w:p>
        </w:tc>
        <w:tc>
          <w:tcPr>
            <w:tcW w:w="347" w:type="pct"/>
          </w:tcPr>
          <w:p w14:paraId="4614DC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6325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B9BD5B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463A5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F8910A3" w14:textId="77777777" w:rsidTr="00117C78">
        <w:trPr>
          <w:jc w:val="center"/>
        </w:trPr>
        <w:tc>
          <w:tcPr>
            <w:tcW w:w="1422" w:type="pct"/>
          </w:tcPr>
          <w:p w14:paraId="6B142AF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Sphyraena pinguis</w:t>
            </w:r>
          </w:p>
        </w:tc>
        <w:tc>
          <w:tcPr>
            <w:tcW w:w="1422" w:type="pct"/>
          </w:tcPr>
          <w:p w14:paraId="7FC080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Great Barracuda</w:t>
            </w:r>
          </w:p>
        </w:tc>
        <w:tc>
          <w:tcPr>
            <w:tcW w:w="766" w:type="pct"/>
          </w:tcPr>
          <w:p w14:paraId="171CC7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Sphyraenidae</w:t>
            </w:r>
          </w:p>
        </w:tc>
        <w:tc>
          <w:tcPr>
            <w:tcW w:w="347" w:type="pct"/>
          </w:tcPr>
          <w:p w14:paraId="4625EC0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DCA5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6CFB5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97102E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2A84CFE" w14:textId="77777777" w:rsidTr="00117C78">
        <w:trPr>
          <w:jc w:val="center"/>
        </w:trPr>
        <w:tc>
          <w:tcPr>
            <w:tcW w:w="1422" w:type="pct"/>
          </w:tcPr>
          <w:p w14:paraId="58502A4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Alectrias alectrolophus</w:t>
            </w:r>
          </w:p>
        </w:tc>
        <w:tc>
          <w:tcPr>
            <w:tcW w:w="1422" w:type="pct"/>
          </w:tcPr>
          <w:p w14:paraId="167404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Crested Eelpout</w:t>
            </w:r>
          </w:p>
        </w:tc>
        <w:tc>
          <w:tcPr>
            <w:tcW w:w="766" w:type="pct"/>
          </w:tcPr>
          <w:p w14:paraId="7BDE4A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Stichaeidae</w:t>
            </w:r>
          </w:p>
        </w:tc>
        <w:tc>
          <w:tcPr>
            <w:tcW w:w="347" w:type="pct"/>
          </w:tcPr>
          <w:p w14:paraId="19E722F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335F90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89F9F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EC1FA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322FACC" w14:textId="77777777" w:rsidTr="00117C78">
        <w:trPr>
          <w:jc w:val="center"/>
        </w:trPr>
        <w:tc>
          <w:tcPr>
            <w:tcW w:w="1422" w:type="pct"/>
          </w:tcPr>
          <w:p w14:paraId="3D9E9DA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Anisarchus macrops</w:t>
            </w:r>
          </w:p>
        </w:tc>
        <w:tc>
          <w:tcPr>
            <w:tcW w:w="1422" w:type="pct"/>
          </w:tcPr>
          <w:p w14:paraId="09126F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Bigeye Eelpout</w:t>
            </w:r>
          </w:p>
        </w:tc>
        <w:tc>
          <w:tcPr>
            <w:tcW w:w="766" w:type="pct"/>
          </w:tcPr>
          <w:p w14:paraId="235304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Zoarcidae</w:t>
            </w:r>
          </w:p>
        </w:tc>
        <w:tc>
          <w:tcPr>
            <w:tcW w:w="347" w:type="pct"/>
          </w:tcPr>
          <w:p w14:paraId="42D44B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69F1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C6051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30A4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8392B05" w14:textId="77777777" w:rsidTr="00117C78">
        <w:trPr>
          <w:jc w:val="center"/>
        </w:trPr>
        <w:tc>
          <w:tcPr>
            <w:tcW w:w="1422" w:type="pct"/>
          </w:tcPr>
          <w:p w14:paraId="3FFC1E1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Lumpenella longirostris</w:t>
            </w:r>
          </w:p>
        </w:tc>
        <w:tc>
          <w:tcPr>
            <w:tcW w:w="1422" w:type="pct"/>
          </w:tcPr>
          <w:p w14:paraId="461BBB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Longnose Prickleback</w:t>
            </w:r>
          </w:p>
        </w:tc>
        <w:tc>
          <w:tcPr>
            <w:tcW w:w="766" w:type="pct"/>
          </w:tcPr>
          <w:p w14:paraId="3104CC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Stichaeidae</w:t>
            </w:r>
          </w:p>
        </w:tc>
        <w:tc>
          <w:tcPr>
            <w:tcW w:w="347" w:type="pct"/>
          </w:tcPr>
          <w:p w14:paraId="2018232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90A1B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3C4AF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B9683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A0E2E84" w14:textId="77777777" w:rsidTr="00117C78">
        <w:trPr>
          <w:jc w:val="center"/>
        </w:trPr>
        <w:tc>
          <w:tcPr>
            <w:tcW w:w="1422" w:type="pct"/>
          </w:tcPr>
          <w:p w14:paraId="0434422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Stichaeus grigorjewi</w:t>
            </w:r>
          </w:p>
        </w:tc>
        <w:tc>
          <w:tcPr>
            <w:tcW w:w="1422" w:type="pct"/>
          </w:tcPr>
          <w:p w14:paraId="63DB66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Grigorjewi Stichaeus</w:t>
            </w:r>
          </w:p>
        </w:tc>
        <w:tc>
          <w:tcPr>
            <w:tcW w:w="766" w:type="pct"/>
          </w:tcPr>
          <w:p w14:paraId="72EF98E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Stichaeidae</w:t>
            </w:r>
          </w:p>
        </w:tc>
        <w:tc>
          <w:tcPr>
            <w:tcW w:w="347" w:type="pct"/>
          </w:tcPr>
          <w:p w14:paraId="6CC960A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48CFFC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3DD9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FD1AE0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CC08922" w14:textId="77777777" w:rsidTr="00117C78">
        <w:trPr>
          <w:jc w:val="center"/>
        </w:trPr>
        <w:tc>
          <w:tcPr>
            <w:tcW w:w="1422" w:type="pct"/>
          </w:tcPr>
          <w:p w14:paraId="4D1B4DF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Pampus cinereus</w:t>
            </w:r>
          </w:p>
        </w:tc>
        <w:tc>
          <w:tcPr>
            <w:tcW w:w="1422" w:type="pct"/>
          </w:tcPr>
          <w:p w14:paraId="2B8B49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Silver Pomfret</w:t>
            </w:r>
          </w:p>
        </w:tc>
        <w:tc>
          <w:tcPr>
            <w:tcW w:w="766" w:type="pct"/>
          </w:tcPr>
          <w:p w14:paraId="198A2A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Stromateidae</w:t>
            </w:r>
          </w:p>
        </w:tc>
        <w:tc>
          <w:tcPr>
            <w:tcW w:w="347" w:type="pct"/>
          </w:tcPr>
          <w:p w14:paraId="649080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68B73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ECB13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FAC36D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4D6A058" w14:textId="77777777" w:rsidTr="00117C78">
        <w:trPr>
          <w:jc w:val="center"/>
        </w:trPr>
        <w:tc>
          <w:tcPr>
            <w:tcW w:w="1422" w:type="pct"/>
          </w:tcPr>
          <w:p w14:paraId="2159AB9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Benthodesmus tenuis</w:t>
            </w:r>
          </w:p>
        </w:tc>
        <w:tc>
          <w:tcPr>
            <w:tcW w:w="1422" w:type="pct"/>
          </w:tcPr>
          <w:p w14:paraId="081818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Slender Frostfish</w:t>
            </w:r>
          </w:p>
        </w:tc>
        <w:tc>
          <w:tcPr>
            <w:tcW w:w="766" w:type="pct"/>
          </w:tcPr>
          <w:p w14:paraId="1F7172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Trichiuridae</w:t>
            </w:r>
          </w:p>
        </w:tc>
        <w:tc>
          <w:tcPr>
            <w:tcW w:w="347" w:type="pct"/>
          </w:tcPr>
          <w:p w14:paraId="5E3A88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6852E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E5606D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55264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8B1C260" w14:textId="77777777" w:rsidTr="00117C78">
        <w:trPr>
          <w:jc w:val="center"/>
        </w:trPr>
        <w:tc>
          <w:tcPr>
            <w:tcW w:w="1422" w:type="pct"/>
          </w:tcPr>
          <w:p w14:paraId="78D22F9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Tentoriceps cristatus</w:t>
            </w:r>
          </w:p>
        </w:tc>
        <w:tc>
          <w:tcPr>
            <w:tcW w:w="1422" w:type="pct"/>
          </w:tcPr>
          <w:p w14:paraId="327811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Crystatus Apogon</w:t>
            </w:r>
          </w:p>
        </w:tc>
        <w:tc>
          <w:tcPr>
            <w:tcW w:w="766" w:type="pct"/>
          </w:tcPr>
          <w:p w14:paraId="43540D0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Apogonidae</w:t>
            </w:r>
          </w:p>
        </w:tc>
        <w:tc>
          <w:tcPr>
            <w:tcW w:w="347" w:type="pct"/>
          </w:tcPr>
          <w:p w14:paraId="0A85C42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8C1EA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2611D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2BAF0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A507ACA" w14:textId="77777777" w:rsidTr="00117C78">
        <w:trPr>
          <w:jc w:val="center"/>
        </w:trPr>
        <w:tc>
          <w:tcPr>
            <w:tcW w:w="1422" w:type="pct"/>
          </w:tcPr>
          <w:p w14:paraId="267A963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Trichiurus japonicus</w:t>
            </w:r>
          </w:p>
        </w:tc>
        <w:tc>
          <w:tcPr>
            <w:tcW w:w="1422" w:type="pct"/>
          </w:tcPr>
          <w:p w14:paraId="47E0D4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Ribbonfish</w:t>
            </w:r>
          </w:p>
        </w:tc>
        <w:tc>
          <w:tcPr>
            <w:tcW w:w="766" w:type="pct"/>
          </w:tcPr>
          <w:p w14:paraId="173C99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Trichiuridae</w:t>
            </w:r>
          </w:p>
        </w:tc>
        <w:tc>
          <w:tcPr>
            <w:tcW w:w="347" w:type="pct"/>
          </w:tcPr>
          <w:p w14:paraId="0AC6CD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7B9FC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52A13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A28CD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D439BB3" w14:textId="77777777" w:rsidTr="00117C78">
        <w:trPr>
          <w:jc w:val="center"/>
        </w:trPr>
        <w:tc>
          <w:tcPr>
            <w:tcW w:w="1422" w:type="pct"/>
          </w:tcPr>
          <w:p w14:paraId="0C83814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Arctoscopus japonicus</w:t>
            </w:r>
          </w:p>
        </w:tc>
        <w:tc>
          <w:tcPr>
            <w:tcW w:w="1422" w:type="pct"/>
          </w:tcPr>
          <w:p w14:paraId="2C028D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Sailfin Sandfish</w:t>
            </w:r>
          </w:p>
        </w:tc>
        <w:tc>
          <w:tcPr>
            <w:tcW w:w="766" w:type="pct"/>
          </w:tcPr>
          <w:p w14:paraId="79030C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Trichodontidae</w:t>
            </w:r>
          </w:p>
        </w:tc>
        <w:tc>
          <w:tcPr>
            <w:tcW w:w="347" w:type="pct"/>
          </w:tcPr>
          <w:p w14:paraId="04F905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045B6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D6B90C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29D07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949A93D" w14:textId="77777777" w:rsidTr="00117C78">
        <w:trPr>
          <w:jc w:val="center"/>
        </w:trPr>
        <w:tc>
          <w:tcPr>
            <w:tcW w:w="1422" w:type="pct"/>
          </w:tcPr>
          <w:p w14:paraId="55B909E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Xiphias gladius</w:t>
            </w:r>
          </w:p>
        </w:tc>
        <w:tc>
          <w:tcPr>
            <w:tcW w:w="1422" w:type="pct"/>
          </w:tcPr>
          <w:p w14:paraId="36BCCD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Swordfish</w:t>
            </w:r>
          </w:p>
        </w:tc>
        <w:tc>
          <w:tcPr>
            <w:tcW w:w="766" w:type="pct"/>
          </w:tcPr>
          <w:p w14:paraId="04168DB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Xiphiidae</w:t>
            </w:r>
          </w:p>
        </w:tc>
        <w:tc>
          <w:tcPr>
            <w:tcW w:w="347" w:type="pct"/>
          </w:tcPr>
          <w:p w14:paraId="70482C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BED92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42B090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2065D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12019E8" w14:textId="77777777" w:rsidTr="00117C78">
        <w:trPr>
          <w:jc w:val="center"/>
        </w:trPr>
        <w:tc>
          <w:tcPr>
            <w:tcW w:w="1422" w:type="pct"/>
          </w:tcPr>
          <w:p w14:paraId="29EE573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Zaprora silenus</w:t>
            </w:r>
          </w:p>
        </w:tc>
        <w:tc>
          <w:tcPr>
            <w:tcW w:w="1422" w:type="pct"/>
          </w:tcPr>
          <w:p w14:paraId="379593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Silenus Zaprora</w:t>
            </w:r>
          </w:p>
        </w:tc>
        <w:tc>
          <w:tcPr>
            <w:tcW w:w="766" w:type="pct"/>
          </w:tcPr>
          <w:p w14:paraId="005ACF5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36D0F7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9A83B0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5ECE8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C9AFE7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6607619" w14:textId="77777777" w:rsidTr="00117C78">
        <w:trPr>
          <w:jc w:val="center"/>
        </w:trPr>
        <w:tc>
          <w:tcPr>
            <w:tcW w:w="1422" w:type="pct"/>
          </w:tcPr>
          <w:p w14:paraId="678E9F7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Davidijordania poecilimon</w:t>
            </w:r>
          </w:p>
        </w:tc>
        <w:tc>
          <w:tcPr>
            <w:tcW w:w="1422" w:type="pct"/>
          </w:tcPr>
          <w:p w14:paraId="65895F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Stippled Sculpin</w:t>
            </w:r>
          </w:p>
        </w:tc>
        <w:tc>
          <w:tcPr>
            <w:tcW w:w="766" w:type="pct"/>
          </w:tcPr>
          <w:p w14:paraId="622DB3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0E59DE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8A999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D6C13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2A0D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4709A30" w14:textId="77777777" w:rsidTr="00117C78">
        <w:trPr>
          <w:jc w:val="center"/>
        </w:trPr>
        <w:tc>
          <w:tcPr>
            <w:tcW w:w="1422" w:type="pct"/>
          </w:tcPr>
          <w:p w14:paraId="0D9F63E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Bothus pantherinus</w:t>
            </w:r>
          </w:p>
        </w:tc>
        <w:tc>
          <w:tcPr>
            <w:tcW w:w="1422" w:type="pct"/>
          </w:tcPr>
          <w:p w14:paraId="36C7EE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Leopard Flounder</w:t>
            </w:r>
          </w:p>
        </w:tc>
        <w:tc>
          <w:tcPr>
            <w:tcW w:w="766" w:type="pct"/>
          </w:tcPr>
          <w:p w14:paraId="2F0C17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Bothidae</w:t>
            </w:r>
          </w:p>
        </w:tc>
        <w:tc>
          <w:tcPr>
            <w:tcW w:w="347" w:type="pct"/>
          </w:tcPr>
          <w:p w14:paraId="7DFF5A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847A9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043FB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B0D9DE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CFDB050" w14:textId="77777777" w:rsidTr="00117C78">
        <w:trPr>
          <w:jc w:val="center"/>
        </w:trPr>
        <w:tc>
          <w:tcPr>
            <w:tcW w:w="1422" w:type="pct"/>
          </w:tcPr>
          <w:p w14:paraId="4ED80CC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Paralichthys olivaceus</w:t>
            </w:r>
          </w:p>
        </w:tc>
        <w:tc>
          <w:tcPr>
            <w:tcW w:w="1422" w:type="pct"/>
          </w:tcPr>
          <w:p w14:paraId="516F63B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Olive Flounder</w:t>
            </w:r>
          </w:p>
        </w:tc>
        <w:tc>
          <w:tcPr>
            <w:tcW w:w="766" w:type="pct"/>
          </w:tcPr>
          <w:p w14:paraId="395073F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Paralichthyidae</w:t>
            </w:r>
          </w:p>
        </w:tc>
        <w:tc>
          <w:tcPr>
            <w:tcW w:w="347" w:type="pct"/>
          </w:tcPr>
          <w:p w14:paraId="5E7E7FF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5FFCC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143AD5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C5ED4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449B30D" w14:textId="77777777" w:rsidTr="00117C78">
        <w:trPr>
          <w:jc w:val="center"/>
        </w:trPr>
        <w:tc>
          <w:tcPr>
            <w:tcW w:w="1422" w:type="pct"/>
          </w:tcPr>
          <w:p w14:paraId="1B61C63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Acanthopsetta nadeshnyi</w:t>
            </w:r>
          </w:p>
        </w:tc>
        <w:tc>
          <w:tcPr>
            <w:tcW w:w="1422" w:type="pct"/>
          </w:tcPr>
          <w:p w14:paraId="10FE7E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Northern Flatfish</w:t>
            </w:r>
          </w:p>
        </w:tc>
        <w:tc>
          <w:tcPr>
            <w:tcW w:w="766" w:type="pct"/>
          </w:tcPr>
          <w:p w14:paraId="0E518A3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Pleuronectidae</w:t>
            </w:r>
          </w:p>
        </w:tc>
        <w:tc>
          <w:tcPr>
            <w:tcW w:w="347" w:type="pct"/>
          </w:tcPr>
          <w:p w14:paraId="6930C4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E70F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5C62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043636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8713724" w14:textId="77777777" w:rsidTr="00117C78">
        <w:trPr>
          <w:jc w:val="center"/>
        </w:trPr>
        <w:tc>
          <w:tcPr>
            <w:tcW w:w="1422" w:type="pct"/>
          </w:tcPr>
          <w:p w14:paraId="6A66AF8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Atheresthes evermanni</w:t>
            </w:r>
          </w:p>
        </w:tc>
        <w:tc>
          <w:tcPr>
            <w:tcW w:w="1422" w:type="pct"/>
          </w:tcPr>
          <w:p w14:paraId="00686B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Kamchatka Flounder</w:t>
            </w:r>
          </w:p>
        </w:tc>
        <w:tc>
          <w:tcPr>
            <w:tcW w:w="766" w:type="pct"/>
          </w:tcPr>
          <w:p w14:paraId="40E503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Pleuronectidae</w:t>
            </w:r>
          </w:p>
        </w:tc>
        <w:tc>
          <w:tcPr>
            <w:tcW w:w="347" w:type="pct"/>
          </w:tcPr>
          <w:p w14:paraId="2CC52BE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3315D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CFC27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865120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F0962E7" w14:textId="77777777" w:rsidTr="00117C78">
        <w:trPr>
          <w:jc w:val="center"/>
        </w:trPr>
        <w:tc>
          <w:tcPr>
            <w:tcW w:w="1422" w:type="pct"/>
          </w:tcPr>
          <w:p w14:paraId="4A5D141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Dexistes rikuzenius</w:t>
            </w:r>
          </w:p>
        </w:tc>
        <w:tc>
          <w:tcPr>
            <w:tcW w:w="1422" w:type="pct"/>
          </w:tcPr>
          <w:p w14:paraId="6FD81F5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Rikuzen Sole</w:t>
            </w:r>
          </w:p>
        </w:tc>
        <w:tc>
          <w:tcPr>
            <w:tcW w:w="766" w:type="pct"/>
          </w:tcPr>
          <w:p w14:paraId="5137A29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Pleuronectidae</w:t>
            </w:r>
          </w:p>
        </w:tc>
        <w:tc>
          <w:tcPr>
            <w:tcW w:w="347" w:type="pct"/>
          </w:tcPr>
          <w:p w14:paraId="5E65BEC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0554B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3332B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D2492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35604A0" w14:textId="77777777" w:rsidTr="00117C78">
        <w:trPr>
          <w:jc w:val="center"/>
        </w:trPr>
        <w:tc>
          <w:tcPr>
            <w:tcW w:w="1422" w:type="pct"/>
          </w:tcPr>
          <w:p w14:paraId="6624107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Liopsetta pinnifasciata</w:t>
            </w:r>
          </w:p>
        </w:tc>
        <w:tc>
          <w:tcPr>
            <w:tcW w:w="1422" w:type="pct"/>
          </w:tcPr>
          <w:p w14:paraId="1099335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Spinyfin Flounder</w:t>
            </w:r>
          </w:p>
        </w:tc>
        <w:tc>
          <w:tcPr>
            <w:tcW w:w="766" w:type="pct"/>
          </w:tcPr>
          <w:p w14:paraId="6053B0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Pleuronectidae</w:t>
            </w:r>
          </w:p>
        </w:tc>
        <w:tc>
          <w:tcPr>
            <w:tcW w:w="347" w:type="pct"/>
          </w:tcPr>
          <w:p w14:paraId="0595D0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F7D8EC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EDC6C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92FA1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A6FA316" w14:textId="77777777" w:rsidTr="00117C78">
        <w:trPr>
          <w:jc w:val="center"/>
        </w:trPr>
        <w:tc>
          <w:tcPr>
            <w:tcW w:w="1422" w:type="pct"/>
          </w:tcPr>
          <w:p w14:paraId="25FC5CD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Microstomus achne</w:t>
            </w:r>
          </w:p>
        </w:tc>
        <w:tc>
          <w:tcPr>
            <w:tcW w:w="1422" w:type="pct"/>
          </w:tcPr>
          <w:p w14:paraId="5D839C5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Slime Flounder</w:t>
            </w:r>
          </w:p>
        </w:tc>
        <w:tc>
          <w:tcPr>
            <w:tcW w:w="766" w:type="pct"/>
          </w:tcPr>
          <w:p w14:paraId="1D10D04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Pleuronectidae</w:t>
            </w:r>
          </w:p>
        </w:tc>
        <w:tc>
          <w:tcPr>
            <w:tcW w:w="347" w:type="pct"/>
          </w:tcPr>
          <w:p w14:paraId="291403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FEA28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518E3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6DF2A8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AFE0106" w14:textId="77777777" w:rsidTr="00117C78">
        <w:trPr>
          <w:jc w:val="center"/>
        </w:trPr>
        <w:tc>
          <w:tcPr>
            <w:tcW w:w="1422" w:type="pct"/>
          </w:tcPr>
          <w:p w14:paraId="17D04A4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Polymixia japonica</w:t>
            </w:r>
          </w:p>
        </w:tc>
        <w:tc>
          <w:tcPr>
            <w:tcW w:w="1422" w:type="pct"/>
          </w:tcPr>
          <w:p w14:paraId="2CBD49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Beardfish</w:t>
            </w:r>
          </w:p>
        </w:tc>
        <w:tc>
          <w:tcPr>
            <w:tcW w:w="766" w:type="pct"/>
          </w:tcPr>
          <w:p w14:paraId="74AB1C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Polymixiidae</w:t>
            </w:r>
          </w:p>
        </w:tc>
        <w:tc>
          <w:tcPr>
            <w:tcW w:w="347" w:type="pct"/>
          </w:tcPr>
          <w:p w14:paraId="6366C1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819281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82381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52802B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52A7F5B" w14:textId="77777777" w:rsidTr="00117C78">
        <w:trPr>
          <w:jc w:val="center"/>
        </w:trPr>
        <w:tc>
          <w:tcPr>
            <w:tcW w:w="1422" w:type="pct"/>
          </w:tcPr>
          <w:p w14:paraId="2D7A206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Oncorhynchus gorbuscha</w:t>
            </w:r>
          </w:p>
        </w:tc>
        <w:tc>
          <w:tcPr>
            <w:tcW w:w="1422" w:type="pct"/>
          </w:tcPr>
          <w:p w14:paraId="413974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Pink Salmon</w:t>
            </w:r>
          </w:p>
        </w:tc>
        <w:tc>
          <w:tcPr>
            <w:tcW w:w="766" w:type="pct"/>
          </w:tcPr>
          <w:p w14:paraId="543DA3E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5BC4CDD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818DE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D1841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92B4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2D274A9" w14:textId="77777777" w:rsidTr="00117C78">
        <w:trPr>
          <w:jc w:val="center"/>
        </w:trPr>
        <w:tc>
          <w:tcPr>
            <w:tcW w:w="1422" w:type="pct"/>
          </w:tcPr>
          <w:p w14:paraId="0A64A17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Oncorhynchus keta</w:t>
            </w:r>
          </w:p>
        </w:tc>
        <w:tc>
          <w:tcPr>
            <w:tcW w:w="1422" w:type="pct"/>
          </w:tcPr>
          <w:p w14:paraId="519369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Chum Salmon</w:t>
            </w:r>
          </w:p>
        </w:tc>
        <w:tc>
          <w:tcPr>
            <w:tcW w:w="766" w:type="pct"/>
          </w:tcPr>
          <w:p w14:paraId="1F4396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7EE49F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3C20E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6A861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4C348F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1666840" w14:textId="77777777" w:rsidTr="00117C78">
        <w:trPr>
          <w:jc w:val="center"/>
        </w:trPr>
        <w:tc>
          <w:tcPr>
            <w:tcW w:w="1422" w:type="pct"/>
          </w:tcPr>
          <w:p w14:paraId="4ED23DD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Oncorhynchus kisutch</w:t>
            </w:r>
          </w:p>
        </w:tc>
        <w:tc>
          <w:tcPr>
            <w:tcW w:w="1422" w:type="pct"/>
          </w:tcPr>
          <w:p w14:paraId="729ABD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Coho Salmon</w:t>
            </w:r>
          </w:p>
        </w:tc>
        <w:tc>
          <w:tcPr>
            <w:tcW w:w="766" w:type="pct"/>
          </w:tcPr>
          <w:p w14:paraId="35767F4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1DFE8D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97DE01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D0B88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E8B4F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6C4F01C" w14:textId="77777777" w:rsidTr="00117C78">
        <w:trPr>
          <w:jc w:val="center"/>
        </w:trPr>
        <w:tc>
          <w:tcPr>
            <w:tcW w:w="1422" w:type="pct"/>
          </w:tcPr>
          <w:p w14:paraId="50B9FD8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Salmo trutta</w:t>
            </w:r>
          </w:p>
        </w:tc>
        <w:tc>
          <w:tcPr>
            <w:tcW w:w="1422" w:type="pct"/>
          </w:tcPr>
          <w:p w14:paraId="0A3FBFD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Brown Trout</w:t>
            </w:r>
          </w:p>
        </w:tc>
        <w:tc>
          <w:tcPr>
            <w:tcW w:w="766" w:type="pct"/>
          </w:tcPr>
          <w:p w14:paraId="4AAF8F5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4C1A0C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E4DA26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35BDB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60848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3885E0B" w14:textId="77777777" w:rsidTr="00117C78">
        <w:trPr>
          <w:jc w:val="center"/>
        </w:trPr>
        <w:tc>
          <w:tcPr>
            <w:tcW w:w="1422" w:type="pct"/>
          </w:tcPr>
          <w:p w14:paraId="5C3C4A3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Salmo trutta</w:t>
            </w:r>
          </w:p>
        </w:tc>
        <w:tc>
          <w:tcPr>
            <w:tcW w:w="1422" w:type="pct"/>
          </w:tcPr>
          <w:p w14:paraId="0FF938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Brown Trout</w:t>
            </w:r>
          </w:p>
        </w:tc>
        <w:tc>
          <w:tcPr>
            <w:tcW w:w="766" w:type="pct"/>
          </w:tcPr>
          <w:p w14:paraId="66ED797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3F5946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EE65A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62160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96CF1E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9432E43" w14:textId="77777777" w:rsidTr="00117C78">
        <w:trPr>
          <w:jc w:val="center"/>
        </w:trPr>
        <w:tc>
          <w:tcPr>
            <w:tcW w:w="1422" w:type="pct"/>
          </w:tcPr>
          <w:p w14:paraId="118C97E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Salmo trutta</w:t>
            </w:r>
          </w:p>
        </w:tc>
        <w:tc>
          <w:tcPr>
            <w:tcW w:w="1422" w:type="pct"/>
          </w:tcPr>
          <w:p w14:paraId="59AC2C7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Brown Trout</w:t>
            </w:r>
          </w:p>
        </w:tc>
        <w:tc>
          <w:tcPr>
            <w:tcW w:w="766" w:type="pct"/>
          </w:tcPr>
          <w:p w14:paraId="3D32D03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616B631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FC451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8207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C677D6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50BC2AA" w14:textId="77777777" w:rsidTr="00117C78">
        <w:trPr>
          <w:jc w:val="center"/>
        </w:trPr>
        <w:tc>
          <w:tcPr>
            <w:tcW w:w="1422" w:type="pct"/>
          </w:tcPr>
          <w:p w14:paraId="0152A99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Salmo trutta</w:t>
            </w:r>
          </w:p>
        </w:tc>
        <w:tc>
          <w:tcPr>
            <w:tcW w:w="1422" w:type="pct"/>
          </w:tcPr>
          <w:p w14:paraId="5B41CD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Brown Trout</w:t>
            </w:r>
          </w:p>
        </w:tc>
        <w:tc>
          <w:tcPr>
            <w:tcW w:w="766" w:type="pct"/>
          </w:tcPr>
          <w:p w14:paraId="067EC67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4890C3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4B1CA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3B199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F5E05A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776A6E2" w14:textId="77777777" w:rsidTr="00117C78">
        <w:trPr>
          <w:jc w:val="center"/>
        </w:trPr>
        <w:tc>
          <w:tcPr>
            <w:tcW w:w="1422" w:type="pct"/>
          </w:tcPr>
          <w:p w14:paraId="6F37DC4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Salvelinus leucomaenis</w:t>
            </w:r>
          </w:p>
        </w:tc>
        <w:tc>
          <w:tcPr>
            <w:tcW w:w="1422" w:type="pct"/>
          </w:tcPr>
          <w:p w14:paraId="4D0A9EE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White-spotted Char</w:t>
            </w:r>
          </w:p>
        </w:tc>
        <w:tc>
          <w:tcPr>
            <w:tcW w:w="766" w:type="pct"/>
          </w:tcPr>
          <w:p w14:paraId="2B7F01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Salmonidae</w:t>
            </w:r>
          </w:p>
        </w:tc>
        <w:tc>
          <w:tcPr>
            <w:tcW w:w="347" w:type="pct"/>
          </w:tcPr>
          <w:p w14:paraId="426C2F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B609BE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44AE15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7B28A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434D0B9" w14:textId="77777777" w:rsidTr="00117C78">
        <w:trPr>
          <w:jc w:val="center"/>
        </w:trPr>
        <w:tc>
          <w:tcPr>
            <w:tcW w:w="1422" w:type="pct"/>
          </w:tcPr>
          <w:p w14:paraId="1DED1A0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Cottiusculus schmidti</w:t>
            </w:r>
          </w:p>
        </w:tc>
        <w:tc>
          <w:tcPr>
            <w:tcW w:w="1422" w:type="pct"/>
          </w:tcPr>
          <w:p w14:paraId="2C0C1D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Schmidt's Sculpin</w:t>
            </w:r>
          </w:p>
        </w:tc>
        <w:tc>
          <w:tcPr>
            <w:tcW w:w="766" w:type="pct"/>
          </w:tcPr>
          <w:p w14:paraId="67D9DE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2C4001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87E6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A4536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120D91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52C6EED" w14:textId="77777777" w:rsidTr="00117C78">
        <w:trPr>
          <w:jc w:val="center"/>
        </w:trPr>
        <w:tc>
          <w:tcPr>
            <w:tcW w:w="1422" w:type="pct"/>
          </w:tcPr>
          <w:p w14:paraId="493817C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Cottus gobio</w:t>
            </w:r>
          </w:p>
        </w:tc>
        <w:tc>
          <w:tcPr>
            <w:tcW w:w="1422" w:type="pct"/>
          </w:tcPr>
          <w:p w14:paraId="07F6286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European Bullhead</w:t>
            </w:r>
          </w:p>
        </w:tc>
        <w:tc>
          <w:tcPr>
            <w:tcW w:w="766" w:type="pct"/>
          </w:tcPr>
          <w:p w14:paraId="0979E1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23D44C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2848E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24E032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5DB9D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13A9EE7" w14:textId="77777777" w:rsidTr="00117C78">
        <w:trPr>
          <w:jc w:val="center"/>
        </w:trPr>
        <w:tc>
          <w:tcPr>
            <w:tcW w:w="1422" w:type="pct"/>
          </w:tcPr>
          <w:p w14:paraId="34A8494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Cottus hangiongensis</w:t>
            </w:r>
          </w:p>
        </w:tc>
        <w:tc>
          <w:tcPr>
            <w:tcW w:w="1422" w:type="pct"/>
          </w:tcPr>
          <w:p w14:paraId="3710C2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Hangiongen Sculpin</w:t>
            </w:r>
          </w:p>
        </w:tc>
        <w:tc>
          <w:tcPr>
            <w:tcW w:w="766" w:type="pct"/>
          </w:tcPr>
          <w:p w14:paraId="18F7E7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7985E27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04EEF3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F3CCD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AA6849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3BE058D" w14:textId="77777777" w:rsidTr="00117C78">
        <w:trPr>
          <w:jc w:val="center"/>
        </w:trPr>
        <w:tc>
          <w:tcPr>
            <w:tcW w:w="1422" w:type="pct"/>
          </w:tcPr>
          <w:p w14:paraId="50EEE74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Cottus reinii</w:t>
            </w:r>
          </w:p>
        </w:tc>
        <w:tc>
          <w:tcPr>
            <w:tcW w:w="1422" w:type="pct"/>
          </w:tcPr>
          <w:p w14:paraId="782B3C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Rein's Sculpin</w:t>
            </w:r>
          </w:p>
        </w:tc>
        <w:tc>
          <w:tcPr>
            <w:tcW w:w="766" w:type="pct"/>
          </w:tcPr>
          <w:p w14:paraId="2DC56C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09D8EA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19B3F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BF0EAB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469A3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AD39530" w14:textId="77777777" w:rsidTr="00117C78">
        <w:trPr>
          <w:jc w:val="center"/>
        </w:trPr>
        <w:tc>
          <w:tcPr>
            <w:tcW w:w="1422" w:type="pct"/>
          </w:tcPr>
          <w:p w14:paraId="0BE7EBC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Furcina osimae</w:t>
            </w:r>
          </w:p>
        </w:tc>
        <w:tc>
          <w:tcPr>
            <w:tcW w:w="1422" w:type="pct"/>
          </w:tcPr>
          <w:p w14:paraId="5B4C3C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Osima's Jellynose Fish</w:t>
            </w:r>
          </w:p>
        </w:tc>
        <w:tc>
          <w:tcPr>
            <w:tcW w:w="766" w:type="pct"/>
          </w:tcPr>
          <w:p w14:paraId="16C48D3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Ateleopodidae</w:t>
            </w:r>
          </w:p>
        </w:tc>
        <w:tc>
          <w:tcPr>
            <w:tcW w:w="347" w:type="pct"/>
          </w:tcPr>
          <w:p w14:paraId="0D693D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97034D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0A82D3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DC77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F259103" w14:textId="77777777" w:rsidTr="00117C78">
        <w:trPr>
          <w:jc w:val="center"/>
        </w:trPr>
        <w:tc>
          <w:tcPr>
            <w:tcW w:w="1422" w:type="pct"/>
          </w:tcPr>
          <w:p w14:paraId="220F5A6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Gymnocanthus herzensteini</w:t>
            </w:r>
          </w:p>
        </w:tc>
        <w:tc>
          <w:tcPr>
            <w:tcW w:w="1422" w:type="pct"/>
          </w:tcPr>
          <w:p w14:paraId="420D21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Herzenstein’s Sea Raven</w:t>
            </w:r>
          </w:p>
        </w:tc>
        <w:tc>
          <w:tcPr>
            <w:tcW w:w="766" w:type="pct"/>
          </w:tcPr>
          <w:p w14:paraId="0CD968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0B7CF7C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43A912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DFEC7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A7FAD3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E509441" w14:textId="77777777" w:rsidTr="00117C78">
        <w:trPr>
          <w:jc w:val="center"/>
        </w:trPr>
        <w:tc>
          <w:tcPr>
            <w:tcW w:w="1422" w:type="pct"/>
          </w:tcPr>
          <w:p w14:paraId="0F39257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Icelinus pietschi</w:t>
            </w:r>
          </w:p>
        </w:tc>
        <w:tc>
          <w:tcPr>
            <w:tcW w:w="1422" w:type="pct"/>
          </w:tcPr>
          <w:p w14:paraId="1E5F05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Pietsch’s Sculpin</w:t>
            </w:r>
          </w:p>
        </w:tc>
        <w:tc>
          <w:tcPr>
            <w:tcW w:w="766" w:type="pct"/>
          </w:tcPr>
          <w:p w14:paraId="3E75D1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48E8130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2FE5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A7FF6F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A32EA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6E8E3F37" w14:textId="77777777" w:rsidTr="00117C78">
        <w:trPr>
          <w:jc w:val="center"/>
        </w:trPr>
        <w:tc>
          <w:tcPr>
            <w:tcW w:w="1422" w:type="pct"/>
          </w:tcPr>
          <w:p w14:paraId="14544BA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Myoxocephalus jaok</w:t>
            </w:r>
          </w:p>
        </w:tc>
        <w:tc>
          <w:tcPr>
            <w:tcW w:w="1422" w:type="pct"/>
          </w:tcPr>
          <w:p w14:paraId="00E6BE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Plain Sculpin</w:t>
            </w:r>
          </w:p>
        </w:tc>
        <w:tc>
          <w:tcPr>
            <w:tcW w:w="766" w:type="pct"/>
          </w:tcPr>
          <w:p w14:paraId="2F17B80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Cottidae</w:t>
            </w:r>
          </w:p>
        </w:tc>
        <w:tc>
          <w:tcPr>
            <w:tcW w:w="347" w:type="pct"/>
          </w:tcPr>
          <w:p w14:paraId="3BFB8A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BED2D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E5E6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2C1C4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4E9D1A9" w14:textId="77777777" w:rsidTr="00117C78">
        <w:trPr>
          <w:jc w:val="center"/>
        </w:trPr>
        <w:tc>
          <w:tcPr>
            <w:tcW w:w="1422" w:type="pct"/>
          </w:tcPr>
          <w:p w14:paraId="621C0C4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Pseudoblennius cottoides</w:t>
            </w:r>
          </w:p>
        </w:tc>
        <w:tc>
          <w:tcPr>
            <w:tcW w:w="1422" w:type="pct"/>
          </w:tcPr>
          <w:p w14:paraId="690FDDD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Cottoides Blenny</w:t>
            </w:r>
          </w:p>
        </w:tc>
        <w:tc>
          <w:tcPr>
            <w:tcW w:w="766" w:type="pct"/>
          </w:tcPr>
          <w:p w14:paraId="20BDE6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Blenniidae</w:t>
            </w:r>
          </w:p>
        </w:tc>
        <w:tc>
          <w:tcPr>
            <w:tcW w:w="347" w:type="pct"/>
          </w:tcPr>
          <w:p w14:paraId="303830F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6BA971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F4446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9560AD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508A4A8" w14:textId="77777777" w:rsidTr="00117C78">
        <w:trPr>
          <w:jc w:val="center"/>
        </w:trPr>
        <w:tc>
          <w:tcPr>
            <w:tcW w:w="1422" w:type="pct"/>
          </w:tcPr>
          <w:p w14:paraId="791D232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Ricuzenius pinetorum</w:t>
            </w:r>
          </w:p>
        </w:tc>
        <w:tc>
          <w:tcPr>
            <w:tcW w:w="1422" w:type="pct"/>
          </w:tcPr>
          <w:p w14:paraId="6DDA521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Pinetorum Eel</w:t>
            </w:r>
          </w:p>
        </w:tc>
        <w:tc>
          <w:tcPr>
            <w:tcW w:w="766" w:type="pct"/>
          </w:tcPr>
          <w:p w14:paraId="6B8BAB0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Ricinidae</w:t>
            </w:r>
          </w:p>
        </w:tc>
        <w:tc>
          <w:tcPr>
            <w:tcW w:w="347" w:type="pct"/>
          </w:tcPr>
          <w:p w14:paraId="682DC6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F32446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67802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5003BF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FAA52AE" w14:textId="77777777" w:rsidTr="00117C78">
        <w:trPr>
          <w:jc w:val="center"/>
        </w:trPr>
        <w:tc>
          <w:tcPr>
            <w:tcW w:w="1422" w:type="pct"/>
          </w:tcPr>
          <w:p w14:paraId="27A1908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Aptocyclus ventricosus</w:t>
            </w:r>
          </w:p>
        </w:tc>
        <w:tc>
          <w:tcPr>
            <w:tcW w:w="1422" w:type="pct"/>
          </w:tcPr>
          <w:p w14:paraId="7C3280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Smooth Lumpfish</w:t>
            </w:r>
          </w:p>
        </w:tc>
        <w:tc>
          <w:tcPr>
            <w:tcW w:w="766" w:type="pct"/>
          </w:tcPr>
          <w:p w14:paraId="3879B40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Cyclopteridae</w:t>
            </w:r>
          </w:p>
        </w:tc>
        <w:tc>
          <w:tcPr>
            <w:tcW w:w="347" w:type="pct"/>
          </w:tcPr>
          <w:p w14:paraId="2FFD3E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423E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56C72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C6812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BCD0516" w14:textId="77777777" w:rsidTr="00117C78">
        <w:trPr>
          <w:jc w:val="center"/>
        </w:trPr>
        <w:tc>
          <w:tcPr>
            <w:tcW w:w="1422" w:type="pct"/>
          </w:tcPr>
          <w:p w14:paraId="3432B57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Hexagrammos otakii</w:t>
            </w:r>
          </w:p>
        </w:tc>
        <w:tc>
          <w:tcPr>
            <w:tcW w:w="1422" w:type="pct"/>
          </w:tcPr>
          <w:p w14:paraId="1868E21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Greenling</w:t>
            </w:r>
          </w:p>
        </w:tc>
        <w:tc>
          <w:tcPr>
            <w:tcW w:w="766" w:type="pct"/>
          </w:tcPr>
          <w:p w14:paraId="0AB72F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Hexagrammidae</w:t>
            </w:r>
          </w:p>
        </w:tc>
        <w:tc>
          <w:tcPr>
            <w:tcW w:w="347" w:type="pct"/>
          </w:tcPr>
          <w:p w14:paraId="30A162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A5050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2F7B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68EB5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49B5373" w14:textId="77777777" w:rsidTr="00117C78">
        <w:trPr>
          <w:jc w:val="center"/>
        </w:trPr>
        <w:tc>
          <w:tcPr>
            <w:tcW w:w="1422" w:type="pct"/>
          </w:tcPr>
          <w:p w14:paraId="434901D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Pleurogrammus azonus</w:t>
            </w:r>
          </w:p>
        </w:tc>
        <w:tc>
          <w:tcPr>
            <w:tcW w:w="1422" w:type="pct"/>
          </w:tcPr>
          <w:p w14:paraId="62D8A80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Okhotsk Atka Mackerel</w:t>
            </w:r>
          </w:p>
        </w:tc>
        <w:tc>
          <w:tcPr>
            <w:tcW w:w="766" w:type="pct"/>
          </w:tcPr>
          <w:p w14:paraId="2CB3690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Hexagrammidae</w:t>
            </w:r>
          </w:p>
        </w:tc>
        <w:tc>
          <w:tcPr>
            <w:tcW w:w="347" w:type="pct"/>
          </w:tcPr>
          <w:p w14:paraId="79D1839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5B130D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AB4F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C1389D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4AFC381" w14:textId="77777777" w:rsidTr="00117C78">
        <w:trPr>
          <w:jc w:val="center"/>
        </w:trPr>
        <w:tc>
          <w:tcPr>
            <w:tcW w:w="1422" w:type="pct"/>
          </w:tcPr>
          <w:p w14:paraId="55DD168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Pleurogrammus monopterygius</w:t>
            </w:r>
          </w:p>
        </w:tc>
        <w:tc>
          <w:tcPr>
            <w:tcW w:w="1422" w:type="pct"/>
          </w:tcPr>
          <w:p w14:paraId="1DB70C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Atka Mackerel</w:t>
            </w:r>
          </w:p>
        </w:tc>
        <w:tc>
          <w:tcPr>
            <w:tcW w:w="766" w:type="pct"/>
          </w:tcPr>
          <w:p w14:paraId="1271AA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Hexagrammidae</w:t>
            </w:r>
          </w:p>
        </w:tc>
        <w:tc>
          <w:tcPr>
            <w:tcW w:w="347" w:type="pct"/>
          </w:tcPr>
          <w:p w14:paraId="2DA5B3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8EAFE3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A2856C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9705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918DD77" w14:textId="77777777" w:rsidTr="00117C78">
        <w:trPr>
          <w:jc w:val="center"/>
        </w:trPr>
        <w:tc>
          <w:tcPr>
            <w:tcW w:w="1422" w:type="pct"/>
          </w:tcPr>
          <w:p w14:paraId="75EC127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Careproctus rastrinus</w:t>
            </w:r>
          </w:p>
        </w:tc>
        <w:tc>
          <w:tcPr>
            <w:tcW w:w="1422" w:type="pct"/>
          </w:tcPr>
          <w:p w14:paraId="7C8C461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Rastri Liparid</w:t>
            </w:r>
          </w:p>
        </w:tc>
        <w:tc>
          <w:tcPr>
            <w:tcW w:w="766" w:type="pct"/>
          </w:tcPr>
          <w:p w14:paraId="2C693C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Liparidae</w:t>
            </w:r>
          </w:p>
        </w:tc>
        <w:tc>
          <w:tcPr>
            <w:tcW w:w="347" w:type="pct"/>
          </w:tcPr>
          <w:p w14:paraId="5C473A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3A247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39444A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A19C1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565AAE0" w14:textId="77777777" w:rsidTr="00117C78">
        <w:trPr>
          <w:jc w:val="center"/>
        </w:trPr>
        <w:tc>
          <w:tcPr>
            <w:tcW w:w="1422" w:type="pct"/>
          </w:tcPr>
          <w:p w14:paraId="79F5172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Crystallias matsushimae</w:t>
            </w:r>
          </w:p>
        </w:tc>
        <w:tc>
          <w:tcPr>
            <w:tcW w:w="1422" w:type="pct"/>
          </w:tcPr>
          <w:p w14:paraId="4A86868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Matsushima Sculpin</w:t>
            </w:r>
          </w:p>
        </w:tc>
        <w:tc>
          <w:tcPr>
            <w:tcW w:w="766" w:type="pct"/>
          </w:tcPr>
          <w:p w14:paraId="25E445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Stichaeidae</w:t>
            </w:r>
          </w:p>
        </w:tc>
        <w:tc>
          <w:tcPr>
            <w:tcW w:w="347" w:type="pct"/>
          </w:tcPr>
          <w:p w14:paraId="415307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659F6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AA19C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4EC397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66C2AB2" w14:textId="77777777" w:rsidTr="00117C78">
        <w:trPr>
          <w:jc w:val="center"/>
        </w:trPr>
        <w:tc>
          <w:tcPr>
            <w:tcW w:w="1422" w:type="pct"/>
          </w:tcPr>
          <w:p w14:paraId="38593E0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Dasycottus setiger</w:t>
            </w:r>
          </w:p>
        </w:tc>
        <w:tc>
          <w:tcPr>
            <w:tcW w:w="1422" w:type="pct"/>
          </w:tcPr>
          <w:p w14:paraId="52AC4B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Sailfin Sculpin</w:t>
            </w:r>
          </w:p>
        </w:tc>
        <w:tc>
          <w:tcPr>
            <w:tcW w:w="766" w:type="pct"/>
          </w:tcPr>
          <w:p w14:paraId="36E04F9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Psychrolutidae</w:t>
            </w:r>
          </w:p>
        </w:tc>
        <w:tc>
          <w:tcPr>
            <w:tcW w:w="347" w:type="pct"/>
          </w:tcPr>
          <w:p w14:paraId="5659431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96FCC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0FBBFF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50045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A961171" w14:textId="77777777" w:rsidTr="00117C78">
        <w:trPr>
          <w:jc w:val="center"/>
        </w:trPr>
        <w:tc>
          <w:tcPr>
            <w:tcW w:w="1422" w:type="pct"/>
          </w:tcPr>
          <w:p w14:paraId="4EAEAEB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Pterois volitans</w:t>
            </w:r>
          </w:p>
        </w:tc>
        <w:tc>
          <w:tcPr>
            <w:tcW w:w="1422" w:type="pct"/>
          </w:tcPr>
          <w:p w14:paraId="1E71FB0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Lionfish</w:t>
            </w:r>
          </w:p>
        </w:tc>
        <w:tc>
          <w:tcPr>
            <w:tcW w:w="766" w:type="pct"/>
          </w:tcPr>
          <w:p w14:paraId="15B7EC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Scorpaenidae</w:t>
            </w:r>
          </w:p>
        </w:tc>
        <w:tc>
          <w:tcPr>
            <w:tcW w:w="347" w:type="pct"/>
          </w:tcPr>
          <w:p w14:paraId="4C03285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3080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FAE68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0F037B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F8DDA12" w14:textId="77777777" w:rsidTr="00117C78">
        <w:trPr>
          <w:jc w:val="center"/>
        </w:trPr>
        <w:tc>
          <w:tcPr>
            <w:tcW w:w="1422" w:type="pct"/>
          </w:tcPr>
          <w:p w14:paraId="7A27EB1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Sebastes aleutianus</w:t>
            </w:r>
          </w:p>
        </w:tc>
        <w:tc>
          <w:tcPr>
            <w:tcW w:w="1422" w:type="pct"/>
          </w:tcPr>
          <w:p w14:paraId="6873101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Aleutian Rockfish</w:t>
            </w:r>
          </w:p>
        </w:tc>
        <w:tc>
          <w:tcPr>
            <w:tcW w:w="766" w:type="pct"/>
          </w:tcPr>
          <w:p w14:paraId="213E60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Sebastidae</w:t>
            </w:r>
          </w:p>
        </w:tc>
        <w:tc>
          <w:tcPr>
            <w:tcW w:w="347" w:type="pct"/>
          </w:tcPr>
          <w:p w14:paraId="710E0B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E9A4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86066A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54E15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C97DAFD" w14:textId="77777777" w:rsidTr="00117C78">
        <w:trPr>
          <w:jc w:val="center"/>
        </w:trPr>
        <w:tc>
          <w:tcPr>
            <w:tcW w:w="1422" w:type="pct"/>
          </w:tcPr>
          <w:p w14:paraId="5FF3D62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Sebastes schlegelii</w:t>
            </w:r>
          </w:p>
        </w:tc>
        <w:tc>
          <w:tcPr>
            <w:tcW w:w="1422" w:type="pct"/>
          </w:tcPr>
          <w:p w14:paraId="286A97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Schlegel’s Rockfish</w:t>
            </w:r>
          </w:p>
        </w:tc>
        <w:tc>
          <w:tcPr>
            <w:tcW w:w="766" w:type="pct"/>
          </w:tcPr>
          <w:p w14:paraId="1C52C3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Sebastidae</w:t>
            </w:r>
          </w:p>
        </w:tc>
        <w:tc>
          <w:tcPr>
            <w:tcW w:w="347" w:type="pct"/>
          </w:tcPr>
          <w:p w14:paraId="2E1E0BC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B672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F614A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26660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69EF144" w14:textId="77777777" w:rsidTr="00117C78">
        <w:trPr>
          <w:jc w:val="center"/>
        </w:trPr>
        <w:tc>
          <w:tcPr>
            <w:tcW w:w="1422" w:type="pct"/>
          </w:tcPr>
          <w:p w14:paraId="08B8E55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Sebastiscus marmoratus</w:t>
            </w:r>
          </w:p>
        </w:tc>
        <w:tc>
          <w:tcPr>
            <w:tcW w:w="1422" w:type="pct"/>
          </w:tcPr>
          <w:p w14:paraId="384314B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Mottled Rockfish</w:t>
            </w:r>
          </w:p>
        </w:tc>
        <w:tc>
          <w:tcPr>
            <w:tcW w:w="766" w:type="pct"/>
          </w:tcPr>
          <w:p w14:paraId="007FAA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Sebastidae</w:t>
            </w:r>
          </w:p>
        </w:tc>
        <w:tc>
          <w:tcPr>
            <w:tcW w:w="347" w:type="pct"/>
          </w:tcPr>
          <w:p w14:paraId="3CBF6B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69CF2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E1546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146726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F40EE83" w14:textId="77777777" w:rsidTr="00117C78">
        <w:trPr>
          <w:jc w:val="center"/>
        </w:trPr>
        <w:tc>
          <w:tcPr>
            <w:tcW w:w="1422" w:type="pct"/>
          </w:tcPr>
          <w:p w14:paraId="4A9AAB7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Sebastiscus tertius</w:t>
            </w:r>
          </w:p>
        </w:tc>
        <w:tc>
          <w:tcPr>
            <w:tcW w:w="1422" w:type="pct"/>
          </w:tcPr>
          <w:p w14:paraId="2AB11E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Third Rockfish</w:t>
            </w:r>
          </w:p>
        </w:tc>
        <w:tc>
          <w:tcPr>
            <w:tcW w:w="766" w:type="pct"/>
          </w:tcPr>
          <w:p w14:paraId="67F90EC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Sebastidae</w:t>
            </w:r>
          </w:p>
        </w:tc>
        <w:tc>
          <w:tcPr>
            <w:tcW w:w="347" w:type="pct"/>
          </w:tcPr>
          <w:p w14:paraId="58B989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0CF0C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220B12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B39B0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F733615" w14:textId="77777777" w:rsidTr="00117C78">
        <w:trPr>
          <w:jc w:val="center"/>
        </w:trPr>
        <w:tc>
          <w:tcPr>
            <w:tcW w:w="1422" w:type="pct"/>
          </w:tcPr>
          <w:p w14:paraId="690AE4F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Sebastolobus macrochir</w:t>
            </w:r>
          </w:p>
        </w:tc>
        <w:tc>
          <w:tcPr>
            <w:tcW w:w="1422" w:type="pct"/>
          </w:tcPr>
          <w:p w14:paraId="61FFB01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Macrochir Rockfish</w:t>
            </w:r>
          </w:p>
        </w:tc>
        <w:tc>
          <w:tcPr>
            <w:tcW w:w="766" w:type="pct"/>
          </w:tcPr>
          <w:p w14:paraId="2913A86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Sebastidae</w:t>
            </w:r>
          </w:p>
        </w:tc>
        <w:tc>
          <w:tcPr>
            <w:tcW w:w="347" w:type="pct"/>
          </w:tcPr>
          <w:p w14:paraId="722FE11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1DB04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A3EDD7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8C242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C169FA5" w14:textId="77777777" w:rsidTr="00117C78">
        <w:trPr>
          <w:jc w:val="center"/>
        </w:trPr>
        <w:tc>
          <w:tcPr>
            <w:tcW w:w="1422" w:type="pct"/>
          </w:tcPr>
          <w:p w14:paraId="31EEB85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Chelidonichthys kumu</w:t>
            </w:r>
          </w:p>
        </w:tc>
        <w:tc>
          <w:tcPr>
            <w:tcW w:w="1422" w:type="pct"/>
          </w:tcPr>
          <w:p w14:paraId="2E23C7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Bluefin Gurnard</w:t>
            </w:r>
          </w:p>
        </w:tc>
        <w:tc>
          <w:tcPr>
            <w:tcW w:w="766" w:type="pct"/>
          </w:tcPr>
          <w:p w14:paraId="2DB646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Triglidae</w:t>
            </w:r>
          </w:p>
        </w:tc>
        <w:tc>
          <w:tcPr>
            <w:tcW w:w="347" w:type="pct"/>
          </w:tcPr>
          <w:p w14:paraId="44C887B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C0C2B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DFB0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583606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9265C6C" w14:textId="77777777" w:rsidTr="00117C78">
        <w:trPr>
          <w:jc w:val="center"/>
        </w:trPr>
        <w:tc>
          <w:tcPr>
            <w:tcW w:w="1422" w:type="pct"/>
          </w:tcPr>
          <w:p w14:paraId="1AF74E6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Lepidotrigla kanagashira</w:t>
            </w:r>
          </w:p>
        </w:tc>
        <w:tc>
          <w:tcPr>
            <w:tcW w:w="1422" w:type="pct"/>
          </w:tcPr>
          <w:p w14:paraId="1C8716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Spothead Gurnard</w:t>
            </w:r>
          </w:p>
        </w:tc>
        <w:tc>
          <w:tcPr>
            <w:tcW w:w="766" w:type="pct"/>
          </w:tcPr>
          <w:p w14:paraId="058304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Triglidae</w:t>
            </w:r>
          </w:p>
        </w:tc>
        <w:tc>
          <w:tcPr>
            <w:tcW w:w="347" w:type="pct"/>
          </w:tcPr>
          <w:p w14:paraId="0E4316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ECE66A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44E6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150F07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083C2AC" w14:textId="77777777" w:rsidTr="00117C78">
        <w:trPr>
          <w:jc w:val="center"/>
        </w:trPr>
        <w:tc>
          <w:tcPr>
            <w:tcW w:w="1422" w:type="pct"/>
          </w:tcPr>
          <w:p w14:paraId="4FB48ED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Liobagrus reinii</w:t>
            </w:r>
          </w:p>
        </w:tc>
        <w:tc>
          <w:tcPr>
            <w:tcW w:w="1422" w:type="pct"/>
          </w:tcPr>
          <w:p w14:paraId="5CD8FF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Rein's Catfish</w:t>
            </w:r>
          </w:p>
        </w:tc>
        <w:tc>
          <w:tcPr>
            <w:tcW w:w="766" w:type="pct"/>
          </w:tcPr>
          <w:p w14:paraId="0BC1AA0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Amblycipitidae</w:t>
            </w:r>
          </w:p>
        </w:tc>
        <w:tc>
          <w:tcPr>
            <w:tcW w:w="347" w:type="pct"/>
          </w:tcPr>
          <w:p w14:paraId="1FA58C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D103F5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35B0A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6B95F2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4F7F7E3" w14:textId="77777777" w:rsidTr="00117C78">
        <w:trPr>
          <w:jc w:val="center"/>
        </w:trPr>
        <w:tc>
          <w:tcPr>
            <w:tcW w:w="1422" w:type="pct"/>
          </w:tcPr>
          <w:p w14:paraId="59CFE4C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Silurus asotus</w:t>
            </w:r>
          </w:p>
        </w:tc>
        <w:tc>
          <w:tcPr>
            <w:tcW w:w="1422" w:type="pct"/>
          </w:tcPr>
          <w:p w14:paraId="178770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Amur Catfish</w:t>
            </w:r>
          </w:p>
        </w:tc>
        <w:tc>
          <w:tcPr>
            <w:tcW w:w="766" w:type="pct"/>
          </w:tcPr>
          <w:p w14:paraId="41EBCA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Siluridae</w:t>
            </w:r>
          </w:p>
        </w:tc>
        <w:tc>
          <w:tcPr>
            <w:tcW w:w="347" w:type="pct"/>
          </w:tcPr>
          <w:p w14:paraId="0DCB627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8CF5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0C258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AD4136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39182C9" w14:textId="77777777" w:rsidTr="00117C78">
        <w:trPr>
          <w:jc w:val="center"/>
        </w:trPr>
        <w:tc>
          <w:tcPr>
            <w:tcW w:w="1422" w:type="pct"/>
          </w:tcPr>
          <w:p w14:paraId="37ED60C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Poromitra crassiceps</w:t>
            </w:r>
          </w:p>
        </w:tc>
        <w:tc>
          <w:tcPr>
            <w:tcW w:w="1422" w:type="pct"/>
          </w:tcPr>
          <w:p w14:paraId="28A7B88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Bighead Bigscale</w:t>
            </w:r>
          </w:p>
        </w:tc>
        <w:tc>
          <w:tcPr>
            <w:tcW w:w="766" w:type="pct"/>
          </w:tcPr>
          <w:p w14:paraId="455E9F8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Melamphaidae</w:t>
            </w:r>
          </w:p>
        </w:tc>
        <w:tc>
          <w:tcPr>
            <w:tcW w:w="347" w:type="pct"/>
          </w:tcPr>
          <w:p w14:paraId="5A1BF13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D0285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4BB1A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FE6C6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2F7A39A" w14:textId="77777777" w:rsidTr="00117C78">
        <w:trPr>
          <w:jc w:val="center"/>
        </w:trPr>
        <w:tc>
          <w:tcPr>
            <w:tcW w:w="1422" w:type="pct"/>
          </w:tcPr>
          <w:p w14:paraId="10532AE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Scopeloberyx robustus</w:t>
            </w:r>
          </w:p>
        </w:tc>
        <w:tc>
          <w:tcPr>
            <w:tcW w:w="1422" w:type="pct"/>
          </w:tcPr>
          <w:p w14:paraId="61A2414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Robust Opisthoproctidae</w:t>
            </w:r>
          </w:p>
        </w:tc>
        <w:tc>
          <w:tcPr>
            <w:tcW w:w="766" w:type="pct"/>
          </w:tcPr>
          <w:p w14:paraId="28B00F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0543E46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89E2B3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6EBE69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2FA2F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0A1290F" w14:textId="77777777" w:rsidTr="00117C78">
        <w:trPr>
          <w:jc w:val="center"/>
        </w:trPr>
        <w:tc>
          <w:tcPr>
            <w:tcW w:w="1422" w:type="pct"/>
          </w:tcPr>
          <w:p w14:paraId="214C3A3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Cyclothone alba</w:t>
            </w:r>
          </w:p>
        </w:tc>
        <w:tc>
          <w:tcPr>
            <w:tcW w:w="1422" w:type="pct"/>
          </w:tcPr>
          <w:p w14:paraId="04621FC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White Bristlemouth</w:t>
            </w:r>
          </w:p>
        </w:tc>
        <w:tc>
          <w:tcPr>
            <w:tcW w:w="766" w:type="pct"/>
          </w:tcPr>
          <w:p w14:paraId="436A00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Gonostomatidae</w:t>
            </w:r>
          </w:p>
        </w:tc>
        <w:tc>
          <w:tcPr>
            <w:tcW w:w="347" w:type="pct"/>
          </w:tcPr>
          <w:p w14:paraId="5499FF6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2E821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5B35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C27DE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5255427" w14:textId="77777777" w:rsidTr="00117C78">
        <w:trPr>
          <w:jc w:val="center"/>
        </w:trPr>
        <w:tc>
          <w:tcPr>
            <w:tcW w:w="1422" w:type="pct"/>
          </w:tcPr>
          <w:p w14:paraId="41B0E5F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Cyclothone atraria</w:t>
            </w:r>
          </w:p>
        </w:tc>
        <w:tc>
          <w:tcPr>
            <w:tcW w:w="1422" w:type="pct"/>
          </w:tcPr>
          <w:p w14:paraId="3A71F8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Black Bristlemouth</w:t>
            </w:r>
          </w:p>
        </w:tc>
        <w:tc>
          <w:tcPr>
            <w:tcW w:w="766" w:type="pct"/>
          </w:tcPr>
          <w:p w14:paraId="415A73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Gonostomatidae</w:t>
            </w:r>
          </w:p>
        </w:tc>
        <w:tc>
          <w:tcPr>
            <w:tcW w:w="347" w:type="pct"/>
          </w:tcPr>
          <w:p w14:paraId="461FFD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4478D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80AB5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DF2C2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AE5F71D" w14:textId="77777777" w:rsidTr="00117C78">
        <w:trPr>
          <w:jc w:val="center"/>
        </w:trPr>
        <w:tc>
          <w:tcPr>
            <w:tcW w:w="1422" w:type="pct"/>
          </w:tcPr>
          <w:p w14:paraId="141A3C4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Cyclothone pallida</w:t>
            </w:r>
          </w:p>
        </w:tc>
        <w:tc>
          <w:tcPr>
            <w:tcW w:w="1422" w:type="pct"/>
          </w:tcPr>
          <w:p w14:paraId="4D88318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Pale Bristlemouth</w:t>
            </w:r>
          </w:p>
        </w:tc>
        <w:tc>
          <w:tcPr>
            <w:tcW w:w="766" w:type="pct"/>
          </w:tcPr>
          <w:p w14:paraId="7CE12D4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Gonostomatidae</w:t>
            </w:r>
          </w:p>
        </w:tc>
        <w:tc>
          <w:tcPr>
            <w:tcW w:w="347" w:type="pct"/>
          </w:tcPr>
          <w:p w14:paraId="65922A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37BDF5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23361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81CFB6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120CDA8" w14:textId="77777777" w:rsidTr="00117C78">
        <w:trPr>
          <w:jc w:val="center"/>
        </w:trPr>
        <w:tc>
          <w:tcPr>
            <w:tcW w:w="1422" w:type="pct"/>
          </w:tcPr>
          <w:p w14:paraId="3345D2B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Cyclothone pseudopallida</w:t>
            </w:r>
          </w:p>
        </w:tc>
        <w:tc>
          <w:tcPr>
            <w:tcW w:w="1422" w:type="pct"/>
          </w:tcPr>
          <w:p w14:paraId="18B0FB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False Pale Bristlemouth</w:t>
            </w:r>
          </w:p>
        </w:tc>
        <w:tc>
          <w:tcPr>
            <w:tcW w:w="766" w:type="pct"/>
          </w:tcPr>
          <w:p w14:paraId="58B08C2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Gonostomatidae</w:t>
            </w:r>
          </w:p>
        </w:tc>
        <w:tc>
          <w:tcPr>
            <w:tcW w:w="347" w:type="pct"/>
          </w:tcPr>
          <w:p w14:paraId="07FE564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3413A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8762C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889FFA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F306939" w14:textId="77777777" w:rsidTr="00117C78">
        <w:trPr>
          <w:jc w:val="center"/>
        </w:trPr>
        <w:tc>
          <w:tcPr>
            <w:tcW w:w="1422" w:type="pct"/>
          </w:tcPr>
          <w:p w14:paraId="727E7DC5"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Diplophos taenia</w:t>
            </w:r>
          </w:p>
        </w:tc>
        <w:tc>
          <w:tcPr>
            <w:tcW w:w="1422" w:type="pct"/>
          </w:tcPr>
          <w:p w14:paraId="79ABE34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Ribbon Barracudina</w:t>
            </w:r>
          </w:p>
        </w:tc>
        <w:tc>
          <w:tcPr>
            <w:tcW w:w="766" w:type="pct"/>
          </w:tcPr>
          <w:p w14:paraId="523C010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Gonostomatidae</w:t>
            </w:r>
          </w:p>
        </w:tc>
        <w:tc>
          <w:tcPr>
            <w:tcW w:w="347" w:type="pct"/>
          </w:tcPr>
          <w:p w14:paraId="63002D5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8D8BE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E0932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1F500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A9DA0A7" w14:textId="77777777" w:rsidTr="00117C78">
        <w:trPr>
          <w:jc w:val="center"/>
        </w:trPr>
        <w:tc>
          <w:tcPr>
            <w:tcW w:w="1422" w:type="pct"/>
          </w:tcPr>
          <w:p w14:paraId="3F41783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Pollichthys mauli</w:t>
            </w:r>
          </w:p>
        </w:tc>
        <w:tc>
          <w:tcPr>
            <w:tcW w:w="1422" w:type="pct"/>
          </w:tcPr>
          <w:p w14:paraId="4DAE8F6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Bigeye Smooth-head</w:t>
            </w:r>
          </w:p>
        </w:tc>
        <w:tc>
          <w:tcPr>
            <w:tcW w:w="766" w:type="pct"/>
          </w:tcPr>
          <w:p w14:paraId="3CC05B0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Bathylagidae</w:t>
            </w:r>
          </w:p>
        </w:tc>
        <w:tc>
          <w:tcPr>
            <w:tcW w:w="347" w:type="pct"/>
          </w:tcPr>
          <w:p w14:paraId="3A71EC7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F8A97C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ECBC3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EFDD3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65B7927" w14:textId="77777777" w:rsidTr="00117C78">
        <w:trPr>
          <w:jc w:val="center"/>
        </w:trPr>
        <w:tc>
          <w:tcPr>
            <w:tcW w:w="1422" w:type="pct"/>
          </w:tcPr>
          <w:p w14:paraId="4C290A2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Vinciguerria nimbaria</w:t>
            </w:r>
          </w:p>
        </w:tc>
        <w:tc>
          <w:tcPr>
            <w:tcW w:w="1422" w:type="pct"/>
          </w:tcPr>
          <w:p w14:paraId="5D781C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Nimbaria Lanternfish</w:t>
            </w:r>
          </w:p>
        </w:tc>
        <w:tc>
          <w:tcPr>
            <w:tcW w:w="766" w:type="pct"/>
          </w:tcPr>
          <w:p w14:paraId="63DF48D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07FA384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54E8D6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1949C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3C88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14CBC30" w14:textId="77777777" w:rsidTr="00117C78">
        <w:trPr>
          <w:jc w:val="center"/>
        </w:trPr>
        <w:tc>
          <w:tcPr>
            <w:tcW w:w="1422" w:type="pct"/>
          </w:tcPr>
          <w:p w14:paraId="1E43921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Woodsia nonsuchae</w:t>
            </w:r>
          </w:p>
        </w:tc>
        <w:tc>
          <w:tcPr>
            <w:tcW w:w="1422" w:type="pct"/>
          </w:tcPr>
          <w:p w14:paraId="2148CD7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Nonsuch Woodsia</w:t>
            </w:r>
          </w:p>
        </w:tc>
        <w:tc>
          <w:tcPr>
            <w:tcW w:w="766" w:type="pct"/>
          </w:tcPr>
          <w:p w14:paraId="00FFBF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Woodsia</w:t>
            </w:r>
          </w:p>
        </w:tc>
        <w:tc>
          <w:tcPr>
            <w:tcW w:w="347" w:type="pct"/>
          </w:tcPr>
          <w:p w14:paraId="6E73A61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5B6BD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8C2A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247386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6DA6389" w14:textId="77777777" w:rsidTr="00117C78">
        <w:trPr>
          <w:jc w:val="center"/>
        </w:trPr>
        <w:tc>
          <w:tcPr>
            <w:tcW w:w="1422" w:type="pct"/>
          </w:tcPr>
          <w:p w14:paraId="47DC4A5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Maurolicus japonicus</w:t>
            </w:r>
          </w:p>
        </w:tc>
        <w:tc>
          <w:tcPr>
            <w:tcW w:w="1422" w:type="pct"/>
          </w:tcPr>
          <w:p w14:paraId="691BC6D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Japanese Pearlside</w:t>
            </w:r>
          </w:p>
        </w:tc>
        <w:tc>
          <w:tcPr>
            <w:tcW w:w="766" w:type="pct"/>
          </w:tcPr>
          <w:p w14:paraId="69A7EF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Sternoptychidae</w:t>
            </w:r>
          </w:p>
        </w:tc>
        <w:tc>
          <w:tcPr>
            <w:tcW w:w="347" w:type="pct"/>
          </w:tcPr>
          <w:p w14:paraId="6A9D34E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C0395D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097AE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61E637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EDBBAB1" w14:textId="77777777" w:rsidTr="00117C78">
        <w:trPr>
          <w:jc w:val="center"/>
        </w:trPr>
        <w:tc>
          <w:tcPr>
            <w:tcW w:w="1422" w:type="pct"/>
          </w:tcPr>
          <w:p w14:paraId="0329452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Maurolicus muelleri</w:t>
            </w:r>
          </w:p>
        </w:tc>
        <w:tc>
          <w:tcPr>
            <w:tcW w:w="1422" w:type="pct"/>
          </w:tcPr>
          <w:p w14:paraId="614DCBF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Mueller's Pearlside</w:t>
            </w:r>
          </w:p>
        </w:tc>
        <w:tc>
          <w:tcPr>
            <w:tcW w:w="766" w:type="pct"/>
          </w:tcPr>
          <w:p w14:paraId="0096BFC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Sternoptychidae</w:t>
            </w:r>
          </w:p>
        </w:tc>
        <w:tc>
          <w:tcPr>
            <w:tcW w:w="347" w:type="pct"/>
          </w:tcPr>
          <w:p w14:paraId="324878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54266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452A1B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111B1B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82B2838" w14:textId="77777777" w:rsidTr="00117C78">
        <w:trPr>
          <w:jc w:val="center"/>
        </w:trPr>
        <w:tc>
          <w:tcPr>
            <w:tcW w:w="1422" w:type="pct"/>
          </w:tcPr>
          <w:p w14:paraId="4E960E8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Polyipnus matsubarai</w:t>
            </w:r>
          </w:p>
        </w:tc>
        <w:tc>
          <w:tcPr>
            <w:tcW w:w="1422" w:type="pct"/>
          </w:tcPr>
          <w:p w14:paraId="6DB88F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Matsubara’s Hatchetfish</w:t>
            </w:r>
          </w:p>
        </w:tc>
        <w:tc>
          <w:tcPr>
            <w:tcW w:w="766" w:type="pct"/>
          </w:tcPr>
          <w:p w14:paraId="5C6F03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Sternoptychidae</w:t>
            </w:r>
          </w:p>
        </w:tc>
        <w:tc>
          <w:tcPr>
            <w:tcW w:w="347" w:type="pct"/>
          </w:tcPr>
          <w:p w14:paraId="29EDD32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3CA52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3DC9DE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1A1684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073FEED" w14:textId="77777777" w:rsidTr="00117C78">
        <w:trPr>
          <w:jc w:val="center"/>
        </w:trPr>
        <w:tc>
          <w:tcPr>
            <w:tcW w:w="1422" w:type="pct"/>
          </w:tcPr>
          <w:p w14:paraId="7AB2A27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Aristostomias tittmanni</w:t>
            </w:r>
          </w:p>
        </w:tc>
        <w:tc>
          <w:tcPr>
            <w:tcW w:w="1422" w:type="pct"/>
          </w:tcPr>
          <w:p w14:paraId="320EA8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Tittmann's Dragonfish</w:t>
            </w:r>
          </w:p>
        </w:tc>
        <w:tc>
          <w:tcPr>
            <w:tcW w:w="766" w:type="pct"/>
          </w:tcPr>
          <w:p w14:paraId="77608D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Stomiidae</w:t>
            </w:r>
          </w:p>
        </w:tc>
        <w:tc>
          <w:tcPr>
            <w:tcW w:w="347" w:type="pct"/>
          </w:tcPr>
          <w:p w14:paraId="4E0E41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3FA22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E1B98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3B060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6EC8BF77" w14:textId="77777777" w:rsidTr="00117C78">
        <w:trPr>
          <w:jc w:val="center"/>
        </w:trPr>
        <w:tc>
          <w:tcPr>
            <w:tcW w:w="1422" w:type="pct"/>
          </w:tcPr>
          <w:p w14:paraId="1D07827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Echiostoma barbatum</w:t>
            </w:r>
          </w:p>
        </w:tc>
        <w:tc>
          <w:tcPr>
            <w:tcW w:w="1422" w:type="pct"/>
          </w:tcPr>
          <w:p w14:paraId="442419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Barbeled Dragonfish</w:t>
            </w:r>
          </w:p>
        </w:tc>
        <w:tc>
          <w:tcPr>
            <w:tcW w:w="766" w:type="pct"/>
          </w:tcPr>
          <w:p w14:paraId="37F98F3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Stomiidae</w:t>
            </w:r>
          </w:p>
        </w:tc>
        <w:tc>
          <w:tcPr>
            <w:tcW w:w="347" w:type="pct"/>
          </w:tcPr>
          <w:p w14:paraId="7BF6E4A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9AEA7B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C64270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93985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B88AF16" w14:textId="77777777" w:rsidTr="00117C78">
        <w:trPr>
          <w:jc w:val="center"/>
        </w:trPr>
        <w:tc>
          <w:tcPr>
            <w:tcW w:w="1422" w:type="pct"/>
          </w:tcPr>
          <w:p w14:paraId="26661EB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Opostomias mitsuii</w:t>
            </w:r>
          </w:p>
        </w:tc>
        <w:tc>
          <w:tcPr>
            <w:tcW w:w="1422" w:type="pct"/>
          </w:tcPr>
          <w:p w14:paraId="36B5D8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Mitsui’s Dragonfish</w:t>
            </w:r>
          </w:p>
        </w:tc>
        <w:tc>
          <w:tcPr>
            <w:tcW w:w="766" w:type="pct"/>
          </w:tcPr>
          <w:p w14:paraId="7939EE8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Stomiidae</w:t>
            </w:r>
          </w:p>
        </w:tc>
        <w:tc>
          <w:tcPr>
            <w:tcW w:w="347" w:type="pct"/>
          </w:tcPr>
          <w:p w14:paraId="3E80983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65C7AD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4E0F2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4CCAFF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6650176" w14:textId="77777777" w:rsidTr="00117C78">
        <w:trPr>
          <w:jc w:val="center"/>
        </w:trPr>
        <w:tc>
          <w:tcPr>
            <w:tcW w:w="1422" w:type="pct"/>
          </w:tcPr>
          <w:p w14:paraId="45B1DCF2"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Photonectes margarita</w:t>
            </w:r>
          </w:p>
        </w:tc>
        <w:tc>
          <w:tcPr>
            <w:tcW w:w="1422" w:type="pct"/>
          </w:tcPr>
          <w:p w14:paraId="537616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Margarita Dragonfish</w:t>
            </w:r>
          </w:p>
        </w:tc>
        <w:tc>
          <w:tcPr>
            <w:tcW w:w="766" w:type="pct"/>
          </w:tcPr>
          <w:p w14:paraId="74552C4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Stomiidae</w:t>
            </w:r>
          </w:p>
        </w:tc>
        <w:tc>
          <w:tcPr>
            <w:tcW w:w="347" w:type="pct"/>
          </w:tcPr>
          <w:p w14:paraId="0290AB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30BB7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3942E5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6C2B34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A0C597D" w14:textId="77777777" w:rsidTr="00117C78">
        <w:trPr>
          <w:jc w:val="center"/>
        </w:trPr>
        <w:tc>
          <w:tcPr>
            <w:tcW w:w="1422" w:type="pct"/>
          </w:tcPr>
          <w:p w14:paraId="2BF5F51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Stomias affinis</w:t>
            </w:r>
          </w:p>
        </w:tc>
        <w:tc>
          <w:tcPr>
            <w:tcW w:w="1422" w:type="pct"/>
          </w:tcPr>
          <w:p w14:paraId="15C767E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Affinis Dragonfish</w:t>
            </w:r>
          </w:p>
        </w:tc>
        <w:tc>
          <w:tcPr>
            <w:tcW w:w="766" w:type="pct"/>
          </w:tcPr>
          <w:p w14:paraId="1DEA549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Stomiidae</w:t>
            </w:r>
          </w:p>
        </w:tc>
        <w:tc>
          <w:tcPr>
            <w:tcW w:w="347" w:type="pct"/>
          </w:tcPr>
          <w:p w14:paraId="41BB59B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B6D211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49C1D6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420669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41A21D5" w14:textId="77777777" w:rsidTr="00117C78">
        <w:trPr>
          <w:jc w:val="center"/>
        </w:trPr>
        <w:tc>
          <w:tcPr>
            <w:tcW w:w="1422" w:type="pct"/>
          </w:tcPr>
          <w:p w14:paraId="56D1F7C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Stomias nebulosus</w:t>
            </w:r>
          </w:p>
        </w:tc>
        <w:tc>
          <w:tcPr>
            <w:tcW w:w="1422" w:type="pct"/>
          </w:tcPr>
          <w:p w14:paraId="501CB3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Nebulous Dragonfish</w:t>
            </w:r>
          </w:p>
        </w:tc>
        <w:tc>
          <w:tcPr>
            <w:tcW w:w="766" w:type="pct"/>
          </w:tcPr>
          <w:p w14:paraId="781F97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Stomiidae</w:t>
            </w:r>
          </w:p>
        </w:tc>
        <w:tc>
          <w:tcPr>
            <w:tcW w:w="347" w:type="pct"/>
          </w:tcPr>
          <w:p w14:paraId="6EFD838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AC92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D8900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BDC0E3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B1D25D7" w14:textId="77777777" w:rsidTr="00117C78">
        <w:trPr>
          <w:jc w:val="center"/>
        </w:trPr>
        <w:tc>
          <w:tcPr>
            <w:tcW w:w="1422" w:type="pct"/>
          </w:tcPr>
          <w:p w14:paraId="1990B7A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Tactostoma macropus</w:t>
            </w:r>
          </w:p>
        </w:tc>
        <w:tc>
          <w:tcPr>
            <w:tcW w:w="1422" w:type="pct"/>
          </w:tcPr>
          <w:p w14:paraId="5FE262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Macropus Macrouridae</w:t>
            </w:r>
          </w:p>
        </w:tc>
        <w:tc>
          <w:tcPr>
            <w:tcW w:w="766" w:type="pct"/>
          </w:tcPr>
          <w:p w14:paraId="0AE0104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Macrouridae</w:t>
            </w:r>
          </w:p>
        </w:tc>
        <w:tc>
          <w:tcPr>
            <w:tcW w:w="347" w:type="pct"/>
          </w:tcPr>
          <w:p w14:paraId="50DC9A1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A10C76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0BE090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56DA9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40CC27E" w14:textId="77777777" w:rsidTr="00117C78">
        <w:trPr>
          <w:jc w:val="center"/>
        </w:trPr>
        <w:tc>
          <w:tcPr>
            <w:tcW w:w="1422" w:type="pct"/>
          </w:tcPr>
          <w:p w14:paraId="0841982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Balistapus undulatus</w:t>
            </w:r>
          </w:p>
        </w:tc>
        <w:tc>
          <w:tcPr>
            <w:tcW w:w="1422" w:type="pct"/>
          </w:tcPr>
          <w:p w14:paraId="5776CAF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Orange-lined Triggerfish</w:t>
            </w:r>
          </w:p>
        </w:tc>
        <w:tc>
          <w:tcPr>
            <w:tcW w:w="766" w:type="pct"/>
          </w:tcPr>
          <w:p w14:paraId="035615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Balistidae</w:t>
            </w:r>
          </w:p>
        </w:tc>
        <w:tc>
          <w:tcPr>
            <w:tcW w:w="347" w:type="pct"/>
          </w:tcPr>
          <w:p w14:paraId="189483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48DA9B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9B3DD9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447DD9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EB4A709" w14:textId="77777777" w:rsidTr="00117C78">
        <w:trPr>
          <w:jc w:val="center"/>
        </w:trPr>
        <w:tc>
          <w:tcPr>
            <w:tcW w:w="1422" w:type="pct"/>
          </w:tcPr>
          <w:p w14:paraId="288E576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Xanthichthys mento</w:t>
            </w:r>
          </w:p>
        </w:tc>
        <w:tc>
          <w:tcPr>
            <w:tcW w:w="1422" w:type="pct"/>
          </w:tcPr>
          <w:p w14:paraId="77BBFF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Mento Triggerfish</w:t>
            </w:r>
          </w:p>
        </w:tc>
        <w:tc>
          <w:tcPr>
            <w:tcW w:w="766" w:type="pct"/>
          </w:tcPr>
          <w:p w14:paraId="02411AD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Balistidae</w:t>
            </w:r>
          </w:p>
        </w:tc>
        <w:tc>
          <w:tcPr>
            <w:tcW w:w="347" w:type="pct"/>
          </w:tcPr>
          <w:p w14:paraId="16AF3B1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B7BAA4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240D92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CD7D2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088DADD" w14:textId="77777777" w:rsidTr="00117C78">
        <w:trPr>
          <w:jc w:val="center"/>
        </w:trPr>
        <w:tc>
          <w:tcPr>
            <w:tcW w:w="1422" w:type="pct"/>
          </w:tcPr>
          <w:p w14:paraId="7378F93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Diodon hystrix</w:t>
            </w:r>
          </w:p>
        </w:tc>
        <w:tc>
          <w:tcPr>
            <w:tcW w:w="1422" w:type="pct"/>
          </w:tcPr>
          <w:p w14:paraId="02FE3B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Porcupinefish</w:t>
            </w:r>
          </w:p>
        </w:tc>
        <w:tc>
          <w:tcPr>
            <w:tcW w:w="766" w:type="pct"/>
          </w:tcPr>
          <w:p w14:paraId="6E2E393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Diodontidae</w:t>
            </w:r>
          </w:p>
        </w:tc>
        <w:tc>
          <w:tcPr>
            <w:tcW w:w="347" w:type="pct"/>
          </w:tcPr>
          <w:p w14:paraId="7E5625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9E2442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5D812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2FBD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4045C2D" w14:textId="77777777" w:rsidTr="00117C78">
        <w:trPr>
          <w:jc w:val="center"/>
        </w:trPr>
        <w:tc>
          <w:tcPr>
            <w:tcW w:w="1422" w:type="pct"/>
          </w:tcPr>
          <w:p w14:paraId="4D41330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Masturus lanceolatus</w:t>
            </w:r>
          </w:p>
        </w:tc>
        <w:tc>
          <w:tcPr>
            <w:tcW w:w="1422" w:type="pct"/>
          </w:tcPr>
          <w:p w14:paraId="594FEFE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Sharptail Mola</w:t>
            </w:r>
          </w:p>
        </w:tc>
        <w:tc>
          <w:tcPr>
            <w:tcW w:w="766" w:type="pct"/>
          </w:tcPr>
          <w:p w14:paraId="6AB378F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Molidae</w:t>
            </w:r>
          </w:p>
        </w:tc>
        <w:tc>
          <w:tcPr>
            <w:tcW w:w="347" w:type="pct"/>
          </w:tcPr>
          <w:p w14:paraId="023556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33EAFB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6E88E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2AF8EC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3D927408" w14:textId="77777777" w:rsidTr="00117C78">
        <w:trPr>
          <w:jc w:val="center"/>
        </w:trPr>
        <w:tc>
          <w:tcPr>
            <w:tcW w:w="1422" w:type="pct"/>
          </w:tcPr>
          <w:p w14:paraId="165110E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Mola mola</w:t>
            </w:r>
          </w:p>
        </w:tc>
        <w:tc>
          <w:tcPr>
            <w:tcW w:w="1422" w:type="pct"/>
          </w:tcPr>
          <w:p w14:paraId="3F0321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Ocean Sunfish</w:t>
            </w:r>
          </w:p>
        </w:tc>
        <w:tc>
          <w:tcPr>
            <w:tcW w:w="766" w:type="pct"/>
          </w:tcPr>
          <w:p w14:paraId="761A97F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Molidae</w:t>
            </w:r>
          </w:p>
        </w:tc>
        <w:tc>
          <w:tcPr>
            <w:tcW w:w="347" w:type="pct"/>
          </w:tcPr>
          <w:p w14:paraId="7545130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5F70E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1F883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5DDEB2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557943C" w14:textId="77777777" w:rsidTr="00117C78">
        <w:trPr>
          <w:jc w:val="center"/>
        </w:trPr>
        <w:tc>
          <w:tcPr>
            <w:tcW w:w="1422" w:type="pct"/>
          </w:tcPr>
          <w:p w14:paraId="367A3A5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Aluterus scriptus</w:t>
            </w:r>
          </w:p>
        </w:tc>
        <w:tc>
          <w:tcPr>
            <w:tcW w:w="1422" w:type="pct"/>
          </w:tcPr>
          <w:p w14:paraId="0A1CD08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Scrawled Filefish</w:t>
            </w:r>
          </w:p>
        </w:tc>
        <w:tc>
          <w:tcPr>
            <w:tcW w:w="766" w:type="pct"/>
          </w:tcPr>
          <w:p w14:paraId="0E77C7D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Monacanthidae</w:t>
            </w:r>
          </w:p>
        </w:tc>
        <w:tc>
          <w:tcPr>
            <w:tcW w:w="347" w:type="pct"/>
          </w:tcPr>
          <w:p w14:paraId="243A81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37EA2D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C3ACD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6F80E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7569DFFA" w14:textId="77777777" w:rsidTr="00117C78">
        <w:trPr>
          <w:jc w:val="center"/>
        </w:trPr>
        <w:tc>
          <w:tcPr>
            <w:tcW w:w="1422" w:type="pct"/>
          </w:tcPr>
          <w:p w14:paraId="0BDE7AAC"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Cantherhines dumerilii</w:t>
            </w:r>
          </w:p>
        </w:tc>
        <w:tc>
          <w:tcPr>
            <w:tcW w:w="1422" w:type="pct"/>
          </w:tcPr>
          <w:p w14:paraId="7114C6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Whitespotted Filefish</w:t>
            </w:r>
          </w:p>
        </w:tc>
        <w:tc>
          <w:tcPr>
            <w:tcW w:w="766" w:type="pct"/>
          </w:tcPr>
          <w:p w14:paraId="451B16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Monacanthidae</w:t>
            </w:r>
          </w:p>
        </w:tc>
        <w:tc>
          <w:tcPr>
            <w:tcW w:w="347" w:type="pct"/>
          </w:tcPr>
          <w:p w14:paraId="3B4CC4A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B20A94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F0B29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A55B7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90C8FCC" w14:textId="77777777" w:rsidTr="00117C78">
        <w:trPr>
          <w:jc w:val="center"/>
        </w:trPr>
        <w:tc>
          <w:tcPr>
            <w:tcW w:w="1422" w:type="pct"/>
          </w:tcPr>
          <w:p w14:paraId="79C279C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Stephanolepis cirrhifer</w:t>
            </w:r>
          </w:p>
        </w:tc>
        <w:tc>
          <w:tcPr>
            <w:tcW w:w="1422" w:type="pct"/>
          </w:tcPr>
          <w:p w14:paraId="34C76A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Redfin Butterfish</w:t>
            </w:r>
          </w:p>
        </w:tc>
        <w:tc>
          <w:tcPr>
            <w:tcW w:w="766" w:type="pct"/>
          </w:tcPr>
          <w:p w14:paraId="61438BF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Stephanolepidae</w:t>
            </w:r>
          </w:p>
        </w:tc>
        <w:tc>
          <w:tcPr>
            <w:tcW w:w="347" w:type="pct"/>
          </w:tcPr>
          <w:p w14:paraId="775E3CF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5563B6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830DC1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57949A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EF53E3B" w14:textId="77777777" w:rsidTr="00117C78">
        <w:trPr>
          <w:jc w:val="center"/>
        </w:trPr>
        <w:tc>
          <w:tcPr>
            <w:tcW w:w="1422" w:type="pct"/>
          </w:tcPr>
          <w:p w14:paraId="61F55B0D"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Thamnaconus modestus</w:t>
            </w:r>
          </w:p>
        </w:tc>
        <w:tc>
          <w:tcPr>
            <w:tcW w:w="1422" w:type="pct"/>
          </w:tcPr>
          <w:p w14:paraId="1CB2E8A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Modest Opisthoproctidae</w:t>
            </w:r>
          </w:p>
        </w:tc>
        <w:tc>
          <w:tcPr>
            <w:tcW w:w="766" w:type="pct"/>
          </w:tcPr>
          <w:p w14:paraId="1694FE5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Opisthoproctidae</w:t>
            </w:r>
          </w:p>
        </w:tc>
        <w:tc>
          <w:tcPr>
            <w:tcW w:w="347" w:type="pct"/>
          </w:tcPr>
          <w:p w14:paraId="6CEEA3C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A0ED8E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A3B8E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1F995D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4D346E9" w14:textId="77777777" w:rsidTr="00117C78">
        <w:trPr>
          <w:jc w:val="center"/>
        </w:trPr>
        <w:tc>
          <w:tcPr>
            <w:tcW w:w="1422" w:type="pct"/>
          </w:tcPr>
          <w:p w14:paraId="116125F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Arothron firmamentum</w:t>
            </w:r>
          </w:p>
        </w:tc>
        <w:tc>
          <w:tcPr>
            <w:tcW w:w="1422" w:type="pct"/>
          </w:tcPr>
          <w:p w14:paraId="56FA47F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Firmament Pufferfish</w:t>
            </w:r>
          </w:p>
        </w:tc>
        <w:tc>
          <w:tcPr>
            <w:tcW w:w="766" w:type="pct"/>
          </w:tcPr>
          <w:p w14:paraId="5AA8141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Tetraodontidae</w:t>
            </w:r>
          </w:p>
        </w:tc>
        <w:tc>
          <w:tcPr>
            <w:tcW w:w="347" w:type="pct"/>
          </w:tcPr>
          <w:p w14:paraId="7D17A1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E8D429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C4129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ADEEA6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152B8A9" w14:textId="77777777" w:rsidTr="00117C78">
        <w:trPr>
          <w:jc w:val="center"/>
        </w:trPr>
        <w:tc>
          <w:tcPr>
            <w:tcW w:w="1422" w:type="pct"/>
          </w:tcPr>
          <w:p w14:paraId="18543C27"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Canthigaster rivulata</w:t>
            </w:r>
          </w:p>
        </w:tc>
        <w:tc>
          <w:tcPr>
            <w:tcW w:w="1422" w:type="pct"/>
          </w:tcPr>
          <w:p w14:paraId="7294600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Striped Puffer</w:t>
            </w:r>
          </w:p>
        </w:tc>
        <w:tc>
          <w:tcPr>
            <w:tcW w:w="766" w:type="pct"/>
          </w:tcPr>
          <w:p w14:paraId="4135182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Tetraodontidae</w:t>
            </w:r>
          </w:p>
        </w:tc>
        <w:tc>
          <w:tcPr>
            <w:tcW w:w="347" w:type="pct"/>
          </w:tcPr>
          <w:p w14:paraId="2CEB822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1EDF08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03178B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4F18A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BBF7EBD" w14:textId="77777777" w:rsidTr="00117C78">
        <w:trPr>
          <w:jc w:val="center"/>
        </w:trPr>
        <w:tc>
          <w:tcPr>
            <w:tcW w:w="1422" w:type="pct"/>
          </w:tcPr>
          <w:p w14:paraId="1D82FEB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Lagocephalus gloveri</w:t>
            </w:r>
          </w:p>
        </w:tc>
        <w:tc>
          <w:tcPr>
            <w:tcW w:w="1422" w:type="pct"/>
          </w:tcPr>
          <w:p w14:paraId="457201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Glover’s Pufferfish</w:t>
            </w:r>
          </w:p>
        </w:tc>
        <w:tc>
          <w:tcPr>
            <w:tcW w:w="766" w:type="pct"/>
          </w:tcPr>
          <w:p w14:paraId="41BB069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Tetraodontidae</w:t>
            </w:r>
          </w:p>
        </w:tc>
        <w:tc>
          <w:tcPr>
            <w:tcW w:w="347" w:type="pct"/>
          </w:tcPr>
          <w:p w14:paraId="3EF8736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C70C24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CDA525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E96D6E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468B9284" w14:textId="77777777" w:rsidTr="00117C78">
        <w:trPr>
          <w:jc w:val="center"/>
        </w:trPr>
        <w:tc>
          <w:tcPr>
            <w:tcW w:w="1422" w:type="pct"/>
          </w:tcPr>
          <w:p w14:paraId="0C6DE730"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Lagocephalus lagocephalus</w:t>
            </w:r>
          </w:p>
        </w:tc>
        <w:tc>
          <w:tcPr>
            <w:tcW w:w="1422" w:type="pct"/>
          </w:tcPr>
          <w:p w14:paraId="6F4ADDB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Oceanic Pufferfish</w:t>
            </w:r>
          </w:p>
        </w:tc>
        <w:tc>
          <w:tcPr>
            <w:tcW w:w="766" w:type="pct"/>
          </w:tcPr>
          <w:p w14:paraId="2627FDE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Tetraodontidae</w:t>
            </w:r>
          </w:p>
        </w:tc>
        <w:tc>
          <w:tcPr>
            <w:tcW w:w="347" w:type="pct"/>
          </w:tcPr>
          <w:p w14:paraId="6743A9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9C9C0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BE9FEA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ADA5F6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F7DA3A7" w14:textId="77777777" w:rsidTr="00117C78">
        <w:trPr>
          <w:jc w:val="center"/>
        </w:trPr>
        <w:tc>
          <w:tcPr>
            <w:tcW w:w="1422" w:type="pct"/>
          </w:tcPr>
          <w:p w14:paraId="7380BB73"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Takifugu alboplumbeus</w:t>
            </w:r>
          </w:p>
        </w:tc>
        <w:tc>
          <w:tcPr>
            <w:tcW w:w="1422" w:type="pct"/>
          </w:tcPr>
          <w:p w14:paraId="2CA4216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Alboplumbeus Pufferfish</w:t>
            </w:r>
          </w:p>
        </w:tc>
        <w:tc>
          <w:tcPr>
            <w:tcW w:w="766" w:type="pct"/>
          </w:tcPr>
          <w:p w14:paraId="2FA1C17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Tetraodontidae</w:t>
            </w:r>
          </w:p>
        </w:tc>
        <w:tc>
          <w:tcPr>
            <w:tcW w:w="347" w:type="pct"/>
          </w:tcPr>
          <w:p w14:paraId="6B8888D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FF57A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76703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60456A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31AB155" w14:textId="77777777" w:rsidTr="00117C78">
        <w:trPr>
          <w:jc w:val="center"/>
        </w:trPr>
        <w:tc>
          <w:tcPr>
            <w:tcW w:w="1422" w:type="pct"/>
          </w:tcPr>
          <w:p w14:paraId="41FC2D1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Triacanthus biaculeatus</w:t>
            </w:r>
          </w:p>
        </w:tc>
        <w:tc>
          <w:tcPr>
            <w:tcW w:w="1422" w:type="pct"/>
          </w:tcPr>
          <w:p w14:paraId="025A82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Biaculeatus Triacanthus</w:t>
            </w:r>
          </w:p>
        </w:tc>
        <w:tc>
          <w:tcPr>
            <w:tcW w:w="766" w:type="pct"/>
          </w:tcPr>
          <w:p w14:paraId="6555FC5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Triacanthidae</w:t>
            </w:r>
          </w:p>
        </w:tc>
        <w:tc>
          <w:tcPr>
            <w:tcW w:w="347" w:type="pct"/>
          </w:tcPr>
          <w:p w14:paraId="2EBDE56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177F4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E7BC51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D445F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F617EBB" w14:textId="77777777" w:rsidTr="00117C78">
        <w:trPr>
          <w:jc w:val="center"/>
        </w:trPr>
        <w:tc>
          <w:tcPr>
            <w:tcW w:w="1422" w:type="pct"/>
          </w:tcPr>
          <w:p w14:paraId="3211B62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Antigonia capros</w:t>
            </w:r>
          </w:p>
        </w:tc>
        <w:tc>
          <w:tcPr>
            <w:tcW w:w="1422" w:type="pct"/>
          </w:tcPr>
          <w:p w14:paraId="6C862A2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Boarfish</w:t>
            </w:r>
          </w:p>
        </w:tc>
        <w:tc>
          <w:tcPr>
            <w:tcW w:w="766" w:type="pct"/>
          </w:tcPr>
          <w:p w14:paraId="720BC9D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Caproidae</w:t>
            </w:r>
          </w:p>
        </w:tc>
        <w:tc>
          <w:tcPr>
            <w:tcW w:w="347" w:type="pct"/>
          </w:tcPr>
          <w:p w14:paraId="494A6B3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6FFBC1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5BDF0D5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710177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C75C456" w14:textId="77777777" w:rsidTr="00117C78">
        <w:trPr>
          <w:jc w:val="center"/>
        </w:trPr>
        <w:tc>
          <w:tcPr>
            <w:tcW w:w="1422" w:type="pct"/>
          </w:tcPr>
          <w:p w14:paraId="3A47BCDA"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Cheilopogon doederleinii</w:t>
            </w:r>
          </w:p>
        </w:tc>
        <w:tc>
          <w:tcPr>
            <w:tcW w:w="1422" w:type="pct"/>
          </w:tcPr>
          <w:p w14:paraId="6D24C6C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Doederlein's Flying Fish</w:t>
            </w:r>
          </w:p>
        </w:tc>
        <w:tc>
          <w:tcPr>
            <w:tcW w:w="766" w:type="pct"/>
          </w:tcPr>
          <w:p w14:paraId="36EA49A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Exocoetidae</w:t>
            </w:r>
          </w:p>
        </w:tc>
        <w:tc>
          <w:tcPr>
            <w:tcW w:w="347" w:type="pct"/>
          </w:tcPr>
          <w:p w14:paraId="5518A6F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CB4CD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B50BE6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3A498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D6A836E" w14:textId="77777777" w:rsidTr="00117C78">
        <w:trPr>
          <w:jc w:val="center"/>
        </w:trPr>
        <w:tc>
          <w:tcPr>
            <w:tcW w:w="1422" w:type="pct"/>
          </w:tcPr>
          <w:p w14:paraId="3CF9D296"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Equulites rivulatus</w:t>
            </w:r>
          </w:p>
        </w:tc>
        <w:tc>
          <w:tcPr>
            <w:tcW w:w="1422" w:type="pct"/>
          </w:tcPr>
          <w:p w14:paraId="571098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Rivulated Ponyfish</w:t>
            </w:r>
          </w:p>
        </w:tc>
        <w:tc>
          <w:tcPr>
            <w:tcW w:w="766" w:type="pct"/>
          </w:tcPr>
          <w:p w14:paraId="32C7FDD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Leiognathidae</w:t>
            </w:r>
          </w:p>
        </w:tc>
        <w:tc>
          <w:tcPr>
            <w:tcW w:w="347" w:type="pct"/>
          </w:tcPr>
          <w:p w14:paraId="3D62D67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3CB2CA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47D328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0208247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87EB4A0" w14:textId="77777777" w:rsidTr="00117C78">
        <w:trPr>
          <w:jc w:val="center"/>
        </w:trPr>
        <w:tc>
          <w:tcPr>
            <w:tcW w:w="1422" w:type="pct"/>
          </w:tcPr>
          <w:p w14:paraId="4A40C2EB"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Hemitrygon akajei</w:t>
            </w:r>
          </w:p>
        </w:tc>
        <w:tc>
          <w:tcPr>
            <w:tcW w:w="1422" w:type="pct"/>
          </w:tcPr>
          <w:p w14:paraId="3182857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Red Stingray</w:t>
            </w:r>
          </w:p>
        </w:tc>
        <w:tc>
          <w:tcPr>
            <w:tcW w:w="766" w:type="pct"/>
          </w:tcPr>
          <w:p w14:paraId="7746123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Dasyatidae</w:t>
            </w:r>
          </w:p>
        </w:tc>
        <w:tc>
          <w:tcPr>
            <w:tcW w:w="347" w:type="pct"/>
          </w:tcPr>
          <w:p w14:paraId="5636DEB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20A040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549E85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F645E3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DCC3DAC" w14:textId="77777777" w:rsidTr="00117C78">
        <w:trPr>
          <w:jc w:val="center"/>
        </w:trPr>
        <w:tc>
          <w:tcPr>
            <w:tcW w:w="1422" w:type="pct"/>
          </w:tcPr>
          <w:p w14:paraId="5FE43FC1"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Jaydia lineata</w:t>
            </w:r>
          </w:p>
        </w:tc>
        <w:tc>
          <w:tcPr>
            <w:tcW w:w="1422" w:type="pct"/>
          </w:tcPr>
          <w:p w14:paraId="526EC2F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Lined Cardinalfish</w:t>
            </w:r>
          </w:p>
        </w:tc>
        <w:tc>
          <w:tcPr>
            <w:tcW w:w="766" w:type="pct"/>
          </w:tcPr>
          <w:p w14:paraId="7E39DD6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Apogonidae</w:t>
            </w:r>
          </w:p>
        </w:tc>
        <w:tc>
          <w:tcPr>
            <w:tcW w:w="347" w:type="pct"/>
          </w:tcPr>
          <w:p w14:paraId="0CF0E08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0FE1DEB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72A56F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E563F6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53E3A594" w14:textId="77777777" w:rsidTr="00117C78">
        <w:trPr>
          <w:jc w:val="center"/>
        </w:trPr>
        <w:tc>
          <w:tcPr>
            <w:tcW w:w="1422" w:type="pct"/>
          </w:tcPr>
          <w:p w14:paraId="0F66B9B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Lampadena atlantica</w:t>
            </w:r>
          </w:p>
        </w:tc>
        <w:tc>
          <w:tcPr>
            <w:tcW w:w="1422" w:type="pct"/>
          </w:tcPr>
          <w:p w14:paraId="72F061B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Atlantic Lampfish</w:t>
            </w:r>
          </w:p>
        </w:tc>
        <w:tc>
          <w:tcPr>
            <w:tcW w:w="766" w:type="pct"/>
          </w:tcPr>
          <w:p w14:paraId="0AE1DCC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Myctophidae</w:t>
            </w:r>
          </w:p>
        </w:tc>
        <w:tc>
          <w:tcPr>
            <w:tcW w:w="347" w:type="pct"/>
          </w:tcPr>
          <w:p w14:paraId="15DFD82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772F39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1FF7583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6EFF516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No</w:t>
            </w:r>
          </w:p>
        </w:tc>
      </w:tr>
      <w:tr w:rsidR="00523B77" w:rsidRPr="00D32254" w14:paraId="1673D71F" w14:textId="77777777" w:rsidTr="00117C78">
        <w:trPr>
          <w:jc w:val="center"/>
        </w:trPr>
        <w:tc>
          <w:tcPr>
            <w:tcW w:w="1422" w:type="pct"/>
          </w:tcPr>
          <w:p w14:paraId="5F53F6A8"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Luciogobius ryukyuensis</w:t>
            </w:r>
          </w:p>
        </w:tc>
        <w:tc>
          <w:tcPr>
            <w:tcW w:w="1422" w:type="pct"/>
          </w:tcPr>
          <w:p w14:paraId="332A67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Ryukyu Goby</w:t>
            </w:r>
          </w:p>
        </w:tc>
        <w:tc>
          <w:tcPr>
            <w:tcW w:w="766" w:type="pct"/>
          </w:tcPr>
          <w:p w14:paraId="7CCB6C6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Gobiidae</w:t>
            </w:r>
          </w:p>
        </w:tc>
        <w:tc>
          <w:tcPr>
            <w:tcW w:w="347" w:type="pct"/>
          </w:tcPr>
          <w:p w14:paraId="230B095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972C2A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2A224E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16FBB5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A30A2A7" w14:textId="77777777" w:rsidTr="00117C78">
        <w:trPr>
          <w:jc w:val="center"/>
        </w:trPr>
        <w:tc>
          <w:tcPr>
            <w:tcW w:w="1422" w:type="pct"/>
          </w:tcPr>
          <w:p w14:paraId="75108F29"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Nipponocypris temminckii</w:t>
            </w:r>
          </w:p>
        </w:tc>
        <w:tc>
          <w:tcPr>
            <w:tcW w:w="1422" w:type="pct"/>
          </w:tcPr>
          <w:p w14:paraId="1750FC0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Temminck’s Bitterling</w:t>
            </w:r>
          </w:p>
        </w:tc>
        <w:tc>
          <w:tcPr>
            <w:tcW w:w="766" w:type="pct"/>
          </w:tcPr>
          <w:p w14:paraId="18E05941"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71CCD08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67C00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7C3F8EC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D567E1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22A51016" w14:textId="77777777" w:rsidTr="00117C78">
        <w:trPr>
          <w:jc w:val="center"/>
        </w:trPr>
        <w:tc>
          <w:tcPr>
            <w:tcW w:w="1422" w:type="pct"/>
          </w:tcPr>
          <w:p w14:paraId="66DCE07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lastRenderedPageBreak/>
              <w:t>Nuchequula nuchalis</w:t>
            </w:r>
          </w:p>
        </w:tc>
        <w:tc>
          <w:tcPr>
            <w:tcW w:w="1422" w:type="pct"/>
          </w:tcPr>
          <w:p w14:paraId="429D3D5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Sharpsnout Ponyfish</w:t>
            </w:r>
          </w:p>
        </w:tc>
        <w:tc>
          <w:tcPr>
            <w:tcW w:w="766" w:type="pct"/>
          </w:tcPr>
          <w:p w14:paraId="2546AD8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Leiognathidae</w:t>
            </w:r>
          </w:p>
        </w:tc>
        <w:tc>
          <w:tcPr>
            <w:tcW w:w="347" w:type="pct"/>
          </w:tcPr>
          <w:p w14:paraId="237B46F2"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B5D68E9"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598E98EC"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E8D6D40"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60633496" w14:textId="77777777" w:rsidTr="00117C78">
        <w:trPr>
          <w:jc w:val="center"/>
        </w:trPr>
        <w:tc>
          <w:tcPr>
            <w:tcW w:w="1422" w:type="pct"/>
          </w:tcPr>
          <w:p w14:paraId="3166DBAF"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Phoxinus steindachneri</w:t>
            </w:r>
          </w:p>
        </w:tc>
        <w:tc>
          <w:tcPr>
            <w:tcW w:w="1422" w:type="pct"/>
          </w:tcPr>
          <w:p w14:paraId="52068B2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Steindachner’s Minnow</w:t>
            </w:r>
          </w:p>
        </w:tc>
        <w:tc>
          <w:tcPr>
            <w:tcW w:w="766" w:type="pct"/>
          </w:tcPr>
          <w:p w14:paraId="6016764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58C419F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62618C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E92C0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4EFD243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0C7A6137" w14:textId="77777777" w:rsidTr="00117C78">
        <w:trPr>
          <w:jc w:val="center"/>
        </w:trPr>
        <w:tc>
          <w:tcPr>
            <w:tcW w:w="1422" w:type="pct"/>
          </w:tcPr>
          <w:p w14:paraId="58E539D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Planiliza haematocheilus</w:t>
            </w:r>
          </w:p>
        </w:tc>
        <w:tc>
          <w:tcPr>
            <w:tcW w:w="1422" w:type="pct"/>
          </w:tcPr>
          <w:p w14:paraId="6CE863F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So-iuy Mullet</w:t>
            </w:r>
          </w:p>
        </w:tc>
        <w:tc>
          <w:tcPr>
            <w:tcW w:w="766" w:type="pct"/>
          </w:tcPr>
          <w:p w14:paraId="2A4FCE6D"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Mugilidae</w:t>
            </w:r>
          </w:p>
        </w:tc>
        <w:tc>
          <w:tcPr>
            <w:tcW w:w="347" w:type="pct"/>
          </w:tcPr>
          <w:p w14:paraId="52AF016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1ED5325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73F92BB6"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390EEBD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523B77" w:rsidRPr="00D32254" w14:paraId="1DD8352C" w14:textId="77777777" w:rsidTr="00117C78">
        <w:trPr>
          <w:jc w:val="center"/>
        </w:trPr>
        <w:tc>
          <w:tcPr>
            <w:tcW w:w="1422" w:type="pct"/>
          </w:tcPr>
          <w:p w14:paraId="4DF020BE"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Pseudorasbora interrupta</w:t>
            </w:r>
          </w:p>
        </w:tc>
        <w:tc>
          <w:tcPr>
            <w:tcW w:w="1422" w:type="pct"/>
          </w:tcPr>
          <w:p w14:paraId="102507D8"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Interrupta Bitterling</w:t>
            </w:r>
          </w:p>
        </w:tc>
        <w:tc>
          <w:tcPr>
            <w:tcW w:w="766" w:type="pct"/>
          </w:tcPr>
          <w:p w14:paraId="77AAB5B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Cyprinidae</w:t>
            </w:r>
          </w:p>
        </w:tc>
        <w:tc>
          <w:tcPr>
            <w:tcW w:w="347" w:type="pct"/>
          </w:tcPr>
          <w:p w14:paraId="6B0B36C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28415AC5"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6E43EF6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3F438F2B"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r w:rsidR="00117C78" w:rsidRPr="00D32254" w14:paraId="5BC44DB4" w14:textId="77777777" w:rsidTr="00117C78">
        <w:trPr>
          <w:jc w:val="center"/>
        </w:trPr>
        <w:tc>
          <w:tcPr>
            <w:tcW w:w="1422" w:type="pct"/>
          </w:tcPr>
          <w:p w14:paraId="0A7C9694" w14:textId="77777777" w:rsidR="00117C78" w:rsidRPr="00D32254" w:rsidRDefault="00117C78" w:rsidP="0048078D">
            <w:pPr>
              <w:jc w:val="center"/>
              <w:rPr>
                <w:rFonts w:ascii="Times New Roman" w:hAnsi="Times New Roman" w:cs="Times New Roman"/>
                <w:i/>
                <w:iCs/>
                <w:color w:val="000000" w:themeColor="text1"/>
                <w:sz w:val="21"/>
                <w:szCs w:val="21"/>
              </w:rPr>
            </w:pPr>
            <w:r w:rsidRPr="00D32254">
              <w:rPr>
                <w:rFonts w:ascii="Times New Roman" w:hAnsi="Times New Roman" w:cs="Times New Roman"/>
                <w:i/>
                <w:iCs/>
                <w:color w:val="000000" w:themeColor="text1"/>
                <w:sz w:val="21"/>
                <w:szCs w:val="21"/>
              </w:rPr>
              <w:t>Saurida umeyoshii</w:t>
            </w:r>
          </w:p>
        </w:tc>
        <w:tc>
          <w:tcPr>
            <w:tcW w:w="1422" w:type="pct"/>
          </w:tcPr>
          <w:p w14:paraId="68A96B14"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Umeyoshi's Lizardfish</w:t>
            </w:r>
          </w:p>
        </w:tc>
        <w:tc>
          <w:tcPr>
            <w:tcW w:w="766" w:type="pct"/>
          </w:tcPr>
          <w:p w14:paraId="467DCAC3"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Synodontidae</w:t>
            </w:r>
          </w:p>
        </w:tc>
        <w:tc>
          <w:tcPr>
            <w:tcW w:w="347" w:type="pct"/>
          </w:tcPr>
          <w:p w14:paraId="62D87547"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51807DA"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0</w:t>
            </w:r>
          </w:p>
        </w:tc>
        <w:tc>
          <w:tcPr>
            <w:tcW w:w="347" w:type="pct"/>
          </w:tcPr>
          <w:p w14:paraId="25F1EE9E"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1</w:t>
            </w:r>
          </w:p>
        </w:tc>
        <w:tc>
          <w:tcPr>
            <w:tcW w:w="347" w:type="pct"/>
          </w:tcPr>
          <w:p w14:paraId="4D5BF49F" w14:textId="77777777" w:rsidR="00117C78" w:rsidRPr="00D32254" w:rsidRDefault="00117C78" w:rsidP="0048078D">
            <w:pPr>
              <w:jc w:val="center"/>
              <w:rPr>
                <w:rFonts w:ascii="Times New Roman" w:hAnsi="Times New Roman" w:cs="Times New Roman"/>
                <w:color w:val="000000" w:themeColor="text1"/>
                <w:sz w:val="21"/>
                <w:szCs w:val="21"/>
              </w:rPr>
            </w:pPr>
            <w:r w:rsidRPr="00D32254">
              <w:rPr>
                <w:rFonts w:ascii="Times New Roman" w:hAnsi="Times New Roman" w:cs="Times New Roman"/>
                <w:color w:val="000000" w:themeColor="text1"/>
                <w:sz w:val="21"/>
                <w:szCs w:val="21"/>
              </w:rPr>
              <w:t>Yes</w:t>
            </w:r>
          </w:p>
        </w:tc>
      </w:tr>
    </w:tbl>
    <w:p w14:paraId="42419C99" w14:textId="77777777" w:rsidR="00166686" w:rsidRPr="00D32254" w:rsidRDefault="00166686" w:rsidP="00166686">
      <w:pPr>
        <w:rPr>
          <w:rFonts w:ascii="Times New Roman" w:hAnsi="Times New Roman" w:cs="Times New Roman"/>
          <w:color w:val="000000" w:themeColor="text1"/>
        </w:rPr>
      </w:pPr>
    </w:p>
    <w:p w14:paraId="6B3B3FB6" w14:textId="77777777" w:rsidR="00117C78" w:rsidRPr="00D32254" w:rsidRDefault="00117C78" w:rsidP="0039103F">
      <w:pPr>
        <w:jc w:val="both"/>
        <w:rPr>
          <w:rFonts w:ascii="Times New Roman" w:hAnsi="Times New Roman" w:cs="Times New Roman"/>
          <w:b/>
          <w:bCs/>
          <w:color w:val="000000" w:themeColor="text1"/>
        </w:rPr>
      </w:pPr>
    </w:p>
    <w:p w14:paraId="6173F3FD" w14:textId="77777777" w:rsidR="00117C78" w:rsidRPr="00D32254" w:rsidRDefault="00117C78" w:rsidP="0039103F">
      <w:pPr>
        <w:jc w:val="both"/>
        <w:rPr>
          <w:rFonts w:ascii="Times New Roman" w:hAnsi="Times New Roman" w:cs="Times New Roman"/>
          <w:b/>
          <w:bCs/>
          <w:color w:val="000000" w:themeColor="text1"/>
        </w:rPr>
      </w:pPr>
    </w:p>
    <w:p w14:paraId="3B1AFE66" w14:textId="77777777" w:rsidR="00117C78" w:rsidRPr="00D32254" w:rsidRDefault="00117C78" w:rsidP="0039103F">
      <w:pPr>
        <w:jc w:val="both"/>
        <w:rPr>
          <w:rFonts w:ascii="Times New Roman" w:hAnsi="Times New Roman" w:cs="Times New Roman"/>
          <w:b/>
          <w:bCs/>
          <w:color w:val="000000" w:themeColor="text1"/>
        </w:rPr>
        <w:sectPr w:rsidR="00117C78" w:rsidRPr="00D32254" w:rsidSect="00117C78">
          <w:pgSz w:w="15840" w:h="12240" w:orient="landscape"/>
          <w:pgMar w:top="1440" w:right="1440" w:bottom="1440" w:left="1440" w:header="708" w:footer="708" w:gutter="0"/>
          <w:cols w:space="708"/>
          <w:docGrid w:linePitch="360"/>
        </w:sectPr>
      </w:pPr>
    </w:p>
    <w:p w14:paraId="6A217644" w14:textId="04C13BC3" w:rsidR="00166686" w:rsidRPr="00D32254" w:rsidRDefault="00166686" w:rsidP="0039103F">
      <w:pPr>
        <w:jc w:val="both"/>
        <w:rPr>
          <w:rFonts w:ascii="Times New Roman" w:hAnsi="Times New Roman" w:cs="Times New Roman"/>
          <w:color w:val="000000" w:themeColor="text1"/>
        </w:rPr>
      </w:pPr>
      <w:r w:rsidRPr="00D32254">
        <w:rPr>
          <w:rFonts w:ascii="Times New Roman" w:hAnsi="Times New Roman" w:cs="Times New Roman"/>
          <w:b/>
          <w:bCs/>
          <w:color w:val="000000" w:themeColor="text1"/>
        </w:rPr>
        <w:lastRenderedPageBreak/>
        <w:t>Table S</w:t>
      </w:r>
      <w:r w:rsidR="00117C78" w:rsidRPr="00D32254">
        <w:rPr>
          <w:rFonts w:ascii="Times New Roman" w:hAnsi="Times New Roman" w:cs="Times New Roman"/>
          <w:b/>
          <w:bCs/>
          <w:color w:val="000000" w:themeColor="text1"/>
        </w:rPr>
        <w:t>1</w:t>
      </w:r>
      <w:r w:rsidR="00AC7032" w:rsidRPr="00D32254">
        <w:rPr>
          <w:rFonts w:ascii="Times New Roman" w:hAnsi="Times New Roman" w:cs="Times New Roman"/>
          <w:b/>
          <w:bCs/>
          <w:color w:val="000000" w:themeColor="text1"/>
        </w:rPr>
        <w:t>1</w:t>
      </w:r>
      <w:r w:rsidRPr="00D32254">
        <w:rPr>
          <w:rFonts w:ascii="Times New Roman" w:hAnsi="Times New Roman" w:cs="Times New Roman"/>
          <w:b/>
          <w:bCs/>
          <w:color w:val="000000" w:themeColor="text1"/>
        </w:rPr>
        <w:t xml:space="preserve"> </w:t>
      </w:r>
      <w:r w:rsidRPr="00D32254">
        <w:rPr>
          <w:rFonts w:ascii="Times New Roman" w:hAnsi="Times New Roman" w:cs="Times New Roman"/>
          <w:color w:val="000000" w:themeColor="text1"/>
        </w:rPr>
        <w:t xml:space="preserve">Indicator species of Cluster </w:t>
      </w:r>
      <w:r w:rsidR="0039103F" w:rsidRPr="00D32254">
        <w:rPr>
          <w:rFonts w:ascii="Times New Roman" w:hAnsi="Times New Roman" w:cs="Times New Roman"/>
          <w:color w:val="000000" w:themeColor="text1"/>
        </w:rPr>
        <w:t>2</w:t>
      </w:r>
      <w:r w:rsidRPr="00D32254">
        <w:rPr>
          <w:rFonts w:ascii="Times New Roman" w:hAnsi="Times New Roman" w:cs="Times New Roman"/>
          <w:color w:val="000000" w:themeColor="text1"/>
        </w:rPr>
        <w:t xml:space="preserve">, Cluster 5, and Cluster 5_I_N (where Cluster 5_I_N refers to samples marked as Cluster 5 in the KS-18-5 cruise intake method, including one Niskin sample instead of Cluster </w:t>
      </w:r>
      <w:r w:rsidR="0039103F" w:rsidRPr="00D32254">
        <w:rPr>
          <w:rFonts w:ascii="Times New Roman" w:hAnsi="Times New Roman" w:cs="Times New Roman"/>
          <w:color w:val="000000" w:themeColor="text1"/>
        </w:rPr>
        <w:t>2</w:t>
      </w:r>
      <w:r w:rsidRPr="00D32254">
        <w:rPr>
          <w:rFonts w:ascii="Times New Roman" w:hAnsi="Times New Roman" w:cs="Times New Roman"/>
          <w:color w:val="000000" w:themeColor="text1"/>
        </w:rPr>
        <w:t xml:space="preserve">). The first species in bold represents a statistically significant indicator species for Cluster </w:t>
      </w:r>
      <w:r w:rsidR="0039103F" w:rsidRPr="00D32254">
        <w:rPr>
          <w:rFonts w:ascii="Times New Roman" w:hAnsi="Times New Roman" w:cs="Times New Roman"/>
          <w:color w:val="000000" w:themeColor="text1"/>
        </w:rPr>
        <w:t>2</w:t>
      </w:r>
      <w:r w:rsidRPr="00D32254">
        <w:rPr>
          <w:rFonts w:ascii="Times New Roman" w:hAnsi="Times New Roman" w:cs="Times New Roman"/>
          <w:color w:val="000000" w:themeColor="text1"/>
        </w:rPr>
        <w:t xml:space="preserve">, which is absent in both Cluster 5 and Cluster 5_I_N. The second species in bold is a statistically significant indicator species for both Cluster 5 and Cluster 5_I_N, and it has not been detected in Cluster </w:t>
      </w:r>
      <w:r w:rsidR="0039103F" w:rsidRPr="00D32254">
        <w:rPr>
          <w:rFonts w:ascii="Times New Roman" w:hAnsi="Times New Roman" w:cs="Times New Roman"/>
          <w:color w:val="000000" w:themeColor="text1"/>
        </w:rPr>
        <w:t>2</w:t>
      </w:r>
    </w:p>
    <w:p w14:paraId="20C302FE" w14:textId="77777777" w:rsidR="00166686" w:rsidRPr="00D32254" w:rsidRDefault="00166686" w:rsidP="00166686">
      <w:pPr>
        <w:rPr>
          <w:rFonts w:ascii="Times New Roman" w:hAnsi="Times New Roman" w:cs="Times New Roman"/>
          <w:color w:val="000000" w:themeColor="text1"/>
        </w:rPr>
      </w:pPr>
    </w:p>
    <w:tbl>
      <w:tblPr>
        <w:tblStyle w:val="afe"/>
        <w:tblW w:w="0" w:type="auto"/>
        <w:tblLook w:val="04A0" w:firstRow="1" w:lastRow="0" w:firstColumn="1" w:lastColumn="0" w:noHBand="0" w:noVBand="1"/>
      </w:tblPr>
      <w:tblGrid>
        <w:gridCol w:w="2252"/>
        <w:gridCol w:w="2252"/>
        <w:gridCol w:w="2253"/>
        <w:gridCol w:w="2253"/>
      </w:tblGrid>
      <w:tr w:rsidR="00D32254" w:rsidRPr="00D32254" w14:paraId="030F93AA" w14:textId="77777777" w:rsidTr="00F86F07">
        <w:tc>
          <w:tcPr>
            <w:tcW w:w="2252" w:type="dxa"/>
          </w:tcPr>
          <w:p w14:paraId="7456A083"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Species</w:t>
            </w:r>
          </w:p>
        </w:tc>
        <w:tc>
          <w:tcPr>
            <w:tcW w:w="2252" w:type="dxa"/>
          </w:tcPr>
          <w:p w14:paraId="3A58C46A" w14:textId="6C09F4C4"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 xml:space="preserve">Cluster </w:t>
            </w:r>
            <w:r w:rsidR="0039103F" w:rsidRPr="00D32254">
              <w:rPr>
                <w:rFonts w:ascii="Times New Roman" w:hAnsi="Times New Roman" w:cs="Times New Roman"/>
                <w:color w:val="000000" w:themeColor="text1"/>
                <w:sz w:val="24"/>
                <w:szCs w:val="24"/>
              </w:rPr>
              <w:t>2</w:t>
            </w:r>
          </w:p>
        </w:tc>
        <w:tc>
          <w:tcPr>
            <w:tcW w:w="2253" w:type="dxa"/>
          </w:tcPr>
          <w:p w14:paraId="7A73F5E3"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Cluster 5</w:t>
            </w:r>
          </w:p>
        </w:tc>
        <w:tc>
          <w:tcPr>
            <w:tcW w:w="2253" w:type="dxa"/>
          </w:tcPr>
          <w:p w14:paraId="4DAD0E6F"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Cluster 5_I_N</w:t>
            </w:r>
          </w:p>
        </w:tc>
      </w:tr>
      <w:tr w:rsidR="00D32254" w:rsidRPr="00D32254" w14:paraId="7D4D7342" w14:textId="77777777" w:rsidTr="00F86F07">
        <w:tc>
          <w:tcPr>
            <w:tcW w:w="2252" w:type="dxa"/>
          </w:tcPr>
          <w:p w14:paraId="07A0A459" w14:textId="77777777" w:rsidR="00166686" w:rsidRPr="00D32254" w:rsidRDefault="00166686" w:rsidP="00F86F07">
            <w:pPr>
              <w:rPr>
                <w:rFonts w:ascii="Times New Roman" w:hAnsi="Times New Roman" w:cs="Times New Roman"/>
                <w:b/>
                <w:bCs/>
                <w:i/>
                <w:iCs/>
                <w:color w:val="000000" w:themeColor="text1"/>
                <w:sz w:val="24"/>
                <w:szCs w:val="24"/>
              </w:rPr>
            </w:pPr>
            <w:r w:rsidRPr="00D32254">
              <w:rPr>
                <w:rFonts w:ascii="Times New Roman" w:hAnsi="Times New Roman" w:cs="Times New Roman"/>
                <w:b/>
                <w:bCs/>
                <w:i/>
                <w:iCs/>
                <w:color w:val="000000" w:themeColor="text1"/>
                <w:sz w:val="24"/>
                <w:szCs w:val="24"/>
              </w:rPr>
              <w:t>Chlorurus sordidus</w:t>
            </w:r>
          </w:p>
        </w:tc>
        <w:tc>
          <w:tcPr>
            <w:tcW w:w="2252" w:type="dxa"/>
          </w:tcPr>
          <w:p w14:paraId="38CD97AB" w14:textId="77777777" w:rsidR="00166686" w:rsidRPr="00D32254" w:rsidRDefault="00166686" w:rsidP="00F86F07">
            <w:pP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P&lt;0.005</w:t>
            </w:r>
          </w:p>
        </w:tc>
        <w:tc>
          <w:tcPr>
            <w:tcW w:w="2253" w:type="dxa"/>
          </w:tcPr>
          <w:p w14:paraId="42404178"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c>
          <w:tcPr>
            <w:tcW w:w="2253" w:type="dxa"/>
          </w:tcPr>
          <w:p w14:paraId="361C78A7"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r>
      <w:tr w:rsidR="00D32254" w:rsidRPr="00D32254" w14:paraId="60F9B1E7" w14:textId="77777777" w:rsidTr="00F86F07">
        <w:tc>
          <w:tcPr>
            <w:tcW w:w="2252" w:type="dxa"/>
          </w:tcPr>
          <w:p w14:paraId="1F4BADF4" w14:textId="77777777" w:rsidR="00166686" w:rsidRPr="00D32254" w:rsidRDefault="00166686" w:rsidP="00F86F07">
            <w:pPr>
              <w:rPr>
                <w:rFonts w:ascii="Times New Roman" w:hAnsi="Times New Roman" w:cs="Times New Roman"/>
                <w:i/>
                <w:iCs/>
                <w:color w:val="000000" w:themeColor="text1"/>
                <w:sz w:val="24"/>
                <w:szCs w:val="24"/>
              </w:rPr>
            </w:pPr>
            <w:r w:rsidRPr="00D32254">
              <w:rPr>
                <w:rFonts w:ascii="Times New Roman" w:hAnsi="Times New Roman" w:cs="Times New Roman"/>
                <w:i/>
                <w:iCs/>
                <w:color w:val="000000" w:themeColor="text1"/>
                <w:sz w:val="24"/>
                <w:szCs w:val="24"/>
              </w:rPr>
              <w:t>Myctophum asperum</w:t>
            </w:r>
          </w:p>
        </w:tc>
        <w:tc>
          <w:tcPr>
            <w:tcW w:w="2252" w:type="dxa"/>
          </w:tcPr>
          <w:p w14:paraId="355D3099"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P&lt;0.005</w:t>
            </w:r>
          </w:p>
        </w:tc>
        <w:tc>
          <w:tcPr>
            <w:tcW w:w="2253" w:type="dxa"/>
          </w:tcPr>
          <w:p w14:paraId="531E37F2"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P&gt;0.05</w:t>
            </w:r>
          </w:p>
        </w:tc>
        <w:tc>
          <w:tcPr>
            <w:tcW w:w="2253" w:type="dxa"/>
          </w:tcPr>
          <w:p w14:paraId="49551B00"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r>
      <w:tr w:rsidR="00D32254" w:rsidRPr="00D32254" w14:paraId="35E507EF" w14:textId="77777777" w:rsidTr="00F86F07">
        <w:tc>
          <w:tcPr>
            <w:tcW w:w="2252" w:type="dxa"/>
          </w:tcPr>
          <w:p w14:paraId="662AE220" w14:textId="77777777" w:rsidR="00166686" w:rsidRPr="00D32254" w:rsidRDefault="00166686" w:rsidP="00F86F07">
            <w:pPr>
              <w:rPr>
                <w:rFonts w:ascii="Times New Roman" w:hAnsi="Times New Roman" w:cs="Times New Roman"/>
                <w:i/>
                <w:iCs/>
                <w:color w:val="000000" w:themeColor="text1"/>
                <w:sz w:val="24"/>
                <w:szCs w:val="24"/>
              </w:rPr>
            </w:pPr>
            <w:r w:rsidRPr="00D32254">
              <w:rPr>
                <w:rFonts w:ascii="Times New Roman" w:hAnsi="Times New Roman" w:cs="Times New Roman"/>
                <w:i/>
                <w:iCs/>
                <w:color w:val="000000" w:themeColor="text1"/>
                <w:sz w:val="24"/>
                <w:szCs w:val="24"/>
              </w:rPr>
              <w:t>Sardinops melanostictus /S. sagax</w:t>
            </w:r>
          </w:p>
          <w:p w14:paraId="1631E575" w14:textId="77777777" w:rsidR="00166686" w:rsidRPr="00D32254" w:rsidRDefault="00166686" w:rsidP="00F86F07">
            <w:pPr>
              <w:rPr>
                <w:rFonts w:ascii="Times New Roman" w:hAnsi="Times New Roman" w:cs="Times New Roman"/>
                <w:i/>
                <w:iCs/>
                <w:color w:val="000000" w:themeColor="text1"/>
                <w:sz w:val="24"/>
                <w:szCs w:val="24"/>
              </w:rPr>
            </w:pPr>
          </w:p>
        </w:tc>
        <w:tc>
          <w:tcPr>
            <w:tcW w:w="2252" w:type="dxa"/>
          </w:tcPr>
          <w:p w14:paraId="133C6856"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P&gt;0.05</w:t>
            </w:r>
          </w:p>
        </w:tc>
        <w:tc>
          <w:tcPr>
            <w:tcW w:w="2253" w:type="dxa"/>
          </w:tcPr>
          <w:p w14:paraId="0F7B72E0"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P&lt;0.005</w:t>
            </w:r>
          </w:p>
        </w:tc>
        <w:tc>
          <w:tcPr>
            <w:tcW w:w="2253" w:type="dxa"/>
          </w:tcPr>
          <w:p w14:paraId="0DF2C7BB"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P&gt;0.05</w:t>
            </w:r>
          </w:p>
        </w:tc>
      </w:tr>
      <w:tr w:rsidR="00D32254" w:rsidRPr="00D32254" w14:paraId="64C26ED0" w14:textId="77777777" w:rsidTr="00F86F07">
        <w:tc>
          <w:tcPr>
            <w:tcW w:w="2252" w:type="dxa"/>
          </w:tcPr>
          <w:p w14:paraId="2E6E1BBD" w14:textId="77777777" w:rsidR="00166686" w:rsidRPr="00D32254" w:rsidRDefault="00166686" w:rsidP="00F86F07">
            <w:pPr>
              <w:rPr>
                <w:rFonts w:ascii="Times New Roman" w:hAnsi="Times New Roman" w:cs="Times New Roman"/>
                <w:i/>
                <w:iCs/>
                <w:color w:val="000000" w:themeColor="text1"/>
                <w:sz w:val="24"/>
                <w:szCs w:val="24"/>
              </w:rPr>
            </w:pPr>
            <w:r w:rsidRPr="00D32254">
              <w:rPr>
                <w:rFonts w:ascii="Times New Roman" w:hAnsi="Times New Roman" w:cs="Times New Roman"/>
                <w:i/>
                <w:iCs/>
                <w:color w:val="000000" w:themeColor="text1"/>
                <w:sz w:val="24"/>
                <w:szCs w:val="24"/>
              </w:rPr>
              <w:t>Engraulis japonicus</w:t>
            </w:r>
          </w:p>
        </w:tc>
        <w:tc>
          <w:tcPr>
            <w:tcW w:w="2252" w:type="dxa"/>
          </w:tcPr>
          <w:p w14:paraId="512AF92D"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c>
          <w:tcPr>
            <w:tcW w:w="2253" w:type="dxa"/>
          </w:tcPr>
          <w:p w14:paraId="78A6132E"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P&lt;0.005</w:t>
            </w:r>
          </w:p>
        </w:tc>
        <w:tc>
          <w:tcPr>
            <w:tcW w:w="2253" w:type="dxa"/>
          </w:tcPr>
          <w:p w14:paraId="163AB1C4"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P&gt;0.05</w:t>
            </w:r>
          </w:p>
        </w:tc>
      </w:tr>
      <w:tr w:rsidR="00D32254" w:rsidRPr="00D32254" w14:paraId="3A871C31" w14:textId="77777777" w:rsidTr="00F86F07">
        <w:tc>
          <w:tcPr>
            <w:tcW w:w="2252" w:type="dxa"/>
          </w:tcPr>
          <w:p w14:paraId="12220DC3" w14:textId="77777777" w:rsidR="00166686" w:rsidRPr="00D32254" w:rsidRDefault="00166686" w:rsidP="00F86F07">
            <w:pPr>
              <w:rPr>
                <w:rFonts w:ascii="Times New Roman" w:hAnsi="Times New Roman" w:cs="Times New Roman"/>
                <w:i/>
                <w:iCs/>
                <w:color w:val="000000" w:themeColor="text1"/>
                <w:sz w:val="24"/>
                <w:szCs w:val="24"/>
              </w:rPr>
            </w:pPr>
            <w:r w:rsidRPr="00D32254">
              <w:rPr>
                <w:rFonts w:ascii="Times New Roman" w:hAnsi="Times New Roman" w:cs="Times New Roman"/>
                <w:i/>
                <w:iCs/>
                <w:color w:val="000000" w:themeColor="text1"/>
                <w:sz w:val="24"/>
                <w:szCs w:val="24"/>
              </w:rPr>
              <w:t>Notoscopelus japonicus</w:t>
            </w:r>
          </w:p>
        </w:tc>
        <w:tc>
          <w:tcPr>
            <w:tcW w:w="2252" w:type="dxa"/>
          </w:tcPr>
          <w:p w14:paraId="3F76B068"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c>
          <w:tcPr>
            <w:tcW w:w="2253" w:type="dxa"/>
          </w:tcPr>
          <w:p w14:paraId="475A52F5"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P&lt;0.05</w:t>
            </w:r>
          </w:p>
        </w:tc>
        <w:tc>
          <w:tcPr>
            <w:tcW w:w="2253" w:type="dxa"/>
          </w:tcPr>
          <w:p w14:paraId="6F2D5E49"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P&gt;0.05</w:t>
            </w:r>
          </w:p>
        </w:tc>
      </w:tr>
      <w:tr w:rsidR="00D32254" w:rsidRPr="00D32254" w14:paraId="5102EE72" w14:textId="77777777" w:rsidTr="00F86F07">
        <w:tc>
          <w:tcPr>
            <w:tcW w:w="2252" w:type="dxa"/>
          </w:tcPr>
          <w:p w14:paraId="6C515F70" w14:textId="77777777" w:rsidR="00166686" w:rsidRPr="00D32254" w:rsidRDefault="00166686" w:rsidP="00F86F07">
            <w:pPr>
              <w:rPr>
                <w:rFonts w:ascii="Times New Roman" w:hAnsi="Times New Roman" w:cs="Times New Roman"/>
                <w:i/>
                <w:iCs/>
                <w:color w:val="000000" w:themeColor="text1"/>
                <w:sz w:val="24"/>
                <w:szCs w:val="24"/>
              </w:rPr>
            </w:pPr>
            <w:r w:rsidRPr="00D32254">
              <w:rPr>
                <w:rFonts w:ascii="Times New Roman" w:hAnsi="Times New Roman" w:cs="Times New Roman"/>
                <w:i/>
                <w:iCs/>
                <w:color w:val="000000" w:themeColor="text1"/>
                <w:sz w:val="24"/>
                <w:szCs w:val="24"/>
              </w:rPr>
              <w:t>Trachurus japonicus</w:t>
            </w:r>
          </w:p>
        </w:tc>
        <w:tc>
          <w:tcPr>
            <w:tcW w:w="2252" w:type="dxa"/>
          </w:tcPr>
          <w:p w14:paraId="08C72B26"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c>
          <w:tcPr>
            <w:tcW w:w="2253" w:type="dxa"/>
          </w:tcPr>
          <w:p w14:paraId="5BCF1404"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P&lt;0.05</w:t>
            </w:r>
          </w:p>
        </w:tc>
        <w:tc>
          <w:tcPr>
            <w:tcW w:w="2253" w:type="dxa"/>
          </w:tcPr>
          <w:p w14:paraId="323FB4AC"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r>
      <w:tr w:rsidR="00D32254" w:rsidRPr="00D32254" w14:paraId="7160030D" w14:textId="77777777" w:rsidTr="00F86F07">
        <w:tc>
          <w:tcPr>
            <w:tcW w:w="2252" w:type="dxa"/>
          </w:tcPr>
          <w:p w14:paraId="78825B96" w14:textId="77777777" w:rsidR="00166686" w:rsidRPr="00D32254" w:rsidRDefault="00166686" w:rsidP="00F86F07">
            <w:pPr>
              <w:rPr>
                <w:rFonts w:ascii="Times New Roman" w:hAnsi="Times New Roman" w:cs="Times New Roman"/>
                <w:b/>
                <w:bCs/>
                <w:i/>
                <w:iCs/>
                <w:color w:val="000000" w:themeColor="text1"/>
                <w:sz w:val="24"/>
                <w:szCs w:val="24"/>
              </w:rPr>
            </w:pPr>
            <w:r w:rsidRPr="00D32254">
              <w:rPr>
                <w:rFonts w:ascii="Times New Roman" w:hAnsi="Times New Roman" w:cs="Times New Roman"/>
                <w:b/>
                <w:bCs/>
                <w:i/>
                <w:iCs/>
                <w:color w:val="000000" w:themeColor="text1"/>
                <w:sz w:val="24"/>
                <w:szCs w:val="24"/>
              </w:rPr>
              <w:t>Myctophum spinosum</w:t>
            </w:r>
          </w:p>
        </w:tc>
        <w:tc>
          <w:tcPr>
            <w:tcW w:w="2252" w:type="dxa"/>
          </w:tcPr>
          <w:p w14:paraId="3C0070F8"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c>
          <w:tcPr>
            <w:tcW w:w="2253" w:type="dxa"/>
          </w:tcPr>
          <w:p w14:paraId="77FAAE16" w14:textId="77777777" w:rsidR="00166686" w:rsidRPr="00D32254" w:rsidRDefault="00166686" w:rsidP="00F86F07">
            <w:pP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P&lt;0.005</w:t>
            </w:r>
          </w:p>
        </w:tc>
        <w:tc>
          <w:tcPr>
            <w:tcW w:w="2253" w:type="dxa"/>
          </w:tcPr>
          <w:p w14:paraId="66F57395" w14:textId="77777777" w:rsidR="00166686" w:rsidRPr="00D32254" w:rsidRDefault="00166686" w:rsidP="00F86F07">
            <w:pPr>
              <w:rPr>
                <w:rFonts w:ascii="Times New Roman" w:hAnsi="Times New Roman" w:cs="Times New Roman"/>
                <w:b/>
                <w:bCs/>
                <w:color w:val="000000" w:themeColor="text1"/>
                <w:sz w:val="24"/>
                <w:szCs w:val="24"/>
              </w:rPr>
            </w:pPr>
            <w:r w:rsidRPr="00D32254">
              <w:rPr>
                <w:rFonts w:ascii="Times New Roman" w:hAnsi="Times New Roman" w:cs="Times New Roman"/>
                <w:b/>
                <w:bCs/>
                <w:color w:val="000000" w:themeColor="text1"/>
                <w:sz w:val="24"/>
                <w:szCs w:val="24"/>
              </w:rPr>
              <w:t>P&lt;0.005</w:t>
            </w:r>
          </w:p>
        </w:tc>
      </w:tr>
      <w:tr w:rsidR="00166686" w:rsidRPr="00D32254" w14:paraId="6EC10115" w14:textId="77777777" w:rsidTr="00F86F07">
        <w:tc>
          <w:tcPr>
            <w:tcW w:w="2252" w:type="dxa"/>
          </w:tcPr>
          <w:p w14:paraId="0B620775" w14:textId="77777777" w:rsidR="00166686" w:rsidRPr="00D32254" w:rsidRDefault="00166686" w:rsidP="00F86F07">
            <w:pPr>
              <w:rPr>
                <w:rFonts w:ascii="Times New Roman" w:hAnsi="Times New Roman" w:cs="Times New Roman"/>
                <w:i/>
                <w:iCs/>
                <w:color w:val="000000" w:themeColor="text1"/>
                <w:sz w:val="24"/>
                <w:szCs w:val="24"/>
              </w:rPr>
            </w:pPr>
            <w:r w:rsidRPr="00D32254">
              <w:rPr>
                <w:rFonts w:ascii="Times New Roman" w:hAnsi="Times New Roman" w:cs="Times New Roman"/>
                <w:i/>
                <w:iCs/>
                <w:color w:val="000000" w:themeColor="text1"/>
                <w:sz w:val="24"/>
                <w:szCs w:val="24"/>
              </w:rPr>
              <w:t>Beryx splendens</w:t>
            </w:r>
          </w:p>
        </w:tc>
        <w:tc>
          <w:tcPr>
            <w:tcW w:w="2252" w:type="dxa"/>
          </w:tcPr>
          <w:p w14:paraId="4AC4BF09"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Not detected</w:t>
            </w:r>
          </w:p>
        </w:tc>
        <w:tc>
          <w:tcPr>
            <w:tcW w:w="2253" w:type="dxa"/>
          </w:tcPr>
          <w:p w14:paraId="78E1AA90"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P&gt;0.05</w:t>
            </w:r>
          </w:p>
        </w:tc>
        <w:tc>
          <w:tcPr>
            <w:tcW w:w="2253" w:type="dxa"/>
          </w:tcPr>
          <w:p w14:paraId="04593E8B" w14:textId="77777777" w:rsidR="00166686" w:rsidRPr="00D32254" w:rsidRDefault="00166686" w:rsidP="00F86F07">
            <w:pPr>
              <w:rPr>
                <w:rFonts w:ascii="Times New Roman" w:hAnsi="Times New Roman" w:cs="Times New Roman"/>
                <w:color w:val="000000" w:themeColor="text1"/>
                <w:sz w:val="24"/>
                <w:szCs w:val="24"/>
              </w:rPr>
            </w:pPr>
            <w:r w:rsidRPr="00D32254">
              <w:rPr>
                <w:rFonts w:ascii="Times New Roman" w:hAnsi="Times New Roman" w:cs="Times New Roman"/>
                <w:color w:val="000000" w:themeColor="text1"/>
                <w:sz w:val="24"/>
                <w:szCs w:val="24"/>
              </w:rPr>
              <w:t>P&lt;0.005</w:t>
            </w:r>
          </w:p>
        </w:tc>
      </w:tr>
    </w:tbl>
    <w:p w14:paraId="7D53715F" w14:textId="77777777" w:rsidR="00166686" w:rsidRPr="00D32254" w:rsidRDefault="00166686" w:rsidP="00166686">
      <w:pPr>
        <w:rPr>
          <w:color w:val="000000" w:themeColor="text1"/>
        </w:rPr>
      </w:pPr>
    </w:p>
    <w:p w14:paraId="4E5A5513" w14:textId="77777777" w:rsidR="004D108B" w:rsidRPr="00D32254" w:rsidRDefault="004D108B">
      <w:pPr>
        <w:rPr>
          <w:color w:val="000000" w:themeColor="text1"/>
        </w:rPr>
      </w:pPr>
    </w:p>
    <w:sectPr w:rsidR="004D108B" w:rsidRPr="00D322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Vrinda">
    <w:panose1 w:val="00000400000000000000"/>
    <w:charset w:val="00"/>
    <w:family w:val="swiss"/>
    <w:pitch w:val="variable"/>
    <w:sig w:usb0="0001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ourier">
    <w:panose1 w:val="02070409020205020404"/>
    <w:charset w:val="00"/>
    <w:family w:val="modern"/>
    <w:pitch w:val="fixed"/>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D757615"/>
    <w:multiLevelType w:val="hybridMultilevel"/>
    <w:tmpl w:val="D61EC57A"/>
    <w:lvl w:ilvl="0" w:tplc="4BDA7B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2614492">
    <w:abstractNumId w:val="8"/>
  </w:num>
  <w:num w:numId="2" w16cid:durableId="2076540268">
    <w:abstractNumId w:val="6"/>
  </w:num>
  <w:num w:numId="3" w16cid:durableId="1994599423">
    <w:abstractNumId w:val="5"/>
  </w:num>
  <w:num w:numId="4" w16cid:durableId="170027930">
    <w:abstractNumId w:val="4"/>
  </w:num>
  <w:num w:numId="5" w16cid:durableId="860046311">
    <w:abstractNumId w:val="7"/>
  </w:num>
  <w:num w:numId="6" w16cid:durableId="524096334">
    <w:abstractNumId w:val="3"/>
  </w:num>
  <w:num w:numId="7" w16cid:durableId="1361585621">
    <w:abstractNumId w:val="2"/>
  </w:num>
  <w:num w:numId="8" w16cid:durableId="608699789">
    <w:abstractNumId w:val="1"/>
  </w:num>
  <w:num w:numId="9" w16cid:durableId="1631085184">
    <w:abstractNumId w:val="0"/>
  </w:num>
  <w:num w:numId="10" w16cid:durableId="1809589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686"/>
    <w:rsid w:val="00046D34"/>
    <w:rsid w:val="00060029"/>
    <w:rsid w:val="00087134"/>
    <w:rsid w:val="00117C78"/>
    <w:rsid w:val="00166686"/>
    <w:rsid w:val="00223196"/>
    <w:rsid w:val="00245DE8"/>
    <w:rsid w:val="00251AE3"/>
    <w:rsid w:val="0028446B"/>
    <w:rsid w:val="002C5147"/>
    <w:rsid w:val="003538BA"/>
    <w:rsid w:val="0039103F"/>
    <w:rsid w:val="003D1D1F"/>
    <w:rsid w:val="00423138"/>
    <w:rsid w:val="0044444C"/>
    <w:rsid w:val="004602D9"/>
    <w:rsid w:val="0049730B"/>
    <w:rsid w:val="004D108B"/>
    <w:rsid w:val="00523B77"/>
    <w:rsid w:val="00526720"/>
    <w:rsid w:val="005D3398"/>
    <w:rsid w:val="00633E10"/>
    <w:rsid w:val="006A28ED"/>
    <w:rsid w:val="007534E1"/>
    <w:rsid w:val="00757FBE"/>
    <w:rsid w:val="00790166"/>
    <w:rsid w:val="007C13FD"/>
    <w:rsid w:val="007F64BC"/>
    <w:rsid w:val="008208D7"/>
    <w:rsid w:val="008242A5"/>
    <w:rsid w:val="008A119F"/>
    <w:rsid w:val="008E2FAB"/>
    <w:rsid w:val="009D407B"/>
    <w:rsid w:val="00A76474"/>
    <w:rsid w:val="00A81B93"/>
    <w:rsid w:val="00AC7032"/>
    <w:rsid w:val="00AD1415"/>
    <w:rsid w:val="00B04711"/>
    <w:rsid w:val="00B741C9"/>
    <w:rsid w:val="00BF5DD0"/>
    <w:rsid w:val="00C47A65"/>
    <w:rsid w:val="00C90535"/>
    <w:rsid w:val="00CB34DC"/>
    <w:rsid w:val="00CC34A4"/>
    <w:rsid w:val="00D22220"/>
    <w:rsid w:val="00D32254"/>
    <w:rsid w:val="00D41037"/>
    <w:rsid w:val="00D42A36"/>
    <w:rsid w:val="00D63AB4"/>
    <w:rsid w:val="00DB23B7"/>
    <w:rsid w:val="00E06B6B"/>
    <w:rsid w:val="00E150DB"/>
    <w:rsid w:val="00E23E26"/>
    <w:rsid w:val="00E6121B"/>
    <w:rsid w:val="00EB0BF9"/>
    <w:rsid w:val="00ED6C80"/>
    <w:rsid w:val="00ED7D87"/>
    <w:rsid w:val="00EF5A45"/>
    <w:rsid w:val="00F85193"/>
    <w:rsid w:val="00FC5427"/>
    <w:rsid w:val="00FF55E5"/>
  </w:rsids>
  <m:mathPr>
    <m:mathFont m:val="Cambria Math"/>
    <m:brkBin m:val="before"/>
    <m:brkBinSub m:val="--"/>
    <m:smallFrac m:val="0"/>
    <m:dispDef/>
    <m:lMargin m:val="0"/>
    <m:rMargin m:val="0"/>
    <m:defJc m:val="centerGroup"/>
    <m:wrapIndent m:val="1440"/>
    <m:intLim m:val="subSup"/>
    <m:naryLim m:val="undOvr"/>
  </m:mathPr>
  <w:themeFontLang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4FA617"/>
  <w15:chartTrackingRefBased/>
  <w15:docId w15:val="{BEA665AB-F1FD-4C45-862D-30433714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66686"/>
  </w:style>
  <w:style w:type="paragraph" w:styleId="1">
    <w:name w:val="heading 1"/>
    <w:basedOn w:val="a1"/>
    <w:next w:val="a1"/>
    <w:link w:val="10"/>
    <w:uiPriority w:val="9"/>
    <w:qFormat/>
    <w:rsid w:val="00166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1">
    <w:name w:val="heading 2"/>
    <w:basedOn w:val="a1"/>
    <w:next w:val="a1"/>
    <w:link w:val="22"/>
    <w:uiPriority w:val="9"/>
    <w:unhideWhenUsed/>
    <w:qFormat/>
    <w:rsid w:val="00166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1">
    <w:name w:val="heading 3"/>
    <w:basedOn w:val="a1"/>
    <w:next w:val="a1"/>
    <w:link w:val="32"/>
    <w:uiPriority w:val="9"/>
    <w:unhideWhenUsed/>
    <w:qFormat/>
    <w:rsid w:val="0016668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1"/>
    <w:next w:val="a1"/>
    <w:link w:val="40"/>
    <w:uiPriority w:val="9"/>
    <w:semiHidden/>
    <w:unhideWhenUsed/>
    <w:qFormat/>
    <w:rsid w:val="00166686"/>
    <w:pPr>
      <w:keepNext/>
      <w:keepLines/>
      <w:spacing w:before="80" w:after="40"/>
      <w:outlineLvl w:val="3"/>
    </w:pPr>
    <w:rPr>
      <w:rFonts w:eastAsiaTheme="majorEastAsia" w:cstheme="majorBidi"/>
      <w:i/>
      <w:iCs/>
      <w:color w:val="0F4761" w:themeColor="accent1" w:themeShade="BF"/>
    </w:rPr>
  </w:style>
  <w:style w:type="paragraph" w:styleId="5">
    <w:name w:val="heading 5"/>
    <w:basedOn w:val="a1"/>
    <w:next w:val="a1"/>
    <w:link w:val="50"/>
    <w:uiPriority w:val="9"/>
    <w:semiHidden/>
    <w:unhideWhenUsed/>
    <w:qFormat/>
    <w:rsid w:val="00166686"/>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
    <w:semiHidden/>
    <w:unhideWhenUsed/>
    <w:qFormat/>
    <w:rsid w:val="00166686"/>
    <w:pPr>
      <w:keepNext/>
      <w:keepLines/>
      <w:spacing w:before="4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166686"/>
    <w:pPr>
      <w:keepNext/>
      <w:keepLines/>
      <w:spacing w:before="4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166686"/>
    <w:pPr>
      <w:keepNext/>
      <w:keepLines/>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166686"/>
    <w:pPr>
      <w:keepNext/>
      <w:keepLines/>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166686"/>
    <w:rPr>
      <w:rFonts w:asciiTheme="majorHAnsi" w:eastAsiaTheme="majorEastAsia" w:hAnsiTheme="majorHAnsi" w:cstheme="majorBidi"/>
      <w:color w:val="0F4761" w:themeColor="accent1" w:themeShade="BF"/>
      <w:sz w:val="40"/>
      <w:szCs w:val="40"/>
    </w:rPr>
  </w:style>
  <w:style w:type="character" w:customStyle="1" w:styleId="22">
    <w:name w:val="見出し 2 (文字)"/>
    <w:basedOn w:val="a2"/>
    <w:link w:val="21"/>
    <w:uiPriority w:val="9"/>
    <w:rsid w:val="00166686"/>
    <w:rPr>
      <w:rFonts w:asciiTheme="majorHAnsi" w:eastAsiaTheme="majorEastAsia" w:hAnsiTheme="majorHAnsi" w:cstheme="majorBidi"/>
      <w:color w:val="0F4761" w:themeColor="accent1" w:themeShade="BF"/>
      <w:sz w:val="32"/>
      <w:szCs w:val="32"/>
    </w:rPr>
  </w:style>
  <w:style w:type="character" w:customStyle="1" w:styleId="32">
    <w:name w:val="見出し 3 (文字)"/>
    <w:basedOn w:val="a2"/>
    <w:link w:val="31"/>
    <w:uiPriority w:val="9"/>
    <w:rsid w:val="00166686"/>
    <w:rPr>
      <w:rFonts w:eastAsiaTheme="majorEastAsia" w:cstheme="majorBidi"/>
      <w:color w:val="0F4761" w:themeColor="accent1" w:themeShade="BF"/>
      <w:sz w:val="28"/>
      <w:szCs w:val="28"/>
    </w:rPr>
  </w:style>
  <w:style w:type="character" w:customStyle="1" w:styleId="40">
    <w:name w:val="見出し 4 (文字)"/>
    <w:basedOn w:val="a2"/>
    <w:link w:val="4"/>
    <w:uiPriority w:val="9"/>
    <w:semiHidden/>
    <w:rsid w:val="00166686"/>
    <w:rPr>
      <w:rFonts w:eastAsiaTheme="majorEastAsia" w:cstheme="majorBidi"/>
      <w:i/>
      <w:iCs/>
      <w:color w:val="0F4761" w:themeColor="accent1" w:themeShade="BF"/>
    </w:rPr>
  </w:style>
  <w:style w:type="character" w:customStyle="1" w:styleId="50">
    <w:name w:val="見出し 5 (文字)"/>
    <w:basedOn w:val="a2"/>
    <w:link w:val="5"/>
    <w:uiPriority w:val="9"/>
    <w:semiHidden/>
    <w:rsid w:val="00166686"/>
    <w:rPr>
      <w:rFonts w:eastAsiaTheme="majorEastAsia" w:cstheme="majorBidi"/>
      <w:color w:val="0F4761" w:themeColor="accent1" w:themeShade="BF"/>
    </w:rPr>
  </w:style>
  <w:style w:type="character" w:customStyle="1" w:styleId="60">
    <w:name w:val="見出し 6 (文字)"/>
    <w:basedOn w:val="a2"/>
    <w:link w:val="6"/>
    <w:uiPriority w:val="9"/>
    <w:semiHidden/>
    <w:rsid w:val="00166686"/>
    <w:rPr>
      <w:rFonts w:eastAsiaTheme="majorEastAsia" w:cstheme="majorBidi"/>
      <w:i/>
      <w:iCs/>
      <w:color w:val="595959" w:themeColor="text1" w:themeTint="A6"/>
    </w:rPr>
  </w:style>
  <w:style w:type="character" w:customStyle="1" w:styleId="70">
    <w:name w:val="見出し 7 (文字)"/>
    <w:basedOn w:val="a2"/>
    <w:link w:val="7"/>
    <w:uiPriority w:val="9"/>
    <w:semiHidden/>
    <w:rsid w:val="00166686"/>
    <w:rPr>
      <w:rFonts w:eastAsiaTheme="majorEastAsia" w:cstheme="majorBidi"/>
      <w:color w:val="595959" w:themeColor="text1" w:themeTint="A6"/>
    </w:rPr>
  </w:style>
  <w:style w:type="character" w:customStyle="1" w:styleId="80">
    <w:name w:val="見出し 8 (文字)"/>
    <w:basedOn w:val="a2"/>
    <w:link w:val="8"/>
    <w:uiPriority w:val="9"/>
    <w:semiHidden/>
    <w:rsid w:val="00166686"/>
    <w:rPr>
      <w:rFonts w:eastAsiaTheme="majorEastAsia" w:cstheme="majorBidi"/>
      <w:i/>
      <w:iCs/>
      <w:color w:val="272727" w:themeColor="text1" w:themeTint="D8"/>
    </w:rPr>
  </w:style>
  <w:style w:type="character" w:customStyle="1" w:styleId="90">
    <w:name w:val="見出し 9 (文字)"/>
    <w:basedOn w:val="a2"/>
    <w:link w:val="9"/>
    <w:uiPriority w:val="9"/>
    <w:semiHidden/>
    <w:rsid w:val="00166686"/>
    <w:rPr>
      <w:rFonts w:eastAsiaTheme="majorEastAsia" w:cstheme="majorBidi"/>
      <w:color w:val="272727" w:themeColor="text1" w:themeTint="D8"/>
    </w:rPr>
  </w:style>
  <w:style w:type="paragraph" w:styleId="a5">
    <w:name w:val="Title"/>
    <w:basedOn w:val="a1"/>
    <w:next w:val="a1"/>
    <w:link w:val="a6"/>
    <w:uiPriority w:val="10"/>
    <w:qFormat/>
    <w:rsid w:val="00166686"/>
    <w:pPr>
      <w:spacing w:after="80"/>
      <w:contextualSpacing/>
    </w:pPr>
    <w:rPr>
      <w:rFonts w:asciiTheme="majorHAnsi" w:eastAsiaTheme="majorEastAsia" w:hAnsiTheme="majorHAnsi" w:cstheme="majorBidi"/>
      <w:spacing w:val="-10"/>
      <w:kern w:val="28"/>
      <w:sz w:val="56"/>
      <w:szCs w:val="56"/>
    </w:rPr>
  </w:style>
  <w:style w:type="character" w:customStyle="1" w:styleId="a6">
    <w:name w:val="表題 (文字)"/>
    <w:basedOn w:val="a2"/>
    <w:link w:val="a5"/>
    <w:uiPriority w:val="10"/>
    <w:rsid w:val="00166686"/>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166686"/>
    <w:pPr>
      <w:numPr>
        <w:ilvl w:val="1"/>
      </w:numPr>
      <w:spacing w:after="160"/>
    </w:pPr>
    <w:rPr>
      <w:rFonts w:eastAsiaTheme="majorEastAsia" w:cstheme="majorBidi"/>
      <w:color w:val="595959" w:themeColor="text1" w:themeTint="A6"/>
      <w:spacing w:val="15"/>
      <w:sz w:val="28"/>
      <w:szCs w:val="28"/>
    </w:rPr>
  </w:style>
  <w:style w:type="character" w:customStyle="1" w:styleId="a8">
    <w:name w:val="副題 (文字)"/>
    <w:basedOn w:val="a2"/>
    <w:link w:val="a7"/>
    <w:uiPriority w:val="11"/>
    <w:rsid w:val="00166686"/>
    <w:rPr>
      <w:rFonts w:eastAsiaTheme="majorEastAsia" w:cstheme="majorBidi"/>
      <w:color w:val="595959" w:themeColor="text1" w:themeTint="A6"/>
      <w:spacing w:val="15"/>
      <w:sz w:val="28"/>
      <w:szCs w:val="28"/>
    </w:rPr>
  </w:style>
  <w:style w:type="paragraph" w:styleId="a9">
    <w:name w:val="Quote"/>
    <w:basedOn w:val="a1"/>
    <w:next w:val="a1"/>
    <w:link w:val="aa"/>
    <w:uiPriority w:val="29"/>
    <w:qFormat/>
    <w:rsid w:val="00166686"/>
    <w:pPr>
      <w:spacing w:before="160" w:after="160"/>
      <w:jc w:val="center"/>
    </w:pPr>
    <w:rPr>
      <w:i/>
      <w:iCs/>
      <w:color w:val="404040" w:themeColor="text1" w:themeTint="BF"/>
    </w:rPr>
  </w:style>
  <w:style w:type="character" w:customStyle="1" w:styleId="aa">
    <w:name w:val="引用文 (文字)"/>
    <w:basedOn w:val="a2"/>
    <w:link w:val="a9"/>
    <w:uiPriority w:val="29"/>
    <w:rsid w:val="00166686"/>
    <w:rPr>
      <w:i/>
      <w:iCs/>
      <w:color w:val="404040" w:themeColor="text1" w:themeTint="BF"/>
    </w:rPr>
  </w:style>
  <w:style w:type="paragraph" w:styleId="ab">
    <w:name w:val="List Paragraph"/>
    <w:basedOn w:val="a1"/>
    <w:uiPriority w:val="34"/>
    <w:qFormat/>
    <w:rsid w:val="00166686"/>
    <w:pPr>
      <w:ind w:left="720"/>
      <w:contextualSpacing/>
    </w:pPr>
  </w:style>
  <w:style w:type="character" w:styleId="23">
    <w:name w:val="Intense Emphasis"/>
    <w:basedOn w:val="a2"/>
    <w:uiPriority w:val="21"/>
    <w:qFormat/>
    <w:rsid w:val="00166686"/>
    <w:rPr>
      <w:i/>
      <w:iCs/>
      <w:color w:val="0F4761" w:themeColor="accent1" w:themeShade="BF"/>
    </w:rPr>
  </w:style>
  <w:style w:type="paragraph" w:styleId="24">
    <w:name w:val="Intense Quote"/>
    <w:basedOn w:val="a1"/>
    <w:next w:val="a1"/>
    <w:link w:val="25"/>
    <w:uiPriority w:val="30"/>
    <w:qFormat/>
    <w:rsid w:val="00166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2"/>
    <w:link w:val="24"/>
    <w:uiPriority w:val="30"/>
    <w:rsid w:val="00166686"/>
    <w:rPr>
      <w:i/>
      <w:iCs/>
      <w:color w:val="0F4761" w:themeColor="accent1" w:themeShade="BF"/>
    </w:rPr>
  </w:style>
  <w:style w:type="character" w:styleId="26">
    <w:name w:val="Intense Reference"/>
    <w:basedOn w:val="a2"/>
    <w:uiPriority w:val="32"/>
    <w:qFormat/>
    <w:rsid w:val="00166686"/>
    <w:rPr>
      <w:b/>
      <w:bCs/>
      <w:smallCaps/>
      <w:color w:val="0F4761" w:themeColor="accent1" w:themeShade="BF"/>
      <w:spacing w:val="5"/>
    </w:rPr>
  </w:style>
  <w:style w:type="paragraph" w:styleId="ac">
    <w:name w:val="header"/>
    <w:basedOn w:val="a1"/>
    <w:link w:val="ad"/>
    <w:uiPriority w:val="99"/>
    <w:unhideWhenUsed/>
    <w:rsid w:val="00166686"/>
    <w:pPr>
      <w:tabs>
        <w:tab w:val="center" w:pos="4680"/>
        <w:tab w:val="right" w:pos="9360"/>
      </w:tabs>
    </w:pPr>
    <w:rPr>
      <w:kern w:val="0"/>
      <w:sz w:val="22"/>
      <w:szCs w:val="22"/>
      <w:lang w:val="en-US" w:eastAsia="en-US"/>
      <w14:ligatures w14:val="none"/>
    </w:rPr>
  </w:style>
  <w:style w:type="character" w:customStyle="1" w:styleId="ad">
    <w:name w:val="ヘッダー (文字)"/>
    <w:basedOn w:val="a2"/>
    <w:link w:val="ac"/>
    <w:uiPriority w:val="99"/>
    <w:rsid w:val="00166686"/>
    <w:rPr>
      <w:kern w:val="0"/>
      <w:sz w:val="22"/>
      <w:szCs w:val="22"/>
      <w:lang w:val="en-US" w:eastAsia="en-US"/>
      <w14:ligatures w14:val="none"/>
    </w:rPr>
  </w:style>
  <w:style w:type="paragraph" w:styleId="ae">
    <w:name w:val="footer"/>
    <w:basedOn w:val="a1"/>
    <w:link w:val="af"/>
    <w:uiPriority w:val="99"/>
    <w:unhideWhenUsed/>
    <w:rsid w:val="00166686"/>
    <w:pPr>
      <w:tabs>
        <w:tab w:val="center" w:pos="4680"/>
        <w:tab w:val="right" w:pos="9360"/>
      </w:tabs>
    </w:pPr>
    <w:rPr>
      <w:kern w:val="0"/>
      <w:sz w:val="22"/>
      <w:szCs w:val="22"/>
      <w:lang w:val="en-US" w:eastAsia="en-US"/>
      <w14:ligatures w14:val="none"/>
    </w:rPr>
  </w:style>
  <w:style w:type="character" w:customStyle="1" w:styleId="af">
    <w:name w:val="フッター (文字)"/>
    <w:basedOn w:val="a2"/>
    <w:link w:val="ae"/>
    <w:uiPriority w:val="99"/>
    <w:rsid w:val="00166686"/>
    <w:rPr>
      <w:kern w:val="0"/>
      <w:sz w:val="22"/>
      <w:szCs w:val="22"/>
      <w:lang w:val="en-US" w:eastAsia="en-US"/>
      <w14:ligatures w14:val="none"/>
    </w:rPr>
  </w:style>
  <w:style w:type="paragraph" w:styleId="af0">
    <w:name w:val="No Spacing"/>
    <w:uiPriority w:val="1"/>
    <w:qFormat/>
    <w:rsid w:val="00166686"/>
    <w:rPr>
      <w:kern w:val="0"/>
      <w:sz w:val="22"/>
      <w:szCs w:val="22"/>
      <w:lang w:val="en-US" w:eastAsia="en-US"/>
      <w14:ligatures w14:val="none"/>
    </w:rPr>
  </w:style>
  <w:style w:type="paragraph" w:styleId="af1">
    <w:name w:val="Body Text"/>
    <w:basedOn w:val="a1"/>
    <w:link w:val="af2"/>
    <w:uiPriority w:val="99"/>
    <w:unhideWhenUsed/>
    <w:rsid w:val="00166686"/>
    <w:pPr>
      <w:spacing w:after="120" w:line="276" w:lineRule="auto"/>
    </w:pPr>
    <w:rPr>
      <w:kern w:val="0"/>
      <w:sz w:val="22"/>
      <w:szCs w:val="22"/>
      <w:lang w:val="en-US" w:eastAsia="en-US"/>
      <w14:ligatures w14:val="none"/>
    </w:rPr>
  </w:style>
  <w:style w:type="character" w:customStyle="1" w:styleId="af2">
    <w:name w:val="本文 (文字)"/>
    <w:basedOn w:val="a2"/>
    <w:link w:val="af1"/>
    <w:uiPriority w:val="99"/>
    <w:rsid w:val="00166686"/>
    <w:rPr>
      <w:kern w:val="0"/>
      <w:sz w:val="22"/>
      <w:szCs w:val="22"/>
      <w:lang w:val="en-US" w:eastAsia="en-US"/>
      <w14:ligatures w14:val="none"/>
    </w:rPr>
  </w:style>
  <w:style w:type="paragraph" w:styleId="27">
    <w:name w:val="Body Text 2"/>
    <w:basedOn w:val="a1"/>
    <w:link w:val="28"/>
    <w:uiPriority w:val="99"/>
    <w:unhideWhenUsed/>
    <w:rsid w:val="00166686"/>
    <w:pPr>
      <w:spacing w:after="120" w:line="480" w:lineRule="auto"/>
    </w:pPr>
    <w:rPr>
      <w:kern w:val="0"/>
      <w:sz w:val="22"/>
      <w:szCs w:val="22"/>
      <w:lang w:val="en-US" w:eastAsia="en-US"/>
      <w14:ligatures w14:val="none"/>
    </w:rPr>
  </w:style>
  <w:style w:type="character" w:customStyle="1" w:styleId="28">
    <w:name w:val="本文 2 (文字)"/>
    <w:basedOn w:val="a2"/>
    <w:link w:val="27"/>
    <w:uiPriority w:val="99"/>
    <w:rsid w:val="00166686"/>
    <w:rPr>
      <w:kern w:val="0"/>
      <w:sz w:val="22"/>
      <w:szCs w:val="22"/>
      <w:lang w:val="en-US" w:eastAsia="en-US"/>
      <w14:ligatures w14:val="none"/>
    </w:rPr>
  </w:style>
  <w:style w:type="paragraph" w:styleId="33">
    <w:name w:val="Body Text 3"/>
    <w:basedOn w:val="a1"/>
    <w:link w:val="34"/>
    <w:uiPriority w:val="99"/>
    <w:unhideWhenUsed/>
    <w:rsid w:val="00166686"/>
    <w:pPr>
      <w:spacing w:after="120" w:line="276" w:lineRule="auto"/>
    </w:pPr>
    <w:rPr>
      <w:kern w:val="0"/>
      <w:sz w:val="16"/>
      <w:szCs w:val="16"/>
      <w:lang w:val="en-US" w:eastAsia="en-US"/>
      <w14:ligatures w14:val="none"/>
    </w:rPr>
  </w:style>
  <w:style w:type="character" w:customStyle="1" w:styleId="34">
    <w:name w:val="本文 3 (文字)"/>
    <w:basedOn w:val="a2"/>
    <w:link w:val="33"/>
    <w:uiPriority w:val="99"/>
    <w:rsid w:val="00166686"/>
    <w:rPr>
      <w:kern w:val="0"/>
      <w:sz w:val="16"/>
      <w:szCs w:val="16"/>
      <w:lang w:val="en-US" w:eastAsia="en-US"/>
      <w14:ligatures w14:val="none"/>
    </w:rPr>
  </w:style>
  <w:style w:type="paragraph" w:styleId="af3">
    <w:name w:val="List"/>
    <w:basedOn w:val="a1"/>
    <w:uiPriority w:val="99"/>
    <w:unhideWhenUsed/>
    <w:rsid w:val="00166686"/>
    <w:pPr>
      <w:spacing w:after="200" w:line="276" w:lineRule="auto"/>
      <w:ind w:left="360" w:hanging="360"/>
      <w:contextualSpacing/>
    </w:pPr>
    <w:rPr>
      <w:kern w:val="0"/>
      <w:sz w:val="22"/>
      <w:szCs w:val="22"/>
      <w:lang w:val="en-US" w:eastAsia="en-US"/>
      <w14:ligatures w14:val="none"/>
    </w:rPr>
  </w:style>
  <w:style w:type="paragraph" w:styleId="29">
    <w:name w:val="List 2"/>
    <w:basedOn w:val="a1"/>
    <w:uiPriority w:val="99"/>
    <w:unhideWhenUsed/>
    <w:rsid w:val="00166686"/>
    <w:pPr>
      <w:spacing w:after="200" w:line="276" w:lineRule="auto"/>
      <w:ind w:left="720" w:hanging="360"/>
      <w:contextualSpacing/>
    </w:pPr>
    <w:rPr>
      <w:kern w:val="0"/>
      <w:sz w:val="22"/>
      <w:szCs w:val="22"/>
      <w:lang w:val="en-US" w:eastAsia="en-US"/>
      <w14:ligatures w14:val="none"/>
    </w:rPr>
  </w:style>
  <w:style w:type="paragraph" w:styleId="35">
    <w:name w:val="List 3"/>
    <w:basedOn w:val="a1"/>
    <w:uiPriority w:val="99"/>
    <w:unhideWhenUsed/>
    <w:rsid w:val="00166686"/>
    <w:pPr>
      <w:spacing w:after="200" w:line="276" w:lineRule="auto"/>
      <w:ind w:left="1080" w:hanging="360"/>
      <w:contextualSpacing/>
    </w:pPr>
    <w:rPr>
      <w:kern w:val="0"/>
      <w:sz w:val="22"/>
      <w:szCs w:val="22"/>
      <w:lang w:val="en-US" w:eastAsia="en-US"/>
      <w14:ligatures w14:val="none"/>
    </w:rPr>
  </w:style>
  <w:style w:type="paragraph" w:styleId="a0">
    <w:name w:val="List Bullet"/>
    <w:basedOn w:val="a1"/>
    <w:uiPriority w:val="99"/>
    <w:unhideWhenUsed/>
    <w:rsid w:val="00166686"/>
    <w:pPr>
      <w:numPr>
        <w:numId w:val="1"/>
      </w:numPr>
      <w:spacing w:after="200" w:line="276" w:lineRule="auto"/>
      <w:contextualSpacing/>
    </w:pPr>
    <w:rPr>
      <w:kern w:val="0"/>
      <w:sz w:val="22"/>
      <w:szCs w:val="22"/>
      <w:lang w:val="en-US" w:eastAsia="en-US"/>
      <w14:ligatures w14:val="none"/>
    </w:rPr>
  </w:style>
  <w:style w:type="paragraph" w:styleId="20">
    <w:name w:val="List Bullet 2"/>
    <w:basedOn w:val="a1"/>
    <w:uiPriority w:val="99"/>
    <w:unhideWhenUsed/>
    <w:rsid w:val="00166686"/>
    <w:pPr>
      <w:numPr>
        <w:numId w:val="2"/>
      </w:numPr>
      <w:spacing w:after="200" w:line="276" w:lineRule="auto"/>
      <w:contextualSpacing/>
    </w:pPr>
    <w:rPr>
      <w:kern w:val="0"/>
      <w:sz w:val="22"/>
      <w:szCs w:val="22"/>
      <w:lang w:val="en-US" w:eastAsia="en-US"/>
      <w14:ligatures w14:val="none"/>
    </w:rPr>
  </w:style>
  <w:style w:type="paragraph" w:styleId="30">
    <w:name w:val="List Bullet 3"/>
    <w:basedOn w:val="a1"/>
    <w:uiPriority w:val="99"/>
    <w:unhideWhenUsed/>
    <w:rsid w:val="00166686"/>
    <w:pPr>
      <w:numPr>
        <w:numId w:val="3"/>
      </w:numPr>
      <w:spacing w:after="200" w:line="276" w:lineRule="auto"/>
      <w:contextualSpacing/>
    </w:pPr>
    <w:rPr>
      <w:kern w:val="0"/>
      <w:sz w:val="22"/>
      <w:szCs w:val="22"/>
      <w:lang w:val="en-US" w:eastAsia="en-US"/>
      <w14:ligatures w14:val="none"/>
    </w:rPr>
  </w:style>
  <w:style w:type="paragraph" w:styleId="a">
    <w:name w:val="List Number"/>
    <w:basedOn w:val="a1"/>
    <w:uiPriority w:val="99"/>
    <w:unhideWhenUsed/>
    <w:rsid w:val="00166686"/>
    <w:pPr>
      <w:numPr>
        <w:numId w:val="5"/>
      </w:numPr>
      <w:spacing w:after="200" w:line="276" w:lineRule="auto"/>
      <w:contextualSpacing/>
    </w:pPr>
    <w:rPr>
      <w:kern w:val="0"/>
      <w:sz w:val="22"/>
      <w:szCs w:val="22"/>
      <w:lang w:val="en-US" w:eastAsia="en-US"/>
      <w14:ligatures w14:val="none"/>
    </w:rPr>
  </w:style>
  <w:style w:type="paragraph" w:styleId="2">
    <w:name w:val="List Number 2"/>
    <w:basedOn w:val="a1"/>
    <w:uiPriority w:val="99"/>
    <w:unhideWhenUsed/>
    <w:rsid w:val="00166686"/>
    <w:pPr>
      <w:numPr>
        <w:numId w:val="6"/>
      </w:numPr>
      <w:spacing w:after="200" w:line="276" w:lineRule="auto"/>
      <w:contextualSpacing/>
    </w:pPr>
    <w:rPr>
      <w:kern w:val="0"/>
      <w:sz w:val="22"/>
      <w:szCs w:val="22"/>
      <w:lang w:val="en-US" w:eastAsia="en-US"/>
      <w14:ligatures w14:val="none"/>
    </w:rPr>
  </w:style>
  <w:style w:type="paragraph" w:styleId="3">
    <w:name w:val="List Number 3"/>
    <w:basedOn w:val="a1"/>
    <w:uiPriority w:val="99"/>
    <w:unhideWhenUsed/>
    <w:rsid w:val="00166686"/>
    <w:pPr>
      <w:numPr>
        <w:numId w:val="7"/>
      </w:numPr>
      <w:spacing w:after="200" w:line="276" w:lineRule="auto"/>
      <w:contextualSpacing/>
    </w:pPr>
    <w:rPr>
      <w:kern w:val="0"/>
      <w:sz w:val="22"/>
      <w:szCs w:val="22"/>
      <w:lang w:val="en-US" w:eastAsia="en-US"/>
      <w14:ligatures w14:val="none"/>
    </w:rPr>
  </w:style>
  <w:style w:type="paragraph" w:styleId="af4">
    <w:name w:val="List Continue"/>
    <w:basedOn w:val="a1"/>
    <w:uiPriority w:val="99"/>
    <w:unhideWhenUsed/>
    <w:rsid w:val="00166686"/>
    <w:pPr>
      <w:spacing w:after="120" w:line="276" w:lineRule="auto"/>
      <w:ind w:left="360"/>
      <w:contextualSpacing/>
    </w:pPr>
    <w:rPr>
      <w:kern w:val="0"/>
      <w:sz w:val="22"/>
      <w:szCs w:val="22"/>
      <w:lang w:val="en-US" w:eastAsia="en-US"/>
      <w14:ligatures w14:val="none"/>
    </w:rPr>
  </w:style>
  <w:style w:type="paragraph" w:styleId="2a">
    <w:name w:val="List Continue 2"/>
    <w:basedOn w:val="a1"/>
    <w:uiPriority w:val="99"/>
    <w:unhideWhenUsed/>
    <w:rsid w:val="00166686"/>
    <w:pPr>
      <w:spacing w:after="120" w:line="276" w:lineRule="auto"/>
      <w:ind w:left="720"/>
      <w:contextualSpacing/>
    </w:pPr>
    <w:rPr>
      <w:kern w:val="0"/>
      <w:sz w:val="22"/>
      <w:szCs w:val="22"/>
      <w:lang w:val="en-US" w:eastAsia="en-US"/>
      <w14:ligatures w14:val="none"/>
    </w:rPr>
  </w:style>
  <w:style w:type="paragraph" w:styleId="36">
    <w:name w:val="List Continue 3"/>
    <w:basedOn w:val="a1"/>
    <w:uiPriority w:val="99"/>
    <w:unhideWhenUsed/>
    <w:rsid w:val="00166686"/>
    <w:pPr>
      <w:spacing w:after="120" w:line="276" w:lineRule="auto"/>
      <w:ind w:left="1080"/>
      <w:contextualSpacing/>
    </w:pPr>
    <w:rPr>
      <w:kern w:val="0"/>
      <w:sz w:val="22"/>
      <w:szCs w:val="22"/>
      <w:lang w:val="en-US" w:eastAsia="en-US"/>
      <w14:ligatures w14:val="none"/>
    </w:rPr>
  </w:style>
  <w:style w:type="paragraph" w:styleId="af5">
    <w:name w:val="macro"/>
    <w:link w:val="af6"/>
    <w:uiPriority w:val="99"/>
    <w:unhideWhenUsed/>
    <w:rsid w:val="00166686"/>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val="en-US" w:eastAsia="en-US"/>
      <w14:ligatures w14:val="none"/>
    </w:rPr>
  </w:style>
  <w:style w:type="character" w:customStyle="1" w:styleId="af6">
    <w:name w:val="マクロ文字列 (文字)"/>
    <w:basedOn w:val="a2"/>
    <w:link w:val="af5"/>
    <w:uiPriority w:val="99"/>
    <w:rsid w:val="00166686"/>
    <w:rPr>
      <w:rFonts w:ascii="Courier" w:hAnsi="Courier"/>
      <w:kern w:val="0"/>
      <w:sz w:val="20"/>
      <w:szCs w:val="20"/>
      <w:lang w:val="en-US" w:eastAsia="en-US"/>
      <w14:ligatures w14:val="none"/>
    </w:rPr>
  </w:style>
  <w:style w:type="paragraph" w:styleId="af7">
    <w:name w:val="caption"/>
    <w:basedOn w:val="a1"/>
    <w:next w:val="a1"/>
    <w:uiPriority w:val="35"/>
    <w:semiHidden/>
    <w:unhideWhenUsed/>
    <w:qFormat/>
    <w:rsid w:val="00166686"/>
    <w:pPr>
      <w:spacing w:after="200"/>
    </w:pPr>
    <w:rPr>
      <w:b/>
      <w:bCs/>
      <w:color w:val="156082" w:themeColor="accent1"/>
      <w:kern w:val="0"/>
      <w:sz w:val="18"/>
      <w:szCs w:val="18"/>
      <w:lang w:val="en-US" w:eastAsia="en-US"/>
      <w14:ligatures w14:val="none"/>
    </w:rPr>
  </w:style>
  <w:style w:type="character" w:styleId="af8">
    <w:name w:val="Strong"/>
    <w:basedOn w:val="a2"/>
    <w:uiPriority w:val="22"/>
    <w:qFormat/>
    <w:rsid w:val="00166686"/>
    <w:rPr>
      <w:b/>
      <w:bCs/>
    </w:rPr>
  </w:style>
  <w:style w:type="character" w:styleId="af9">
    <w:name w:val="Emphasis"/>
    <w:basedOn w:val="a2"/>
    <w:uiPriority w:val="20"/>
    <w:qFormat/>
    <w:rsid w:val="00166686"/>
    <w:rPr>
      <w:i/>
      <w:iCs/>
    </w:rPr>
  </w:style>
  <w:style w:type="character" w:styleId="afa">
    <w:name w:val="Subtle Emphasis"/>
    <w:basedOn w:val="a2"/>
    <w:uiPriority w:val="19"/>
    <w:qFormat/>
    <w:rsid w:val="00166686"/>
    <w:rPr>
      <w:i/>
      <w:iCs/>
      <w:color w:val="808080" w:themeColor="text1" w:themeTint="7F"/>
    </w:rPr>
  </w:style>
  <w:style w:type="character" w:styleId="afb">
    <w:name w:val="Subtle Reference"/>
    <w:basedOn w:val="a2"/>
    <w:uiPriority w:val="31"/>
    <w:qFormat/>
    <w:rsid w:val="00166686"/>
    <w:rPr>
      <w:smallCaps/>
      <w:color w:val="E97132" w:themeColor="accent2"/>
      <w:u w:val="single"/>
    </w:rPr>
  </w:style>
  <w:style w:type="character" w:styleId="afc">
    <w:name w:val="Book Title"/>
    <w:basedOn w:val="a2"/>
    <w:uiPriority w:val="33"/>
    <w:qFormat/>
    <w:rsid w:val="00166686"/>
    <w:rPr>
      <w:b/>
      <w:bCs/>
      <w:smallCaps/>
      <w:spacing w:val="5"/>
    </w:rPr>
  </w:style>
  <w:style w:type="paragraph" w:styleId="afd">
    <w:name w:val="TOC Heading"/>
    <w:basedOn w:val="1"/>
    <w:next w:val="a1"/>
    <w:uiPriority w:val="39"/>
    <w:semiHidden/>
    <w:unhideWhenUsed/>
    <w:qFormat/>
    <w:rsid w:val="00166686"/>
    <w:pPr>
      <w:spacing w:before="480" w:after="0" w:line="276" w:lineRule="auto"/>
      <w:outlineLvl w:val="9"/>
    </w:pPr>
    <w:rPr>
      <w:b/>
      <w:bCs/>
      <w:kern w:val="0"/>
      <w:sz w:val="28"/>
      <w:szCs w:val="28"/>
      <w:lang w:val="en-US" w:eastAsia="en-US"/>
      <w14:ligatures w14:val="none"/>
    </w:rPr>
  </w:style>
  <w:style w:type="table" w:styleId="afe">
    <w:name w:val="Table Grid"/>
    <w:basedOn w:val="a3"/>
    <w:uiPriority w:val="59"/>
    <w:rsid w:val="00166686"/>
    <w:rPr>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166686"/>
    <w:rPr>
      <w:color w:val="000000" w:themeColor="text1" w:themeShade="BF"/>
      <w:kern w:val="0"/>
      <w:sz w:val="22"/>
      <w:szCs w:val="22"/>
      <w:lang w:val="en-US"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166686"/>
    <w:rPr>
      <w:color w:val="0F4761" w:themeColor="accent1" w:themeShade="BF"/>
      <w:kern w:val="0"/>
      <w:sz w:val="22"/>
      <w:szCs w:val="22"/>
      <w:lang w:val="en-US" w:eastAsia="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13">
    <w:name w:val="Light Shading Accent 2"/>
    <w:basedOn w:val="a3"/>
    <w:uiPriority w:val="60"/>
    <w:rsid w:val="00166686"/>
    <w:rPr>
      <w:color w:val="BF4E14" w:themeColor="accent2" w:themeShade="BF"/>
      <w:kern w:val="0"/>
      <w:sz w:val="22"/>
      <w:szCs w:val="22"/>
      <w:lang w:val="en-US" w:eastAsia="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14">
    <w:name w:val="Light Shading Accent 3"/>
    <w:basedOn w:val="a3"/>
    <w:uiPriority w:val="60"/>
    <w:rsid w:val="00166686"/>
    <w:rPr>
      <w:color w:val="124F1A" w:themeColor="accent3" w:themeShade="BF"/>
      <w:kern w:val="0"/>
      <w:sz w:val="22"/>
      <w:szCs w:val="22"/>
      <w:lang w:val="en-US" w:eastAsia="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15">
    <w:name w:val="Light Shading Accent 4"/>
    <w:basedOn w:val="a3"/>
    <w:uiPriority w:val="60"/>
    <w:rsid w:val="00166686"/>
    <w:rPr>
      <w:color w:val="0B769F" w:themeColor="accent4" w:themeShade="BF"/>
      <w:kern w:val="0"/>
      <w:sz w:val="22"/>
      <w:szCs w:val="22"/>
      <w:lang w:val="en-US" w:eastAsia="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16">
    <w:name w:val="Light Shading Accent 5"/>
    <w:basedOn w:val="a3"/>
    <w:uiPriority w:val="60"/>
    <w:rsid w:val="00166686"/>
    <w:rPr>
      <w:color w:val="77206D" w:themeColor="accent5" w:themeShade="BF"/>
      <w:kern w:val="0"/>
      <w:sz w:val="22"/>
      <w:szCs w:val="22"/>
      <w:lang w:val="en-US" w:eastAsia="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17">
    <w:name w:val="Light Shading Accent 6"/>
    <w:basedOn w:val="a3"/>
    <w:uiPriority w:val="60"/>
    <w:rsid w:val="00166686"/>
    <w:rPr>
      <w:color w:val="3A7C22" w:themeColor="accent6" w:themeShade="BF"/>
      <w:kern w:val="0"/>
      <w:sz w:val="22"/>
      <w:szCs w:val="22"/>
      <w:lang w:val="en-US" w:eastAsia="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2b">
    <w:name w:val="Light List"/>
    <w:basedOn w:val="a3"/>
    <w:uiPriority w:val="61"/>
    <w:rsid w:val="00166686"/>
    <w:rPr>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166686"/>
    <w:rPr>
      <w:kern w:val="0"/>
      <w:sz w:val="22"/>
      <w:szCs w:val="22"/>
      <w:lang w:val="en-US"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d">
    <w:name w:val="Light List Accent 2"/>
    <w:basedOn w:val="a3"/>
    <w:uiPriority w:val="61"/>
    <w:rsid w:val="00166686"/>
    <w:rPr>
      <w:kern w:val="0"/>
      <w:sz w:val="22"/>
      <w:szCs w:val="22"/>
      <w:lang w:val="en-US"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2e">
    <w:name w:val="Light List Accent 3"/>
    <w:basedOn w:val="a3"/>
    <w:uiPriority w:val="61"/>
    <w:rsid w:val="00166686"/>
    <w:rPr>
      <w:kern w:val="0"/>
      <w:sz w:val="22"/>
      <w:szCs w:val="22"/>
      <w:lang w:val="en-US"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2f">
    <w:name w:val="Light List Accent 4"/>
    <w:basedOn w:val="a3"/>
    <w:uiPriority w:val="61"/>
    <w:rsid w:val="00166686"/>
    <w:rPr>
      <w:kern w:val="0"/>
      <w:sz w:val="22"/>
      <w:szCs w:val="22"/>
      <w:lang w:val="en-US"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2f0">
    <w:name w:val="Light List Accent 5"/>
    <w:basedOn w:val="a3"/>
    <w:uiPriority w:val="61"/>
    <w:rsid w:val="00166686"/>
    <w:rPr>
      <w:kern w:val="0"/>
      <w:sz w:val="22"/>
      <w:szCs w:val="22"/>
      <w:lang w:val="en-US"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2f1">
    <w:name w:val="Light List Accent 6"/>
    <w:basedOn w:val="a3"/>
    <w:uiPriority w:val="61"/>
    <w:rsid w:val="00166686"/>
    <w:rPr>
      <w:kern w:val="0"/>
      <w:sz w:val="22"/>
      <w:szCs w:val="22"/>
      <w:lang w:val="en-US"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37">
    <w:name w:val="Light Grid"/>
    <w:basedOn w:val="a3"/>
    <w:uiPriority w:val="62"/>
    <w:rsid w:val="00166686"/>
    <w:rPr>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166686"/>
    <w:rPr>
      <w:kern w:val="0"/>
      <w:sz w:val="22"/>
      <w:szCs w:val="22"/>
      <w:lang w:val="en-US"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39">
    <w:name w:val="Light Grid Accent 2"/>
    <w:basedOn w:val="a3"/>
    <w:uiPriority w:val="62"/>
    <w:rsid w:val="00166686"/>
    <w:rPr>
      <w:kern w:val="0"/>
      <w:sz w:val="22"/>
      <w:szCs w:val="22"/>
      <w:lang w:val="en-US"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a">
    <w:name w:val="Light Grid Accent 3"/>
    <w:basedOn w:val="a3"/>
    <w:uiPriority w:val="62"/>
    <w:rsid w:val="00166686"/>
    <w:rPr>
      <w:kern w:val="0"/>
      <w:sz w:val="22"/>
      <w:szCs w:val="22"/>
      <w:lang w:val="en-US"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3b">
    <w:name w:val="Light Grid Accent 4"/>
    <w:basedOn w:val="a3"/>
    <w:uiPriority w:val="62"/>
    <w:rsid w:val="00166686"/>
    <w:rPr>
      <w:kern w:val="0"/>
      <w:sz w:val="22"/>
      <w:szCs w:val="22"/>
      <w:lang w:val="en-US"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3c">
    <w:name w:val="Light Grid Accent 5"/>
    <w:basedOn w:val="a3"/>
    <w:uiPriority w:val="62"/>
    <w:rsid w:val="00166686"/>
    <w:rPr>
      <w:kern w:val="0"/>
      <w:sz w:val="22"/>
      <w:szCs w:val="22"/>
      <w:lang w:val="en-US"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3d">
    <w:name w:val="Light Grid Accent 6"/>
    <w:basedOn w:val="a3"/>
    <w:uiPriority w:val="62"/>
    <w:rsid w:val="00166686"/>
    <w:rPr>
      <w:kern w:val="0"/>
      <w:sz w:val="22"/>
      <w:szCs w:val="22"/>
      <w:lang w:val="en-US"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41">
    <w:name w:val="Medium Shading 1"/>
    <w:basedOn w:val="a3"/>
    <w:uiPriority w:val="63"/>
    <w:rsid w:val="00166686"/>
    <w:rPr>
      <w:kern w:val="0"/>
      <w:sz w:val="22"/>
      <w:szCs w:val="22"/>
      <w:lang w:val="en-US"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166686"/>
    <w:rPr>
      <w:kern w:val="0"/>
      <w:sz w:val="22"/>
      <w:szCs w:val="22"/>
      <w:lang w:val="en-US" w:eastAsia="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166686"/>
    <w:rPr>
      <w:kern w:val="0"/>
      <w:sz w:val="22"/>
      <w:szCs w:val="22"/>
      <w:lang w:val="en-US" w:eastAsia="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166686"/>
    <w:rPr>
      <w:kern w:val="0"/>
      <w:sz w:val="22"/>
      <w:szCs w:val="22"/>
      <w:lang w:val="en-US" w:eastAsia="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166686"/>
    <w:rPr>
      <w:kern w:val="0"/>
      <w:sz w:val="22"/>
      <w:szCs w:val="22"/>
      <w:lang w:val="en-US" w:eastAsia="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166686"/>
    <w:rPr>
      <w:kern w:val="0"/>
      <w:sz w:val="22"/>
      <w:szCs w:val="22"/>
      <w:lang w:val="en-US" w:eastAsia="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166686"/>
    <w:rPr>
      <w:kern w:val="0"/>
      <w:sz w:val="22"/>
      <w:szCs w:val="22"/>
      <w:lang w:val="en-US" w:eastAsia="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51">
    <w:name w:val="Medium Shading 2"/>
    <w:basedOn w:val="a3"/>
    <w:uiPriority w:val="64"/>
    <w:rsid w:val="00166686"/>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166686"/>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166686"/>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166686"/>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166686"/>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166686"/>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166686"/>
    <w:rPr>
      <w:kern w:val="0"/>
      <w:sz w:val="22"/>
      <w:szCs w:val="22"/>
      <w:lang w:val="en-US"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166686"/>
    <w:rPr>
      <w:color w:val="000000" w:themeColor="text1"/>
      <w:kern w:val="0"/>
      <w:sz w:val="22"/>
      <w:szCs w:val="22"/>
      <w:lang w:val="en-US"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166686"/>
    <w:rPr>
      <w:color w:val="000000" w:themeColor="text1"/>
      <w:kern w:val="0"/>
      <w:sz w:val="22"/>
      <w:szCs w:val="22"/>
      <w:lang w:val="en-US" w:eastAsia="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63">
    <w:name w:val="Medium List 1 Accent 2"/>
    <w:basedOn w:val="a3"/>
    <w:uiPriority w:val="65"/>
    <w:rsid w:val="00166686"/>
    <w:rPr>
      <w:color w:val="000000" w:themeColor="text1"/>
      <w:kern w:val="0"/>
      <w:sz w:val="22"/>
      <w:szCs w:val="22"/>
      <w:lang w:val="en-US" w:eastAsia="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64">
    <w:name w:val="Medium List 1 Accent 3"/>
    <w:basedOn w:val="a3"/>
    <w:uiPriority w:val="65"/>
    <w:rsid w:val="00166686"/>
    <w:rPr>
      <w:color w:val="000000" w:themeColor="text1"/>
      <w:kern w:val="0"/>
      <w:sz w:val="22"/>
      <w:szCs w:val="22"/>
      <w:lang w:val="en-US" w:eastAsia="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65">
    <w:name w:val="Medium List 1 Accent 4"/>
    <w:basedOn w:val="a3"/>
    <w:uiPriority w:val="65"/>
    <w:rsid w:val="00166686"/>
    <w:rPr>
      <w:color w:val="000000" w:themeColor="text1"/>
      <w:kern w:val="0"/>
      <w:sz w:val="22"/>
      <w:szCs w:val="22"/>
      <w:lang w:val="en-US" w:eastAsia="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66">
    <w:name w:val="Medium List 1 Accent 5"/>
    <w:basedOn w:val="a3"/>
    <w:uiPriority w:val="65"/>
    <w:rsid w:val="00166686"/>
    <w:rPr>
      <w:color w:val="000000" w:themeColor="text1"/>
      <w:kern w:val="0"/>
      <w:sz w:val="22"/>
      <w:szCs w:val="22"/>
      <w:lang w:val="en-US" w:eastAsia="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67">
    <w:name w:val="Medium List 1 Accent 6"/>
    <w:basedOn w:val="a3"/>
    <w:uiPriority w:val="65"/>
    <w:rsid w:val="00166686"/>
    <w:rPr>
      <w:color w:val="000000" w:themeColor="text1"/>
      <w:kern w:val="0"/>
      <w:sz w:val="22"/>
      <w:szCs w:val="22"/>
      <w:lang w:val="en-US" w:eastAsia="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71">
    <w:name w:val="Medium List 2"/>
    <w:basedOn w:val="a3"/>
    <w:uiPriority w:val="66"/>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166686"/>
    <w:rPr>
      <w:kern w:val="0"/>
      <w:sz w:val="22"/>
      <w:szCs w:val="22"/>
      <w:lang w:val="en-US"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166686"/>
    <w:rPr>
      <w:kern w:val="0"/>
      <w:sz w:val="22"/>
      <w:szCs w:val="22"/>
      <w:lang w:val="en-US" w:eastAsia="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83">
    <w:name w:val="Medium Grid 1 Accent 2"/>
    <w:basedOn w:val="a3"/>
    <w:uiPriority w:val="67"/>
    <w:rsid w:val="00166686"/>
    <w:rPr>
      <w:kern w:val="0"/>
      <w:sz w:val="22"/>
      <w:szCs w:val="22"/>
      <w:lang w:val="en-US" w:eastAsia="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84">
    <w:name w:val="Medium Grid 1 Accent 3"/>
    <w:basedOn w:val="a3"/>
    <w:uiPriority w:val="67"/>
    <w:rsid w:val="00166686"/>
    <w:rPr>
      <w:kern w:val="0"/>
      <w:sz w:val="22"/>
      <w:szCs w:val="22"/>
      <w:lang w:val="en-US" w:eastAsia="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85">
    <w:name w:val="Medium Grid 1 Accent 4"/>
    <w:basedOn w:val="a3"/>
    <w:uiPriority w:val="67"/>
    <w:rsid w:val="00166686"/>
    <w:rPr>
      <w:kern w:val="0"/>
      <w:sz w:val="22"/>
      <w:szCs w:val="22"/>
      <w:lang w:val="en-US" w:eastAsia="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86">
    <w:name w:val="Medium Grid 1 Accent 5"/>
    <w:basedOn w:val="a3"/>
    <w:uiPriority w:val="67"/>
    <w:rsid w:val="00166686"/>
    <w:rPr>
      <w:kern w:val="0"/>
      <w:sz w:val="22"/>
      <w:szCs w:val="22"/>
      <w:lang w:val="en-US" w:eastAsia="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87">
    <w:name w:val="Medium Grid 1 Accent 6"/>
    <w:basedOn w:val="a3"/>
    <w:uiPriority w:val="67"/>
    <w:rsid w:val="00166686"/>
    <w:rPr>
      <w:kern w:val="0"/>
      <w:sz w:val="22"/>
      <w:szCs w:val="22"/>
      <w:lang w:val="en-US" w:eastAsia="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91">
    <w:name w:val="Medium Grid 2"/>
    <w:basedOn w:val="a3"/>
    <w:uiPriority w:val="68"/>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166686"/>
    <w:rPr>
      <w:rFonts w:asciiTheme="majorHAnsi" w:eastAsiaTheme="majorEastAsia" w:hAnsiTheme="majorHAnsi" w:cstheme="majorBidi"/>
      <w:color w:val="000000" w:themeColor="text1"/>
      <w:kern w:val="0"/>
      <w:sz w:val="22"/>
      <w:szCs w:val="22"/>
      <w:lang w:val="en-US"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100">
    <w:name w:val="Medium Grid 3"/>
    <w:basedOn w:val="a3"/>
    <w:uiPriority w:val="69"/>
    <w:rsid w:val="00166686"/>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166686"/>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102">
    <w:name w:val="Medium Grid 3 Accent 2"/>
    <w:basedOn w:val="a3"/>
    <w:uiPriority w:val="69"/>
    <w:rsid w:val="00166686"/>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103">
    <w:name w:val="Medium Grid 3 Accent 3"/>
    <w:basedOn w:val="a3"/>
    <w:uiPriority w:val="69"/>
    <w:rsid w:val="00166686"/>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104">
    <w:name w:val="Medium Grid 3 Accent 4"/>
    <w:basedOn w:val="a3"/>
    <w:uiPriority w:val="69"/>
    <w:rsid w:val="00166686"/>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105">
    <w:name w:val="Medium Grid 3 Accent 5"/>
    <w:basedOn w:val="a3"/>
    <w:uiPriority w:val="69"/>
    <w:rsid w:val="00166686"/>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106">
    <w:name w:val="Medium Grid 3 Accent 6"/>
    <w:basedOn w:val="a3"/>
    <w:uiPriority w:val="69"/>
    <w:rsid w:val="00166686"/>
    <w:rPr>
      <w:kern w:val="0"/>
      <w:sz w:val="22"/>
      <w:szCs w:val="22"/>
      <w:lang w:val="en-US"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110">
    <w:name w:val="Dark List"/>
    <w:basedOn w:val="a3"/>
    <w:uiPriority w:val="70"/>
    <w:rsid w:val="00166686"/>
    <w:rPr>
      <w:color w:val="FFFFFF" w:themeColor="background1"/>
      <w:kern w:val="0"/>
      <w:sz w:val="22"/>
      <w:szCs w:val="22"/>
      <w:lang w:val="en-US" w:eastAsia="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166686"/>
    <w:rPr>
      <w:color w:val="FFFFFF" w:themeColor="background1"/>
      <w:kern w:val="0"/>
      <w:sz w:val="22"/>
      <w:szCs w:val="22"/>
      <w:lang w:val="en-US" w:eastAsia="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112">
    <w:name w:val="Dark List Accent 2"/>
    <w:basedOn w:val="a3"/>
    <w:uiPriority w:val="70"/>
    <w:rsid w:val="00166686"/>
    <w:rPr>
      <w:color w:val="FFFFFF" w:themeColor="background1"/>
      <w:kern w:val="0"/>
      <w:sz w:val="22"/>
      <w:szCs w:val="22"/>
      <w:lang w:val="en-US" w:eastAsia="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113">
    <w:name w:val="Dark List Accent 3"/>
    <w:basedOn w:val="a3"/>
    <w:uiPriority w:val="70"/>
    <w:rsid w:val="00166686"/>
    <w:rPr>
      <w:color w:val="FFFFFF" w:themeColor="background1"/>
      <w:kern w:val="0"/>
      <w:sz w:val="22"/>
      <w:szCs w:val="22"/>
      <w:lang w:val="en-US" w:eastAsia="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114">
    <w:name w:val="Dark List Accent 4"/>
    <w:basedOn w:val="a3"/>
    <w:uiPriority w:val="70"/>
    <w:rsid w:val="00166686"/>
    <w:rPr>
      <w:color w:val="FFFFFF" w:themeColor="background1"/>
      <w:kern w:val="0"/>
      <w:sz w:val="22"/>
      <w:szCs w:val="22"/>
      <w:lang w:val="en-US" w:eastAsia="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115">
    <w:name w:val="Dark List Accent 5"/>
    <w:basedOn w:val="a3"/>
    <w:uiPriority w:val="70"/>
    <w:rsid w:val="00166686"/>
    <w:rPr>
      <w:color w:val="FFFFFF" w:themeColor="background1"/>
      <w:kern w:val="0"/>
      <w:sz w:val="22"/>
      <w:szCs w:val="22"/>
      <w:lang w:val="en-US" w:eastAsia="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116">
    <w:name w:val="Dark List Accent 6"/>
    <w:basedOn w:val="a3"/>
    <w:uiPriority w:val="70"/>
    <w:rsid w:val="00166686"/>
    <w:rPr>
      <w:color w:val="FFFFFF" w:themeColor="background1"/>
      <w:kern w:val="0"/>
      <w:sz w:val="22"/>
      <w:szCs w:val="22"/>
      <w:lang w:val="en-US" w:eastAsia="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120">
    <w:name w:val="Colorful Shading"/>
    <w:basedOn w:val="a3"/>
    <w:uiPriority w:val="71"/>
    <w:rsid w:val="00166686"/>
    <w:rPr>
      <w:color w:val="000000" w:themeColor="text1"/>
      <w:kern w:val="0"/>
      <w:sz w:val="22"/>
      <w:szCs w:val="22"/>
      <w:lang w:val="en-US" w:eastAsia="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166686"/>
    <w:rPr>
      <w:color w:val="000000" w:themeColor="text1"/>
      <w:kern w:val="0"/>
      <w:sz w:val="22"/>
      <w:szCs w:val="22"/>
      <w:lang w:val="en-US" w:eastAsia="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166686"/>
    <w:rPr>
      <w:color w:val="000000" w:themeColor="text1"/>
      <w:kern w:val="0"/>
      <w:sz w:val="22"/>
      <w:szCs w:val="22"/>
      <w:lang w:val="en-US" w:eastAsia="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166686"/>
    <w:rPr>
      <w:color w:val="000000" w:themeColor="text1"/>
      <w:kern w:val="0"/>
      <w:sz w:val="22"/>
      <w:szCs w:val="22"/>
      <w:lang w:val="en-US" w:eastAsia="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124">
    <w:name w:val="Colorful Shading Accent 4"/>
    <w:basedOn w:val="a3"/>
    <w:uiPriority w:val="71"/>
    <w:rsid w:val="00166686"/>
    <w:rPr>
      <w:color w:val="000000" w:themeColor="text1"/>
      <w:kern w:val="0"/>
      <w:sz w:val="22"/>
      <w:szCs w:val="22"/>
      <w:lang w:val="en-US" w:eastAsia="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166686"/>
    <w:rPr>
      <w:color w:val="000000" w:themeColor="text1"/>
      <w:kern w:val="0"/>
      <w:sz w:val="22"/>
      <w:szCs w:val="22"/>
      <w:lang w:val="en-US" w:eastAsia="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166686"/>
    <w:rPr>
      <w:color w:val="000000" w:themeColor="text1"/>
      <w:kern w:val="0"/>
      <w:sz w:val="22"/>
      <w:szCs w:val="22"/>
      <w:lang w:val="en-US" w:eastAsia="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166686"/>
    <w:rPr>
      <w:color w:val="000000" w:themeColor="text1"/>
      <w:kern w:val="0"/>
      <w:sz w:val="22"/>
      <w:szCs w:val="22"/>
      <w:lang w:val="en-US" w:eastAsia="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166686"/>
    <w:rPr>
      <w:color w:val="000000" w:themeColor="text1"/>
      <w:kern w:val="0"/>
      <w:sz w:val="22"/>
      <w:szCs w:val="22"/>
      <w:lang w:val="en-US" w:eastAsia="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132">
    <w:name w:val="Colorful List Accent 2"/>
    <w:basedOn w:val="a3"/>
    <w:uiPriority w:val="72"/>
    <w:rsid w:val="00166686"/>
    <w:rPr>
      <w:color w:val="000000" w:themeColor="text1"/>
      <w:kern w:val="0"/>
      <w:sz w:val="22"/>
      <w:szCs w:val="22"/>
      <w:lang w:val="en-US" w:eastAsia="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133">
    <w:name w:val="Colorful List Accent 3"/>
    <w:basedOn w:val="a3"/>
    <w:uiPriority w:val="72"/>
    <w:rsid w:val="00166686"/>
    <w:rPr>
      <w:color w:val="000000" w:themeColor="text1"/>
      <w:kern w:val="0"/>
      <w:sz w:val="22"/>
      <w:szCs w:val="22"/>
      <w:lang w:val="en-US" w:eastAsia="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134">
    <w:name w:val="Colorful List Accent 4"/>
    <w:basedOn w:val="a3"/>
    <w:uiPriority w:val="72"/>
    <w:rsid w:val="00166686"/>
    <w:rPr>
      <w:color w:val="000000" w:themeColor="text1"/>
      <w:kern w:val="0"/>
      <w:sz w:val="22"/>
      <w:szCs w:val="22"/>
      <w:lang w:val="en-US" w:eastAsia="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135">
    <w:name w:val="Colorful List Accent 5"/>
    <w:basedOn w:val="a3"/>
    <w:uiPriority w:val="72"/>
    <w:rsid w:val="00166686"/>
    <w:rPr>
      <w:color w:val="000000" w:themeColor="text1"/>
      <w:kern w:val="0"/>
      <w:sz w:val="22"/>
      <w:szCs w:val="22"/>
      <w:lang w:val="en-US" w:eastAsia="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136">
    <w:name w:val="Colorful List Accent 6"/>
    <w:basedOn w:val="a3"/>
    <w:uiPriority w:val="72"/>
    <w:rsid w:val="00166686"/>
    <w:rPr>
      <w:color w:val="000000" w:themeColor="text1"/>
      <w:kern w:val="0"/>
      <w:sz w:val="22"/>
      <w:szCs w:val="22"/>
      <w:lang w:val="en-US" w:eastAsia="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140">
    <w:name w:val="Colorful Grid"/>
    <w:basedOn w:val="a3"/>
    <w:uiPriority w:val="73"/>
    <w:rsid w:val="00166686"/>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166686"/>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42">
    <w:name w:val="Colorful Grid Accent 2"/>
    <w:basedOn w:val="a3"/>
    <w:uiPriority w:val="73"/>
    <w:rsid w:val="00166686"/>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43">
    <w:name w:val="Colorful Grid Accent 3"/>
    <w:basedOn w:val="a3"/>
    <w:uiPriority w:val="73"/>
    <w:rsid w:val="00166686"/>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4">
    <w:name w:val="Colorful Grid Accent 4"/>
    <w:basedOn w:val="a3"/>
    <w:uiPriority w:val="73"/>
    <w:rsid w:val="00166686"/>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45">
    <w:name w:val="Colorful Grid Accent 5"/>
    <w:basedOn w:val="a3"/>
    <w:uiPriority w:val="73"/>
    <w:rsid w:val="00166686"/>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46">
    <w:name w:val="Colorful Grid Accent 6"/>
    <w:basedOn w:val="a3"/>
    <w:uiPriority w:val="73"/>
    <w:rsid w:val="00166686"/>
    <w:rPr>
      <w:color w:val="000000" w:themeColor="text1"/>
      <w:kern w:val="0"/>
      <w:sz w:val="22"/>
      <w:szCs w:val="22"/>
      <w:lang w:val="en-US" w:eastAsia="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48">
    <w:name w:val="Grid Table 4"/>
    <w:basedOn w:val="a3"/>
    <w:uiPriority w:val="49"/>
    <w:rsid w:val="00166686"/>
    <w:rPr>
      <w:kern w:val="0"/>
      <w:sz w:val="22"/>
      <w:szCs w:val="22"/>
      <w:lang w:val="en-US" w:eastAsia="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8">
    <w:name w:val="Grid Table 6 Colorful"/>
    <w:basedOn w:val="a3"/>
    <w:uiPriority w:val="51"/>
    <w:rsid w:val="00166686"/>
    <w:rPr>
      <w:color w:val="000000" w:themeColor="text1"/>
      <w:kern w:val="0"/>
      <w:sz w:val="22"/>
      <w:szCs w:val="22"/>
      <w:lang w:val="en-US" w:eastAsia="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8">
    <w:name w:val="Grid Table 7 Colorful"/>
    <w:basedOn w:val="a3"/>
    <w:uiPriority w:val="52"/>
    <w:rsid w:val="00166686"/>
    <w:rPr>
      <w:color w:val="000000" w:themeColor="text1"/>
      <w:kern w:val="0"/>
      <w:sz w:val="22"/>
      <w:szCs w:val="22"/>
      <w:lang w:val="en-US" w:eastAsia="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8">
    <w:name w:val="Grid Table 1 Light"/>
    <w:basedOn w:val="a3"/>
    <w:uiPriority w:val="99"/>
    <w:rsid w:val="00166686"/>
    <w:rPr>
      <w:kern w:val="0"/>
      <w:sz w:val="22"/>
      <w:szCs w:val="22"/>
      <w:lang w:val="en-US"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
    <w:name w:val="Hyperlink"/>
    <w:basedOn w:val="a2"/>
    <w:uiPriority w:val="99"/>
    <w:unhideWhenUsed/>
    <w:rsid w:val="00166686"/>
    <w:rPr>
      <w:color w:val="467886" w:themeColor="hyperlink"/>
      <w:u w:val="single"/>
    </w:rPr>
  </w:style>
  <w:style w:type="paragraph" w:styleId="aff0">
    <w:name w:val="Revision"/>
    <w:hidden/>
    <w:uiPriority w:val="99"/>
    <w:semiHidden/>
    <w:rsid w:val="00166686"/>
  </w:style>
  <w:style w:type="table" w:styleId="aff1">
    <w:name w:val="Grid Table Light"/>
    <w:basedOn w:val="a3"/>
    <w:uiPriority w:val="40"/>
    <w:rsid w:val="003538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9">
    <w:name w:val="Plain Table 1"/>
    <w:basedOn w:val="a3"/>
    <w:uiPriority w:val="41"/>
    <w:rsid w:val="003538B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8356</Words>
  <Characters>47634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アハメッド　シェイク　イースティーアーカ</dc:creator>
  <cp:keywords/>
  <dc:description/>
  <cp:lastModifiedBy>伊藤　進一</cp:lastModifiedBy>
  <cp:revision>39</cp:revision>
  <dcterms:created xsi:type="dcterms:W3CDTF">2025-05-21T10:39:00Z</dcterms:created>
  <dcterms:modified xsi:type="dcterms:W3CDTF">2025-07-30T01:02:00Z</dcterms:modified>
</cp:coreProperties>
</file>