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7074C" w14:textId="77777777" w:rsidR="00997875" w:rsidRPr="000F4BBA" w:rsidRDefault="00000000">
      <w:pPr>
        <w:pStyle w:val="Heading1"/>
        <w:spacing w:before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0F4BBA">
        <w:rPr>
          <w:rFonts w:ascii="Times New Roman" w:eastAsia="Times New Roman" w:hAnsi="Times New Roman" w:cs="Times New Roman"/>
          <w:color w:val="000000"/>
          <w:sz w:val="20"/>
          <w:szCs w:val="20"/>
        </w:rPr>
        <w:t>Table S1.</w:t>
      </w:r>
    </w:p>
    <w:p w14:paraId="51DFC992" w14:textId="77777777" w:rsidR="00997875" w:rsidRPr="000F4BBA" w:rsidRDefault="0099787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144D383" w14:textId="77777777" w:rsidR="00997875" w:rsidRPr="000F4BBA" w:rsidRDefault="0000000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0F4BBA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Distributional Statistics for Pretest and Posttest Outcomes </w:t>
      </w:r>
      <w:r w:rsidRPr="000F4BBA">
        <w:rPr>
          <w:rFonts w:ascii="Times New Roman" w:eastAsia="Times New Roman" w:hAnsi="Times New Roman" w:cs="Times New Roman"/>
          <w:color w:val="000000"/>
          <w:sz w:val="20"/>
          <w:szCs w:val="20"/>
        </w:rPr>
        <w:t>(</w:t>
      </w:r>
      <w:r w:rsidRPr="000F4BBA">
        <w:rPr>
          <w:rFonts w:ascii="Times New Roman" w:eastAsia="Times New Roman" w:hAnsi="Times New Roman" w:cs="Times New Roman"/>
          <w:i/>
          <w:iCs/>
          <w:sz w:val="20"/>
          <w:szCs w:val="20"/>
        </w:rPr>
        <w:t>n</w:t>
      </w:r>
      <w:r w:rsidRPr="000F4BB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= 47)</w:t>
      </w:r>
      <w:r w:rsidRPr="000F4BBA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</w:p>
    <w:tbl>
      <w:tblPr>
        <w:tblStyle w:val="a"/>
        <w:tblW w:w="864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95"/>
        <w:gridCol w:w="1714"/>
        <w:gridCol w:w="1708"/>
        <w:gridCol w:w="1714"/>
        <w:gridCol w:w="1709"/>
      </w:tblGrid>
      <w:tr w:rsidR="00997875" w:rsidRPr="000F4BBA" w14:paraId="2FE4E711" w14:textId="77777777">
        <w:trPr>
          <w:trHeight w:val="494"/>
        </w:trPr>
        <w:tc>
          <w:tcPr>
            <w:tcW w:w="179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8730A88" w14:textId="77777777" w:rsidR="00997875" w:rsidRPr="000F4BBA" w:rsidRDefault="009978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422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067B0E4" w14:textId="77777777" w:rsidR="00997875" w:rsidRPr="000F4BBA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4B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Pretest</w:t>
            </w:r>
          </w:p>
        </w:tc>
        <w:tc>
          <w:tcPr>
            <w:tcW w:w="3423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4F9D81E" w14:textId="77777777" w:rsidR="00997875" w:rsidRPr="000F4BBA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4B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Posttest</w:t>
            </w:r>
          </w:p>
        </w:tc>
      </w:tr>
      <w:tr w:rsidR="00997875" w:rsidRPr="000F4BBA" w14:paraId="5F83EBA3" w14:textId="77777777">
        <w:trPr>
          <w:trHeight w:val="440"/>
        </w:trPr>
        <w:tc>
          <w:tcPr>
            <w:tcW w:w="179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B814DDD" w14:textId="77777777" w:rsidR="00997875" w:rsidRPr="000F4BBA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4B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171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A951D8F" w14:textId="77777777" w:rsidR="00997875" w:rsidRPr="000F4BBA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4B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Skewness</w:t>
            </w:r>
          </w:p>
        </w:tc>
        <w:tc>
          <w:tcPr>
            <w:tcW w:w="170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59BBD9C" w14:textId="77777777" w:rsidR="00997875" w:rsidRPr="000F4BBA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4B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Kurtosis</w:t>
            </w:r>
          </w:p>
        </w:tc>
        <w:tc>
          <w:tcPr>
            <w:tcW w:w="171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2C5C82A" w14:textId="77777777" w:rsidR="00997875" w:rsidRPr="000F4BBA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4B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Skewness</w:t>
            </w:r>
          </w:p>
        </w:tc>
        <w:tc>
          <w:tcPr>
            <w:tcW w:w="1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89CB977" w14:textId="77777777" w:rsidR="00997875" w:rsidRPr="000F4BBA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4B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Kurtosis</w:t>
            </w:r>
          </w:p>
        </w:tc>
      </w:tr>
      <w:tr w:rsidR="00997875" w:rsidRPr="000F4BBA" w14:paraId="0D8CBD9B" w14:textId="77777777">
        <w:trPr>
          <w:trHeight w:val="329"/>
        </w:trPr>
        <w:tc>
          <w:tcPr>
            <w:tcW w:w="1795" w:type="dxa"/>
            <w:tcBorders>
              <w:top w:val="single" w:sz="4" w:space="0" w:color="000000"/>
            </w:tcBorders>
            <w:vAlign w:val="center"/>
          </w:tcPr>
          <w:p w14:paraId="62F3AB26" w14:textId="77777777" w:rsidR="00997875" w:rsidRPr="000F4BBA" w:rsidRDefault="0000000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4B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Character</w:t>
            </w:r>
          </w:p>
        </w:tc>
        <w:tc>
          <w:tcPr>
            <w:tcW w:w="1714" w:type="dxa"/>
            <w:tcBorders>
              <w:top w:val="single" w:sz="4" w:space="0" w:color="000000"/>
            </w:tcBorders>
            <w:vAlign w:val="center"/>
          </w:tcPr>
          <w:p w14:paraId="38F9AFF7" w14:textId="77777777" w:rsidR="00997875" w:rsidRPr="000F4BBA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4B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1708" w:type="dxa"/>
            <w:tcBorders>
              <w:top w:val="single" w:sz="4" w:space="0" w:color="000000"/>
            </w:tcBorders>
            <w:vAlign w:val="center"/>
          </w:tcPr>
          <w:p w14:paraId="5DE0646E" w14:textId="77777777" w:rsidR="00997875" w:rsidRPr="000F4BBA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tag w:val="goog_rdk_0"/>
                <w:id w:val="703381057"/>
              </w:sdtPr>
              <w:sdtContent>
                <w:r w:rsidRPr="000F4BBA">
                  <w:rPr>
                    <w:rFonts w:ascii="Times New Roman" w:eastAsia="Gungsuh" w:hAnsi="Times New Roman" w:cs="Times New Roman"/>
                    <w:color w:val="000000"/>
                    <w:sz w:val="20"/>
                    <w:szCs w:val="20"/>
                  </w:rPr>
                  <w:t>−0.41</w:t>
                </w:r>
              </w:sdtContent>
            </w:sdt>
          </w:p>
        </w:tc>
        <w:tc>
          <w:tcPr>
            <w:tcW w:w="1714" w:type="dxa"/>
            <w:tcBorders>
              <w:top w:val="single" w:sz="4" w:space="0" w:color="000000"/>
            </w:tcBorders>
            <w:vAlign w:val="center"/>
          </w:tcPr>
          <w:p w14:paraId="0479B7AA" w14:textId="77777777" w:rsidR="00997875" w:rsidRPr="000F4BBA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4B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709" w:type="dxa"/>
            <w:tcBorders>
              <w:top w:val="single" w:sz="4" w:space="0" w:color="000000"/>
            </w:tcBorders>
            <w:vAlign w:val="center"/>
          </w:tcPr>
          <w:p w14:paraId="4C87B738" w14:textId="77777777" w:rsidR="00997875" w:rsidRPr="000F4BBA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tag w:val="goog_rdk_1"/>
                <w:id w:val="156925951"/>
              </w:sdtPr>
              <w:sdtContent>
                <w:r w:rsidRPr="000F4BBA">
                  <w:rPr>
                    <w:rFonts w:ascii="Times New Roman" w:eastAsia="Gungsuh" w:hAnsi="Times New Roman" w:cs="Times New Roman"/>
                    <w:color w:val="000000"/>
                    <w:sz w:val="20"/>
                    <w:szCs w:val="20"/>
                  </w:rPr>
                  <w:t>−0.96</w:t>
                </w:r>
              </w:sdtContent>
            </w:sdt>
          </w:p>
        </w:tc>
      </w:tr>
      <w:tr w:rsidR="00997875" w:rsidRPr="000F4BBA" w14:paraId="5C3A9706" w14:textId="77777777">
        <w:trPr>
          <w:trHeight w:val="329"/>
        </w:trPr>
        <w:tc>
          <w:tcPr>
            <w:tcW w:w="1795" w:type="dxa"/>
            <w:vAlign w:val="center"/>
          </w:tcPr>
          <w:p w14:paraId="6B52AA1D" w14:textId="77777777" w:rsidR="00997875" w:rsidRPr="000F4BBA" w:rsidRDefault="0000000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4B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Setting</w:t>
            </w:r>
          </w:p>
        </w:tc>
        <w:tc>
          <w:tcPr>
            <w:tcW w:w="1714" w:type="dxa"/>
            <w:vAlign w:val="center"/>
          </w:tcPr>
          <w:p w14:paraId="5D550D53" w14:textId="77777777" w:rsidR="00997875" w:rsidRPr="000F4BBA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tag w:val="goog_rdk_2"/>
                <w:id w:val="-1679959142"/>
              </w:sdtPr>
              <w:sdtContent>
                <w:r w:rsidRPr="000F4BBA">
                  <w:rPr>
                    <w:rFonts w:ascii="Times New Roman" w:eastAsia="Gungsuh" w:hAnsi="Times New Roman" w:cs="Times New Roman"/>
                    <w:color w:val="000000"/>
                    <w:sz w:val="20"/>
                    <w:szCs w:val="20"/>
                  </w:rPr>
                  <w:t>−0.25</w:t>
                </w:r>
              </w:sdtContent>
            </w:sdt>
          </w:p>
        </w:tc>
        <w:tc>
          <w:tcPr>
            <w:tcW w:w="1708" w:type="dxa"/>
            <w:vAlign w:val="center"/>
          </w:tcPr>
          <w:p w14:paraId="22ED0D7C" w14:textId="77777777" w:rsidR="00997875" w:rsidRPr="000F4BBA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tag w:val="goog_rdk_3"/>
                <w:id w:val="-533507943"/>
              </w:sdtPr>
              <w:sdtContent>
                <w:r w:rsidRPr="000F4BBA">
                  <w:rPr>
                    <w:rFonts w:ascii="Times New Roman" w:eastAsia="Gungsuh" w:hAnsi="Times New Roman" w:cs="Times New Roman"/>
                    <w:color w:val="000000"/>
                    <w:sz w:val="20"/>
                    <w:szCs w:val="20"/>
                  </w:rPr>
                  <w:t>−0.52</w:t>
                </w:r>
              </w:sdtContent>
            </w:sdt>
          </w:p>
        </w:tc>
        <w:tc>
          <w:tcPr>
            <w:tcW w:w="1714" w:type="dxa"/>
            <w:vAlign w:val="center"/>
          </w:tcPr>
          <w:p w14:paraId="7B2B09D6" w14:textId="77777777" w:rsidR="00997875" w:rsidRPr="000F4BBA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4B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709" w:type="dxa"/>
            <w:vAlign w:val="center"/>
          </w:tcPr>
          <w:p w14:paraId="3D2554FF" w14:textId="77777777" w:rsidR="00997875" w:rsidRPr="000F4BBA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tag w:val="goog_rdk_4"/>
                <w:id w:val="-98888001"/>
              </w:sdtPr>
              <w:sdtContent>
                <w:r w:rsidRPr="000F4BBA">
                  <w:rPr>
                    <w:rFonts w:ascii="Times New Roman" w:eastAsia="Gungsuh" w:hAnsi="Times New Roman" w:cs="Times New Roman"/>
                    <w:color w:val="000000"/>
                    <w:sz w:val="20"/>
                    <w:szCs w:val="20"/>
                  </w:rPr>
                  <w:t>−0.73</w:t>
                </w:r>
              </w:sdtContent>
            </w:sdt>
          </w:p>
        </w:tc>
      </w:tr>
      <w:tr w:rsidR="00997875" w:rsidRPr="000F4BBA" w14:paraId="7A550D47" w14:textId="77777777">
        <w:trPr>
          <w:trHeight w:val="329"/>
        </w:trPr>
        <w:tc>
          <w:tcPr>
            <w:tcW w:w="1795" w:type="dxa"/>
            <w:vAlign w:val="center"/>
          </w:tcPr>
          <w:p w14:paraId="4EC09998" w14:textId="77777777" w:rsidR="00997875" w:rsidRPr="000F4BBA" w:rsidRDefault="0000000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4B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Problem</w:t>
            </w:r>
          </w:p>
        </w:tc>
        <w:tc>
          <w:tcPr>
            <w:tcW w:w="1714" w:type="dxa"/>
            <w:vAlign w:val="center"/>
          </w:tcPr>
          <w:p w14:paraId="4DD142F2" w14:textId="77777777" w:rsidR="00997875" w:rsidRPr="000F4BBA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4B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708" w:type="dxa"/>
            <w:vAlign w:val="center"/>
          </w:tcPr>
          <w:p w14:paraId="700218E0" w14:textId="77777777" w:rsidR="00997875" w:rsidRPr="000F4BBA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tag w:val="goog_rdk_5"/>
                <w:id w:val="1534342762"/>
              </w:sdtPr>
              <w:sdtContent>
                <w:r w:rsidRPr="000F4BBA">
                  <w:rPr>
                    <w:rFonts w:ascii="Times New Roman" w:eastAsia="Gungsuh" w:hAnsi="Times New Roman" w:cs="Times New Roman"/>
                    <w:color w:val="000000"/>
                    <w:sz w:val="20"/>
                    <w:szCs w:val="20"/>
                  </w:rPr>
                  <w:t>−1.73</w:t>
                </w:r>
              </w:sdtContent>
            </w:sdt>
          </w:p>
        </w:tc>
        <w:tc>
          <w:tcPr>
            <w:tcW w:w="1714" w:type="dxa"/>
            <w:vAlign w:val="center"/>
          </w:tcPr>
          <w:p w14:paraId="1B8136D9" w14:textId="77777777" w:rsidR="00997875" w:rsidRPr="000F4BBA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tag w:val="goog_rdk_6"/>
                <w:id w:val="-595454835"/>
              </w:sdtPr>
              <w:sdtContent>
                <w:r w:rsidRPr="000F4BBA">
                  <w:rPr>
                    <w:rFonts w:ascii="Times New Roman" w:eastAsia="Gungsuh" w:hAnsi="Times New Roman" w:cs="Times New Roman"/>
                    <w:color w:val="000000"/>
                    <w:sz w:val="20"/>
                    <w:szCs w:val="20"/>
                  </w:rPr>
                  <w:t>−0.47</w:t>
                </w:r>
              </w:sdtContent>
            </w:sdt>
          </w:p>
        </w:tc>
        <w:tc>
          <w:tcPr>
            <w:tcW w:w="1709" w:type="dxa"/>
            <w:vAlign w:val="center"/>
          </w:tcPr>
          <w:p w14:paraId="4721E4D8" w14:textId="77777777" w:rsidR="00997875" w:rsidRPr="000F4BBA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tag w:val="goog_rdk_7"/>
                <w:id w:val="5149459"/>
              </w:sdtPr>
              <w:sdtContent>
                <w:r w:rsidRPr="000F4BBA">
                  <w:rPr>
                    <w:rFonts w:ascii="Times New Roman" w:eastAsia="Gungsuh" w:hAnsi="Times New Roman" w:cs="Times New Roman"/>
                    <w:color w:val="000000"/>
                    <w:sz w:val="20"/>
                    <w:szCs w:val="20"/>
                  </w:rPr>
                  <w:t>−1.13</w:t>
                </w:r>
              </w:sdtContent>
            </w:sdt>
          </w:p>
        </w:tc>
      </w:tr>
      <w:tr w:rsidR="00997875" w:rsidRPr="000F4BBA" w14:paraId="5A02EC81" w14:textId="77777777">
        <w:trPr>
          <w:trHeight w:val="329"/>
        </w:trPr>
        <w:tc>
          <w:tcPr>
            <w:tcW w:w="1795" w:type="dxa"/>
            <w:vAlign w:val="center"/>
          </w:tcPr>
          <w:p w14:paraId="2BEB62B1" w14:textId="77777777" w:rsidR="00997875" w:rsidRPr="000F4BBA" w:rsidRDefault="0000000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4B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Sequence</w:t>
            </w:r>
          </w:p>
        </w:tc>
        <w:tc>
          <w:tcPr>
            <w:tcW w:w="1714" w:type="dxa"/>
            <w:vAlign w:val="center"/>
          </w:tcPr>
          <w:p w14:paraId="0035EA8F" w14:textId="77777777" w:rsidR="00997875" w:rsidRPr="000F4BBA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tag w:val="goog_rdk_8"/>
                <w:id w:val="957482271"/>
              </w:sdtPr>
              <w:sdtContent>
                <w:r w:rsidRPr="000F4BBA">
                  <w:rPr>
                    <w:rFonts w:ascii="Times New Roman" w:eastAsia="Gungsuh" w:hAnsi="Times New Roman" w:cs="Times New Roman"/>
                    <w:color w:val="000000"/>
                    <w:sz w:val="20"/>
                    <w:szCs w:val="20"/>
                  </w:rPr>
                  <w:t>−1.26</w:t>
                </w:r>
              </w:sdtContent>
            </w:sdt>
          </w:p>
        </w:tc>
        <w:tc>
          <w:tcPr>
            <w:tcW w:w="1708" w:type="dxa"/>
            <w:vAlign w:val="center"/>
          </w:tcPr>
          <w:p w14:paraId="2F7423A7" w14:textId="77777777" w:rsidR="00997875" w:rsidRPr="000F4BBA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tag w:val="goog_rdk_9"/>
                <w:id w:val="715916929"/>
              </w:sdtPr>
              <w:sdtContent>
                <w:r w:rsidRPr="000F4BBA">
                  <w:rPr>
                    <w:rFonts w:ascii="Times New Roman" w:eastAsia="Gungsuh" w:hAnsi="Times New Roman" w:cs="Times New Roman"/>
                    <w:color w:val="000000"/>
                    <w:sz w:val="20"/>
                    <w:szCs w:val="20"/>
                  </w:rPr>
                  <w:t>−0.42</w:t>
                </w:r>
              </w:sdtContent>
            </w:sdt>
          </w:p>
        </w:tc>
        <w:tc>
          <w:tcPr>
            <w:tcW w:w="1714" w:type="dxa"/>
            <w:vAlign w:val="center"/>
          </w:tcPr>
          <w:p w14:paraId="15887DE3" w14:textId="77777777" w:rsidR="00997875" w:rsidRPr="000F4BBA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tag w:val="goog_rdk_10"/>
                <w:id w:val="-618376262"/>
              </w:sdtPr>
              <w:sdtContent>
                <w:r w:rsidRPr="000F4BBA">
                  <w:rPr>
                    <w:rFonts w:ascii="Times New Roman" w:eastAsia="Gungsuh" w:hAnsi="Times New Roman" w:cs="Times New Roman"/>
                    <w:color w:val="000000"/>
                    <w:sz w:val="20"/>
                    <w:szCs w:val="20"/>
                  </w:rPr>
                  <w:t>−0.88</w:t>
                </w:r>
              </w:sdtContent>
            </w:sdt>
          </w:p>
        </w:tc>
        <w:tc>
          <w:tcPr>
            <w:tcW w:w="1709" w:type="dxa"/>
            <w:vAlign w:val="center"/>
          </w:tcPr>
          <w:p w14:paraId="30522284" w14:textId="77777777" w:rsidR="00997875" w:rsidRPr="000F4BBA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tag w:val="goog_rdk_11"/>
                <w:id w:val="1274231046"/>
              </w:sdtPr>
              <w:sdtContent>
                <w:r w:rsidRPr="000F4BBA">
                  <w:rPr>
                    <w:rFonts w:ascii="Times New Roman" w:eastAsia="Gungsuh" w:hAnsi="Times New Roman" w:cs="Times New Roman"/>
                    <w:color w:val="000000"/>
                    <w:sz w:val="20"/>
                    <w:szCs w:val="20"/>
                  </w:rPr>
                  <w:t>−1.22</w:t>
                </w:r>
              </w:sdtContent>
            </w:sdt>
          </w:p>
        </w:tc>
      </w:tr>
      <w:tr w:rsidR="00997875" w:rsidRPr="000F4BBA" w14:paraId="62A06FB5" w14:textId="77777777">
        <w:trPr>
          <w:trHeight w:val="329"/>
        </w:trPr>
        <w:tc>
          <w:tcPr>
            <w:tcW w:w="1795" w:type="dxa"/>
            <w:vAlign w:val="center"/>
          </w:tcPr>
          <w:p w14:paraId="3D3806CD" w14:textId="77777777" w:rsidR="00997875" w:rsidRPr="000F4BBA" w:rsidRDefault="0000000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4B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Plan/Attempt</w:t>
            </w:r>
          </w:p>
        </w:tc>
        <w:tc>
          <w:tcPr>
            <w:tcW w:w="1714" w:type="dxa"/>
            <w:vAlign w:val="center"/>
          </w:tcPr>
          <w:p w14:paraId="2969BC91" w14:textId="77777777" w:rsidR="00997875" w:rsidRPr="000F4BBA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4B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1.64</w:t>
            </w:r>
          </w:p>
        </w:tc>
        <w:tc>
          <w:tcPr>
            <w:tcW w:w="1708" w:type="dxa"/>
            <w:vAlign w:val="center"/>
          </w:tcPr>
          <w:p w14:paraId="5873D533" w14:textId="77777777" w:rsidR="00997875" w:rsidRPr="000F4BBA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4B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1.79</w:t>
            </w:r>
          </w:p>
        </w:tc>
        <w:tc>
          <w:tcPr>
            <w:tcW w:w="1714" w:type="dxa"/>
            <w:vAlign w:val="center"/>
          </w:tcPr>
          <w:p w14:paraId="6EC6ED27" w14:textId="77777777" w:rsidR="00997875" w:rsidRPr="000F4BBA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tag w:val="goog_rdk_12"/>
                <w:id w:val="-1887530655"/>
              </w:sdtPr>
              <w:sdtContent>
                <w:r w:rsidRPr="000F4BBA">
                  <w:rPr>
                    <w:rFonts w:ascii="Times New Roman" w:eastAsia="Gungsuh" w:hAnsi="Times New Roman" w:cs="Times New Roman"/>
                    <w:color w:val="000000"/>
                    <w:sz w:val="20"/>
                    <w:szCs w:val="20"/>
                  </w:rPr>
                  <w:t>−0.24</w:t>
                </w:r>
              </w:sdtContent>
            </w:sdt>
          </w:p>
        </w:tc>
        <w:tc>
          <w:tcPr>
            <w:tcW w:w="1709" w:type="dxa"/>
            <w:vAlign w:val="center"/>
          </w:tcPr>
          <w:p w14:paraId="6084D306" w14:textId="77777777" w:rsidR="00997875" w:rsidRPr="000F4BBA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tag w:val="goog_rdk_13"/>
                <w:id w:val="1793954107"/>
              </w:sdtPr>
              <w:sdtContent>
                <w:r w:rsidRPr="000F4BBA">
                  <w:rPr>
                    <w:rFonts w:ascii="Times New Roman" w:eastAsia="Gungsuh" w:hAnsi="Times New Roman" w:cs="Times New Roman"/>
                    <w:color w:val="000000"/>
                    <w:sz w:val="20"/>
                    <w:szCs w:val="20"/>
                  </w:rPr>
                  <w:t>−1.49</w:t>
                </w:r>
              </w:sdtContent>
            </w:sdt>
          </w:p>
        </w:tc>
      </w:tr>
      <w:tr w:rsidR="00997875" w:rsidRPr="000F4BBA" w14:paraId="683139A6" w14:textId="77777777">
        <w:trPr>
          <w:trHeight w:val="329"/>
        </w:trPr>
        <w:tc>
          <w:tcPr>
            <w:tcW w:w="1795" w:type="dxa"/>
            <w:vAlign w:val="center"/>
          </w:tcPr>
          <w:p w14:paraId="3FEA6D7D" w14:textId="77777777" w:rsidR="00997875" w:rsidRPr="000F4BBA" w:rsidRDefault="0000000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4B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Consequence</w:t>
            </w:r>
          </w:p>
        </w:tc>
        <w:tc>
          <w:tcPr>
            <w:tcW w:w="1714" w:type="dxa"/>
            <w:vAlign w:val="center"/>
          </w:tcPr>
          <w:p w14:paraId="1F771C1E" w14:textId="77777777" w:rsidR="00997875" w:rsidRPr="000F4BBA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4B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2.28</w:t>
            </w:r>
          </w:p>
        </w:tc>
        <w:tc>
          <w:tcPr>
            <w:tcW w:w="1708" w:type="dxa"/>
            <w:vAlign w:val="center"/>
          </w:tcPr>
          <w:p w14:paraId="377E7E38" w14:textId="77777777" w:rsidR="00997875" w:rsidRPr="000F4BBA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4B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3.51</w:t>
            </w:r>
          </w:p>
        </w:tc>
        <w:tc>
          <w:tcPr>
            <w:tcW w:w="1714" w:type="dxa"/>
            <w:vAlign w:val="center"/>
          </w:tcPr>
          <w:p w14:paraId="0ABD0396" w14:textId="77777777" w:rsidR="00997875" w:rsidRPr="000F4BBA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tag w:val="goog_rdk_14"/>
                <w:id w:val="-1472949384"/>
              </w:sdtPr>
              <w:sdtContent>
                <w:r w:rsidRPr="000F4BBA">
                  <w:rPr>
                    <w:rFonts w:ascii="Times New Roman" w:eastAsia="Gungsuh" w:hAnsi="Times New Roman" w:cs="Times New Roman"/>
                    <w:color w:val="000000"/>
                    <w:sz w:val="20"/>
                    <w:szCs w:val="20"/>
                  </w:rPr>
                  <w:t>−0.06</w:t>
                </w:r>
              </w:sdtContent>
            </w:sdt>
          </w:p>
        </w:tc>
        <w:tc>
          <w:tcPr>
            <w:tcW w:w="1709" w:type="dxa"/>
            <w:vAlign w:val="center"/>
          </w:tcPr>
          <w:p w14:paraId="103F51C9" w14:textId="77777777" w:rsidR="00997875" w:rsidRPr="000F4BBA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tag w:val="goog_rdk_15"/>
                <w:id w:val="-498696666"/>
              </w:sdtPr>
              <w:sdtContent>
                <w:r w:rsidRPr="000F4BBA">
                  <w:rPr>
                    <w:rFonts w:ascii="Times New Roman" w:eastAsia="Gungsuh" w:hAnsi="Times New Roman" w:cs="Times New Roman"/>
                    <w:color w:val="000000"/>
                    <w:sz w:val="20"/>
                    <w:szCs w:val="20"/>
                  </w:rPr>
                  <w:t>−1.44</w:t>
                </w:r>
              </w:sdtContent>
            </w:sdt>
          </w:p>
        </w:tc>
      </w:tr>
      <w:tr w:rsidR="00997875" w:rsidRPr="000F4BBA" w14:paraId="0CE1DF9B" w14:textId="77777777">
        <w:trPr>
          <w:trHeight w:val="329"/>
        </w:trPr>
        <w:tc>
          <w:tcPr>
            <w:tcW w:w="1795" w:type="dxa"/>
            <w:vAlign w:val="center"/>
          </w:tcPr>
          <w:p w14:paraId="437D86E5" w14:textId="77777777" w:rsidR="00997875" w:rsidRPr="000F4BBA" w:rsidRDefault="0000000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4B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Ending</w:t>
            </w:r>
          </w:p>
        </w:tc>
        <w:tc>
          <w:tcPr>
            <w:tcW w:w="1714" w:type="dxa"/>
            <w:vAlign w:val="center"/>
          </w:tcPr>
          <w:p w14:paraId="41ACE71E" w14:textId="77777777" w:rsidR="00997875" w:rsidRPr="000F4BBA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4B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2.29</w:t>
            </w:r>
          </w:p>
        </w:tc>
        <w:tc>
          <w:tcPr>
            <w:tcW w:w="1708" w:type="dxa"/>
            <w:vAlign w:val="center"/>
          </w:tcPr>
          <w:p w14:paraId="212B4144" w14:textId="77777777" w:rsidR="00997875" w:rsidRPr="000F4BBA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4B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4.01</w:t>
            </w:r>
          </w:p>
        </w:tc>
        <w:tc>
          <w:tcPr>
            <w:tcW w:w="1714" w:type="dxa"/>
            <w:vAlign w:val="center"/>
          </w:tcPr>
          <w:p w14:paraId="13739F9A" w14:textId="77777777" w:rsidR="00997875" w:rsidRPr="000F4BBA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4B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709" w:type="dxa"/>
            <w:vAlign w:val="center"/>
          </w:tcPr>
          <w:p w14:paraId="55BE9EE0" w14:textId="77777777" w:rsidR="00997875" w:rsidRPr="000F4BBA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tag w:val="goog_rdk_16"/>
                <w:id w:val="87953533"/>
              </w:sdtPr>
              <w:sdtContent>
                <w:r w:rsidRPr="000F4BBA">
                  <w:rPr>
                    <w:rFonts w:ascii="Times New Roman" w:eastAsia="Gungsuh" w:hAnsi="Times New Roman" w:cs="Times New Roman"/>
                    <w:color w:val="000000"/>
                    <w:sz w:val="20"/>
                    <w:szCs w:val="20"/>
                  </w:rPr>
                  <w:t>−1.56</w:t>
                </w:r>
              </w:sdtContent>
            </w:sdt>
          </w:p>
        </w:tc>
      </w:tr>
      <w:tr w:rsidR="00997875" w:rsidRPr="000F4BBA" w14:paraId="3D032425" w14:textId="77777777">
        <w:trPr>
          <w:trHeight w:val="329"/>
        </w:trPr>
        <w:tc>
          <w:tcPr>
            <w:tcW w:w="1795" w:type="dxa"/>
            <w:vAlign w:val="center"/>
          </w:tcPr>
          <w:p w14:paraId="504BE3D2" w14:textId="77777777" w:rsidR="00997875" w:rsidRPr="000F4BBA" w:rsidRDefault="0000000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4B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Emotion</w:t>
            </w:r>
          </w:p>
        </w:tc>
        <w:tc>
          <w:tcPr>
            <w:tcW w:w="1714" w:type="dxa"/>
            <w:vAlign w:val="center"/>
          </w:tcPr>
          <w:p w14:paraId="0A6FD711" w14:textId="77777777" w:rsidR="00997875" w:rsidRPr="000F4BBA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4B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2.66</w:t>
            </w:r>
          </w:p>
        </w:tc>
        <w:tc>
          <w:tcPr>
            <w:tcW w:w="1708" w:type="dxa"/>
            <w:vAlign w:val="center"/>
          </w:tcPr>
          <w:p w14:paraId="7F9A709A" w14:textId="77777777" w:rsidR="00997875" w:rsidRPr="000F4BBA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4B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6.18</w:t>
            </w:r>
          </w:p>
        </w:tc>
        <w:tc>
          <w:tcPr>
            <w:tcW w:w="1714" w:type="dxa"/>
            <w:vAlign w:val="center"/>
          </w:tcPr>
          <w:p w14:paraId="62DEC472" w14:textId="77777777" w:rsidR="00997875" w:rsidRPr="000F4BBA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4B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2.51</w:t>
            </w:r>
          </w:p>
        </w:tc>
        <w:tc>
          <w:tcPr>
            <w:tcW w:w="1709" w:type="dxa"/>
            <w:vAlign w:val="center"/>
          </w:tcPr>
          <w:p w14:paraId="17233709" w14:textId="77777777" w:rsidR="00997875" w:rsidRPr="000F4BBA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4B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5.49</w:t>
            </w:r>
          </w:p>
        </w:tc>
      </w:tr>
      <w:tr w:rsidR="00997875" w:rsidRPr="000F4BBA" w14:paraId="095D7471" w14:textId="77777777">
        <w:trPr>
          <w:trHeight w:val="329"/>
        </w:trPr>
        <w:tc>
          <w:tcPr>
            <w:tcW w:w="1795" w:type="dxa"/>
            <w:vAlign w:val="center"/>
          </w:tcPr>
          <w:p w14:paraId="3C8E6B0B" w14:textId="77777777" w:rsidR="00997875" w:rsidRPr="000F4BBA" w:rsidRDefault="0000000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4B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Complexity</w:t>
            </w:r>
          </w:p>
        </w:tc>
        <w:tc>
          <w:tcPr>
            <w:tcW w:w="1714" w:type="dxa"/>
            <w:vAlign w:val="center"/>
          </w:tcPr>
          <w:p w14:paraId="3EAD6967" w14:textId="77777777" w:rsidR="00997875" w:rsidRPr="000F4BBA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4B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1.89</w:t>
            </w:r>
          </w:p>
        </w:tc>
        <w:tc>
          <w:tcPr>
            <w:tcW w:w="1708" w:type="dxa"/>
            <w:vAlign w:val="center"/>
          </w:tcPr>
          <w:p w14:paraId="1DB1572E" w14:textId="77777777" w:rsidR="00997875" w:rsidRPr="000F4BBA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4B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1.92</w:t>
            </w:r>
          </w:p>
        </w:tc>
        <w:tc>
          <w:tcPr>
            <w:tcW w:w="1714" w:type="dxa"/>
            <w:vAlign w:val="center"/>
          </w:tcPr>
          <w:p w14:paraId="376A537B" w14:textId="77777777" w:rsidR="00997875" w:rsidRPr="000F4BBA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4B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1709" w:type="dxa"/>
            <w:vAlign w:val="center"/>
          </w:tcPr>
          <w:p w14:paraId="05117260" w14:textId="77777777" w:rsidR="00997875" w:rsidRPr="000F4BBA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4B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</w:t>
            </w:r>
          </w:p>
        </w:tc>
      </w:tr>
      <w:tr w:rsidR="00997875" w:rsidRPr="000F4BBA" w14:paraId="031C588E" w14:textId="77777777">
        <w:trPr>
          <w:trHeight w:val="329"/>
        </w:trPr>
        <w:tc>
          <w:tcPr>
            <w:tcW w:w="1795" w:type="dxa"/>
            <w:vAlign w:val="center"/>
          </w:tcPr>
          <w:p w14:paraId="6148C2EE" w14:textId="77777777" w:rsidR="00997875" w:rsidRPr="000F4BBA" w:rsidRDefault="0000000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4B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SGC Total</w:t>
            </w:r>
          </w:p>
        </w:tc>
        <w:tc>
          <w:tcPr>
            <w:tcW w:w="1714" w:type="dxa"/>
            <w:vAlign w:val="center"/>
          </w:tcPr>
          <w:p w14:paraId="3F6B00EC" w14:textId="77777777" w:rsidR="00997875" w:rsidRPr="000F4BBA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4B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708" w:type="dxa"/>
            <w:vAlign w:val="center"/>
          </w:tcPr>
          <w:p w14:paraId="070F3D1F" w14:textId="77777777" w:rsidR="00997875" w:rsidRPr="000F4BBA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4B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714" w:type="dxa"/>
            <w:vAlign w:val="center"/>
          </w:tcPr>
          <w:p w14:paraId="6EA88A80" w14:textId="77777777" w:rsidR="00997875" w:rsidRPr="000F4BBA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F4B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709" w:type="dxa"/>
            <w:vAlign w:val="center"/>
          </w:tcPr>
          <w:p w14:paraId="52D65233" w14:textId="77777777" w:rsidR="00997875" w:rsidRPr="000F4BBA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tag w:val="goog_rdk_17"/>
                <w:id w:val="662910897"/>
              </w:sdtPr>
              <w:sdtContent>
                <w:r w:rsidRPr="000F4BBA">
                  <w:rPr>
                    <w:rFonts w:ascii="Times New Roman" w:eastAsia="Gungsuh" w:hAnsi="Times New Roman" w:cs="Times New Roman"/>
                    <w:color w:val="000000"/>
                    <w:sz w:val="20"/>
                    <w:szCs w:val="20"/>
                  </w:rPr>
                  <w:t>−0.40</w:t>
                </w:r>
              </w:sdtContent>
            </w:sdt>
          </w:p>
        </w:tc>
      </w:tr>
    </w:tbl>
    <w:p w14:paraId="717DF3E2" w14:textId="77777777" w:rsidR="00997875" w:rsidRPr="000F4BBA" w:rsidRDefault="00000000">
      <w:pPr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0F4BBA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</w:p>
    <w:sectPr w:rsidR="00997875" w:rsidRPr="000F4BBA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95524" w14:textId="77777777" w:rsidR="00FC39FE" w:rsidRDefault="00FC39FE" w:rsidP="00905556">
      <w:pPr>
        <w:spacing w:after="0" w:line="240" w:lineRule="auto"/>
      </w:pPr>
      <w:r>
        <w:separator/>
      </w:r>
    </w:p>
  </w:endnote>
  <w:endnote w:type="continuationSeparator" w:id="0">
    <w:p w14:paraId="7EF53159" w14:textId="77777777" w:rsidR="00FC39FE" w:rsidRDefault="00FC39FE" w:rsidP="00905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8D624EF4-5458-4021-B683-98942874E3F9}"/>
    <w:embedBold r:id="rId2" w:fontKey="{D3207F99-CCA4-4AAC-9782-FB4D7DBE01CA}"/>
    <w:embedItalic r:id="rId3" w:fontKey="{9E98FE0F-84D9-4142-85CA-24802761D12E}"/>
    <w:embedBoldItalic r:id="rId4" w:fontKey="{E12FAE0E-FB7C-4F1B-83B6-F95A9076026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00C18CE4-BCE8-4703-89F9-3D5AAE0715FA}"/>
    <w:embedBold r:id="rId6" w:fontKey="{97F0B99C-0E20-4F4E-8A24-787EB9950198}"/>
    <w:embedItalic r:id="rId7" w:fontKey="{8ED50F3F-5CE6-4A8A-8D32-18EA78DE82E7}"/>
    <w:embedBoldItalic r:id="rId8" w:fontKey="{133C3839-E4C8-4934-9EB6-5C21CDD32F5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AE05A" w14:textId="77777777" w:rsidR="00FC39FE" w:rsidRDefault="00FC39FE" w:rsidP="00905556">
      <w:pPr>
        <w:spacing w:after="0" w:line="240" w:lineRule="auto"/>
      </w:pPr>
      <w:r>
        <w:separator/>
      </w:r>
    </w:p>
  </w:footnote>
  <w:footnote w:type="continuationSeparator" w:id="0">
    <w:p w14:paraId="771C8A01" w14:textId="77777777" w:rsidR="00FC39FE" w:rsidRDefault="00FC39FE" w:rsidP="009055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2036F"/>
    <w:multiLevelType w:val="multilevel"/>
    <w:tmpl w:val="E604B0A2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469742913">
    <w:abstractNumId w:val="0"/>
  </w:num>
  <w:num w:numId="2" w16cid:durableId="10704227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047196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356399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550110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726360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875"/>
    <w:rsid w:val="00064AD6"/>
    <w:rsid w:val="000B663C"/>
    <w:rsid w:val="000F4BBA"/>
    <w:rsid w:val="00594386"/>
    <w:rsid w:val="00905556"/>
    <w:rsid w:val="00997875"/>
    <w:rsid w:val="00F563A9"/>
    <w:rsid w:val="00FC3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4D6C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SqFpT48stKmjxUHmeV3F22ajYg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DgAciExdGhZckNhR283VFpWQzB0WVNwajVlYUFjQTEzcjJ5ZD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385</Characters>
  <Application>Microsoft Office Word</Application>
  <DocSecurity>0</DocSecurity>
  <Lines>63</Lines>
  <Paragraphs>59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2026-01-29T22:15:00Z</dcterms:created>
  <dcterms:modified xsi:type="dcterms:W3CDTF">2026-01-29T22:15:00Z</dcterms:modified>
</cp:coreProperties>
</file>