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Online Illicit Trade of GLP-1 Receptor Agonists on Telegram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Appendices</w:t>
      </w:r>
    </w:p>
    <w:p w:rsidR="00000000" w:rsidDel="00000000" w:rsidP="00000000" w:rsidRDefault="00000000" w:rsidRPr="00000000" w14:paraId="00000003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A1: Channel Selection Criteria</w:t>
      </w:r>
    </w:p>
    <w:p w:rsidR="00000000" w:rsidDel="00000000" w:rsidP="00000000" w:rsidRDefault="00000000" w:rsidRPr="00000000" w14:paraId="00000004">
      <w:pPr>
        <w:pStyle w:val="Heading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Selection Criteria (July–September 2025)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 least 100 daily messages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Minimum 50 users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Europe + UK-based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Public access, not invite-only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Multiple vendor participation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Groups/channels only – no individuals</w:t>
      </w:r>
    </w:p>
    <w:p w:rsidR="00000000" w:rsidDel="00000000" w:rsidP="00000000" w:rsidRDefault="00000000" w:rsidRPr="00000000" w14:paraId="0000000B">
      <w:pPr>
        <w:pStyle w:val="Heading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Full Channel Evaluation Table</w:t>
      </w:r>
    </w:p>
    <w:tbl>
      <w:tblPr>
        <w:tblStyle w:val="Table1"/>
        <w:tblW w:w="8640.0" w:type="dxa"/>
        <w:jc w:val="left"/>
        <w:tblLayout w:type="fixed"/>
        <w:tblLook w:val="0400"/>
      </w:tblPr>
      <w:tblGrid>
        <w:gridCol w:w="4876"/>
        <w:gridCol w:w="3764"/>
        <w:tblGridChange w:id="0">
          <w:tblGrid>
            <w:gridCol w:w="4876"/>
            <w:gridCol w:w="37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Channel Name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Reason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Channel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Meets criteria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Channel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Meets criteria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Channel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Meets criteria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Channel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Meets criteria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https://t.me/hardewerker22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Potential candidate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https://t.me/WWCANNABISCLUB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https://t.me/custoaoaim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Party Faves Channel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4, 5,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https://t.me/researchchemical3mmcorg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4,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https://t.me/WakeNBakeSeason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t.me/+TabzSUhwcRjZNnbD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5,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https://t.me/iwgcommunity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5,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https://t.me/Werkerss020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https://t.me/+2ZNFn1mlJvY2MmQ0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https://t.me/Mustikasv1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4,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https://t.me/+SHUan_dwDu03NDJk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5,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https://t.me/rcchemicalsynthsis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https://t.me/ibogaproo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https://cannacity.co.uk/canna-city-in-telegram/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5,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https://t.me/ReliableRCvendor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5,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https://t.me/handelgroepnederlands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https://t.me/wwonderland1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https://t.me/VERIFIEDSHOPK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2,3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@ThePillTrix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3, 4,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@Weedwonderland_uk_bot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@wwcandyshop_admin24bot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@theyrealtrippyboyz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@flakeplug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4, 6, 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@beneluxhandeltelegram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@BerlinDrugsCocaineMarket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@Berlindeliveroo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@hamburgdeliveroo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@Amsterdam020Drugshandel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@DrugsDeliveroo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@drugslevering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https://t.me/+3vWkkarM1IFjM2Nk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HasjAmsterdam020drugsonly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https://t.me/amsterdamhandelapotheek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@drugsbedrijf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DrugsNederlandBelgie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@brabantdrug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@beneluxhandeltelegram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HandelNoordH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@PharmaShopEurope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@ToppersGLD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3, 6, 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https://t.me/kwikpenmounjaro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https://t.me/WegovyEsp</w:t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@OZEMTUTBOT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https://t.me/dsfgsdfgdsfgsdf23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4,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https://t.me/streetcake1</w:t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https://t.me/+yCzfydf6bQ8zZjA6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5,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https://t.me/CannaCityBot</w:t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@theyrealtrippyboyz</w:t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4, 6, 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https://t.me/mounjaroukraine</w:t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https://t.me/ozempic_wegovy_kaufen_rybelsus1</w:t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https://t.me/nickenfubble</w:t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https://t.me/tirzepatidesemaglutidez</w:t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https://t.me/Cocaemignotte</w:t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https://t.me/ozempiclabubu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https://t.me/tirzepatideuz</w:t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@comiserziver51</w:t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6, 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https://t.me/+zCBhEAzHlzNiZDc8</w:t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https://t.me/FromNLShop</w:t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@Thedruggram</w:t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3, 6, 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https://t.me/HKAPPADELIVERYY</w:t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3, 6, 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https://t.me/tgroepen</w:t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https://t.me/+Niwzp45ilCg0ZDI0</w:t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(3?)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https://t.me/+j6ybjWZXS2U4YjU8</w:t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3, 5,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https://t.me/danielklosetrt</w:t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https://t.me/+I-fMDcHRhUk0MTQy</w:t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5,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@danielklose</w:t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3, 6, 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https://t.me/ninjarunsid</w:t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@nnovameds</w:t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6, 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https://t.me/+bXBG_lTueHRhZTE0</w:t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4, 5,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@Berliindrug030</w:t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@Ozempicdealers</w:t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@arlocaps32</w:t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3, 6, 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https://telegram.me/tofreeg</w:t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2, 3, 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https://t.me/+wbedFkg-GCM5NTE0</w:t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5, 6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https://t.me/+dsUzPeTdEjU4ZTQ0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1, 3, 5, 6</w:t>
            </w:r>
          </w:p>
        </w:tc>
      </w:tr>
    </w:tbl>
    <w:p w:rsidR="00000000" w:rsidDel="00000000" w:rsidP="00000000" w:rsidRDefault="00000000" w:rsidRPr="00000000" w14:paraId="000000AE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tabs>
        <w:tab w:val="num" w:pos="720"/>
      </w:tabs>
      <w:ind w:left="720" w:hanging="720"/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tabs>
        <w:tab w:val="num" w:pos="720"/>
      </w:tabs>
      <w:ind w:left="720" w:hanging="720"/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tabs>
        <w:tab w:val="num" w:pos="720"/>
      </w:tabs>
      <w:ind w:left="720" w:hanging="720"/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tabs>
        <w:tab w:val="num" w:pos="720"/>
      </w:tabs>
      <w:ind w:left="720" w:hanging="720"/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TNHZFz60/jTOWC2MCE5mTWZnKQ==">CgMxLjA4AHIhMWNhdjQxWFRnY1R2Slltb1lMUl9GMUFiaUx0WGhrLWJP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2025-11-26T14:34:00Z</dcterms:created>
  <dc:creator>python-docx</dc:creator>
</cp:coreProperties>
</file>