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8A2F" w14:textId="77777777" w:rsidR="00D86E16" w:rsidRDefault="00000000" w:rsidP="007F38C6">
      <w:r>
        <w:t>Table S1. Correlations (r, r², p) for LGBTQ+ and CH participants</w:t>
      </w:r>
    </w:p>
    <w:p w14:paraId="2EEC4592" w14:textId="77777777" w:rsidR="007F38C6" w:rsidRDefault="007F38C6" w:rsidP="007F38C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09"/>
        <w:gridCol w:w="1938"/>
        <w:gridCol w:w="1935"/>
      </w:tblGrid>
      <w:tr w:rsidR="007F38C6" w:rsidRPr="007F38C6" w14:paraId="52583605" w14:textId="77777777" w:rsidTr="007F38C6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B815D3" w14:textId="7777777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BF0CD8" w14:textId="018EEB30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LGBTQ+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26AA2">
              <w:rPr>
                <w:rFonts w:ascii="Times New Roman" w:hAnsi="Times New Roman" w:cs="Times New Roman"/>
                <w:i/>
                <w:iCs/>
                <w:lang w:val="en-GB"/>
              </w:rPr>
              <w:t>r (r</w:t>
            </w:r>
            <w:r w:rsidRPr="00626AA2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2</w:t>
            </w:r>
            <w:r w:rsidRPr="00626AA2">
              <w:rPr>
                <w:rFonts w:ascii="Times New Roman" w:hAnsi="Times New Roman" w:cs="Times New Roman"/>
                <w:i/>
                <w:iCs/>
                <w:lang w:val="en-GB"/>
              </w:rPr>
              <w:t>, p)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A1842A" w14:textId="1F8DA285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CH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26AA2">
              <w:rPr>
                <w:rFonts w:ascii="Times New Roman" w:hAnsi="Times New Roman" w:cs="Times New Roman"/>
                <w:i/>
                <w:iCs/>
                <w:lang w:val="en-GB"/>
              </w:rPr>
              <w:t>r (r</w:t>
            </w:r>
            <w:r w:rsidRPr="00626AA2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2</w:t>
            </w:r>
            <w:r w:rsidRPr="00626AA2">
              <w:rPr>
                <w:rFonts w:ascii="Times New Roman" w:hAnsi="Times New Roman" w:cs="Times New Roman"/>
                <w:i/>
                <w:iCs/>
                <w:lang w:val="en-GB"/>
              </w:rPr>
              <w:t>, p)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t>)</w:t>
            </w:r>
          </w:p>
        </w:tc>
      </w:tr>
      <w:tr w:rsidR="007F38C6" w:rsidRPr="007F38C6" w14:paraId="5618874E" w14:textId="77777777" w:rsidTr="007F38C6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1D1D33D6" w14:textId="36579CDB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PHQ-9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2D2F5C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-0.20 (0.04, &lt; .001)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886F09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-0.26 (0.07, &lt; .001)</w:t>
            </w:r>
          </w:p>
        </w:tc>
      </w:tr>
      <w:tr w:rsidR="007F38C6" w:rsidRPr="007F38C6" w14:paraId="2F06E374" w14:textId="77777777" w:rsidTr="007F38C6">
        <w:trPr>
          <w:jc w:val="center"/>
        </w:trPr>
        <w:tc>
          <w:tcPr>
            <w:tcW w:w="0" w:type="auto"/>
          </w:tcPr>
          <w:p w14:paraId="060BAFC7" w14:textId="5BB328AD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GAD-7</w:t>
            </w:r>
          </w:p>
        </w:tc>
        <w:tc>
          <w:tcPr>
            <w:tcW w:w="0" w:type="auto"/>
          </w:tcPr>
          <w:p w14:paraId="3B46BD64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-0.17 (0.03, &lt; .001)</w:t>
            </w:r>
          </w:p>
        </w:tc>
        <w:tc>
          <w:tcPr>
            <w:tcW w:w="0" w:type="auto"/>
          </w:tcPr>
          <w:p w14:paraId="5DF8DB6E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-0.24 (0.06, &lt; .001)</w:t>
            </w:r>
          </w:p>
        </w:tc>
      </w:tr>
      <w:tr w:rsidR="007F38C6" w:rsidRPr="007F38C6" w14:paraId="70716D7B" w14:textId="77777777" w:rsidTr="007F38C6">
        <w:trPr>
          <w:jc w:val="center"/>
        </w:trPr>
        <w:tc>
          <w:tcPr>
            <w:tcW w:w="0" w:type="auto"/>
          </w:tcPr>
          <w:p w14:paraId="3650A079" w14:textId="486A96A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SCOFF</w:t>
            </w:r>
          </w:p>
        </w:tc>
        <w:tc>
          <w:tcPr>
            <w:tcW w:w="0" w:type="auto"/>
          </w:tcPr>
          <w:p w14:paraId="19A937F5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-0.10 (0.01, &lt; .001)</w:t>
            </w:r>
          </w:p>
        </w:tc>
        <w:tc>
          <w:tcPr>
            <w:tcW w:w="0" w:type="auto"/>
          </w:tcPr>
          <w:p w14:paraId="6FE99E79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-0.07 (0.01, &lt; .001)</w:t>
            </w:r>
          </w:p>
        </w:tc>
      </w:tr>
      <w:tr w:rsidR="007F38C6" w:rsidRPr="007F38C6" w14:paraId="51905B52" w14:textId="77777777" w:rsidTr="007F38C6">
        <w:trPr>
          <w:jc w:val="center"/>
        </w:trPr>
        <w:tc>
          <w:tcPr>
            <w:tcW w:w="0" w:type="auto"/>
          </w:tcPr>
          <w:p w14:paraId="4A820CAE" w14:textId="4BF43269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ASRS</w:t>
            </w:r>
          </w:p>
        </w:tc>
        <w:tc>
          <w:tcPr>
            <w:tcW w:w="0" w:type="auto"/>
          </w:tcPr>
          <w:p w14:paraId="38B9ADF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-0.17 (0.03, &lt; .001)</w:t>
            </w:r>
          </w:p>
        </w:tc>
        <w:tc>
          <w:tcPr>
            <w:tcW w:w="0" w:type="auto"/>
          </w:tcPr>
          <w:p w14:paraId="2710FB95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-0.21 (0.04, &lt; .001)</w:t>
            </w:r>
          </w:p>
        </w:tc>
      </w:tr>
      <w:tr w:rsidR="007F38C6" w:rsidRPr="007F38C6" w14:paraId="47851911" w14:textId="77777777" w:rsidTr="007F38C6">
        <w:trPr>
          <w:jc w:val="center"/>
        </w:trPr>
        <w:tc>
          <w:tcPr>
            <w:tcW w:w="0" w:type="auto"/>
          </w:tcPr>
          <w:p w14:paraId="2A0C2A9D" w14:textId="59FB4F3D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PSS-4</w:t>
            </w:r>
          </w:p>
        </w:tc>
        <w:tc>
          <w:tcPr>
            <w:tcW w:w="0" w:type="auto"/>
          </w:tcPr>
          <w:p w14:paraId="2E79E7FC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-0.18 (0.03, &lt; .001)</w:t>
            </w:r>
          </w:p>
        </w:tc>
        <w:tc>
          <w:tcPr>
            <w:tcW w:w="0" w:type="auto"/>
          </w:tcPr>
          <w:p w14:paraId="540E66A8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-0.24 (0.06, &lt; .001)</w:t>
            </w:r>
          </w:p>
        </w:tc>
      </w:tr>
      <w:tr w:rsidR="007F38C6" w:rsidRPr="007F38C6" w14:paraId="412C4AD3" w14:textId="77777777" w:rsidTr="007F38C6">
        <w:trPr>
          <w:jc w:val="center"/>
        </w:trPr>
        <w:tc>
          <w:tcPr>
            <w:tcW w:w="0" w:type="auto"/>
          </w:tcPr>
          <w:p w14:paraId="581F7971" w14:textId="16973495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(EE)</w:t>
            </w:r>
          </w:p>
        </w:tc>
        <w:tc>
          <w:tcPr>
            <w:tcW w:w="0" w:type="auto"/>
          </w:tcPr>
          <w:p w14:paraId="14936750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-0.26 (0.07, &lt; .001)</w:t>
            </w:r>
          </w:p>
        </w:tc>
        <w:tc>
          <w:tcPr>
            <w:tcW w:w="0" w:type="auto"/>
          </w:tcPr>
          <w:p w14:paraId="73D4AE36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-0.31 (0.10, &lt; .001)</w:t>
            </w:r>
          </w:p>
        </w:tc>
      </w:tr>
      <w:tr w:rsidR="007F38C6" w:rsidRPr="007F38C6" w14:paraId="5BA37E8E" w14:textId="77777777" w:rsidTr="007F38C6">
        <w:trPr>
          <w:jc w:val="center"/>
        </w:trPr>
        <w:tc>
          <w:tcPr>
            <w:tcW w:w="0" w:type="auto"/>
          </w:tcPr>
          <w:p w14:paraId="5B3F4835" w14:textId="2530E67A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(D)</w:t>
            </w:r>
          </w:p>
        </w:tc>
        <w:tc>
          <w:tcPr>
            <w:tcW w:w="0" w:type="auto"/>
          </w:tcPr>
          <w:p w14:paraId="1F46B27C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-0.10 (0.01, &lt; .001)</w:t>
            </w:r>
          </w:p>
        </w:tc>
        <w:tc>
          <w:tcPr>
            <w:tcW w:w="0" w:type="auto"/>
          </w:tcPr>
          <w:p w14:paraId="29E89B88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-0.17 (0.03, &lt; .001)</w:t>
            </w:r>
          </w:p>
        </w:tc>
      </w:tr>
      <w:tr w:rsidR="007F38C6" w:rsidRPr="007F38C6" w14:paraId="0534A04F" w14:textId="77777777" w:rsidTr="007F38C6">
        <w:trPr>
          <w:jc w:val="center"/>
        </w:trPr>
        <w:tc>
          <w:tcPr>
            <w:tcW w:w="0" w:type="auto"/>
          </w:tcPr>
          <w:p w14:paraId="2A3AF8BC" w14:textId="3B50C50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47CC4733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0.14 (0.02, &lt; .001)</w:t>
            </w:r>
          </w:p>
        </w:tc>
        <w:tc>
          <w:tcPr>
            <w:tcW w:w="0" w:type="auto"/>
          </w:tcPr>
          <w:p w14:paraId="24CA6FE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0.17 (0.03, &lt; .001)</w:t>
            </w:r>
          </w:p>
        </w:tc>
      </w:tr>
      <w:tr w:rsidR="007F38C6" w:rsidRPr="007F38C6" w14:paraId="410EE9AC" w14:textId="77777777" w:rsidTr="007F38C6">
        <w:trPr>
          <w:jc w:val="center"/>
        </w:trPr>
        <w:tc>
          <w:tcPr>
            <w:tcW w:w="0" w:type="auto"/>
          </w:tcPr>
          <w:p w14:paraId="4EF6AC92" w14:textId="6B0F3E2B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12839FB6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0.07 (0.00, &lt; .001)</w:t>
            </w:r>
          </w:p>
        </w:tc>
        <w:tc>
          <w:tcPr>
            <w:tcW w:w="0" w:type="auto"/>
          </w:tcPr>
          <w:p w14:paraId="3E68443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0.10 (0.01, &lt; .001)</w:t>
            </w:r>
          </w:p>
        </w:tc>
      </w:tr>
      <w:tr w:rsidR="007F38C6" w:rsidRPr="007F38C6" w14:paraId="2A1C1D02" w14:textId="77777777" w:rsidTr="007F38C6">
        <w:trPr>
          <w:jc w:val="center"/>
        </w:trPr>
        <w:tc>
          <w:tcPr>
            <w:tcW w:w="0" w:type="auto"/>
          </w:tcPr>
          <w:p w14:paraId="74273B94" w14:textId="39C6686F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5F037C41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0.11 (0.01, &lt; .001)</w:t>
            </w:r>
          </w:p>
        </w:tc>
        <w:tc>
          <w:tcPr>
            <w:tcW w:w="0" w:type="auto"/>
          </w:tcPr>
          <w:p w14:paraId="7F7AEE7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0.17 (0.03, &lt; .001)</w:t>
            </w:r>
          </w:p>
        </w:tc>
      </w:tr>
      <w:tr w:rsidR="007F38C6" w:rsidRPr="007F38C6" w14:paraId="5C2A062D" w14:textId="77777777" w:rsidTr="007F38C6">
        <w:trPr>
          <w:jc w:val="center"/>
        </w:trPr>
        <w:tc>
          <w:tcPr>
            <w:tcW w:w="0" w:type="auto"/>
          </w:tcPr>
          <w:p w14:paraId="1391A946" w14:textId="7C25171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GAD-7</w:t>
            </w:r>
          </w:p>
        </w:tc>
        <w:tc>
          <w:tcPr>
            <w:tcW w:w="0" w:type="auto"/>
          </w:tcPr>
          <w:p w14:paraId="64E9B3E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0.75 (0.56, &lt; .001)</w:t>
            </w:r>
          </w:p>
        </w:tc>
        <w:tc>
          <w:tcPr>
            <w:tcW w:w="0" w:type="auto"/>
          </w:tcPr>
          <w:p w14:paraId="5DC15014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0.76 (0.58, &lt; .001)</w:t>
            </w:r>
          </w:p>
        </w:tc>
      </w:tr>
      <w:tr w:rsidR="007F38C6" w:rsidRPr="007F38C6" w14:paraId="63CAF7F6" w14:textId="77777777" w:rsidTr="007F38C6">
        <w:trPr>
          <w:jc w:val="center"/>
        </w:trPr>
        <w:tc>
          <w:tcPr>
            <w:tcW w:w="0" w:type="auto"/>
          </w:tcPr>
          <w:p w14:paraId="533BD04D" w14:textId="332753FD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SCOFF</w:t>
            </w:r>
          </w:p>
        </w:tc>
        <w:tc>
          <w:tcPr>
            <w:tcW w:w="0" w:type="auto"/>
          </w:tcPr>
          <w:p w14:paraId="46066FC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0.40 (0.16, &lt; .001)</w:t>
            </w:r>
          </w:p>
        </w:tc>
        <w:tc>
          <w:tcPr>
            <w:tcW w:w="0" w:type="auto"/>
          </w:tcPr>
          <w:p w14:paraId="7DAFFEB2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0.38 (0.14, &lt; .001)</w:t>
            </w:r>
          </w:p>
        </w:tc>
      </w:tr>
      <w:tr w:rsidR="007F38C6" w:rsidRPr="007F38C6" w14:paraId="65D10DBD" w14:textId="77777777" w:rsidTr="007F38C6">
        <w:trPr>
          <w:jc w:val="center"/>
        </w:trPr>
        <w:tc>
          <w:tcPr>
            <w:tcW w:w="0" w:type="auto"/>
          </w:tcPr>
          <w:p w14:paraId="7C977799" w14:textId="7BF8E92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ASRS</w:t>
            </w:r>
          </w:p>
        </w:tc>
        <w:tc>
          <w:tcPr>
            <w:tcW w:w="0" w:type="auto"/>
          </w:tcPr>
          <w:p w14:paraId="3A6721C4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0.46 (0.21, &lt; .001)</w:t>
            </w:r>
          </w:p>
        </w:tc>
        <w:tc>
          <w:tcPr>
            <w:tcW w:w="0" w:type="auto"/>
          </w:tcPr>
          <w:p w14:paraId="59D54551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0.50 (0.25, &lt; .001)</w:t>
            </w:r>
          </w:p>
        </w:tc>
      </w:tr>
      <w:tr w:rsidR="007F38C6" w:rsidRPr="007F38C6" w14:paraId="3497776B" w14:textId="77777777" w:rsidTr="007F38C6">
        <w:trPr>
          <w:jc w:val="center"/>
        </w:trPr>
        <w:tc>
          <w:tcPr>
            <w:tcW w:w="0" w:type="auto"/>
          </w:tcPr>
          <w:p w14:paraId="2008F948" w14:textId="576A92C6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PSS-4</w:t>
            </w:r>
          </w:p>
        </w:tc>
        <w:tc>
          <w:tcPr>
            <w:tcW w:w="0" w:type="auto"/>
          </w:tcPr>
          <w:p w14:paraId="015D7183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0.70 (0.49, &lt; .001)</w:t>
            </w:r>
          </w:p>
        </w:tc>
        <w:tc>
          <w:tcPr>
            <w:tcW w:w="0" w:type="auto"/>
          </w:tcPr>
          <w:p w14:paraId="21CC459E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0.70 (0.49, &lt; .001)</w:t>
            </w:r>
          </w:p>
        </w:tc>
      </w:tr>
      <w:tr w:rsidR="007F38C6" w:rsidRPr="007F38C6" w14:paraId="1885926C" w14:textId="77777777" w:rsidTr="007F38C6">
        <w:trPr>
          <w:jc w:val="center"/>
        </w:trPr>
        <w:tc>
          <w:tcPr>
            <w:tcW w:w="0" w:type="auto"/>
          </w:tcPr>
          <w:p w14:paraId="31CD267A" w14:textId="2777160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(EE)</w:t>
            </w:r>
          </w:p>
        </w:tc>
        <w:tc>
          <w:tcPr>
            <w:tcW w:w="0" w:type="auto"/>
          </w:tcPr>
          <w:p w14:paraId="7DC8A3F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0.50 (0.25, &lt; .001)</w:t>
            </w:r>
          </w:p>
        </w:tc>
        <w:tc>
          <w:tcPr>
            <w:tcW w:w="0" w:type="auto"/>
          </w:tcPr>
          <w:p w14:paraId="7900388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0.51 (0.26, &lt; .001)</w:t>
            </w:r>
          </w:p>
        </w:tc>
      </w:tr>
      <w:tr w:rsidR="007F38C6" w:rsidRPr="007F38C6" w14:paraId="025857B4" w14:textId="77777777" w:rsidTr="007F38C6">
        <w:trPr>
          <w:jc w:val="center"/>
        </w:trPr>
        <w:tc>
          <w:tcPr>
            <w:tcW w:w="0" w:type="auto"/>
          </w:tcPr>
          <w:p w14:paraId="574F0AFB" w14:textId="086C8342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(D)</w:t>
            </w:r>
          </w:p>
        </w:tc>
        <w:tc>
          <w:tcPr>
            <w:tcW w:w="0" w:type="auto"/>
          </w:tcPr>
          <w:p w14:paraId="5877E199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0.40 (0.16, &lt; .001)</w:t>
            </w:r>
          </w:p>
        </w:tc>
        <w:tc>
          <w:tcPr>
            <w:tcW w:w="0" w:type="auto"/>
          </w:tcPr>
          <w:p w14:paraId="2094AA5C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0.42 (0.18, &lt; .001)</w:t>
            </w:r>
          </w:p>
        </w:tc>
      </w:tr>
      <w:tr w:rsidR="007F38C6" w:rsidRPr="007F38C6" w14:paraId="2762AE16" w14:textId="77777777" w:rsidTr="007F38C6">
        <w:trPr>
          <w:jc w:val="center"/>
        </w:trPr>
        <w:tc>
          <w:tcPr>
            <w:tcW w:w="0" w:type="auto"/>
          </w:tcPr>
          <w:p w14:paraId="1229446C" w14:textId="02A4F4D0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3647F036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-0.40 (0.16, &lt; .001)</w:t>
            </w:r>
          </w:p>
        </w:tc>
        <w:tc>
          <w:tcPr>
            <w:tcW w:w="0" w:type="auto"/>
          </w:tcPr>
          <w:p w14:paraId="583C9666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-0.40 (0.16, &lt; .001)</w:t>
            </w:r>
          </w:p>
        </w:tc>
      </w:tr>
      <w:tr w:rsidR="007F38C6" w:rsidRPr="007F38C6" w14:paraId="1D89E67B" w14:textId="77777777" w:rsidTr="007F38C6">
        <w:trPr>
          <w:jc w:val="center"/>
        </w:trPr>
        <w:tc>
          <w:tcPr>
            <w:tcW w:w="0" w:type="auto"/>
          </w:tcPr>
          <w:p w14:paraId="0FBD3792" w14:textId="60D24419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2E18B508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-0.60 (0.36, &lt; .001)</w:t>
            </w:r>
          </w:p>
        </w:tc>
        <w:tc>
          <w:tcPr>
            <w:tcW w:w="0" w:type="auto"/>
          </w:tcPr>
          <w:p w14:paraId="7EE7CBF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-0.56 (0.32, &lt; .001)</w:t>
            </w:r>
          </w:p>
        </w:tc>
      </w:tr>
      <w:tr w:rsidR="007F38C6" w:rsidRPr="007F38C6" w14:paraId="33EC6064" w14:textId="77777777" w:rsidTr="007F38C6">
        <w:trPr>
          <w:jc w:val="center"/>
        </w:trPr>
        <w:tc>
          <w:tcPr>
            <w:tcW w:w="0" w:type="auto"/>
          </w:tcPr>
          <w:p w14:paraId="4E5BC570" w14:textId="5D1E0710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PHQ-9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1E949B04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-0.67 (0.45, &lt; .001)</w:t>
            </w:r>
          </w:p>
        </w:tc>
        <w:tc>
          <w:tcPr>
            <w:tcW w:w="0" w:type="auto"/>
          </w:tcPr>
          <w:p w14:paraId="491E8BF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-0.66 (0.43, &lt; .001)</w:t>
            </w:r>
          </w:p>
        </w:tc>
      </w:tr>
      <w:tr w:rsidR="007F38C6" w:rsidRPr="007F38C6" w14:paraId="2C61646C" w14:textId="77777777" w:rsidTr="007F38C6">
        <w:trPr>
          <w:jc w:val="center"/>
        </w:trPr>
        <w:tc>
          <w:tcPr>
            <w:tcW w:w="0" w:type="auto"/>
          </w:tcPr>
          <w:p w14:paraId="0E3AB81E" w14:textId="0634CD0C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SCOFF</w:t>
            </w:r>
          </w:p>
        </w:tc>
        <w:tc>
          <w:tcPr>
            <w:tcW w:w="0" w:type="auto"/>
          </w:tcPr>
          <w:p w14:paraId="4EA714CB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0.30 (0.09, &lt; .001)</w:t>
            </w:r>
          </w:p>
        </w:tc>
        <w:tc>
          <w:tcPr>
            <w:tcW w:w="0" w:type="auto"/>
          </w:tcPr>
          <w:p w14:paraId="6CC71444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0.33 (0.11, &lt; .001)</w:t>
            </w:r>
          </w:p>
        </w:tc>
      </w:tr>
      <w:tr w:rsidR="007F38C6" w:rsidRPr="007F38C6" w14:paraId="4F6D13D4" w14:textId="77777777" w:rsidTr="007F38C6">
        <w:trPr>
          <w:jc w:val="center"/>
        </w:trPr>
        <w:tc>
          <w:tcPr>
            <w:tcW w:w="0" w:type="auto"/>
          </w:tcPr>
          <w:p w14:paraId="2F56567B" w14:textId="765BC276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ASRS</w:t>
            </w:r>
          </w:p>
        </w:tc>
        <w:tc>
          <w:tcPr>
            <w:tcW w:w="0" w:type="auto"/>
          </w:tcPr>
          <w:p w14:paraId="2B53416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0.41 (0.17, &lt; .001)</w:t>
            </w:r>
          </w:p>
        </w:tc>
        <w:tc>
          <w:tcPr>
            <w:tcW w:w="0" w:type="auto"/>
          </w:tcPr>
          <w:p w14:paraId="31DEE7B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0.45 (0.20, &lt; .001)</w:t>
            </w:r>
          </w:p>
        </w:tc>
      </w:tr>
      <w:tr w:rsidR="007F38C6" w:rsidRPr="007F38C6" w14:paraId="37198C2E" w14:textId="77777777" w:rsidTr="007F38C6">
        <w:trPr>
          <w:jc w:val="center"/>
        </w:trPr>
        <w:tc>
          <w:tcPr>
            <w:tcW w:w="0" w:type="auto"/>
          </w:tcPr>
          <w:p w14:paraId="269E8183" w14:textId="50CB3041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PSS-4</w:t>
            </w:r>
          </w:p>
        </w:tc>
        <w:tc>
          <w:tcPr>
            <w:tcW w:w="0" w:type="auto"/>
          </w:tcPr>
          <w:p w14:paraId="5A8F572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0.64 (0.41, &lt; .001)</w:t>
            </w:r>
          </w:p>
        </w:tc>
        <w:tc>
          <w:tcPr>
            <w:tcW w:w="0" w:type="auto"/>
          </w:tcPr>
          <w:p w14:paraId="2009E81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0.66 (0.43, &lt; .001)</w:t>
            </w:r>
          </w:p>
        </w:tc>
      </w:tr>
      <w:tr w:rsidR="007F38C6" w:rsidRPr="007F38C6" w14:paraId="284F5192" w14:textId="77777777" w:rsidTr="007F38C6">
        <w:trPr>
          <w:jc w:val="center"/>
        </w:trPr>
        <w:tc>
          <w:tcPr>
            <w:tcW w:w="0" w:type="auto"/>
          </w:tcPr>
          <w:p w14:paraId="6A2381AC" w14:textId="1BA53F22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(EE)</w:t>
            </w:r>
          </w:p>
        </w:tc>
        <w:tc>
          <w:tcPr>
            <w:tcW w:w="0" w:type="auto"/>
          </w:tcPr>
          <w:p w14:paraId="01C4AAE3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0.46 (0.21, &lt; .001)</w:t>
            </w:r>
          </w:p>
        </w:tc>
        <w:tc>
          <w:tcPr>
            <w:tcW w:w="0" w:type="auto"/>
          </w:tcPr>
          <w:p w14:paraId="521FC82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0.48 (0.23, &lt; .001)</w:t>
            </w:r>
          </w:p>
        </w:tc>
      </w:tr>
      <w:tr w:rsidR="007F38C6" w:rsidRPr="007F38C6" w14:paraId="237570C5" w14:textId="77777777" w:rsidTr="007F38C6">
        <w:trPr>
          <w:jc w:val="center"/>
        </w:trPr>
        <w:tc>
          <w:tcPr>
            <w:tcW w:w="0" w:type="auto"/>
          </w:tcPr>
          <w:p w14:paraId="05F9251C" w14:textId="44BADD66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(D)</w:t>
            </w:r>
          </w:p>
        </w:tc>
        <w:tc>
          <w:tcPr>
            <w:tcW w:w="0" w:type="auto"/>
          </w:tcPr>
          <w:p w14:paraId="2E97AB95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0.31 (0.09, &lt; .001)</w:t>
            </w:r>
          </w:p>
        </w:tc>
        <w:tc>
          <w:tcPr>
            <w:tcW w:w="0" w:type="auto"/>
          </w:tcPr>
          <w:p w14:paraId="4F2A43BC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0.32 (0.10, &lt; .001)</w:t>
            </w:r>
          </w:p>
        </w:tc>
      </w:tr>
      <w:tr w:rsidR="007F38C6" w:rsidRPr="007F38C6" w14:paraId="3FAD97B4" w14:textId="77777777" w:rsidTr="007F38C6">
        <w:trPr>
          <w:jc w:val="center"/>
        </w:trPr>
        <w:tc>
          <w:tcPr>
            <w:tcW w:w="0" w:type="auto"/>
          </w:tcPr>
          <w:p w14:paraId="6B73F780" w14:textId="66525633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002E7A7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-0.25 (0.06, &lt; .001)</w:t>
            </w:r>
          </w:p>
        </w:tc>
        <w:tc>
          <w:tcPr>
            <w:tcW w:w="0" w:type="auto"/>
          </w:tcPr>
          <w:p w14:paraId="1921C5C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-0.28 (0.08, &lt; .001)</w:t>
            </w:r>
          </w:p>
        </w:tc>
      </w:tr>
      <w:tr w:rsidR="007F38C6" w:rsidRPr="007F38C6" w14:paraId="072D2F65" w14:textId="77777777" w:rsidTr="007F38C6">
        <w:trPr>
          <w:jc w:val="center"/>
        </w:trPr>
        <w:tc>
          <w:tcPr>
            <w:tcW w:w="0" w:type="auto"/>
          </w:tcPr>
          <w:p w14:paraId="01A19EB4" w14:textId="64EA61B4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59EC6653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-0.46 (0.22, &lt; .001)</w:t>
            </w:r>
          </w:p>
        </w:tc>
        <w:tc>
          <w:tcPr>
            <w:tcW w:w="0" w:type="auto"/>
          </w:tcPr>
          <w:p w14:paraId="74233EC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-0.48 (0.23, &lt; .001)</w:t>
            </w:r>
          </w:p>
        </w:tc>
      </w:tr>
      <w:tr w:rsidR="007F38C6" w:rsidRPr="007F38C6" w14:paraId="48817AF1" w14:textId="77777777" w:rsidTr="007F38C6">
        <w:trPr>
          <w:jc w:val="center"/>
        </w:trPr>
        <w:tc>
          <w:tcPr>
            <w:tcW w:w="0" w:type="auto"/>
          </w:tcPr>
          <w:p w14:paraId="6B7FDEF9" w14:textId="63D4CD19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GAD-7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65141DA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-0.55 (0.31, &lt; .001)</w:t>
            </w:r>
          </w:p>
        </w:tc>
        <w:tc>
          <w:tcPr>
            <w:tcW w:w="0" w:type="auto"/>
          </w:tcPr>
          <w:p w14:paraId="748C6166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-0.58 (0.34, &lt; .001)</w:t>
            </w:r>
          </w:p>
        </w:tc>
      </w:tr>
      <w:tr w:rsidR="007F38C6" w:rsidRPr="007F38C6" w14:paraId="3C9B6D5E" w14:textId="77777777" w:rsidTr="007F38C6">
        <w:trPr>
          <w:jc w:val="center"/>
        </w:trPr>
        <w:tc>
          <w:tcPr>
            <w:tcW w:w="0" w:type="auto"/>
          </w:tcPr>
          <w:p w14:paraId="2A56572E" w14:textId="629AAC9D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SCOFF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ASRS</w:t>
            </w:r>
          </w:p>
        </w:tc>
        <w:tc>
          <w:tcPr>
            <w:tcW w:w="0" w:type="auto"/>
          </w:tcPr>
          <w:p w14:paraId="3FFB1C46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0.19 (0.04, &lt; .001)</w:t>
            </w:r>
          </w:p>
        </w:tc>
        <w:tc>
          <w:tcPr>
            <w:tcW w:w="0" w:type="auto"/>
          </w:tcPr>
          <w:p w14:paraId="6A68413B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0.24 (0.06, &lt; .001)</w:t>
            </w:r>
          </w:p>
        </w:tc>
      </w:tr>
      <w:tr w:rsidR="007F38C6" w:rsidRPr="007F38C6" w14:paraId="3F9DCCEC" w14:textId="77777777" w:rsidTr="007F38C6">
        <w:trPr>
          <w:jc w:val="center"/>
        </w:trPr>
        <w:tc>
          <w:tcPr>
            <w:tcW w:w="0" w:type="auto"/>
          </w:tcPr>
          <w:p w14:paraId="31BF8F6F" w14:textId="1100246F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SCOFF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PSS-4</w:t>
            </w:r>
          </w:p>
        </w:tc>
        <w:tc>
          <w:tcPr>
            <w:tcW w:w="0" w:type="auto"/>
          </w:tcPr>
          <w:p w14:paraId="7EC4771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0.28 (0.08, &lt; .001)</w:t>
            </w:r>
          </w:p>
        </w:tc>
        <w:tc>
          <w:tcPr>
            <w:tcW w:w="0" w:type="auto"/>
          </w:tcPr>
          <w:p w14:paraId="5DF94A21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0.29 (0.09, &lt; .001)</w:t>
            </w:r>
          </w:p>
        </w:tc>
      </w:tr>
      <w:tr w:rsidR="007F38C6" w:rsidRPr="007F38C6" w14:paraId="453CC20C" w14:textId="77777777" w:rsidTr="007F38C6">
        <w:trPr>
          <w:jc w:val="center"/>
        </w:trPr>
        <w:tc>
          <w:tcPr>
            <w:tcW w:w="0" w:type="auto"/>
          </w:tcPr>
          <w:p w14:paraId="23CB5A05" w14:textId="2EB4B891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SCOFF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(EE)</w:t>
            </w:r>
          </w:p>
        </w:tc>
        <w:tc>
          <w:tcPr>
            <w:tcW w:w="0" w:type="auto"/>
          </w:tcPr>
          <w:p w14:paraId="528144E3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0.19 (0.04, &lt; .001)</w:t>
            </w:r>
          </w:p>
        </w:tc>
        <w:tc>
          <w:tcPr>
            <w:tcW w:w="0" w:type="auto"/>
          </w:tcPr>
          <w:p w14:paraId="65DC0871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0.18 (0.03, &lt; .001)</w:t>
            </w:r>
          </w:p>
        </w:tc>
      </w:tr>
      <w:tr w:rsidR="007F38C6" w:rsidRPr="007F38C6" w14:paraId="6E7D71F4" w14:textId="77777777" w:rsidTr="007F38C6">
        <w:trPr>
          <w:jc w:val="center"/>
        </w:trPr>
        <w:tc>
          <w:tcPr>
            <w:tcW w:w="0" w:type="auto"/>
          </w:tcPr>
          <w:p w14:paraId="46ED2EE2" w14:textId="6E76D754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SCOFF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(D)</w:t>
            </w:r>
          </w:p>
        </w:tc>
        <w:tc>
          <w:tcPr>
            <w:tcW w:w="0" w:type="auto"/>
          </w:tcPr>
          <w:p w14:paraId="09BE8E7E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0.15 (0.02, &lt; .001)</w:t>
            </w:r>
          </w:p>
        </w:tc>
        <w:tc>
          <w:tcPr>
            <w:tcW w:w="0" w:type="auto"/>
          </w:tcPr>
          <w:p w14:paraId="6AE501A8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0.14 (0.02, &lt; .001)</w:t>
            </w:r>
          </w:p>
        </w:tc>
      </w:tr>
      <w:tr w:rsidR="007F38C6" w:rsidRPr="007F38C6" w14:paraId="23C8A8B6" w14:textId="77777777" w:rsidTr="007F38C6">
        <w:trPr>
          <w:jc w:val="center"/>
        </w:trPr>
        <w:tc>
          <w:tcPr>
            <w:tcW w:w="0" w:type="auto"/>
          </w:tcPr>
          <w:p w14:paraId="5D899B72" w14:textId="498B9378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SCOFF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13C796D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-0.18 (0.03, &lt; .001)</w:t>
            </w:r>
          </w:p>
        </w:tc>
        <w:tc>
          <w:tcPr>
            <w:tcW w:w="0" w:type="auto"/>
          </w:tcPr>
          <w:p w14:paraId="72618F70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-0.16 (0.03, &lt; .001)</w:t>
            </w:r>
          </w:p>
        </w:tc>
      </w:tr>
      <w:tr w:rsidR="007F38C6" w:rsidRPr="007F38C6" w14:paraId="327726C5" w14:textId="77777777" w:rsidTr="007F38C6">
        <w:trPr>
          <w:jc w:val="center"/>
        </w:trPr>
        <w:tc>
          <w:tcPr>
            <w:tcW w:w="0" w:type="auto"/>
          </w:tcPr>
          <w:p w14:paraId="63FD0CAE" w14:textId="0BE07B4B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SCOFF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0AC53D0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-0.24 (0.06, &lt; .001)</w:t>
            </w:r>
          </w:p>
        </w:tc>
        <w:tc>
          <w:tcPr>
            <w:tcW w:w="0" w:type="auto"/>
          </w:tcPr>
          <w:p w14:paraId="2186264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-0.23 (0.05, &lt; .001)</w:t>
            </w:r>
          </w:p>
        </w:tc>
      </w:tr>
      <w:tr w:rsidR="007F38C6" w:rsidRPr="007F38C6" w14:paraId="5E35BF12" w14:textId="77777777" w:rsidTr="007F38C6">
        <w:trPr>
          <w:jc w:val="center"/>
        </w:trPr>
        <w:tc>
          <w:tcPr>
            <w:tcW w:w="0" w:type="auto"/>
          </w:tcPr>
          <w:p w14:paraId="20171727" w14:textId="2B76EDC1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SCOFF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1D742201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-0.23 (0.05, &lt; .001)</w:t>
            </w:r>
          </w:p>
        </w:tc>
        <w:tc>
          <w:tcPr>
            <w:tcW w:w="0" w:type="auto"/>
          </w:tcPr>
          <w:p w14:paraId="16EB5C04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-0.22 (0.05, &lt; .001)</w:t>
            </w:r>
          </w:p>
        </w:tc>
      </w:tr>
      <w:tr w:rsidR="007F38C6" w:rsidRPr="007F38C6" w14:paraId="2D9F0428" w14:textId="77777777" w:rsidTr="007F38C6">
        <w:trPr>
          <w:jc w:val="center"/>
        </w:trPr>
        <w:tc>
          <w:tcPr>
            <w:tcW w:w="0" w:type="auto"/>
          </w:tcPr>
          <w:p w14:paraId="4EF00987" w14:textId="1F8EEA3B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ASRS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PSS-4</w:t>
            </w:r>
          </w:p>
        </w:tc>
        <w:tc>
          <w:tcPr>
            <w:tcW w:w="0" w:type="auto"/>
          </w:tcPr>
          <w:p w14:paraId="484F78E0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0.41 (0.17, &lt; .001)</w:t>
            </w:r>
          </w:p>
        </w:tc>
        <w:tc>
          <w:tcPr>
            <w:tcW w:w="0" w:type="auto"/>
          </w:tcPr>
          <w:p w14:paraId="596C5FAB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0.45 (0.20, &lt; .001)</w:t>
            </w:r>
          </w:p>
        </w:tc>
      </w:tr>
      <w:tr w:rsidR="007F38C6" w:rsidRPr="007F38C6" w14:paraId="6977AB3F" w14:textId="77777777" w:rsidTr="007F38C6">
        <w:trPr>
          <w:jc w:val="center"/>
        </w:trPr>
        <w:tc>
          <w:tcPr>
            <w:tcW w:w="0" w:type="auto"/>
          </w:tcPr>
          <w:p w14:paraId="486F2EA0" w14:textId="0DFE56DD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ASRS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(EE)</w:t>
            </w:r>
          </w:p>
        </w:tc>
        <w:tc>
          <w:tcPr>
            <w:tcW w:w="0" w:type="auto"/>
          </w:tcPr>
          <w:p w14:paraId="33486FD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0.31 (0.09, &lt; .001)</w:t>
            </w:r>
          </w:p>
        </w:tc>
        <w:tc>
          <w:tcPr>
            <w:tcW w:w="0" w:type="auto"/>
          </w:tcPr>
          <w:p w14:paraId="66DDE3C3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0.33 (0.11, &lt; .001)</w:t>
            </w:r>
          </w:p>
        </w:tc>
      </w:tr>
      <w:tr w:rsidR="007F38C6" w:rsidRPr="007F38C6" w14:paraId="2C131F70" w14:textId="77777777" w:rsidTr="007F38C6">
        <w:trPr>
          <w:jc w:val="center"/>
        </w:trPr>
        <w:tc>
          <w:tcPr>
            <w:tcW w:w="0" w:type="auto"/>
          </w:tcPr>
          <w:p w14:paraId="2EF16FF2" w14:textId="1FB93D7E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ASRS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(D)</w:t>
            </w:r>
          </w:p>
        </w:tc>
        <w:tc>
          <w:tcPr>
            <w:tcW w:w="0" w:type="auto"/>
          </w:tcPr>
          <w:p w14:paraId="310936D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0.29 (0.08, &lt; .001)</w:t>
            </w:r>
          </w:p>
        </w:tc>
        <w:tc>
          <w:tcPr>
            <w:tcW w:w="0" w:type="auto"/>
          </w:tcPr>
          <w:p w14:paraId="3F5B492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0.33 (0.11, &lt; .001)</w:t>
            </w:r>
          </w:p>
        </w:tc>
      </w:tr>
      <w:tr w:rsidR="007F38C6" w:rsidRPr="007F38C6" w14:paraId="5B12B6C5" w14:textId="77777777" w:rsidTr="007F38C6">
        <w:trPr>
          <w:jc w:val="center"/>
        </w:trPr>
        <w:tc>
          <w:tcPr>
            <w:tcW w:w="0" w:type="auto"/>
          </w:tcPr>
          <w:p w14:paraId="74A9C83A" w14:textId="7E9C508C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ASRS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52DBB3B2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-0.35 (0.12, &lt; .001)</w:t>
            </w:r>
          </w:p>
        </w:tc>
        <w:tc>
          <w:tcPr>
            <w:tcW w:w="0" w:type="auto"/>
          </w:tcPr>
          <w:p w14:paraId="255F7B8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-0.37 (0.14, &lt; .001)</w:t>
            </w:r>
          </w:p>
        </w:tc>
      </w:tr>
      <w:tr w:rsidR="007F38C6" w:rsidRPr="007F38C6" w14:paraId="0FA30EB2" w14:textId="77777777" w:rsidTr="007F38C6">
        <w:trPr>
          <w:jc w:val="center"/>
        </w:trPr>
        <w:tc>
          <w:tcPr>
            <w:tcW w:w="0" w:type="auto"/>
          </w:tcPr>
          <w:p w14:paraId="77FA7D67" w14:textId="517965AD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ASRS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10AECBA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-0.34 (0.11, &lt; .001)</w:t>
            </w:r>
          </w:p>
        </w:tc>
        <w:tc>
          <w:tcPr>
            <w:tcW w:w="0" w:type="auto"/>
          </w:tcPr>
          <w:p w14:paraId="59D65C62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-0.35 (0.12, &lt; .001)</w:t>
            </w:r>
          </w:p>
        </w:tc>
      </w:tr>
      <w:tr w:rsidR="007F38C6" w:rsidRPr="007F38C6" w14:paraId="250DCEA2" w14:textId="77777777" w:rsidTr="007F38C6">
        <w:trPr>
          <w:jc w:val="center"/>
        </w:trPr>
        <w:tc>
          <w:tcPr>
            <w:tcW w:w="0" w:type="auto"/>
          </w:tcPr>
          <w:p w14:paraId="7D777623" w14:textId="79A3BC7C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ASRS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63B4E34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-0.32 (0.10, &lt; .001)</w:t>
            </w:r>
          </w:p>
        </w:tc>
        <w:tc>
          <w:tcPr>
            <w:tcW w:w="0" w:type="auto"/>
          </w:tcPr>
          <w:p w14:paraId="3273F1BE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-0.37 (0.14, &lt; .001)</w:t>
            </w:r>
          </w:p>
        </w:tc>
      </w:tr>
      <w:tr w:rsidR="007F38C6" w:rsidRPr="007F38C6" w14:paraId="41CAA516" w14:textId="77777777" w:rsidTr="007F38C6">
        <w:trPr>
          <w:jc w:val="center"/>
        </w:trPr>
        <w:tc>
          <w:tcPr>
            <w:tcW w:w="0" w:type="auto"/>
          </w:tcPr>
          <w:p w14:paraId="1DBCD0B4" w14:textId="09AC5C50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PSS-4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(EE)</w:t>
            </w:r>
          </w:p>
        </w:tc>
        <w:tc>
          <w:tcPr>
            <w:tcW w:w="0" w:type="auto"/>
          </w:tcPr>
          <w:p w14:paraId="4EEE3448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0.45 (0.20, &lt; .001)</w:t>
            </w:r>
          </w:p>
        </w:tc>
        <w:tc>
          <w:tcPr>
            <w:tcW w:w="0" w:type="auto"/>
          </w:tcPr>
          <w:p w14:paraId="14F623DD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0.45 (0.20, &lt; .001)</w:t>
            </w:r>
          </w:p>
        </w:tc>
      </w:tr>
      <w:tr w:rsidR="007F38C6" w:rsidRPr="007F38C6" w14:paraId="55AB8DAC" w14:textId="77777777" w:rsidTr="007F38C6">
        <w:trPr>
          <w:jc w:val="center"/>
        </w:trPr>
        <w:tc>
          <w:tcPr>
            <w:tcW w:w="0" w:type="auto"/>
          </w:tcPr>
          <w:p w14:paraId="162C01A1" w14:textId="53750B6E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PSS-4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(D)</w:t>
            </w:r>
          </w:p>
        </w:tc>
        <w:tc>
          <w:tcPr>
            <w:tcW w:w="0" w:type="auto"/>
          </w:tcPr>
          <w:p w14:paraId="1561AC0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0.36 (0.13, &lt; .001)</w:t>
            </w:r>
          </w:p>
        </w:tc>
        <w:tc>
          <w:tcPr>
            <w:tcW w:w="0" w:type="auto"/>
          </w:tcPr>
          <w:p w14:paraId="60D4902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0.38 (0.14, &lt; .001)</w:t>
            </w:r>
          </w:p>
        </w:tc>
      </w:tr>
      <w:tr w:rsidR="007F38C6" w:rsidRPr="007F38C6" w14:paraId="4D48FA59" w14:textId="77777777" w:rsidTr="007F38C6">
        <w:trPr>
          <w:jc w:val="center"/>
        </w:trPr>
        <w:tc>
          <w:tcPr>
            <w:tcW w:w="0" w:type="auto"/>
          </w:tcPr>
          <w:p w14:paraId="3166E756" w14:textId="7FF307E3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PSS-4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5F63CF98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-0.42 (0.17, &lt; .001)</w:t>
            </w:r>
          </w:p>
        </w:tc>
        <w:tc>
          <w:tcPr>
            <w:tcW w:w="0" w:type="auto"/>
          </w:tcPr>
          <w:p w14:paraId="4A197276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-0.42 (0.18, &lt; .001)</w:t>
            </w:r>
          </w:p>
        </w:tc>
      </w:tr>
      <w:tr w:rsidR="007F38C6" w:rsidRPr="007F38C6" w14:paraId="38002F75" w14:textId="77777777" w:rsidTr="007F38C6">
        <w:trPr>
          <w:jc w:val="center"/>
        </w:trPr>
        <w:tc>
          <w:tcPr>
            <w:tcW w:w="0" w:type="auto"/>
          </w:tcPr>
          <w:p w14:paraId="03B90E3D" w14:textId="52CD0FD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PSS-4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2DCE55D2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-0.67 (0.45, &lt; .001)</w:t>
            </w:r>
          </w:p>
        </w:tc>
        <w:tc>
          <w:tcPr>
            <w:tcW w:w="0" w:type="auto"/>
          </w:tcPr>
          <w:p w14:paraId="40EBFAC5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-0.67 (0.44, &lt; .001)</w:t>
            </w:r>
          </w:p>
        </w:tc>
      </w:tr>
      <w:tr w:rsidR="007F38C6" w:rsidRPr="007F38C6" w14:paraId="5A352796" w14:textId="77777777" w:rsidTr="007F38C6">
        <w:trPr>
          <w:jc w:val="center"/>
        </w:trPr>
        <w:tc>
          <w:tcPr>
            <w:tcW w:w="0" w:type="auto"/>
          </w:tcPr>
          <w:p w14:paraId="7A2977D0" w14:textId="41FF1709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PSS-4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57BF4D6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-0.67 (0.45, &lt; .001)</w:t>
            </w:r>
          </w:p>
        </w:tc>
        <w:tc>
          <w:tcPr>
            <w:tcW w:w="0" w:type="auto"/>
          </w:tcPr>
          <w:p w14:paraId="6A65B09B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-0.66 (0.44, &lt; .001)</w:t>
            </w:r>
          </w:p>
        </w:tc>
      </w:tr>
      <w:tr w:rsidR="007F38C6" w:rsidRPr="007F38C6" w14:paraId="67745904" w14:textId="77777777" w:rsidTr="007F38C6">
        <w:trPr>
          <w:jc w:val="center"/>
        </w:trPr>
        <w:tc>
          <w:tcPr>
            <w:tcW w:w="0" w:type="auto"/>
          </w:tcPr>
          <w:p w14:paraId="443C9A4E" w14:textId="74F76852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(EE)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(D)</w:t>
            </w:r>
          </w:p>
        </w:tc>
        <w:tc>
          <w:tcPr>
            <w:tcW w:w="0" w:type="auto"/>
          </w:tcPr>
          <w:p w14:paraId="4FC63040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0.47 (0.22, &lt; .001)</w:t>
            </w:r>
          </w:p>
        </w:tc>
        <w:tc>
          <w:tcPr>
            <w:tcW w:w="0" w:type="auto"/>
          </w:tcPr>
          <w:p w14:paraId="0C4252E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0.49 (0.24, &lt; .001)</w:t>
            </w:r>
          </w:p>
        </w:tc>
      </w:tr>
      <w:tr w:rsidR="007F38C6" w:rsidRPr="007F38C6" w14:paraId="6B4D8790" w14:textId="77777777" w:rsidTr="007F38C6">
        <w:trPr>
          <w:jc w:val="center"/>
        </w:trPr>
        <w:tc>
          <w:tcPr>
            <w:tcW w:w="0" w:type="auto"/>
          </w:tcPr>
          <w:p w14:paraId="7587CAA6" w14:textId="0E4D61A3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(EE)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54F0A640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-0.30 (0.09, &lt; .001)</w:t>
            </w:r>
          </w:p>
        </w:tc>
        <w:tc>
          <w:tcPr>
            <w:tcW w:w="0" w:type="auto"/>
          </w:tcPr>
          <w:p w14:paraId="7F188905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-0.24 (0.06, &lt; .001)</w:t>
            </w:r>
          </w:p>
        </w:tc>
      </w:tr>
      <w:tr w:rsidR="007F38C6" w:rsidRPr="007F38C6" w14:paraId="61DAB542" w14:textId="77777777" w:rsidTr="007F38C6">
        <w:trPr>
          <w:jc w:val="center"/>
        </w:trPr>
        <w:tc>
          <w:tcPr>
            <w:tcW w:w="0" w:type="auto"/>
          </w:tcPr>
          <w:p w14:paraId="18569E2B" w14:textId="0867987E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Burnout (EE)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3C27AD5B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-0.34 (0.11, &lt; .001)</w:t>
            </w:r>
          </w:p>
        </w:tc>
        <w:tc>
          <w:tcPr>
            <w:tcW w:w="0" w:type="auto"/>
          </w:tcPr>
          <w:p w14:paraId="77B7D105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-0.29 (0.08, &lt; .001)</w:t>
            </w:r>
          </w:p>
        </w:tc>
      </w:tr>
      <w:tr w:rsidR="007F38C6" w:rsidRPr="007F38C6" w14:paraId="71ABD1B4" w14:textId="77777777" w:rsidTr="007F38C6">
        <w:trPr>
          <w:jc w:val="center"/>
        </w:trPr>
        <w:tc>
          <w:tcPr>
            <w:tcW w:w="0" w:type="auto"/>
          </w:tcPr>
          <w:p w14:paraId="1E689C57" w14:textId="622AD8A5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(EE)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46CE64E5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-0.47 (0.22, &lt; .001)</w:t>
            </w:r>
          </w:p>
        </w:tc>
        <w:tc>
          <w:tcPr>
            <w:tcW w:w="0" w:type="auto"/>
          </w:tcPr>
          <w:p w14:paraId="0CD565B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-0.44 (0.20, &lt; .001)</w:t>
            </w:r>
          </w:p>
        </w:tc>
      </w:tr>
      <w:tr w:rsidR="007F38C6" w:rsidRPr="007F38C6" w14:paraId="5606D57F" w14:textId="77777777" w:rsidTr="007F38C6">
        <w:trPr>
          <w:jc w:val="center"/>
        </w:trPr>
        <w:tc>
          <w:tcPr>
            <w:tcW w:w="0" w:type="auto"/>
          </w:tcPr>
          <w:p w14:paraId="6798D761" w14:textId="346EC4B9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(D)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Burnout (E)</w:t>
            </w:r>
          </w:p>
        </w:tc>
        <w:tc>
          <w:tcPr>
            <w:tcW w:w="0" w:type="auto"/>
          </w:tcPr>
          <w:p w14:paraId="20B1DA6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-0.44 (0.20, &lt; .001)</w:t>
            </w:r>
          </w:p>
        </w:tc>
        <w:tc>
          <w:tcPr>
            <w:tcW w:w="0" w:type="auto"/>
          </w:tcPr>
          <w:p w14:paraId="566AB0A0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-0.47 (0.22, &lt; .001)</w:t>
            </w:r>
          </w:p>
        </w:tc>
      </w:tr>
      <w:tr w:rsidR="007F38C6" w:rsidRPr="007F38C6" w14:paraId="35FF7F83" w14:textId="77777777" w:rsidTr="007F38C6">
        <w:trPr>
          <w:jc w:val="center"/>
        </w:trPr>
        <w:tc>
          <w:tcPr>
            <w:tcW w:w="0" w:type="auto"/>
          </w:tcPr>
          <w:p w14:paraId="5F394E23" w14:textId="6DC1995C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(D)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69BE56DF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-0.33 (0.11, &lt; .001)</w:t>
            </w:r>
          </w:p>
        </w:tc>
        <w:tc>
          <w:tcPr>
            <w:tcW w:w="0" w:type="auto"/>
          </w:tcPr>
          <w:p w14:paraId="0FE3ECC8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-0.32 (0.10, &lt; .001)</w:t>
            </w:r>
          </w:p>
        </w:tc>
      </w:tr>
      <w:tr w:rsidR="007F38C6" w:rsidRPr="007F38C6" w14:paraId="295403C2" w14:textId="77777777" w:rsidTr="007F38C6">
        <w:trPr>
          <w:jc w:val="center"/>
        </w:trPr>
        <w:tc>
          <w:tcPr>
            <w:tcW w:w="0" w:type="auto"/>
          </w:tcPr>
          <w:p w14:paraId="25CB89AD" w14:textId="2C397980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(D)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5E8C9387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-0.34 (0.12, &lt; .001)</w:t>
            </w:r>
          </w:p>
        </w:tc>
        <w:tc>
          <w:tcPr>
            <w:tcW w:w="0" w:type="auto"/>
          </w:tcPr>
          <w:p w14:paraId="1105DF4B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-0.36 (0.13, &lt; .001)</w:t>
            </w:r>
          </w:p>
        </w:tc>
      </w:tr>
      <w:tr w:rsidR="007F38C6" w:rsidRPr="007F38C6" w14:paraId="5981C65D" w14:textId="77777777" w:rsidTr="007F38C6">
        <w:trPr>
          <w:jc w:val="center"/>
        </w:trPr>
        <w:tc>
          <w:tcPr>
            <w:tcW w:w="0" w:type="auto"/>
          </w:tcPr>
          <w:p w14:paraId="1720F635" w14:textId="2CE2422E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(E)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LS</w:t>
            </w:r>
          </w:p>
        </w:tc>
        <w:tc>
          <w:tcPr>
            <w:tcW w:w="0" w:type="auto"/>
          </w:tcPr>
          <w:p w14:paraId="0A7F919C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0.44 (0.19, &lt; .001)</w:t>
            </w:r>
          </w:p>
        </w:tc>
        <w:tc>
          <w:tcPr>
            <w:tcW w:w="0" w:type="auto"/>
          </w:tcPr>
          <w:p w14:paraId="6D4A6140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0.43 (0.18, &lt; .001)</w:t>
            </w:r>
          </w:p>
        </w:tc>
      </w:tr>
      <w:tr w:rsidR="007F38C6" w:rsidRPr="007F38C6" w14:paraId="1B8C2D72" w14:textId="77777777" w:rsidTr="007F38C6">
        <w:trPr>
          <w:jc w:val="center"/>
        </w:trPr>
        <w:tc>
          <w:tcPr>
            <w:tcW w:w="0" w:type="auto"/>
          </w:tcPr>
          <w:p w14:paraId="62A3D033" w14:textId="61D41994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Burnout (E)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</w:tcPr>
          <w:p w14:paraId="118885A4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0.45 (0.20, &lt; .001)</w:t>
            </w:r>
          </w:p>
        </w:tc>
        <w:tc>
          <w:tcPr>
            <w:tcW w:w="0" w:type="auto"/>
          </w:tcPr>
          <w:p w14:paraId="48F2895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0.44 (0.20, &lt; .001)</w:t>
            </w:r>
          </w:p>
        </w:tc>
      </w:tr>
      <w:tr w:rsidR="007F38C6" w:rsidRPr="007F38C6" w14:paraId="156D6D8B" w14:textId="77777777" w:rsidTr="007F38C6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BB82988" w14:textId="2B10A1B7" w:rsidR="007F38C6" w:rsidRPr="007F38C6" w:rsidRDefault="007F38C6" w:rsidP="007F3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LS</w:t>
            </w:r>
            <w:r w:rsidRPr="007F38C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WHO-5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96ADBE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0.66 (0.44, &lt; .001)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E0857A" w14:textId="77777777" w:rsidR="007F38C6" w:rsidRPr="007F38C6" w:rsidRDefault="007F38C6">
            <w:pPr>
              <w:rPr>
                <w:rFonts w:ascii="Times New Roman" w:hAnsi="Times New Roman" w:cs="Times New Roman"/>
              </w:rPr>
            </w:pPr>
            <w:r w:rsidRPr="007F38C6">
              <w:rPr>
                <w:rFonts w:ascii="Times New Roman" w:hAnsi="Times New Roman" w:cs="Times New Roman"/>
              </w:rPr>
              <w:t>0.67 (0.45, &lt; .001)</w:t>
            </w:r>
          </w:p>
        </w:tc>
      </w:tr>
    </w:tbl>
    <w:p w14:paraId="22102745" w14:textId="77777777" w:rsidR="000831A4" w:rsidRDefault="000831A4"/>
    <w:sectPr w:rsidR="000831A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8A45F" w14:textId="77777777" w:rsidR="00E671FB" w:rsidRDefault="00E671FB" w:rsidP="00A166E3">
      <w:pPr>
        <w:spacing w:after="0" w:line="240" w:lineRule="auto"/>
      </w:pPr>
      <w:r>
        <w:separator/>
      </w:r>
    </w:p>
  </w:endnote>
  <w:endnote w:type="continuationSeparator" w:id="0">
    <w:p w14:paraId="7A569708" w14:textId="77777777" w:rsidR="00E671FB" w:rsidRDefault="00E671FB" w:rsidP="00A1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023E8" w14:textId="77777777" w:rsidR="00E671FB" w:rsidRDefault="00E671FB" w:rsidP="00A166E3">
      <w:pPr>
        <w:spacing w:after="0" w:line="240" w:lineRule="auto"/>
      </w:pPr>
      <w:r>
        <w:separator/>
      </w:r>
    </w:p>
  </w:footnote>
  <w:footnote w:type="continuationSeparator" w:id="0">
    <w:p w14:paraId="5ACE9C84" w14:textId="77777777" w:rsidR="00E671FB" w:rsidRDefault="00E671FB" w:rsidP="00A16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13E2" w14:textId="77777777" w:rsidR="00A166E3" w:rsidRPr="00A166E3" w:rsidRDefault="00A166E3" w:rsidP="00A166E3">
    <w:pPr>
      <w:suppressLineNumbers/>
      <w:spacing w:after="160" w:line="259" w:lineRule="auto"/>
      <w:rPr>
        <w:rFonts w:ascii="Times New Roman" w:eastAsia="Calibri" w:hAnsi="Times New Roman" w:cs="Times New Roman"/>
        <w:sz w:val="24"/>
        <w:szCs w:val="24"/>
      </w:rPr>
    </w:pPr>
    <w:r w:rsidRPr="00A166E3">
      <w:rPr>
        <w:rFonts w:ascii="Times New Roman" w:eastAsia="Calibri" w:hAnsi="Times New Roman" w:cs="Times New Roman"/>
        <w:sz w:val="24"/>
        <w:szCs w:val="24"/>
      </w:rPr>
      <w:t>Mental Health, Well-being and Associated Factors in LGBTQ+ University Students in Spain</w:t>
    </w:r>
  </w:p>
  <w:p w14:paraId="37B41EF5" w14:textId="77777777" w:rsidR="00A166E3" w:rsidRDefault="00A166E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8167980">
    <w:abstractNumId w:val="8"/>
  </w:num>
  <w:num w:numId="2" w16cid:durableId="454786747">
    <w:abstractNumId w:val="6"/>
  </w:num>
  <w:num w:numId="3" w16cid:durableId="900023759">
    <w:abstractNumId w:val="5"/>
  </w:num>
  <w:num w:numId="4" w16cid:durableId="2120177226">
    <w:abstractNumId w:val="4"/>
  </w:num>
  <w:num w:numId="5" w16cid:durableId="2023706425">
    <w:abstractNumId w:val="7"/>
  </w:num>
  <w:num w:numId="6" w16cid:durableId="1124271473">
    <w:abstractNumId w:val="3"/>
  </w:num>
  <w:num w:numId="7" w16cid:durableId="302197742">
    <w:abstractNumId w:val="2"/>
  </w:num>
  <w:num w:numId="8" w16cid:durableId="504513063">
    <w:abstractNumId w:val="1"/>
  </w:num>
  <w:num w:numId="9" w16cid:durableId="19065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1A4"/>
    <w:rsid w:val="0015074B"/>
    <w:rsid w:val="0029639D"/>
    <w:rsid w:val="00326F90"/>
    <w:rsid w:val="00450DE6"/>
    <w:rsid w:val="007F38C6"/>
    <w:rsid w:val="00A166E3"/>
    <w:rsid w:val="00A52E18"/>
    <w:rsid w:val="00AA1D8D"/>
    <w:rsid w:val="00B47730"/>
    <w:rsid w:val="00B851B9"/>
    <w:rsid w:val="00CB0664"/>
    <w:rsid w:val="00D86E16"/>
    <w:rsid w:val="00DC4F80"/>
    <w:rsid w:val="00E671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A13FB"/>
  <w14:defaultImageDpi w14:val="300"/>
  <w15:docId w15:val="{3B285802-D2D0-4917-91B5-A0FD177A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VKrieger</cp:lastModifiedBy>
  <cp:revision>2</cp:revision>
  <dcterms:created xsi:type="dcterms:W3CDTF">2026-04-27T17:42:00Z</dcterms:created>
  <dcterms:modified xsi:type="dcterms:W3CDTF">2026-04-27T17:42:00Z</dcterms:modified>
  <cp:category/>
</cp:coreProperties>
</file>