
<file path=[Content_Types].xml><?xml version="1.0" encoding="utf-8"?>
<Types xmlns="http://schemas.openxmlformats.org/package/2006/content-types">
  <Default Extension="json" ContentType="application/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doc" Type="http://schemas.openxmlformats.org/officeDocument/2006/relationships/json" Target="docProps/authors.json"/><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B7A00D" w14:textId="77777777" w:rsidR="00F034CC" w:rsidRPr="00F440AD" w:rsidRDefault="001566EA">
      <w:pPr>
        <w:rPr>
          <w:rFonts w:ascii="Times New Roman" w:hAnsi="Times New Roman"/>
          <w:b/>
          <w:sz w:val="24"/>
        </w:rPr>
      </w:pPr>
      <w:bookmarkStart w:id="0" w:name="_GoBack"/>
      <w:r w:rsidRPr="002F6A80">
        <w:rPr>
          <w:rFonts w:ascii="Times New Roman" w:hAnsi="Times New Roman"/>
          <w:b/>
          <w:sz w:val="24"/>
        </w:rPr>
        <w:t xml:space="preserve">SUPPLEMENT: </w:t>
      </w:r>
      <w:r w:rsidRPr="002F6A80">
        <w:rPr>
          <w:rFonts w:ascii="Times New Roman" w:hAnsi="Times New Roman"/>
          <w:sz w:val="24"/>
        </w:rPr>
        <w:t>Exploratory analysis of patient characteristics associated with efficacy outcomes in the APEX study</w:t>
      </w:r>
    </w:p>
    <w:p w14:paraId="0A841374" w14:textId="77777777" w:rsidR="00F034CC" w:rsidRPr="00F440AD" w:rsidRDefault="001566EA">
      <w:pPr>
        <w:rPr>
          <w:rFonts w:ascii="Times New Roman" w:hAnsi="Times New Roman"/>
          <w:sz w:val="24"/>
        </w:rPr>
      </w:pPr>
      <w:r w:rsidRPr="002F6A80">
        <w:rPr>
          <w:rFonts w:ascii="Times New Roman" w:hAnsi="Times New Roman"/>
          <w:b/>
          <w:sz w:val="24"/>
        </w:rPr>
        <w:t xml:space="preserve">Supplementary Table 1 </w:t>
      </w:r>
      <w:r w:rsidRPr="002F6A80">
        <w:rPr>
          <w:rFonts w:ascii="Times New Roman" w:hAnsi="Times New Roman"/>
          <w:sz w:val="24"/>
        </w:rPr>
        <w:t>Univariate Cox regression analysis of factors associated with time to next treatment</w:t>
      </w:r>
    </w:p>
    <w:tbl>
      <w:tblPr>
        <w:tblStyle w:val="Table"/>
        <w:tblW w:w="5000" w:type="pct"/>
        <w:tblInd w:w="0"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862"/>
        <w:gridCol w:w="1300"/>
        <w:gridCol w:w="694"/>
        <w:gridCol w:w="781"/>
        <w:gridCol w:w="956"/>
        <w:gridCol w:w="1473"/>
        <w:gridCol w:w="950"/>
      </w:tblGrid>
      <w:tr w:rsidR="00F034CC" w14:paraId="6D01EC0F" w14:textId="77777777" w:rsidTr="002F6A80">
        <w:trPr>
          <w:cantSplit/>
          <w:tblHeader/>
        </w:trPr>
        <w:tc>
          <w:tcPr>
            <w:tcW w:w="230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404730" w14:textId="77777777" w:rsidR="00F034CC" w:rsidRPr="00F440AD" w:rsidRDefault="00F034CC">
            <w:pPr>
              <w:rPr>
                <w:rFonts w:ascii="Times New Roman" w:hAnsi="Times New Roman"/>
                <w:sz w:val="24"/>
              </w:rPr>
            </w:pP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F7F3A7" w14:textId="77777777" w:rsidR="00F034CC" w:rsidRPr="00F440AD" w:rsidRDefault="001566EA">
            <w:pPr>
              <w:rPr>
                <w:rFonts w:ascii="Times New Roman" w:hAnsi="Times New Roman"/>
                <w:sz w:val="24"/>
              </w:rPr>
            </w:pPr>
            <w:r w:rsidRPr="00F440AD">
              <w:rPr>
                <w:rFonts w:ascii="Times New Roman" w:hAnsi="Times New Roman"/>
                <w:sz w:val="24"/>
              </w:rPr>
              <w:t>N</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4B00C6" w14:textId="77777777" w:rsidR="00F034CC" w:rsidRPr="00F440AD" w:rsidRDefault="001566EA">
            <w:pPr>
              <w:rPr>
                <w:rFonts w:ascii="Times New Roman" w:hAnsi="Times New Roman"/>
                <w:sz w:val="24"/>
              </w:rPr>
            </w:pPr>
            <w:r w:rsidRPr="00F440AD">
              <w:rPr>
                <w:rFonts w:ascii="Times New Roman" w:hAnsi="Times New Roman"/>
                <w:sz w:val="24"/>
              </w:rPr>
              <w:t># of events</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695AC3" w14:textId="77777777" w:rsidR="00F034CC" w:rsidRPr="00F440AD" w:rsidRDefault="001566EA">
            <w:pPr>
              <w:rPr>
                <w:rFonts w:ascii="Times New Roman" w:hAnsi="Times New Roman"/>
                <w:sz w:val="24"/>
              </w:rPr>
            </w:pPr>
            <w:r w:rsidRPr="00F440AD">
              <w:rPr>
                <w:rFonts w:ascii="Times New Roman" w:hAnsi="Times New Roman"/>
                <w:sz w:val="24"/>
              </w:rPr>
              <w:t>Hazard Ratio</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CBB279" w14:textId="77777777" w:rsidR="00F034CC" w:rsidRPr="00F440AD" w:rsidRDefault="001566EA">
            <w:pPr>
              <w:rPr>
                <w:rFonts w:ascii="Times New Roman" w:hAnsi="Times New Roman"/>
                <w:sz w:val="24"/>
              </w:rPr>
            </w:pPr>
            <w:r w:rsidRPr="00F440AD">
              <w:rPr>
                <w:rFonts w:ascii="Times New Roman" w:hAnsi="Times New Roman"/>
                <w:sz w:val="24"/>
              </w:rPr>
              <w:t>95% CI</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8A984E" w14:textId="77777777" w:rsidR="00F034CC" w:rsidRPr="00F440AD" w:rsidRDefault="001566EA">
            <w:pPr>
              <w:rPr>
                <w:rFonts w:ascii="Times New Roman" w:hAnsi="Times New Roman"/>
                <w:sz w:val="24"/>
              </w:rPr>
            </w:pPr>
            <w:r w:rsidRPr="00F440AD">
              <w:rPr>
                <w:rFonts w:ascii="Times New Roman" w:hAnsi="Times New Roman"/>
                <w:sz w:val="24"/>
              </w:rPr>
              <w:t>P-value</w:t>
            </w:r>
          </w:p>
        </w:tc>
      </w:tr>
      <w:tr w:rsidR="009C0590" w14:paraId="7915009E"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DC9E1DF" w14:textId="77777777" w:rsidR="00F034CC" w:rsidRPr="00F440AD" w:rsidRDefault="001566EA">
            <w:pPr>
              <w:rPr>
                <w:rFonts w:ascii="Times New Roman" w:hAnsi="Times New Roman"/>
                <w:sz w:val="24"/>
              </w:rPr>
            </w:pPr>
            <w:r w:rsidRPr="00F440AD">
              <w:rPr>
                <w:rFonts w:ascii="Times New Roman" w:hAnsi="Times New Roman"/>
                <w:sz w:val="24"/>
              </w:rPr>
              <w:t>Age (years)</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EB33E7" w14:textId="77777777" w:rsidR="00F034CC" w:rsidRPr="00F440AD" w:rsidRDefault="001566EA">
            <w:pPr>
              <w:rPr>
                <w:rFonts w:ascii="Times New Roman" w:hAnsi="Times New Roman"/>
                <w:sz w:val="24"/>
              </w:rPr>
            </w:pPr>
            <w:r w:rsidRPr="00F440AD">
              <w:rPr>
                <w:rFonts w:ascii="Times New Roman" w:hAnsi="Times New Roman"/>
                <w:sz w:val="24"/>
              </w:rPr>
              <w:t>&lt;65</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33038E" w14:textId="77777777" w:rsidR="00F034CC" w:rsidRPr="00F440AD" w:rsidRDefault="001566EA">
            <w:pPr>
              <w:rPr>
                <w:rFonts w:ascii="Times New Roman" w:hAnsi="Times New Roman"/>
                <w:sz w:val="24"/>
              </w:rPr>
            </w:pPr>
            <w:r w:rsidRPr="00F440AD">
              <w:rPr>
                <w:rFonts w:ascii="Times New Roman" w:hAnsi="Times New Roman"/>
                <w:sz w:val="24"/>
              </w:rPr>
              <w:t>53</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1C21DF"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4C4633"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2DD25D"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EC30B2" w14:textId="77777777" w:rsidR="00F034CC" w:rsidRPr="00F440AD" w:rsidRDefault="001566EA">
            <w:pPr>
              <w:rPr>
                <w:rFonts w:ascii="Times New Roman" w:hAnsi="Times New Roman"/>
                <w:sz w:val="24"/>
              </w:rPr>
            </w:pPr>
            <w:r w:rsidRPr="00F440AD">
              <w:rPr>
                <w:rFonts w:ascii="Times New Roman" w:hAnsi="Times New Roman"/>
                <w:sz w:val="24"/>
              </w:rPr>
              <w:t>0.084</w:t>
            </w:r>
          </w:p>
        </w:tc>
      </w:tr>
      <w:tr w:rsidR="009C0590" w14:paraId="46AE6632"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C59314"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A82C78" w14:textId="77777777" w:rsidR="00F034CC" w:rsidRPr="00F440AD" w:rsidRDefault="001566EA">
            <w:pPr>
              <w:rPr>
                <w:rFonts w:ascii="Times New Roman" w:hAnsi="Times New Roman"/>
                <w:sz w:val="24"/>
              </w:rPr>
            </w:pPr>
            <w:r w:rsidRPr="00F440AD">
              <w:rPr>
                <w:rFonts w:ascii="Times New Roman" w:hAnsi="Times New Roman"/>
                <w:sz w:val="24"/>
              </w:rPr>
              <w:t>≥65</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BEFF5E" w14:textId="77777777" w:rsidR="00F034CC" w:rsidRPr="00F440AD" w:rsidRDefault="001566EA">
            <w:pPr>
              <w:rPr>
                <w:rFonts w:ascii="Times New Roman" w:hAnsi="Times New Roman"/>
                <w:sz w:val="24"/>
              </w:rPr>
            </w:pPr>
            <w:r w:rsidRPr="00F440AD">
              <w:rPr>
                <w:rFonts w:ascii="Times New Roman" w:hAnsi="Times New Roman"/>
                <w:sz w:val="24"/>
              </w:rPr>
              <w:t>51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5771B7" w14:textId="77777777" w:rsidR="00F034CC" w:rsidRPr="00F440AD" w:rsidRDefault="001566EA">
            <w:pPr>
              <w:rPr>
                <w:rFonts w:ascii="Times New Roman" w:hAnsi="Times New Roman"/>
                <w:sz w:val="24"/>
              </w:rPr>
            </w:pPr>
            <w:r w:rsidRPr="00F440AD">
              <w:rPr>
                <w:rFonts w:ascii="Times New Roman" w:hAnsi="Times New Roman"/>
                <w:sz w:val="24"/>
              </w:rPr>
              <w:t>19</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B27F00" w14:textId="77777777" w:rsidR="00F034CC" w:rsidRPr="00F440AD" w:rsidRDefault="001566EA">
            <w:pPr>
              <w:rPr>
                <w:rFonts w:ascii="Times New Roman" w:hAnsi="Times New Roman"/>
                <w:sz w:val="24"/>
              </w:rPr>
            </w:pPr>
            <w:r w:rsidRPr="00F440AD">
              <w:rPr>
                <w:rFonts w:ascii="Times New Roman" w:hAnsi="Times New Roman"/>
                <w:sz w:val="24"/>
              </w:rPr>
              <w:t>0.60</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BF1737" w14:textId="77777777" w:rsidR="00F034CC" w:rsidRPr="00F440AD" w:rsidRDefault="001566EA">
            <w:pPr>
              <w:rPr>
                <w:rFonts w:ascii="Times New Roman" w:hAnsi="Times New Roman"/>
                <w:sz w:val="24"/>
              </w:rPr>
            </w:pPr>
            <w:r w:rsidRPr="00F440AD">
              <w:rPr>
                <w:rFonts w:ascii="Times New Roman" w:hAnsi="Times New Roman"/>
                <w:sz w:val="24"/>
              </w:rPr>
              <w:t>[0.33, 1.07]</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EA6842" w14:textId="77777777" w:rsidR="00F034CC" w:rsidRPr="00F440AD" w:rsidRDefault="00F034CC">
            <w:pPr>
              <w:rPr>
                <w:rFonts w:ascii="Times New Roman" w:hAnsi="Times New Roman"/>
                <w:sz w:val="24"/>
              </w:rPr>
            </w:pPr>
          </w:p>
        </w:tc>
      </w:tr>
      <w:tr w:rsidR="009C0590" w14:paraId="4E3B762E"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936B2D" w14:textId="77777777" w:rsidR="00F034CC" w:rsidRPr="00F440AD" w:rsidRDefault="001566EA">
            <w:pPr>
              <w:rPr>
                <w:rFonts w:ascii="Times New Roman" w:hAnsi="Times New Roman"/>
                <w:sz w:val="24"/>
              </w:rPr>
            </w:pPr>
            <w:r w:rsidRPr="00F440AD">
              <w:rPr>
                <w:rFonts w:ascii="Times New Roman" w:hAnsi="Times New Roman"/>
                <w:sz w:val="24"/>
              </w:rPr>
              <w:t>Gender</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835D1C" w14:textId="77777777" w:rsidR="00F034CC" w:rsidRPr="00F440AD" w:rsidRDefault="001566EA">
            <w:pPr>
              <w:rPr>
                <w:rFonts w:ascii="Times New Roman" w:hAnsi="Times New Roman"/>
                <w:sz w:val="24"/>
              </w:rPr>
            </w:pPr>
            <w:r w:rsidRPr="00F440AD">
              <w:rPr>
                <w:rFonts w:ascii="Times New Roman" w:hAnsi="Times New Roman"/>
                <w:sz w:val="24"/>
              </w:rPr>
              <w:t>Male</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97EB1E" w14:textId="77777777" w:rsidR="00F034CC" w:rsidRPr="00F440AD" w:rsidRDefault="001566EA">
            <w:pPr>
              <w:rPr>
                <w:rFonts w:ascii="Times New Roman" w:hAnsi="Times New Roman"/>
                <w:sz w:val="24"/>
              </w:rPr>
            </w:pPr>
            <w:r w:rsidRPr="00F440AD">
              <w:rPr>
                <w:rFonts w:ascii="Times New Roman" w:hAnsi="Times New Roman"/>
                <w:sz w:val="24"/>
              </w:rPr>
              <w:t>60</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239F9C" w14:textId="77777777" w:rsidR="00F034CC" w:rsidRPr="00F440AD" w:rsidRDefault="001566EA">
            <w:pPr>
              <w:rPr>
                <w:rFonts w:ascii="Times New Roman" w:hAnsi="Times New Roman"/>
                <w:sz w:val="24"/>
              </w:rPr>
            </w:pPr>
            <w:r w:rsidRPr="00F440AD">
              <w:rPr>
                <w:rFonts w:ascii="Times New Roman" w:hAnsi="Times New Roman"/>
                <w:sz w:val="24"/>
              </w:rPr>
              <w:t>30</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AF08FA"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F8287A"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359901" w14:textId="77777777" w:rsidR="00F034CC" w:rsidRPr="00F440AD" w:rsidRDefault="001566EA">
            <w:pPr>
              <w:rPr>
                <w:rFonts w:ascii="Times New Roman" w:hAnsi="Times New Roman"/>
                <w:sz w:val="24"/>
              </w:rPr>
            </w:pPr>
            <w:r w:rsidRPr="00F440AD">
              <w:rPr>
                <w:rFonts w:ascii="Times New Roman" w:hAnsi="Times New Roman"/>
                <w:sz w:val="24"/>
              </w:rPr>
              <w:t>0.332</w:t>
            </w:r>
          </w:p>
        </w:tc>
      </w:tr>
      <w:tr w:rsidR="009C0590" w14:paraId="2F8C2A08"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31B31A"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B0D7F8" w14:textId="77777777" w:rsidR="00F034CC" w:rsidRPr="00F440AD" w:rsidRDefault="001566EA">
            <w:pPr>
              <w:rPr>
                <w:rFonts w:ascii="Times New Roman" w:hAnsi="Times New Roman"/>
                <w:sz w:val="24"/>
              </w:rPr>
            </w:pPr>
            <w:r w:rsidRPr="00F440AD">
              <w:rPr>
                <w:rFonts w:ascii="Times New Roman" w:hAnsi="Times New Roman"/>
                <w:sz w:val="24"/>
              </w:rPr>
              <w:t>Female</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5A11AB" w14:textId="77777777" w:rsidR="00F034CC" w:rsidRPr="00F440AD" w:rsidRDefault="001566EA">
            <w:pPr>
              <w:rPr>
                <w:rFonts w:ascii="Times New Roman" w:hAnsi="Times New Roman"/>
                <w:sz w:val="24"/>
              </w:rPr>
            </w:pPr>
            <w:r w:rsidRPr="00F440AD">
              <w:rPr>
                <w:rFonts w:ascii="Times New Roman" w:hAnsi="Times New Roman"/>
                <w:sz w:val="24"/>
              </w:rPr>
              <w:t>44</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64BF63" w14:textId="77777777" w:rsidR="00F034CC" w:rsidRPr="00F440AD" w:rsidRDefault="001566EA">
            <w:pPr>
              <w:rPr>
                <w:rFonts w:ascii="Times New Roman" w:hAnsi="Times New Roman"/>
                <w:sz w:val="24"/>
              </w:rPr>
            </w:pPr>
            <w:r w:rsidRPr="00F440AD">
              <w:rPr>
                <w:rFonts w:ascii="Times New Roman" w:hAnsi="Times New Roman"/>
                <w:sz w:val="24"/>
              </w:rPr>
              <w:t>16</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0F12F5" w14:textId="77777777" w:rsidR="00F034CC" w:rsidRPr="00F440AD" w:rsidRDefault="001566EA">
            <w:pPr>
              <w:rPr>
                <w:rFonts w:ascii="Times New Roman" w:hAnsi="Times New Roman"/>
                <w:sz w:val="24"/>
              </w:rPr>
            </w:pPr>
            <w:r w:rsidRPr="00F440AD">
              <w:rPr>
                <w:rFonts w:ascii="Times New Roman" w:hAnsi="Times New Roman"/>
                <w:sz w:val="24"/>
              </w:rPr>
              <w:t>0.74</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56FA40" w14:textId="77777777" w:rsidR="00F034CC" w:rsidRPr="00F440AD" w:rsidRDefault="001566EA">
            <w:pPr>
              <w:rPr>
                <w:rFonts w:ascii="Times New Roman" w:hAnsi="Times New Roman"/>
                <w:sz w:val="24"/>
              </w:rPr>
            </w:pPr>
            <w:r w:rsidRPr="00F440AD">
              <w:rPr>
                <w:rFonts w:ascii="Times New Roman" w:hAnsi="Times New Roman"/>
                <w:sz w:val="24"/>
              </w:rPr>
              <w:t>[0.40, 1.36]</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CB3A66" w14:textId="77777777" w:rsidR="00F034CC" w:rsidRPr="00F440AD" w:rsidRDefault="00F034CC">
            <w:pPr>
              <w:rPr>
                <w:rFonts w:ascii="Times New Roman" w:hAnsi="Times New Roman"/>
                <w:sz w:val="24"/>
              </w:rPr>
            </w:pPr>
          </w:p>
        </w:tc>
      </w:tr>
      <w:tr w:rsidR="009C0590" w14:paraId="73D817D5"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35399E" w14:textId="0CA5730E" w:rsidR="00F034CC" w:rsidRPr="00F440AD" w:rsidRDefault="001566EA">
            <w:pPr>
              <w:rPr>
                <w:rFonts w:ascii="Times New Roman" w:hAnsi="Times New Roman"/>
                <w:sz w:val="24"/>
              </w:rPr>
            </w:pPr>
            <w:r w:rsidRPr="00F440AD">
              <w:rPr>
                <w:rFonts w:ascii="Times New Roman" w:hAnsi="Times New Roman"/>
                <w:sz w:val="24"/>
              </w:rPr>
              <w:t>Country of enrolment</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F02B88" w14:textId="77777777" w:rsidR="00F034CC" w:rsidRPr="00F440AD" w:rsidRDefault="001566EA">
            <w:pPr>
              <w:rPr>
                <w:rFonts w:ascii="Times New Roman" w:hAnsi="Times New Roman"/>
                <w:sz w:val="24"/>
              </w:rPr>
            </w:pPr>
            <w:r w:rsidRPr="00F440AD">
              <w:rPr>
                <w:rFonts w:ascii="Times New Roman" w:hAnsi="Times New Roman"/>
                <w:sz w:val="24"/>
              </w:rPr>
              <w:t>Korea</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C2BEAC" w14:textId="77777777" w:rsidR="00F034CC" w:rsidRPr="00F440AD" w:rsidRDefault="001566EA">
            <w:pPr>
              <w:rPr>
                <w:rFonts w:ascii="Times New Roman" w:hAnsi="Times New Roman"/>
                <w:sz w:val="24"/>
              </w:rPr>
            </w:pPr>
            <w:r w:rsidRPr="00F440AD">
              <w:rPr>
                <w:rFonts w:ascii="Times New Roman" w:hAnsi="Times New Roman"/>
                <w:sz w:val="24"/>
              </w:rPr>
              <w:t>69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19A427" w14:textId="77777777" w:rsidR="00F034CC" w:rsidRPr="00F440AD" w:rsidRDefault="001566EA">
            <w:pPr>
              <w:rPr>
                <w:rFonts w:ascii="Times New Roman" w:hAnsi="Times New Roman"/>
                <w:sz w:val="24"/>
              </w:rPr>
            </w:pPr>
            <w:r w:rsidRPr="00F440AD">
              <w:rPr>
                <w:rFonts w:ascii="Times New Roman" w:hAnsi="Times New Roman"/>
                <w:sz w:val="24"/>
              </w:rPr>
              <w:t>29</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BB3392"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B66C36"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623D58" w14:textId="77777777" w:rsidR="00F034CC" w:rsidRPr="00F440AD" w:rsidRDefault="001566EA">
            <w:pPr>
              <w:rPr>
                <w:rFonts w:ascii="Times New Roman" w:hAnsi="Times New Roman"/>
                <w:sz w:val="24"/>
              </w:rPr>
            </w:pPr>
            <w:r w:rsidRPr="00F440AD">
              <w:rPr>
                <w:rFonts w:ascii="Times New Roman" w:hAnsi="Times New Roman"/>
                <w:sz w:val="24"/>
              </w:rPr>
              <w:t>0.195</w:t>
            </w:r>
          </w:p>
        </w:tc>
      </w:tr>
      <w:tr w:rsidR="009C0590" w14:paraId="25AB09FA"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172F6E"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835BE9" w14:textId="77777777" w:rsidR="00F034CC" w:rsidRPr="00F440AD" w:rsidRDefault="001566EA">
            <w:pPr>
              <w:rPr>
                <w:rFonts w:ascii="Times New Roman" w:hAnsi="Times New Roman"/>
                <w:sz w:val="24"/>
              </w:rPr>
            </w:pPr>
            <w:r w:rsidRPr="00F440AD">
              <w:rPr>
                <w:rFonts w:ascii="Times New Roman" w:hAnsi="Times New Roman"/>
                <w:sz w:val="24"/>
              </w:rPr>
              <w:t>Malaysia</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69E863"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0509A3" w14:textId="77777777" w:rsidR="00F034CC" w:rsidRPr="00F440AD" w:rsidRDefault="001566EA">
            <w:pPr>
              <w:rPr>
                <w:rFonts w:ascii="Times New Roman" w:hAnsi="Times New Roman"/>
                <w:sz w:val="24"/>
              </w:rPr>
            </w:pPr>
            <w:r w:rsidRPr="00F440AD">
              <w:rPr>
                <w:rFonts w:ascii="Times New Roman" w:hAnsi="Times New Roman"/>
                <w:sz w:val="24"/>
              </w:rPr>
              <w:t>15</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4F8CCE" w14:textId="77777777" w:rsidR="00F034CC" w:rsidRPr="00F440AD" w:rsidRDefault="001566EA">
            <w:pPr>
              <w:rPr>
                <w:rFonts w:ascii="Times New Roman" w:hAnsi="Times New Roman"/>
                <w:sz w:val="24"/>
              </w:rPr>
            </w:pPr>
            <w:r w:rsidRPr="00F440AD">
              <w:rPr>
                <w:rFonts w:ascii="Times New Roman" w:hAnsi="Times New Roman"/>
                <w:sz w:val="24"/>
              </w:rPr>
              <w:t>1.29</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D98576" w14:textId="77777777" w:rsidR="00F034CC" w:rsidRPr="00F440AD" w:rsidRDefault="001566EA">
            <w:pPr>
              <w:rPr>
                <w:rFonts w:ascii="Times New Roman" w:hAnsi="Times New Roman"/>
                <w:sz w:val="24"/>
              </w:rPr>
            </w:pPr>
            <w:r w:rsidRPr="00F440AD">
              <w:rPr>
                <w:rFonts w:ascii="Times New Roman" w:hAnsi="Times New Roman"/>
                <w:sz w:val="24"/>
              </w:rPr>
              <w:t>[0.68, 2.46]</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E1FCC7" w14:textId="77777777" w:rsidR="00F034CC" w:rsidRPr="00F440AD" w:rsidRDefault="00F034CC">
            <w:pPr>
              <w:rPr>
                <w:rFonts w:ascii="Times New Roman" w:hAnsi="Times New Roman"/>
                <w:sz w:val="24"/>
              </w:rPr>
            </w:pPr>
          </w:p>
        </w:tc>
      </w:tr>
      <w:tr w:rsidR="009C0590" w14:paraId="185ECE59"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AA91B1"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A3ECED" w14:textId="77777777" w:rsidR="00F034CC" w:rsidRPr="00F440AD" w:rsidRDefault="001566EA">
            <w:pPr>
              <w:rPr>
                <w:rFonts w:ascii="Times New Roman" w:hAnsi="Times New Roman"/>
                <w:sz w:val="24"/>
              </w:rPr>
            </w:pPr>
            <w:r w:rsidRPr="00F440AD">
              <w:rPr>
                <w:rFonts w:ascii="Times New Roman" w:hAnsi="Times New Roman"/>
                <w:sz w:val="24"/>
              </w:rPr>
              <w:t>Thailand</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C4E75C"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EC9528"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22E61E" w14:textId="77777777" w:rsidR="00F034CC" w:rsidRPr="00F440AD" w:rsidRDefault="001566EA">
            <w:pPr>
              <w:rPr>
                <w:rFonts w:ascii="Times New Roman" w:hAnsi="Times New Roman"/>
                <w:sz w:val="24"/>
              </w:rPr>
            </w:pPr>
            <w:r w:rsidRPr="00F440AD">
              <w:rPr>
                <w:rFonts w:ascii="Times New Roman" w:hAnsi="Times New Roman"/>
                <w:sz w:val="24"/>
              </w:rPr>
              <w:t>0.34</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E2C46C" w14:textId="77777777" w:rsidR="00F034CC" w:rsidRPr="00F440AD" w:rsidRDefault="001566EA">
            <w:pPr>
              <w:rPr>
                <w:rFonts w:ascii="Times New Roman" w:hAnsi="Times New Roman"/>
                <w:sz w:val="24"/>
              </w:rPr>
            </w:pPr>
            <w:r w:rsidRPr="00F440AD">
              <w:rPr>
                <w:rFonts w:ascii="Times New Roman" w:hAnsi="Times New Roman"/>
                <w:sz w:val="24"/>
              </w:rPr>
              <w:t>[0.08, 1.45]</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962D91" w14:textId="77777777" w:rsidR="00F034CC" w:rsidRPr="00F440AD" w:rsidRDefault="00F034CC">
            <w:pPr>
              <w:rPr>
                <w:rFonts w:ascii="Times New Roman" w:hAnsi="Times New Roman"/>
                <w:sz w:val="24"/>
              </w:rPr>
            </w:pPr>
          </w:p>
        </w:tc>
      </w:tr>
      <w:tr w:rsidR="002F6A80" w14:paraId="5216F86A"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1EE86E" w14:textId="77777777" w:rsidR="00F034CC" w:rsidRPr="00F440AD" w:rsidRDefault="001566EA">
            <w:pPr>
              <w:rPr>
                <w:rFonts w:ascii="Times New Roman" w:hAnsi="Times New Roman"/>
                <w:sz w:val="24"/>
              </w:rPr>
            </w:pPr>
            <w:r w:rsidRPr="00F440AD">
              <w:rPr>
                <w:rFonts w:ascii="Times New Roman" w:hAnsi="Times New Roman"/>
                <w:sz w:val="24"/>
              </w:rPr>
              <w:t xml:space="preserve">ECOG performance </w:t>
            </w:r>
            <w:proofErr w:type="spellStart"/>
            <w:r w:rsidRPr="00F440AD">
              <w:rPr>
                <w:rFonts w:ascii="Times New Roman" w:hAnsi="Times New Roman"/>
                <w:sz w:val="24"/>
              </w:rPr>
              <w:t>status</w:t>
            </w:r>
            <w:r w:rsidRPr="00F440AD">
              <w:rPr>
                <w:rFonts w:ascii="Times New Roman" w:hAnsi="Times New Roman"/>
                <w:sz w:val="24"/>
                <w:vertAlign w:val="superscript"/>
              </w:rPr>
              <w:t>a</w:t>
            </w:r>
            <w:proofErr w:type="spellEnd"/>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C76B00" w14:textId="423BA5D8" w:rsidR="00F034CC" w:rsidRPr="00F440AD" w:rsidRDefault="001566EA">
            <w:pPr>
              <w:rPr>
                <w:rFonts w:ascii="Times New Roman" w:hAnsi="Times New Roman"/>
                <w:sz w:val="24"/>
              </w:rPr>
            </w:pPr>
            <w:r w:rsidRPr="00F440AD">
              <w:rPr>
                <w:rFonts w:ascii="Times New Roman" w:hAnsi="Times New Roman"/>
                <w:sz w:val="24"/>
              </w:rPr>
              <w:t>0</w:t>
            </w:r>
            <w:r w:rsidR="00A9445D" w:rsidRPr="00A9445D">
              <w:rPr>
                <w:rFonts w:ascii="Times New Roman" w:hAnsi="Times New Roman"/>
                <w:sz w:val="24"/>
              </w:rPr>
              <w:t>–</w:t>
            </w:r>
            <w:r w:rsidRPr="00F440AD">
              <w:rPr>
                <w:rFonts w:ascii="Times New Roman" w:hAnsi="Times New Roman"/>
                <w:sz w:val="24"/>
              </w:rPr>
              <w:t>1</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60AAD5" w14:textId="77777777" w:rsidR="00F034CC" w:rsidRPr="00F440AD" w:rsidRDefault="001566EA">
            <w:pPr>
              <w:rPr>
                <w:rFonts w:ascii="Times New Roman" w:hAnsi="Times New Roman"/>
                <w:sz w:val="24"/>
              </w:rPr>
            </w:pPr>
            <w:r w:rsidRPr="00F440AD">
              <w:rPr>
                <w:rFonts w:ascii="Times New Roman" w:hAnsi="Times New Roman"/>
                <w:sz w:val="24"/>
              </w:rPr>
              <w:t>78</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8659F6" w14:textId="77777777" w:rsidR="00F034CC" w:rsidRPr="00F440AD" w:rsidRDefault="001566EA">
            <w:pPr>
              <w:rPr>
                <w:rFonts w:ascii="Times New Roman" w:hAnsi="Times New Roman"/>
                <w:sz w:val="24"/>
              </w:rPr>
            </w:pPr>
            <w:r w:rsidRPr="00F440AD">
              <w:rPr>
                <w:rFonts w:ascii="Times New Roman" w:hAnsi="Times New Roman"/>
                <w:sz w:val="24"/>
              </w:rPr>
              <w:t>33</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360F20"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EF39E2"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8C654D" w14:textId="77777777" w:rsidR="00F034CC" w:rsidRPr="00F440AD" w:rsidRDefault="001566EA">
            <w:pPr>
              <w:rPr>
                <w:rFonts w:ascii="Times New Roman" w:hAnsi="Times New Roman"/>
                <w:sz w:val="24"/>
              </w:rPr>
            </w:pPr>
            <w:r w:rsidRPr="00F440AD">
              <w:rPr>
                <w:rFonts w:ascii="Times New Roman" w:hAnsi="Times New Roman"/>
                <w:sz w:val="24"/>
              </w:rPr>
              <w:t>0.240</w:t>
            </w:r>
          </w:p>
        </w:tc>
      </w:tr>
      <w:tr w:rsidR="002F6A80" w14:paraId="62E625DC"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44D23F"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42AFA0"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5866D0" w14:textId="77777777" w:rsidR="00F034CC" w:rsidRPr="00F440AD" w:rsidRDefault="001566EA">
            <w:pPr>
              <w:rPr>
                <w:rFonts w:ascii="Times New Roman" w:hAnsi="Times New Roman"/>
                <w:sz w:val="24"/>
              </w:rPr>
            </w:pPr>
            <w:r w:rsidRPr="00F440AD">
              <w:rPr>
                <w:rFonts w:ascii="Times New Roman" w:hAnsi="Times New Roman"/>
                <w:sz w:val="24"/>
              </w:rPr>
              <w:t>16</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6D23AA"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FDEC07" w14:textId="77777777" w:rsidR="00F034CC" w:rsidRPr="00F440AD" w:rsidRDefault="001566EA">
            <w:pPr>
              <w:rPr>
                <w:rFonts w:ascii="Times New Roman" w:hAnsi="Times New Roman"/>
                <w:sz w:val="24"/>
              </w:rPr>
            </w:pPr>
            <w:r w:rsidRPr="00F440AD">
              <w:rPr>
                <w:rFonts w:ascii="Times New Roman" w:hAnsi="Times New Roman"/>
                <w:sz w:val="24"/>
              </w:rPr>
              <w:t>1.56</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549605" w14:textId="77777777" w:rsidR="00F034CC" w:rsidRPr="00F440AD" w:rsidRDefault="001566EA">
            <w:pPr>
              <w:rPr>
                <w:rFonts w:ascii="Times New Roman" w:hAnsi="Times New Roman"/>
                <w:sz w:val="24"/>
              </w:rPr>
            </w:pPr>
            <w:r w:rsidRPr="00F440AD">
              <w:rPr>
                <w:rFonts w:ascii="Times New Roman" w:hAnsi="Times New Roman"/>
                <w:sz w:val="24"/>
              </w:rPr>
              <w:t>[0.74, 3.25]</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0C109D" w14:textId="77777777" w:rsidR="00F034CC" w:rsidRPr="00F440AD" w:rsidRDefault="00F034CC">
            <w:pPr>
              <w:rPr>
                <w:rFonts w:ascii="Times New Roman" w:hAnsi="Times New Roman"/>
                <w:sz w:val="24"/>
              </w:rPr>
            </w:pPr>
          </w:p>
        </w:tc>
      </w:tr>
      <w:tr w:rsidR="009C0590" w14:paraId="0481B499"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247460F" w14:textId="77777777" w:rsidR="00F034CC" w:rsidRPr="00F440AD" w:rsidRDefault="001566EA">
            <w:pPr>
              <w:rPr>
                <w:rFonts w:ascii="Times New Roman" w:hAnsi="Times New Roman"/>
                <w:sz w:val="24"/>
              </w:rPr>
            </w:pPr>
            <w:r w:rsidRPr="00F440AD">
              <w:rPr>
                <w:rFonts w:ascii="Times New Roman" w:hAnsi="Times New Roman"/>
                <w:sz w:val="24"/>
              </w:rPr>
              <w:t xml:space="preserve">Cytogenetic </w:t>
            </w:r>
            <w:proofErr w:type="spellStart"/>
            <w:r w:rsidRPr="00F440AD">
              <w:rPr>
                <w:rFonts w:ascii="Times New Roman" w:hAnsi="Times New Roman"/>
                <w:sz w:val="24"/>
              </w:rPr>
              <w:t>risk</w:t>
            </w:r>
            <w:r w:rsidRPr="00F440AD">
              <w:rPr>
                <w:rFonts w:ascii="Times New Roman" w:hAnsi="Times New Roman"/>
                <w:sz w:val="24"/>
                <w:vertAlign w:val="superscript"/>
              </w:rPr>
              <w:t>a</w:t>
            </w:r>
            <w:proofErr w:type="spellEnd"/>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577ED2" w14:textId="77777777" w:rsidR="00F034CC" w:rsidRPr="00F440AD" w:rsidRDefault="001566EA">
            <w:pPr>
              <w:rPr>
                <w:rFonts w:ascii="Times New Roman" w:hAnsi="Times New Roman"/>
                <w:sz w:val="24"/>
              </w:rPr>
            </w:pPr>
            <w:r w:rsidRPr="00F440AD">
              <w:rPr>
                <w:rFonts w:ascii="Times New Roman" w:hAnsi="Times New Roman"/>
                <w:sz w:val="24"/>
              </w:rPr>
              <w:t>Standard risk</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A9222A" w14:textId="77777777" w:rsidR="00F034CC" w:rsidRPr="00F440AD" w:rsidRDefault="001566EA">
            <w:pPr>
              <w:rPr>
                <w:rFonts w:ascii="Times New Roman" w:hAnsi="Times New Roman"/>
                <w:sz w:val="24"/>
              </w:rPr>
            </w:pPr>
            <w:r w:rsidRPr="00F440AD">
              <w:rPr>
                <w:rFonts w:ascii="Times New Roman" w:hAnsi="Times New Roman"/>
                <w:sz w:val="24"/>
              </w:rPr>
              <w:t>49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90AA68" w14:textId="77777777" w:rsidR="00F034CC" w:rsidRPr="00F440AD" w:rsidRDefault="001566EA">
            <w:pPr>
              <w:rPr>
                <w:rFonts w:ascii="Times New Roman" w:hAnsi="Times New Roman"/>
                <w:sz w:val="24"/>
              </w:rPr>
            </w:pPr>
            <w:r w:rsidRPr="00F440AD">
              <w:rPr>
                <w:rFonts w:ascii="Times New Roman" w:hAnsi="Times New Roman"/>
                <w:sz w:val="24"/>
              </w:rPr>
              <w:t>19</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E62913"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C2C12E"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79BE2E" w14:textId="77777777" w:rsidR="00F034CC" w:rsidRPr="00F440AD" w:rsidRDefault="001566EA">
            <w:pPr>
              <w:rPr>
                <w:rFonts w:ascii="Times New Roman" w:hAnsi="Times New Roman"/>
                <w:sz w:val="24"/>
              </w:rPr>
            </w:pPr>
            <w:r w:rsidRPr="00F440AD">
              <w:rPr>
                <w:rFonts w:ascii="Times New Roman" w:hAnsi="Times New Roman"/>
                <w:sz w:val="24"/>
              </w:rPr>
              <w:t>0.099</w:t>
            </w:r>
          </w:p>
        </w:tc>
      </w:tr>
      <w:tr w:rsidR="009C0590" w14:paraId="306AC88A"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F9F971"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E3562A" w14:textId="77777777" w:rsidR="00F034CC" w:rsidRPr="00F440AD" w:rsidRDefault="001566EA">
            <w:pPr>
              <w:rPr>
                <w:rFonts w:ascii="Times New Roman" w:hAnsi="Times New Roman"/>
                <w:sz w:val="24"/>
              </w:rPr>
            </w:pPr>
            <w:r w:rsidRPr="00F440AD">
              <w:rPr>
                <w:rFonts w:ascii="Times New Roman" w:hAnsi="Times New Roman"/>
                <w:sz w:val="24"/>
              </w:rPr>
              <w:t>High risk</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6D7BAC" w14:textId="77777777" w:rsidR="00F034CC" w:rsidRPr="00F440AD" w:rsidRDefault="001566EA">
            <w:pPr>
              <w:rPr>
                <w:rFonts w:ascii="Times New Roman" w:hAnsi="Times New Roman"/>
                <w:sz w:val="24"/>
              </w:rPr>
            </w:pPr>
            <w:r w:rsidRPr="00F440AD">
              <w:rPr>
                <w:rFonts w:ascii="Times New Roman" w:hAnsi="Times New Roman"/>
                <w:sz w:val="24"/>
              </w:rPr>
              <w:t>14</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2E5D57" w14:textId="77777777" w:rsidR="00F034CC" w:rsidRPr="00F440AD" w:rsidRDefault="001566EA">
            <w:pPr>
              <w:rPr>
                <w:rFonts w:ascii="Times New Roman" w:hAnsi="Times New Roman"/>
                <w:sz w:val="24"/>
              </w:rPr>
            </w:pPr>
            <w:r w:rsidRPr="00F440AD">
              <w:rPr>
                <w:rFonts w:ascii="Times New Roman" w:hAnsi="Times New Roman"/>
                <w:sz w:val="24"/>
              </w:rPr>
              <w:t>10</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BF7CA4" w14:textId="77777777" w:rsidR="00F034CC" w:rsidRPr="00F440AD" w:rsidRDefault="001566EA">
            <w:pPr>
              <w:rPr>
                <w:rFonts w:ascii="Times New Roman" w:hAnsi="Times New Roman"/>
                <w:sz w:val="24"/>
              </w:rPr>
            </w:pPr>
            <w:r w:rsidRPr="00F440AD">
              <w:rPr>
                <w:rFonts w:ascii="Times New Roman" w:hAnsi="Times New Roman"/>
                <w:sz w:val="24"/>
              </w:rPr>
              <w:t>2.25</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1D7598" w14:textId="77777777" w:rsidR="00F034CC" w:rsidRPr="00F440AD" w:rsidRDefault="001566EA">
            <w:pPr>
              <w:rPr>
                <w:rFonts w:ascii="Times New Roman" w:hAnsi="Times New Roman"/>
                <w:sz w:val="24"/>
              </w:rPr>
            </w:pPr>
            <w:r w:rsidRPr="00F440AD">
              <w:rPr>
                <w:rFonts w:ascii="Times New Roman" w:hAnsi="Times New Roman"/>
                <w:sz w:val="24"/>
              </w:rPr>
              <w:t>[1.04, 4.88]</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353623" w14:textId="77777777" w:rsidR="00F034CC" w:rsidRPr="00F440AD" w:rsidRDefault="00F034CC">
            <w:pPr>
              <w:rPr>
                <w:rFonts w:ascii="Times New Roman" w:hAnsi="Times New Roman"/>
                <w:sz w:val="24"/>
              </w:rPr>
            </w:pPr>
          </w:p>
        </w:tc>
      </w:tr>
      <w:tr w:rsidR="009C0590" w14:paraId="6BA4D335"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9C1839"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59FE1F" w14:textId="77777777" w:rsidR="00F034CC" w:rsidRPr="00F440AD" w:rsidRDefault="001566EA">
            <w:pPr>
              <w:rPr>
                <w:rFonts w:ascii="Times New Roman" w:hAnsi="Times New Roman"/>
                <w:sz w:val="24"/>
              </w:rPr>
            </w:pPr>
            <w:r w:rsidRPr="00F440AD">
              <w:rPr>
                <w:rFonts w:ascii="Times New Roman" w:hAnsi="Times New Roman"/>
                <w:sz w:val="24"/>
              </w:rPr>
              <w:t>Unknown</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76ED09" w14:textId="77777777" w:rsidR="00F034CC" w:rsidRPr="00F440AD" w:rsidRDefault="001566EA">
            <w:pPr>
              <w:rPr>
                <w:rFonts w:ascii="Times New Roman" w:hAnsi="Times New Roman"/>
                <w:sz w:val="24"/>
              </w:rPr>
            </w:pPr>
            <w:r w:rsidRPr="00F440AD">
              <w:rPr>
                <w:rFonts w:ascii="Times New Roman" w:hAnsi="Times New Roman"/>
                <w:sz w:val="24"/>
              </w:rPr>
              <w:t>41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706330" w14:textId="77777777" w:rsidR="00F034CC" w:rsidRPr="00F440AD" w:rsidRDefault="001566EA">
            <w:pPr>
              <w:rPr>
                <w:rFonts w:ascii="Times New Roman" w:hAnsi="Times New Roman"/>
                <w:sz w:val="24"/>
              </w:rPr>
            </w:pPr>
            <w:r w:rsidRPr="00F440AD">
              <w:rPr>
                <w:rFonts w:ascii="Times New Roman" w:hAnsi="Times New Roman"/>
                <w:sz w:val="24"/>
              </w:rPr>
              <w:t>17</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99F804" w14:textId="77777777" w:rsidR="00F034CC" w:rsidRPr="00F440AD" w:rsidRDefault="001566EA">
            <w:pPr>
              <w:rPr>
                <w:rFonts w:ascii="Times New Roman" w:hAnsi="Times New Roman"/>
                <w:sz w:val="24"/>
              </w:rPr>
            </w:pPr>
            <w:r w:rsidRPr="00F440AD">
              <w:rPr>
                <w:rFonts w:ascii="Times New Roman" w:hAnsi="Times New Roman"/>
                <w:sz w:val="24"/>
              </w:rPr>
              <w:t>1.08</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CC612E" w14:textId="77777777" w:rsidR="00F034CC" w:rsidRPr="00F440AD" w:rsidRDefault="001566EA">
            <w:pPr>
              <w:rPr>
                <w:rFonts w:ascii="Times New Roman" w:hAnsi="Times New Roman"/>
                <w:sz w:val="24"/>
              </w:rPr>
            </w:pPr>
            <w:r w:rsidRPr="00F440AD">
              <w:rPr>
                <w:rFonts w:ascii="Times New Roman" w:hAnsi="Times New Roman"/>
                <w:sz w:val="24"/>
              </w:rPr>
              <w:t>[0.56, 2.09]</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B9169A" w14:textId="77777777" w:rsidR="00F034CC" w:rsidRPr="00F440AD" w:rsidRDefault="00F034CC">
            <w:pPr>
              <w:rPr>
                <w:rFonts w:ascii="Times New Roman" w:hAnsi="Times New Roman"/>
                <w:sz w:val="24"/>
              </w:rPr>
            </w:pPr>
          </w:p>
        </w:tc>
      </w:tr>
      <w:tr w:rsidR="009C0590" w14:paraId="56B8B874"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477A1D" w14:textId="77777777" w:rsidR="00F034CC" w:rsidRPr="00F440AD" w:rsidRDefault="001566EA">
            <w:pPr>
              <w:rPr>
                <w:rFonts w:ascii="Times New Roman" w:hAnsi="Times New Roman"/>
                <w:sz w:val="24"/>
              </w:rPr>
            </w:pPr>
            <w:r w:rsidRPr="00F440AD">
              <w:rPr>
                <w:rFonts w:ascii="Times New Roman" w:hAnsi="Times New Roman"/>
                <w:sz w:val="24"/>
              </w:rPr>
              <w:t xml:space="preserve">ISS </w:t>
            </w:r>
            <w:proofErr w:type="spellStart"/>
            <w:r w:rsidRPr="00F440AD">
              <w:rPr>
                <w:rFonts w:ascii="Times New Roman" w:hAnsi="Times New Roman"/>
                <w:sz w:val="24"/>
              </w:rPr>
              <w:t>stage</w:t>
            </w:r>
            <w:r w:rsidRPr="00F440AD">
              <w:rPr>
                <w:rFonts w:ascii="Times New Roman" w:hAnsi="Times New Roman"/>
                <w:sz w:val="24"/>
                <w:vertAlign w:val="superscript"/>
              </w:rPr>
              <w:t>a</w:t>
            </w:r>
            <w:proofErr w:type="spellEnd"/>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2466B4" w14:textId="77777777" w:rsidR="00F034CC" w:rsidRPr="00F440AD" w:rsidRDefault="001566EA">
            <w:pPr>
              <w:rPr>
                <w:rFonts w:ascii="Times New Roman" w:hAnsi="Times New Roman"/>
                <w:sz w:val="24"/>
              </w:rPr>
            </w:pPr>
            <w:r w:rsidRPr="00F440AD">
              <w:rPr>
                <w:rFonts w:ascii="Times New Roman" w:hAnsi="Times New Roman"/>
                <w:sz w:val="24"/>
              </w:rPr>
              <w:t>I</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84DBC2" w14:textId="77777777" w:rsidR="00F034CC" w:rsidRPr="00F440AD" w:rsidRDefault="001566EA">
            <w:pPr>
              <w:rPr>
                <w:rFonts w:ascii="Times New Roman" w:hAnsi="Times New Roman"/>
                <w:sz w:val="24"/>
              </w:rPr>
            </w:pPr>
            <w:r w:rsidRPr="00F440AD">
              <w:rPr>
                <w:rFonts w:ascii="Times New Roman" w:hAnsi="Times New Roman"/>
                <w:sz w:val="24"/>
              </w:rPr>
              <w:t>21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EF8F8B"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62C12E"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99DAF4"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7182EF" w14:textId="77777777" w:rsidR="00F034CC" w:rsidRPr="00F440AD" w:rsidRDefault="001566EA">
            <w:pPr>
              <w:rPr>
                <w:rFonts w:ascii="Times New Roman" w:hAnsi="Times New Roman"/>
                <w:sz w:val="24"/>
              </w:rPr>
            </w:pPr>
            <w:r w:rsidRPr="00F440AD">
              <w:rPr>
                <w:rFonts w:ascii="Times New Roman" w:hAnsi="Times New Roman"/>
                <w:sz w:val="24"/>
              </w:rPr>
              <w:t>0.074</w:t>
            </w:r>
          </w:p>
        </w:tc>
      </w:tr>
      <w:tr w:rsidR="009C0590" w14:paraId="684266C4"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892BBC"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5F8CDC" w14:textId="77777777" w:rsidR="00F034CC" w:rsidRPr="00F440AD" w:rsidRDefault="001566EA">
            <w:pPr>
              <w:rPr>
                <w:rFonts w:ascii="Times New Roman" w:hAnsi="Times New Roman"/>
                <w:sz w:val="24"/>
              </w:rPr>
            </w:pPr>
            <w:r w:rsidRPr="00F440AD">
              <w:rPr>
                <w:rFonts w:ascii="Times New Roman" w:hAnsi="Times New Roman"/>
                <w:sz w:val="24"/>
              </w:rPr>
              <w:t>II</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ABAB4A" w14:textId="77777777" w:rsidR="00F034CC" w:rsidRPr="00F440AD" w:rsidRDefault="001566EA">
            <w:pPr>
              <w:rPr>
                <w:rFonts w:ascii="Times New Roman" w:hAnsi="Times New Roman"/>
                <w:sz w:val="24"/>
              </w:rPr>
            </w:pPr>
            <w:r w:rsidRPr="00F440AD">
              <w:rPr>
                <w:rFonts w:ascii="Times New Roman" w:hAnsi="Times New Roman"/>
                <w:sz w:val="24"/>
              </w:rPr>
              <w:t>23</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D707C7"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524B97" w14:textId="77777777" w:rsidR="00F034CC" w:rsidRPr="00F440AD" w:rsidRDefault="001566EA">
            <w:pPr>
              <w:rPr>
                <w:rFonts w:ascii="Times New Roman" w:hAnsi="Times New Roman"/>
                <w:sz w:val="24"/>
              </w:rPr>
            </w:pPr>
            <w:r w:rsidRPr="00F440AD">
              <w:rPr>
                <w:rFonts w:ascii="Times New Roman" w:hAnsi="Times New Roman"/>
                <w:sz w:val="24"/>
              </w:rPr>
              <w:t>0.90</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2AA1B7" w14:textId="77777777" w:rsidR="00F034CC" w:rsidRPr="00F440AD" w:rsidRDefault="001566EA">
            <w:pPr>
              <w:rPr>
                <w:rFonts w:ascii="Times New Roman" w:hAnsi="Times New Roman"/>
                <w:sz w:val="24"/>
              </w:rPr>
            </w:pPr>
            <w:r w:rsidRPr="00F440AD">
              <w:rPr>
                <w:rFonts w:ascii="Times New Roman" w:hAnsi="Times New Roman"/>
                <w:sz w:val="24"/>
              </w:rPr>
              <w:t>[0.35, 2.36]</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8ADCB9" w14:textId="77777777" w:rsidR="00F034CC" w:rsidRPr="00F440AD" w:rsidRDefault="00F034CC">
            <w:pPr>
              <w:rPr>
                <w:rFonts w:ascii="Times New Roman" w:hAnsi="Times New Roman"/>
                <w:sz w:val="24"/>
              </w:rPr>
            </w:pPr>
          </w:p>
        </w:tc>
      </w:tr>
      <w:tr w:rsidR="009C0590" w14:paraId="67FA046B"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6D6AEF"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AC24B9" w14:textId="77777777" w:rsidR="00F034CC" w:rsidRPr="00F440AD" w:rsidRDefault="001566EA">
            <w:pPr>
              <w:rPr>
                <w:rFonts w:ascii="Times New Roman" w:hAnsi="Times New Roman"/>
                <w:sz w:val="24"/>
              </w:rPr>
            </w:pPr>
            <w:r w:rsidRPr="00F440AD">
              <w:rPr>
                <w:rFonts w:ascii="Times New Roman" w:hAnsi="Times New Roman"/>
                <w:sz w:val="24"/>
              </w:rPr>
              <w:t>III</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099523" w14:textId="77777777" w:rsidR="00F034CC" w:rsidRPr="00F440AD" w:rsidRDefault="001566EA">
            <w:pPr>
              <w:rPr>
                <w:rFonts w:ascii="Times New Roman" w:hAnsi="Times New Roman"/>
                <w:sz w:val="24"/>
              </w:rPr>
            </w:pPr>
            <w:r w:rsidRPr="00F440AD">
              <w:rPr>
                <w:rFonts w:ascii="Times New Roman" w:hAnsi="Times New Roman"/>
                <w:sz w:val="24"/>
              </w:rPr>
              <w:t>34</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AB47F1" w14:textId="77777777" w:rsidR="00F034CC" w:rsidRPr="00F440AD" w:rsidRDefault="001566EA">
            <w:pPr>
              <w:rPr>
                <w:rFonts w:ascii="Times New Roman" w:hAnsi="Times New Roman"/>
                <w:sz w:val="24"/>
              </w:rPr>
            </w:pPr>
            <w:r w:rsidRPr="00F440AD">
              <w:rPr>
                <w:rFonts w:ascii="Times New Roman" w:hAnsi="Times New Roman"/>
                <w:sz w:val="24"/>
              </w:rPr>
              <w:t>12</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F3B580" w14:textId="77777777" w:rsidR="00F034CC" w:rsidRPr="00F440AD" w:rsidRDefault="001566EA">
            <w:pPr>
              <w:rPr>
                <w:rFonts w:ascii="Times New Roman" w:hAnsi="Times New Roman"/>
                <w:sz w:val="24"/>
              </w:rPr>
            </w:pPr>
            <w:r w:rsidRPr="00F440AD">
              <w:rPr>
                <w:rFonts w:ascii="Times New Roman" w:hAnsi="Times New Roman"/>
                <w:sz w:val="24"/>
              </w:rPr>
              <w:t>1.13</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86DE3F" w14:textId="77777777" w:rsidR="00F034CC" w:rsidRPr="00F440AD" w:rsidRDefault="001566EA">
            <w:pPr>
              <w:rPr>
                <w:rFonts w:ascii="Times New Roman" w:hAnsi="Times New Roman"/>
                <w:sz w:val="24"/>
              </w:rPr>
            </w:pPr>
            <w:r w:rsidRPr="00F440AD">
              <w:rPr>
                <w:rFonts w:ascii="Times New Roman" w:hAnsi="Times New Roman"/>
                <w:sz w:val="24"/>
              </w:rPr>
              <w:t>[0.46, 2.77]</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08DC58" w14:textId="77777777" w:rsidR="00F034CC" w:rsidRPr="00F440AD" w:rsidRDefault="00F034CC">
            <w:pPr>
              <w:rPr>
                <w:rFonts w:ascii="Times New Roman" w:hAnsi="Times New Roman"/>
                <w:sz w:val="24"/>
              </w:rPr>
            </w:pPr>
          </w:p>
        </w:tc>
      </w:tr>
      <w:tr w:rsidR="009C0590" w14:paraId="5851F57F"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885EA6"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A40814" w14:textId="77777777" w:rsidR="00F034CC" w:rsidRPr="00F440AD" w:rsidRDefault="001566EA">
            <w:pPr>
              <w:rPr>
                <w:rFonts w:ascii="Times New Roman" w:hAnsi="Times New Roman"/>
                <w:sz w:val="24"/>
              </w:rPr>
            </w:pPr>
            <w:r w:rsidRPr="00F440AD">
              <w:rPr>
                <w:rFonts w:ascii="Times New Roman" w:hAnsi="Times New Roman"/>
                <w:sz w:val="24"/>
              </w:rPr>
              <w:t>Unknown</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D6D82E" w14:textId="77777777" w:rsidR="00F034CC" w:rsidRPr="00F440AD" w:rsidRDefault="001566EA">
            <w:pPr>
              <w:rPr>
                <w:rFonts w:ascii="Times New Roman" w:hAnsi="Times New Roman"/>
                <w:sz w:val="24"/>
              </w:rPr>
            </w:pPr>
            <w:r w:rsidRPr="00F440AD">
              <w:rPr>
                <w:rFonts w:ascii="Times New Roman" w:hAnsi="Times New Roman"/>
                <w:sz w:val="24"/>
              </w:rPr>
              <w:t>26</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3052B9" w14:textId="77777777" w:rsidR="00F034CC" w:rsidRPr="00F440AD" w:rsidRDefault="001566EA">
            <w:pPr>
              <w:rPr>
                <w:rFonts w:ascii="Times New Roman" w:hAnsi="Times New Roman"/>
                <w:sz w:val="24"/>
              </w:rPr>
            </w:pPr>
            <w:r w:rsidRPr="00F440AD">
              <w:rPr>
                <w:rFonts w:ascii="Times New Roman" w:hAnsi="Times New Roman"/>
                <w:sz w:val="24"/>
              </w:rPr>
              <w:t>17</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E26057" w14:textId="77777777" w:rsidR="00F034CC" w:rsidRPr="00F440AD" w:rsidRDefault="001566EA">
            <w:pPr>
              <w:rPr>
                <w:rFonts w:ascii="Times New Roman" w:hAnsi="Times New Roman"/>
                <w:sz w:val="24"/>
              </w:rPr>
            </w:pPr>
            <w:r w:rsidRPr="00F440AD">
              <w:rPr>
                <w:rFonts w:ascii="Times New Roman" w:hAnsi="Times New Roman"/>
                <w:sz w:val="24"/>
              </w:rPr>
              <w:t>2.25</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96E157" w14:textId="77777777" w:rsidR="00F034CC" w:rsidRPr="00F440AD" w:rsidRDefault="001566EA">
            <w:pPr>
              <w:rPr>
                <w:rFonts w:ascii="Times New Roman" w:hAnsi="Times New Roman"/>
                <w:sz w:val="24"/>
              </w:rPr>
            </w:pPr>
            <w:r w:rsidRPr="00F440AD">
              <w:rPr>
                <w:rFonts w:ascii="Times New Roman" w:hAnsi="Times New Roman"/>
                <w:sz w:val="24"/>
              </w:rPr>
              <w:t>[0.97, 5.25]</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4FAAA3" w14:textId="77777777" w:rsidR="00F034CC" w:rsidRPr="00F440AD" w:rsidRDefault="00F034CC">
            <w:pPr>
              <w:rPr>
                <w:rFonts w:ascii="Times New Roman" w:hAnsi="Times New Roman"/>
                <w:sz w:val="24"/>
              </w:rPr>
            </w:pPr>
          </w:p>
        </w:tc>
      </w:tr>
      <w:tr w:rsidR="009C0590" w14:paraId="20B466E3"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43F183" w14:textId="77777777" w:rsidR="00F034CC" w:rsidRPr="00F440AD" w:rsidRDefault="001566EA">
            <w:pPr>
              <w:rPr>
                <w:rFonts w:ascii="Times New Roman" w:hAnsi="Times New Roman"/>
                <w:sz w:val="24"/>
              </w:rPr>
            </w:pPr>
            <w:r w:rsidRPr="00F440AD">
              <w:rPr>
                <w:rFonts w:ascii="Times New Roman" w:hAnsi="Times New Roman"/>
                <w:sz w:val="24"/>
              </w:rPr>
              <w:t xml:space="preserve">R-ISS </w:t>
            </w:r>
            <w:proofErr w:type="spellStart"/>
            <w:r w:rsidRPr="00F440AD">
              <w:rPr>
                <w:rFonts w:ascii="Times New Roman" w:hAnsi="Times New Roman"/>
                <w:sz w:val="24"/>
              </w:rPr>
              <w:t>stage</w:t>
            </w:r>
            <w:r w:rsidRPr="00F440AD">
              <w:rPr>
                <w:rFonts w:ascii="Times New Roman" w:hAnsi="Times New Roman"/>
                <w:sz w:val="24"/>
                <w:vertAlign w:val="superscript"/>
              </w:rPr>
              <w:t>a</w:t>
            </w:r>
            <w:proofErr w:type="spellEnd"/>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950967" w14:textId="77777777" w:rsidR="00F034CC" w:rsidRPr="00F440AD" w:rsidRDefault="001566EA">
            <w:pPr>
              <w:rPr>
                <w:rFonts w:ascii="Times New Roman" w:hAnsi="Times New Roman"/>
                <w:sz w:val="24"/>
              </w:rPr>
            </w:pPr>
            <w:r w:rsidRPr="00F440AD">
              <w:rPr>
                <w:rFonts w:ascii="Times New Roman" w:hAnsi="Times New Roman"/>
                <w:sz w:val="24"/>
              </w:rPr>
              <w:t>I</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9693F3" w14:textId="77777777" w:rsidR="00F034CC" w:rsidRPr="00F440AD" w:rsidRDefault="001566EA">
            <w:pPr>
              <w:rPr>
                <w:rFonts w:ascii="Times New Roman" w:hAnsi="Times New Roman"/>
                <w:sz w:val="24"/>
              </w:rPr>
            </w:pPr>
            <w:r w:rsidRPr="00F440AD">
              <w:rPr>
                <w:rFonts w:ascii="Times New Roman" w:hAnsi="Times New Roman"/>
                <w:sz w:val="24"/>
              </w:rPr>
              <w:t>7</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B6C1D1"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366862"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4F6260"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7DD07F" w14:textId="77777777" w:rsidR="00F034CC" w:rsidRPr="00F440AD" w:rsidRDefault="001566EA">
            <w:pPr>
              <w:rPr>
                <w:rFonts w:ascii="Times New Roman" w:hAnsi="Times New Roman"/>
                <w:sz w:val="24"/>
              </w:rPr>
            </w:pPr>
            <w:r w:rsidRPr="00F440AD">
              <w:rPr>
                <w:rFonts w:ascii="Times New Roman" w:hAnsi="Times New Roman"/>
                <w:sz w:val="24"/>
              </w:rPr>
              <w:t>0.128</w:t>
            </w:r>
          </w:p>
        </w:tc>
      </w:tr>
      <w:tr w:rsidR="009C0590" w14:paraId="0FE68893"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DBE8A2"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786458" w14:textId="77777777" w:rsidR="00F034CC" w:rsidRPr="00F440AD" w:rsidRDefault="001566EA">
            <w:pPr>
              <w:rPr>
                <w:rFonts w:ascii="Times New Roman" w:hAnsi="Times New Roman"/>
                <w:sz w:val="24"/>
              </w:rPr>
            </w:pPr>
            <w:r w:rsidRPr="00F440AD">
              <w:rPr>
                <w:rFonts w:ascii="Times New Roman" w:hAnsi="Times New Roman"/>
                <w:sz w:val="24"/>
              </w:rPr>
              <w:t>II</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AE6779" w14:textId="77777777" w:rsidR="00F034CC" w:rsidRPr="00F440AD" w:rsidRDefault="001566EA">
            <w:pPr>
              <w:rPr>
                <w:rFonts w:ascii="Times New Roman" w:hAnsi="Times New Roman"/>
                <w:sz w:val="24"/>
              </w:rPr>
            </w:pPr>
            <w:r w:rsidRPr="00F440AD">
              <w:rPr>
                <w:rFonts w:ascii="Times New Roman" w:hAnsi="Times New Roman"/>
                <w:sz w:val="24"/>
              </w:rPr>
              <w:t>37</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C46F30" w14:textId="77777777" w:rsidR="00F034CC" w:rsidRPr="00F440AD" w:rsidRDefault="001566EA">
            <w:pPr>
              <w:rPr>
                <w:rFonts w:ascii="Times New Roman" w:hAnsi="Times New Roman"/>
                <w:sz w:val="24"/>
              </w:rPr>
            </w:pPr>
            <w:r w:rsidRPr="00F440AD">
              <w:rPr>
                <w:rFonts w:ascii="Times New Roman" w:hAnsi="Times New Roman"/>
                <w:sz w:val="24"/>
              </w:rPr>
              <w:t>15</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EA634C" w14:textId="77777777" w:rsidR="00F034CC" w:rsidRPr="00F440AD" w:rsidRDefault="001566EA">
            <w:pPr>
              <w:rPr>
                <w:rFonts w:ascii="Times New Roman" w:hAnsi="Times New Roman"/>
                <w:sz w:val="24"/>
              </w:rPr>
            </w:pPr>
            <w:r w:rsidRPr="00F440AD">
              <w:rPr>
                <w:rFonts w:ascii="Times New Roman" w:hAnsi="Times New Roman"/>
                <w:sz w:val="24"/>
              </w:rPr>
              <w:t>2.00</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F032CD" w14:textId="77777777" w:rsidR="00F034CC" w:rsidRPr="00F440AD" w:rsidRDefault="001566EA">
            <w:pPr>
              <w:rPr>
                <w:rFonts w:ascii="Times New Roman" w:hAnsi="Times New Roman"/>
                <w:sz w:val="24"/>
              </w:rPr>
            </w:pPr>
            <w:r w:rsidRPr="00F440AD">
              <w:rPr>
                <w:rFonts w:ascii="Times New Roman" w:hAnsi="Times New Roman"/>
                <w:sz w:val="24"/>
              </w:rPr>
              <w:t>[0.26, 15.24]</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D9B44B" w14:textId="77777777" w:rsidR="00F034CC" w:rsidRPr="00F440AD" w:rsidRDefault="00F034CC">
            <w:pPr>
              <w:rPr>
                <w:rFonts w:ascii="Times New Roman" w:hAnsi="Times New Roman"/>
                <w:sz w:val="24"/>
              </w:rPr>
            </w:pPr>
          </w:p>
        </w:tc>
      </w:tr>
      <w:tr w:rsidR="009C0590" w14:paraId="288A9712"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123563"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96E377" w14:textId="77777777" w:rsidR="00F034CC" w:rsidRPr="00F440AD" w:rsidRDefault="001566EA">
            <w:pPr>
              <w:rPr>
                <w:rFonts w:ascii="Times New Roman" w:hAnsi="Times New Roman"/>
                <w:sz w:val="24"/>
              </w:rPr>
            </w:pPr>
            <w:r w:rsidRPr="00F440AD">
              <w:rPr>
                <w:rFonts w:ascii="Times New Roman" w:hAnsi="Times New Roman"/>
                <w:sz w:val="24"/>
              </w:rPr>
              <w:t>III</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A13788" w14:textId="77777777" w:rsidR="00F034CC" w:rsidRPr="00F440AD" w:rsidRDefault="001566EA">
            <w:pPr>
              <w:rPr>
                <w:rFonts w:ascii="Times New Roman" w:hAnsi="Times New Roman"/>
                <w:sz w:val="24"/>
              </w:rPr>
            </w:pPr>
            <w:r w:rsidRPr="00F440AD">
              <w:rPr>
                <w:rFonts w:ascii="Times New Roman" w:hAnsi="Times New Roman"/>
                <w:sz w:val="24"/>
              </w:rPr>
              <w:t>13</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DC1413" w14:textId="77777777" w:rsidR="00F034CC" w:rsidRPr="00F440AD" w:rsidRDefault="001566EA">
            <w:pPr>
              <w:rPr>
                <w:rFonts w:ascii="Times New Roman" w:hAnsi="Times New Roman"/>
                <w:sz w:val="24"/>
              </w:rPr>
            </w:pPr>
            <w:r w:rsidRPr="00F440AD">
              <w:rPr>
                <w:rFonts w:ascii="Times New Roman" w:hAnsi="Times New Roman"/>
                <w:sz w:val="24"/>
              </w:rPr>
              <w:t>3</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FB1B88" w14:textId="77777777" w:rsidR="00F034CC" w:rsidRPr="00F440AD" w:rsidRDefault="001566EA">
            <w:pPr>
              <w:rPr>
                <w:rFonts w:ascii="Times New Roman" w:hAnsi="Times New Roman"/>
                <w:sz w:val="24"/>
              </w:rPr>
            </w:pPr>
            <w:r w:rsidRPr="00F440AD">
              <w:rPr>
                <w:rFonts w:ascii="Times New Roman" w:hAnsi="Times New Roman"/>
                <w:sz w:val="24"/>
              </w:rPr>
              <w:t>1.17</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5C2047" w14:textId="77777777" w:rsidR="00F034CC" w:rsidRPr="00F440AD" w:rsidRDefault="001566EA">
            <w:pPr>
              <w:rPr>
                <w:rFonts w:ascii="Times New Roman" w:hAnsi="Times New Roman"/>
                <w:sz w:val="24"/>
              </w:rPr>
            </w:pPr>
            <w:r w:rsidRPr="00F440AD">
              <w:rPr>
                <w:rFonts w:ascii="Times New Roman" w:hAnsi="Times New Roman"/>
                <w:sz w:val="24"/>
              </w:rPr>
              <w:t>[0.12, 11.31]</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4EFE9D" w14:textId="77777777" w:rsidR="00F034CC" w:rsidRPr="00F440AD" w:rsidRDefault="00F034CC">
            <w:pPr>
              <w:rPr>
                <w:rFonts w:ascii="Times New Roman" w:hAnsi="Times New Roman"/>
                <w:sz w:val="24"/>
              </w:rPr>
            </w:pPr>
          </w:p>
        </w:tc>
      </w:tr>
      <w:tr w:rsidR="009C0590" w14:paraId="7D25AF59"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D24356"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6E241F" w14:textId="77777777" w:rsidR="00F034CC" w:rsidRPr="00F440AD" w:rsidRDefault="001566EA">
            <w:pPr>
              <w:rPr>
                <w:rFonts w:ascii="Times New Roman" w:hAnsi="Times New Roman"/>
                <w:sz w:val="24"/>
              </w:rPr>
            </w:pPr>
            <w:r w:rsidRPr="00F440AD">
              <w:rPr>
                <w:rFonts w:ascii="Times New Roman" w:hAnsi="Times New Roman"/>
                <w:sz w:val="24"/>
              </w:rPr>
              <w:t>Unknown</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6C5FA1" w14:textId="77777777" w:rsidR="00F034CC" w:rsidRPr="00F440AD" w:rsidRDefault="001566EA">
            <w:pPr>
              <w:rPr>
                <w:rFonts w:ascii="Times New Roman" w:hAnsi="Times New Roman"/>
                <w:sz w:val="24"/>
              </w:rPr>
            </w:pPr>
            <w:r w:rsidRPr="00F440AD">
              <w:rPr>
                <w:rFonts w:ascii="Times New Roman" w:hAnsi="Times New Roman"/>
                <w:sz w:val="24"/>
              </w:rPr>
              <w:t>47</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9D56F7"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1E1367" w14:textId="77777777" w:rsidR="00F034CC" w:rsidRPr="00F440AD" w:rsidRDefault="001566EA">
            <w:pPr>
              <w:rPr>
                <w:rFonts w:ascii="Times New Roman" w:hAnsi="Times New Roman"/>
                <w:sz w:val="24"/>
              </w:rPr>
            </w:pPr>
            <w:r w:rsidRPr="00F440AD">
              <w:rPr>
                <w:rFonts w:ascii="Times New Roman" w:hAnsi="Times New Roman"/>
                <w:sz w:val="24"/>
              </w:rPr>
              <w:t>3.38</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DB2FCE" w14:textId="77777777" w:rsidR="00F034CC" w:rsidRPr="00F440AD" w:rsidRDefault="001566EA">
            <w:pPr>
              <w:rPr>
                <w:rFonts w:ascii="Times New Roman" w:hAnsi="Times New Roman"/>
                <w:sz w:val="24"/>
              </w:rPr>
            </w:pPr>
            <w:r w:rsidRPr="00F440AD">
              <w:rPr>
                <w:rFonts w:ascii="Times New Roman" w:hAnsi="Times New Roman"/>
                <w:sz w:val="24"/>
              </w:rPr>
              <w:t>[0.46, 24.98]</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C5E66E" w14:textId="77777777" w:rsidR="00F034CC" w:rsidRPr="00F440AD" w:rsidRDefault="00F034CC">
            <w:pPr>
              <w:rPr>
                <w:rFonts w:ascii="Times New Roman" w:hAnsi="Times New Roman"/>
                <w:sz w:val="24"/>
              </w:rPr>
            </w:pPr>
          </w:p>
        </w:tc>
      </w:tr>
      <w:tr w:rsidR="009C0590" w14:paraId="108ADC3F"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9C4DBAD" w14:textId="77777777" w:rsidR="00F034CC" w:rsidRPr="00F440AD" w:rsidRDefault="001566EA">
            <w:pPr>
              <w:rPr>
                <w:rFonts w:ascii="Times New Roman" w:hAnsi="Times New Roman"/>
                <w:sz w:val="24"/>
              </w:rPr>
            </w:pPr>
            <w:r w:rsidRPr="00F440AD">
              <w:rPr>
                <w:rFonts w:ascii="Times New Roman" w:hAnsi="Times New Roman"/>
                <w:sz w:val="24"/>
              </w:rPr>
              <w:t>Number of prior treatment lines</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2C4D73"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A3E0D6" w14:textId="77777777" w:rsidR="00F034CC" w:rsidRPr="00F440AD" w:rsidRDefault="001566EA">
            <w:pPr>
              <w:rPr>
                <w:rFonts w:ascii="Times New Roman" w:hAnsi="Times New Roman"/>
                <w:sz w:val="24"/>
              </w:rPr>
            </w:pPr>
            <w:r w:rsidRPr="00F440AD">
              <w:rPr>
                <w:rFonts w:ascii="Times New Roman" w:hAnsi="Times New Roman"/>
                <w:sz w:val="24"/>
              </w:rPr>
              <w:t>73</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F54417" w14:textId="77777777" w:rsidR="00F034CC" w:rsidRPr="00F440AD" w:rsidRDefault="001566EA">
            <w:pPr>
              <w:rPr>
                <w:rFonts w:ascii="Times New Roman" w:hAnsi="Times New Roman"/>
                <w:sz w:val="24"/>
              </w:rPr>
            </w:pPr>
            <w:r w:rsidRPr="00F440AD">
              <w:rPr>
                <w:rFonts w:ascii="Times New Roman" w:hAnsi="Times New Roman"/>
                <w:sz w:val="24"/>
              </w:rPr>
              <w:t>34</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42001E"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0B6FF7"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D33452" w14:textId="77777777" w:rsidR="00F034CC" w:rsidRPr="00F440AD" w:rsidRDefault="001566EA">
            <w:pPr>
              <w:rPr>
                <w:rFonts w:ascii="Times New Roman" w:hAnsi="Times New Roman"/>
                <w:sz w:val="24"/>
              </w:rPr>
            </w:pPr>
            <w:r w:rsidRPr="00F440AD">
              <w:rPr>
                <w:rFonts w:ascii="Times New Roman" w:hAnsi="Times New Roman"/>
                <w:sz w:val="24"/>
              </w:rPr>
              <w:t>0.532</w:t>
            </w:r>
          </w:p>
        </w:tc>
      </w:tr>
      <w:tr w:rsidR="009C0590" w14:paraId="1E0E15A1"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30280A"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7CE897"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F3C458" w14:textId="77777777" w:rsidR="00F034CC" w:rsidRPr="00F440AD" w:rsidRDefault="001566EA">
            <w:pPr>
              <w:rPr>
                <w:rFonts w:ascii="Times New Roman" w:hAnsi="Times New Roman"/>
                <w:sz w:val="24"/>
              </w:rPr>
            </w:pPr>
            <w:r w:rsidRPr="00F440AD">
              <w:rPr>
                <w:rFonts w:ascii="Times New Roman" w:hAnsi="Times New Roman"/>
                <w:sz w:val="24"/>
              </w:rPr>
              <w:t>21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C0357D" w14:textId="77777777" w:rsidR="00F034CC" w:rsidRPr="00F440AD" w:rsidRDefault="001566EA">
            <w:pPr>
              <w:rPr>
                <w:rFonts w:ascii="Times New Roman" w:hAnsi="Times New Roman"/>
                <w:sz w:val="24"/>
              </w:rPr>
            </w:pPr>
            <w:r w:rsidRPr="00F440AD">
              <w:rPr>
                <w:rFonts w:ascii="Times New Roman" w:hAnsi="Times New Roman"/>
                <w:sz w:val="24"/>
              </w:rPr>
              <w:t>7</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D0EE3B" w14:textId="77777777" w:rsidR="00F034CC" w:rsidRPr="00F440AD" w:rsidRDefault="001566EA">
            <w:pPr>
              <w:rPr>
                <w:rFonts w:ascii="Times New Roman" w:hAnsi="Times New Roman"/>
                <w:sz w:val="24"/>
              </w:rPr>
            </w:pPr>
            <w:r w:rsidRPr="00F440AD">
              <w:rPr>
                <w:rFonts w:ascii="Times New Roman" w:hAnsi="Times New Roman"/>
                <w:sz w:val="24"/>
              </w:rPr>
              <w:t>0.67</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4FFD9D" w14:textId="77777777" w:rsidR="00F034CC" w:rsidRPr="00F440AD" w:rsidRDefault="001566EA">
            <w:pPr>
              <w:rPr>
                <w:rFonts w:ascii="Times New Roman" w:hAnsi="Times New Roman"/>
                <w:sz w:val="24"/>
              </w:rPr>
            </w:pPr>
            <w:r w:rsidRPr="00F440AD">
              <w:rPr>
                <w:rFonts w:ascii="Times New Roman" w:hAnsi="Times New Roman"/>
                <w:sz w:val="24"/>
              </w:rPr>
              <w:t>[0.29, 1.51]</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C14201" w14:textId="77777777" w:rsidR="00F034CC" w:rsidRPr="00F440AD" w:rsidRDefault="00F034CC">
            <w:pPr>
              <w:rPr>
                <w:rFonts w:ascii="Times New Roman" w:hAnsi="Times New Roman"/>
                <w:sz w:val="24"/>
              </w:rPr>
            </w:pPr>
          </w:p>
        </w:tc>
      </w:tr>
      <w:tr w:rsidR="009C0590" w14:paraId="07E5360F"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607F4E"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00A78F" w14:textId="77777777" w:rsidR="00F034CC" w:rsidRPr="00F440AD" w:rsidRDefault="001566EA">
            <w:pPr>
              <w:rPr>
                <w:rFonts w:ascii="Times New Roman" w:hAnsi="Times New Roman"/>
                <w:sz w:val="24"/>
              </w:rPr>
            </w:pPr>
            <w:r w:rsidRPr="00F440AD">
              <w:rPr>
                <w:rFonts w:ascii="Times New Roman" w:hAnsi="Times New Roman"/>
                <w:sz w:val="24"/>
              </w:rPr>
              <w:t>3</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28D2B9" w14:textId="77777777" w:rsidR="00F034CC" w:rsidRPr="00F440AD" w:rsidRDefault="001566EA">
            <w:pPr>
              <w:rPr>
                <w:rFonts w:ascii="Times New Roman" w:hAnsi="Times New Roman"/>
                <w:sz w:val="24"/>
              </w:rPr>
            </w:pPr>
            <w:r w:rsidRPr="00F440AD">
              <w:rPr>
                <w:rFonts w:ascii="Times New Roman" w:hAnsi="Times New Roman"/>
                <w:sz w:val="24"/>
              </w:rPr>
              <w:t>10</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28B869" w14:textId="77777777" w:rsidR="00F034CC" w:rsidRPr="00F440AD" w:rsidRDefault="001566EA">
            <w:pPr>
              <w:rPr>
                <w:rFonts w:ascii="Times New Roman" w:hAnsi="Times New Roman"/>
                <w:sz w:val="24"/>
              </w:rPr>
            </w:pPr>
            <w:r w:rsidRPr="00F440AD">
              <w:rPr>
                <w:rFonts w:ascii="Times New Roman" w:hAnsi="Times New Roman"/>
                <w:sz w:val="24"/>
              </w:rPr>
              <w:t>5</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374646" w14:textId="77777777" w:rsidR="00F034CC" w:rsidRPr="00F440AD" w:rsidRDefault="001566EA">
            <w:pPr>
              <w:rPr>
                <w:rFonts w:ascii="Times New Roman" w:hAnsi="Times New Roman"/>
                <w:sz w:val="24"/>
              </w:rPr>
            </w:pPr>
            <w:r w:rsidRPr="00F440AD">
              <w:rPr>
                <w:rFonts w:ascii="Times New Roman" w:hAnsi="Times New Roman"/>
                <w:sz w:val="24"/>
              </w:rPr>
              <w:t>1.22</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8FB2C3" w14:textId="77777777" w:rsidR="00F034CC" w:rsidRPr="00F440AD" w:rsidRDefault="001566EA">
            <w:pPr>
              <w:rPr>
                <w:rFonts w:ascii="Times New Roman" w:hAnsi="Times New Roman"/>
                <w:sz w:val="24"/>
              </w:rPr>
            </w:pPr>
            <w:r w:rsidRPr="00F440AD">
              <w:rPr>
                <w:rFonts w:ascii="Times New Roman" w:hAnsi="Times New Roman"/>
                <w:sz w:val="24"/>
              </w:rPr>
              <w:t>[0.48, 3.12]</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C9B9AE" w14:textId="77777777" w:rsidR="00F034CC" w:rsidRPr="00F440AD" w:rsidRDefault="00F034CC">
            <w:pPr>
              <w:rPr>
                <w:rFonts w:ascii="Times New Roman" w:hAnsi="Times New Roman"/>
                <w:sz w:val="24"/>
              </w:rPr>
            </w:pPr>
          </w:p>
        </w:tc>
      </w:tr>
      <w:tr w:rsidR="002F6A80" w14:paraId="0C48D2A0"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579BDC" w14:textId="4103C5FA" w:rsidR="00F034CC" w:rsidRPr="00F440AD" w:rsidRDefault="001566EA">
            <w:pPr>
              <w:rPr>
                <w:rFonts w:ascii="Times New Roman" w:hAnsi="Times New Roman"/>
                <w:sz w:val="24"/>
              </w:rPr>
            </w:pPr>
            <w:r w:rsidRPr="00F440AD">
              <w:rPr>
                <w:rFonts w:ascii="Times New Roman" w:hAnsi="Times New Roman"/>
                <w:sz w:val="24"/>
              </w:rPr>
              <w:t>Prior proteasome inhibitor</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0352E3" w14:textId="77777777" w:rsidR="00F034CC" w:rsidRPr="00F440AD" w:rsidRDefault="001566EA">
            <w:pPr>
              <w:rPr>
                <w:rFonts w:ascii="Times New Roman" w:hAnsi="Times New Roman"/>
                <w:sz w:val="24"/>
              </w:rPr>
            </w:pPr>
            <w:r w:rsidRPr="00F440AD">
              <w:rPr>
                <w:rFonts w:ascii="Times New Roman" w:hAnsi="Times New Roman"/>
                <w:sz w:val="24"/>
              </w:rPr>
              <w:t>No</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8FB3FF"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F8F5D6"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FBCF0F"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4354C2"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1755F2" w14:textId="77777777" w:rsidR="00F034CC" w:rsidRPr="00F440AD" w:rsidRDefault="001566EA">
            <w:pPr>
              <w:rPr>
                <w:rFonts w:ascii="Times New Roman" w:hAnsi="Times New Roman"/>
                <w:sz w:val="24"/>
              </w:rPr>
            </w:pPr>
            <w:r w:rsidRPr="00F440AD">
              <w:rPr>
                <w:rFonts w:ascii="Times New Roman" w:hAnsi="Times New Roman"/>
                <w:sz w:val="24"/>
              </w:rPr>
              <w:t>0.302</w:t>
            </w:r>
          </w:p>
        </w:tc>
      </w:tr>
      <w:tr w:rsidR="002F6A80" w14:paraId="27E5D420"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C4EFF5"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366DCE" w14:textId="77777777" w:rsidR="00F034CC" w:rsidRPr="00F440AD" w:rsidRDefault="001566EA">
            <w:pPr>
              <w:rPr>
                <w:rFonts w:ascii="Times New Roman" w:hAnsi="Times New Roman"/>
                <w:sz w:val="24"/>
              </w:rPr>
            </w:pPr>
            <w:r w:rsidRPr="00F440AD">
              <w:rPr>
                <w:rFonts w:ascii="Times New Roman" w:hAnsi="Times New Roman"/>
                <w:sz w:val="24"/>
              </w:rPr>
              <w:t>Yes</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1F75F2" w14:textId="77777777" w:rsidR="00F034CC" w:rsidRPr="00F440AD" w:rsidRDefault="001566EA">
            <w:pPr>
              <w:rPr>
                <w:rFonts w:ascii="Times New Roman" w:hAnsi="Times New Roman"/>
                <w:sz w:val="24"/>
              </w:rPr>
            </w:pPr>
            <w:r w:rsidRPr="00F440AD">
              <w:rPr>
                <w:rFonts w:ascii="Times New Roman" w:hAnsi="Times New Roman"/>
                <w:sz w:val="24"/>
              </w:rPr>
              <w:t>95</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FC6D01" w14:textId="77777777" w:rsidR="00F034CC" w:rsidRPr="00F440AD" w:rsidRDefault="001566EA">
            <w:pPr>
              <w:rPr>
                <w:rFonts w:ascii="Times New Roman" w:hAnsi="Times New Roman"/>
                <w:sz w:val="24"/>
              </w:rPr>
            </w:pPr>
            <w:r w:rsidRPr="00F440AD">
              <w:rPr>
                <w:rFonts w:ascii="Times New Roman" w:hAnsi="Times New Roman"/>
                <w:sz w:val="24"/>
              </w:rPr>
              <w:t>44</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EE79A8" w14:textId="77777777" w:rsidR="00F034CC" w:rsidRPr="00F440AD" w:rsidRDefault="001566EA">
            <w:pPr>
              <w:rPr>
                <w:rFonts w:ascii="Times New Roman" w:hAnsi="Times New Roman"/>
                <w:sz w:val="24"/>
              </w:rPr>
            </w:pPr>
            <w:r w:rsidRPr="00F440AD">
              <w:rPr>
                <w:rFonts w:ascii="Times New Roman" w:hAnsi="Times New Roman"/>
                <w:sz w:val="24"/>
              </w:rPr>
              <w:t>2.11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BE0803" w14:textId="77777777" w:rsidR="00F034CC" w:rsidRPr="00F440AD" w:rsidRDefault="001566EA">
            <w:pPr>
              <w:rPr>
                <w:rFonts w:ascii="Times New Roman" w:hAnsi="Times New Roman"/>
                <w:sz w:val="24"/>
              </w:rPr>
            </w:pPr>
            <w:r w:rsidRPr="00F440AD">
              <w:rPr>
                <w:rFonts w:ascii="Times New Roman" w:hAnsi="Times New Roman"/>
                <w:sz w:val="24"/>
              </w:rPr>
              <w:t>[0.51, 8.74]</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4616CE" w14:textId="77777777" w:rsidR="00F034CC" w:rsidRPr="00F440AD" w:rsidRDefault="00F034CC">
            <w:pPr>
              <w:rPr>
                <w:rFonts w:ascii="Times New Roman" w:hAnsi="Times New Roman"/>
                <w:sz w:val="24"/>
              </w:rPr>
            </w:pPr>
          </w:p>
        </w:tc>
      </w:tr>
      <w:tr w:rsidR="002F6A80" w14:paraId="336665D9"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0789B2" w14:textId="48CED2C0" w:rsidR="00F034CC" w:rsidRPr="00F440AD" w:rsidRDefault="001566EA">
            <w:pPr>
              <w:rPr>
                <w:rFonts w:ascii="Times New Roman" w:hAnsi="Times New Roman"/>
                <w:sz w:val="24"/>
              </w:rPr>
            </w:pPr>
            <w:r w:rsidRPr="00F440AD">
              <w:rPr>
                <w:rFonts w:ascii="Times New Roman" w:hAnsi="Times New Roman"/>
                <w:sz w:val="24"/>
              </w:rPr>
              <w:t>Prior immunomodulatory drug</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3A42BD" w14:textId="77777777" w:rsidR="00F034CC" w:rsidRPr="00F440AD" w:rsidRDefault="001566EA">
            <w:pPr>
              <w:rPr>
                <w:rFonts w:ascii="Times New Roman" w:hAnsi="Times New Roman"/>
                <w:sz w:val="24"/>
              </w:rPr>
            </w:pPr>
            <w:r w:rsidRPr="00F440AD">
              <w:rPr>
                <w:rFonts w:ascii="Times New Roman" w:hAnsi="Times New Roman"/>
                <w:sz w:val="24"/>
              </w:rPr>
              <w:t>No</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1F14AA" w14:textId="77777777" w:rsidR="00F034CC" w:rsidRPr="00F440AD" w:rsidRDefault="001566EA">
            <w:pPr>
              <w:rPr>
                <w:rFonts w:ascii="Times New Roman" w:hAnsi="Times New Roman"/>
                <w:sz w:val="24"/>
              </w:rPr>
            </w:pPr>
            <w:r w:rsidRPr="00F440AD">
              <w:rPr>
                <w:rFonts w:ascii="Times New Roman" w:hAnsi="Times New Roman"/>
                <w:sz w:val="24"/>
              </w:rPr>
              <w:t>33</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68ACF4" w14:textId="77777777" w:rsidR="00F034CC" w:rsidRPr="00F440AD" w:rsidRDefault="001566EA">
            <w:pPr>
              <w:rPr>
                <w:rFonts w:ascii="Times New Roman" w:hAnsi="Times New Roman"/>
                <w:sz w:val="24"/>
              </w:rPr>
            </w:pPr>
            <w:r w:rsidRPr="00F440AD">
              <w:rPr>
                <w:rFonts w:ascii="Times New Roman" w:hAnsi="Times New Roman"/>
                <w:sz w:val="24"/>
              </w:rPr>
              <w:t>11</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BFD566"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6A6BD7"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B80360" w14:textId="77777777" w:rsidR="00F034CC" w:rsidRPr="00F440AD" w:rsidRDefault="001566EA">
            <w:pPr>
              <w:rPr>
                <w:rFonts w:ascii="Times New Roman" w:hAnsi="Times New Roman"/>
                <w:sz w:val="24"/>
              </w:rPr>
            </w:pPr>
            <w:r w:rsidRPr="00F440AD">
              <w:rPr>
                <w:rFonts w:ascii="Times New Roman" w:hAnsi="Times New Roman"/>
                <w:sz w:val="24"/>
              </w:rPr>
              <w:t>0.345</w:t>
            </w:r>
          </w:p>
        </w:tc>
      </w:tr>
      <w:tr w:rsidR="002F6A80" w14:paraId="342EBD1D"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5E05DA"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137C1A" w14:textId="77777777" w:rsidR="00F034CC" w:rsidRPr="00F440AD" w:rsidRDefault="001566EA">
            <w:pPr>
              <w:rPr>
                <w:rFonts w:ascii="Times New Roman" w:hAnsi="Times New Roman"/>
                <w:sz w:val="24"/>
              </w:rPr>
            </w:pPr>
            <w:r w:rsidRPr="00F440AD">
              <w:rPr>
                <w:rFonts w:ascii="Times New Roman" w:hAnsi="Times New Roman"/>
                <w:sz w:val="24"/>
              </w:rPr>
              <w:t>Yes</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8CA751" w14:textId="77777777" w:rsidR="00F034CC" w:rsidRPr="00F440AD" w:rsidRDefault="001566EA">
            <w:pPr>
              <w:rPr>
                <w:rFonts w:ascii="Times New Roman" w:hAnsi="Times New Roman"/>
                <w:sz w:val="24"/>
              </w:rPr>
            </w:pPr>
            <w:r w:rsidRPr="00F440AD">
              <w:rPr>
                <w:rFonts w:ascii="Times New Roman" w:hAnsi="Times New Roman"/>
                <w:sz w:val="24"/>
              </w:rPr>
              <w:t>71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FBBF46" w14:textId="77777777" w:rsidR="00F034CC" w:rsidRPr="00F440AD" w:rsidRDefault="001566EA">
            <w:pPr>
              <w:rPr>
                <w:rFonts w:ascii="Times New Roman" w:hAnsi="Times New Roman"/>
                <w:sz w:val="24"/>
              </w:rPr>
            </w:pPr>
            <w:r w:rsidRPr="00F440AD">
              <w:rPr>
                <w:rFonts w:ascii="Times New Roman" w:hAnsi="Times New Roman"/>
                <w:sz w:val="24"/>
              </w:rPr>
              <w:t>35</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E582D2" w14:textId="77777777" w:rsidR="00F034CC" w:rsidRPr="00F440AD" w:rsidRDefault="001566EA">
            <w:pPr>
              <w:rPr>
                <w:rFonts w:ascii="Times New Roman" w:hAnsi="Times New Roman"/>
                <w:sz w:val="24"/>
              </w:rPr>
            </w:pPr>
            <w:r w:rsidRPr="00F440AD">
              <w:rPr>
                <w:rFonts w:ascii="Times New Roman" w:hAnsi="Times New Roman"/>
                <w:sz w:val="24"/>
              </w:rPr>
              <w:t>1.39</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D89A72" w14:textId="77777777" w:rsidR="00F034CC" w:rsidRPr="00F440AD" w:rsidRDefault="001566EA">
            <w:pPr>
              <w:rPr>
                <w:rFonts w:ascii="Times New Roman" w:hAnsi="Times New Roman"/>
                <w:sz w:val="24"/>
              </w:rPr>
            </w:pPr>
            <w:r w:rsidRPr="00F440AD">
              <w:rPr>
                <w:rFonts w:ascii="Times New Roman" w:hAnsi="Times New Roman"/>
                <w:sz w:val="24"/>
              </w:rPr>
              <w:t>[0.70, 2.74]</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A9B26D" w14:textId="77777777" w:rsidR="00F034CC" w:rsidRPr="00F440AD" w:rsidRDefault="00F034CC">
            <w:pPr>
              <w:rPr>
                <w:rFonts w:ascii="Times New Roman" w:hAnsi="Times New Roman"/>
                <w:sz w:val="24"/>
              </w:rPr>
            </w:pPr>
          </w:p>
        </w:tc>
      </w:tr>
      <w:tr w:rsidR="009C0590" w14:paraId="3957802E"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19E040" w14:textId="77777777" w:rsidR="00F034CC" w:rsidRPr="00F440AD" w:rsidRDefault="001566EA">
            <w:pPr>
              <w:rPr>
                <w:rFonts w:ascii="Times New Roman" w:hAnsi="Times New Roman"/>
                <w:sz w:val="24"/>
              </w:rPr>
            </w:pPr>
            <w:r w:rsidRPr="00F440AD">
              <w:rPr>
                <w:rFonts w:ascii="Times New Roman" w:hAnsi="Times New Roman"/>
                <w:sz w:val="24"/>
              </w:rPr>
              <w:t>Relapsed multiple myeloma</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BC9B23" w14:textId="77777777" w:rsidR="00F034CC" w:rsidRPr="00F440AD" w:rsidRDefault="001566EA">
            <w:pPr>
              <w:rPr>
                <w:rFonts w:ascii="Times New Roman" w:hAnsi="Times New Roman"/>
                <w:sz w:val="24"/>
              </w:rPr>
            </w:pPr>
            <w:r w:rsidRPr="00F440AD">
              <w:rPr>
                <w:rFonts w:ascii="Times New Roman" w:hAnsi="Times New Roman"/>
                <w:sz w:val="24"/>
              </w:rPr>
              <w:t>No</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988E26"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91EF71" w14:textId="77777777" w:rsidR="00F034CC" w:rsidRPr="00F440AD" w:rsidRDefault="001566EA">
            <w:pPr>
              <w:rPr>
                <w:rFonts w:ascii="Times New Roman" w:hAnsi="Times New Roman"/>
                <w:sz w:val="24"/>
              </w:rPr>
            </w:pPr>
            <w:r w:rsidRPr="00F440AD">
              <w:rPr>
                <w:rFonts w:ascii="Times New Roman" w:hAnsi="Times New Roman"/>
                <w:sz w:val="24"/>
              </w:rPr>
              <w:t>3</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9B9F42"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39A5AF"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95E3F8" w14:textId="77777777" w:rsidR="00F034CC" w:rsidRPr="00F440AD" w:rsidRDefault="001566EA">
            <w:pPr>
              <w:rPr>
                <w:rFonts w:ascii="Times New Roman" w:hAnsi="Times New Roman"/>
                <w:sz w:val="24"/>
              </w:rPr>
            </w:pPr>
            <w:r w:rsidRPr="00F440AD">
              <w:rPr>
                <w:rFonts w:ascii="Times New Roman" w:hAnsi="Times New Roman"/>
                <w:sz w:val="24"/>
              </w:rPr>
              <w:t>0.352</w:t>
            </w:r>
          </w:p>
        </w:tc>
      </w:tr>
      <w:tr w:rsidR="009C0590" w14:paraId="744DACDA"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DD2B71"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D879DF" w14:textId="77777777" w:rsidR="00F034CC" w:rsidRPr="00F440AD" w:rsidRDefault="001566EA">
            <w:pPr>
              <w:rPr>
                <w:rFonts w:ascii="Times New Roman" w:hAnsi="Times New Roman"/>
                <w:sz w:val="24"/>
              </w:rPr>
            </w:pPr>
            <w:r w:rsidRPr="00F440AD">
              <w:rPr>
                <w:rFonts w:ascii="Times New Roman" w:hAnsi="Times New Roman"/>
                <w:sz w:val="24"/>
              </w:rPr>
              <w:t>Yes</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C8488A" w14:textId="77777777" w:rsidR="00F034CC" w:rsidRPr="00F440AD" w:rsidRDefault="001566EA">
            <w:pPr>
              <w:rPr>
                <w:rFonts w:ascii="Times New Roman" w:hAnsi="Times New Roman"/>
                <w:sz w:val="24"/>
              </w:rPr>
            </w:pPr>
            <w:r w:rsidRPr="00F440AD">
              <w:rPr>
                <w:rFonts w:ascii="Times New Roman" w:hAnsi="Times New Roman"/>
                <w:sz w:val="24"/>
              </w:rPr>
              <w:t>95</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939898" w14:textId="77777777" w:rsidR="00F034CC" w:rsidRPr="00F440AD" w:rsidRDefault="001566EA">
            <w:pPr>
              <w:rPr>
                <w:rFonts w:ascii="Times New Roman" w:hAnsi="Times New Roman"/>
                <w:sz w:val="24"/>
              </w:rPr>
            </w:pPr>
            <w:r w:rsidRPr="00F440AD">
              <w:rPr>
                <w:rFonts w:ascii="Times New Roman" w:hAnsi="Times New Roman"/>
                <w:sz w:val="24"/>
              </w:rPr>
              <w:t>43</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51DD7B" w14:textId="77777777" w:rsidR="00F034CC" w:rsidRPr="00F440AD" w:rsidRDefault="001566EA">
            <w:pPr>
              <w:rPr>
                <w:rFonts w:ascii="Times New Roman" w:hAnsi="Times New Roman"/>
                <w:sz w:val="24"/>
              </w:rPr>
            </w:pPr>
            <w:r w:rsidRPr="00F440AD">
              <w:rPr>
                <w:rFonts w:ascii="Times New Roman" w:hAnsi="Times New Roman"/>
                <w:sz w:val="24"/>
              </w:rPr>
              <w:t>1.75</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AA7E7E" w14:textId="77777777" w:rsidR="00F034CC" w:rsidRPr="00F440AD" w:rsidRDefault="001566EA">
            <w:pPr>
              <w:rPr>
                <w:rFonts w:ascii="Times New Roman" w:hAnsi="Times New Roman"/>
                <w:sz w:val="24"/>
              </w:rPr>
            </w:pPr>
            <w:r w:rsidRPr="00F440AD">
              <w:rPr>
                <w:rFonts w:ascii="Times New Roman" w:hAnsi="Times New Roman"/>
                <w:sz w:val="24"/>
              </w:rPr>
              <w:t>[0.54, 5.66]</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C37433" w14:textId="77777777" w:rsidR="00F034CC" w:rsidRPr="00F440AD" w:rsidRDefault="00F034CC">
            <w:pPr>
              <w:rPr>
                <w:rFonts w:ascii="Times New Roman" w:hAnsi="Times New Roman"/>
                <w:sz w:val="24"/>
              </w:rPr>
            </w:pPr>
          </w:p>
        </w:tc>
      </w:tr>
      <w:tr w:rsidR="009C0590" w14:paraId="31825D8C"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2ED2FB6" w14:textId="77777777" w:rsidR="00F034CC" w:rsidRPr="00F440AD" w:rsidRDefault="001566EA">
            <w:pPr>
              <w:rPr>
                <w:rFonts w:ascii="Times New Roman" w:hAnsi="Times New Roman"/>
                <w:sz w:val="24"/>
              </w:rPr>
            </w:pPr>
            <w:r w:rsidRPr="00F440AD">
              <w:rPr>
                <w:rFonts w:ascii="Times New Roman" w:hAnsi="Times New Roman"/>
                <w:sz w:val="24"/>
              </w:rPr>
              <w:t>Refractory multiple myeloma</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4C5786" w14:textId="77777777" w:rsidR="00F034CC" w:rsidRPr="00F440AD" w:rsidRDefault="001566EA">
            <w:pPr>
              <w:rPr>
                <w:rFonts w:ascii="Times New Roman" w:hAnsi="Times New Roman"/>
                <w:sz w:val="24"/>
              </w:rPr>
            </w:pPr>
            <w:r w:rsidRPr="00F440AD">
              <w:rPr>
                <w:rFonts w:ascii="Times New Roman" w:hAnsi="Times New Roman"/>
                <w:sz w:val="24"/>
              </w:rPr>
              <w:t>No</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C67390" w14:textId="77777777" w:rsidR="00F034CC" w:rsidRPr="00F440AD" w:rsidRDefault="001566EA">
            <w:pPr>
              <w:rPr>
                <w:rFonts w:ascii="Times New Roman" w:hAnsi="Times New Roman"/>
                <w:sz w:val="24"/>
              </w:rPr>
            </w:pPr>
            <w:r w:rsidRPr="00F440AD">
              <w:rPr>
                <w:rFonts w:ascii="Times New Roman" w:hAnsi="Times New Roman"/>
                <w:sz w:val="24"/>
              </w:rPr>
              <w:t>82</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4C4AE2" w14:textId="77777777" w:rsidR="00F034CC" w:rsidRPr="00F440AD" w:rsidRDefault="001566EA">
            <w:pPr>
              <w:rPr>
                <w:rFonts w:ascii="Times New Roman" w:hAnsi="Times New Roman"/>
                <w:sz w:val="24"/>
              </w:rPr>
            </w:pPr>
            <w:r w:rsidRPr="00F440AD">
              <w:rPr>
                <w:rFonts w:ascii="Times New Roman" w:hAnsi="Times New Roman"/>
                <w:sz w:val="24"/>
              </w:rPr>
              <w:t>38</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E18555"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C507CA"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C8982A" w14:textId="77777777" w:rsidR="00F034CC" w:rsidRPr="00F440AD" w:rsidRDefault="001566EA">
            <w:pPr>
              <w:rPr>
                <w:rFonts w:ascii="Times New Roman" w:hAnsi="Times New Roman"/>
                <w:sz w:val="24"/>
              </w:rPr>
            </w:pPr>
            <w:r w:rsidRPr="00F440AD">
              <w:rPr>
                <w:rFonts w:ascii="Times New Roman" w:hAnsi="Times New Roman"/>
                <w:sz w:val="24"/>
              </w:rPr>
              <w:t>0.533</w:t>
            </w:r>
          </w:p>
        </w:tc>
      </w:tr>
      <w:tr w:rsidR="009C0590" w14:paraId="5579E635"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4B98FA"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3895D8" w14:textId="77777777" w:rsidR="00F034CC" w:rsidRPr="00F440AD" w:rsidRDefault="001566EA">
            <w:pPr>
              <w:rPr>
                <w:rFonts w:ascii="Times New Roman" w:hAnsi="Times New Roman"/>
                <w:sz w:val="24"/>
              </w:rPr>
            </w:pPr>
            <w:r w:rsidRPr="00F440AD">
              <w:rPr>
                <w:rFonts w:ascii="Times New Roman" w:hAnsi="Times New Roman"/>
                <w:sz w:val="24"/>
              </w:rPr>
              <w:t>Yes</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D97662" w14:textId="77777777" w:rsidR="00F034CC" w:rsidRPr="00F440AD" w:rsidRDefault="001566EA">
            <w:pPr>
              <w:rPr>
                <w:rFonts w:ascii="Times New Roman" w:hAnsi="Times New Roman"/>
                <w:sz w:val="24"/>
              </w:rPr>
            </w:pPr>
            <w:r w:rsidRPr="00F440AD">
              <w:rPr>
                <w:rFonts w:ascii="Times New Roman" w:hAnsi="Times New Roman"/>
                <w:sz w:val="24"/>
              </w:rPr>
              <w:t>22</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9F4B45"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175C5A" w14:textId="77777777" w:rsidR="00F034CC" w:rsidRPr="00F440AD" w:rsidRDefault="001566EA">
            <w:pPr>
              <w:rPr>
                <w:rFonts w:ascii="Times New Roman" w:hAnsi="Times New Roman"/>
                <w:sz w:val="24"/>
              </w:rPr>
            </w:pPr>
            <w:r w:rsidRPr="00F440AD">
              <w:rPr>
                <w:rFonts w:ascii="Times New Roman" w:hAnsi="Times New Roman"/>
                <w:sz w:val="24"/>
              </w:rPr>
              <w:t>0.78</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3EAAB6" w14:textId="77777777" w:rsidR="00F034CC" w:rsidRPr="00F440AD" w:rsidRDefault="001566EA">
            <w:pPr>
              <w:rPr>
                <w:rFonts w:ascii="Times New Roman" w:hAnsi="Times New Roman"/>
                <w:sz w:val="24"/>
              </w:rPr>
            </w:pPr>
            <w:r w:rsidRPr="00F440AD">
              <w:rPr>
                <w:rFonts w:ascii="Times New Roman" w:hAnsi="Times New Roman"/>
                <w:sz w:val="24"/>
              </w:rPr>
              <w:t>[0.36, 1.69]</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27BC90" w14:textId="77777777" w:rsidR="00F034CC" w:rsidRPr="00F440AD" w:rsidRDefault="00F034CC">
            <w:pPr>
              <w:rPr>
                <w:rFonts w:ascii="Times New Roman" w:hAnsi="Times New Roman"/>
                <w:sz w:val="24"/>
              </w:rPr>
            </w:pPr>
          </w:p>
        </w:tc>
      </w:tr>
      <w:tr w:rsidR="002F6A80" w14:paraId="7238EF0E"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816FDF" w14:textId="4177DBCD" w:rsidR="00F034CC" w:rsidRPr="00F440AD" w:rsidRDefault="001566EA">
            <w:pPr>
              <w:rPr>
                <w:rFonts w:ascii="Times New Roman" w:hAnsi="Times New Roman"/>
                <w:sz w:val="24"/>
              </w:rPr>
            </w:pPr>
            <w:r w:rsidRPr="00F440AD">
              <w:rPr>
                <w:rFonts w:ascii="Times New Roman" w:hAnsi="Times New Roman"/>
                <w:sz w:val="24"/>
              </w:rPr>
              <w:t>Bortezomib response</w:t>
            </w:r>
          </w:p>
          <w:p w14:paraId="40AD9813" w14:textId="77777777" w:rsidR="00F034CC" w:rsidRPr="00F440AD" w:rsidRDefault="001566EA">
            <w:pPr>
              <w:rPr>
                <w:rFonts w:ascii="Times New Roman" w:hAnsi="Times New Roman"/>
                <w:sz w:val="24"/>
              </w:rPr>
            </w:pPr>
            <w:proofErr w:type="spellStart"/>
            <w:r w:rsidRPr="00F440AD">
              <w:rPr>
                <w:rFonts w:ascii="Times New Roman" w:hAnsi="Times New Roman"/>
                <w:sz w:val="24"/>
              </w:rPr>
              <w:t>duration</w:t>
            </w:r>
            <w:r w:rsidRPr="00F440AD">
              <w:rPr>
                <w:rFonts w:ascii="Times New Roman" w:hAnsi="Times New Roman"/>
                <w:sz w:val="24"/>
                <w:vertAlign w:val="superscript"/>
              </w:rPr>
              <w:t>b</w:t>
            </w:r>
            <w:proofErr w:type="spellEnd"/>
            <w:r w:rsidRPr="00F440AD">
              <w:rPr>
                <w:rFonts w:ascii="Times New Roman" w:hAnsi="Times New Roman"/>
                <w:sz w:val="24"/>
              </w:rPr>
              <w:t xml:space="preserve"> (months)</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AFF77A" w14:textId="77777777" w:rsidR="00F034CC" w:rsidRPr="00F440AD" w:rsidRDefault="001566EA">
            <w:pPr>
              <w:rPr>
                <w:rFonts w:ascii="Times New Roman" w:hAnsi="Times New Roman"/>
                <w:sz w:val="24"/>
              </w:rPr>
            </w:pPr>
            <w:r w:rsidRPr="00F440AD">
              <w:rPr>
                <w:rFonts w:ascii="Times New Roman" w:hAnsi="Times New Roman"/>
                <w:sz w:val="24"/>
              </w:rPr>
              <w:t>&lt;6</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B5F6B6" w14:textId="77777777" w:rsidR="00F034CC" w:rsidRPr="00F440AD" w:rsidRDefault="001566EA">
            <w:pPr>
              <w:rPr>
                <w:rFonts w:ascii="Times New Roman" w:hAnsi="Times New Roman"/>
                <w:sz w:val="24"/>
              </w:rPr>
            </w:pPr>
            <w:r w:rsidRPr="00F440AD">
              <w:rPr>
                <w:rFonts w:ascii="Times New Roman" w:hAnsi="Times New Roman"/>
                <w:sz w:val="24"/>
              </w:rPr>
              <w:t>11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C67378"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4883C8"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F46A8C"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A83D00" w14:textId="77777777" w:rsidR="00F034CC" w:rsidRPr="00F440AD" w:rsidRDefault="001566EA">
            <w:pPr>
              <w:rPr>
                <w:rFonts w:ascii="Times New Roman" w:hAnsi="Times New Roman"/>
                <w:sz w:val="24"/>
              </w:rPr>
            </w:pPr>
            <w:r w:rsidRPr="00F440AD">
              <w:rPr>
                <w:rFonts w:ascii="Times New Roman" w:hAnsi="Times New Roman"/>
                <w:sz w:val="24"/>
              </w:rPr>
              <w:t>0.278</w:t>
            </w:r>
          </w:p>
        </w:tc>
      </w:tr>
      <w:tr w:rsidR="002F6A80" w14:paraId="3A667B52"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37E5EC"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7C4FB3" w14:textId="77777777" w:rsidR="00F034CC" w:rsidRPr="00F440AD" w:rsidRDefault="001566EA">
            <w:pPr>
              <w:rPr>
                <w:rFonts w:ascii="Times New Roman" w:hAnsi="Times New Roman"/>
                <w:sz w:val="24"/>
              </w:rPr>
            </w:pPr>
            <w:r w:rsidRPr="00F440AD">
              <w:rPr>
                <w:rFonts w:ascii="Times New Roman" w:hAnsi="Times New Roman"/>
                <w:sz w:val="24"/>
              </w:rPr>
              <w:t>≥6</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0A4C03" w14:textId="77777777" w:rsidR="00F034CC" w:rsidRPr="00F440AD" w:rsidRDefault="001566EA">
            <w:pPr>
              <w:rPr>
                <w:rFonts w:ascii="Times New Roman" w:hAnsi="Times New Roman"/>
                <w:sz w:val="24"/>
              </w:rPr>
            </w:pPr>
            <w:r w:rsidRPr="00F440AD">
              <w:rPr>
                <w:rFonts w:ascii="Times New Roman" w:hAnsi="Times New Roman"/>
                <w:sz w:val="24"/>
              </w:rPr>
              <w:t>70</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12DB97" w14:textId="77777777" w:rsidR="00F034CC" w:rsidRPr="00F440AD" w:rsidRDefault="001566EA">
            <w:pPr>
              <w:rPr>
                <w:rFonts w:ascii="Times New Roman" w:hAnsi="Times New Roman"/>
                <w:sz w:val="24"/>
              </w:rPr>
            </w:pPr>
            <w:r w:rsidRPr="00F440AD">
              <w:rPr>
                <w:rFonts w:ascii="Times New Roman" w:hAnsi="Times New Roman"/>
                <w:sz w:val="24"/>
              </w:rPr>
              <w:t>32</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7F1B27" w14:textId="77777777" w:rsidR="00F034CC" w:rsidRPr="00F440AD" w:rsidRDefault="001566EA">
            <w:pPr>
              <w:rPr>
                <w:rFonts w:ascii="Times New Roman" w:hAnsi="Times New Roman"/>
                <w:sz w:val="24"/>
              </w:rPr>
            </w:pPr>
            <w:r w:rsidRPr="00F440AD">
              <w:rPr>
                <w:rFonts w:ascii="Times New Roman" w:hAnsi="Times New Roman"/>
                <w:sz w:val="24"/>
              </w:rPr>
              <w:t>2.21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418535" w14:textId="77777777" w:rsidR="00F034CC" w:rsidRPr="00F440AD" w:rsidRDefault="001566EA">
            <w:pPr>
              <w:rPr>
                <w:rFonts w:ascii="Times New Roman" w:hAnsi="Times New Roman"/>
                <w:sz w:val="24"/>
              </w:rPr>
            </w:pPr>
            <w:r w:rsidRPr="00F440AD">
              <w:rPr>
                <w:rFonts w:ascii="Times New Roman" w:hAnsi="Times New Roman"/>
                <w:sz w:val="24"/>
              </w:rPr>
              <w:t>[0.53, 9.23]</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9FF428" w14:textId="77777777" w:rsidR="00F034CC" w:rsidRPr="00F440AD" w:rsidRDefault="00F034CC">
            <w:pPr>
              <w:rPr>
                <w:rFonts w:ascii="Times New Roman" w:hAnsi="Times New Roman"/>
                <w:sz w:val="24"/>
              </w:rPr>
            </w:pPr>
          </w:p>
        </w:tc>
      </w:tr>
      <w:tr w:rsidR="002F6A80" w14:paraId="17A341BE"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95DBFF"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258BFE" w14:textId="77777777" w:rsidR="00F034CC" w:rsidRPr="00F440AD" w:rsidRDefault="001566EA">
            <w:pPr>
              <w:rPr>
                <w:rFonts w:ascii="Times New Roman" w:hAnsi="Times New Roman"/>
                <w:sz w:val="24"/>
              </w:rPr>
            </w:pPr>
            <w:r w:rsidRPr="00F440AD">
              <w:rPr>
                <w:rFonts w:ascii="Times New Roman" w:hAnsi="Times New Roman"/>
                <w:sz w:val="24"/>
              </w:rPr>
              <w:t>&lt;12</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787E9E" w14:textId="77777777" w:rsidR="00F034CC" w:rsidRPr="00F440AD" w:rsidRDefault="001566EA">
            <w:pPr>
              <w:rPr>
                <w:rFonts w:ascii="Times New Roman" w:hAnsi="Times New Roman"/>
                <w:sz w:val="24"/>
              </w:rPr>
            </w:pPr>
            <w:r w:rsidRPr="00F440AD">
              <w:rPr>
                <w:rFonts w:ascii="Times New Roman" w:hAnsi="Times New Roman"/>
                <w:sz w:val="24"/>
              </w:rPr>
              <w:t>21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9E4A3D" w14:textId="77777777" w:rsidR="00F034CC" w:rsidRPr="00F440AD" w:rsidRDefault="001566EA">
            <w:pPr>
              <w:rPr>
                <w:rFonts w:ascii="Times New Roman" w:hAnsi="Times New Roman"/>
                <w:sz w:val="24"/>
              </w:rPr>
            </w:pPr>
            <w:r w:rsidRPr="00F440AD">
              <w:rPr>
                <w:rFonts w:ascii="Times New Roman" w:hAnsi="Times New Roman"/>
                <w:sz w:val="24"/>
              </w:rPr>
              <w:t>7</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92F401"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A7AF25"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F6DDAF" w14:textId="77777777" w:rsidR="00F034CC" w:rsidRPr="00F440AD" w:rsidRDefault="001566EA">
            <w:pPr>
              <w:rPr>
                <w:rFonts w:ascii="Times New Roman" w:hAnsi="Times New Roman"/>
                <w:sz w:val="24"/>
              </w:rPr>
            </w:pPr>
            <w:r w:rsidRPr="00F440AD">
              <w:rPr>
                <w:rFonts w:ascii="Times New Roman" w:hAnsi="Times New Roman"/>
                <w:sz w:val="24"/>
              </w:rPr>
              <w:t>0.963</w:t>
            </w:r>
          </w:p>
        </w:tc>
      </w:tr>
      <w:tr w:rsidR="002F6A80" w14:paraId="7FD205F7"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1DCE38"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7D1D07" w14:textId="77777777" w:rsidR="00F034CC" w:rsidRPr="00F440AD" w:rsidRDefault="001566EA">
            <w:pPr>
              <w:rPr>
                <w:rFonts w:ascii="Times New Roman" w:hAnsi="Times New Roman"/>
                <w:sz w:val="24"/>
              </w:rPr>
            </w:pPr>
            <w:r w:rsidRPr="00F440AD">
              <w:rPr>
                <w:rFonts w:ascii="Times New Roman" w:hAnsi="Times New Roman"/>
                <w:sz w:val="24"/>
              </w:rPr>
              <w:t>≥12</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CF518F" w14:textId="77777777" w:rsidR="00F034CC" w:rsidRPr="00F440AD" w:rsidRDefault="001566EA">
            <w:pPr>
              <w:rPr>
                <w:rFonts w:ascii="Times New Roman" w:hAnsi="Times New Roman"/>
                <w:sz w:val="24"/>
              </w:rPr>
            </w:pPr>
            <w:r w:rsidRPr="00F440AD">
              <w:rPr>
                <w:rFonts w:ascii="Times New Roman" w:hAnsi="Times New Roman"/>
                <w:sz w:val="24"/>
              </w:rPr>
              <w:t>60</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78C7BF"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93BA56" w14:textId="77777777" w:rsidR="00F034CC" w:rsidRPr="00F440AD" w:rsidRDefault="001566EA">
            <w:pPr>
              <w:rPr>
                <w:rFonts w:ascii="Times New Roman" w:hAnsi="Times New Roman"/>
                <w:sz w:val="24"/>
              </w:rPr>
            </w:pPr>
            <w:r w:rsidRPr="00F440AD">
              <w:rPr>
                <w:rFonts w:ascii="Times New Roman" w:hAnsi="Times New Roman"/>
                <w:sz w:val="24"/>
              </w:rPr>
              <w:t>1.02</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6047D1" w14:textId="77777777" w:rsidR="00F034CC" w:rsidRPr="00F440AD" w:rsidRDefault="001566EA">
            <w:pPr>
              <w:rPr>
                <w:rFonts w:ascii="Times New Roman" w:hAnsi="Times New Roman"/>
                <w:sz w:val="24"/>
              </w:rPr>
            </w:pPr>
            <w:r w:rsidRPr="00F440AD">
              <w:rPr>
                <w:rFonts w:ascii="Times New Roman" w:hAnsi="Times New Roman"/>
                <w:sz w:val="24"/>
              </w:rPr>
              <w:t>[0.44, 2.35]</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AFD6D9" w14:textId="77777777" w:rsidR="00F034CC" w:rsidRPr="00F440AD" w:rsidRDefault="00F034CC">
            <w:pPr>
              <w:rPr>
                <w:rFonts w:ascii="Times New Roman" w:hAnsi="Times New Roman"/>
                <w:sz w:val="24"/>
              </w:rPr>
            </w:pPr>
          </w:p>
        </w:tc>
      </w:tr>
      <w:tr w:rsidR="002F6A80" w14:paraId="0A4F8FE2"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3BCB58"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F4B721" w14:textId="77777777" w:rsidR="00F034CC" w:rsidRPr="00F440AD" w:rsidRDefault="001566EA">
            <w:pPr>
              <w:rPr>
                <w:rFonts w:ascii="Times New Roman" w:hAnsi="Times New Roman"/>
                <w:sz w:val="24"/>
              </w:rPr>
            </w:pPr>
            <w:r w:rsidRPr="00F440AD">
              <w:rPr>
                <w:rFonts w:ascii="Times New Roman" w:hAnsi="Times New Roman"/>
                <w:sz w:val="24"/>
              </w:rPr>
              <w:t>&lt;18</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221D64" w14:textId="77777777" w:rsidR="00F034CC" w:rsidRPr="00F440AD" w:rsidRDefault="001566EA">
            <w:pPr>
              <w:rPr>
                <w:rFonts w:ascii="Times New Roman" w:hAnsi="Times New Roman"/>
                <w:sz w:val="24"/>
              </w:rPr>
            </w:pPr>
            <w:r w:rsidRPr="00F440AD">
              <w:rPr>
                <w:rFonts w:ascii="Times New Roman" w:hAnsi="Times New Roman"/>
                <w:sz w:val="24"/>
              </w:rPr>
              <w:t>31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CE6C35" w14:textId="77777777" w:rsidR="00F034CC" w:rsidRPr="00F440AD" w:rsidRDefault="001566EA">
            <w:pPr>
              <w:rPr>
                <w:rFonts w:ascii="Times New Roman" w:hAnsi="Times New Roman"/>
                <w:sz w:val="24"/>
              </w:rPr>
            </w:pPr>
            <w:r w:rsidRPr="00F440AD">
              <w:rPr>
                <w:rFonts w:ascii="Times New Roman" w:hAnsi="Times New Roman"/>
                <w:sz w:val="24"/>
              </w:rPr>
              <w:t>11</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19EFC9"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10FD9D"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DE32CB" w14:textId="77777777" w:rsidR="00F034CC" w:rsidRPr="00F440AD" w:rsidRDefault="001566EA">
            <w:pPr>
              <w:rPr>
                <w:rFonts w:ascii="Times New Roman" w:hAnsi="Times New Roman"/>
                <w:sz w:val="24"/>
              </w:rPr>
            </w:pPr>
            <w:r w:rsidRPr="00F440AD">
              <w:rPr>
                <w:rFonts w:ascii="Times New Roman" w:hAnsi="Times New Roman"/>
                <w:sz w:val="24"/>
              </w:rPr>
              <w:t>0.677</w:t>
            </w:r>
          </w:p>
        </w:tc>
      </w:tr>
      <w:tr w:rsidR="002F6A80" w14:paraId="067395FE"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4F8793"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10EE43"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9174B5" w14:textId="77777777" w:rsidR="00F034CC" w:rsidRPr="00F440AD" w:rsidRDefault="001566EA">
            <w:pPr>
              <w:rPr>
                <w:rFonts w:ascii="Times New Roman" w:hAnsi="Times New Roman"/>
                <w:sz w:val="24"/>
              </w:rPr>
            </w:pPr>
            <w:r w:rsidRPr="00F440AD">
              <w:rPr>
                <w:rFonts w:ascii="Times New Roman" w:hAnsi="Times New Roman"/>
                <w:sz w:val="24"/>
              </w:rPr>
              <w:t>50</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36FAAC" w14:textId="77777777" w:rsidR="00F034CC" w:rsidRPr="00F440AD" w:rsidRDefault="001566EA">
            <w:pPr>
              <w:rPr>
                <w:rFonts w:ascii="Times New Roman" w:hAnsi="Times New Roman"/>
                <w:sz w:val="24"/>
              </w:rPr>
            </w:pPr>
            <w:r w:rsidRPr="00F440AD">
              <w:rPr>
                <w:rFonts w:ascii="Times New Roman" w:hAnsi="Times New Roman"/>
                <w:sz w:val="24"/>
              </w:rPr>
              <w:t>23</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3B9E29" w14:textId="77777777" w:rsidR="00F034CC" w:rsidRPr="00F440AD" w:rsidRDefault="001566EA">
            <w:pPr>
              <w:rPr>
                <w:rFonts w:ascii="Times New Roman" w:hAnsi="Times New Roman"/>
                <w:sz w:val="24"/>
              </w:rPr>
            </w:pPr>
            <w:r w:rsidRPr="00F440AD">
              <w:rPr>
                <w:rFonts w:ascii="Times New Roman" w:hAnsi="Times New Roman"/>
                <w:sz w:val="24"/>
              </w:rPr>
              <w:t>1.17</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2F402A" w14:textId="77777777" w:rsidR="00F034CC" w:rsidRPr="00F440AD" w:rsidRDefault="001566EA">
            <w:pPr>
              <w:rPr>
                <w:rFonts w:ascii="Times New Roman" w:hAnsi="Times New Roman"/>
                <w:sz w:val="24"/>
              </w:rPr>
            </w:pPr>
            <w:r w:rsidRPr="00F440AD">
              <w:rPr>
                <w:rFonts w:ascii="Times New Roman" w:hAnsi="Times New Roman"/>
                <w:sz w:val="24"/>
              </w:rPr>
              <w:t>[0.57, 2.39]</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BD9114" w14:textId="77777777" w:rsidR="00F034CC" w:rsidRPr="00F440AD" w:rsidRDefault="00F034CC">
            <w:pPr>
              <w:rPr>
                <w:rFonts w:ascii="Times New Roman" w:hAnsi="Times New Roman"/>
                <w:sz w:val="24"/>
              </w:rPr>
            </w:pPr>
          </w:p>
        </w:tc>
      </w:tr>
      <w:tr w:rsidR="002F6A80" w14:paraId="072A308C"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4DF011"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FF77E5" w14:textId="77777777" w:rsidR="00F034CC" w:rsidRPr="00F440AD" w:rsidRDefault="001566EA">
            <w:pPr>
              <w:rPr>
                <w:rFonts w:ascii="Times New Roman" w:hAnsi="Times New Roman"/>
                <w:sz w:val="24"/>
              </w:rPr>
            </w:pPr>
            <w:r w:rsidRPr="00F440AD">
              <w:rPr>
                <w:rFonts w:ascii="Times New Roman" w:hAnsi="Times New Roman"/>
                <w:sz w:val="24"/>
              </w:rPr>
              <w:t>&lt;24</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A75D1D" w14:textId="77777777" w:rsidR="00F034CC" w:rsidRPr="00F440AD" w:rsidRDefault="001566EA">
            <w:pPr>
              <w:rPr>
                <w:rFonts w:ascii="Times New Roman" w:hAnsi="Times New Roman"/>
                <w:sz w:val="24"/>
              </w:rPr>
            </w:pPr>
            <w:r w:rsidRPr="00F440AD">
              <w:rPr>
                <w:rFonts w:ascii="Times New Roman" w:hAnsi="Times New Roman"/>
                <w:sz w:val="24"/>
              </w:rPr>
              <w:t>46</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AC01F8" w14:textId="77777777" w:rsidR="00F034CC" w:rsidRPr="00F440AD" w:rsidRDefault="001566EA">
            <w:pPr>
              <w:rPr>
                <w:rFonts w:ascii="Times New Roman" w:hAnsi="Times New Roman"/>
                <w:sz w:val="24"/>
              </w:rPr>
            </w:pPr>
            <w:r w:rsidRPr="00F440AD">
              <w:rPr>
                <w:rFonts w:ascii="Times New Roman" w:hAnsi="Times New Roman"/>
                <w:sz w:val="24"/>
              </w:rPr>
              <w:t>16</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D4582B"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4731A1"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47B652" w14:textId="77777777" w:rsidR="00F034CC" w:rsidRPr="00F440AD" w:rsidRDefault="001566EA">
            <w:pPr>
              <w:rPr>
                <w:rFonts w:ascii="Times New Roman" w:hAnsi="Times New Roman"/>
                <w:sz w:val="24"/>
              </w:rPr>
            </w:pPr>
            <w:r w:rsidRPr="00F440AD">
              <w:rPr>
                <w:rFonts w:ascii="Times New Roman" w:hAnsi="Times New Roman"/>
                <w:sz w:val="24"/>
              </w:rPr>
              <w:t>0.181</w:t>
            </w:r>
          </w:p>
        </w:tc>
      </w:tr>
      <w:tr w:rsidR="002F6A80" w14:paraId="7CA63B7E"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952CA5"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DEA237" w14:textId="77777777" w:rsidR="00F034CC" w:rsidRPr="00F440AD" w:rsidRDefault="001566EA">
            <w:pPr>
              <w:rPr>
                <w:rFonts w:ascii="Times New Roman" w:hAnsi="Times New Roman"/>
                <w:sz w:val="24"/>
              </w:rPr>
            </w:pPr>
            <w:r w:rsidRPr="00F440AD">
              <w:rPr>
                <w:rFonts w:ascii="Times New Roman" w:hAnsi="Times New Roman"/>
                <w:sz w:val="24"/>
              </w:rPr>
              <w:t>≥24</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01DD97" w14:textId="77777777" w:rsidR="00F034CC" w:rsidRPr="00F440AD" w:rsidRDefault="001566EA">
            <w:pPr>
              <w:rPr>
                <w:rFonts w:ascii="Times New Roman" w:hAnsi="Times New Roman"/>
                <w:sz w:val="24"/>
              </w:rPr>
            </w:pPr>
            <w:r w:rsidRPr="00F440AD">
              <w:rPr>
                <w:rFonts w:ascii="Times New Roman" w:hAnsi="Times New Roman"/>
                <w:sz w:val="24"/>
              </w:rPr>
              <w:t>35</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9EB9E1"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4DC646" w14:textId="77777777" w:rsidR="00F034CC" w:rsidRPr="00F440AD" w:rsidRDefault="001566EA">
            <w:pPr>
              <w:rPr>
                <w:rFonts w:ascii="Times New Roman" w:hAnsi="Times New Roman"/>
                <w:sz w:val="24"/>
              </w:rPr>
            </w:pPr>
            <w:r w:rsidRPr="00F440AD">
              <w:rPr>
                <w:rFonts w:ascii="Times New Roman" w:hAnsi="Times New Roman"/>
                <w:sz w:val="24"/>
              </w:rPr>
              <w:t>1.58</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BC6DF4" w14:textId="77777777" w:rsidR="00F034CC" w:rsidRPr="00F440AD" w:rsidRDefault="001566EA">
            <w:pPr>
              <w:rPr>
                <w:rFonts w:ascii="Times New Roman" w:hAnsi="Times New Roman"/>
                <w:sz w:val="24"/>
              </w:rPr>
            </w:pPr>
            <w:r w:rsidRPr="00F440AD">
              <w:rPr>
                <w:rFonts w:ascii="Times New Roman" w:hAnsi="Times New Roman"/>
                <w:sz w:val="24"/>
              </w:rPr>
              <w:t>[0.81, 3.11]</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D313AA" w14:textId="77777777" w:rsidR="00F034CC" w:rsidRPr="00F440AD" w:rsidRDefault="00F034CC">
            <w:pPr>
              <w:rPr>
                <w:rFonts w:ascii="Times New Roman" w:hAnsi="Times New Roman"/>
                <w:sz w:val="24"/>
              </w:rPr>
            </w:pPr>
          </w:p>
        </w:tc>
      </w:tr>
      <w:tr w:rsidR="009C0590" w14:paraId="14BEDC67" w14:textId="77777777" w:rsidTr="002F6A8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0454FB5" w14:textId="77777777" w:rsidR="00F034CC" w:rsidRPr="00F440AD" w:rsidRDefault="001566EA">
            <w:pPr>
              <w:rPr>
                <w:rFonts w:ascii="Times New Roman" w:hAnsi="Times New Roman"/>
                <w:sz w:val="24"/>
              </w:rPr>
            </w:pPr>
            <w:r w:rsidRPr="00F440AD">
              <w:rPr>
                <w:rFonts w:ascii="Times New Roman" w:hAnsi="Times New Roman"/>
                <w:sz w:val="24"/>
              </w:rPr>
              <w:t xml:space="preserve">Thalidomide response </w:t>
            </w:r>
            <w:proofErr w:type="spellStart"/>
            <w:r w:rsidRPr="00F440AD">
              <w:rPr>
                <w:rFonts w:ascii="Times New Roman" w:hAnsi="Times New Roman"/>
                <w:sz w:val="24"/>
              </w:rPr>
              <w:t>duration</w:t>
            </w:r>
            <w:r w:rsidRPr="00F440AD">
              <w:rPr>
                <w:rFonts w:ascii="Times New Roman" w:hAnsi="Times New Roman"/>
                <w:sz w:val="24"/>
                <w:vertAlign w:val="superscript"/>
              </w:rPr>
              <w:t>b</w:t>
            </w:r>
            <w:proofErr w:type="spellEnd"/>
            <w:r w:rsidRPr="00F440AD">
              <w:rPr>
                <w:rFonts w:ascii="Times New Roman" w:hAnsi="Times New Roman"/>
                <w:sz w:val="24"/>
              </w:rPr>
              <w:t xml:space="preserve"> (months)</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0F7AD7" w14:textId="77777777" w:rsidR="00F034CC" w:rsidRPr="00F440AD" w:rsidRDefault="001566EA">
            <w:pPr>
              <w:rPr>
                <w:rFonts w:ascii="Times New Roman" w:hAnsi="Times New Roman"/>
                <w:sz w:val="24"/>
              </w:rPr>
            </w:pPr>
            <w:r w:rsidRPr="00F440AD">
              <w:rPr>
                <w:rFonts w:ascii="Times New Roman" w:hAnsi="Times New Roman"/>
                <w:sz w:val="24"/>
              </w:rPr>
              <w:t>&lt;6</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E86AC3"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54A0D1" w14:textId="77777777" w:rsidR="00F034CC" w:rsidRPr="00F440AD" w:rsidRDefault="001566EA">
            <w:pPr>
              <w:rPr>
                <w:rFonts w:ascii="Times New Roman" w:hAnsi="Times New Roman"/>
                <w:sz w:val="24"/>
              </w:rPr>
            </w:pPr>
            <w:r w:rsidRPr="00F440AD">
              <w:rPr>
                <w:rFonts w:ascii="Times New Roman" w:hAnsi="Times New Roman"/>
                <w:sz w:val="24"/>
              </w:rPr>
              <w:t>3</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AA53EE"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62C1C8"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B0D3EC" w14:textId="77777777" w:rsidR="00F034CC" w:rsidRPr="00F440AD" w:rsidRDefault="001566EA">
            <w:pPr>
              <w:rPr>
                <w:rFonts w:ascii="Times New Roman" w:hAnsi="Times New Roman"/>
                <w:sz w:val="24"/>
              </w:rPr>
            </w:pPr>
            <w:r w:rsidRPr="00F440AD">
              <w:rPr>
                <w:rFonts w:ascii="Times New Roman" w:hAnsi="Times New Roman"/>
                <w:sz w:val="24"/>
              </w:rPr>
              <w:t>0.896</w:t>
            </w:r>
          </w:p>
        </w:tc>
      </w:tr>
      <w:tr w:rsidR="009C0590" w14:paraId="54A369E3"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1A22D2"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B6D676" w14:textId="77777777" w:rsidR="00F034CC" w:rsidRPr="00F440AD" w:rsidRDefault="001566EA">
            <w:pPr>
              <w:rPr>
                <w:rFonts w:ascii="Times New Roman" w:hAnsi="Times New Roman"/>
                <w:sz w:val="24"/>
              </w:rPr>
            </w:pPr>
            <w:r w:rsidRPr="00F440AD">
              <w:rPr>
                <w:rFonts w:ascii="Times New Roman" w:hAnsi="Times New Roman"/>
                <w:sz w:val="24"/>
              </w:rPr>
              <w:t>≥6</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4E5697" w14:textId="77777777" w:rsidR="00F034CC" w:rsidRPr="00F440AD" w:rsidRDefault="001566EA">
            <w:pPr>
              <w:rPr>
                <w:rFonts w:ascii="Times New Roman" w:hAnsi="Times New Roman"/>
                <w:sz w:val="24"/>
              </w:rPr>
            </w:pPr>
            <w:r w:rsidRPr="00F440AD">
              <w:rPr>
                <w:rFonts w:ascii="Times New Roman" w:hAnsi="Times New Roman"/>
                <w:sz w:val="24"/>
              </w:rPr>
              <w:t>45</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5CC414" w14:textId="77777777" w:rsidR="00F034CC" w:rsidRPr="00F440AD" w:rsidRDefault="001566EA">
            <w:pPr>
              <w:rPr>
                <w:rFonts w:ascii="Times New Roman" w:hAnsi="Times New Roman"/>
                <w:sz w:val="24"/>
              </w:rPr>
            </w:pPr>
            <w:r w:rsidRPr="00F440AD">
              <w:rPr>
                <w:rFonts w:ascii="Times New Roman" w:hAnsi="Times New Roman"/>
                <w:sz w:val="24"/>
              </w:rPr>
              <w:t>25</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DB42AE" w14:textId="77777777" w:rsidR="00F034CC" w:rsidRPr="00F440AD" w:rsidRDefault="001566EA">
            <w:pPr>
              <w:rPr>
                <w:rFonts w:ascii="Times New Roman" w:hAnsi="Times New Roman"/>
                <w:sz w:val="24"/>
              </w:rPr>
            </w:pPr>
            <w:r w:rsidRPr="00F440AD">
              <w:rPr>
                <w:rFonts w:ascii="Times New Roman" w:hAnsi="Times New Roman"/>
                <w:sz w:val="24"/>
              </w:rPr>
              <w:t>1.08</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99DA2A" w14:textId="77777777" w:rsidR="00F034CC" w:rsidRPr="00F440AD" w:rsidRDefault="001566EA">
            <w:pPr>
              <w:rPr>
                <w:rFonts w:ascii="Times New Roman" w:hAnsi="Times New Roman"/>
                <w:sz w:val="24"/>
              </w:rPr>
            </w:pPr>
            <w:r w:rsidRPr="00F440AD">
              <w:rPr>
                <w:rFonts w:ascii="Times New Roman" w:hAnsi="Times New Roman"/>
                <w:sz w:val="24"/>
              </w:rPr>
              <w:t>[0.32, 3.63]</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5345A3" w14:textId="77777777" w:rsidR="00F034CC" w:rsidRPr="00F440AD" w:rsidRDefault="00F034CC">
            <w:pPr>
              <w:rPr>
                <w:rFonts w:ascii="Times New Roman" w:hAnsi="Times New Roman"/>
                <w:sz w:val="24"/>
              </w:rPr>
            </w:pPr>
          </w:p>
        </w:tc>
      </w:tr>
      <w:tr w:rsidR="009C0590" w14:paraId="704C9942"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2203FB"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FF77D8" w14:textId="77777777" w:rsidR="00F034CC" w:rsidRPr="00F440AD" w:rsidRDefault="001566EA">
            <w:pPr>
              <w:rPr>
                <w:rFonts w:ascii="Times New Roman" w:hAnsi="Times New Roman"/>
                <w:sz w:val="24"/>
              </w:rPr>
            </w:pPr>
            <w:r w:rsidRPr="00F440AD">
              <w:rPr>
                <w:rFonts w:ascii="Times New Roman" w:hAnsi="Times New Roman"/>
                <w:sz w:val="24"/>
              </w:rPr>
              <w:t>&lt;12</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A57421" w14:textId="77777777" w:rsidR="00F034CC" w:rsidRPr="00F440AD" w:rsidRDefault="001566EA">
            <w:pPr>
              <w:rPr>
                <w:rFonts w:ascii="Times New Roman" w:hAnsi="Times New Roman"/>
                <w:sz w:val="24"/>
              </w:rPr>
            </w:pPr>
            <w:r w:rsidRPr="00F440AD">
              <w:rPr>
                <w:rFonts w:ascii="Times New Roman" w:hAnsi="Times New Roman"/>
                <w:sz w:val="24"/>
              </w:rPr>
              <w:t>14</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650DF2"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D4F5B2"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E2A65F"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157C41" w14:textId="77777777" w:rsidR="00F034CC" w:rsidRPr="00F440AD" w:rsidRDefault="001566EA">
            <w:pPr>
              <w:rPr>
                <w:rFonts w:ascii="Times New Roman" w:hAnsi="Times New Roman"/>
                <w:sz w:val="24"/>
              </w:rPr>
            </w:pPr>
            <w:r w:rsidRPr="00F440AD">
              <w:rPr>
                <w:rFonts w:ascii="Times New Roman" w:hAnsi="Times New Roman"/>
                <w:sz w:val="24"/>
              </w:rPr>
              <w:t>0.331</w:t>
            </w:r>
          </w:p>
        </w:tc>
      </w:tr>
      <w:tr w:rsidR="009C0590" w14:paraId="1C4ADC56"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A07C67"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D145F9" w14:textId="77777777" w:rsidR="00F034CC" w:rsidRPr="00F440AD" w:rsidRDefault="001566EA">
            <w:pPr>
              <w:rPr>
                <w:rFonts w:ascii="Times New Roman" w:hAnsi="Times New Roman"/>
                <w:sz w:val="24"/>
              </w:rPr>
            </w:pPr>
            <w:r w:rsidRPr="00F440AD">
              <w:rPr>
                <w:rFonts w:ascii="Times New Roman" w:hAnsi="Times New Roman"/>
                <w:sz w:val="24"/>
              </w:rPr>
              <w:t>≥12</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763108" w14:textId="77777777" w:rsidR="00F034CC" w:rsidRPr="00F440AD" w:rsidRDefault="001566EA">
            <w:pPr>
              <w:rPr>
                <w:rFonts w:ascii="Times New Roman" w:hAnsi="Times New Roman"/>
                <w:sz w:val="24"/>
              </w:rPr>
            </w:pPr>
            <w:r w:rsidRPr="00F440AD">
              <w:rPr>
                <w:rFonts w:ascii="Times New Roman" w:hAnsi="Times New Roman"/>
                <w:sz w:val="24"/>
              </w:rPr>
              <w:t>39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43D601" w14:textId="77777777" w:rsidR="00F034CC" w:rsidRPr="00F440AD" w:rsidRDefault="001566EA">
            <w:pPr>
              <w:rPr>
                <w:rFonts w:ascii="Times New Roman" w:hAnsi="Times New Roman"/>
                <w:sz w:val="24"/>
              </w:rPr>
            </w:pPr>
            <w:r w:rsidRPr="00F440AD">
              <w:rPr>
                <w:rFonts w:ascii="Times New Roman" w:hAnsi="Times New Roman"/>
                <w:sz w:val="24"/>
              </w:rPr>
              <w:t>20</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758C87" w14:textId="77777777" w:rsidR="00F034CC" w:rsidRPr="00F440AD" w:rsidRDefault="001566EA">
            <w:pPr>
              <w:rPr>
                <w:rFonts w:ascii="Times New Roman" w:hAnsi="Times New Roman"/>
                <w:sz w:val="24"/>
              </w:rPr>
            </w:pPr>
            <w:r w:rsidRPr="00F440AD">
              <w:rPr>
                <w:rFonts w:ascii="Times New Roman" w:hAnsi="Times New Roman"/>
                <w:sz w:val="24"/>
              </w:rPr>
              <w:t>0.66</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9CD84E" w14:textId="77777777" w:rsidR="00F034CC" w:rsidRPr="00F440AD" w:rsidRDefault="001566EA">
            <w:pPr>
              <w:rPr>
                <w:rFonts w:ascii="Times New Roman" w:hAnsi="Times New Roman"/>
                <w:sz w:val="24"/>
              </w:rPr>
            </w:pPr>
            <w:r w:rsidRPr="00F440AD">
              <w:rPr>
                <w:rFonts w:ascii="Times New Roman" w:hAnsi="Times New Roman"/>
                <w:sz w:val="24"/>
              </w:rPr>
              <w:t>[0.29, 1.52]</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230A31" w14:textId="77777777" w:rsidR="00F034CC" w:rsidRPr="00F440AD" w:rsidRDefault="00F034CC">
            <w:pPr>
              <w:rPr>
                <w:rFonts w:ascii="Times New Roman" w:hAnsi="Times New Roman"/>
                <w:sz w:val="24"/>
              </w:rPr>
            </w:pPr>
          </w:p>
        </w:tc>
      </w:tr>
      <w:tr w:rsidR="009C0590" w14:paraId="0C750BEA"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F37D3F"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18C7F4" w14:textId="77777777" w:rsidR="00F034CC" w:rsidRPr="00F440AD" w:rsidRDefault="001566EA">
            <w:pPr>
              <w:rPr>
                <w:rFonts w:ascii="Times New Roman" w:hAnsi="Times New Roman"/>
                <w:sz w:val="24"/>
              </w:rPr>
            </w:pPr>
            <w:r w:rsidRPr="00F440AD">
              <w:rPr>
                <w:rFonts w:ascii="Times New Roman" w:hAnsi="Times New Roman"/>
                <w:sz w:val="24"/>
              </w:rPr>
              <w:t>&lt;18</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BBD565" w14:textId="77777777" w:rsidR="00F034CC" w:rsidRPr="00F440AD" w:rsidRDefault="001566EA">
            <w:pPr>
              <w:rPr>
                <w:rFonts w:ascii="Times New Roman" w:hAnsi="Times New Roman"/>
                <w:sz w:val="24"/>
              </w:rPr>
            </w:pPr>
            <w:r w:rsidRPr="00F440AD">
              <w:rPr>
                <w:rFonts w:ascii="Times New Roman" w:hAnsi="Times New Roman"/>
                <w:sz w:val="24"/>
              </w:rPr>
              <w:t>19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F68A42" w14:textId="77777777" w:rsidR="00F034CC" w:rsidRPr="00F440AD" w:rsidRDefault="001566EA">
            <w:pPr>
              <w:rPr>
                <w:rFonts w:ascii="Times New Roman" w:hAnsi="Times New Roman"/>
                <w:sz w:val="24"/>
              </w:rPr>
            </w:pPr>
            <w:r w:rsidRPr="00F440AD">
              <w:rPr>
                <w:rFonts w:ascii="Times New Roman" w:hAnsi="Times New Roman"/>
                <w:sz w:val="24"/>
              </w:rPr>
              <w:t>10</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230EDF"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FE5575"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21382D" w14:textId="77777777" w:rsidR="00F034CC" w:rsidRPr="00F440AD" w:rsidRDefault="001566EA">
            <w:pPr>
              <w:rPr>
                <w:rFonts w:ascii="Times New Roman" w:hAnsi="Times New Roman"/>
                <w:sz w:val="24"/>
              </w:rPr>
            </w:pPr>
            <w:r w:rsidRPr="00F440AD">
              <w:rPr>
                <w:rFonts w:ascii="Times New Roman" w:hAnsi="Times New Roman"/>
                <w:sz w:val="24"/>
              </w:rPr>
              <w:t>0.408</w:t>
            </w:r>
          </w:p>
        </w:tc>
      </w:tr>
      <w:tr w:rsidR="009C0590" w14:paraId="754052D5"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56C343"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8D9E1B"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F7578F" w14:textId="77777777" w:rsidR="00F034CC" w:rsidRPr="00F440AD" w:rsidRDefault="001566EA">
            <w:pPr>
              <w:rPr>
                <w:rFonts w:ascii="Times New Roman" w:hAnsi="Times New Roman"/>
                <w:sz w:val="24"/>
              </w:rPr>
            </w:pPr>
            <w:r w:rsidRPr="00F440AD">
              <w:rPr>
                <w:rFonts w:ascii="Times New Roman" w:hAnsi="Times New Roman"/>
                <w:sz w:val="24"/>
              </w:rPr>
              <w:t>34</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E707F5"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28F0FC" w14:textId="77777777" w:rsidR="00F034CC" w:rsidRPr="00F440AD" w:rsidRDefault="001566EA">
            <w:pPr>
              <w:rPr>
                <w:rFonts w:ascii="Times New Roman" w:hAnsi="Times New Roman"/>
                <w:sz w:val="24"/>
              </w:rPr>
            </w:pPr>
            <w:r w:rsidRPr="00F440AD">
              <w:rPr>
                <w:rFonts w:ascii="Times New Roman" w:hAnsi="Times New Roman"/>
                <w:sz w:val="24"/>
              </w:rPr>
              <w:t>0.72</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B1C91E" w14:textId="77777777" w:rsidR="00F034CC" w:rsidRPr="00F440AD" w:rsidRDefault="001566EA">
            <w:pPr>
              <w:rPr>
                <w:rFonts w:ascii="Times New Roman" w:hAnsi="Times New Roman"/>
                <w:sz w:val="24"/>
              </w:rPr>
            </w:pPr>
            <w:r w:rsidRPr="00F440AD">
              <w:rPr>
                <w:rFonts w:ascii="Times New Roman" w:hAnsi="Times New Roman"/>
                <w:sz w:val="24"/>
              </w:rPr>
              <w:t>[0.33, 1.57]</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7D4803" w14:textId="77777777" w:rsidR="00F034CC" w:rsidRPr="00F440AD" w:rsidRDefault="00F034CC">
            <w:pPr>
              <w:rPr>
                <w:rFonts w:ascii="Times New Roman" w:hAnsi="Times New Roman"/>
                <w:sz w:val="24"/>
              </w:rPr>
            </w:pPr>
          </w:p>
        </w:tc>
      </w:tr>
      <w:tr w:rsidR="009C0590" w14:paraId="34F6501E"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B6BAFA"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2FDD90" w14:textId="77777777" w:rsidR="00F034CC" w:rsidRPr="00F440AD" w:rsidRDefault="001566EA">
            <w:pPr>
              <w:rPr>
                <w:rFonts w:ascii="Times New Roman" w:hAnsi="Times New Roman"/>
                <w:sz w:val="24"/>
              </w:rPr>
            </w:pPr>
            <w:r w:rsidRPr="00F440AD">
              <w:rPr>
                <w:rFonts w:ascii="Times New Roman" w:hAnsi="Times New Roman"/>
                <w:sz w:val="24"/>
              </w:rPr>
              <w:t>&lt;24</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53C7DD"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272800" w14:textId="77777777" w:rsidR="00F034CC" w:rsidRPr="00F440AD" w:rsidRDefault="001566EA">
            <w:pPr>
              <w:rPr>
                <w:rFonts w:ascii="Times New Roman" w:hAnsi="Times New Roman"/>
                <w:sz w:val="24"/>
              </w:rPr>
            </w:pPr>
            <w:r w:rsidRPr="00F440AD">
              <w:rPr>
                <w:rFonts w:ascii="Times New Roman" w:hAnsi="Times New Roman"/>
                <w:sz w:val="24"/>
              </w:rPr>
              <w:t>13</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36631C"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852495"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D921E6" w14:textId="77777777" w:rsidR="00F034CC" w:rsidRPr="00F440AD" w:rsidRDefault="001566EA">
            <w:pPr>
              <w:rPr>
                <w:rFonts w:ascii="Times New Roman" w:hAnsi="Times New Roman"/>
                <w:sz w:val="24"/>
              </w:rPr>
            </w:pPr>
            <w:r w:rsidRPr="00F440AD">
              <w:rPr>
                <w:rFonts w:ascii="Times New Roman" w:hAnsi="Times New Roman"/>
                <w:sz w:val="24"/>
              </w:rPr>
              <w:t>0.735</w:t>
            </w:r>
          </w:p>
        </w:tc>
      </w:tr>
      <w:tr w:rsidR="009C0590" w14:paraId="42258FB3" w14:textId="77777777" w:rsidTr="002F6A8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6C6763"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C72EA9" w14:textId="77777777" w:rsidR="00F034CC" w:rsidRPr="00F440AD" w:rsidRDefault="001566EA">
            <w:pPr>
              <w:rPr>
                <w:rFonts w:ascii="Times New Roman" w:hAnsi="Times New Roman"/>
                <w:sz w:val="24"/>
              </w:rPr>
            </w:pPr>
            <w:r w:rsidRPr="00F440AD">
              <w:rPr>
                <w:rFonts w:ascii="Times New Roman" w:hAnsi="Times New Roman"/>
                <w:sz w:val="24"/>
              </w:rPr>
              <w:t>≥24</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55E03C" w14:textId="77777777" w:rsidR="00F034CC" w:rsidRPr="00F440AD" w:rsidRDefault="001566EA">
            <w:pPr>
              <w:rPr>
                <w:rFonts w:ascii="Times New Roman" w:hAnsi="Times New Roman"/>
                <w:sz w:val="24"/>
              </w:rPr>
            </w:pPr>
            <w:r w:rsidRPr="00F440AD">
              <w:rPr>
                <w:rFonts w:ascii="Times New Roman" w:hAnsi="Times New Roman"/>
                <w:sz w:val="24"/>
              </w:rPr>
              <w:t>26</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884BA5" w14:textId="77777777" w:rsidR="00F034CC" w:rsidRPr="00F440AD" w:rsidRDefault="001566EA">
            <w:pPr>
              <w:rPr>
                <w:rFonts w:ascii="Times New Roman" w:hAnsi="Times New Roman"/>
                <w:sz w:val="24"/>
              </w:rPr>
            </w:pPr>
            <w:r w:rsidRPr="00F440AD">
              <w:rPr>
                <w:rFonts w:ascii="Times New Roman" w:hAnsi="Times New Roman"/>
                <w:sz w:val="24"/>
              </w:rPr>
              <w:t>15</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CAB782" w14:textId="77777777" w:rsidR="00F034CC" w:rsidRPr="00F440AD" w:rsidRDefault="001566EA">
            <w:pPr>
              <w:rPr>
                <w:rFonts w:ascii="Times New Roman" w:hAnsi="Times New Roman"/>
                <w:sz w:val="24"/>
              </w:rPr>
            </w:pPr>
            <w:r w:rsidRPr="00F440AD">
              <w:rPr>
                <w:rFonts w:ascii="Times New Roman" w:hAnsi="Times New Roman"/>
                <w:sz w:val="24"/>
              </w:rPr>
              <w:t>1.14</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EEC367" w14:textId="77777777" w:rsidR="00F034CC" w:rsidRPr="00F440AD" w:rsidRDefault="001566EA">
            <w:pPr>
              <w:rPr>
                <w:rFonts w:ascii="Times New Roman" w:hAnsi="Times New Roman"/>
                <w:sz w:val="24"/>
              </w:rPr>
            </w:pPr>
            <w:r w:rsidRPr="00F440AD">
              <w:rPr>
                <w:rFonts w:ascii="Times New Roman" w:hAnsi="Times New Roman"/>
                <w:sz w:val="24"/>
              </w:rPr>
              <w:t>[0.54, 2.40]</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CB23B4" w14:textId="77777777" w:rsidR="00F034CC" w:rsidRPr="00F440AD" w:rsidRDefault="00F034CC">
            <w:pPr>
              <w:rPr>
                <w:rFonts w:ascii="Times New Roman" w:hAnsi="Times New Roman"/>
                <w:sz w:val="24"/>
              </w:rPr>
            </w:pPr>
          </w:p>
        </w:tc>
      </w:tr>
      <w:tr w:rsidR="002F6A80" w14:paraId="5A4902C5"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06A1AA" w14:textId="77777777" w:rsidR="00F034CC" w:rsidRPr="00F440AD" w:rsidRDefault="001566EA">
            <w:pPr>
              <w:rPr>
                <w:rFonts w:ascii="Times New Roman" w:hAnsi="Times New Roman"/>
                <w:sz w:val="24"/>
              </w:rPr>
            </w:pPr>
            <w:r w:rsidRPr="00F440AD">
              <w:rPr>
                <w:rFonts w:ascii="Times New Roman" w:hAnsi="Times New Roman"/>
                <w:sz w:val="24"/>
              </w:rPr>
              <w:t>R-exposure</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74D638" w14:textId="77777777" w:rsidR="00F034CC" w:rsidRPr="00F440AD" w:rsidRDefault="001566EA">
            <w:pPr>
              <w:rPr>
                <w:rFonts w:ascii="Times New Roman" w:hAnsi="Times New Roman"/>
                <w:sz w:val="24"/>
              </w:rPr>
            </w:pPr>
            <w:r w:rsidRPr="00F440AD">
              <w:rPr>
                <w:rFonts w:ascii="Times New Roman" w:hAnsi="Times New Roman"/>
                <w:sz w:val="24"/>
              </w:rPr>
              <w:t>R-exposed</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4AE58F" w14:textId="77777777" w:rsidR="00F034CC" w:rsidRPr="00F440AD" w:rsidRDefault="001566EA">
            <w:pPr>
              <w:rPr>
                <w:rFonts w:ascii="Times New Roman" w:hAnsi="Times New Roman"/>
                <w:sz w:val="24"/>
              </w:rPr>
            </w:pPr>
            <w:r w:rsidRPr="00F440AD">
              <w:rPr>
                <w:rFonts w:ascii="Times New Roman" w:hAnsi="Times New Roman"/>
                <w:sz w:val="24"/>
              </w:rPr>
              <w:t>25</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554FCE" w14:textId="77777777" w:rsidR="00F034CC" w:rsidRPr="00F440AD" w:rsidRDefault="001566EA">
            <w:pPr>
              <w:rPr>
                <w:rFonts w:ascii="Times New Roman" w:hAnsi="Times New Roman"/>
                <w:sz w:val="24"/>
              </w:rPr>
            </w:pPr>
            <w:r w:rsidRPr="00F440AD">
              <w:rPr>
                <w:rFonts w:ascii="Times New Roman" w:hAnsi="Times New Roman"/>
                <w:sz w:val="24"/>
              </w:rPr>
              <w:t>11</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E355CC"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5F4349"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A508A2" w14:textId="77777777" w:rsidR="00F034CC" w:rsidRPr="00F440AD" w:rsidRDefault="001566EA">
            <w:pPr>
              <w:rPr>
                <w:rFonts w:ascii="Times New Roman" w:hAnsi="Times New Roman"/>
                <w:sz w:val="24"/>
              </w:rPr>
            </w:pPr>
            <w:r w:rsidRPr="00F440AD">
              <w:rPr>
                <w:rFonts w:ascii="Times New Roman" w:hAnsi="Times New Roman"/>
                <w:sz w:val="24"/>
              </w:rPr>
              <w:t>0.202</w:t>
            </w:r>
          </w:p>
        </w:tc>
      </w:tr>
      <w:tr w:rsidR="002F6A80" w14:paraId="452CA9B6" w14:textId="77777777" w:rsidTr="002F6A80">
        <w:trPr>
          <w:cantSplit/>
        </w:trPr>
        <w:tc>
          <w:tcPr>
            <w:tcW w:w="15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FC2A31" w14:textId="77777777" w:rsidR="00F034CC" w:rsidRPr="00F440AD" w:rsidRDefault="00F034CC"/>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EB5F7D" w14:textId="13187BBA" w:rsidR="00F034CC" w:rsidRPr="00F440AD" w:rsidRDefault="001566EA">
            <w:pPr>
              <w:rPr>
                <w:rFonts w:ascii="Times New Roman" w:hAnsi="Times New Roman"/>
                <w:sz w:val="24"/>
              </w:rPr>
            </w:pPr>
            <w:r w:rsidRPr="00F440AD">
              <w:rPr>
                <w:rFonts w:ascii="Times New Roman" w:hAnsi="Times New Roman"/>
                <w:sz w:val="24"/>
              </w:rPr>
              <w:t>R-</w:t>
            </w:r>
            <w:r w:rsidR="00DC5D08">
              <w:rPr>
                <w:rFonts w:ascii="Times New Roman" w:hAnsi="Times New Roman"/>
                <w:sz w:val="24"/>
              </w:rPr>
              <w:t>naïve</w:t>
            </w:r>
          </w:p>
        </w:tc>
        <w:tc>
          <w:tcPr>
            <w:tcW w:w="3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BAEF0B" w14:textId="77777777" w:rsidR="00F034CC" w:rsidRPr="00F440AD" w:rsidRDefault="001566EA">
            <w:pPr>
              <w:rPr>
                <w:rFonts w:ascii="Times New Roman" w:hAnsi="Times New Roman"/>
                <w:sz w:val="24"/>
              </w:rPr>
            </w:pPr>
            <w:r w:rsidRPr="00F440AD">
              <w:rPr>
                <w:rFonts w:ascii="Times New Roman" w:hAnsi="Times New Roman"/>
                <w:sz w:val="24"/>
              </w:rPr>
              <w:t>79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71280D" w14:textId="77777777" w:rsidR="00F034CC" w:rsidRPr="00F440AD" w:rsidRDefault="001566EA">
            <w:pPr>
              <w:rPr>
                <w:rFonts w:ascii="Times New Roman" w:hAnsi="Times New Roman"/>
                <w:sz w:val="24"/>
              </w:rPr>
            </w:pPr>
            <w:r w:rsidRPr="00F440AD">
              <w:rPr>
                <w:rFonts w:ascii="Times New Roman" w:hAnsi="Times New Roman"/>
                <w:sz w:val="24"/>
              </w:rPr>
              <w:t>35</w:t>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1A5743" w14:textId="77777777" w:rsidR="00F034CC" w:rsidRPr="00F440AD" w:rsidRDefault="001566EA">
            <w:pPr>
              <w:rPr>
                <w:rFonts w:ascii="Times New Roman" w:hAnsi="Times New Roman"/>
                <w:sz w:val="24"/>
              </w:rPr>
            </w:pPr>
            <w:r w:rsidRPr="00F440AD">
              <w:rPr>
                <w:rFonts w:ascii="Times New Roman" w:hAnsi="Times New Roman"/>
                <w:sz w:val="24"/>
              </w:rPr>
              <w:t>1.60</w:t>
            </w:r>
          </w:p>
        </w:tc>
        <w:tc>
          <w:tcPr>
            <w:tcW w:w="8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926554" w14:textId="77777777" w:rsidR="00F034CC" w:rsidRPr="00F440AD" w:rsidRDefault="001566EA">
            <w:pPr>
              <w:rPr>
                <w:rFonts w:ascii="Times New Roman" w:hAnsi="Times New Roman"/>
                <w:sz w:val="24"/>
              </w:rPr>
            </w:pPr>
            <w:r w:rsidRPr="00F440AD">
              <w:rPr>
                <w:rFonts w:ascii="Times New Roman" w:hAnsi="Times New Roman"/>
                <w:sz w:val="24"/>
              </w:rPr>
              <w:t>[0.78, 3.28]</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462600" w14:textId="77777777" w:rsidR="00F034CC" w:rsidRPr="00F440AD" w:rsidRDefault="00F034CC">
            <w:pPr>
              <w:rPr>
                <w:rFonts w:ascii="Times New Roman" w:hAnsi="Times New Roman"/>
                <w:sz w:val="24"/>
              </w:rPr>
            </w:pPr>
          </w:p>
        </w:tc>
      </w:tr>
    </w:tbl>
    <w:p w14:paraId="5D77918B" w14:textId="7610E6EC" w:rsidR="00F034CC" w:rsidRPr="00F440AD" w:rsidRDefault="001566EA">
      <w:pPr>
        <w:rPr>
          <w:rFonts w:ascii="Times New Roman" w:hAnsi="Times New Roman"/>
          <w:sz w:val="20"/>
        </w:rPr>
      </w:pPr>
      <w:r w:rsidRPr="002F6A80">
        <w:rPr>
          <w:rFonts w:ascii="Times New Roman" w:hAnsi="Times New Roman"/>
          <w:i/>
          <w:sz w:val="20"/>
        </w:rPr>
        <w:lastRenderedPageBreak/>
        <w:t xml:space="preserve">CI </w:t>
      </w:r>
      <w:r w:rsidRPr="002F6A80">
        <w:rPr>
          <w:rFonts w:ascii="Times New Roman" w:hAnsi="Times New Roman"/>
          <w:sz w:val="20"/>
        </w:rPr>
        <w:t xml:space="preserve">confidence interval, </w:t>
      </w:r>
      <w:r w:rsidRPr="002F6A80">
        <w:rPr>
          <w:rFonts w:ascii="Times New Roman" w:hAnsi="Times New Roman"/>
          <w:i/>
          <w:sz w:val="20"/>
        </w:rPr>
        <w:t>ECOG</w:t>
      </w:r>
      <w:r w:rsidRPr="002F6A80">
        <w:rPr>
          <w:rFonts w:ascii="Times New Roman" w:hAnsi="Times New Roman"/>
          <w:sz w:val="20"/>
        </w:rPr>
        <w:t xml:space="preserve"> Eastern Cooperative Oncology Group</w:t>
      </w:r>
      <w:r w:rsidR="005264A8">
        <w:rPr>
          <w:rFonts w:ascii="Times New Roman" w:hAnsi="Times New Roman"/>
          <w:sz w:val="20"/>
        </w:rPr>
        <w:t>,</w:t>
      </w:r>
      <w:r w:rsidRPr="002F6A80">
        <w:rPr>
          <w:rFonts w:ascii="Times New Roman" w:hAnsi="Times New Roman"/>
          <w:sz w:val="20"/>
        </w:rPr>
        <w:t xml:space="preserve"> </w:t>
      </w:r>
      <w:r w:rsidRPr="002F6A80">
        <w:rPr>
          <w:rFonts w:ascii="Times New Roman" w:hAnsi="Times New Roman"/>
          <w:i/>
          <w:sz w:val="20"/>
        </w:rPr>
        <w:t>ISS</w:t>
      </w:r>
      <w:r w:rsidRPr="002F6A80">
        <w:rPr>
          <w:rFonts w:ascii="Times New Roman" w:hAnsi="Times New Roman"/>
          <w:sz w:val="20"/>
        </w:rPr>
        <w:t xml:space="preserve"> International Staging System; </w:t>
      </w:r>
      <w:r w:rsidRPr="002F6A80">
        <w:rPr>
          <w:rFonts w:ascii="Times New Roman" w:hAnsi="Times New Roman"/>
          <w:i/>
          <w:sz w:val="20"/>
        </w:rPr>
        <w:t>PD</w:t>
      </w:r>
      <w:r w:rsidRPr="002F6A80">
        <w:rPr>
          <w:rFonts w:ascii="Times New Roman" w:hAnsi="Times New Roman"/>
          <w:sz w:val="20"/>
        </w:rPr>
        <w:t xml:space="preserve"> progressive disease, </w:t>
      </w:r>
      <w:r w:rsidRPr="002F6A80">
        <w:rPr>
          <w:rFonts w:ascii="Times New Roman" w:hAnsi="Times New Roman"/>
          <w:i/>
          <w:sz w:val="20"/>
        </w:rPr>
        <w:t>PR</w:t>
      </w:r>
      <w:r w:rsidRPr="002F6A80">
        <w:rPr>
          <w:rFonts w:ascii="Times New Roman" w:hAnsi="Times New Roman"/>
          <w:sz w:val="20"/>
        </w:rPr>
        <w:t xml:space="preserve"> partial response</w:t>
      </w:r>
      <w:r w:rsidR="005264A8">
        <w:rPr>
          <w:rFonts w:ascii="Times New Roman" w:hAnsi="Times New Roman"/>
          <w:sz w:val="20"/>
        </w:rPr>
        <w:t>,</w:t>
      </w:r>
      <w:r w:rsidRPr="002F6A80">
        <w:rPr>
          <w:rFonts w:ascii="Times New Roman" w:hAnsi="Times New Roman"/>
          <w:sz w:val="20"/>
        </w:rPr>
        <w:t xml:space="preserve"> </w:t>
      </w:r>
      <w:r w:rsidRPr="002F6A80">
        <w:rPr>
          <w:rFonts w:ascii="Times New Roman" w:hAnsi="Times New Roman"/>
          <w:i/>
          <w:sz w:val="20"/>
        </w:rPr>
        <w:t>R-ISS</w:t>
      </w:r>
      <w:r w:rsidRPr="002F6A80">
        <w:rPr>
          <w:rFonts w:ascii="Times New Roman" w:hAnsi="Times New Roman"/>
          <w:sz w:val="20"/>
        </w:rPr>
        <w:t xml:space="preserve"> revised International Staging System. </w:t>
      </w:r>
      <w:proofErr w:type="spellStart"/>
      <w:r w:rsidRPr="00CF0417">
        <w:rPr>
          <w:rFonts w:ascii="Times New Roman" w:hAnsi="Times New Roman"/>
          <w:sz w:val="20"/>
          <w:vertAlign w:val="superscript"/>
        </w:rPr>
        <w:t>a</w:t>
      </w:r>
      <w:r w:rsidRPr="00CF0417">
        <w:rPr>
          <w:rFonts w:ascii="Times New Roman" w:hAnsi="Times New Roman"/>
          <w:sz w:val="20"/>
        </w:rPr>
        <w:t>Analy</w:t>
      </w:r>
      <w:r w:rsidR="00C555CD">
        <w:rPr>
          <w:rFonts w:ascii="Times New Roman" w:hAnsi="Times New Roman"/>
          <w:sz w:val="20"/>
        </w:rPr>
        <w:t>s</w:t>
      </w:r>
      <w:r w:rsidRPr="00CF0417">
        <w:rPr>
          <w:rFonts w:ascii="Times New Roman" w:hAnsi="Times New Roman"/>
          <w:sz w:val="20"/>
        </w:rPr>
        <w:t>ed</w:t>
      </w:r>
      <w:proofErr w:type="spellEnd"/>
      <w:r w:rsidRPr="002F6A80">
        <w:rPr>
          <w:rFonts w:ascii="Times New Roman" w:hAnsi="Times New Roman"/>
          <w:sz w:val="20"/>
        </w:rPr>
        <w:t xml:space="preserve"> based on clinical characteristics at multiple myeloma diagnosis; </w:t>
      </w:r>
      <w:proofErr w:type="spellStart"/>
      <w:r w:rsidRPr="002F6A80">
        <w:rPr>
          <w:rFonts w:ascii="Times New Roman" w:hAnsi="Times New Roman"/>
          <w:sz w:val="20"/>
          <w:vertAlign w:val="superscript"/>
        </w:rPr>
        <w:t>b</w:t>
      </w:r>
      <w:r w:rsidRPr="002F6A80">
        <w:rPr>
          <w:rFonts w:ascii="Times New Roman" w:hAnsi="Times New Roman"/>
          <w:sz w:val="20"/>
        </w:rPr>
        <w:t>Bortezomib</w:t>
      </w:r>
      <w:proofErr w:type="spellEnd"/>
      <w:r w:rsidRPr="002F6A80">
        <w:rPr>
          <w:rFonts w:ascii="Times New Roman" w:hAnsi="Times New Roman"/>
          <w:sz w:val="20"/>
        </w:rPr>
        <w:t>/thalidomide response duration = (PD date - best response date +1)/30.44 if best response ≥ PR and missing if best response &lt; PR.</w:t>
      </w:r>
    </w:p>
    <w:p w14:paraId="315F965B" w14:textId="77777777" w:rsidR="002F6A80" w:rsidRDefault="002F6A80">
      <w:pPr>
        <w:spacing w:after="0" w:line="240" w:lineRule="auto"/>
        <w:rPr>
          <w:rFonts w:ascii="Times New Roman" w:hAnsi="Times New Roman"/>
          <w:b/>
          <w:sz w:val="24"/>
        </w:rPr>
      </w:pPr>
      <w:r>
        <w:rPr>
          <w:rFonts w:ascii="Times New Roman" w:hAnsi="Times New Roman"/>
          <w:b/>
          <w:sz w:val="24"/>
        </w:rPr>
        <w:br w:type="page"/>
      </w:r>
    </w:p>
    <w:p w14:paraId="4F1766F3" w14:textId="7F852168" w:rsidR="00F034CC" w:rsidRPr="00F440AD" w:rsidRDefault="001566EA">
      <w:pPr>
        <w:rPr>
          <w:rFonts w:ascii="Times New Roman" w:hAnsi="Times New Roman"/>
          <w:sz w:val="24"/>
        </w:rPr>
      </w:pPr>
      <w:r w:rsidRPr="002F6A80">
        <w:rPr>
          <w:rFonts w:ascii="Times New Roman" w:hAnsi="Times New Roman"/>
          <w:b/>
          <w:sz w:val="24"/>
        </w:rPr>
        <w:lastRenderedPageBreak/>
        <w:t xml:space="preserve">Supplementary Table 2 </w:t>
      </w:r>
      <w:r w:rsidRPr="002F6A80">
        <w:rPr>
          <w:rFonts w:ascii="Times New Roman" w:hAnsi="Times New Roman"/>
          <w:sz w:val="24"/>
        </w:rPr>
        <w:t>Univariate Cox regression analysis of factors associated with overall response rate</w:t>
      </w:r>
    </w:p>
    <w:tbl>
      <w:tblPr>
        <w:tblStyle w:val="Table"/>
        <w:tblW w:w="5000" w:type="pct"/>
        <w:tblInd w:w="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1977"/>
        <w:gridCol w:w="1136"/>
        <w:gridCol w:w="426"/>
        <w:gridCol w:w="992"/>
        <w:gridCol w:w="1188"/>
        <w:gridCol w:w="1416"/>
        <w:gridCol w:w="1881"/>
      </w:tblGrid>
      <w:tr w:rsidR="00DD30D0" w14:paraId="4C14BC79" w14:textId="77777777" w:rsidTr="00DD30D0">
        <w:trPr>
          <w:cantSplit/>
          <w:tblHeader/>
        </w:trPr>
        <w:tc>
          <w:tcPr>
            <w:tcW w:w="172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FD54FDE" w14:textId="77777777" w:rsidR="00F034CC" w:rsidRPr="00F440AD" w:rsidRDefault="00F034CC">
            <w:pPr>
              <w:rPr>
                <w:rFonts w:ascii="Times New Roman" w:hAnsi="Times New Roman"/>
                <w:sz w:val="24"/>
              </w:rPr>
            </w:pP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65DE73" w14:textId="77777777" w:rsidR="00F034CC" w:rsidRPr="00F440AD" w:rsidRDefault="001566EA">
            <w:pPr>
              <w:rPr>
                <w:rFonts w:ascii="Times New Roman" w:hAnsi="Times New Roman"/>
                <w:sz w:val="24"/>
              </w:rPr>
            </w:pPr>
            <w:r w:rsidRPr="00F440AD">
              <w:rPr>
                <w:rFonts w:ascii="Times New Roman" w:hAnsi="Times New Roman"/>
                <w:sz w:val="24"/>
              </w:rPr>
              <w:t>N</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13C3B5" w14:textId="77777777" w:rsidR="00F034CC" w:rsidRPr="00F440AD" w:rsidRDefault="001566EA">
            <w:pPr>
              <w:rPr>
                <w:rFonts w:ascii="Times New Roman" w:hAnsi="Times New Roman"/>
                <w:sz w:val="24"/>
              </w:rPr>
            </w:pPr>
            <w:r w:rsidRPr="00F440AD">
              <w:rPr>
                <w:rFonts w:ascii="Times New Roman" w:hAnsi="Times New Roman"/>
                <w:sz w:val="24"/>
              </w:rPr>
              <w:t># of events</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47E01A" w14:textId="64A1FFD9" w:rsidR="00F034CC" w:rsidRPr="00F440AD" w:rsidRDefault="001566EA">
            <w:pPr>
              <w:rPr>
                <w:rFonts w:ascii="Times New Roman" w:hAnsi="Times New Roman"/>
                <w:sz w:val="24"/>
              </w:rPr>
            </w:pPr>
            <w:r w:rsidRPr="00F440AD">
              <w:rPr>
                <w:rFonts w:ascii="Times New Roman" w:hAnsi="Times New Roman"/>
                <w:sz w:val="24"/>
              </w:rPr>
              <w:t xml:space="preserve">Odds </w:t>
            </w:r>
            <w:proofErr w:type="spellStart"/>
            <w:r w:rsidRPr="00F440AD">
              <w:rPr>
                <w:rFonts w:ascii="Times New Roman" w:hAnsi="Times New Roman"/>
                <w:sz w:val="24"/>
              </w:rPr>
              <w:t>Ratio</w:t>
            </w:r>
            <w:r w:rsidR="00DD30D0" w:rsidRPr="00DD30D0">
              <w:rPr>
                <w:rFonts w:ascii="Times New Roman" w:hAnsi="Times New Roman"/>
                <w:sz w:val="24"/>
                <w:vertAlign w:val="superscript"/>
              </w:rPr>
              <w:t>b</w:t>
            </w:r>
            <w:proofErr w:type="spellEnd"/>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6D2E44" w14:textId="77777777" w:rsidR="00F034CC" w:rsidRPr="00F440AD" w:rsidRDefault="001566EA">
            <w:pPr>
              <w:rPr>
                <w:rFonts w:ascii="Times New Roman" w:hAnsi="Times New Roman"/>
                <w:sz w:val="24"/>
              </w:rPr>
            </w:pPr>
            <w:r w:rsidRPr="00F440AD">
              <w:rPr>
                <w:rFonts w:ascii="Times New Roman" w:hAnsi="Times New Roman"/>
                <w:sz w:val="24"/>
              </w:rPr>
              <w:t>95% CI</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94EB53" w14:textId="77777777" w:rsidR="00F034CC" w:rsidRPr="00F440AD" w:rsidRDefault="001566EA">
            <w:pPr>
              <w:rPr>
                <w:rFonts w:ascii="Times New Roman" w:hAnsi="Times New Roman"/>
                <w:sz w:val="24"/>
              </w:rPr>
            </w:pPr>
            <w:r w:rsidRPr="00F440AD">
              <w:rPr>
                <w:rFonts w:ascii="Times New Roman" w:hAnsi="Times New Roman"/>
                <w:sz w:val="24"/>
              </w:rPr>
              <w:t>P-value</w:t>
            </w:r>
          </w:p>
        </w:tc>
      </w:tr>
      <w:tr w:rsidR="00DD30D0" w14:paraId="5E5C08DF"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28F4852" w14:textId="77777777" w:rsidR="00F034CC" w:rsidRPr="00F440AD" w:rsidRDefault="001566EA">
            <w:pPr>
              <w:rPr>
                <w:rFonts w:ascii="Times New Roman" w:hAnsi="Times New Roman"/>
                <w:sz w:val="24"/>
              </w:rPr>
            </w:pPr>
            <w:r w:rsidRPr="00F440AD">
              <w:rPr>
                <w:rFonts w:ascii="Times New Roman" w:hAnsi="Times New Roman"/>
                <w:sz w:val="24"/>
              </w:rPr>
              <w:t>Age (years)</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D64DE0" w14:textId="77777777" w:rsidR="00F034CC" w:rsidRPr="00F440AD" w:rsidRDefault="001566EA">
            <w:pPr>
              <w:rPr>
                <w:rFonts w:ascii="Times New Roman" w:hAnsi="Times New Roman"/>
                <w:sz w:val="24"/>
              </w:rPr>
            </w:pPr>
            <w:r w:rsidRPr="00F440AD">
              <w:rPr>
                <w:rFonts w:ascii="Times New Roman" w:hAnsi="Times New Roman"/>
                <w:sz w:val="24"/>
              </w:rPr>
              <w:t>&lt;65</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766D49" w14:textId="77777777" w:rsidR="00F034CC" w:rsidRPr="00F440AD" w:rsidRDefault="001566EA">
            <w:pPr>
              <w:rPr>
                <w:rFonts w:ascii="Times New Roman" w:hAnsi="Times New Roman"/>
                <w:sz w:val="24"/>
              </w:rPr>
            </w:pPr>
            <w:r w:rsidRPr="00F440AD">
              <w:rPr>
                <w:rFonts w:ascii="Times New Roman" w:hAnsi="Times New Roman"/>
                <w:sz w:val="24"/>
              </w:rPr>
              <w:t>53</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4B3401" w14:textId="77777777" w:rsidR="00F034CC" w:rsidRPr="00F440AD" w:rsidRDefault="001566EA">
            <w:pPr>
              <w:rPr>
                <w:rFonts w:ascii="Times New Roman" w:hAnsi="Times New Roman"/>
                <w:sz w:val="24"/>
              </w:rPr>
            </w:pPr>
            <w:r w:rsidRPr="00F440AD">
              <w:rPr>
                <w:rFonts w:ascii="Times New Roman" w:hAnsi="Times New Roman"/>
                <w:sz w:val="24"/>
              </w:rPr>
              <w:t>34</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16E3D4"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2F1CAD"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6BD876" w14:textId="77777777" w:rsidR="00F034CC" w:rsidRPr="00F440AD" w:rsidRDefault="001566EA">
            <w:pPr>
              <w:rPr>
                <w:rFonts w:ascii="Times New Roman" w:hAnsi="Times New Roman"/>
                <w:sz w:val="24"/>
              </w:rPr>
            </w:pPr>
            <w:r w:rsidRPr="00F440AD">
              <w:rPr>
                <w:rFonts w:ascii="Times New Roman" w:hAnsi="Times New Roman"/>
                <w:sz w:val="24"/>
              </w:rPr>
              <w:t>0.068</w:t>
            </w:r>
          </w:p>
        </w:tc>
      </w:tr>
      <w:tr w:rsidR="00DD30D0" w14:paraId="6FFAC638"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CD4355"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9CD211" w14:textId="77777777" w:rsidR="00F034CC" w:rsidRPr="00F440AD" w:rsidRDefault="001566EA">
            <w:pPr>
              <w:rPr>
                <w:rFonts w:ascii="Times New Roman" w:hAnsi="Times New Roman"/>
                <w:sz w:val="24"/>
              </w:rPr>
            </w:pPr>
            <w:r w:rsidRPr="00F440AD">
              <w:rPr>
                <w:rFonts w:ascii="Times New Roman" w:hAnsi="Times New Roman"/>
                <w:sz w:val="24"/>
              </w:rPr>
              <w:t>≥65</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33CD3E" w14:textId="77777777" w:rsidR="00F034CC" w:rsidRPr="00F440AD" w:rsidRDefault="001566EA">
            <w:pPr>
              <w:rPr>
                <w:rFonts w:ascii="Times New Roman" w:hAnsi="Times New Roman"/>
                <w:sz w:val="24"/>
              </w:rPr>
            </w:pPr>
            <w:r w:rsidRPr="00F440AD">
              <w:rPr>
                <w:rFonts w:ascii="Times New Roman" w:hAnsi="Times New Roman"/>
                <w:sz w:val="24"/>
              </w:rPr>
              <w:t>51</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5568B0" w14:textId="77777777" w:rsidR="00F034CC" w:rsidRPr="00F440AD" w:rsidRDefault="001566EA">
            <w:pPr>
              <w:rPr>
                <w:rFonts w:ascii="Times New Roman" w:hAnsi="Times New Roman"/>
                <w:sz w:val="24"/>
              </w:rPr>
            </w:pPr>
            <w:r w:rsidRPr="00F440AD">
              <w:rPr>
                <w:rFonts w:ascii="Times New Roman" w:hAnsi="Times New Roman"/>
                <w:sz w:val="24"/>
              </w:rPr>
              <w:t>41</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9E0560" w14:textId="77777777" w:rsidR="00F034CC" w:rsidRPr="00F440AD" w:rsidRDefault="001566EA">
            <w:pPr>
              <w:rPr>
                <w:rFonts w:ascii="Times New Roman" w:hAnsi="Times New Roman"/>
                <w:sz w:val="24"/>
              </w:rPr>
            </w:pPr>
            <w:r w:rsidRPr="00F440AD">
              <w:rPr>
                <w:rFonts w:ascii="Times New Roman" w:hAnsi="Times New Roman"/>
                <w:sz w:val="24"/>
              </w:rPr>
              <w:t>2.291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40FAC2" w14:textId="77777777" w:rsidR="00F034CC" w:rsidRPr="00F440AD" w:rsidRDefault="001566EA">
            <w:pPr>
              <w:rPr>
                <w:rFonts w:ascii="Times New Roman" w:hAnsi="Times New Roman"/>
                <w:sz w:val="24"/>
              </w:rPr>
            </w:pPr>
            <w:r w:rsidRPr="00F440AD">
              <w:rPr>
                <w:rFonts w:ascii="Times New Roman" w:hAnsi="Times New Roman"/>
                <w:sz w:val="24"/>
              </w:rPr>
              <w:t>[0.940,5.582]</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E0B7DF" w14:textId="77777777" w:rsidR="00F034CC" w:rsidRPr="00F440AD" w:rsidRDefault="00F034CC">
            <w:pPr>
              <w:rPr>
                <w:rFonts w:ascii="Times New Roman" w:hAnsi="Times New Roman"/>
                <w:sz w:val="24"/>
              </w:rPr>
            </w:pPr>
          </w:p>
        </w:tc>
      </w:tr>
      <w:tr w:rsidR="00DD30D0" w14:paraId="0A3C6F86"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29334E1" w14:textId="77777777" w:rsidR="00F034CC" w:rsidRPr="00F440AD" w:rsidRDefault="001566EA">
            <w:pPr>
              <w:rPr>
                <w:rFonts w:ascii="Times New Roman" w:hAnsi="Times New Roman"/>
                <w:sz w:val="24"/>
              </w:rPr>
            </w:pPr>
            <w:r w:rsidRPr="00F440AD">
              <w:rPr>
                <w:rFonts w:ascii="Times New Roman" w:hAnsi="Times New Roman"/>
                <w:sz w:val="24"/>
              </w:rPr>
              <w:t>Gender</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6049D1" w14:textId="77777777" w:rsidR="00F034CC" w:rsidRPr="00F440AD" w:rsidRDefault="001566EA">
            <w:pPr>
              <w:rPr>
                <w:rFonts w:ascii="Times New Roman" w:hAnsi="Times New Roman"/>
                <w:sz w:val="24"/>
              </w:rPr>
            </w:pPr>
            <w:r w:rsidRPr="00F440AD">
              <w:rPr>
                <w:rFonts w:ascii="Times New Roman" w:hAnsi="Times New Roman"/>
                <w:sz w:val="24"/>
              </w:rPr>
              <w:t>Male</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FCCBF7" w14:textId="77777777" w:rsidR="00F034CC" w:rsidRPr="00F440AD" w:rsidRDefault="001566EA">
            <w:pPr>
              <w:rPr>
                <w:rFonts w:ascii="Times New Roman" w:hAnsi="Times New Roman"/>
                <w:sz w:val="24"/>
              </w:rPr>
            </w:pPr>
            <w:r w:rsidRPr="00F440AD">
              <w:rPr>
                <w:rFonts w:ascii="Times New Roman" w:hAnsi="Times New Roman"/>
                <w:sz w:val="24"/>
              </w:rPr>
              <w:t>60</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29A8EE" w14:textId="77777777" w:rsidR="00F034CC" w:rsidRPr="00F440AD" w:rsidRDefault="001566EA">
            <w:pPr>
              <w:rPr>
                <w:rFonts w:ascii="Times New Roman" w:hAnsi="Times New Roman"/>
                <w:sz w:val="24"/>
              </w:rPr>
            </w:pPr>
            <w:r w:rsidRPr="00F440AD">
              <w:rPr>
                <w:rFonts w:ascii="Times New Roman" w:hAnsi="Times New Roman"/>
                <w:sz w:val="24"/>
              </w:rPr>
              <w:t>42</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42A95E"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688577"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D50C0E" w14:textId="77777777" w:rsidR="00F034CC" w:rsidRPr="00F440AD" w:rsidRDefault="001566EA">
            <w:pPr>
              <w:rPr>
                <w:rFonts w:ascii="Times New Roman" w:hAnsi="Times New Roman"/>
                <w:sz w:val="24"/>
              </w:rPr>
            </w:pPr>
            <w:r w:rsidRPr="00F440AD">
              <w:rPr>
                <w:rFonts w:ascii="Times New Roman" w:hAnsi="Times New Roman"/>
                <w:sz w:val="24"/>
              </w:rPr>
              <w:t>0.575</w:t>
            </w:r>
          </w:p>
        </w:tc>
      </w:tr>
      <w:tr w:rsidR="00DD30D0" w14:paraId="5FEF3360"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8F13AA"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F22C23" w14:textId="77777777" w:rsidR="00F034CC" w:rsidRPr="00F440AD" w:rsidRDefault="001566EA">
            <w:pPr>
              <w:rPr>
                <w:rFonts w:ascii="Times New Roman" w:hAnsi="Times New Roman"/>
                <w:sz w:val="24"/>
              </w:rPr>
            </w:pPr>
            <w:r w:rsidRPr="00F440AD">
              <w:rPr>
                <w:rFonts w:ascii="Times New Roman" w:hAnsi="Times New Roman"/>
                <w:sz w:val="24"/>
              </w:rPr>
              <w:t>Female</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940A37" w14:textId="77777777" w:rsidR="00F034CC" w:rsidRPr="00F440AD" w:rsidRDefault="001566EA">
            <w:pPr>
              <w:rPr>
                <w:rFonts w:ascii="Times New Roman" w:hAnsi="Times New Roman"/>
                <w:sz w:val="24"/>
              </w:rPr>
            </w:pPr>
            <w:r w:rsidRPr="00F440AD">
              <w:rPr>
                <w:rFonts w:ascii="Times New Roman" w:hAnsi="Times New Roman"/>
                <w:sz w:val="24"/>
              </w:rPr>
              <w:t>44</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58AF1C" w14:textId="77777777" w:rsidR="00F034CC" w:rsidRPr="00F440AD" w:rsidRDefault="001566EA">
            <w:pPr>
              <w:rPr>
                <w:rFonts w:ascii="Times New Roman" w:hAnsi="Times New Roman"/>
                <w:sz w:val="24"/>
              </w:rPr>
            </w:pPr>
            <w:r w:rsidRPr="00F440AD">
              <w:rPr>
                <w:rFonts w:ascii="Times New Roman" w:hAnsi="Times New Roman"/>
                <w:sz w:val="24"/>
              </w:rPr>
              <w:t>33</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427175" w14:textId="77777777" w:rsidR="00F034CC" w:rsidRPr="00F440AD" w:rsidRDefault="001566EA">
            <w:pPr>
              <w:rPr>
                <w:rFonts w:ascii="Times New Roman" w:hAnsi="Times New Roman"/>
                <w:sz w:val="24"/>
              </w:rPr>
            </w:pPr>
            <w:r w:rsidRPr="00F440AD">
              <w:rPr>
                <w:rFonts w:ascii="Times New Roman" w:hAnsi="Times New Roman"/>
                <w:sz w:val="24"/>
              </w:rPr>
              <w:t>1.286</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075664" w14:textId="77777777" w:rsidR="00F034CC" w:rsidRPr="00F440AD" w:rsidRDefault="001566EA">
            <w:pPr>
              <w:rPr>
                <w:rFonts w:ascii="Times New Roman" w:hAnsi="Times New Roman"/>
                <w:sz w:val="24"/>
              </w:rPr>
            </w:pPr>
            <w:r w:rsidRPr="00F440AD">
              <w:rPr>
                <w:rFonts w:ascii="Times New Roman" w:hAnsi="Times New Roman"/>
                <w:sz w:val="24"/>
              </w:rPr>
              <w:t>[0.534,3.093]</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8A1FB5" w14:textId="77777777" w:rsidR="00F034CC" w:rsidRPr="00F440AD" w:rsidRDefault="00F034CC">
            <w:pPr>
              <w:rPr>
                <w:rFonts w:ascii="Times New Roman" w:hAnsi="Times New Roman"/>
                <w:sz w:val="24"/>
              </w:rPr>
            </w:pPr>
          </w:p>
        </w:tc>
      </w:tr>
      <w:tr w:rsidR="00DD30D0" w14:paraId="7A431410"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692D4CB" w14:textId="5A4000CF" w:rsidR="00F034CC" w:rsidRPr="00F440AD" w:rsidRDefault="001566EA">
            <w:pPr>
              <w:rPr>
                <w:rFonts w:ascii="Times New Roman" w:hAnsi="Times New Roman"/>
                <w:sz w:val="24"/>
              </w:rPr>
            </w:pPr>
            <w:r w:rsidRPr="00F440AD">
              <w:rPr>
                <w:rFonts w:ascii="Times New Roman" w:hAnsi="Times New Roman"/>
                <w:sz w:val="24"/>
              </w:rPr>
              <w:t>Country of enrolment</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FA77AA" w14:textId="77777777" w:rsidR="00F034CC" w:rsidRPr="00F440AD" w:rsidRDefault="001566EA">
            <w:pPr>
              <w:rPr>
                <w:rFonts w:ascii="Times New Roman" w:hAnsi="Times New Roman"/>
                <w:sz w:val="24"/>
              </w:rPr>
            </w:pPr>
            <w:r w:rsidRPr="00F440AD">
              <w:rPr>
                <w:rFonts w:ascii="Times New Roman" w:hAnsi="Times New Roman"/>
                <w:sz w:val="24"/>
              </w:rPr>
              <w:t>Korea</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CDA1C8" w14:textId="77777777" w:rsidR="00F034CC" w:rsidRPr="00F440AD" w:rsidRDefault="001566EA">
            <w:pPr>
              <w:rPr>
                <w:rFonts w:ascii="Times New Roman" w:hAnsi="Times New Roman"/>
                <w:sz w:val="24"/>
              </w:rPr>
            </w:pPr>
            <w:r w:rsidRPr="00F440AD">
              <w:rPr>
                <w:rFonts w:ascii="Times New Roman" w:hAnsi="Times New Roman"/>
                <w:sz w:val="24"/>
              </w:rPr>
              <w:t>69</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C43439" w14:textId="77777777" w:rsidR="00F034CC" w:rsidRPr="00F440AD" w:rsidRDefault="001566EA">
            <w:pPr>
              <w:rPr>
                <w:rFonts w:ascii="Times New Roman" w:hAnsi="Times New Roman"/>
                <w:sz w:val="24"/>
              </w:rPr>
            </w:pPr>
            <w:r w:rsidRPr="00F440AD">
              <w:rPr>
                <w:rFonts w:ascii="Times New Roman" w:hAnsi="Times New Roman"/>
                <w:sz w:val="24"/>
              </w:rPr>
              <w:t>55</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143BE2"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4A2A63"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48F746" w14:textId="77777777" w:rsidR="00F034CC" w:rsidRPr="00F440AD" w:rsidRDefault="001566EA">
            <w:pPr>
              <w:rPr>
                <w:rFonts w:ascii="Times New Roman" w:hAnsi="Times New Roman"/>
                <w:sz w:val="24"/>
              </w:rPr>
            </w:pPr>
            <w:r w:rsidRPr="00F440AD">
              <w:rPr>
                <w:rFonts w:ascii="Times New Roman" w:hAnsi="Times New Roman"/>
                <w:sz w:val="24"/>
              </w:rPr>
              <w:t>0.007*</w:t>
            </w:r>
          </w:p>
        </w:tc>
      </w:tr>
      <w:tr w:rsidR="00DD30D0" w14:paraId="25E5C82F"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65AFA2"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0FC394" w14:textId="77777777" w:rsidR="00F034CC" w:rsidRPr="00F440AD" w:rsidRDefault="001566EA">
            <w:pPr>
              <w:rPr>
                <w:rFonts w:ascii="Times New Roman" w:hAnsi="Times New Roman"/>
                <w:sz w:val="24"/>
              </w:rPr>
            </w:pPr>
            <w:r w:rsidRPr="00F440AD">
              <w:rPr>
                <w:rFonts w:ascii="Times New Roman" w:hAnsi="Times New Roman"/>
                <w:sz w:val="24"/>
              </w:rPr>
              <w:t>Malaysia</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CEC3A2"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33E08A" w14:textId="77777777" w:rsidR="00F034CC" w:rsidRPr="00F440AD" w:rsidRDefault="001566EA">
            <w:pPr>
              <w:rPr>
                <w:rFonts w:ascii="Times New Roman" w:hAnsi="Times New Roman"/>
                <w:sz w:val="24"/>
              </w:rPr>
            </w:pPr>
            <w:r w:rsidRPr="00F440AD">
              <w:rPr>
                <w:rFonts w:ascii="Times New Roman" w:hAnsi="Times New Roman"/>
                <w:sz w:val="24"/>
              </w:rPr>
              <w:t>13</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39DAEE" w14:textId="77777777" w:rsidR="00F034CC" w:rsidRPr="00F440AD" w:rsidRDefault="001566EA">
            <w:pPr>
              <w:rPr>
                <w:rFonts w:ascii="Times New Roman" w:hAnsi="Times New Roman"/>
                <w:sz w:val="24"/>
              </w:rPr>
            </w:pPr>
            <w:r w:rsidRPr="00F440AD">
              <w:rPr>
                <w:rFonts w:ascii="Times New Roman" w:hAnsi="Times New Roman"/>
                <w:sz w:val="24"/>
              </w:rPr>
              <w:t>0.236</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90E3A2" w14:textId="77777777" w:rsidR="00F034CC" w:rsidRPr="00F440AD" w:rsidRDefault="001566EA">
            <w:pPr>
              <w:rPr>
                <w:rFonts w:ascii="Times New Roman" w:hAnsi="Times New Roman"/>
                <w:sz w:val="24"/>
              </w:rPr>
            </w:pPr>
            <w:r w:rsidRPr="00F440AD">
              <w:rPr>
                <w:rFonts w:ascii="Times New Roman" w:hAnsi="Times New Roman"/>
                <w:sz w:val="24"/>
              </w:rPr>
              <w:t>[0.091,0.615]</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798B67" w14:textId="77777777" w:rsidR="00F034CC" w:rsidRPr="00F440AD" w:rsidRDefault="00F034CC">
            <w:pPr>
              <w:rPr>
                <w:rFonts w:ascii="Times New Roman" w:hAnsi="Times New Roman"/>
                <w:sz w:val="24"/>
              </w:rPr>
            </w:pPr>
          </w:p>
        </w:tc>
      </w:tr>
      <w:tr w:rsidR="00DD30D0" w14:paraId="21B66F29"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3D7DC6"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0F18CF" w14:textId="77777777" w:rsidR="00F034CC" w:rsidRPr="00F440AD" w:rsidRDefault="001566EA">
            <w:pPr>
              <w:rPr>
                <w:rFonts w:ascii="Times New Roman" w:hAnsi="Times New Roman"/>
                <w:sz w:val="24"/>
              </w:rPr>
            </w:pPr>
            <w:r w:rsidRPr="00F440AD">
              <w:rPr>
                <w:rFonts w:ascii="Times New Roman" w:hAnsi="Times New Roman"/>
                <w:sz w:val="24"/>
              </w:rPr>
              <w:t>Thailand</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3764B0"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1E8336" w14:textId="77777777" w:rsidR="00F034CC" w:rsidRPr="00F440AD" w:rsidRDefault="001566EA">
            <w:pPr>
              <w:rPr>
                <w:rFonts w:ascii="Times New Roman" w:hAnsi="Times New Roman"/>
                <w:sz w:val="24"/>
              </w:rPr>
            </w:pPr>
            <w:r w:rsidRPr="00F440AD">
              <w:rPr>
                <w:rFonts w:ascii="Times New Roman" w:hAnsi="Times New Roman"/>
                <w:sz w:val="24"/>
              </w:rPr>
              <w:t>7</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9C9AAA" w14:textId="77777777" w:rsidR="00F034CC" w:rsidRPr="00F440AD" w:rsidRDefault="001566EA">
            <w:pPr>
              <w:rPr>
                <w:rFonts w:ascii="Times New Roman" w:hAnsi="Times New Roman"/>
                <w:sz w:val="24"/>
              </w:rPr>
            </w:pPr>
            <w:r w:rsidRPr="00F440AD">
              <w:rPr>
                <w:rFonts w:ascii="Times New Roman" w:hAnsi="Times New Roman"/>
                <w:sz w:val="24"/>
              </w:rPr>
              <w:t>1.782</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E642C0" w14:textId="77777777" w:rsidR="00F034CC" w:rsidRPr="00F440AD" w:rsidRDefault="001566EA">
            <w:pPr>
              <w:rPr>
                <w:rFonts w:ascii="Times New Roman" w:hAnsi="Times New Roman"/>
                <w:sz w:val="24"/>
              </w:rPr>
            </w:pPr>
            <w:r w:rsidRPr="00F440AD">
              <w:rPr>
                <w:rFonts w:ascii="Times New Roman" w:hAnsi="Times New Roman"/>
                <w:sz w:val="24"/>
              </w:rPr>
              <w:t>[0.202,15.694]</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9B952B" w14:textId="77777777" w:rsidR="00F034CC" w:rsidRPr="00F440AD" w:rsidRDefault="00F034CC">
            <w:pPr>
              <w:rPr>
                <w:rFonts w:ascii="Times New Roman" w:hAnsi="Times New Roman"/>
                <w:sz w:val="24"/>
              </w:rPr>
            </w:pPr>
          </w:p>
        </w:tc>
      </w:tr>
      <w:tr w:rsidR="00DD30D0" w14:paraId="41C51E44"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ED337E1" w14:textId="77777777" w:rsidR="00F034CC" w:rsidRPr="00F440AD" w:rsidRDefault="001566EA">
            <w:pPr>
              <w:rPr>
                <w:rFonts w:ascii="Times New Roman" w:hAnsi="Times New Roman"/>
                <w:sz w:val="24"/>
              </w:rPr>
            </w:pPr>
            <w:r w:rsidRPr="00F440AD">
              <w:rPr>
                <w:rFonts w:ascii="Times New Roman" w:hAnsi="Times New Roman"/>
                <w:sz w:val="24"/>
              </w:rPr>
              <w:t xml:space="preserve">ECOG performance </w:t>
            </w:r>
            <w:proofErr w:type="spellStart"/>
            <w:r w:rsidRPr="00F440AD">
              <w:rPr>
                <w:rFonts w:ascii="Times New Roman" w:hAnsi="Times New Roman"/>
                <w:sz w:val="24"/>
              </w:rPr>
              <w:t>status</w:t>
            </w:r>
            <w:r w:rsidRPr="00F440AD">
              <w:rPr>
                <w:rFonts w:ascii="Times New Roman" w:hAnsi="Times New Roman"/>
                <w:sz w:val="24"/>
                <w:vertAlign w:val="superscript"/>
              </w:rPr>
              <w:t>a</w:t>
            </w:r>
            <w:proofErr w:type="spellEnd"/>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13B796" w14:textId="646BDFA3" w:rsidR="00F034CC" w:rsidRPr="00F440AD" w:rsidRDefault="001566EA">
            <w:pPr>
              <w:rPr>
                <w:rFonts w:ascii="Times New Roman" w:hAnsi="Times New Roman"/>
                <w:sz w:val="24"/>
              </w:rPr>
            </w:pPr>
            <w:r w:rsidRPr="00F440AD">
              <w:rPr>
                <w:rFonts w:ascii="Times New Roman" w:hAnsi="Times New Roman"/>
                <w:sz w:val="24"/>
              </w:rPr>
              <w:t>0</w:t>
            </w:r>
            <w:r w:rsidR="00D22F84" w:rsidRPr="00D22F84">
              <w:rPr>
                <w:rFonts w:ascii="Times New Roman" w:hAnsi="Times New Roman"/>
                <w:sz w:val="24"/>
              </w:rPr>
              <w:t>–</w:t>
            </w:r>
            <w:r w:rsidRPr="00F440AD">
              <w:rPr>
                <w:rFonts w:ascii="Times New Roman" w:hAnsi="Times New Roman"/>
                <w:sz w:val="24"/>
              </w:rPr>
              <w:t>1</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76D147" w14:textId="77777777" w:rsidR="00F034CC" w:rsidRPr="00F440AD" w:rsidRDefault="001566EA">
            <w:pPr>
              <w:rPr>
                <w:rFonts w:ascii="Times New Roman" w:hAnsi="Times New Roman"/>
                <w:sz w:val="24"/>
              </w:rPr>
            </w:pPr>
            <w:r w:rsidRPr="00F440AD">
              <w:rPr>
                <w:rFonts w:ascii="Times New Roman" w:hAnsi="Times New Roman"/>
                <w:sz w:val="24"/>
              </w:rPr>
              <w:t>78</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477E30" w14:textId="77777777" w:rsidR="00F034CC" w:rsidRPr="00F440AD" w:rsidRDefault="001566EA">
            <w:pPr>
              <w:rPr>
                <w:rFonts w:ascii="Times New Roman" w:hAnsi="Times New Roman"/>
                <w:sz w:val="24"/>
              </w:rPr>
            </w:pPr>
            <w:r w:rsidRPr="00F440AD">
              <w:rPr>
                <w:rFonts w:ascii="Times New Roman" w:hAnsi="Times New Roman"/>
                <w:sz w:val="24"/>
              </w:rPr>
              <w:t>59</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C0D8C5"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48D588"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34A5B0" w14:textId="77777777" w:rsidR="00F034CC" w:rsidRPr="00F440AD" w:rsidRDefault="001566EA">
            <w:pPr>
              <w:rPr>
                <w:rFonts w:ascii="Times New Roman" w:hAnsi="Times New Roman"/>
                <w:sz w:val="24"/>
              </w:rPr>
            </w:pPr>
            <w:r w:rsidRPr="00F440AD">
              <w:rPr>
                <w:rFonts w:ascii="Times New Roman" w:hAnsi="Times New Roman"/>
                <w:sz w:val="24"/>
              </w:rPr>
              <w:t>0.121</w:t>
            </w:r>
          </w:p>
        </w:tc>
      </w:tr>
      <w:tr w:rsidR="00DD30D0" w14:paraId="3ABD6B15"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26DB90"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C1FA61"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AF37A1" w14:textId="77777777" w:rsidR="00F034CC" w:rsidRPr="00F440AD" w:rsidRDefault="001566EA">
            <w:pPr>
              <w:rPr>
                <w:rFonts w:ascii="Times New Roman" w:hAnsi="Times New Roman"/>
                <w:sz w:val="24"/>
              </w:rPr>
            </w:pPr>
            <w:r w:rsidRPr="00F440AD">
              <w:rPr>
                <w:rFonts w:ascii="Times New Roman" w:hAnsi="Times New Roman"/>
                <w:sz w:val="24"/>
              </w:rPr>
              <w:t>16</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F5CD8B"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DB0DDB" w14:textId="77777777" w:rsidR="00F034CC" w:rsidRPr="00F440AD" w:rsidRDefault="001566EA">
            <w:pPr>
              <w:rPr>
                <w:rFonts w:ascii="Times New Roman" w:hAnsi="Times New Roman"/>
                <w:sz w:val="24"/>
              </w:rPr>
            </w:pPr>
            <w:r w:rsidRPr="00F440AD">
              <w:rPr>
                <w:rFonts w:ascii="Times New Roman" w:hAnsi="Times New Roman"/>
                <w:sz w:val="24"/>
              </w:rPr>
              <w:t>0.414</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AF8BE2" w14:textId="77777777" w:rsidR="00F034CC" w:rsidRPr="00F440AD" w:rsidRDefault="001566EA">
            <w:pPr>
              <w:rPr>
                <w:rFonts w:ascii="Times New Roman" w:hAnsi="Times New Roman"/>
                <w:sz w:val="24"/>
              </w:rPr>
            </w:pPr>
            <w:r w:rsidRPr="00F440AD">
              <w:rPr>
                <w:rFonts w:ascii="Times New Roman" w:hAnsi="Times New Roman"/>
                <w:sz w:val="24"/>
              </w:rPr>
              <w:t>[0.136,1.262]</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964AB8" w14:textId="77777777" w:rsidR="00F034CC" w:rsidRPr="00F440AD" w:rsidRDefault="00F034CC">
            <w:pPr>
              <w:rPr>
                <w:rFonts w:ascii="Times New Roman" w:hAnsi="Times New Roman"/>
                <w:sz w:val="24"/>
              </w:rPr>
            </w:pPr>
          </w:p>
        </w:tc>
      </w:tr>
      <w:tr w:rsidR="00DD30D0" w14:paraId="36DC1DDC"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C1D03C" w14:textId="77777777" w:rsidR="00F034CC" w:rsidRPr="00F440AD" w:rsidRDefault="001566EA">
            <w:pPr>
              <w:rPr>
                <w:rFonts w:ascii="Times New Roman" w:hAnsi="Times New Roman"/>
                <w:sz w:val="24"/>
              </w:rPr>
            </w:pPr>
            <w:r w:rsidRPr="00F440AD">
              <w:rPr>
                <w:rFonts w:ascii="Times New Roman" w:hAnsi="Times New Roman"/>
                <w:sz w:val="24"/>
              </w:rPr>
              <w:t xml:space="preserve">Cytogenetic </w:t>
            </w:r>
            <w:proofErr w:type="spellStart"/>
            <w:r w:rsidRPr="00F440AD">
              <w:rPr>
                <w:rFonts w:ascii="Times New Roman" w:hAnsi="Times New Roman"/>
                <w:sz w:val="24"/>
              </w:rPr>
              <w:t>risk</w:t>
            </w:r>
            <w:r w:rsidRPr="00F440AD">
              <w:rPr>
                <w:rFonts w:ascii="Times New Roman" w:hAnsi="Times New Roman"/>
                <w:sz w:val="24"/>
                <w:vertAlign w:val="superscript"/>
              </w:rPr>
              <w:t>a</w:t>
            </w:r>
            <w:proofErr w:type="spellEnd"/>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5E4BD7" w14:textId="77777777" w:rsidR="00F034CC" w:rsidRPr="00F440AD" w:rsidRDefault="001566EA">
            <w:pPr>
              <w:rPr>
                <w:rFonts w:ascii="Times New Roman" w:hAnsi="Times New Roman"/>
                <w:sz w:val="24"/>
              </w:rPr>
            </w:pPr>
            <w:r w:rsidRPr="00F440AD">
              <w:rPr>
                <w:rFonts w:ascii="Times New Roman" w:hAnsi="Times New Roman"/>
                <w:sz w:val="24"/>
              </w:rPr>
              <w:t>Standard risk</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9039DE" w14:textId="77777777" w:rsidR="00F034CC" w:rsidRPr="00F440AD" w:rsidRDefault="001566EA">
            <w:pPr>
              <w:rPr>
                <w:rFonts w:ascii="Times New Roman" w:hAnsi="Times New Roman"/>
                <w:sz w:val="24"/>
              </w:rPr>
            </w:pPr>
            <w:r w:rsidRPr="00F440AD">
              <w:rPr>
                <w:rFonts w:ascii="Times New Roman" w:hAnsi="Times New Roman"/>
                <w:sz w:val="24"/>
              </w:rPr>
              <w:t>49</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08CD6C" w14:textId="77777777" w:rsidR="00F034CC" w:rsidRPr="00F440AD" w:rsidRDefault="001566EA">
            <w:pPr>
              <w:rPr>
                <w:rFonts w:ascii="Times New Roman" w:hAnsi="Times New Roman"/>
                <w:sz w:val="24"/>
              </w:rPr>
            </w:pPr>
            <w:r w:rsidRPr="00F440AD">
              <w:rPr>
                <w:rFonts w:ascii="Times New Roman" w:hAnsi="Times New Roman"/>
                <w:sz w:val="24"/>
              </w:rPr>
              <w:t>38</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BD5E8E"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E161E0"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74A49F" w14:textId="77777777" w:rsidR="00F034CC" w:rsidRPr="00F440AD" w:rsidRDefault="001566EA">
            <w:pPr>
              <w:rPr>
                <w:rFonts w:ascii="Times New Roman" w:hAnsi="Times New Roman"/>
                <w:sz w:val="24"/>
              </w:rPr>
            </w:pPr>
            <w:r w:rsidRPr="00F440AD">
              <w:rPr>
                <w:rFonts w:ascii="Times New Roman" w:hAnsi="Times New Roman"/>
                <w:sz w:val="24"/>
              </w:rPr>
              <w:t>0.471</w:t>
            </w:r>
          </w:p>
        </w:tc>
      </w:tr>
      <w:tr w:rsidR="00DD30D0" w14:paraId="5BFCA014"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72604E"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E572F0" w14:textId="77777777" w:rsidR="00F034CC" w:rsidRPr="00F440AD" w:rsidRDefault="001566EA">
            <w:pPr>
              <w:rPr>
                <w:rFonts w:ascii="Times New Roman" w:hAnsi="Times New Roman"/>
                <w:sz w:val="24"/>
              </w:rPr>
            </w:pPr>
            <w:r w:rsidRPr="00F440AD">
              <w:rPr>
                <w:rFonts w:ascii="Times New Roman" w:hAnsi="Times New Roman"/>
                <w:sz w:val="24"/>
              </w:rPr>
              <w:t>High risk</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7762E4" w14:textId="77777777" w:rsidR="00F034CC" w:rsidRPr="00F440AD" w:rsidRDefault="001566EA">
            <w:pPr>
              <w:rPr>
                <w:rFonts w:ascii="Times New Roman" w:hAnsi="Times New Roman"/>
                <w:sz w:val="24"/>
              </w:rPr>
            </w:pPr>
            <w:r w:rsidRPr="00F440AD">
              <w:rPr>
                <w:rFonts w:ascii="Times New Roman" w:hAnsi="Times New Roman"/>
                <w:sz w:val="24"/>
              </w:rPr>
              <w:t>14</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19887E" w14:textId="77777777" w:rsidR="00F034CC" w:rsidRPr="00F440AD" w:rsidRDefault="001566EA">
            <w:pPr>
              <w:rPr>
                <w:rFonts w:ascii="Times New Roman" w:hAnsi="Times New Roman"/>
                <w:sz w:val="24"/>
              </w:rPr>
            </w:pPr>
            <w:r w:rsidRPr="00F440AD">
              <w:rPr>
                <w:rFonts w:ascii="Times New Roman" w:hAnsi="Times New Roman"/>
                <w:sz w:val="24"/>
              </w:rPr>
              <w:t>10</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95FE13" w14:textId="77777777" w:rsidR="00F034CC" w:rsidRPr="00F440AD" w:rsidRDefault="001566EA">
            <w:pPr>
              <w:rPr>
                <w:rFonts w:ascii="Times New Roman" w:hAnsi="Times New Roman"/>
                <w:sz w:val="24"/>
              </w:rPr>
            </w:pPr>
            <w:r w:rsidRPr="00F440AD">
              <w:rPr>
                <w:rFonts w:ascii="Times New Roman" w:hAnsi="Times New Roman"/>
                <w:sz w:val="24"/>
              </w:rPr>
              <w:t>0.724</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40F07F" w14:textId="77777777" w:rsidR="00F034CC" w:rsidRPr="00F440AD" w:rsidRDefault="001566EA">
            <w:pPr>
              <w:rPr>
                <w:rFonts w:ascii="Times New Roman" w:hAnsi="Times New Roman"/>
                <w:sz w:val="24"/>
              </w:rPr>
            </w:pPr>
            <w:r w:rsidRPr="00F440AD">
              <w:rPr>
                <w:rFonts w:ascii="Times New Roman" w:hAnsi="Times New Roman"/>
                <w:sz w:val="24"/>
              </w:rPr>
              <w:t>[0.190,2.763]</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5730EB" w14:textId="77777777" w:rsidR="00F034CC" w:rsidRPr="00F440AD" w:rsidRDefault="00F034CC">
            <w:pPr>
              <w:rPr>
                <w:rFonts w:ascii="Times New Roman" w:hAnsi="Times New Roman"/>
                <w:sz w:val="24"/>
              </w:rPr>
            </w:pPr>
          </w:p>
        </w:tc>
      </w:tr>
      <w:tr w:rsidR="00DD30D0" w14:paraId="4B351903"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961116"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1A2918" w14:textId="77777777" w:rsidR="00F034CC" w:rsidRPr="00F440AD" w:rsidRDefault="001566EA">
            <w:pPr>
              <w:rPr>
                <w:rFonts w:ascii="Times New Roman" w:hAnsi="Times New Roman"/>
                <w:sz w:val="24"/>
              </w:rPr>
            </w:pPr>
            <w:r w:rsidRPr="00F440AD">
              <w:rPr>
                <w:rFonts w:ascii="Times New Roman" w:hAnsi="Times New Roman"/>
                <w:sz w:val="24"/>
              </w:rPr>
              <w:t>Unknown</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A76F16" w14:textId="77777777" w:rsidR="00F034CC" w:rsidRPr="00F440AD" w:rsidRDefault="001566EA">
            <w:pPr>
              <w:rPr>
                <w:rFonts w:ascii="Times New Roman" w:hAnsi="Times New Roman"/>
                <w:sz w:val="24"/>
              </w:rPr>
            </w:pPr>
            <w:r w:rsidRPr="00F440AD">
              <w:rPr>
                <w:rFonts w:ascii="Times New Roman" w:hAnsi="Times New Roman"/>
                <w:sz w:val="24"/>
              </w:rPr>
              <w:t>41</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5D7203"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EBC0D3" w14:textId="77777777" w:rsidR="00F034CC" w:rsidRPr="00F440AD" w:rsidRDefault="001566EA">
            <w:pPr>
              <w:rPr>
                <w:rFonts w:ascii="Times New Roman" w:hAnsi="Times New Roman"/>
                <w:sz w:val="24"/>
              </w:rPr>
            </w:pPr>
            <w:r w:rsidRPr="00F440AD">
              <w:rPr>
                <w:rFonts w:ascii="Times New Roman" w:hAnsi="Times New Roman"/>
                <w:sz w:val="24"/>
              </w:rPr>
              <w:t>0.558</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510910" w14:textId="77777777" w:rsidR="00F034CC" w:rsidRPr="00F440AD" w:rsidRDefault="001566EA">
            <w:pPr>
              <w:rPr>
                <w:rFonts w:ascii="Times New Roman" w:hAnsi="Times New Roman"/>
                <w:sz w:val="24"/>
              </w:rPr>
            </w:pPr>
            <w:r w:rsidRPr="00F440AD">
              <w:rPr>
                <w:rFonts w:ascii="Times New Roman" w:hAnsi="Times New Roman"/>
                <w:sz w:val="24"/>
              </w:rPr>
              <w:t>[0.220,1.417]</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D57D4F" w14:textId="77777777" w:rsidR="00F034CC" w:rsidRPr="00F440AD" w:rsidRDefault="00F034CC">
            <w:pPr>
              <w:rPr>
                <w:rFonts w:ascii="Times New Roman" w:hAnsi="Times New Roman"/>
                <w:sz w:val="24"/>
              </w:rPr>
            </w:pPr>
          </w:p>
        </w:tc>
      </w:tr>
      <w:tr w:rsidR="00DD30D0" w14:paraId="746BFBA0"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F0D75B6" w14:textId="77777777" w:rsidR="00F034CC" w:rsidRPr="00F440AD" w:rsidRDefault="001566EA">
            <w:pPr>
              <w:rPr>
                <w:rFonts w:ascii="Times New Roman" w:hAnsi="Times New Roman"/>
                <w:sz w:val="24"/>
              </w:rPr>
            </w:pPr>
            <w:r w:rsidRPr="00F440AD">
              <w:rPr>
                <w:rFonts w:ascii="Times New Roman" w:hAnsi="Times New Roman"/>
                <w:sz w:val="24"/>
              </w:rPr>
              <w:t xml:space="preserve">ISS </w:t>
            </w:r>
            <w:proofErr w:type="spellStart"/>
            <w:r w:rsidRPr="00F440AD">
              <w:rPr>
                <w:rFonts w:ascii="Times New Roman" w:hAnsi="Times New Roman"/>
                <w:sz w:val="24"/>
              </w:rPr>
              <w:t>stage</w:t>
            </w:r>
            <w:r w:rsidRPr="00F440AD">
              <w:rPr>
                <w:rFonts w:ascii="Times New Roman" w:hAnsi="Times New Roman"/>
                <w:sz w:val="24"/>
                <w:vertAlign w:val="superscript"/>
              </w:rPr>
              <w:t>a</w:t>
            </w:r>
            <w:proofErr w:type="spellEnd"/>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6996FD" w14:textId="77777777" w:rsidR="00F034CC" w:rsidRPr="00F440AD" w:rsidRDefault="001566EA">
            <w:pPr>
              <w:rPr>
                <w:rFonts w:ascii="Times New Roman" w:hAnsi="Times New Roman"/>
                <w:sz w:val="24"/>
              </w:rPr>
            </w:pPr>
            <w:r w:rsidRPr="00F440AD">
              <w:rPr>
                <w:rFonts w:ascii="Times New Roman" w:hAnsi="Times New Roman"/>
                <w:sz w:val="24"/>
              </w:rPr>
              <w:t>I</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D259E0" w14:textId="77777777" w:rsidR="00F034CC" w:rsidRPr="00F440AD" w:rsidRDefault="001566EA">
            <w:pPr>
              <w:rPr>
                <w:rFonts w:ascii="Times New Roman" w:hAnsi="Times New Roman"/>
                <w:sz w:val="24"/>
              </w:rPr>
            </w:pPr>
            <w:r w:rsidRPr="00F440AD">
              <w:rPr>
                <w:rFonts w:ascii="Times New Roman" w:hAnsi="Times New Roman"/>
                <w:sz w:val="24"/>
              </w:rPr>
              <w:t>21</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CECAC8" w14:textId="77777777" w:rsidR="00F034CC" w:rsidRPr="00F440AD" w:rsidRDefault="001566EA">
            <w:pPr>
              <w:rPr>
                <w:rFonts w:ascii="Times New Roman" w:hAnsi="Times New Roman"/>
                <w:sz w:val="24"/>
              </w:rPr>
            </w:pPr>
            <w:r w:rsidRPr="00F440AD">
              <w:rPr>
                <w:rFonts w:ascii="Times New Roman" w:hAnsi="Times New Roman"/>
                <w:sz w:val="24"/>
              </w:rPr>
              <w:t>17</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461D6A"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E365A5"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BF2144" w14:textId="77777777" w:rsidR="00F034CC" w:rsidRPr="00F440AD" w:rsidRDefault="001566EA">
            <w:pPr>
              <w:rPr>
                <w:rFonts w:ascii="Times New Roman" w:hAnsi="Times New Roman"/>
                <w:sz w:val="24"/>
              </w:rPr>
            </w:pPr>
            <w:r w:rsidRPr="00F440AD">
              <w:rPr>
                <w:rFonts w:ascii="Times New Roman" w:hAnsi="Times New Roman"/>
                <w:sz w:val="24"/>
              </w:rPr>
              <w:t>0.458</w:t>
            </w:r>
          </w:p>
        </w:tc>
      </w:tr>
      <w:tr w:rsidR="00DD30D0" w14:paraId="6274140C"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A125BA"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315378" w14:textId="77777777" w:rsidR="00F034CC" w:rsidRPr="00F440AD" w:rsidRDefault="001566EA">
            <w:pPr>
              <w:rPr>
                <w:rFonts w:ascii="Times New Roman" w:hAnsi="Times New Roman"/>
                <w:sz w:val="24"/>
              </w:rPr>
            </w:pPr>
            <w:r w:rsidRPr="00F440AD">
              <w:rPr>
                <w:rFonts w:ascii="Times New Roman" w:hAnsi="Times New Roman"/>
                <w:sz w:val="24"/>
              </w:rPr>
              <w:t>II</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5C0906" w14:textId="77777777" w:rsidR="00F034CC" w:rsidRPr="00F440AD" w:rsidRDefault="001566EA">
            <w:pPr>
              <w:rPr>
                <w:rFonts w:ascii="Times New Roman" w:hAnsi="Times New Roman"/>
                <w:sz w:val="24"/>
              </w:rPr>
            </w:pPr>
            <w:r w:rsidRPr="00F440AD">
              <w:rPr>
                <w:rFonts w:ascii="Times New Roman" w:hAnsi="Times New Roman"/>
                <w:sz w:val="24"/>
              </w:rPr>
              <w:t>23</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D2EA45" w14:textId="77777777" w:rsidR="00F034CC" w:rsidRPr="00F440AD" w:rsidRDefault="001566EA">
            <w:pPr>
              <w:rPr>
                <w:rFonts w:ascii="Times New Roman" w:hAnsi="Times New Roman"/>
                <w:sz w:val="24"/>
              </w:rPr>
            </w:pPr>
            <w:r w:rsidRPr="00F440AD">
              <w:rPr>
                <w:rFonts w:ascii="Times New Roman" w:hAnsi="Times New Roman"/>
                <w:sz w:val="24"/>
              </w:rPr>
              <w:t>16</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7230A8" w14:textId="77777777" w:rsidR="00F034CC" w:rsidRPr="00F440AD" w:rsidRDefault="001566EA">
            <w:pPr>
              <w:rPr>
                <w:rFonts w:ascii="Times New Roman" w:hAnsi="Times New Roman"/>
                <w:sz w:val="24"/>
              </w:rPr>
            </w:pPr>
            <w:r w:rsidRPr="00F440AD">
              <w:rPr>
                <w:rFonts w:ascii="Times New Roman" w:hAnsi="Times New Roman"/>
                <w:sz w:val="24"/>
              </w:rPr>
              <w:t>0.538</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C183D6" w14:textId="77777777" w:rsidR="00F034CC" w:rsidRPr="00F440AD" w:rsidRDefault="001566EA">
            <w:pPr>
              <w:rPr>
                <w:rFonts w:ascii="Times New Roman" w:hAnsi="Times New Roman"/>
                <w:sz w:val="24"/>
              </w:rPr>
            </w:pPr>
            <w:r w:rsidRPr="00F440AD">
              <w:rPr>
                <w:rFonts w:ascii="Times New Roman" w:hAnsi="Times New Roman"/>
                <w:sz w:val="24"/>
              </w:rPr>
              <w:t>[0.132,2.193]</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EB644F" w14:textId="77777777" w:rsidR="00F034CC" w:rsidRPr="00F440AD" w:rsidRDefault="00F034CC">
            <w:pPr>
              <w:rPr>
                <w:rFonts w:ascii="Times New Roman" w:hAnsi="Times New Roman"/>
                <w:sz w:val="24"/>
              </w:rPr>
            </w:pPr>
          </w:p>
        </w:tc>
      </w:tr>
      <w:tr w:rsidR="00DD30D0" w14:paraId="5012F907"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31F930"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315E56" w14:textId="77777777" w:rsidR="00F034CC" w:rsidRPr="00F440AD" w:rsidRDefault="001566EA">
            <w:pPr>
              <w:rPr>
                <w:rFonts w:ascii="Times New Roman" w:hAnsi="Times New Roman"/>
                <w:sz w:val="24"/>
              </w:rPr>
            </w:pPr>
            <w:r w:rsidRPr="00F440AD">
              <w:rPr>
                <w:rFonts w:ascii="Times New Roman" w:hAnsi="Times New Roman"/>
                <w:sz w:val="24"/>
              </w:rPr>
              <w:t>III</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FCD00D" w14:textId="77777777" w:rsidR="00F034CC" w:rsidRPr="00F440AD" w:rsidRDefault="001566EA">
            <w:pPr>
              <w:rPr>
                <w:rFonts w:ascii="Times New Roman" w:hAnsi="Times New Roman"/>
                <w:sz w:val="24"/>
              </w:rPr>
            </w:pPr>
            <w:r w:rsidRPr="00F440AD">
              <w:rPr>
                <w:rFonts w:ascii="Times New Roman" w:hAnsi="Times New Roman"/>
                <w:sz w:val="24"/>
              </w:rPr>
              <w:t>34</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C64F26" w14:textId="77777777" w:rsidR="00F034CC" w:rsidRPr="00F440AD" w:rsidRDefault="001566EA">
            <w:pPr>
              <w:rPr>
                <w:rFonts w:ascii="Times New Roman" w:hAnsi="Times New Roman"/>
                <w:sz w:val="24"/>
              </w:rPr>
            </w:pPr>
            <w:r w:rsidRPr="00F440AD">
              <w:rPr>
                <w:rFonts w:ascii="Times New Roman" w:hAnsi="Times New Roman"/>
                <w:sz w:val="24"/>
              </w:rPr>
              <w:t>26</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D74922" w14:textId="77777777" w:rsidR="00F034CC" w:rsidRPr="00F440AD" w:rsidRDefault="001566EA">
            <w:pPr>
              <w:rPr>
                <w:rFonts w:ascii="Times New Roman" w:hAnsi="Times New Roman"/>
                <w:sz w:val="24"/>
              </w:rPr>
            </w:pPr>
            <w:r w:rsidRPr="00F440AD">
              <w:rPr>
                <w:rFonts w:ascii="Times New Roman" w:hAnsi="Times New Roman"/>
                <w:sz w:val="24"/>
              </w:rPr>
              <w:t>0.765</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1D7F81" w14:textId="77777777" w:rsidR="00F034CC" w:rsidRPr="00F440AD" w:rsidRDefault="001566EA">
            <w:pPr>
              <w:rPr>
                <w:rFonts w:ascii="Times New Roman" w:hAnsi="Times New Roman"/>
                <w:sz w:val="24"/>
              </w:rPr>
            </w:pPr>
            <w:r w:rsidRPr="00F440AD">
              <w:rPr>
                <w:rFonts w:ascii="Times New Roman" w:hAnsi="Times New Roman"/>
                <w:sz w:val="24"/>
              </w:rPr>
              <w:t>[0.199,2.941]</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B17644" w14:textId="77777777" w:rsidR="00F034CC" w:rsidRPr="00F440AD" w:rsidRDefault="00F034CC">
            <w:pPr>
              <w:rPr>
                <w:rFonts w:ascii="Times New Roman" w:hAnsi="Times New Roman"/>
                <w:sz w:val="24"/>
              </w:rPr>
            </w:pPr>
          </w:p>
        </w:tc>
      </w:tr>
      <w:tr w:rsidR="00DD30D0" w14:paraId="4E2F0DB8"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E851B8"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93C0F5" w14:textId="77777777" w:rsidR="00F034CC" w:rsidRPr="00F440AD" w:rsidRDefault="001566EA">
            <w:pPr>
              <w:rPr>
                <w:rFonts w:ascii="Times New Roman" w:hAnsi="Times New Roman"/>
                <w:sz w:val="24"/>
              </w:rPr>
            </w:pPr>
            <w:r w:rsidRPr="00F440AD">
              <w:rPr>
                <w:rFonts w:ascii="Times New Roman" w:hAnsi="Times New Roman"/>
                <w:sz w:val="24"/>
              </w:rPr>
              <w:t>Unknown</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5E4AED" w14:textId="77777777" w:rsidR="00F034CC" w:rsidRPr="00F440AD" w:rsidRDefault="001566EA">
            <w:pPr>
              <w:rPr>
                <w:rFonts w:ascii="Times New Roman" w:hAnsi="Times New Roman"/>
                <w:sz w:val="24"/>
              </w:rPr>
            </w:pPr>
            <w:r w:rsidRPr="00F440AD">
              <w:rPr>
                <w:rFonts w:ascii="Times New Roman" w:hAnsi="Times New Roman"/>
                <w:sz w:val="24"/>
              </w:rPr>
              <w:t>26</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6D415D" w14:textId="77777777" w:rsidR="00F034CC" w:rsidRPr="00F440AD" w:rsidRDefault="001566EA">
            <w:pPr>
              <w:rPr>
                <w:rFonts w:ascii="Times New Roman" w:hAnsi="Times New Roman"/>
                <w:sz w:val="24"/>
              </w:rPr>
            </w:pPr>
            <w:r w:rsidRPr="00F440AD">
              <w:rPr>
                <w:rFonts w:ascii="Times New Roman" w:hAnsi="Times New Roman"/>
                <w:sz w:val="24"/>
              </w:rPr>
              <w:t>16</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714966" w14:textId="77777777" w:rsidR="00F034CC" w:rsidRPr="00F440AD" w:rsidRDefault="001566EA">
            <w:pPr>
              <w:rPr>
                <w:rFonts w:ascii="Times New Roman" w:hAnsi="Times New Roman"/>
                <w:sz w:val="24"/>
              </w:rPr>
            </w:pPr>
            <w:r w:rsidRPr="00F440AD">
              <w:rPr>
                <w:rFonts w:ascii="Times New Roman" w:hAnsi="Times New Roman"/>
                <w:sz w:val="24"/>
              </w:rPr>
              <w:t>0.376</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19CC3B" w14:textId="77777777" w:rsidR="00F034CC" w:rsidRPr="00F440AD" w:rsidRDefault="001566EA">
            <w:pPr>
              <w:rPr>
                <w:rFonts w:ascii="Times New Roman" w:hAnsi="Times New Roman"/>
                <w:sz w:val="24"/>
              </w:rPr>
            </w:pPr>
            <w:r w:rsidRPr="00F440AD">
              <w:rPr>
                <w:rFonts w:ascii="Times New Roman" w:hAnsi="Times New Roman"/>
                <w:sz w:val="24"/>
              </w:rPr>
              <w:t>[0.098,1.446]</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BCEF24" w14:textId="77777777" w:rsidR="00F034CC" w:rsidRPr="00F440AD" w:rsidRDefault="00F034CC">
            <w:pPr>
              <w:rPr>
                <w:rFonts w:ascii="Times New Roman" w:hAnsi="Times New Roman"/>
                <w:sz w:val="24"/>
              </w:rPr>
            </w:pPr>
          </w:p>
        </w:tc>
      </w:tr>
      <w:tr w:rsidR="00DD30D0" w14:paraId="748A4F71"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2E3D48" w14:textId="77777777" w:rsidR="00F034CC" w:rsidRPr="00F440AD" w:rsidRDefault="001566EA">
            <w:pPr>
              <w:rPr>
                <w:rFonts w:ascii="Times New Roman" w:hAnsi="Times New Roman"/>
                <w:sz w:val="24"/>
              </w:rPr>
            </w:pPr>
            <w:r w:rsidRPr="00F440AD">
              <w:rPr>
                <w:rFonts w:ascii="Times New Roman" w:hAnsi="Times New Roman"/>
                <w:sz w:val="24"/>
              </w:rPr>
              <w:t xml:space="preserve">R-ISS </w:t>
            </w:r>
            <w:proofErr w:type="spellStart"/>
            <w:r w:rsidRPr="00F440AD">
              <w:rPr>
                <w:rFonts w:ascii="Times New Roman" w:hAnsi="Times New Roman"/>
                <w:sz w:val="24"/>
              </w:rPr>
              <w:t>stage</w:t>
            </w:r>
            <w:r w:rsidRPr="00F440AD">
              <w:rPr>
                <w:rFonts w:ascii="Times New Roman" w:hAnsi="Times New Roman"/>
                <w:sz w:val="24"/>
                <w:vertAlign w:val="superscript"/>
              </w:rPr>
              <w:t>a</w:t>
            </w:r>
            <w:proofErr w:type="spellEnd"/>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F1F382" w14:textId="77777777" w:rsidR="00F034CC" w:rsidRPr="00F440AD" w:rsidRDefault="001566EA">
            <w:pPr>
              <w:rPr>
                <w:rFonts w:ascii="Times New Roman" w:hAnsi="Times New Roman"/>
                <w:sz w:val="24"/>
              </w:rPr>
            </w:pPr>
            <w:r w:rsidRPr="00F440AD">
              <w:rPr>
                <w:rFonts w:ascii="Times New Roman" w:hAnsi="Times New Roman"/>
                <w:sz w:val="24"/>
              </w:rPr>
              <w:t>I</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17A1E9" w14:textId="77777777" w:rsidR="00F034CC" w:rsidRPr="00F440AD" w:rsidRDefault="001566EA">
            <w:pPr>
              <w:rPr>
                <w:rFonts w:ascii="Times New Roman" w:hAnsi="Times New Roman"/>
                <w:sz w:val="24"/>
              </w:rPr>
            </w:pPr>
            <w:r w:rsidRPr="00F440AD">
              <w:rPr>
                <w:rFonts w:ascii="Times New Roman" w:hAnsi="Times New Roman"/>
                <w:sz w:val="24"/>
              </w:rPr>
              <w:t>7</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AB3FC3" w14:textId="77777777" w:rsidR="00F034CC" w:rsidRPr="00F440AD" w:rsidRDefault="001566EA">
            <w:pPr>
              <w:rPr>
                <w:rFonts w:ascii="Times New Roman" w:hAnsi="Times New Roman"/>
                <w:sz w:val="24"/>
              </w:rPr>
            </w:pPr>
            <w:r w:rsidRPr="00F440AD">
              <w:rPr>
                <w:rFonts w:ascii="Times New Roman" w:hAnsi="Times New Roman"/>
                <w:sz w:val="24"/>
              </w:rPr>
              <w:t>5</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B9E6B2"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D3FFC0"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072E5B" w14:textId="77777777" w:rsidR="00F034CC" w:rsidRPr="00F440AD" w:rsidRDefault="001566EA">
            <w:pPr>
              <w:rPr>
                <w:rFonts w:ascii="Times New Roman" w:hAnsi="Times New Roman"/>
                <w:sz w:val="24"/>
              </w:rPr>
            </w:pPr>
            <w:r w:rsidRPr="00F440AD">
              <w:rPr>
                <w:rFonts w:ascii="Times New Roman" w:hAnsi="Times New Roman"/>
                <w:sz w:val="24"/>
              </w:rPr>
              <w:t>0.718</w:t>
            </w:r>
          </w:p>
        </w:tc>
      </w:tr>
      <w:tr w:rsidR="00DD30D0" w14:paraId="6C3D9258"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16A1F3"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4FE9E0" w14:textId="77777777" w:rsidR="00F034CC" w:rsidRPr="00F440AD" w:rsidRDefault="001566EA">
            <w:pPr>
              <w:rPr>
                <w:rFonts w:ascii="Times New Roman" w:hAnsi="Times New Roman"/>
                <w:sz w:val="24"/>
              </w:rPr>
            </w:pPr>
            <w:r w:rsidRPr="00F440AD">
              <w:rPr>
                <w:rFonts w:ascii="Times New Roman" w:hAnsi="Times New Roman"/>
                <w:sz w:val="24"/>
              </w:rPr>
              <w:t>II</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CC274B" w14:textId="77777777" w:rsidR="00F034CC" w:rsidRPr="00F440AD" w:rsidRDefault="001566EA">
            <w:pPr>
              <w:rPr>
                <w:rFonts w:ascii="Times New Roman" w:hAnsi="Times New Roman"/>
                <w:sz w:val="24"/>
              </w:rPr>
            </w:pPr>
            <w:r w:rsidRPr="00F440AD">
              <w:rPr>
                <w:rFonts w:ascii="Times New Roman" w:hAnsi="Times New Roman"/>
                <w:sz w:val="24"/>
              </w:rPr>
              <w:t>37</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0C37E6"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C92940" w14:textId="77777777" w:rsidR="00F034CC" w:rsidRPr="00F440AD" w:rsidRDefault="001566EA">
            <w:pPr>
              <w:rPr>
                <w:rFonts w:ascii="Times New Roman" w:hAnsi="Times New Roman"/>
                <w:sz w:val="24"/>
              </w:rPr>
            </w:pPr>
            <w:r w:rsidRPr="00F440AD">
              <w:rPr>
                <w:rFonts w:ascii="Times New Roman" w:hAnsi="Times New Roman"/>
                <w:sz w:val="24"/>
              </w:rPr>
              <w:t>1.080</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406D05" w14:textId="77777777" w:rsidR="00F034CC" w:rsidRPr="00F440AD" w:rsidRDefault="001566EA">
            <w:pPr>
              <w:rPr>
                <w:rFonts w:ascii="Times New Roman" w:hAnsi="Times New Roman"/>
                <w:sz w:val="24"/>
              </w:rPr>
            </w:pPr>
            <w:r w:rsidRPr="00F440AD">
              <w:rPr>
                <w:rFonts w:ascii="Times New Roman" w:hAnsi="Times New Roman"/>
                <w:sz w:val="24"/>
              </w:rPr>
              <w:t>[0.180,6.489]</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A31A87" w14:textId="77777777" w:rsidR="00F034CC" w:rsidRPr="00F440AD" w:rsidRDefault="00F034CC">
            <w:pPr>
              <w:rPr>
                <w:rFonts w:ascii="Times New Roman" w:hAnsi="Times New Roman"/>
                <w:sz w:val="24"/>
              </w:rPr>
            </w:pPr>
          </w:p>
        </w:tc>
      </w:tr>
      <w:tr w:rsidR="00DD30D0" w14:paraId="37B75FEE"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2429FD"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6B97AB" w14:textId="77777777" w:rsidR="00F034CC" w:rsidRPr="00F440AD" w:rsidRDefault="001566EA">
            <w:pPr>
              <w:rPr>
                <w:rFonts w:ascii="Times New Roman" w:hAnsi="Times New Roman"/>
                <w:sz w:val="24"/>
              </w:rPr>
            </w:pPr>
            <w:r w:rsidRPr="00F440AD">
              <w:rPr>
                <w:rFonts w:ascii="Times New Roman" w:hAnsi="Times New Roman"/>
                <w:sz w:val="24"/>
              </w:rPr>
              <w:t>III</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A63CE9" w14:textId="77777777" w:rsidR="00F034CC" w:rsidRPr="00F440AD" w:rsidRDefault="001566EA">
            <w:pPr>
              <w:rPr>
                <w:rFonts w:ascii="Times New Roman" w:hAnsi="Times New Roman"/>
                <w:sz w:val="24"/>
              </w:rPr>
            </w:pPr>
            <w:r w:rsidRPr="00F440AD">
              <w:rPr>
                <w:rFonts w:ascii="Times New Roman" w:hAnsi="Times New Roman"/>
                <w:sz w:val="24"/>
              </w:rPr>
              <w:t>13</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7B7C8E" w14:textId="77777777" w:rsidR="00F034CC" w:rsidRPr="00F440AD" w:rsidRDefault="001566EA">
            <w:pPr>
              <w:rPr>
                <w:rFonts w:ascii="Times New Roman" w:hAnsi="Times New Roman"/>
                <w:sz w:val="24"/>
              </w:rPr>
            </w:pPr>
            <w:r w:rsidRPr="00F440AD">
              <w:rPr>
                <w:rFonts w:ascii="Times New Roman" w:hAnsi="Times New Roman"/>
                <w:sz w:val="24"/>
              </w:rPr>
              <w:t>11</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66191F" w14:textId="77777777" w:rsidR="00F034CC" w:rsidRPr="00F440AD" w:rsidRDefault="001566EA">
            <w:pPr>
              <w:rPr>
                <w:rFonts w:ascii="Times New Roman" w:hAnsi="Times New Roman"/>
                <w:sz w:val="24"/>
              </w:rPr>
            </w:pPr>
            <w:r w:rsidRPr="00F440AD">
              <w:rPr>
                <w:rFonts w:ascii="Times New Roman" w:hAnsi="Times New Roman"/>
                <w:sz w:val="24"/>
              </w:rPr>
              <w:t>2.200</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DE8350" w14:textId="77777777" w:rsidR="00F034CC" w:rsidRPr="00F440AD" w:rsidRDefault="001566EA">
            <w:pPr>
              <w:rPr>
                <w:rFonts w:ascii="Times New Roman" w:hAnsi="Times New Roman"/>
                <w:sz w:val="24"/>
              </w:rPr>
            </w:pPr>
            <w:r w:rsidRPr="00F440AD">
              <w:rPr>
                <w:rFonts w:ascii="Times New Roman" w:hAnsi="Times New Roman"/>
                <w:sz w:val="24"/>
              </w:rPr>
              <w:t>[0.237,20.396]</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609815" w14:textId="77777777" w:rsidR="00F034CC" w:rsidRPr="00F440AD" w:rsidRDefault="00F034CC">
            <w:pPr>
              <w:rPr>
                <w:rFonts w:ascii="Times New Roman" w:hAnsi="Times New Roman"/>
                <w:sz w:val="24"/>
              </w:rPr>
            </w:pPr>
          </w:p>
        </w:tc>
      </w:tr>
      <w:tr w:rsidR="00DD30D0" w14:paraId="0ECE4EA6"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E80282"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B4EEEC" w14:textId="77777777" w:rsidR="00F034CC" w:rsidRPr="00F440AD" w:rsidRDefault="001566EA">
            <w:pPr>
              <w:rPr>
                <w:rFonts w:ascii="Times New Roman" w:hAnsi="Times New Roman"/>
                <w:sz w:val="24"/>
              </w:rPr>
            </w:pPr>
            <w:r w:rsidRPr="00F440AD">
              <w:rPr>
                <w:rFonts w:ascii="Times New Roman" w:hAnsi="Times New Roman"/>
                <w:sz w:val="24"/>
              </w:rPr>
              <w:t>Unknown</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3EA854" w14:textId="77777777" w:rsidR="00F034CC" w:rsidRPr="00F440AD" w:rsidRDefault="001566EA">
            <w:pPr>
              <w:rPr>
                <w:rFonts w:ascii="Times New Roman" w:hAnsi="Times New Roman"/>
                <w:sz w:val="24"/>
              </w:rPr>
            </w:pPr>
            <w:r w:rsidRPr="00F440AD">
              <w:rPr>
                <w:rFonts w:ascii="Times New Roman" w:hAnsi="Times New Roman"/>
                <w:sz w:val="24"/>
              </w:rPr>
              <w:t>47</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CC7B21" w14:textId="77777777" w:rsidR="00F034CC" w:rsidRPr="00F440AD" w:rsidRDefault="001566EA">
            <w:pPr>
              <w:rPr>
                <w:rFonts w:ascii="Times New Roman" w:hAnsi="Times New Roman"/>
                <w:sz w:val="24"/>
              </w:rPr>
            </w:pPr>
            <w:r w:rsidRPr="00F440AD">
              <w:rPr>
                <w:rFonts w:ascii="Times New Roman" w:hAnsi="Times New Roman"/>
                <w:sz w:val="24"/>
              </w:rPr>
              <w:t>32</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9C67F1" w14:textId="77777777" w:rsidR="00F034CC" w:rsidRPr="00F440AD" w:rsidRDefault="001566EA">
            <w:pPr>
              <w:rPr>
                <w:rFonts w:ascii="Times New Roman" w:hAnsi="Times New Roman"/>
                <w:sz w:val="24"/>
              </w:rPr>
            </w:pPr>
            <w:r w:rsidRPr="00F440AD">
              <w:rPr>
                <w:rFonts w:ascii="Times New Roman" w:hAnsi="Times New Roman"/>
                <w:sz w:val="24"/>
              </w:rPr>
              <w:t>0.853</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4C8947" w14:textId="77777777" w:rsidR="00F034CC" w:rsidRPr="00F440AD" w:rsidRDefault="001566EA">
            <w:pPr>
              <w:rPr>
                <w:rFonts w:ascii="Times New Roman" w:hAnsi="Times New Roman"/>
                <w:sz w:val="24"/>
              </w:rPr>
            </w:pPr>
            <w:r w:rsidRPr="00F440AD">
              <w:rPr>
                <w:rFonts w:ascii="Times New Roman" w:hAnsi="Times New Roman"/>
                <w:sz w:val="24"/>
              </w:rPr>
              <w:t>[0.148,4.914]</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3B44E1" w14:textId="77777777" w:rsidR="00F034CC" w:rsidRPr="00F440AD" w:rsidRDefault="00F034CC">
            <w:pPr>
              <w:rPr>
                <w:rFonts w:ascii="Times New Roman" w:hAnsi="Times New Roman"/>
                <w:sz w:val="24"/>
              </w:rPr>
            </w:pPr>
          </w:p>
        </w:tc>
      </w:tr>
      <w:tr w:rsidR="00DD30D0" w14:paraId="68D6041D"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ABE0CB" w14:textId="77777777" w:rsidR="00F034CC" w:rsidRPr="00F440AD" w:rsidRDefault="001566EA">
            <w:pPr>
              <w:rPr>
                <w:rFonts w:ascii="Times New Roman" w:hAnsi="Times New Roman"/>
                <w:sz w:val="24"/>
              </w:rPr>
            </w:pPr>
            <w:r w:rsidRPr="00F440AD">
              <w:rPr>
                <w:rFonts w:ascii="Times New Roman" w:hAnsi="Times New Roman"/>
                <w:sz w:val="24"/>
              </w:rPr>
              <w:t>Number of prior lines of therapy</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DB7ED9"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9E2007" w14:textId="77777777" w:rsidR="00F034CC" w:rsidRPr="00F440AD" w:rsidRDefault="001566EA">
            <w:pPr>
              <w:rPr>
                <w:rFonts w:ascii="Times New Roman" w:hAnsi="Times New Roman"/>
                <w:sz w:val="24"/>
              </w:rPr>
            </w:pPr>
            <w:r w:rsidRPr="00F440AD">
              <w:rPr>
                <w:rFonts w:ascii="Times New Roman" w:hAnsi="Times New Roman"/>
                <w:sz w:val="24"/>
              </w:rPr>
              <w:t>73</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3F742D" w14:textId="77777777" w:rsidR="00F034CC" w:rsidRPr="00F440AD" w:rsidRDefault="001566EA">
            <w:pPr>
              <w:rPr>
                <w:rFonts w:ascii="Times New Roman" w:hAnsi="Times New Roman"/>
                <w:sz w:val="24"/>
              </w:rPr>
            </w:pPr>
            <w:r w:rsidRPr="00F440AD">
              <w:rPr>
                <w:rFonts w:ascii="Times New Roman" w:hAnsi="Times New Roman"/>
                <w:sz w:val="24"/>
              </w:rPr>
              <w:t>53</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58AEB4"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32E663"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BD4A3E" w14:textId="77777777" w:rsidR="00F034CC" w:rsidRPr="00F440AD" w:rsidRDefault="001566EA">
            <w:pPr>
              <w:rPr>
                <w:rFonts w:ascii="Times New Roman" w:hAnsi="Times New Roman"/>
                <w:sz w:val="24"/>
              </w:rPr>
            </w:pPr>
            <w:r w:rsidRPr="00F440AD">
              <w:rPr>
                <w:rFonts w:ascii="Times New Roman" w:hAnsi="Times New Roman"/>
                <w:sz w:val="24"/>
              </w:rPr>
              <w:t>0.982</w:t>
            </w:r>
          </w:p>
        </w:tc>
      </w:tr>
      <w:tr w:rsidR="00DD30D0" w14:paraId="58DB91E2"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68B355"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B4CC2C"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099D68" w14:textId="77777777" w:rsidR="00F034CC" w:rsidRPr="00F440AD" w:rsidRDefault="001566EA">
            <w:pPr>
              <w:rPr>
                <w:rFonts w:ascii="Times New Roman" w:hAnsi="Times New Roman"/>
                <w:sz w:val="24"/>
              </w:rPr>
            </w:pPr>
            <w:r w:rsidRPr="00F440AD">
              <w:rPr>
                <w:rFonts w:ascii="Times New Roman" w:hAnsi="Times New Roman"/>
                <w:sz w:val="24"/>
              </w:rPr>
              <w:t>21</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E88E6D" w14:textId="77777777" w:rsidR="00F034CC" w:rsidRPr="00F440AD" w:rsidRDefault="001566EA">
            <w:pPr>
              <w:rPr>
                <w:rFonts w:ascii="Times New Roman" w:hAnsi="Times New Roman"/>
                <w:sz w:val="24"/>
              </w:rPr>
            </w:pPr>
            <w:r w:rsidRPr="00F440AD">
              <w:rPr>
                <w:rFonts w:ascii="Times New Roman" w:hAnsi="Times New Roman"/>
                <w:sz w:val="24"/>
              </w:rPr>
              <w:t>15</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ACB7CC" w14:textId="77777777" w:rsidR="00F034CC" w:rsidRPr="00F440AD" w:rsidRDefault="001566EA">
            <w:pPr>
              <w:rPr>
                <w:rFonts w:ascii="Times New Roman" w:hAnsi="Times New Roman"/>
                <w:sz w:val="24"/>
              </w:rPr>
            </w:pPr>
            <w:r w:rsidRPr="00F440AD">
              <w:rPr>
                <w:rFonts w:ascii="Times New Roman" w:hAnsi="Times New Roman"/>
                <w:sz w:val="24"/>
              </w:rPr>
              <w:t>0.943</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1402E5" w14:textId="77777777" w:rsidR="00F034CC" w:rsidRPr="00F440AD" w:rsidRDefault="001566EA">
            <w:pPr>
              <w:rPr>
                <w:rFonts w:ascii="Times New Roman" w:hAnsi="Times New Roman"/>
                <w:sz w:val="24"/>
              </w:rPr>
            </w:pPr>
            <w:r w:rsidRPr="00F440AD">
              <w:rPr>
                <w:rFonts w:ascii="Times New Roman" w:hAnsi="Times New Roman"/>
                <w:sz w:val="24"/>
              </w:rPr>
              <w:t>[0.321,2.771]</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BFF9B6" w14:textId="77777777" w:rsidR="00F034CC" w:rsidRPr="00F440AD" w:rsidRDefault="00F034CC">
            <w:pPr>
              <w:rPr>
                <w:rFonts w:ascii="Times New Roman" w:hAnsi="Times New Roman"/>
                <w:sz w:val="24"/>
              </w:rPr>
            </w:pPr>
          </w:p>
        </w:tc>
      </w:tr>
      <w:tr w:rsidR="00DD30D0" w14:paraId="29BF342B"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7871FA"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B96CB7" w14:textId="77777777" w:rsidR="00F034CC" w:rsidRPr="00F440AD" w:rsidRDefault="001566EA">
            <w:pPr>
              <w:rPr>
                <w:rFonts w:ascii="Times New Roman" w:hAnsi="Times New Roman"/>
                <w:sz w:val="24"/>
              </w:rPr>
            </w:pPr>
            <w:r w:rsidRPr="00F440AD">
              <w:rPr>
                <w:rFonts w:ascii="Times New Roman" w:hAnsi="Times New Roman"/>
                <w:sz w:val="24"/>
              </w:rPr>
              <w:t>3</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8CB412" w14:textId="77777777" w:rsidR="00F034CC" w:rsidRPr="00F440AD" w:rsidRDefault="001566EA">
            <w:pPr>
              <w:rPr>
                <w:rFonts w:ascii="Times New Roman" w:hAnsi="Times New Roman"/>
                <w:sz w:val="24"/>
              </w:rPr>
            </w:pPr>
            <w:r w:rsidRPr="00F440AD">
              <w:rPr>
                <w:rFonts w:ascii="Times New Roman" w:hAnsi="Times New Roman"/>
                <w:sz w:val="24"/>
              </w:rPr>
              <w:t>10</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E4FFAB" w14:textId="77777777" w:rsidR="00F034CC" w:rsidRPr="00F440AD" w:rsidRDefault="001566EA">
            <w:pPr>
              <w:rPr>
                <w:rFonts w:ascii="Times New Roman" w:hAnsi="Times New Roman"/>
                <w:sz w:val="24"/>
              </w:rPr>
            </w:pPr>
            <w:r w:rsidRPr="00F440AD">
              <w:rPr>
                <w:rFonts w:ascii="Times New Roman" w:hAnsi="Times New Roman"/>
                <w:sz w:val="24"/>
              </w:rPr>
              <w:t>7</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30F087" w14:textId="77777777" w:rsidR="00F034CC" w:rsidRPr="00F440AD" w:rsidRDefault="001566EA">
            <w:pPr>
              <w:rPr>
                <w:rFonts w:ascii="Times New Roman" w:hAnsi="Times New Roman"/>
                <w:sz w:val="24"/>
              </w:rPr>
            </w:pPr>
            <w:r w:rsidRPr="00F440AD">
              <w:rPr>
                <w:rFonts w:ascii="Times New Roman" w:hAnsi="Times New Roman"/>
                <w:sz w:val="24"/>
              </w:rPr>
              <w:t>0.881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8847BB" w14:textId="77777777" w:rsidR="00F034CC" w:rsidRPr="00F440AD" w:rsidRDefault="001566EA">
            <w:pPr>
              <w:rPr>
                <w:rFonts w:ascii="Times New Roman" w:hAnsi="Times New Roman"/>
                <w:sz w:val="24"/>
              </w:rPr>
            </w:pPr>
            <w:r w:rsidRPr="00F440AD">
              <w:rPr>
                <w:rFonts w:ascii="Times New Roman" w:hAnsi="Times New Roman"/>
                <w:sz w:val="24"/>
              </w:rPr>
              <w:t>[0.207,3.742]</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349EDD" w14:textId="77777777" w:rsidR="00F034CC" w:rsidRPr="00F440AD" w:rsidRDefault="00F034CC">
            <w:pPr>
              <w:rPr>
                <w:rFonts w:ascii="Times New Roman" w:hAnsi="Times New Roman"/>
                <w:sz w:val="24"/>
              </w:rPr>
            </w:pPr>
          </w:p>
        </w:tc>
      </w:tr>
      <w:tr w:rsidR="00DD30D0" w14:paraId="74B947C3"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7410BB9" w14:textId="77777777" w:rsidR="00F034CC" w:rsidRPr="00F440AD" w:rsidRDefault="001566EA">
            <w:pPr>
              <w:rPr>
                <w:rFonts w:ascii="Times New Roman" w:hAnsi="Times New Roman"/>
                <w:sz w:val="24"/>
              </w:rPr>
            </w:pPr>
            <w:r w:rsidRPr="00F440AD">
              <w:rPr>
                <w:rFonts w:ascii="Times New Roman" w:hAnsi="Times New Roman"/>
                <w:sz w:val="24"/>
              </w:rPr>
              <w:lastRenderedPageBreak/>
              <w:t xml:space="preserve">Prior proteasome inhibitor </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6B713B" w14:textId="77777777" w:rsidR="00F034CC" w:rsidRPr="00F440AD" w:rsidRDefault="001566EA">
            <w:pPr>
              <w:rPr>
                <w:rFonts w:ascii="Times New Roman" w:hAnsi="Times New Roman"/>
                <w:sz w:val="24"/>
              </w:rPr>
            </w:pPr>
            <w:r w:rsidRPr="00F440AD">
              <w:rPr>
                <w:rFonts w:ascii="Times New Roman" w:hAnsi="Times New Roman"/>
                <w:sz w:val="24"/>
              </w:rPr>
              <w:t>No</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E3A0AE"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97E830" w14:textId="77777777" w:rsidR="00F034CC" w:rsidRPr="00F440AD" w:rsidRDefault="001566EA">
            <w:pPr>
              <w:rPr>
                <w:rFonts w:ascii="Times New Roman" w:hAnsi="Times New Roman"/>
                <w:sz w:val="24"/>
              </w:rPr>
            </w:pPr>
            <w:r w:rsidRPr="00F440AD">
              <w:rPr>
                <w:rFonts w:ascii="Times New Roman" w:hAnsi="Times New Roman"/>
                <w:sz w:val="24"/>
              </w:rPr>
              <w:t>6</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B33D06"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38E2DF"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648118" w14:textId="77777777" w:rsidR="00F034CC" w:rsidRPr="00F440AD" w:rsidRDefault="001566EA">
            <w:pPr>
              <w:rPr>
                <w:rFonts w:ascii="Times New Roman" w:hAnsi="Times New Roman"/>
                <w:sz w:val="24"/>
              </w:rPr>
            </w:pPr>
            <w:r w:rsidRPr="00F440AD">
              <w:rPr>
                <w:rFonts w:ascii="Times New Roman" w:hAnsi="Times New Roman"/>
                <w:sz w:val="24"/>
              </w:rPr>
              <w:t>0.704</w:t>
            </w:r>
          </w:p>
        </w:tc>
      </w:tr>
      <w:tr w:rsidR="00DD30D0" w14:paraId="2EBBE0FA"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030013"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2692AD" w14:textId="77777777" w:rsidR="00F034CC" w:rsidRPr="00F440AD" w:rsidRDefault="001566EA">
            <w:pPr>
              <w:rPr>
                <w:rFonts w:ascii="Times New Roman" w:hAnsi="Times New Roman"/>
                <w:sz w:val="24"/>
              </w:rPr>
            </w:pPr>
            <w:r w:rsidRPr="00F440AD">
              <w:rPr>
                <w:rFonts w:ascii="Times New Roman" w:hAnsi="Times New Roman"/>
                <w:sz w:val="24"/>
              </w:rPr>
              <w:t>Yes</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D5AC0C" w14:textId="77777777" w:rsidR="00F034CC" w:rsidRPr="00F440AD" w:rsidRDefault="001566EA">
            <w:pPr>
              <w:rPr>
                <w:rFonts w:ascii="Times New Roman" w:hAnsi="Times New Roman"/>
                <w:sz w:val="24"/>
              </w:rPr>
            </w:pPr>
            <w:r w:rsidRPr="00F440AD">
              <w:rPr>
                <w:rFonts w:ascii="Times New Roman" w:hAnsi="Times New Roman"/>
                <w:sz w:val="24"/>
              </w:rPr>
              <w:t>95</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3637DA" w14:textId="77777777" w:rsidR="00F034CC" w:rsidRPr="00F440AD" w:rsidRDefault="001566EA">
            <w:pPr>
              <w:rPr>
                <w:rFonts w:ascii="Times New Roman" w:hAnsi="Times New Roman"/>
                <w:sz w:val="24"/>
              </w:rPr>
            </w:pPr>
            <w:r w:rsidRPr="00F440AD">
              <w:rPr>
                <w:rFonts w:ascii="Times New Roman" w:hAnsi="Times New Roman"/>
                <w:sz w:val="24"/>
              </w:rPr>
              <w:t>69</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098AD4" w14:textId="77777777" w:rsidR="00F034CC" w:rsidRPr="00F440AD" w:rsidRDefault="001566EA">
            <w:pPr>
              <w:rPr>
                <w:rFonts w:ascii="Times New Roman" w:hAnsi="Times New Roman"/>
                <w:sz w:val="24"/>
              </w:rPr>
            </w:pPr>
            <w:r w:rsidRPr="00F440AD">
              <w:rPr>
                <w:rFonts w:ascii="Times New Roman" w:hAnsi="Times New Roman"/>
                <w:sz w:val="24"/>
              </w:rPr>
              <w:t>1.327</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1F9852" w14:textId="77777777" w:rsidR="00F034CC" w:rsidRPr="00F440AD" w:rsidRDefault="001566EA">
            <w:pPr>
              <w:rPr>
                <w:rFonts w:ascii="Times New Roman" w:hAnsi="Times New Roman"/>
                <w:sz w:val="24"/>
              </w:rPr>
            </w:pPr>
            <w:r w:rsidRPr="00F440AD">
              <w:rPr>
                <w:rFonts w:ascii="Times New Roman" w:hAnsi="Times New Roman"/>
                <w:sz w:val="24"/>
              </w:rPr>
              <w:t>[0.309,5.699]</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234932" w14:textId="77777777" w:rsidR="00F034CC" w:rsidRPr="00F440AD" w:rsidRDefault="00F034CC">
            <w:pPr>
              <w:rPr>
                <w:rFonts w:ascii="Times New Roman" w:hAnsi="Times New Roman"/>
                <w:sz w:val="24"/>
              </w:rPr>
            </w:pPr>
          </w:p>
        </w:tc>
      </w:tr>
      <w:tr w:rsidR="00DD30D0" w14:paraId="48385E73"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8B29A2D" w14:textId="77777777" w:rsidR="00F034CC" w:rsidRPr="00F440AD" w:rsidRDefault="001566EA">
            <w:pPr>
              <w:rPr>
                <w:rFonts w:ascii="Times New Roman" w:hAnsi="Times New Roman"/>
                <w:sz w:val="24"/>
              </w:rPr>
            </w:pPr>
            <w:r w:rsidRPr="00F440AD">
              <w:rPr>
                <w:rFonts w:ascii="Times New Roman" w:hAnsi="Times New Roman"/>
                <w:sz w:val="24"/>
              </w:rPr>
              <w:t>Prior Immunomodulatory Drug therapy</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D1BBDC" w14:textId="77777777" w:rsidR="00F034CC" w:rsidRPr="00F440AD" w:rsidRDefault="001566EA">
            <w:pPr>
              <w:rPr>
                <w:rFonts w:ascii="Times New Roman" w:hAnsi="Times New Roman"/>
                <w:sz w:val="24"/>
              </w:rPr>
            </w:pPr>
            <w:r w:rsidRPr="00F440AD">
              <w:rPr>
                <w:rFonts w:ascii="Times New Roman" w:hAnsi="Times New Roman"/>
                <w:sz w:val="24"/>
              </w:rPr>
              <w:t>No</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20EF84" w14:textId="77777777" w:rsidR="00F034CC" w:rsidRPr="00F440AD" w:rsidRDefault="001566EA">
            <w:pPr>
              <w:rPr>
                <w:rFonts w:ascii="Times New Roman" w:hAnsi="Times New Roman"/>
                <w:sz w:val="24"/>
              </w:rPr>
            </w:pPr>
            <w:r w:rsidRPr="00F440AD">
              <w:rPr>
                <w:rFonts w:ascii="Times New Roman" w:hAnsi="Times New Roman"/>
                <w:sz w:val="24"/>
              </w:rPr>
              <w:t>33</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9179E2" w14:textId="77777777" w:rsidR="00F034CC" w:rsidRPr="00F440AD" w:rsidRDefault="001566EA">
            <w:pPr>
              <w:rPr>
                <w:rFonts w:ascii="Times New Roman" w:hAnsi="Times New Roman"/>
                <w:sz w:val="24"/>
              </w:rPr>
            </w:pPr>
            <w:r w:rsidRPr="00F440AD">
              <w:rPr>
                <w:rFonts w:ascii="Times New Roman" w:hAnsi="Times New Roman"/>
                <w:sz w:val="24"/>
              </w:rPr>
              <w:t>26</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FDD89F"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6C3FF9"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DF2918" w14:textId="77777777" w:rsidR="00F034CC" w:rsidRPr="00F440AD" w:rsidRDefault="001566EA">
            <w:pPr>
              <w:rPr>
                <w:rFonts w:ascii="Times New Roman" w:hAnsi="Times New Roman"/>
                <w:sz w:val="24"/>
              </w:rPr>
            </w:pPr>
            <w:r w:rsidRPr="00F440AD">
              <w:rPr>
                <w:rFonts w:ascii="Times New Roman" w:hAnsi="Times New Roman"/>
                <w:sz w:val="24"/>
              </w:rPr>
              <w:t>0.304</w:t>
            </w:r>
          </w:p>
        </w:tc>
      </w:tr>
      <w:tr w:rsidR="00DD30D0" w14:paraId="31897F80"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8C4ECD"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B7CCF6" w14:textId="77777777" w:rsidR="00F034CC" w:rsidRPr="00F440AD" w:rsidRDefault="001566EA">
            <w:pPr>
              <w:rPr>
                <w:rFonts w:ascii="Times New Roman" w:hAnsi="Times New Roman"/>
                <w:sz w:val="24"/>
              </w:rPr>
            </w:pPr>
            <w:r w:rsidRPr="00F440AD">
              <w:rPr>
                <w:rFonts w:ascii="Times New Roman" w:hAnsi="Times New Roman"/>
                <w:sz w:val="24"/>
              </w:rPr>
              <w:t>Yes</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3EE5F0" w14:textId="77777777" w:rsidR="00F034CC" w:rsidRPr="00F440AD" w:rsidRDefault="001566EA">
            <w:pPr>
              <w:rPr>
                <w:rFonts w:ascii="Times New Roman" w:hAnsi="Times New Roman"/>
                <w:sz w:val="24"/>
              </w:rPr>
            </w:pPr>
            <w:r w:rsidRPr="00F440AD">
              <w:rPr>
                <w:rFonts w:ascii="Times New Roman" w:hAnsi="Times New Roman"/>
                <w:sz w:val="24"/>
              </w:rPr>
              <w:t>71</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080998" w14:textId="77777777" w:rsidR="00F034CC" w:rsidRPr="00F440AD" w:rsidRDefault="001566EA">
            <w:pPr>
              <w:rPr>
                <w:rFonts w:ascii="Times New Roman" w:hAnsi="Times New Roman"/>
                <w:sz w:val="24"/>
              </w:rPr>
            </w:pPr>
            <w:r w:rsidRPr="00F440AD">
              <w:rPr>
                <w:rFonts w:ascii="Times New Roman" w:hAnsi="Times New Roman"/>
                <w:sz w:val="24"/>
              </w:rPr>
              <w:t>49</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64EB26" w14:textId="77777777" w:rsidR="00F034CC" w:rsidRPr="00F440AD" w:rsidRDefault="001566EA">
            <w:pPr>
              <w:rPr>
                <w:rFonts w:ascii="Times New Roman" w:hAnsi="Times New Roman"/>
                <w:sz w:val="24"/>
              </w:rPr>
            </w:pPr>
            <w:r w:rsidRPr="00F440AD">
              <w:rPr>
                <w:rFonts w:ascii="Times New Roman" w:hAnsi="Times New Roman"/>
                <w:sz w:val="24"/>
              </w:rPr>
              <w:t>0.600</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9E1653" w14:textId="77777777" w:rsidR="00F034CC" w:rsidRPr="00F440AD" w:rsidRDefault="001566EA">
            <w:pPr>
              <w:rPr>
                <w:rFonts w:ascii="Times New Roman" w:hAnsi="Times New Roman"/>
                <w:sz w:val="24"/>
              </w:rPr>
            </w:pPr>
            <w:r w:rsidRPr="00F440AD">
              <w:rPr>
                <w:rFonts w:ascii="Times New Roman" w:hAnsi="Times New Roman"/>
                <w:sz w:val="24"/>
              </w:rPr>
              <w:t>[0.226,1.589]</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CB625E" w14:textId="77777777" w:rsidR="00F034CC" w:rsidRPr="00F440AD" w:rsidRDefault="00F034CC">
            <w:pPr>
              <w:rPr>
                <w:rFonts w:ascii="Times New Roman" w:hAnsi="Times New Roman"/>
                <w:sz w:val="24"/>
              </w:rPr>
            </w:pPr>
          </w:p>
        </w:tc>
      </w:tr>
      <w:tr w:rsidR="00DD30D0" w14:paraId="5E019F32"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2ED12B1" w14:textId="77777777" w:rsidR="00F034CC" w:rsidRPr="00F440AD" w:rsidRDefault="001566EA">
            <w:pPr>
              <w:rPr>
                <w:rFonts w:ascii="Times New Roman" w:hAnsi="Times New Roman"/>
                <w:sz w:val="24"/>
              </w:rPr>
            </w:pPr>
            <w:r w:rsidRPr="00F440AD">
              <w:rPr>
                <w:rFonts w:ascii="Times New Roman" w:hAnsi="Times New Roman"/>
                <w:sz w:val="24"/>
              </w:rPr>
              <w:t>Relapsed multiple myeloma</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F2C4D3" w14:textId="77777777" w:rsidR="00F034CC" w:rsidRPr="00F440AD" w:rsidRDefault="001566EA">
            <w:pPr>
              <w:rPr>
                <w:rFonts w:ascii="Times New Roman" w:hAnsi="Times New Roman"/>
                <w:sz w:val="24"/>
              </w:rPr>
            </w:pPr>
            <w:r w:rsidRPr="00F440AD">
              <w:rPr>
                <w:rFonts w:ascii="Times New Roman" w:hAnsi="Times New Roman"/>
                <w:sz w:val="24"/>
              </w:rPr>
              <w:t>No</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75B929"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4D1098"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8261A0"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E7F8C2"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3F2F2D" w14:textId="77777777" w:rsidR="00F034CC" w:rsidRPr="00F440AD" w:rsidRDefault="001566EA">
            <w:pPr>
              <w:rPr>
                <w:rFonts w:ascii="Times New Roman" w:hAnsi="Times New Roman"/>
                <w:sz w:val="24"/>
              </w:rPr>
            </w:pPr>
            <w:r w:rsidRPr="00F440AD">
              <w:rPr>
                <w:rFonts w:ascii="Times New Roman" w:hAnsi="Times New Roman"/>
                <w:sz w:val="24"/>
              </w:rPr>
              <w:t>-</w:t>
            </w:r>
          </w:p>
        </w:tc>
      </w:tr>
      <w:tr w:rsidR="00DD30D0" w14:paraId="578E90F1"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4536CC"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54370F" w14:textId="77777777" w:rsidR="00F034CC" w:rsidRPr="00F440AD" w:rsidRDefault="001566EA">
            <w:pPr>
              <w:rPr>
                <w:rFonts w:ascii="Times New Roman" w:hAnsi="Times New Roman"/>
                <w:sz w:val="24"/>
              </w:rPr>
            </w:pPr>
            <w:r w:rsidRPr="00F440AD">
              <w:rPr>
                <w:rFonts w:ascii="Times New Roman" w:hAnsi="Times New Roman"/>
                <w:sz w:val="24"/>
              </w:rPr>
              <w:t>Yes</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D0F32C" w14:textId="77777777" w:rsidR="00F034CC" w:rsidRPr="00F440AD" w:rsidRDefault="001566EA">
            <w:pPr>
              <w:rPr>
                <w:rFonts w:ascii="Times New Roman" w:hAnsi="Times New Roman"/>
                <w:sz w:val="24"/>
              </w:rPr>
            </w:pPr>
            <w:r w:rsidRPr="00F440AD">
              <w:rPr>
                <w:rFonts w:ascii="Times New Roman" w:hAnsi="Times New Roman"/>
                <w:sz w:val="24"/>
              </w:rPr>
              <w:t>95</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0DA5B7" w14:textId="77777777" w:rsidR="00F034CC" w:rsidRPr="00F440AD" w:rsidRDefault="001566EA">
            <w:pPr>
              <w:rPr>
                <w:rFonts w:ascii="Times New Roman" w:hAnsi="Times New Roman"/>
                <w:sz w:val="24"/>
              </w:rPr>
            </w:pPr>
            <w:r w:rsidRPr="00F440AD">
              <w:rPr>
                <w:rFonts w:ascii="Times New Roman" w:hAnsi="Times New Roman"/>
                <w:sz w:val="24"/>
              </w:rPr>
              <w:t>66</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9B494D" w14:textId="77777777" w:rsidR="00F034CC" w:rsidRPr="00F440AD" w:rsidRDefault="001566EA">
            <w:pPr>
              <w:rPr>
                <w:rFonts w:ascii="Times New Roman" w:hAnsi="Times New Roman"/>
                <w:sz w:val="24"/>
              </w:rPr>
            </w:pPr>
            <w:r w:rsidRPr="00F440AD">
              <w:rPr>
                <w:rFonts w:ascii="Times New Roman" w:hAnsi="Times New Roman"/>
                <w:sz w:val="24"/>
              </w:rPr>
              <w:t>NE</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57F76B" w14:textId="77777777" w:rsidR="00F034CC" w:rsidRPr="00F440AD" w:rsidRDefault="001566EA">
            <w:pPr>
              <w:rPr>
                <w:rFonts w:ascii="Times New Roman" w:hAnsi="Times New Roman"/>
                <w:sz w:val="24"/>
              </w:rPr>
            </w:pPr>
            <w:r w:rsidRPr="00F440AD">
              <w:rPr>
                <w:rFonts w:ascii="Times New Roman" w:hAnsi="Times New Roman"/>
                <w:sz w:val="24"/>
              </w:rPr>
              <w:t>[NE, NE]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BBCC03" w14:textId="77777777" w:rsidR="00F034CC" w:rsidRPr="00F440AD" w:rsidRDefault="00F034CC">
            <w:pPr>
              <w:rPr>
                <w:rFonts w:ascii="Times New Roman" w:hAnsi="Times New Roman"/>
                <w:sz w:val="24"/>
              </w:rPr>
            </w:pPr>
          </w:p>
        </w:tc>
      </w:tr>
      <w:tr w:rsidR="00DD30D0" w14:paraId="10B89712" w14:textId="77777777" w:rsidTr="00DD30D0">
        <w:trPr>
          <w:cantSplit/>
        </w:trPr>
        <w:tc>
          <w:tcPr>
            <w:tcW w:w="109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35B3F27" w14:textId="77777777" w:rsidR="00F034CC" w:rsidRPr="00F440AD" w:rsidRDefault="001566EA">
            <w:pPr>
              <w:rPr>
                <w:rFonts w:ascii="Times New Roman" w:hAnsi="Times New Roman"/>
                <w:sz w:val="24"/>
              </w:rPr>
            </w:pPr>
            <w:r w:rsidRPr="00F440AD">
              <w:rPr>
                <w:rFonts w:ascii="Times New Roman" w:hAnsi="Times New Roman"/>
                <w:sz w:val="24"/>
              </w:rPr>
              <w:t>Refractory multiple myeloma</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92673A" w14:textId="77777777" w:rsidR="00F034CC" w:rsidRPr="00F440AD" w:rsidRDefault="001566EA">
            <w:pPr>
              <w:rPr>
                <w:rFonts w:ascii="Times New Roman" w:hAnsi="Times New Roman"/>
                <w:sz w:val="24"/>
              </w:rPr>
            </w:pPr>
            <w:r w:rsidRPr="00F440AD">
              <w:rPr>
                <w:rFonts w:ascii="Times New Roman" w:hAnsi="Times New Roman"/>
                <w:sz w:val="24"/>
              </w:rPr>
              <w:t>No</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8EEE6B" w14:textId="77777777" w:rsidR="00F034CC" w:rsidRPr="00F440AD" w:rsidRDefault="001566EA">
            <w:pPr>
              <w:rPr>
                <w:rFonts w:ascii="Times New Roman" w:hAnsi="Times New Roman"/>
                <w:sz w:val="24"/>
              </w:rPr>
            </w:pPr>
            <w:r w:rsidRPr="00F440AD">
              <w:rPr>
                <w:rFonts w:ascii="Times New Roman" w:hAnsi="Times New Roman"/>
                <w:sz w:val="24"/>
              </w:rPr>
              <w:t>82</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5D4A40" w14:textId="77777777" w:rsidR="00F034CC" w:rsidRPr="00F440AD" w:rsidRDefault="001566EA">
            <w:pPr>
              <w:rPr>
                <w:rFonts w:ascii="Times New Roman" w:hAnsi="Times New Roman"/>
                <w:sz w:val="24"/>
              </w:rPr>
            </w:pPr>
            <w:r w:rsidRPr="00F440AD">
              <w:rPr>
                <w:rFonts w:ascii="Times New Roman" w:hAnsi="Times New Roman"/>
                <w:sz w:val="24"/>
              </w:rPr>
              <w:t>61</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F648C0"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51BCE0"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C7B006" w14:textId="77777777" w:rsidR="00F034CC" w:rsidRPr="00F440AD" w:rsidRDefault="001566EA">
            <w:pPr>
              <w:rPr>
                <w:rFonts w:ascii="Times New Roman" w:hAnsi="Times New Roman"/>
                <w:sz w:val="24"/>
              </w:rPr>
            </w:pPr>
            <w:r w:rsidRPr="00F440AD">
              <w:rPr>
                <w:rFonts w:ascii="Times New Roman" w:hAnsi="Times New Roman"/>
                <w:sz w:val="24"/>
              </w:rPr>
              <w:t>0.321</w:t>
            </w:r>
          </w:p>
        </w:tc>
      </w:tr>
      <w:tr w:rsidR="00DD30D0" w14:paraId="577ACF30" w14:textId="77777777" w:rsidTr="00DD30D0">
        <w:trPr>
          <w:cantSplit/>
        </w:trPr>
        <w:tc>
          <w:tcPr>
            <w:tcW w:w="109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884C8F" w14:textId="77777777" w:rsidR="00F034CC" w:rsidRPr="00F440AD" w:rsidRDefault="00F034CC"/>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EDB435" w14:textId="77777777" w:rsidR="00F034CC" w:rsidRPr="00F440AD" w:rsidRDefault="001566EA">
            <w:pPr>
              <w:rPr>
                <w:rFonts w:ascii="Times New Roman" w:hAnsi="Times New Roman"/>
                <w:sz w:val="24"/>
              </w:rPr>
            </w:pPr>
            <w:r w:rsidRPr="00F440AD">
              <w:rPr>
                <w:rFonts w:ascii="Times New Roman" w:hAnsi="Times New Roman"/>
                <w:sz w:val="24"/>
              </w:rPr>
              <w:t>Yes</w:t>
            </w:r>
          </w:p>
        </w:tc>
        <w:tc>
          <w:tcPr>
            <w:tcW w:w="2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27402C" w14:textId="77777777" w:rsidR="00F034CC" w:rsidRPr="00F440AD" w:rsidRDefault="001566EA">
            <w:pPr>
              <w:rPr>
                <w:rFonts w:ascii="Times New Roman" w:hAnsi="Times New Roman"/>
                <w:sz w:val="24"/>
              </w:rPr>
            </w:pPr>
            <w:r w:rsidRPr="00F440AD">
              <w:rPr>
                <w:rFonts w:ascii="Times New Roman" w:hAnsi="Times New Roman"/>
                <w:sz w:val="24"/>
              </w:rPr>
              <w:t>22</w:t>
            </w:r>
          </w:p>
        </w:tc>
        <w:tc>
          <w:tcPr>
            <w:tcW w:w="5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D5DFE7" w14:textId="77777777" w:rsidR="00F034CC" w:rsidRPr="00F440AD" w:rsidRDefault="001566EA">
            <w:pPr>
              <w:rPr>
                <w:rFonts w:ascii="Times New Roman" w:hAnsi="Times New Roman"/>
                <w:sz w:val="24"/>
              </w:rPr>
            </w:pPr>
            <w:r w:rsidRPr="00F440AD">
              <w:rPr>
                <w:rFonts w:ascii="Times New Roman" w:hAnsi="Times New Roman"/>
                <w:sz w:val="24"/>
              </w:rPr>
              <w:t>14</w:t>
            </w:r>
          </w:p>
        </w:tc>
        <w:tc>
          <w:tcPr>
            <w:tcW w:w="6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FB8DF1" w14:textId="77777777" w:rsidR="00F034CC" w:rsidRPr="00F440AD" w:rsidRDefault="001566EA">
            <w:pPr>
              <w:rPr>
                <w:rFonts w:ascii="Times New Roman" w:hAnsi="Times New Roman"/>
                <w:sz w:val="24"/>
              </w:rPr>
            </w:pPr>
            <w:r w:rsidRPr="00F440AD">
              <w:rPr>
                <w:rFonts w:ascii="Times New Roman" w:hAnsi="Times New Roman"/>
                <w:sz w:val="24"/>
              </w:rPr>
              <w:t>0.602</w:t>
            </w:r>
          </w:p>
        </w:tc>
        <w:tc>
          <w:tcPr>
            <w:tcW w:w="78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81151E" w14:textId="77777777" w:rsidR="00F034CC" w:rsidRPr="00F440AD" w:rsidRDefault="001566EA">
            <w:pPr>
              <w:rPr>
                <w:rFonts w:ascii="Times New Roman" w:hAnsi="Times New Roman"/>
                <w:sz w:val="24"/>
              </w:rPr>
            </w:pPr>
            <w:r w:rsidRPr="00F440AD">
              <w:rPr>
                <w:rFonts w:ascii="Times New Roman" w:hAnsi="Times New Roman"/>
                <w:sz w:val="24"/>
              </w:rPr>
              <w:t>[0.222,1.638]</w:t>
            </w:r>
          </w:p>
        </w:tc>
        <w:tc>
          <w:tcPr>
            <w:tcW w:w="10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13ED13" w14:textId="77777777" w:rsidR="00F034CC" w:rsidRPr="00F440AD" w:rsidRDefault="00F034CC">
            <w:pPr>
              <w:rPr>
                <w:rFonts w:ascii="Times New Roman" w:hAnsi="Times New Roman"/>
                <w:sz w:val="24"/>
              </w:rPr>
            </w:pPr>
          </w:p>
        </w:tc>
      </w:tr>
    </w:tbl>
    <w:p w14:paraId="1D6B43C0" w14:textId="774DC824" w:rsidR="00F034CC" w:rsidRPr="00F440AD" w:rsidRDefault="001566EA">
      <w:pPr>
        <w:rPr>
          <w:rFonts w:ascii="Times New Roman" w:hAnsi="Times New Roman"/>
          <w:sz w:val="20"/>
        </w:rPr>
      </w:pPr>
      <w:r w:rsidRPr="00DD30D0">
        <w:rPr>
          <w:rFonts w:ascii="Times New Roman" w:hAnsi="Times New Roman"/>
          <w:i/>
          <w:sz w:val="20"/>
        </w:rPr>
        <w:t xml:space="preserve">CI </w:t>
      </w:r>
      <w:r w:rsidRPr="00DD30D0">
        <w:rPr>
          <w:rFonts w:ascii="Times New Roman" w:hAnsi="Times New Roman"/>
          <w:sz w:val="20"/>
        </w:rPr>
        <w:t>confidence interval</w:t>
      </w:r>
      <w:r w:rsidR="00A64A39">
        <w:rPr>
          <w:rFonts w:ascii="Times New Roman" w:hAnsi="Times New Roman"/>
          <w:sz w:val="20"/>
        </w:rPr>
        <w:t>,</w:t>
      </w:r>
      <w:r w:rsidRPr="00DD30D0">
        <w:rPr>
          <w:rFonts w:ascii="Times New Roman" w:hAnsi="Times New Roman"/>
          <w:sz w:val="20"/>
        </w:rPr>
        <w:t xml:space="preserve"> </w:t>
      </w:r>
      <w:r w:rsidRPr="00DD30D0">
        <w:rPr>
          <w:rFonts w:ascii="Times New Roman" w:hAnsi="Times New Roman"/>
          <w:i/>
          <w:sz w:val="20"/>
        </w:rPr>
        <w:t>ECOG</w:t>
      </w:r>
      <w:r w:rsidRPr="00DD30D0">
        <w:rPr>
          <w:rFonts w:ascii="Times New Roman" w:hAnsi="Times New Roman"/>
          <w:sz w:val="20"/>
        </w:rPr>
        <w:t xml:space="preserve"> Eastern Cooperative Oncology Group</w:t>
      </w:r>
      <w:r w:rsidR="00A64A39">
        <w:rPr>
          <w:rFonts w:ascii="Times New Roman" w:hAnsi="Times New Roman"/>
          <w:sz w:val="20"/>
        </w:rPr>
        <w:t>,</w:t>
      </w:r>
      <w:r w:rsidRPr="00DD30D0">
        <w:rPr>
          <w:rFonts w:ascii="Times New Roman" w:hAnsi="Times New Roman"/>
          <w:sz w:val="20"/>
        </w:rPr>
        <w:t xml:space="preserve"> </w:t>
      </w:r>
      <w:r w:rsidRPr="00DD30D0">
        <w:rPr>
          <w:rFonts w:ascii="Times New Roman" w:hAnsi="Times New Roman"/>
          <w:i/>
          <w:sz w:val="20"/>
        </w:rPr>
        <w:t>ISS</w:t>
      </w:r>
      <w:r w:rsidRPr="00DD30D0">
        <w:rPr>
          <w:rFonts w:ascii="Times New Roman" w:hAnsi="Times New Roman"/>
          <w:sz w:val="20"/>
        </w:rPr>
        <w:t xml:space="preserve"> International Staging System</w:t>
      </w:r>
      <w:r w:rsidR="00A64A39">
        <w:rPr>
          <w:rFonts w:ascii="Times New Roman" w:hAnsi="Times New Roman"/>
          <w:sz w:val="20"/>
        </w:rPr>
        <w:t>,</w:t>
      </w:r>
      <w:r w:rsidRPr="00DD30D0">
        <w:rPr>
          <w:rFonts w:ascii="Times New Roman" w:hAnsi="Times New Roman"/>
          <w:sz w:val="20"/>
        </w:rPr>
        <w:t xml:space="preserve"> </w:t>
      </w:r>
      <w:r w:rsidR="00DD30D0" w:rsidRPr="00DD30D0">
        <w:rPr>
          <w:rFonts w:ascii="Times New Roman" w:hAnsi="Times New Roman"/>
          <w:i/>
          <w:iCs/>
          <w:sz w:val="20"/>
        </w:rPr>
        <w:t>NE</w:t>
      </w:r>
      <w:r w:rsidR="00DD30D0">
        <w:rPr>
          <w:rFonts w:ascii="Times New Roman" w:hAnsi="Times New Roman"/>
          <w:sz w:val="20"/>
        </w:rPr>
        <w:t xml:space="preserve">: Not estimable; </w:t>
      </w:r>
      <w:r w:rsidRPr="00DD30D0">
        <w:rPr>
          <w:rFonts w:ascii="Times New Roman" w:hAnsi="Times New Roman"/>
          <w:i/>
          <w:sz w:val="20"/>
        </w:rPr>
        <w:t>R-ISS</w:t>
      </w:r>
      <w:r w:rsidRPr="00DD30D0">
        <w:rPr>
          <w:rFonts w:ascii="Times New Roman" w:hAnsi="Times New Roman"/>
          <w:sz w:val="20"/>
        </w:rPr>
        <w:t xml:space="preserve"> revised international staging system.</w:t>
      </w:r>
    </w:p>
    <w:p w14:paraId="3712D206" w14:textId="7721AC75" w:rsidR="00F034CC" w:rsidRPr="00DD30D0" w:rsidRDefault="001566EA">
      <w:pPr>
        <w:rPr>
          <w:rFonts w:ascii="Times New Roman" w:hAnsi="Times New Roman"/>
          <w:b/>
          <w:sz w:val="20"/>
        </w:rPr>
      </w:pPr>
      <w:proofErr w:type="spellStart"/>
      <w:r w:rsidRPr="00DD30D0">
        <w:rPr>
          <w:rFonts w:ascii="Times New Roman" w:hAnsi="Times New Roman"/>
          <w:sz w:val="20"/>
          <w:vertAlign w:val="superscript"/>
        </w:rPr>
        <w:t>a</w:t>
      </w:r>
      <w:r w:rsidRPr="00DD30D0">
        <w:rPr>
          <w:rFonts w:ascii="Times New Roman" w:hAnsi="Times New Roman"/>
          <w:sz w:val="20"/>
        </w:rPr>
        <w:t>Analysed</w:t>
      </w:r>
      <w:proofErr w:type="spellEnd"/>
      <w:r w:rsidRPr="00DD30D0">
        <w:rPr>
          <w:rFonts w:ascii="Times New Roman" w:hAnsi="Times New Roman"/>
          <w:sz w:val="20"/>
        </w:rPr>
        <w:t xml:space="preserve"> based on clinical characteristics at multiple myeloma diagnosis.</w:t>
      </w:r>
      <w:r w:rsidR="00DD30D0" w:rsidRPr="00DD30D0">
        <w:rPr>
          <w:rFonts w:ascii="Times New Roman" w:hAnsi="Times New Roman"/>
          <w:sz w:val="20"/>
          <w:vertAlign w:val="superscript"/>
        </w:rPr>
        <w:t xml:space="preserve"> b</w:t>
      </w:r>
      <w:r w:rsidR="00DD30D0">
        <w:rPr>
          <w:rFonts w:ascii="Times New Roman" w:hAnsi="Times New Roman"/>
          <w:sz w:val="20"/>
          <w:vertAlign w:val="superscript"/>
        </w:rPr>
        <w:t xml:space="preserve"> </w:t>
      </w:r>
      <w:r w:rsidR="00DD30D0">
        <w:rPr>
          <w:rFonts w:ascii="Times New Roman" w:hAnsi="Times New Roman"/>
          <w:sz w:val="20"/>
        </w:rPr>
        <w:t>Type 3 test that checks for differences between any pair of sub-categories. *Statistically significant.</w:t>
      </w:r>
    </w:p>
    <w:p w14:paraId="68100FA3" w14:textId="77777777" w:rsidR="00F034CC" w:rsidRPr="00F440AD" w:rsidRDefault="001566EA">
      <w:r w:rsidRPr="00DD30D0">
        <w:br w:type="page"/>
      </w:r>
    </w:p>
    <w:p w14:paraId="4B34C9CA" w14:textId="77777777" w:rsidR="00F034CC" w:rsidRPr="00F440AD" w:rsidRDefault="001566EA">
      <w:pPr>
        <w:rPr>
          <w:rFonts w:ascii="Times New Roman" w:hAnsi="Times New Roman"/>
          <w:sz w:val="24"/>
        </w:rPr>
      </w:pPr>
      <w:r w:rsidRPr="00DD30D0">
        <w:rPr>
          <w:rFonts w:ascii="Times New Roman" w:hAnsi="Times New Roman"/>
          <w:b/>
          <w:sz w:val="24"/>
        </w:rPr>
        <w:lastRenderedPageBreak/>
        <w:t xml:space="preserve">Supplementary Table 3 </w:t>
      </w:r>
      <w:r w:rsidRPr="00DD30D0">
        <w:rPr>
          <w:rFonts w:ascii="Times New Roman" w:hAnsi="Times New Roman"/>
          <w:sz w:val="24"/>
        </w:rPr>
        <w:t>Univariate Cox regression analysis of factors associated with progression-free survival</w:t>
      </w:r>
    </w:p>
    <w:tbl>
      <w:tblPr>
        <w:tblStyle w:val="Table"/>
        <w:tblW w:w="5000" w:type="pct"/>
        <w:tblInd w:w="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2862"/>
        <w:gridCol w:w="1318"/>
        <w:gridCol w:w="676"/>
        <w:gridCol w:w="781"/>
        <w:gridCol w:w="954"/>
        <w:gridCol w:w="1475"/>
        <w:gridCol w:w="950"/>
      </w:tblGrid>
      <w:tr w:rsidR="00F034CC" w14:paraId="22899C68" w14:textId="77777777" w:rsidTr="00DD30D0">
        <w:trPr>
          <w:cantSplit/>
          <w:tblHeader/>
        </w:trPr>
        <w:tc>
          <w:tcPr>
            <w:tcW w:w="231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32E2199" w14:textId="77777777" w:rsidR="00F034CC" w:rsidRPr="00F440AD" w:rsidRDefault="00F034CC">
            <w:pPr>
              <w:rPr>
                <w:rFonts w:ascii="Times New Roman" w:hAnsi="Times New Roman"/>
                <w:sz w:val="24"/>
              </w:rPr>
            </w:pP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CBD4E7" w14:textId="77777777" w:rsidR="00F034CC" w:rsidRPr="00F440AD" w:rsidRDefault="001566EA">
            <w:pPr>
              <w:rPr>
                <w:rFonts w:ascii="Times New Roman" w:hAnsi="Times New Roman"/>
                <w:sz w:val="24"/>
              </w:rPr>
            </w:pPr>
            <w:r w:rsidRPr="00F440AD">
              <w:rPr>
                <w:rFonts w:ascii="Times New Roman" w:hAnsi="Times New Roman"/>
                <w:sz w:val="24"/>
              </w:rPr>
              <w:t>N</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B39875" w14:textId="77777777" w:rsidR="00F034CC" w:rsidRPr="00F440AD" w:rsidRDefault="001566EA">
            <w:pPr>
              <w:rPr>
                <w:rFonts w:ascii="Times New Roman" w:hAnsi="Times New Roman"/>
                <w:sz w:val="24"/>
              </w:rPr>
            </w:pPr>
            <w:r w:rsidRPr="00F440AD">
              <w:rPr>
                <w:rFonts w:ascii="Times New Roman" w:hAnsi="Times New Roman"/>
                <w:sz w:val="24"/>
              </w:rPr>
              <w:t># of events</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EC819E" w14:textId="77777777" w:rsidR="00F034CC" w:rsidRPr="00F440AD" w:rsidRDefault="001566EA">
            <w:pPr>
              <w:rPr>
                <w:rFonts w:ascii="Times New Roman" w:hAnsi="Times New Roman"/>
                <w:sz w:val="24"/>
              </w:rPr>
            </w:pPr>
            <w:r w:rsidRPr="00F440AD">
              <w:rPr>
                <w:rFonts w:ascii="Times New Roman" w:hAnsi="Times New Roman"/>
                <w:sz w:val="24"/>
              </w:rPr>
              <w:t>Hazard Ratio</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355E52" w14:textId="77777777" w:rsidR="00F034CC" w:rsidRPr="00F440AD" w:rsidRDefault="001566EA">
            <w:pPr>
              <w:rPr>
                <w:rFonts w:ascii="Times New Roman" w:hAnsi="Times New Roman"/>
                <w:sz w:val="24"/>
              </w:rPr>
            </w:pPr>
            <w:r w:rsidRPr="00F440AD">
              <w:rPr>
                <w:rFonts w:ascii="Times New Roman" w:hAnsi="Times New Roman"/>
                <w:sz w:val="24"/>
              </w:rPr>
              <w:t>95% CI</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70340D" w14:textId="77777777" w:rsidR="00F034CC" w:rsidRPr="00F440AD" w:rsidRDefault="001566EA">
            <w:pPr>
              <w:rPr>
                <w:rFonts w:ascii="Times New Roman" w:hAnsi="Times New Roman"/>
                <w:sz w:val="24"/>
              </w:rPr>
            </w:pPr>
            <w:r w:rsidRPr="00F440AD">
              <w:rPr>
                <w:rFonts w:ascii="Times New Roman" w:hAnsi="Times New Roman"/>
                <w:sz w:val="24"/>
              </w:rPr>
              <w:t>P-value</w:t>
            </w:r>
          </w:p>
        </w:tc>
      </w:tr>
      <w:tr w:rsidR="00DD30D0" w14:paraId="30692F1B" w14:textId="77777777" w:rsidTr="00DD30D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44218C7" w14:textId="77777777" w:rsidR="00F034CC" w:rsidRPr="00F440AD" w:rsidRDefault="001566EA">
            <w:pPr>
              <w:rPr>
                <w:rFonts w:ascii="Times New Roman" w:hAnsi="Times New Roman"/>
                <w:sz w:val="24"/>
              </w:rPr>
            </w:pPr>
            <w:r w:rsidRPr="00F440AD">
              <w:rPr>
                <w:rFonts w:ascii="Times New Roman" w:hAnsi="Times New Roman"/>
                <w:sz w:val="24"/>
              </w:rPr>
              <w:t xml:space="preserve">Bortezomib response </w:t>
            </w:r>
          </w:p>
          <w:p w14:paraId="46BD3959" w14:textId="77777777" w:rsidR="00F034CC" w:rsidRPr="00F440AD" w:rsidRDefault="001566EA">
            <w:pPr>
              <w:rPr>
                <w:rFonts w:ascii="Times New Roman" w:hAnsi="Times New Roman"/>
                <w:sz w:val="24"/>
              </w:rPr>
            </w:pPr>
            <w:proofErr w:type="spellStart"/>
            <w:r w:rsidRPr="00F440AD">
              <w:rPr>
                <w:rFonts w:ascii="Times New Roman" w:hAnsi="Times New Roman"/>
                <w:sz w:val="24"/>
              </w:rPr>
              <w:t>duration</w:t>
            </w:r>
            <w:r w:rsidRPr="00F440AD">
              <w:rPr>
                <w:rFonts w:ascii="Times New Roman" w:hAnsi="Times New Roman"/>
                <w:sz w:val="24"/>
                <w:vertAlign w:val="superscript"/>
              </w:rPr>
              <w:t>a</w:t>
            </w:r>
            <w:proofErr w:type="spellEnd"/>
            <w:r w:rsidRPr="00F440AD">
              <w:rPr>
                <w:rFonts w:ascii="Times New Roman" w:hAnsi="Times New Roman"/>
                <w:sz w:val="24"/>
              </w:rPr>
              <w:t xml:space="preserve"> (months)</w:t>
            </w:r>
          </w:p>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4DE7DE" w14:textId="77777777" w:rsidR="00F034CC" w:rsidRPr="00F440AD" w:rsidRDefault="001566EA">
            <w:pPr>
              <w:rPr>
                <w:rFonts w:ascii="Times New Roman" w:hAnsi="Times New Roman"/>
                <w:sz w:val="24"/>
              </w:rPr>
            </w:pPr>
            <w:r w:rsidRPr="00F440AD">
              <w:rPr>
                <w:rFonts w:ascii="Times New Roman" w:hAnsi="Times New Roman"/>
                <w:sz w:val="24"/>
              </w:rPr>
              <w:t>&lt;6</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C51601" w14:textId="77777777" w:rsidR="00F034CC" w:rsidRPr="00F440AD" w:rsidRDefault="001566EA">
            <w:pPr>
              <w:rPr>
                <w:rFonts w:ascii="Times New Roman" w:hAnsi="Times New Roman"/>
                <w:sz w:val="24"/>
              </w:rPr>
            </w:pPr>
            <w:r w:rsidRPr="00F440AD">
              <w:rPr>
                <w:rFonts w:ascii="Times New Roman" w:hAnsi="Times New Roman"/>
                <w:sz w:val="24"/>
              </w:rPr>
              <w:t>11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E9DC7B"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BC5CC3"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3F64E8"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0ED760" w14:textId="77777777" w:rsidR="00F034CC" w:rsidRPr="00F440AD" w:rsidRDefault="001566EA">
            <w:pPr>
              <w:rPr>
                <w:rFonts w:ascii="Times New Roman" w:hAnsi="Times New Roman"/>
                <w:sz w:val="24"/>
              </w:rPr>
            </w:pPr>
            <w:r w:rsidRPr="00F440AD">
              <w:rPr>
                <w:rFonts w:ascii="Times New Roman" w:hAnsi="Times New Roman"/>
                <w:sz w:val="24"/>
              </w:rPr>
              <w:t>0.213</w:t>
            </w:r>
          </w:p>
        </w:tc>
      </w:tr>
      <w:tr w:rsidR="00DD30D0" w14:paraId="46D08A2F"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40DF3F"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C155D2" w14:textId="77777777" w:rsidR="00F034CC" w:rsidRPr="00F440AD" w:rsidRDefault="001566EA">
            <w:pPr>
              <w:rPr>
                <w:rFonts w:ascii="Times New Roman" w:hAnsi="Times New Roman"/>
                <w:sz w:val="24"/>
              </w:rPr>
            </w:pPr>
            <w:r w:rsidRPr="00F440AD">
              <w:rPr>
                <w:rFonts w:ascii="Times New Roman" w:hAnsi="Times New Roman"/>
                <w:sz w:val="24"/>
              </w:rPr>
              <w:t>≥6</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061C46" w14:textId="77777777" w:rsidR="00F034CC" w:rsidRPr="00F440AD" w:rsidRDefault="001566EA">
            <w:pPr>
              <w:rPr>
                <w:rFonts w:ascii="Times New Roman" w:hAnsi="Times New Roman"/>
                <w:sz w:val="24"/>
              </w:rPr>
            </w:pPr>
            <w:r w:rsidRPr="00F440AD">
              <w:rPr>
                <w:rFonts w:ascii="Times New Roman" w:hAnsi="Times New Roman"/>
                <w:sz w:val="24"/>
              </w:rPr>
              <w:t>70</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77921A" w14:textId="77777777" w:rsidR="00F034CC" w:rsidRPr="00F440AD" w:rsidRDefault="001566EA">
            <w:pPr>
              <w:rPr>
                <w:rFonts w:ascii="Times New Roman" w:hAnsi="Times New Roman"/>
                <w:sz w:val="24"/>
              </w:rPr>
            </w:pPr>
            <w:r w:rsidRPr="00F440AD">
              <w:rPr>
                <w:rFonts w:ascii="Times New Roman" w:hAnsi="Times New Roman"/>
                <w:sz w:val="24"/>
              </w:rPr>
              <w:t>36</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2CE635" w14:textId="77777777" w:rsidR="00F034CC" w:rsidRPr="00F440AD" w:rsidRDefault="001566EA">
            <w:pPr>
              <w:rPr>
                <w:rFonts w:ascii="Times New Roman" w:hAnsi="Times New Roman"/>
                <w:sz w:val="24"/>
              </w:rPr>
            </w:pPr>
            <w:r w:rsidRPr="00F440AD">
              <w:rPr>
                <w:rFonts w:ascii="Times New Roman" w:hAnsi="Times New Roman"/>
                <w:sz w:val="24"/>
              </w:rPr>
              <w:t>2.47</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885559" w14:textId="77777777" w:rsidR="00F034CC" w:rsidRPr="00F440AD" w:rsidRDefault="001566EA">
            <w:pPr>
              <w:rPr>
                <w:rFonts w:ascii="Times New Roman" w:hAnsi="Times New Roman"/>
                <w:sz w:val="24"/>
              </w:rPr>
            </w:pPr>
            <w:r w:rsidRPr="00F440AD">
              <w:rPr>
                <w:rFonts w:ascii="Times New Roman" w:hAnsi="Times New Roman"/>
                <w:sz w:val="24"/>
              </w:rPr>
              <w:t>[0.59, 10.26]</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3F05DC" w14:textId="77777777" w:rsidR="00F034CC" w:rsidRPr="00F440AD" w:rsidRDefault="00F034CC">
            <w:pPr>
              <w:rPr>
                <w:rFonts w:ascii="Times New Roman" w:hAnsi="Times New Roman"/>
                <w:sz w:val="24"/>
              </w:rPr>
            </w:pPr>
          </w:p>
        </w:tc>
      </w:tr>
      <w:tr w:rsidR="00DD30D0" w14:paraId="1CE06209"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520EEF"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13B9D8" w14:textId="77777777" w:rsidR="00F034CC" w:rsidRPr="00F440AD" w:rsidRDefault="001566EA">
            <w:pPr>
              <w:rPr>
                <w:rFonts w:ascii="Times New Roman" w:hAnsi="Times New Roman"/>
                <w:sz w:val="24"/>
              </w:rPr>
            </w:pPr>
            <w:r w:rsidRPr="00F440AD">
              <w:rPr>
                <w:rFonts w:ascii="Times New Roman" w:hAnsi="Times New Roman"/>
                <w:sz w:val="24"/>
              </w:rPr>
              <w:t>&lt;12</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CD7733" w14:textId="77777777" w:rsidR="00F034CC" w:rsidRPr="00F440AD" w:rsidRDefault="001566EA">
            <w:pPr>
              <w:rPr>
                <w:rFonts w:ascii="Times New Roman" w:hAnsi="Times New Roman"/>
                <w:sz w:val="24"/>
              </w:rPr>
            </w:pPr>
            <w:r w:rsidRPr="00F440AD">
              <w:rPr>
                <w:rFonts w:ascii="Times New Roman" w:hAnsi="Times New Roman"/>
                <w:sz w:val="24"/>
              </w:rPr>
              <w:t>21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62B061"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152C56"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52DACD"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A0B22E" w14:textId="77777777" w:rsidR="00F034CC" w:rsidRPr="00F440AD" w:rsidRDefault="001566EA">
            <w:pPr>
              <w:rPr>
                <w:rFonts w:ascii="Times New Roman" w:hAnsi="Times New Roman"/>
                <w:sz w:val="24"/>
              </w:rPr>
            </w:pPr>
            <w:r w:rsidRPr="00F440AD">
              <w:rPr>
                <w:rFonts w:ascii="Times New Roman" w:hAnsi="Times New Roman"/>
                <w:sz w:val="24"/>
              </w:rPr>
              <w:t>0.823</w:t>
            </w:r>
          </w:p>
        </w:tc>
      </w:tr>
      <w:tr w:rsidR="00DD30D0" w14:paraId="1A773C10"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1DA625"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7BC017" w14:textId="77777777" w:rsidR="00F034CC" w:rsidRPr="00F440AD" w:rsidRDefault="001566EA">
            <w:pPr>
              <w:rPr>
                <w:rFonts w:ascii="Times New Roman" w:hAnsi="Times New Roman"/>
                <w:sz w:val="24"/>
              </w:rPr>
            </w:pPr>
            <w:r w:rsidRPr="00F440AD">
              <w:rPr>
                <w:rFonts w:ascii="Times New Roman" w:hAnsi="Times New Roman"/>
                <w:sz w:val="24"/>
              </w:rPr>
              <w:t>≥12</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852CB6" w14:textId="77777777" w:rsidR="00F034CC" w:rsidRPr="00F440AD" w:rsidRDefault="001566EA">
            <w:pPr>
              <w:rPr>
                <w:rFonts w:ascii="Times New Roman" w:hAnsi="Times New Roman"/>
                <w:sz w:val="24"/>
              </w:rPr>
            </w:pPr>
            <w:r w:rsidRPr="00F440AD">
              <w:rPr>
                <w:rFonts w:ascii="Times New Roman" w:hAnsi="Times New Roman"/>
                <w:sz w:val="24"/>
              </w:rPr>
              <w:t>60</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1133C8" w14:textId="77777777" w:rsidR="00F034CC" w:rsidRPr="00F440AD" w:rsidRDefault="001566EA">
            <w:pPr>
              <w:rPr>
                <w:rFonts w:ascii="Times New Roman" w:hAnsi="Times New Roman"/>
                <w:sz w:val="24"/>
              </w:rPr>
            </w:pPr>
            <w:r w:rsidRPr="00F440AD">
              <w:rPr>
                <w:rFonts w:ascii="Times New Roman" w:hAnsi="Times New Roman"/>
                <w:sz w:val="24"/>
              </w:rPr>
              <w:t>29</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FC6E8D" w14:textId="77777777" w:rsidR="00F034CC" w:rsidRPr="00F440AD" w:rsidRDefault="001566EA">
            <w:pPr>
              <w:rPr>
                <w:rFonts w:ascii="Times New Roman" w:hAnsi="Times New Roman"/>
                <w:sz w:val="24"/>
              </w:rPr>
            </w:pPr>
            <w:r w:rsidRPr="00F440AD">
              <w:rPr>
                <w:rFonts w:ascii="Times New Roman" w:hAnsi="Times New Roman"/>
                <w:sz w:val="24"/>
              </w:rPr>
              <w:t>0.92</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29EA78" w14:textId="77777777" w:rsidR="00F034CC" w:rsidRPr="00F440AD" w:rsidRDefault="001566EA">
            <w:pPr>
              <w:rPr>
                <w:rFonts w:ascii="Times New Roman" w:hAnsi="Times New Roman"/>
                <w:sz w:val="24"/>
              </w:rPr>
            </w:pPr>
            <w:r w:rsidRPr="00F440AD">
              <w:rPr>
                <w:rFonts w:ascii="Times New Roman" w:hAnsi="Times New Roman"/>
                <w:sz w:val="24"/>
              </w:rPr>
              <w:t>[0.43, 1.94]</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14CFDD" w14:textId="77777777" w:rsidR="00F034CC" w:rsidRPr="00F440AD" w:rsidRDefault="00F034CC">
            <w:pPr>
              <w:rPr>
                <w:rFonts w:ascii="Times New Roman" w:hAnsi="Times New Roman"/>
                <w:sz w:val="24"/>
              </w:rPr>
            </w:pPr>
          </w:p>
        </w:tc>
      </w:tr>
      <w:tr w:rsidR="00DD30D0" w14:paraId="362F6EA8"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47DF11"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45844A" w14:textId="77777777" w:rsidR="00F034CC" w:rsidRPr="00F440AD" w:rsidRDefault="001566EA">
            <w:pPr>
              <w:rPr>
                <w:rFonts w:ascii="Times New Roman" w:hAnsi="Times New Roman"/>
                <w:sz w:val="24"/>
              </w:rPr>
            </w:pPr>
            <w:r w:rsidRPr="00F440AD">
              <w:rPr>
                <w:rFonts w:ascii="Times New Roman" w:hAnsi="Times New Roman"/>
                <w:sz w:val="24"/>
              </w:rPr>
              <w:t>&lt;18</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F0E120" w14:textId="77777777" w:rsidR="00F034CC" w:rsidRPr="00F440AD" w:rsidRDefault="001566EA">
            <w:pPr>
              <w:rPr>
                <w:rFonts w:ascii="Times New Roman" w:hAnsi="Times New Roman"/>
                <w:sz w:val="24"/>
              </w:rPr>
            </w:pPr>
            <w:r w:rsidRPr="00F440AD">
              <w:rPr>
                <w:rFonts w:ascii="Times New Roman" w:hAnsi="Times New Roman"/>
                <w:sz w:val="24"/>
              </w:rPr>
              <w:t>31</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F96515" w14:textId="77777777" w:rsidR="00F034CC" w:rsidRPr="00F440AD" w:rsidRDefault="001566EA">
            <w:pPr>
              <w:rPr>
                <w:rFonts w:ascii="Times New Roman" w:hAnsi="Times New Roman"/>
                <w:sz w:val="24"/>
              </w:rPr>
            </w:pPr>
            <w:r w:rsidRPr="00F440AD">
              <w:rPr>
                <w:rFonts w:ascii="Times New Roman" w:hAnsi="Times New Roman"/>
                <w:sz w:val="24"/>
              </w:rPr>
              <w:t>13</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A7DC61"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BE318F"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7FF6E4" w14:textId="77777777" w:rsidR="00F034CC" w:rsidRPr="00F440AD" w:rsidRDefault="001566EA">
            <w:pPr>
              <w:rPr>
                <w:rFonts w:ascii="Times New Roman" w:hAnsi="Times New Roman"/>
                <w:sz w:val="24"/>
              </w:rPr>
            </w:pPr>
            <w:r w:rsidRPr="00F440AD">
              <w:rPr>
                <w:rFonts w:ascii="Times New Roman" w:hAnsi="Times New Roman"/>
                <w:sz w:val="24"/>
              </w:rPr>
              <w:t>0.705</w:t>
            </w:r>
          </w:p>
        </w:tc>
      </w:tr>
      <w:tr w:rsidR="00DD30D0" w14:paraId="399AB99F"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B4F71A"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7872A4"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D2E162" w14:textId="77777777" w:rsidR="00F034CC" w:rsidRPr="00F440AD" w:rsidRDefault="001566EA">
            <w:pPr>
              <w:rPr>
                <w:rFonts w:ascii="Times New Roman" w:hAnsi="Times New Roman"/>
                <w:sz w:val="24"/>
              </w:rPr>
            </w:pPr>
            <w:r w:rsidRPr="00F440AD">
              <w:rPr>
                <w:rFonts w:ascii="Times New Roman" w:hAnsi="Times New Roman"/>
                <w:sz w:val="24"/>
              </w:rPr>
              <w:t>50</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1D4458" w14:textId="77777777" w:rsidR="00F034CC" w:rsidRPr="00F440AD" w:rsidRDefault="001566EA">
            <w:pPr>
              <w:rPr>
                <w:rFonts w:ascii="Times New Roman" w:hAnsi="Times New Roman"/>
                <w:sz w:val="24"/>
              </w:rPr>
            </w:pPr>
            <w:r w:rsidRPr="00F440AD">
              <w:rPr>
                <w:rFonts w:ascii="Times New Roman" w:hAnsi="Times New Roman"/>
                <w:sz w:val="24"/>
              </w:rPr>
              <w:t>25</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D3B259" w14:textId="77777777" w:rsidR="00F034CC" w:rsidRPr="00F440AD" w:rsidRDefault="001566EA">
            <w:pPr>
              <w:rPr>
                <w:rFonts w:ascii="Times New Roman" w:hAnsi="Times New Roman"/>
                <w:sz w:val="24"/>
              </w:rPr>
            </w:pPr>
            <w:r w:rsidRPr="00F440AD">
              <w:rPr>
                <w:rFonts w:ascii="Times New Roman" w:hAnsi="Times New Roman"/>
                <w:sz w:val="24"/>
              </w:rPr>
              <w:t>1.14</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6DB3A8" w14:textId="77777777" w:rsidR="00F034CC" w:rsidRPr="00F440AD" w:rsidRDefault="001566EA">
            <w:pPr>
              <w:rPr>
                <w:rFonts w:ascii="Times New Roman" w:hAnsi="Times New Roman"/>
                <w:sz w:val="24"/>
              </w:rPr>
            </w:pPr>
            <w:r w:rsidRPr="00F440AD">
              <w:rPr>
                <w:rFonts w:ascii="Times New Roman" w:hAnsi="Times New Roman"/>
                <w:sz w:val="24"/>
              </w:rPr>
              <w:t>[0.58, 2.23]</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921E22" w14:textId="77777777" w:rsidR="00F034CC" w:rsidRPr="00F440AD" w:rsidRDefault="00F034CC">
            <w:pPr>
              <w:rPr>
                <w:rFonts w:ascii="Times New Roman" w:hAnsi="Times New Roman"/>
                <w:sz w:val="24"/>
              </w:rPr>
            </w:pPr>
          </w:p>
        </w:tc>
      </w:tr>
      <w:tr w:rsidR="00DD30D0" w14:paraId="5B3718A2"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CFD63C"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5AB4F4" w14:textId="77777777" w:rsidR="00F034CC" w:rsidRPr="00F440AD" w:rsidRDefault="001566EA">
            <w:pPr>
              <w:rPr>
                <w:rFonts w:ascii="Times New Roman" w:hAnsi="Times New Roman"/>
                <w:sz w:val="24"/>
              </w:rPr>
            </w:pPr>
            <w:r w:rsidRPr="00F440AD">
              <w:rPr>
                <w:rFonts w:ascii="Times New Roman" w:hAnsi="Times New Roman"/>
                <w:sz w:val="24"/>
              </w:rPr>
              <w:t>&lt;24</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DCE9E8" w14:textId="77777777" w:rsidR="00F034CC" w:rsidRPr="00F440AD" w:rsidRDefault="001566EA">
            <w:pPr>
              <w:rPr>
                <w:rFonts w:ascii="Times New Roman" w:hAnsi="Times New Roman"/>
                <w:sz w:val="24"/>
              </w:rPr>
            </w:pPr>
            <w:r w:rsidRPr="00F440AD">
              <w:rPr>
                <w:rFonts w:ascii="Times New Roman" w:hAnsi="Times New Roman"/>
                <w:sz w:val="24"/>
              </w:rPr>
              <w:t>46</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062706" w14:textId="77777777" w:rsidR="00F034CC" w:rsidRPr="00F440AD" w:rsidRDefault="001566EA">
            <w:pPr>
              <w:rPr>
                <w:rFonts w:ascii="Times New Roman" w:hAnsi="Times New Roman"/>
                <w:sz w:val="24"/>
              </w:rPr>
            </w:pPr>
            <w:r w:rsidRPr="00F440AD">
              <w:rPr>
                <w:rFonts w:ascii="Times New Roman" w:hAnsi="Times New Roman"/>
                <w:sz w:val="24"/>
              </w:rPr>
              <w:t>20</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13DE6E"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490637"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80472B" w14:textId="77777777" w:rsidR="00F034CC" w:rsidRPr="00F440AD" w:rsidRDefault="001566EA">
            <w:pPr>
              <w:rPr>
                <w:rFonts w:ascii="Times New Roman" w:hAnsi="Times New Roman"/>
                <w:sz w:val="24"/>
              </w:rPr>
            </w:pPr>
            <w:r w:rsidRPr="00F440AD">
              <w:rPr>
                <w:rFonts w:ascii="Times New Roman" w:hAnsi="Times New Roman"/>
                <w:sz w:val="24"/>
              </w:rPr>
              <w:t>0.482</w:t>
            </w:r>
          </w:p>
        </w:tc>
      </w:tr>
      <w:tr w:rsidR="00DD30D0" w14:paraId="32FC0297"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B8DAC9"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AE4C5A" w14:textId="77777777" w:rsidR="00F034CC" w:rsidRPr="00F440AD" w:rsidRDefault="001566EA">
            <w:pPr>
              <w:rPr>
                <w:rFonts w:ascii="Times New Roman" w:hAnsi="Times New Roman"/>
                <w:sz w:val="24"/>
              </w:rPr>
            </w:pPr>
            <w:r w:rsidRPr="00F440AD">
              <w:rPr>
                <w:rFonts w:ascii="Times New Roman" w:hAnsi="Times New Roman"/>
                <w:sz w:val="24"/>
              </w:rPr>
              <w:t>≥24</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B3F1F0" w14:textId="77777777" w:rsidR="00F034CC" w:rsidRPr="00F440AD" w:rsidRDefault="001566EA">
            <w:pPr>
              <w:rPr>
                <w:rFonts w:ascii="Times New Roman" w:hAnsi="Times New Roman"/>
                <w:sz w:val="24"/>
              </w:rPr>
            </w:pPr>
            <w:r w:rsidRPr="00F440AD">
              <w:rPr>
                <w:rFonts w:ascii="Times New Roman" w:hAnsi="Times New Roman"/>
                <w:sz w:val="24"/>
              </w:rPr>
              <w:t>35</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55447A"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30D051" w14:textId="77777777" w:rsidR="00F034CC" w:rsidRPr="00F440AD" w:rsidRDefault="001566EA">
            <w:pPr>
              <w:rPr>
                <w:rFonts w:ascii="Times New Roman" w:hAnsi="Times New Roman"/>
                <w:sz w:val="24"/>
              </w:rPr>
            </w:pPr>
            <w:r w:rsidRPr="00F440AD">
              <w:rPr>
                <w:rFonts w:ascii="Times New Roman" w:hAnsi="Times New Roman"/>
                <w:sz w:val="24"/>
              </w:rPr>
              <w:t>1.26</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B47EA8" w14:textId="77777777" w:rsidR="00F034CC" w:rsidRPr="00F440AD" w:rsidRDefault="001566EA">
            <w:pPr>
              <w:rPr>
                <w:rFonts w:ascii="Times New Roman" w:hAnsi="Times New Roman"/>
                <w:sz w:val="24"/>
              </w:rPr>
            </w:pPr>
            <w:r w:rsidRPr="00F440AD">
              <w:rPr>
                <w:rFonts w:ascii="Times New Roman" w:hAnsi="Times New Roman"/>
                <w:sz w:val="24"/>
              </w:rPr>
              <w:t>[0.66, 2.38]</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6BB499" w14:textId="77777777" w:rsidR="00F034CC" w:rsidRPr="00F440AD" w:rsidRDefault="00F034CC">
            <w:pPr>
              <w:rPr>
                <w:rFonts w:ascii="Times New Roman" w:hAnsi="Times New Roman"/>
                <w:sz w:val="24"/>
              </w:rPr>
            </w:pPr>
          </w:p>
        </w:tc>
      </w:tr>
      <w:tr w:rsidR="00DD30D0" w14:paraId="6F296902" w14:textId="77777777" w:rsidTr="00DD30D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8FC1D63" w14:textId="77777777" w:rsidR="00F034CC" w:rsidRPr="00F440AD" w:rsidRDefault="001566EA">
            <w:pPr>
              <w:rPr>
                <w:rFonts w:ascii="Times New Roman" w:hAnsi="Times New Roman"/>
                <w:sz w:val="24"/>
              </w:rPr>
            </w:pPr>
            <w:r w:rsidRPr="00F440AD">
              <w:rPr>
                <w:rFonts w:ascii="Times New Roman" w:hAnsi="Times New Roman"/>
                <w:sz w:val="24"/>
              </w:rPr>
              <w:t xml:space="preserve">Thalidomide response </w:t>
            </w:r>
            <w:proofErr w:type="spellStart"/>
            <w:r w:rsidRPr="00F440AD">
              <w:rPr>
                <w:rFonts w:ascii="Times New Roman" w:hAnsi="Times New Roman"/>
                <w:sz w:val="24"/>
              </w:rPr>
              <w:t>duration</w:t>
            </w:r>
            <w:r w:rsidRPr="00F440AD">
              <w:rPr>
                <w:rFonts w:ascii="Times New Roman" w:hAnsi="Times New Roman"/>
                <w:sz w:val="24"/>
                <w:vertAlign w:val="superscript"/>
              </w:rPr>
              <w:t>a</w:t>
            </w:r>
            <w:proofErr w:type="spellEnd"/>
            <w:r w:rsidRPr="00F440AD">
              <w:rPr>
                <w:rFonts w:ascii="Times New Roman" w:hAnsi="Times New Roman"/>
                <w:sz w:val="24"/>
              </w:rPr>
              <w:t xml:space="preserve"> (months)</w:t>
            </w:r>
          </w:p>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000E95" w14:textId="77777777" w:rsidR="00F034CC" w:rsidRPr="00F440AD" w:rsidRDefault="001566EA">
            <w:pPr>
              <w:rPr>
                <w:rFonts w:ascii="Times New Roman" w:hAnsi="Times New Roman"/>
                <w:sz w:val="24"/>
              </w:rPr>
            </w:pPr>
            <w:r w:rsidRPr="00F440AD">
              <w:rPr>
                <w:rFonts w:ascii="Times New Roman" w:hAnsi="Times New Roman"/>
                <w:sz w:val="24"/>
              </w:rPr>
              <w:t>&lt;6</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3C4162"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A52745" w14:textId="77777777" w:rsidR="00F034CC" w:rsidRPr="00F440AD" w:rsidRDefault="001566EA">
            <w:pPr>
              <w:rPr>
                <w:rFonts w:ascii="Times New Roman" w:hAnsi="Times New Roman"/>
                <w:sz w:val="24"/>
              </w:rPr>
            </w:pPr>
            <w:r w:rsidRPr="00F440AD">
              <w:rPr>
                <w:rFonts w:ascii="Times New Roman" w:hAnsi="Times New Roman"/>
                <w:sz w:val="24"/>
              </w:rPr>
              <w:t>3</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E02D4C"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36B564"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D9B60A" w14:textId="77777777" w:rsidR="00F034CC" w:rsidRPr="00F440AD" w:rsidRDefault="001566EA">
            <w:pPr>
              <w:rPr>
                <w:rFonts w:ascii="Times New Roman" w:hAnsi="Times New Roman"/>
                <w:sz w:val="24"/>
              </w:rPr>
            </w:pPr>
            <w:r w:rsidRPr="00F440AD">
              <w:rPr>
                <w:rFonts w:ascii="Times New Roman" w:hAnsi="Times New Roman"/>
                <w:sz w:val="24"/>
              </w:rPr>
              <w:t>0.803</w:t>
            </w:r>
          </w:p>
        </w:tc>
      </w:tr>
      <w:tr w:rsidR="00DD30D0" w14:paraId="247BF912"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AE6797"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C8DB0F" w14:textId="77777777" w:rsidR="00F034CC" w:rsidRPr="00F440AD" w:rsidRDefault="001566EA">
            <w:pPr>
              <w:rPr>
                <w:rFonts w:ascii="Times New Roman" w:hAnsi="Times New Roman"/>
                <w:sz w:val="24"/>
              </w:rPr>
            </w:pPr>
            <w:r w:rsidRPr="00F440AD">
              <w:rPr>
                <w:rFonts w:ascii="Times New Roman" w:hAnsi="Times New Roman"/>
                <w:sz w:val="24"/>
              </w:rPr>
              <w:t>≥6</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8881B4" w14:textId="77777777" w:rsidR="00F034CC" w:rsidRPr="00F440AD" w:rsidRDefault="001566EA">
            <w:pPr>
              <w:rPr>
                <w:rFonts w:ascii="Times New Roman" w:hAnsi="Times New Roman"/>
                <w:sz w:val="24"/>
              </w:rPr>
            </w:pPr>
            <w:r w:rsidRPr="00F440AD">
              <w:rPr>
                <w:rFonts w:ascii="Times New Roman" w:hAnsi="Times New Roman"/>
                <w:sz w:val="24"/>
              </w:rPr>
              <w:t>45</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E49329" w14:textId="77777777" w:rsidR="00F034CC" w:rsidRPr="00F440AD" w:rsidRDefault="001566EA">
            <w:pPr>
              <w:rPr>
                <w:rFonts w:ascii="Times New Roman" w:hAnsi="Times New Roman"/>
                <w:sz w:val="24"/>
              </w:rPr>
            </w:pPr>
            <w:r w:rsidRPr="00F440AD">
              <w:rPr>
                <w:rFonts w:ascii="Times New Roman" w:hAnsi="Times New Roman"/>
                <w:sz w:val="24"/>
              </w:rPr>
              <w:t>23</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EE4B49" w14:textId="77777777" w:rsidR="00F034CC" w:rsidRPr="00F440AD" w:rsidRDefault="001566EA">
            <w:pPr>
              <w:rPr>
                <w:rFonts w:ascii="Times New Roman" w:hAnsi="Times New Roman"/>
                <w:sz w:val="24"/>
              </w:rPr>
            </w:pPr>
            <w:r w:rsidRPr="00F440AD">
              <w:rPr>
                <w:rFonts w:ascii="Times New Roman" w:hAnsi="Times New Roman"/>
                <w:sz w:val="24"/>
              </w:rPr>
              <w:t>1.17</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CAFC9F" w14:textId="77777777" w:rsidR="00F034CC" w:rsidRPr="00F440AD" w:rsidRDefault="001566EA">
            <w:pPr>
              <w:rPr>
                <w:rFonts w:ascii="Times New Roman" w:hAnsi="Times New Roman"/>
                <w:sz w:val="24"/>
              </w:rPr>
            </w:pPr>
            <w:r w:rsidRPr="00F440AD">
              <w:rPr>
                <w:rFonts w:ascii="Times New Roman" w:hAnsi="Times New Roman"/>
                <w:sz w:val="24"/>
              </w:rPr>
              <w:t>[0.35, 3.89]</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4A4D16" w14:textId="77777777" w:rsidR="00F034CC" w:rsidRPr="00F440AD" w:rsidRDefault="00F034CC">
            <w:pPr>
              <w:rPr>
                <w:rFonts w:ascii="Times New Roman" w:hAnsi="Times New Roman"/>
                <w:sz w:val="24"/>
              </w:rPr>
            </w:pPr>
          </w:p>
        </w:tc>
      </w:tr>
      <w:tr w:rsidR="00DD30D0" w14:paraId="2992C67B"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0EE43B"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568A38" w14:textId="77777777" w:rsidR="00F034CC" w:rsidRPr="00F440AD" w:rsidRDefault="001566EA">
            <w:pPr>
              <w:rPr>
                <w:rFonts w:ascii="Times New Roman" w:hAnsi="Times New Roman"/>
                <w:sz w:val="24"/>
              </w:rPr>
            </w:pPr>
            <w:r w:rsidRPr="00F440AD">
              <w:rPr>
                <w:rFonts w:ascii="Times New Roman" w:hAnsi="Times New Roman"/>
                <w:sz w:val="24"/>
              </w:rPr>
              <w:t>&lt;12</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015790" w14:textId="77777777" w:rsidR="00F034CC" w:rsidRPr="00F440AD" w:rsidRDefault="001566EA">
            <w:pPr>
              <w:rPr>
                <w:rFonts w:ascii="Times New Roman" w:hAnsi="Times New Roman"/>
                <w:sz w:val="24"/>
              </w:rPr>
            </w:pPr>
            <w:r w:rsidRPr="00F440AD">
              <w:rPr>
                <w:rFonts w:ascii="Times New Roman" w:hAnsi="Times New Roman"/>
                <w:sz w:val="24"/>
              </w:rPr>
              <w:t>14</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892B9F"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5B336D"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D0AD13"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8C6886" w14:textId="77777777" w:rsidR="00F034CC" w:rsidRPr="00F440AD" w:rsidRDefault="001566EA">
            <w:pPr>
              <w:rPr>
                <w:rFonts w:ascii="Times New Roman" w:hAnsi="Times New Roman"/>
                <w:sz w:val="24"/>
              </w:rPr>
            </w:pPr>
            <w:r w:rsidRPr="00F440AD">
              <w:rPr>
                <w:rFonts w:ascii="Times New Roman" w:hAnsi="Times New Roman"/>
                <w:sz w:val="24"/>
              </w:rPr>
              <w:t>0.159</w:t>
            </w:r>
          </w:p>
        </w:tc>
      </w:tr>
      <w:tr w:rsidR="00DD30D0" w14:paraId="42A47ED2"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D52270"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972703" w14:textId="77777777" w:rsidR="00F034CC" w:rsidRPr="00F440AD" w:rsidRDefault="001566EA">
            <w:pPr>
              <w:rPr>
                <w:rFonts w:ascii="Times New Roman" w:hAnsi="Times New Roman"/>
                <w:sz w:val="24"/>
              </w:rPr>
            </w:pPr>
            <w:r w:rsidRPr="00F440AD">
              <w:rPr>
                <w:rFonts w:ascii="Times New Roman" w:hAnsi="Times New Roman"/>
                <w:sz w:val="24"/>
              </w:rPr>
              <w:t>≥12</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C06F8A" w14:textId="77777777" w:rsidR="00F034CC" w:rsidRPr="00F440AD" w:rsidRDefault="001566EA">
            <w:pPr>
              <w:rPr>
                <w:rFonts w:ascii="Times New Roman" w:hAnsi="Times New Roman"/>
                <w:sz w:val="24"/>
              </w:rPr>
            </w:pPr>
            <w:r w:rsidRPr="00F440AD">
              <w:rPr>
                <w:rFonts w:ascii="Times New Roman" w:hAnsi="Times New Roman"/>
                <w:sz w:val="24"/>
              </w:rPr>
              <w:t>39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83C59E" w14:textId="77777777" w:rsidR="00F034CC" w:rsidRPr="00F440AD" w:rsidRDefault="001566EA">
            <w:pPr>
              <w:rPr>
                <w:rFonts w:ascii="Times New Roman" w:hAnsi="Times New Roman"/>
                <w:sz w:val="24"/>
              </w:rPr>
            </w:pPr>
            <w:r w:rsidRPr="00F440AD">
              <w:rPr>
                <w:rFonts w:ascii="Times New Roman" w:hAnsi="Times New Roman"/>
                <w:sz w:val="24"/>
              </w:rPr>
              <w:t>17</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4118FE" w14:textId="77777777" w:rsidR="00F034CC" w:rsidRPr="00F440AD" w:rsidRDefault="001566EA">
            <w:pPr>
              <w:rPr>
                <w:rFonts w:ascii="Times New Roman" w:hAnsi="Times New Roman"/>
                <w:sz w:val="24"/>
              </w:rPr>
            </w:pPr>
            <w:r w:rsidRPr="00F440AD">
              <w:rPr>
                <w:rFonts w:ascii="Times New Roman" w:hAnsi="Times New Roman"/>
                <w:sz w:val="24"/>
              </w:rPr>
              <w:t>0.56</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686C8A" w14:textId="77777777" w:rsidR="00F034CC" w:rsidRPr="00F440AD" w:rsidRDefault="001566EA">
            <w:pPr>
              <w:rPr>
                <w:rFonts w:ascii="Times New Roman" w:hAnsi="Times New Roman"/>
                <w:sz w:val="24"/>
              </w:rPr>
            </w:pPr>
            <w:r w:rsidRPr="00F440AD">
              <w:rPr>
                <w:rFonts w:ascii="Times New Roman" w:hAnsi="Times New Roman"/>
                <w:sz w:val="24"/>
              </w:rPr>
              <w:t>[0.25, 1.26]</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18C0AD" w14:textId="77777777" w:rsidR="00F034CC" w:rsidRPr="00F440AD" w:rsidRDefault="00F034CC">
            <w:pPr>
              <w:rPr>
                <w:rFonts w:ascii="Times New Roman" w:hAnsi="Times New Roman"/>
                <w:sz w:val="24"/>
              </w:rPr>
            </w:pPr>
          </w:p>
        </w:tc>
      </w:tr>
      <w:tr w:rsidR="00DD30D0" w14:paraId="4E3DB857"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A20D30"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E0CE8A" w14:textId="77777777" w:rsidR="00F034CC" w:rsidRPr="00F440AD" w:rsidRDefault="001566EA">
            <w:pPr>
              <w:rPr>
                <w:rFonts w:ascii="Times New Roman" w:hAnsi="Times New Roman"/>
                <w:sz w:val="24"/>
              </w:rPr>
            </w:pPr>
            <w:r w:rsidRPr="00F440AD">
              <w:rPr>
                <w:rFonts w:ascii="Times New Roman" w:hAnsi="Times New Roman"/>
                <w:sz w:val="24"/>
              </w:rPr>
              <w:t>&lt;18</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6077C0" w14:textId="77777777" w:rsidR="00F034CC" w:rsidRPr="00F440AD" w:rsidRDefault="001566EA">
            <w:pPr>
              <w:rPr>
                <w:rFonts w:ascii="Times New Roman" w:hAnsi="Times New Roman"/>
                <w:sz w:val="24"/>
              </w:rPr>
            </w:pPr>
            <w:r w:rsidRPr="00F440AD">
              <w:rPr>
                <w:rFonts w:ascii="Times New Roman" w:hAnsi="Times New Roman"/>
                <w:sz w:val="24"/>
              </w:rPr>
              <w:t>19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DEBEA4" w14:textId="77777777" w:rsidR="00F034CC" w:rsidRPr="00F440AD" w:rsidRDefault="001566EA">
            <w:pPr>
              <w:rPr>
                <w:rFonts w:ascii="Times New Roman" w:hAnsi="Times New Roman"/>
                <w:sz w:val="24"/>
              </w:rPr>
            </w:pPr>
            <w:r w:rsidRPr="00F440AD">
              <w:rPr>
                <w:rFonts w:ascii="Times New Roman" w:hAnsi="Times New Roman"/>
                <w:sz w:val="24"/>
              </w:rPr>
              <w:t>12</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4474C3"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405F38"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919CEB" w14:textId="77777777" w:rsidR="00F034CC" w:rsidRPr="00F440AD" w:rsidRDefault="001566EA">
            <w:pPr>
              <w:rPr>
                <w:rFonts w:ascii="Times New Roman" w:hAnsi="Times New Roman"/>
                <w:sz w:val="24"/>
              </w:rPr>
            </w:pPr>
            <w:r w:rsidRPr="00F440AD">
              <w:rPr>
                <w:rFonts w:ascii="Times New Roman" w:hAnsi="Times New Roman"/>
                <w:sz w:val="24"/>
              </w:rPr>
              <w:t>0.096</w:t>
            </w:r>
          </w:p>
        </w:tc>
      </w:tr>
      <w:tr w:rsidR="00DD30D0" w14:paraId="4AFA646B"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D5BAB2"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681762"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55C07A" w14:textId="77777777" w:rsidR="00F034CC" w:rsidRPr="00F440AD" w:rsidRDefault="001566EA">
            <w:pPr>
              <w:rPr>
                <w:rFonts w:ascii="Times New Roman" w:hAnsi="Times New Roman"/>
                <w:sz w:val="24"/>
              </w:rPr>
            </w:pPr>
            <w:r w:rsidRPr="00F440AD">
              <w:rPr>
                <w:rFonts w:ascii="Times New Roman" w:hAnsi="Times New Roman"/>
                <w:sz w:val="24"/>
              </w:rPr>
              <w:t>34</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C5D2CC" w14:textId="77777777" w:rsidR="00F034CC" w:rsidRPr="00F440AD" w:rsidRDefault="001566EA">
            <w:pPr>
              <w:rPr>
                <w:rFonts w:ascii="Times New Roman" w:hAnsi="Times New Roman"/>
                <w:sz w:val="24"/>
              </w:rPr>
            </w:pPr>
            <w:r w:rsidRPr="00F440AD">
              <w:rPr>
                <w:rFonts w:ascii="Times New Roman" w:hAnsi="Times New Roman"/>
                <w:sz w:val="24"/>
              </w:rPr>
              <w:t>14</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34CB15" w14:textId="77777777" w:rsidR="00F034CC" w:rsidRPr="00F440AD" w:rsidRDefault="001566EA">
            <w:pPr>
              <w:rPr>
                <w:rFonts w:ascii="Times New Roman" w:hAnsi="Times New Roman"/>
                <w:sz w:val="24"/>
              </w:rPr>
            </w:pPr>
            <w:r w:rsidRPr="00F440AD">
              <w:rPr>
                <w:rFonts w:ascii="Times New Roman" w:hAnsi="Times New Roman"/>
                <w:sz w:val="24"/>
              </w:rPr>
              <w:t>0.52</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5F988F" w14:textId="77777777" w:rsidR="00F034CC" w:rsidRPr="00F440AD" w:rsidRDefault="001566EA">
            <w:pPr>
              <w:rPr>
                <w:rFonts w:ascii="Times New Roman" w:hAnsi="Times New Roman"/>
                <w:sz w:val="24"/>
              </w:rPr>
            </w:pPr>
            <w:r w:rsidRPr="00F440AD">
              <w:rPr>
                <w:rFonts w:ascii="Times New Roman" w:hAnsi="Times New Roman"/>
                <w:sz w:val="24"/>
              </w:rPr>
              <w:t>[0.24, 1.12]</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6C54B5" w14:textId="77777777" w:rsidR="00F034CC" w:rsidRPr="00F440AD" w:rsidRDefault="00F034CC">
            <w:pPr>
              <w:rPr>
                <w:rFonts w:ascii="Times New Roman" w:hAnsi="Times New Roman"/>
                <w:sz w:val="24"/>
              </w:rPr>
            </w:pPr>
          </w:p>
        </w:tc>
      </w:tr>
      <w:tr w:rsidR="00DD30D0" w14:paraId="7A58AB3A"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EB2D59"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3765F5" w14:textId="77777777" w:rsidR="00F034CC" w:rsidRPr="00F440AD" w:rsidRDefault="001566EA">
            <w:pPr>
              <w:rPr>
                <w:rFonts w:ascii="Times New Roman" w:hAnsi="Times New Roman"/>
                <w:sz w:val="24"/>
              </w:rPr>
            </w:pPr>
            <w:r w:rsidRPr="00F440AD">
              <w:rPr>
                <w:rFonts w:ascii="Times New Roman" w:hAnsi="Times New Roman"/>
                <w:sz w:val="24"/>
              </w:rPr>
              <w:t>&lt;24</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4F2B71"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426AD0" w14:textId="77777777" w:rsidR="00F034CC" w:rsidRPr="00F440AD" w:rsidRDefault="001566EA">
            <w:pPr>
              <w:rPr>
                <w:rFonts w:ascii="Times New Roman" w:hAnsi="Times New Roman"/>
                <w:sz w:val="24"/>
              </w:rPr>
            </w:pPr>
            <w:r w:rsidRPr="00F440AD">
              <w:rPr>
                <w:rFonts w:ascii="Times New Roman" w:hAnsi="Times New Roman"/>
                <w:sz w:val="24"/>
              </w:rPr>
              <w:t>16</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088275"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8194A1"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2F9AF6" w14:textId="77777777" w:rsidR="00F034CC" w:rsidRPr="00F440AD" w:rsidRDefault="001566EA">
            <w:pPr>
              <w:rPr>
                <w:rFonts w:ascii="Times New Roman" w:hAnsi="Times New Roman"/>
                <w:sz w:val="24"/>
              </w:rPr>
            </w:pPr>
            <w:r w:rsidRPr="00F440AD">
              <w:rPr>
                <w:rFonts w:ascii="Times New Roman" w:hAnsi="Times New Roman"/>
                <w:sz w:val="24"/>
              </w:rPr>
              <w:t>0.215</w:t>
            </w:r>
          </w:p>
        </w:tc>
      </w:tr>
      <w:tr w:rsidR="00DD30D0" w14:paraId="79DFE373"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ADC46F"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55B39C" w14:textId="77777777" w:rsidR="00F034CC" w:rsidRPr="00F440AD" w:rsidRDefault="001566EA">
            <w:pPr>
              <w:rPr>
                <w:rFonts w:ascii="Times New Roman" w:hAnsi="Times New Roman"/>
                <w:sz w:val="24"/>
              </w:rPr>
            </w:pPr>
            <w:r w:rsidRPr="00F440AD">
              <w:rPr>
                <w:rFonts w:ascii="Times New Roman" w:hAnsi="Times New Roman"/>
                <w:sz w:val="24"/>
              </w:rPr>
              <w:t>≥24</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D846FB" w14:textId="77777777" w:rsidR="00F034CC" w:rsidRPr="00F440AD" w:rsidRDefault="001566EA">
            <w:pPr>
              <w:rPr>
                <w:rFonts w:ascii="Times New Roman" w:hAnsi="Times New Roman"/>
                <w:sz w:val="24"/>
              </w:rPr>
            </w:pPr>
            <w:r w:rsidRPr="00F440AD">
              <w:rPr>
                <w:rFonts w:ascii="Times New Roman" w:hAnsi="Times New Roman"/>
                <w:sz w:val="24"/>
              </w:rPr>
              <w:t>26</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27E6D3" w14:textId="77777777" w:rsidR="00F034CC" w:rsidRPr="00F440AD" w:rsidRDefault="001566EA">
            <w:pPr>
              <w:rPr>
                <w:rFonts w:ascii="Times New Roman" w:hAnsi="Times New Roman"/>
                <w:sz w:val="24"/>
              </w:rPr>
            </w:pPr>
            <w:r w:rsidRPr="00F440AD">
              <w:rPr>
                <w:rFonts w:ascii="Times New Roman" w:hAnsi="Times New Roman"/>
                <w:sz w:val="24"/>
              </w:rPr>
              <w:t>10</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CEE5BF" w14:textId="77777777" w:rsidR="00F034CC" w:rsidRPr="00F440AD" w:rsidRDefault="001566EA">
            <w:pPr>
              <w:rPr>
                <w:rFonts w:ascii="Times New Roman" w:hAnsi="Times New Roman"/>
                <w:sz w:val="24"/>
              </w:rPr>
            </w:pPr>
            <w:r w:rsidRPr="00F440AD">
              <w:rPr>
                <w:rFonts w:ascii="Times New Roman" w:hAnsi="Times New Roman"/>
                <w:sz w:val="24"/>
              </w:rPr>
              <w:t>0.61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50B9F6" w14:textId="77777777" w:rsidR="00F034CC" w:rsidRPr="00F440AD" w:rsidRDefault="001566EA">
            <w:pPr>
              <w:rPr>
                <w:rFonts w:ascii="Times New Roman" w:hAnsi="Times New Roman"/>
                <w:sz w:val="24"/>
              </w:rPr>
            </w:pPr>
            <w:r w:rsidRPr="00F440AD">
              <w:rPr>
                <w:rFonts w:ascii="Times New Roman" w:hAnsi="Times New Roman"/>
                <w:sz w:val="24"/>
              </w:rPr>
              <w:t>[0.27, 1.34]</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FAE996" w14:textId="77777777" w:rsidR="00F034CC" w:rsidRPr="00F440AD" w:rsidRDefault="00F034CC">
            <w:pPr>
              <w:rPr>
                <w:rFonts w:ascii="Times New Roman" w:hAnsi="Times New Roman"/>
                <w:sz w:val="24"/>
              </w:rPr>
            </w:pPr>
          </w:p>
        </w:tc>
      </w:tr>
      <w:tr w:rsidR="00DD30D0" w14:paraId="3752FE81" w14:textId="77777777" w:rsidTr="00DD30D0">
        <w:trPr>
          <w:cantSplit/>
        </w:trPr>
        <w:tc>
          <w:tcPr>
            <w:tcW w:w="15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D25A951" w14:textId="77777777" w:rsidR="00F034CC" w:rsidRPr="00F440AD" w:rsidRDefault="001566EA">
            <w:pPr>
              <w:rPr>
                <w:rFonts w:ascii="Times New Roman" w:hAnsi="Times New Roman"/>
                <w:sz w:val="24"/>
              </w:rPr>
            </w:pPr>
            <w:r w:rsidRPr="00F440AD">
              <w:rPr>
                <w:rFonts w:ascii="Times New Roman" w:hAnsi="Times New Roman"/>
                <w:sz w:val="24"/>
              </w:rPr>
              <w:t>R-exposure</w:t>
            </w:r>
          </w:p>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DD49B0" w14:textId="77777777" w:rsidR="00F034CC" w:rsidRPr="00F440AD" w:rsidRDefault="001566EA">
            <w:pPr>
              <w:rPr>
                <w:rFonts w:ascii="Times New Roman" w:hAnsi="Times New Roman"/>
                <w:sz w:val="24"/>
              </w:rPr>
            </w:pPr>
            <w:r w:rsidRPr="00F440AD">
              <w:rPr>
                <w:rFonts w:ascii="Times New Roman" w:hAnsi="Times New Roman"/>
                <w:sz w:val="24"/>
              </w:rPr>
              <w:t>R-exposed</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60C6CB" w14:textId="77777777" w:rsidR="00F034CC" w:rsidRPr="00F440AD" w:rsidRDefault="001566EA">
            <w:pPr>
              <w:rPr>
                <w:rFonts w:ascii="Times New Roman" w:hAnsi="Times New Roman"/>
                <w:sz w:val="24"/>
              </w:rPr>
            </w:pPr>
            <w:r w:rsidRPr="00F440AD">
              <w:rPr>
                <w:rFonts w:ascii="Times New Roman" w:hAnsi="Times New Roman"/>
                <w:sz w:val="24"/>
              </w:rPr>
              <w:t>25</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B73C20" w14:textId="77777777" w:rsidR="00F034CC" w:rsidRPr="00F440AD" w:rsidRDefault="001566EA">
            <w:pPr>
              <w:rPr>
                <w:rFonts w:ascii="Times New Roman" w:hAnsi="Times New Roman"/>
                <w:sz w:val="24"/>
              </w:rPr>
            </w:pPr>
            <w:r w:rsidRPr="00F440AD">
              <w:rPr>
                <w:rFonts w:ascii="Times New Roman" w:hAnsi="Times New Roman"/>
                <w:sz w:val="24"/>
              </w:rPr>
              <w:t>10</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8A847F"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09D30D"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F28E8A" w14:textId="77777777" w:rsidR="00F034CC" w:rsidRPr="00F440AD" w:rsidRDefault="001566EA">
            <w:pPr>
              <w:rPr>
                <w:rFonts w:ascii="Times New Roman" w:hAnsi="Times New Roman"/>
                <w:sz w:val="24"/>
              </w:rPr>
            </w:pPr>
            <w:r w:rsidRPr="00F440AD">
              <w:rPr>
                <w:rFonts w:ascii="Times New Roman" w:hAnsi="Times New Roman"/>
                <w:sz w:val="24"/>
              </w:rPr>
              <w:t>0.340</w:t>
            </w:r>
          </w:p>
        </w:tc>
      </w:tr>
      <w:tr w:rsidR="00DD30D0" w14:paraId="51526696" w14:textId="77777777" w:rsidTr="00DD30D0">
        <w:trPr>
          <w:cantSplit/>
        </w:trPr>
        <w:tc>
          <w:tcPr>
            <w:tcW w:w="158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FA6173" w14:textId="77777777" w:rsidR="00F034CC" w:rsidRPr="00F440AD" w:rsidRDefault="00F034CC"/>
        </w:tc>
        <w:tc>
          <w:tcPr>
            <w:tcW w:w="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79304C" w14:textId="1EFC0820" w:rsidR="00F034CC" w:rsidRPr="00F440AD" w:rsidRDefault="001566EA">
            <w:pPr>
              <w:rPr>
                <w:rFonts w:ascii="Times New Roman" w:hAnsi="Times New Roman"/>
                <w:sz w:val="24"/>
              </w:rPr>
            </w:pPr>
            <w:r w:rsidRPr="00F440AD">
              <w:rPr>
                <w:rFonts w:ascii="Times New Roman" w:hAnsi="Times New Roman"/>
                <w:sz w:val="24"/>
              </w:rPr>
              <w:t>R-</w:t>
            </w:r>
            <w:r w:rsidR="00717E83">
              <w:rPr>
                <w:rFonts w:ascii="Times New Roman" w:hAnsi="Times New Roman"/>
                <w:sz w:val="24"/>
              </w:rPr>
              <w:t xml:space="preserve">naïve </w:t>
            </w:r>
          </w:p>
        </w:tc>
        <w:tc>
          <w:tcPr>
            <w:tcW w:w="3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3EC44D" w14:textId="77777777" w:rsidR="00F034CC" w:rsidRPr="00F440AD" w:rsidRDefault="001566EA">
            <w:pPr>
              <w:rPr>
                <w:rFonts w:ascii="Times New Roman" w:hAnsi="Times New Roman"/>
                <w:sz w:val="24"/>
              </w:rPr>
            </w:pPr>
            <w:r w:rsidRPr="00F440AD">
              <w:rPr>
                <w:rFonts w:ascii="Times New Roman" w:hAnsi="Times New Roman"/>
                <w:sz w:val="24"/>
              </w:rPr>
              <w:t>79</w:t>
            </w:r>
          </w:p>
        </w:tc>
        <w:tc>
          <w:tcPr>
            <w:tcW w:w="4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FD9F01" w14:textId="77777777" w:rsidR="00F034CC" w:rsidRPr="00F440AD" w:rsidRDefault="001566EA">
            <w:pPr>
              <w:rPr>
                <w:rFonts w:ascii="Times New Roman" w:hAnsi="Times New Roman"/>
                <w:sz w:val="24"/>
              </w:rPr>
            </w:pPr>
            <w:r w:rsidRPr="00F440AD">
              <w:rPr>
                <w:rFonts w:ascii="Times New Roman" w:hAnsi="Times New Roman"/>
                <w:sz w:val="24"/>
              </w:rPr>
              <w:t>38</w:t>
            </w:r>
          </w:p>
        </w:tc>
        <w:tc>
          <w:tcPr>
            <w:tcW w:w="52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C9CBD1" w14:textId="77777777" w:rsidR="00F034CC" w:rsidRPr="00F440AD" w:rsidRDefault="001566EA">
            <w:pPr>
              <w:rPr>
                <w:rFonts w:ascii="Times New Roman" w:hAnsi="Times New Roman"/>
                <w:sz w:val="24"/>
              </w:rPr>
            </w:pPr>
            <w:r w:rsidRPr="00F440AD">
              <w:rPr>
                <w:rFonts w:ascii="Times New Roman" w:hAnsi="Times New Roman"/>
                <w:sz w:val="24"/>
              </w:rPr>
              <w:t>1.40</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9D04D7" w14:textId="77777777" w:rsidR="00F034CC" w:rsidRPr="00F440AD" w:rsidRDefault="001566EA">
            <w:pPr>
              <w:rPr>
                <w:rFonts w:ascii="Times New Roman" w:hAnsi="Times New Roman"/>
                <w:sz w:val="24"/>
              </w:rPr>
            </w:pPr>
            <w:r w:rsidRPr="00F440AD">
              <w:rPr>
                <w:rFonts w:ascii="Times New Roman" w:hAnsi="Times New Roman"/>
                <w:sz w:val="24"/>
              </w:rPr>
              <w:t>[0.70, 2.82]</w:t>
            </w:r>
          </w:p>
        </w:tc>
        <w:tc>
          <w:tcPr>
            <w:tcW w:w="5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CF85F2" w14:textId="77777777" w:rsidR="00F034CC" w:rsidRPr="00F440AD" w:rsidRDefault="00F034CC">
            <w:pPr>
              <w:rPr>
                <w:rFonts w:ascii="Times New Roman" w:hAnsi="Times New Roman"/>
                <w:sz w:val="24"/>
              </w:rPr>
            </w:pPr>
          </w:p>
        </w:tc>
      </w:tr>
    </w:tbl>
    <w:p w14:paraId="613661E1" w14:textId="77777777" w:rsidR="00F034CC" w:rsidRPr="00F440AD" w:rsidRDefault="001566EA">
      <w:pPr>
        <w:rPr>
          <w:rFonts w:ascii="Times New Roman" w:hAnsi="Times New Roman"/>
          <w:sz w:val="20"/>
        </w:rPr>
      </w:pPr>
      <w:r w:rsidRPr="00DD30D0">
        <w:rPr>
          <w:rFonts w:ascii="Times New Roman" w:hAnsi="Times New Roman"/>
          <w:i/>
          <w:sz w:val="20"/>
        </w:rPr>
        <w:t xml:space="preserve">CI </w:t>
      </w:r>
      <w:r w:rsidRPr="00DD30D0">
        <w:rPr>
          <w:rFonts w:ascii="Times New Roman" w:hAnsi="Times New Roman"/>
          <w:sz w:val="20"/>
        </w:rPr>
        <w:t xml:space="preserve">confidence interval, </w:t>
      </w:r>
      <w:r w:rsidRPr="00DD30D0">
        <w:rPr>
          <w:rFonts w:ascii="Times New Roman" w:hAnsi="Times New Roman"/>
          <w:i/>
          <w:sz w:val="20"/>
        </w:rPr>
        <w:t>PD</w:t>
      </w:r>
      <w:r w:rsidRPr="00DD30D0">
        <w:rPr>
          <w:rFonts w:ascii="Times New Roman" w:hAnsi="Times New Roman"/>
          <w:sz w:val="20"/>
        </w:rPr>
        <w:t xml:space="preserve"> progressive disease, </w:t>
      </w:r>
      <w:r w:rsidRPr="00DD30D0">
        <w:rPr>
          <w:rFonts w:ascii="Times New Roman" w:hAnsi="Times New Roman"/>
          <w:i/>
          <w:sz w:val="20"/>
        </w:rPr>
        <w:t>PR</w:t>
      </w:r>
      <w:r w:rsidRPr="00DD30D0">
        <w:rPr>
          <w:rFonts w:ascii="Times New Roman" w:hAnsi="Times New Roman"/>
          <w:sz w:val="20"/>
        </w:rPr>
        <w:t xml:space="preserve"> partial response.</w:t>
      </w:r>
    </w:p>
    <w:p w14:paraId="7E55E953" w14:textId="77777777" w:rsidR="00F034CC" w:rsidRPr="00F440AD" w:rsidRDefault="001566EA">
      <w:pPr>
        <w:rPr>
          <w:rFonts w:ascii="Times New Roman" w:hAnsi="Times New Roman"/>
          <w:sz w:val="20"/>
        </w:rPr>
      </w:pPr>
      <w:proofErr w:type="spellStart"/>
      <w:r w:rsidRPr="00DD30D0">
        <w:rPr>
          <w:rFonts w:ascii="Times New Roman" w:hAnsi="Times New Roman"/>
          <w:sz w:val="20"/>
          <w:vertAlign w:val="superscript"/>
        </w:rPr>
        <w:t>a</w:t>
      </w:r>
      <w:r w:rsidRPr="00DD30D0">
        <w:rPr>
          <w:rFonts w:ascii="Times New Roman" w:hAnsi="Times New Roman"/>
          <w:sz w:val="20"/>
        </w:rPr>
        <w:t>Bortezomib</w:t>
      </w:r>
      <w:proofErr w:type="spellEnd"/>
      <w:r w:rsidRPr="00DD30D0">
        <w:rPr>
          <w:rFonts w:ascii="Times New Roman" w:hAnsi="Times New Roman"/>
          <w:sz w:val="20"/>
        </w:rPr>
        <w:t>/thalidomide response duration = (PD date - best response date +1)/30.44 if best response ≥ PR and missing if best response &lt; PR.</w:t>
      </w:r>
    </w:p>
    <w:p w14:paraId="40E50745" w14:textId="77777777" w:rsidR="00F034CC" w:rsidRPr="00F440AD" w:rsidRDefault="001566EA">
      <w:r w:rsidRPr="00DD30D0">
        <w:br w:type="page"/>
      </w:r>
    </w:p>
    <w:p w14:paraId="2D54AE1F" w14:textId="77777777" w:rsidR="00F034CC" w:rsidRPr="00F440AD" w:rsidRDefault="001566EA">
      <w:pPr>
        <w:rPr>
          <w:rFonts w:ascii="Times New Roman" w:hAnsi="Times New Roman"/>
          <w:sz w:val="24"/>
        </w:rPr>
      </w:pPr>
      <w:r w:rsidRPr="00DD30D0">
        <w:rPr>
          <w:rFonts w:ascii="Times New Roman" w:hAnsi="Times New Roman"/>
          <w:b/>
          <w:sz w:val="24"/>
        </w:rPr>
        <w:lastRenderedPageBreak/>
        <w:t xml:space="preserve">Supplementary Table 4 </w:t>
      </w:r>
      <w:r w:rsidRPr="00DD30D0">
        <w:rPr>
          <w:rFonts w:ascii="Times New Roman" w:hAnsi="Times New Roman"/>
          <w:sz w:val="24"/>
        </w:rPr>
        <w:t>Univariate Cox regression analysis of factors associated with overall survival</w:t>
      </w:r>
    </w:p>
    <w:tbl>
      <w:tblPr>
        <w:tblStyle w:val="Table"/>
        <w:tblW w:w="5000" w:type="pct"/>
        <w:tblInd w:w="0"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428"/>
        <w:gridCol w:w="970"/>
        <w:gridCol w:w="591"/>
        <w:gridCol w:w="1156"/>
        <w:gridCol w:w="1531"/>
        <w:gridCol w:w="1379"/>
        <w:gridCol w:w="961"/>
      </w:tblGrid>
      <w:tr w:rsidR="00F034CC" w14:paraId="609BE596" w14:textId="77777777" w:rsidTr="00DD30D0">
        <w:trPr>
          <w:cantSplit/>
          <w:tblHeader/>
        </w:trPr>
        <w:tc>
          <w:tcPr>
            <w:tcW w:w="1884"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4A89CC0" w14:textId="77777777" w:rsidR="00F034CC" w:rsidRPr="00F440AD" w:rsidRDefault="00F034CC">
            <w:pPr>
              <w:rPr>
                <w:rFonts w:ascii="Times New Roman" w:hAnsi="Times New Roman"/>
                <w:sz w:val="24"/>
              </w:rPr>
            </w:pP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924225" w14:textId="77777777" w:rsidR="00F034CC" w:rsidRPr="00F440AD" w:rsidRDefault="001566EA">
            <w:pPr>
              <w:rPr>
                <w:rFonts w:ascii="Times New Roman" w:hAnsi="Times New Roman"/>
                <w:sz w:val="24"/>
              </w:rPr>
            </w:pPr>
            <w:r w:rsidRPr="00F440AD">
              <w:rPr>
                <w:rFonts w:ascii="Times New Roman" w:hAnsi="Times New Roman"/>
                <w:sz w:val="24"/>
              </w:rPr>
              <w:t>N</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0081D2" w14:textId="77777777" w:rsidR="00F034CC" w:rsidRPr="00F440AD" w:rsidRDefault="001566EA">
            <w:pPr>
              <w:rPr>
                <w:rFonts w:ascii="Times New Roman" w:hAnsi="Times New Roman"/>
                <w:sz w:val="24"/>
              </w:rPr>
            </w:pPr>
            <w:r w:rsidRPr="00F440AD">
              <w:rPr>
                <w:rFonts w:ascii="Times New Roman" w:hAnsi="Times New Roman"/>
                <w:sz w:val="24"/>
              </w:rPr>
              <w:t># of events</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814336" w14:textId="77777777" w:rsidR="00F034CC" w:rsidRPr="00F440AD" w:rsidRDefault="001566EA">
            <w:pPr>
              <w:rPr>
                <w:rFonts w:ascii="Times New Roman" w:hAnsi="Times New Roman"/>
                <w:sz w:val="24"/>
              </w:rPr>
            </w:pPr>
            <w:r w:rsidRPr="00F440AD">
              <w:rPr>
                <w:rFonts w:ascii="Times New Roman" w:hAnsi="Times New Roman"/>
                <w:sz w:val="24"/>
              </w:rPr>
              <w:t>Hazard Ratio</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FC3401" w14:textId="77777777" w:rsidR="00F034CC" w:rsidRPr="00F440AD" w:rsidRDefault="001566EA">
            <w:pPr>
              <w:rPr>
                <w:rFonts w:ascii="Times New Roman" w:hAnsi="Times New Roman"/>
                <w:sz w:val="24"/>
              </w:rPr>
            </w:pPr>
            <w:r w:rsidRPr="00F440AD">
              <w:rPr>
                <w:rFonts w:ascii="Times New Roman" w:hAnsi="Times New Roman"/>
                <w:sz w:val="24"/>
              </w:rPr>
              <w:t>95% CI</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63C57A" w14:textId="77777777" w:rsidR="00F034CC" w:rsidRPr="00F440AD" w:rsidRDefault="001566EA">
            <w:pPr>
              <w:rPr>
                <w:rFonts w:ascii="Times New Roman" w:hAnsi="Times New Roman"/>
                <w:sz w:val="24"/>
              </w:rPr>
            </w:pPr>
            <w:r w:rsidRPr="00F440AD">
              <w:rPr>
                <w:rFonts w:ascii="Times New Roman" w:hAnsi="Times New Roman"/>
                <w:sz w:val="24"/>
              </w:rPr>
              <w:t>P-value</w:t>
            </w:r>
          </w:p>
        </w:tc>
      </w:tr>
      <w:tr w:rsidR="00F034CC" w14:paraId="501E5566" w14:textId="77777777" w:rsidTr="00DD30D0">
        <w:trPr>
          <w:cantSplit/>
        </w:trPr>
        <w:tc>
          <w:tcPr>
            <w:tcW w:w="13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C38687" w14:textId="77777777" w:rsidR="00F034CC" w:rsidRPr="00F440AD" w:rsidRDefault="001566EA">
            <w:pPr>
              <w:rPr>
                <w:rFonts w:ascii="Times New Roman" w:hAnsi="Times New Roman"/>
                <w:sz w:val="24"/>
              </w:rPr>
            </w:pPr>
            <w:proofErr w:type="spellStart"/>
            <w:r w:rsidRPr="00F440AD">
              <w:rPr>
                <w:rFonts w:ascii="Times New Roman" w:hAnsi="Times New Roman"/>
                <w:sz w:val="24"/>
              </w:rPr>
              <w:t>Bortezomib</w:t>
            </w:r>
            <w:proofErr w:type="spellEnd"/>
            <w:r w:rsidRPr="00F440AD">
              <w:rPr>
                <w:rFonts w:ascii="Times New Roman" w:hAnsi="Times New Roman"/>
                <w:sz w:val="24"/>
              </w:rPr>
              <w:t xml:space="preserve"> response </w:t>
            </w:r>
            <w:proofErr w:type="spellStart"/>
            <w:r w:rsidRPr="00F440AD">
              <w:rPr>
                <w:rFonts w:ascii="Times New Roman" w:hAnsi="Times New Roman"/>
                <w:sz w:val="24"/>
              </w:rPr>
              <w:t>duration</w:t>
            </w:r>
            <w:r w:rsidRPr="00F440AD">
              <w:rPr>
                <w:rFonts w:ascii="Times New Roman" w:hAnsi="Times New Roman"/>
                <w:sz w:val="24"/>
                <w:vertAlign w:val="superscript"/>
              </w:rPr>
              <w:t>a</w:t>
            </w:r>
            <w:proofErr w:type="spellEnd"/>
            <w:r w:rsidRPr="00F440AD">
              <w:rPr>
                <w:rFonts w:ascii="Times New Roman" w:hAnsi="Times New Roman"/>
                <w:sz w:val="24"/>
              </w:rPr>
              <w:t xml:space="preserve"> (months)</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0CDD7C" w14:textId="77777777" w:rsidR="00F034CC" w:rsidRPr="00F440AD" w:rsidRDefault="001566EA">
            <w:pPr>
              <w:rPr>
                <w:rFonts w:ascii="Times New Roman" w:hAnsi="Times New Roman"/>
                <w:sz w:val="24"/>
              </w:rPr>
            </w:pPr>
            <w:r w:rsidRPr="00F440AD">
              <w:rPr>
                <w:rFonts w:ascii="Times New Roman" w:hAnsi="Times New Roman"/>
                <w:sz w:val="24"/>
              </w:rPr>
              <w:t>&lt;6</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999BDD" w14:textId="77777777" w:rsidR="00F034CC" w:rsidRPr="00F440AD" w:rsidRDefault="001566EA">
            <w:pPr>
              <w:rPr>
                <w:rFonts w:ascii="Times New Roman" w:hAnsi="Times New Roman"/>
                <w:sz w:val="24"/>
              </w:rPr>
            </w:pPr>
            <w:r w:rsidRPr="00F440AD">
              <w:rPr>
                <w:rFonts w:ascii="Times New Roman" w:hAnsi="Times New Roman"/>
                <w:sz w:val="24"/>
              </w:rPr>
              <w:t>11</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FD4181"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C6E900"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E5777E"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261C74" w14:textId="77777777" w:rsidR="00F034CC" w:rsidRPr="00F440AD" w:rsidRDefault="001566EA">
            <w:pPr>
              <w:rPr>
                <w:rFonts w:ascii="Times New Roman" w:hAnsi="Times New Roman"/>
                <w:sz w:val="24"/>
              </w:rPr>
            </w:pPr>
            <w:r w:rsidRPr="00F440AD">
              <w:rPr>
                <w:rFonts w:ascii="Times New Roman" w:hAnsi="Times New Roman"/>
                <w:sz w:val="24"/>
              </w:rPr>
              <w:t>0.625</w:t>
            </w:r>
          </w:p>
        </w:tc>
      </w:tr>
      <w:tr w:rsidR="00F034CC" w14:paraId="6D76A39F"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BEF9EE"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86EB10" w14:textId="77777777" w:rsidR="00F034CC" w:rsidRPr="00F440AD" w:rsidRDefault="001566EA">
            <w:pPr>
              <w:rPr>
                <w:rFonts w:ascii="Times New Roman" w:hAnsi="Times New Roman"/>
                <w:sz w:val="24"/>
              </w:rPr>
            </w:pPr>
            <w:r w:rsidRPr="00F440AD">
              <w:rPr>
                <w:rFonts w:ascii="Times New Roman" w:hAnsi="Times New Roman"/>
                <w:sz w:val="24"/>
              </w:rPr>
              <w:t>≥6</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F4A937" w14:textId="77777777" w:rsidR="00F034CC" w:rsidRPr="00F440AD" w:rsidRDefault="001566EA">
            <w:pPr>
              <w:rPr>
                <w:rFonts w:ascii="Times New Roman" w:hAnsi="Times New Roman"/>
                <w:sz w:val="24"/>
              </w:rPr>
            </w:pPr>
            <w:r w:rsidRPr="00F440AD">
              <w:rPr>
                <w:rFonts w:ascii="Times New Roman" w:hAnsi="Times New Roman"/>
                <w:sz w:val="24"/>
              </w:rPr>
              <w:t>70</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0C8C1A" w14:textId="77777777" w:rsidR="00F034CC" w:rsidRPr="00F440AD" w:rsidRDefault="001566EA">
            <w:pPr>
              <w:rPr>
                <w:rFonts w:ascii="Times New Roman" w:hAnsi="Times New Roman"/>
                <w:sz w:val="24"/>
              </w:rPr>
            </w:pPr>
            <w:r w:rsidRPr="00F440AD">
              <w:rPr>
                <w:rFonts w:ascii="Times New Roman" w:hAnsi="Times New Roman"/>
                <w:sz w:val="24"/>
              </w:rPr>
              <w:t>14</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67BBA8" w14:textId="77777777" w:rsidR="00F034CC" w:rsidRPr="00F440AD" w:rsidRDefault="001566EA">
            <w:pPr>
              <w:rPr>
                <w:rFonts w:ascii="Times New Roman" w:hAnsi="Times New Roman"/>
                <w:sz w:val="24"/>
              </w:rPr>
            </w:pPr>
            <w:r w:rsidRPr="00F440AD">
              <w:rPr>
                <w:rFonts w:ascii="Times New Roman" w:hAnsi="Times New Roman"/>
                <w:sz w:val="24"/>
              </w:rPr>
              <w:t>0.69</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96D954" w14:textId="77777777" w:rsidR="00F034CC" w:rsidRPr="00F440AD" w:rsidRDefault="001566EA">
            <w:pPr>
              <w:rPr>
                <w:rFonts w:ascii="Times New Roman" w:hAnsi="Times New Roman"/>
                <w:sz w:val="24"/>
              </w:rPr>
            </w:pPr>
            <w:r w:rsidRPr="00F440AD">
              <w:rPr>
                <w:rFonts w:ascii="Times New Roman" w:hAnsi="Times New Roman"/>
                <w:sz w:val="24"/>
              </w:rPr>
              <w:t>[0.15, 3.07]</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1C0EF5" w14:textId="77777777" w:rsidR="00F034CC" w:rsidRPr="00F440AD" w:rsidRDefault="00F034CC">
            <w:pPr>
              <w:rPr>
                <w:rFonts w:ascii="Times New Roman" w:hAnsi="Times New Roman"/>
                <w:sz w:val="24"/>
              </w:rPr>
            </w:pPr>
          </w:p>
        </w:tc>
      </w:tr>
      <w:tr w:rsidR="00F034CC" w14:paraId="18B1F51B"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6FEF2A"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370763" w14:textId="77777777" w:rsidR="00F034CC" w:rsidRPr="00F440AD" w:rsidRDefault="001566EA">
            <w:pPr>
              <w:rPr>
                <w:rFonts w:ascii="Times New Roman" w:hAnsi="Times New Roman"/>
                <w:sz w:val="24"/>
              </w:rPr>
            </w:pPr>
            <w:r w:rsidRPr="00F440AD">
              <w:rPr>
                <w:rFonts w:ascii="Times New Roman" w:hAnsi="Times New Roman"/>
                <w:sz w:val="24"/>
              </w:rPr>
              <w:t>&lt;12</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230E73" w14:textId="77777777" w:rsidR="00F034CC" w:rsidRPr="00F440AD" w:rsidRDefault="001566EA">
            <w:pPr>
              <w:rPr>
                <w:rFonts w:ascii="Times New Roman" w:hAnsi="Times New Roman"/>
                <w:sz w:val="24"/>
              </w:rPr>
            </w:pPr>
            <w:r w:rsidRPr="00F440AD">
              <w:rPr>
                <w:rFonts w:ascii="Times New Roman" w:hAnsi="Times New Roman"/>
                <w:sz w:val="24"/>
              </w:rPr>
              <w:t>21</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EE0F12"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C4EF58"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1ED996"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8E286E" w14:textId="77777777" w:rsidR="00F034CC" w:rsidRPr="00F440AD" w:rsidRDefault="001566EA">
            <w:pPr>
              <w:rPr>
                <w:rFonts w:ascii="Times New Roman" w:hAnsi="Times New Roman"/>
                <w:sz w:val="24"/>
              </w:rPr>
            </w:pPr>
            <w:r w:rsidRPr="00F440AD">
              <w:rPr>
                <w:rFonts w:ascii="Times New Roman" w:hAnsi="Times New Roman"/>
                <w:sz w:val="24"/>
              </w:rPr>
              <w:t>0.007*</w:t>
            </w:r>
          </w:p>
        </w:tc>
      </w:tr>
      <w:tr w:rsidR="00F034CC" w14:paraId="3EB91C81"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14CB12"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BF6F91" w14:textId="77777777" w:rsidR="00F034CC" w:rsidRPr="00F440AD" w:rsidRDefault="001566EA">
            <w:pPr>
              <w:rPr>
                <w:rFonts w:ascii="Times New Roman" w:hAnsi="Times New Roman"/>
                <w:sz w:val="24"/>
              </w:rPr>
            </w:pPr>
            <w:r w:rsidRPr="00F440AD">
              <w:rPr>
                <w:rFonts w:ascii="Times New Roman" w:hAnsi="Times New Roman"/>
                <w:sz w:val="24"/>
              </w:rPr>
              <w:t>≥12</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27FB99" w14:textId="77777777" w:rsidR="00F034CC" w:rsidRPr="00F440AD" w:rsidRDefault="001566EA">
            <w:pPr>
              <w:rPr>
                <w:rFonts w:ascii="Times New Roman" w:hAnsi="Times New Roman"/>
                <w:sz w:val="24"/>
              </w:rPr>
            </w:pPr>
            <w:r w:rsidRPr="00F440AD">
              <w:rPr>
                <w:rFonts w:ascii="Times New Roman" w:hAnsi="Times New Roman"/>
                <w:sz w:val="24"/>
              </w:rPr>
              <w:t>60</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EBE20A"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4B8216" w14:textId="77777777" w:rsidR="00F034CC" w:rsidRPr="00F440AD" w:rsidRDefault="001566EA">
            <w:pPr>
              <w:rPr>
                <w:rFonts w:ascii="Times New Roman" w:hAnsi="Times New Roman"/>
                <w:sz w:val="24"/>
              </w:rPr>
            </w:pPr>
            <w:r w:rsidRPr="00F440AD">
              <w:rPr>
                <w:rFonts w:ascii="Times New Roman" w:hAnsi="Times New Roman"/>
                <w:sz w:val="24"/>
              </w:rPr>
              <w:t>0.26</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CA4169" w14:textId="77777777" w:rsidR="00F034CC" w:rsidRPr="00F440AD" w:rsidRDefault="001566EA">
            <w:pPr>
              <w:rPr>
                <w:rFonts w:ascii="Times New Roman" w:hAnsi="Times New Roman"/>
                <w:sz w:val="24"/>
              </w:rPr>
            </w:pPr>
            <w:r w:rsidRPr="00F440AD">
              <w:rPr>
                <w:rFonts w:ascii="Times New Roman" w:hAnsi="Times New Roman"/>
                <w:sz w:val="24"/>
              </w:rPr>
              <w:t>[0.10, 0.70]</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3C348F" w14:textId="77777777" w:rsidR="00F034CC" w:rsidRPr="00F440AD" w:rsidRDefault="00F034CC">
            <w:pPr>
              <w:rPr>
                <w:rFonts w:ascii="Times New Roman" w:hAnsi="Times New Roman"/>
                <w:sz w:val="24"/>
              </w:rPr>
            </w:pPr>
          </w:p>
        </w:tc>
      </w:tr>
      <w:tr w:rsidR="00F034CC" w14:paraId="62A49FB4"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875070"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25AEC9" w14:textId="77777777" w:rsidR="00F034CC" w:rsidRPr="00F440AD" w:rsidRDefault="001566EA">
            <w:pPr>
              <w:rPr>
                <w:rFonts w:ascii="Times New Roman" w:hAnsi="Times New Roman"/>
                <w:sz w:val="24"/>
              </w:rPr>
            </w:pPr>
            <w:r w:rsidRPr="00F440AD">
              <w:rPr>
                <w:rFonts w:ascii="Times New Roman" w:hAnsi="Times New Roman"/>
                <w:sz w:val="24"/>
              </w:rPr>
              <w:t>&lt;18</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AEFD2F" w14:textId="77777777" w:rsidR="00F034CC" w:rsidRPr="00F440AD" w:rsidRDefault="001566EA">
            <w:pPr>
              <w:rPr>
                <w:rFonts w:ascii="Times New Roman" w:hAnsi="Times New Roman"/>
                <w:sz w:val="24"/>
              </w:rPr>
            </w:pPr>
            <w:r w:rsidRPr="00F440AD">
              <w:rPr>
                <w:rFonts w:ascii="Times New Roman" w:hAnsi="Times New Roman"/>
                <w:sz w:val="24"/>
              </w:rPr>
              <w:t>31</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33B556"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C08619"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E54F76"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264EAB" w14:textId="77777777" w:rsidR="00F034CC" w:rsidRPr="00F440AD" w:rsidRDefault="001566EA">
            <w:pPr>
              <w:rPr>
                <w:rFonts w:ascii="Times New Roman" w:hAnsi="Times New Roman"/>
                <w:sz w:val="24"/>
              </w:rPr>
            </w:pPr>
            <w:r w:rsidRPr="00F440AD">
              <w:rPr>
                <w:rFonts w:ascii="Times New Roman" w:hAnsi="Times New Roman"/>
                <w:sz w:val="24"/>
              </w:rPr>
              <w:t>0.066</w:t>
            </w:r>
          </w:p>
        </w:tc>
      </w:tr>
      <w:tr w:rsidR="00F034CC" w14:paraId="53FD0855"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8FB553"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2C1170"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A5B8D3" w14:textId="77777777" w:rsidR="00F034CC" w:rsidRPr="00F440AD" w:rsidRDefault="001566EA">
            <w:pPr>
              <w:rPr>
                <w:rFonts w:ascii="Times New Roman" w:hAnsi="Times New Roman"/>
                <w:sz w:val="24"/>
              </w:rPr>
            </w:pPr>
            <w:r w:rsidRPr="00F440AD">
              <w:rPr>
                <w:rFonts w:ascii="Times New Roman" w:hAnsi="Times New Roman"/>
                <w:sz w:val="24"/>
              </w:rPr>
              <w:t>50</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B046E6" w14:textId="77777777" w:rsidR="00F034CC" w:rsidRPr="00F440AD" w:rsidRDefault="001566EA">
            <w:pPr>
              <w:rPr>
                <w:rFonts w:ascii="Times New Roman" w:hAnsi="Times New Roman"/>
                <w:sz w:val="24"/>
              </w:rPr>
            </w:pPr>
            <w:r w:rsidRPr="00F440AD">
              <w:rPr>
                <w:rFonts w:ascii="Times New Roman" w:hAnsi="Times New Roman"/>
                <w:sz w:val="24"/>
              </w:rPr>
              <w:t>7</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9CD3FF" w14:textId="77777777" w:rsidR="00F034CC" w:rsidRPr="00F440AD" w:rsidRDefault="001566EA">
            <w:pPr>
              <w:rPr>
                <w:rFonts w:ascii="Times New Roman" w:hAnsi="Times New Roman"/>
                <w:sz w:val="24"/>
              </w:rPr>
            </w:pPr>
            <w:r w:rsidRPr="00F440AD">
              <w:rPr>
                <w:rFonts w:ascii="Times New Roman" w:hAnsi="Times New Roman"/>
                <w:sz w:val="24"/>
              </w:rPr>
              <w:t>0.40</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7DD3CD" w14:textId="77777777" w:rsidR="00F034CC" w:rsidRPr="00F440AD" w:rsidRDefault="001566EA">
            <w:pPr>
              <w:rPr>
                <w:rFonts w:ascii="Times New Roman" w:hAnsi="Times New Roman"/>
                <w:sz w:val="24"/>
              </w:rPr>
            </w:pPr>
            <w:r w:rsidRPr="00F440AD">
              <w:rPr>
                <w:rFonts w:ascii="Times New Roman" w:hAnsi="Times New Roman"/>
                <w:sz w:val="24"/>
              </w:rPr>
              <w:t>[0.15, 1.06]</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33241B" w14:textId="77777777" w:rsidR="00F034CC" w:rsidRPr="00F440AD" w:rsidRDefault="00F034CC">
            <w:pPr>
              <w:rPr>
                <w:rFonts w:ascii="Times New Roman" w:hAnsi="Times New Roman"/>
                <w:sz w:val="24"/>
              </w:rPr>
            </w:pPr>
          </w:p>
        </w:tc>
      </w:tr>
      <w:tr w:rsidR="00F034CC" w14:paraId="3E9DC633"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358DA1"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8730C7" w14:textId="77777777" w:rsidR="00F034CC" w:rsidRPr="00F440AD" w:rsidRDefault="001566EA">
            <w:pPr>
              <w:rPr>
                <w:rFonts w:ascii="Times New Roman" w:hAnsi="Times New Roman"/>
                <w:sz w:val="24"/>
              </w:rPr>
            </w:pPr>
            <w:r w:rsidRPr="00F440AD">
              <w:rPr>
                <w:rFonts w:ascii="Times New Roman" w:hAnsi="Times New Roman"/>
                <w:sz w:val="24"/>
              </w:rPr>
              <w:t>&lt;24</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673396" w14:textId="77777777" w:rsidR="00F034CC" w:rsidRPr="00F440AD" w:rsidRDefault="001566EA">
            <w:pPr>
              <w:rPr>
                <w:rFonts w:ascii="Times New Roman" w:hAnsi="Times New Roman"/>
                <w:sz w:val="24"/>
              </w:rPr>
            </w:pPr>
            <w:r w:rsidRPr="00F440AD">
              <w:rPr>
                <w:rFonts w:ascii="Times New Roman" w:hAnsi="Times New Roman"/>
                <w:sz w:val="24"/>
              </w:rPr>
              <w:t>46</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32CD8C" w14:textId="77777777" w:rsidR="00F034CC" w:rsidRPr="00F440AD" w:rsidRDefault="001566EA">
            <w:pPr>
              <w:rPr>
                <w:rFonts w:ascii="Times New Roman" w:hAnsi="Times New Roman"/>
                <w:sz w:val="24"/>
              </w:rPr>
            </w:pPr>
            <w:r w:rsidRPr="00F440AD">
              <w:rPr>
                <w:rFonts w:ascii="Times New Roman" w:hAnsi="Times New Roman"/>
                <w:sz w:val="24"/>
              </w:rPr>
              <w:t>11</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043559"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7F67BB"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BB46F4" w14:textId="77777777" w:rsidR="00F034CC" w:rsidRPr="00F440AD" w:rsidRDefault="001566EA">
            <w:pPr>
              <w:rPr>
                <w:rFonts w:ascii="Times New Roman" w:hAnsi="Times New Roman"/>
                <w:sz w:val="24"/>
              </w:rPr>
            </w:pPr>
            <w:r w:rsidRPr="00F440AD">
              <w:rPr>
                <w:rFonts w:ascii="Times New Roman" w:hAnsi="Times New Roman"/>
                <w:sz w:val="24"/>
              </w:rPr>
              <w:t>0.240</w:t>
            </w:r>
          </w:p>
        </w:tc>
      </w:tr>
      <w:tr w:rsidR="00F034CC" w14:paraId="707BFB4F"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C957E9"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3E6720" w14:textId="77777777" w:rsidR="00F034CC" w:rsidRPr="00F440AD" w:rsidRDefault="001566EA">
            <w:pPr>
              <w:rPr>
                <w:rFonts w:ascii="Times New Roman" w:hAnsi="Times New Roman"/>
                <w:sz w:val="24"/>
              </w:rPr>
            </w:pPr>
            <w:r w:rsidRPr="00F440AD">
              <w:rPr>
                <w:rFonts w:ascii="Times New Roman" w:hAnsi="Times New Roman"/>
                <w:sz w:val="24"/>
              </w:rPr>
              <w:t>≥24</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071C86" w14:textId="77777777" w:rsidR="00F034CC" w:rsidRPr="00F440AD" w:rsidRDefault="001566EA">
            <w:pPr>
              <w:rPr>
                <w:rFonts w:ascii="Times New Roman" w:hAnsi="Times New Roman"/>
                <w:sz w:val="24"/>
              </w:rPr>
            </w:pPr>
            <w:r w:rsidRPr="00F440AD">
              <w:rPr>
                <w:rFonts w:ascii="Times New Roman" w:hAnsi="Times New Roman"/>
                <w:sz w:val="24"/>
              </w:rPr>
              <w:t>35</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DE4215" w14:textId="77777777" w:rsidR="00F034CC" w:rsidRPr="00F440AD" w:rsidRDefault="001566EA">
            <w:pPr>
              <w:rPr>
                <w:rFonts w:ascii="Times New Roman" w:hAnsi="Times New Roman"/>
                <w:sz w:val="24"/>
              </w:rPr>
            </w:pPr>
            <w:r w:rsidRPr="00F440AD">
              <w:rPr>
                <w:rFonts w:ascii="Times New Roman" w:hAnsi="Times New Roman"/>
                <w:sz w:val="24"/>
              </w:rPr>
              <w:t>5</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99EDC8" w14:textId="77777777" w:rsidR="00F034CC" w:rsidRPr="00F440AD" w:rsidRDefault="001566EA">
            <w:pPr>
              <w:rPr>
                <w:rFonts w:ascii="Times New Roman" w:hAnsi="Times New Roman"/>
                <w:sz w:val="24"/>
              </w:rPr>
            </w:pPr>
            <w:r w:rsidRPr="00F440AD">
              <w:rPr>
                <w:rFonts w:ascii="Times New Roman" w:hAnsi="Times New Roman"/>
                <w:sz w:val="24"/>
              </w:rPr>
              <w:t>0.53</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43D671" w14:textId="77777777" w:rsidR="00F034CC" w:rsidRPr="00F440AD" w:rsidRDefault="001566EA">
            <w:pPr>
              <w:rPr>
                <w:rFonts w:ascii="Times New Roman" w:hAnsi="Times New Roman"/>
                <w:sz w:val="24"/>
              </w:rPr>
            </w:pPr>
            <w:r w:rsidRPr="00F440AD">
              <w:rPr>
                <w:rFonts w:ascii="Times New Roman" w:hAnsi="Times New Roman"/>
                <w:sz w:val="24"/>
              </w:rPr>
              <w:t>[0.18, 1.53]</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867D27" w14:textId="77777777" w:rsidR="00F034CC" w:rsidRPr="00F440AD" w:rsidRDefault="00F034CC">
            <w:pPr>
              <w:rPr>
                <w:rFonts w:ascii="Times New Roman" w:hAnsi="Times New Roman"/>
                <w:sz w:val="24"/>
              </w:rPr>
            </w:pPr>
          </w:p>
        </w:tc>
      </w:tr>
      <w:tr w:rsidR="00DD30D0" w14:paraId="3E287C5B" w14:textId="77777777" w:rsidTr="00DD30D0">
        <w:trPr>
          <w:cantSplit/>
        </w:trPr>
        <w:tc>
          <w:tcPr>
            <w:tcW w:w="13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65041A" w14:textId="77777777" w:rsidR="00F034CC" w:rsidRPr="00F440AD" w:rsidRDefault="001566EA">
            <w:pPr>
              <w:rPr>
                <w:rFonts w:ascii="Times New Roman" w:hAnsi="Times New Roman"/>
                <w:sz w:val="24"/>
              </w:rPr>
            </w:pPr>
            <w:r w:rsidRPr="00F440AD">
              <w:rPr>
                <w:rFonts w:ascii="Times New Roman" w:hAnsi="Times New Roman"/>
                <w:sz w:val="24"/>
              </w:rPr>
              <w:t xml:space="preserve">Thalidomide response </w:t>
            </w:r>
            <w:proofErr w:type="spellStart"/>
            <w:r w:rsidRPr="00F440AD">
              <w:rPr>
                <w:rFonts w:ascii="Times New Roman" w:hAnsi="Times New Roman"/>
                <w:sz w:val="24"/>
              </w:rPr>
              <w:t>duration</w:t>
            </w:r>
            <w:r w:rsidRPr="00F440AD">
              <w:rPr>
                <w:rFonts w:ascii="Times New Roman" w:hAnsi="Times New Roman"/>
                <w:sz w:val="24"/>
                <w:vertAlign w:val="superscript"/>
              </w:rPr>
              <w:t>a</w:t>
            </w:r>
            <w:proofErr w:type="spellEnd"/>
            <w:r w:rsidRPr="00F440AD">
              <w:rPr>
                <w:rFonts w:ascii="Times New Roman" w:hAnsi="Times New Roman"/>
                <w:sz w:val="24"/>
              </w:rPr>
              <w:t xml:space="preserve"> (months)</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5B43C5" w14:textId="77777777" w:rsidR="00F034CC" w:rsidRPr="00F440AD" w:rsidRDefault="001566EA">
            <w:pPr>
              <w:rPr>
                <w:rFonts w:ascii="Times New Roman" w:hAnsi="Times New Roman"/>
                <w:sz w:val="24"/>
              </w:rPr>
            </w:pPr>
            <w:r w:rsidRPr="00F440AD">
              <w:rPr>
                <w:rFonts w:ascii="Times New Roman" w:hAnsi="Times New Roman"/>
                <w:sz w:val="24"/>
              </w:rPr>
              <w:t>&lt;6</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43ACBD" w14:textId="77777777" w:rsidR="00F034CC" w:rsidRPr="00F440AD" w:rsidRDefault="001566EA">
            <w:pPr>
              <w:rPr>
                <w:rFonts w:ascii="Times New Roman" w:hAnsi="Times New Roman"/>
                <w:sz w:val="24"/>
              </w:rPr>
            </w:pPr>
            <w:r w:rsidRPr="00F440AD">
              <w:rPr>
                <w:rFonts w:ascii="Times New Roman" w:hAnsi="Times New Roman"/>
                <w:sz w:val="24"/>
              </w:rPr>
              <w:t>8</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46B622" w14:textId="77777777" w:rsidR="00F034CC" w:rsidRPr="00F440AD" w:rsidRDefault="001566EA">
            <w:pPr>
              <w:rPr>
                <w:rFonts w:ascii="Times New Roman" w:hAnsi="Times New Roman"/>
                <w:sz w:val="24"/>
              </w:rPr>
            </w:pPr>
            <w:r w:rsidRPr="00F440AD">
              <w:rPr>
                <w:rFonts w:ascii="Times New Roman" w:hAnsi="Times New Roman"/>
                <w:sz w:val="24"/>
              </w:rPr>
              <w:t>2</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C630A2"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44A179"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F38B00" w14:textId="77777777" w:rsidR="00F034CC" w:rsidRPr="00F440AD" w:rsidRDefault="001566EA">
            <w:pPr>
              <w:rPr>
                <w:rFonts w:ascii="Times New Roman" w:hAnsi="Times New Roman"/>
                <w:sz w:val="24"/>
              </w:rPr>
            </w:pPr>
            <w:r w:rsidRPr="00F440AD">
              <w:rPr>
                <w:rFonts w:ascii="Times New Roman" w:hAnsi="Times New Roman"/>
                <w:sz w:val="24"/>
              </w:rPr>
              <w:t>0.469</w:t>
            </w:r>
          </w:p>
        </w:tc>
      </w:tr>
      <w:tr w:rsidR="00DD30D0" w14:paraId="633034BB"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37848E"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E4F8BB" w14:textId="77777777" w:rsidR="00F034CC" w:rsidRPr="00F440AD" w:rsidRDefault="001566EA">
            <w:pPr>
              <w:rPr>
                <w:rFonts w:ascii="Times New Roman" w:hAnsi="Times New Roman"/>
                <w:sz w:val="24"/>
              </w:rPr>
            </w:pPr>
            <w:r w:rsidRPr="00F440AD">
              <w:rPr>
                <w:rFonts w:ascii="Times New Roman" w:hAnsi="Times New Roman"/>
                <w:sz w:val="24"/>
              </w:rPr>
              <w:t>≥6</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26D9CD" w14:textId="77777777" w:rsidR="00F034CC" w:rsidRPr="00F440AD" w:rsidRDefault="001566EA">
            <w:pPr>
              <w:rPr>
                <w:rFonts w:ascii="Times New Roman" w:hAnsi="Times New Roman"/>
                <w:sz w:val="24"/>
              </w:rPr>
            </w:pPr>
            <w:r w:rsidRPr="00F440AD">
              <w:rPr>
                <w:rFonts w:ascii="Times New Roman" w:hAnsi="Times New Roman"/>
                <w:sz w:val="24"/>
              </w:rPr>
              <w:t>45</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7E6C56" w14:textId="77777777" w:rsidR="00F034CC" w:rsidRPr="00F440AD" w:rsidRDefault="001566EA">
            <w:pPr>
              <w:rPr>
                <w:rFonts w:ascii="Times New Roman" w:hAnsi="Times New Roman"/>
                <w:sz w:val="24"/>
              </w:rPr>
            </w:pPr>
            <w:r w:rsidRPr="00F440AD">
              <w:rPr>
                <w:rFonts w:ascii="Times New Roman" w:hAnsi="Times New Roman"/>
                <w:sz w:val="24"/>
              </w:rPr>
              <w:t>10</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0ED113" w14:textId="77777777" w:rsidR="00F034CC" w:rsidRPr="00F440AD" w:rsidRDefault="001566EA">
            <w:pPr>
              <w:rPr>
                <w:rFonts w:ascii="Times New Roman" w:hAnsi="Times New Roman"/>
                <w:sz w:val="24"/>
              </w:rPr>
            </w:pPr>
            <w:r w:rsidRPr="00F440AD">
              <w:rPr>
                <w:rFonts w:ascii="Times New Roman" w:hAnsi="Times New Roman"/>
                <w:sz w:val="24"/>
              </w:rPr>
              <w:t>0.56</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77715D" w14:textId="77777777" w:rsidR="00F034CC" w:rsidRPr="00F440AD" w:rsidRDefault="001566EA">
            <w:pPr>
              <w:rPr>
                <w:rFonts w:ascii="Times New Roman" w:hAnsi="Times New Roman"/>
                <w:sz w:val="24"/>
              </w:rPr>
            </w:pPr>
            <w:r w:rsidRPr="00F440AD">
              <w:rPr>
                <w:rFonts w:ascii="Times New Roman" w:hAnsi="Times New Roman"/>
                <w:sz w:val="24"/>
              </w:rPr>
              <w:t>[0.12, 2.67]</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44BDC0" w14:textId="77777777" w:rsidR="00F034CC" w:rsidRPr="00F440AD" w:rsidRDefault="00F034CC">
            <w:pPr>
              <w:rPr>
                <w:rFonts w:ascii="Times New Roman" w:hAnsi="Times New Roman"/>
                <w:sz w:val="24"/>
              </w:rPr>
            </w:pPr>
          </w:p>
        </w:tc>
      </w:tr>
      <w:tr w:rsidR="00DD30D0" w14:paraId="6095935E"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63DCCC"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1A6968" w14:textId="77777777" w:rsidR="00F034CC" w:rsidRPr="00F440AD" w:rsidRDefault="001566EA">
            <w:pPr>
              <w:rPr>
                <w:rFonts w:ascii="Times New Roman" w:hAnsi="Times New Roman"/>
                <w:sz w:val="24"/>
              </w:rPr>
            </w:pPr>
            <w:r w:rsidRPr="00F440AD">
              <w:rPr>
                <w:rFonts w:ascii="Times New Roman" w:hAnsi="Times New Roman"/>
                <w:sz w:val="24"/>
              </w:rPr>
              <w:t>&lt;12</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4A98D0" w14:textId="77777777" w:rsidR="00F034CC" w:rsidRPr="00F440AD" w:rsidRDefault="001566EA">
            <w:pPr>
              <w:rPr>
                <w:rFonts w:ascii="Times New Roman" w:hAnsi="Times New Roman"/>
                <w:sz w:val="24"/>
              </w:rPr>
            </w:pPr>
            <w:r w:rsidRPr="00F440AD">
              <w:rPr>
                <w:rFonts w:ascii="Times New Roman" w:hAnsi="Times New Roman"/>
                <w:sz w:val="24"/>
              </w:rPr>
              <w:t>14</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D56231" w14:textId="77777777" w:rsidR="00F034CC" w:rsidRPr="00F440AD" w:rsidRDefault="001566EA">
            <w:pPr>
              <w:rPr>
                <w:rFonts w:ascii="Times New Roman" w:hAnsi="Times New Roman"/>
                <w:sz w:val="24"/>
              </w:rPr>
            </w:pPr>
            <w:r w:rsidRPr="00F440AD">
              <w:rPr>
                <w:rFonts w:ascii="Times New Roman" w:hAnsi="Times New Roman"/>
                <w:sz w:val="24"/>
              </w:rPr>
              <w:t>7</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24CABD"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82A5CD"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1F8DF5" w14:textId="77777777" w:rsidR="00F034CC" w:rsidRPr="00F440AD" w:rsidRDefault="001566EA">
            <w:pPr>
              <w:rPr>
                <w:rFonts w:ascii="Times New Roman" w:hAnsi="Times New Roman"/>
                <w:sz w:val="24"/>
              </w:rPr>
            </w:pPr>
            <w:r w:rsidRPr="00F440AD">
              <w:rPr>
                <w:rFonts w:ascii="Times New Roman" w:hAnsi="Times New Roman"/>
                <w:sz w:val="24"/>
              </w:rPr>
              <w:t>0.007*</w:t>
            </w:r>
          </w:p>
        </w:tc>
      </w:tr>
      <w:tr w:rsidR="00DD30D0" w14:paraId="32D45E3F"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437329"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A5C8F4" w14:textId="77777777" w:rsidR="00F034CC" w:rsidRPr="00F440AD" w:rsidRDefault="001566EA">
            <w:pPr>
              <w:rPr>
                <w:rFonts w:ascii="Times New Roman" w:hAnsi="Times New Roman"/>
                <w:sz w:val="24"/>
              </w:rPr>
            </w:pPr>
            <w:r w:rsidRPr="00F440AD">
              <w:rPr>
                <w:rFonts w:ascii="Times New Roman" w:hAnsi="Times New Roman"/>
                <w:sz w:val="24"/>
              </w:rPr>
              <w:t>≥12</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1B2968" w14:textId="77777777" w:rsidR="00F034CC" w:rsidRPr="00F440AD" w:rsidRDefault="001566EA">
            <w:pPr>
              <w:rPr>
                <w:rFonts w:ascii="Times New Roman" w:hAnsi="Times New Roman"/>
                <w:sz w:val="24"/>
              </w:rPr>
            </w:pPr>
            <w:r w:rsidRPr="00F440AD">
              <w:rPr>
                <w:rFonts w:ascii="Times New Roman" w:hAnsi="Times New Roman"/>
                <w:sz w:val="24"/>
              </w:rPr>
              <w:t>39</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1062C8" w14:textId="77777777" w:rsidR="00F034CC" w:rsidRPr="00F440AD" w:rsidRDefault="001566EA">
            <w:pPr>
              <w:rPr>
                <w:rFonts w:ascii="Times New Roman" w:hAnsi="Times New Roman"/>
                <w:sz w:val="24"/>
              </w:rPr>
            </w:pPr>
            <w:r w:rsidRPr="00F440AD">
              <w:rPr>
                <w:rFonts w:ascii="Times New Roman" w:hAnsi="Times New Roman"/>
                <w:sz w:val="24"/>
              </w:rPr>
              <w:t>5</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AA70FE" w14:textId="77777777" w:rsidR="00F034CC" w:rsidRPr="00F440AD" w:rsidRDefault="001566EA">
            <w:pPr>
              <w:rPr>
                <w:rFonts w:ascii="Times New Roman" w:hAnsi="Times New Roman"/>
                <w:sz w:val="24"/>
              </w:rPr>
            </w:pPr>
            <w:r w:rsidRPr="00F440AD">
              <w:rPr>
                <w:rFonts w:ascii="Times New Roman" w:hAnsi="Times New Roman"/>
                <w:sz w:val="24"/>
              </w:rPr>
              <w:t>0.21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BD8E0D" w14:textId="77777777" w:rsidR="00F034CC" w:rsidRPr="00F440AD" w:rsidRDefault="001566EA">
            <w:pPr>
              <w:rPr>
                <w:rFonts w:ascii="Times New Roman" w:hAnsi="Times New Roman"/>
                <w:sz w:val="24"/>
              </w:rPr>
            </w:pPr>
            <w:r w:rsidRPr="00F440AD">
              <w:rPr>
                <w:rFonts w:ascii="Times New Roman" w:hAnsi="Times New Roman"/>
                <w:sz w:val="24"/>
              </w:rPr>
              <w:t>[0.07, 0.66]</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FF5107" w14:textId="77777777" w:rsidR="00F034CC" w:rsidRPr="00F440AD" w:rsidRDefault="00F034CC">
            <w:pPr>
              <w:rPr>
                <w:rFonts w:ascii="Times New Roman" w:hAnsi="Times New Roman"/>
                <w:sz w:val="24"/>
              </w:rPr>
            </w:pPr>
          </w:p>
        </w:tc>
      </w:tr>
      <w:tr w:rsidR="00DD30D0" w14:paraId="339E0DBE"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307586"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1958F8" w14:textId="77777777" w:rsidR="00F034CC" w:rsidRPr="00F440AD" w:rsidRDefault="001566EA">
            <w:pPr>
              <w:rPr>
                <w:rFonts w:ascii="Times New Roman" w:hAnsi="Times New Roman"/>
                <w:sz w:val="24"/>
              </w:rPr>
            </w:pPr>
            <w:r w:rsidRPr="00F440AD">
              <w:rPr>
                <w:rFonts w:ascii="Times New Roman" w:hAnsi="Times New Roman"/>
                <w:sz w:val="24"/>
              </w:rPr>
              <w:t>&lt;18</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76D9EA" w14:textId="77777777" w:rsidR="00F034CC" w:rsidRPr="00F440AD" w:rsidRDefault="001566EA">
            <w:pPr>
              <w:rPr>
                <w:rFonts w:ascii="Times New Roman" w:hAnsi="Times New Roman"/>
                <w:sz w:val="24"/>
              </w:rPr>
            </w:pPr>
            <w:r w:rsidRPr="00F440AD">
              <w:rPr>
                <w:rFonts w:ascii="Times New Roman" w:hAnsi="Times New Roman"/>
                <w:sz w:val="24"/>
              </w:rPr>
              <w:t>19</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92CC36"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B1042A"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F9A336"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F7344B" w14:textId="77777777" w:rsidR="00F034CC" w:rsidRPr="00F440AD" w:rsidRDefault="001566EA">
            <w:pPr>
              <w:rPr>
                <w:rFonts w:ascii="Times New Roman" w:hAnsi="Times New Roman"/>
                <w:sz w:val="24"/>
              </w:rPr>
            </w:pPr>
            <w:r w:rsidRPr="00F440AD">
              <w:rPr>
                <w:rFonts w:ascii="Times New Roman" w:hAnsi="Times New Roman"/>
                <w:sz w:val="24"/>
              </w:rPr>
              <w:t>0.003*</w:t>
            </w:r>
          </w:p>
        </w:tc>
      </w:tr>
      <w:tr w:rsidR="00DD30D0" w14:paraId="5741C0EB"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820C76"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24EDED" w14:textId="77777777" w:rsidR="00F034CC" w:rsidRPr="00F440AD" w:rsidRDefault="001566EA">
            <w:pPr>
              <w:rPr>
                <w:rFonts w:ascii="Times New Roman" w:hAnsi="Times New Roman"/>
                <w:sz w:val="24"/>
              </w:rPr>
            </w:pPr>
            <w:r w:rsidRPr="00F440AD">
              <w:rPr>
                <w:rFonts w:ascii="Times New Roman" w:hAnsi="Times New Roman"/>
                <w:sz w:val="24"/>
              </w:rPr>
              <w:t>≥18</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C85584" w14:textId="77777777" w:rsidR="00F034CC" w:rsidRPr="00F440AD" w:rsidRDefault="001566EA">
            <w:pPr>
              <w:rPr>
                <w:rFonts w:ascii="Times New Roman" w:hAnsi="Times New Roman"/>
                <w:sz w:val="24"/>
              </w:rPr>
            </w:pPr>
            <w:r w:rsidRPr="00F440AD">
              <w:rPr>
                <w:rFonts w:ascii="Times New Roman" w:hAnsi="Times New Roman"/>
                <w:sz w:val="24"/>
              </w:rPr>
              <w:t>34</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85A08A" w14:textId="77777777" w:rsidR="00F034CC" w:rsidRPr="00F440AD" w:rsidRDefault="001566EA">
            <w:pPr>
              <w:rPr>
                <w:rFonts w:ascii="Times New Roman" w:hAnsi="Times New Roman"/>
                <w:sz w:val="24"/>
              </w:rPr>
            </w:pPr>
            <w:r w:rsidRPr="00F440AD">
              <w:rPr>
                <w:rFonts w:ascii="Times New Roman" w:hAnsi="Times New Roman"/>
                <w:sz w:val="24"/>
              </w:rPr>
              <w:t>3</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6CA413" w14:textId="77777777" w:rsidR="00F034CC" w:rsidRPr="00F440AD" w:rsidRDefault="001566EA">
            <w:pPr>
              <w:rPr>
                <w:rFonts w:ascii="Times New Roman" w:hAnsi="Times New Roman"/>
                <w:sz w:val="24"/>
              </w:rPr>
            </w:pPr>
            <w:r w:rsidRPr="00F440AD">
              <w:rPr>
                <w:rFonts w:ascii="Times New Roman" w:hAnsi="Times New Roman"/>
                <w:sz w:val="24"/>
              </w:rPr>
              <w:t>0.14</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DF53DB" w14:textId="77777777" w:rsidR="00F034CC" w:rsidRPr="00F440AD" w:rsidRDefault="001566EA">
            <w:pPr>
              <w:rPr>
                <w:rFonts w:ascii="Times New Roman" w:hAnsi="Times New Roman"/>
                <w:sz w:val="24"/>
              </w:rPr>
            </w:pPr>
            <w:r w:rsidRPr="00F440AD">
              <w:rPr>
                <w:rFonts w:ascii="Times New Roman" w:hAnsi="Times New Roman"/>
                <w:sz w:val="24"/>
              </w:rPr>
              <w:t>[0.04, 0.52]</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A0C210" w14:textId="77777777" w:rsidR="00F034CC" w:rsidRPr="00F440AD" w:rsidRDefault="00F034CC">
            <w:pPr>
              <w:rPr>
                <w:rFonts w:ascii="Times New Roman" w:hAnsi="Times New Roman"/>
                <w:sz w:val="24"/>
              </w:rPr>
            </w:pPr>
          </w:p>
        </w:tc>
      </w:tr>
      <w:tr w:rsidR="00DD30D0" w14:paraId="4FAA0094"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92E0CC"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C6BB63" w14:textId="77777777" w:rsidR="00F034CC" w:rsidRPr="00F440AD" w:rsidRDefault="001566EA">
            <w:pPr>
              <w:rPr>
                <w:rFonts w:ascii="Times New Roman" w:hAnsi="Times New Roman"/>
                <w:sz w:val="24"/>
              </w:rPr>
            </w:pPr>
            <w:r w:rsidRPr="00F440AD">
              <w:rPr>
                <w:rFonts w:ascii="Times New Roman" w:hAnsi="Times New Roman"/>
                <w:sz w:val="24"/>
              </w:rPr>
              <w:t>&lt;24</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0FB787" w14:textId="77777777" w:rsidR="00F034CC" w:rsidRPr="00F440AD" w:rsidRDefault="001566EA">
            <w:pPr>
              <w:rPr>
                <w:rFonts w:ascii="Times New Roman" w:hAnsi="Times New Roman"/>
                <w:sz w:val="24"/>
              </w:rPr>
            </w:pPr>
            <w:r w:rsidRPr="00F440AD">
              <w:rPr>
                <w:rFonts w:ascii="Times New Roman" w:hAnsi="Times New Roman"/>
                <w:sz w:val="24"/>
              </w:rPr>
              <w:t>27</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00ABE9" w14:textId="77777777" w:rsidR="00F034CC" w:rsidRPr="00F440AD" w:rsidRDefault="001566EA">
            <w:pPr>
              <w:rPr>
                <w:rFonts w:ascii="Times New Roman" w:hAnsi="Times New Roman"/>
                <w:sz w:val="24"/>
              </w:rPr>
            </w:pPr>
            <w:r w:rsidRPr="00F440AD">
              <w:rPr>
                <w:rFonts w:ascii="Times New Roman" w:hAnsi="Times New Roman"/>
                <w:sz w:val="24"/>
              </w:rPr>
              <w:t>9</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CFB27A"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FEF24D"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A247D1" w14:textId="77777777" w:rsidR="00F034CC" w:rsidRPr="00F440AD" w:rsidRDefault="001566EA">
            <w:pPr>
              <w:rPr>
                <w:rFonts w:ascii="Times New Roman" w:hAnsi="Times New Roman"/>
                <w:sz w:val="24"/>
              </w:rPr>
            </w:pPr>
            <w:r w:rsidRPr="00F440AD">
              <w:rPr>
                <w:rFonts w:ascii="Times New Roman" w:hAnsi="Times New Roman"/>
                <w:sz w:val="24"/>
              </w:rPr>
              <w:t>0.068</w:t>
            </w:r>
          </w:p>
        </w:tc>
      </w:tr>
      <w:tr w:rsidR="00DD30D0" w14:paraId="74704D6D"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E51DEF"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BA3071" w14:textId="77777777" w:rsidR="00F034CC" w:rsidRPr="00F440AD" w:rsidRDefault="001566EA">
            <w:pPr>
              <w:rPr>
                <w:rFonts w:ascii="Times New Roman" w:hAnsi="Times New Roman"/>
                <w:sz w:val="24"/>
              </w:rPr>
            </w:pPr>
            <w:r w:rsidRPr="00F440AD">
              <w:rPr>
                <w:rFonts w:ascii="Times New Roman" w:hAnsi="Times New Roman"/>
                <w:sz w:val="24"/>
              </w:rPr>
              <w:t>≥24</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E137FD" w14:textId="77777777" w:rsidR="00F034CC" w:rsidRPr="00F440AD" w:rsidRDefault="001566EA">
            <w:pPr>
              <w:rPr>
                <w:rFonts w:ascii="Times New Roman" w:hAnsi="Times New Roman"/>
                <w:sz w:val="24"/>
              </w:rPr>
            </w:pPr>
            <w:r w:rsidRPr="00F440AD">
              <w:rPr>
                <w:rFonts w:ascii="Times New Roman" w:hAnsi="Times New Roman"/>
                <w:sz w:val="24"/>
              </w:rPr>
              <w:t>26</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2DD60E" w14:textId="77777777" w:rsidR="00F034CC" w:rsidRPr="00F440AD" w:rsidRDefault="001566EA">
            <w:pPr>
              <w:rPr>
                <w:rFonts w:ascii="Times New Roman" w:hAnsi="Times New Roman"/>
                <w:sz w:val="24"/>
              </w:rPr>
            </w:pPr>
            <w:r w:rsidRPr="00F440AD">
              <w:rPr>
                <w:rFonts w:ascii="Times New Roman" w:hAnsi="Times New Roman"/>
                <w:sz w:val="24"/>
              </w:rPr>
              <w:t>3</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799559" w14:textId="77777777" w:rsidR="00F034CC" w:rsidRPr="00F440AD" w:rsidRDefault="001566EA">
            <w:pPr>
              <w:rPr>
                <w:rFonts w:ascii="Times New Roman" w:hAnsi="Times New Roman"/>
                <w:sz w:val="24"/>
              </w:rPr>
            </w:pPr>
            <w:r w:rsidRPr="00F440AD">
              <w:rPr>
                <w:rFonts w:ascii="Times New Roman" w:hAnsi="Times New Roman"/>
                <w:sz w:val="24"/>
              </w:rPr>
              <w:t>0.29</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63755C" w14:textId="77777777" w:rsidR="00F034CC" w:rsidRPr="00F440AD" w:rsidRDefault="001566EA">
            <w:pPr>
              <w:rPr>
                <w:rFonts w:ascii="Times New Roman" w:hAnsi="Times New Roman"/>
                <w:sz w:val="24"/>
              </w:rPr>
            </w:pPr>
            <w:r w:rsidRPr="00F440AD">
              <w:rPr>
                <w:rFonts w:ascii="Times New Roman" w:hAnsi="Times New Roman"/>
                <w:sz w:val="24"/>
              </w:rPr>
              <w:t>[0.08, 1.10]</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9A3857" w14:textId="77777777" w:rsidR="00F034CC" w:rsidRPr="00F440AD" w:rsidRDefault="00F034CC">
            <w:pPr>
              <w:rPr>
                <w:rFonts w:ascii="Times New Roman" w:hAnsi="Times New Roman"/>
                <w:sz w:val="24"/>
              </w:rPr>
            </w:pPr>
          </w:p>
        </w:tc>
      </w:tr>
      <w:tr w:rsidR="00DD30D0" w14:paraId="20AB46E9" w14:textId="77777777" w:rsidTr="00DD30D0">
        <w:trPr>
          <w:cantSplit/>
        </w:trPr>
        <w:tc>
          <w:tcPr>
            <w:tcW w:w="13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357370D" w14:textId="77777777" w:rsidR="00F034CC" w:rsidRPr="00F440AD" w:rsidRDefault="001566EA">
            <w:pPr>
              <w:rPr>
                <w:rFonts w:ascii="Times New Roman" w:hAnsi="Times New Roman"/>
                <w:sz w:val="24"/>
              </w:rPr>
            </w:pPr>
            <w:r w:rsidRPr="00F440AD">
              <w:rPr>
                <w:rFonts w:ascii="Times New Roman" w:hAnsi="Times New Roman"/>
                <w:sz w:val="24"/>
              </w:rPr>
              <w:t>R-exposure</w:t>
            </w:r>
          </w:p>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E7A94B" w14:textId="77777777" w:rsidR="00F034CC" w:rsidRPr="00F440AD" w:rsidRDefault="001566EA">
            <w:pPr>
              <w:rPr>
                <w:rFonts w:ascii="Times New Roman" w:hAnsi="Times New Roman"/>
                <w:sz w:val="24"/>
              </w:rPr>
            </w:pPr>
            <w:r w:rsidRPr="00F440AD">
              <w:rPr>
                <w:rFonts w:ascii="Times New Roman" w:hAnsi="Times New Roman"/>
                <w:sz w:val="24"/>
              </w:rPr>
              <w:t>R-exposed</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56653C" w14:textId="77777777" w:rsidR="00F034CC" w:rsidRPr="00F440AD" w:rsidRDefault="001566EA">
            <w:pPr>
              <w:rPr>
                <w:rFonts w:ascii="Times New Roman" w:hAnsi="Times New Roman"/>
                <w:sz w:val="24"/>
              </w:rPr>
            </w:pPr>
            <w:r w:rsidRPr="00F440AD">
              <w:rPr>
                <w:rFonts w:ascii="Times New Roman" w:hAnsi="Times New Roman"/>
                <w:sz w:val="24"/>
              </w:rPr>
              <w:t>25</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76711C" w14:textId="77777777" w:rsidR="00F034CC" w:rsidRPr="00F440AD" w:rsidRDefault="001566EA">
            <w:pPr>
              <w:rPr>
                <w:rFonts w:ascii="Times New Roman" w:hAnsi="Times New Roman"/>
                <w:sz w:val="24"/>
              </w:rPr>
            </w:pPr>
            <w:r w:rsidRPr="00F440AD">
              <w:rPr>
                <w:rFonts w:ascii="Times New Roman" w:hAnsi="Times New Roman"/>
                <w:sz w:val="24"/>
              </w:rPr>
              <w:t>5</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DE0F7E" w14:textId="77777777" w:rsidR="00F034CC" w:rsidRPr="00F440AD" w:rsidRDefault="001566EA">
            <w:pPr>
              <w:rPr>
                <w:rFonts w:ascii="Times New Roman" w:hAnsi="Times New Roman"/>
                <w:sz w:val="24"/>
              </w:rPr>
            </w:pPr>
            <w:r w:rsidRPr="00F440AD">
              <w:rPr>
                <w:rFonts w:ascii="Times New Roman" w:hAnsi="Times New Roman"/>
                <w:sz w:val="24"/>
              </w:rPr>
              <w:t>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054A2F" w14:textId="77777777" w:rsidR="00F034CC" w:rsidRPr="00F440AD" w:rsidRDefault="001566EA">
            <w:pPr>
              <w:rPr>
                <w:rFonts w:ascii="Times New Roman" w:hAnsi="Times New Roman"/>
                <w:sz w:val="24"/>
              </w:rPr>
            </w:pPr>
            <w:r w:rsidRPr="00F440AD">
              <w:rPr>
                <w:rFonts w:ascii="Times New Roman" w:hAnsi="Times New Roman"/>
                <w:sz w:val="24"/>
              </w:rPr>
              <w:t>Reference</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FBDF1D" w14:textId="77777777" w:rsidR="00F034CC" w:rsidRPr="00F440AD" w:rsidRDefault="001566EA">
            <w:pPr>
              <w:rPr>
                <w:rFonts w:ascii="Times New Roman" w:hAnsi="Times New Roman"/>
                <w:sz w:val="24"/>
              </w:rPr>
            </w:pPr>
            <w:r w:rsidRPr="00F440AD">
              <w:rPr>
                <w:rFonts w:ascii="Times New Roman" w:hAnsi="Times New Roman"/>
                <w:sz w:val="24"/>
              </w:rPr>
              <w:t>0.372</w:t>
            </w:r>
          </w:p>
        </w:tc>
      </w:tr>
      <w:tr w:rsidR="00DD30D0" w14:paraId="2D1A0F7E" w14:textId="77777777" w:rsidTr="00DD30D0">
        <w:trPr>
          <w:cantSplit/>
        </w:trPr>
        <w:tc>
          <w:tcPr>
            <w:tcW w:w="13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CC175C" w14:textId="77777777" w:rsidR="00F034CC" w:rsidRPr="00F440AD" w:rsidRDefault="00F034CC"/>
        </w:tc>
        <w:tc>
          <w:tcPr>
            <w:tcW w:w="5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A8FF88" w14:textId="71B5F18C" w:rsidR="00F034CC" w:rsidRPr="00F440AD" w:rsidRDefault="001566EA">
            <w:pPr>
              <w:rPr>
                <w:rFonts w:ascii="Times New Roman" w:hAnsi="Times New Roman"/>
                <w:sz w:val="24"/>
              </w:rPr>
            </w:pPr>
            <w:r w:rsidRPr="00F440AD">
              <w:rPr>
                <w:rFonts w:ascii="Times New Roman" w:hAnsi="Times New Roman"/>
                <w:sz w:val="24"/>
              </w:rPr>
              <w:t>R-</w:t>
            </w:r>
            <w:r w:rsidR="00E12A96">
              <w:rPr>
                <w:rFonts w:ascii="Times New Roman" w:hAnsi="Times New Roman"/>
                <w:sz w:val="24"/>
              </w:rPr>
              <w:t xml:space="preserve">naïve </w:t>
            </w:r>
          </w:p>
        </w:tc>
        <w:tc>
          <w:tcPr>
            <w:tcW w:w="32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5FFFD1" w14:textId="77777777" w:rsidR="00F034CC" w:rsidRPr="00F440AD" w:rsidRDefault="001566EA">
            <w:pPr>
              <w:rPr>
                <w:rFonts w:ascii="Times New Roman" w:hAnsi="Times New Roman"/>
                <w:sz w:val="24"/>
              </w:rPr>
            </w:pPr>
            <w:r w:rsidRPr="00F440AD">
              <w:rPr>
                <w:rFonts w:ascii="Times New Roman" w:hAnsi="Times New Roman"/>
                <w:sz w:val="24"/>
              </w:rPr>
              <w:t>79</w:t>
            </w:r>
          </w:p>
        </w:tc>
        <w:tc>
          <w:tcPr>
            <w:tcW w:w="6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E5AE9F" w14:textId="77777777" w:rsidR="00F034CC" w:rsidRPr="00F440AD" w:rsidRDefault="001566EA">
            <w:pPr>
              <w:rPr>
                <w:rFonts w:ascii="Times New Roman" w:hAnsi="Times New Roman"/>
                <w:sz w:val="24"/>
              </w:rPr>
            </w:pPr>
            <w:r w:rsidRPr="00F440AD">
              <w:rPr>
                <w:rFonts w:ascii="Times New Roman" w:hAnsi="Times New Roman"/>
                <w:sz w:val="24"/>
              </w:rPr>
              <w:t>17</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68DE5B" w14:textId="77777777" w:rsidR="00F034CC" w:rsidRPr="00F440AD" w:rsidRDefault="001566EA">
            <w:pPr>
              <w:rPr>
                <w:rFonts w:ascii="Times New Roman" w:hAnsi="Times New Roman"/>
                <w:sz w:val="24"/>
              </w:rPr>
            </w:pPr>
            <w:r w:rsidRPr="00F440AD">
              <w:rPr>
                <w:rFonts w:ascii="Times New Roman" w:hAnsi="Times New Roman"/>
                <w:sz w:val="24"/>
              </w:rPr>
              <w:t>1.61</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2725AB" w14:textId="77777777" w:rsidR="00F034CC" w:rsidRPr="00F440AD" w:rsidRDefault="001566EA">
            <w:pPr>
              <w:rPr>
                <w:rFonts w:ascii="Times New Roman" w:hAnsi="Times New Roman"/>
                <w:sz w:val="24"/>
              </w:rPr>
            </w:pPr>
            <w:r w:rsidRPr="00F440AD">
              <w:rPr>
                <w:rFonts w:ascii="Times New Roman" w:hAnsi="Times New Roman"/>
                <w:sz w:val="24"/>
              </w:rPr>
              <w:t>[0.56, 4.60]</w:t>
            </w:r>
          </w:p>
        </w:tc>
        <w:tc>
          <w:tcPr>
            <w:tcW w:w="5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DCFE72" w14:textId="77777777" w:rsidR="00F034CC" w:rsidRPr="00F440AD" w:rsidRDefault="00F034CC">
            <w:pPr>
              <w:rPr>
                <w:rFonts w:ascii="Times New Roman" w:hAnsi="Times New Roman"/>
                <w:sz w:val="24"/>
              </w:rPr>
            </w:pPr>
          </w:p>
        </w:tc>
      </w:tr>
    </w:tbl>
    <w:p w14:paraId="5BD11177" w14:textId="77777777" w:rsidR="00F034CC" w:rsidRPr="00F440AD" w:rsidRDefault="001566EA">
      <w:pPr>
        <w:rPr>
          <w:rFonts w:ascii="Times New Roman" w:hAnsi="Times New Roman"/>
          <w:sz w:val="20"/>
        </w:rPr>
      </w:pPr>
      <w:r w:rsidRPr="00DD30D0">
        <w:rPr>
          <w:rFonts w:ascii="Times New Roman" w:hAnsi="Times New Roman"/>
          <w:i/>
          <w:sz w:val="20"/>
        </w:rPr>
        <w:t xml:space="preserve">CI </w:t>
      </w:r>
      <w:r w:rsidRPr="00DD30D0">
        <w:rPr>
          <w:rFonts w:ascii="Times New Roman" w:hAnsi="Times New Roman"/>
          <w:sz w:val="20"/>
        </w:rPr>
        <w:t xml:space="preserve">confidence interval, </w:t>
      </w:r>
      <w:r w:rsidRPr="00DD30D0">
        <w:rPr>
          <w:rFonts w:ascii="Times New Roman" w:hAnsi="Times New Roman"/>
          <w:i/>
          <w:sz w:val="20"/>
        </w:rPr>
        <w:t>PD</w:t>
      </w:r>
      <w:r w:rsidRPr="00DD30D0">
        <w:rPr>
          <w:rFonts w:ascii="Times New Roman" w:hAnsi="Times New Roman"/>
          <w:sz w:val="20"/>
        </w:rPr>
        <w:t xml:space="preserve"> progressive disease, </w:t>
      </w:r>
      <w:r w:rsidRPr="00DD30D0">
        <w:rPr>
          <w:rFonts w:ascii="Times New Roman" w:hAnsi="Times New Roman"/>
          <w:i/>
          <w:sz w:val="20"/>
        </w:rPr>
        <w:t>PR</w:t>
      </w:r>
      <w:r w:rsidRPr="00DD30D0">
        <w:rPr>
          <w:rFonts w:ascii="Times New Roman" w:hAnsi="Times New Roman"/>
          <w:sz w:val="20"/>
        </w:rPr>
        <w:t xml:space="preserve"> partial response</w:t>
      </w:r>
    </w:p>
    <w:p w14:paraId="7E97E103" w14:textId="77777777" w:rsidR="00F034CC" w:rsidRPr="00F440AD" w:rsidRDefault="001566EA">
      <w:pPr>
        <w:rPr>
          <w:rFonts w:ascii="Times New Roman" w:hAnsi="Times New Roman"/>
          <w:sz w:val="20"/>
        </w:rPr>
      </w:pPr>
      <w:proofErr w:type="spellStart"/>
      <w:r w:rsidRPr="00DD30D0">
        <w:rPr>
          <w:rFonts w:ascii="Times New Roman" w:hAnsi="Times New Roman"/>
          <w:sz w:val="20"/>
          <w:vertAlign w:val="superscript"/>
        </w:rPr>
        <w:t>a</w:t>
      </w:r>
      <w:r w:rsidRPr="00DD30D0">
        <w:rPr>
          <w:rFonts w:ascii="Times New Roman" w:hAnsi="Times New Roman"/>
          <w:sz w:val="20"/>
        </w:rPr>
        <w:t>Bortezomib</w:t>
      </w:r>
      <w:proofErr w:type="spellEnd"/>
      <w:r w:rsidRPr="00DD30D0">
        <w:rPr>
          <w:rFonts w:ascii="Times New Roman" w:hAnsi="Times New Roman"/>
          <w:sz w:val="20"/>
        </w:rPr>
        <w:t>/thalidomide response duration = (PD date - best response date +1)/30.44 if best response ≥ PR and missing if best response &lt; PR</w:t>
      </w:r>
    </w:p>
    <w:p w14:paraId="23A027AD" w14:textId="77777777" w:rsidR="00F034CC" w:rsidRPr="00F440AD" w:rsidRDefault="00F034CC"/>
    <w:p w14:paraId="521EEDCA" w14:textId="77777777" w:rsidR="00F034CC" w:rsidRPr="00F440AD" w:rsidRDefault="00F034CC"/>
    <w:bookmarkEnd w:id="0"/>
    <w:p w14:paraId="07954557" w14:textId="42AE2E81" w:rsidR="00F034CC" w:rsidRDefault="00F034CC">
      <w:pPr>
        <w:rPr>
          <w:rFonts w:ascii="Times New Roman" w:hAnsi="Times New Roman"/>
          <w:b/>
          <w:sz w:val="24"/>
        </w:rPr>
      </w:pPr>
    </w:p>
    <w:sectPr w:rsidR="00F034CC" w:rsidSect="003B2C14">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057CE" w14:textId="77777777" w:rsidR="00E54340" w:rsidRPr="00F440AD" w:rsidRDefault="00E54340">
      <w:pPr>
        <w:spacing w:after="0" w:line="240" w:lineRule="auto"/>
      </w:pPr>
      <w:r w:rsidRPr="00F440AD">
        <w:separator/>
      </w:r>
    </w:p>
  </w:endnote>
  <w:endnote w:type="continuationSeparator" w:id="0">
    <w:p w14:paraId="39F7BA03" w14:textId="77777777" w:rsidR="00E54340" w:rsidRPr="00F440AD" w:rsidRDefault="00E54340">
      <w:pPr>
        <w:spacing w:after="0" w:line="240" w:lineRule="auto"/>
      </w:pPr>
      <w:r w:rsidRPr="00F440AD">
        <w:continuationSeparator/>
      </w:r>
    </w:p>
  </w:endnote>
  <w:endnote w:type="continuationNotice" w:id="1">
    <w:p w14:paraId="12D5E807" w14:textId="77777777" w:rsidR="00E54340" w:rsidRDefault="00E543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AAC01" w14:textId="77777777" w:rsidR="00F034CC" w:rsidRPr="00EE1DCE" w:rsidRDefault="00F034CC">
    <w:pPr>
      <w:pStyle w:val="Footer"/>
    </w:pPr>
  </w:p>
  <w:p w14:paraId="35F5A770" w14:textId="24BC2A4E" w:rsidR="00F034CC" w:rsidRPr="00EE1DCE" w:rsidRDefault="001566EA">
    <w:pPr>
      <w:pStyle w:val="Footer"/>
      <w:jc w:val="right"/>
    </w:pPr>
    <w:r w:rsidRPr="00192E34">
      <w:t xml:space="preserve">Page </w:t>
    </w:r>
    <w:r w:rsidRPr="00192E34">
      <w:fldChar w:fldCharType="begin"/>
    </w:r>
    <w:r w:rsidRPr="00192E34">
      <w:rPr>
        <w:b/>
      </w:rPr>
      <w:instrText xml:space="preserve"> PAGE   \* MERGEFORMAT </w:instrText>
    </w:r>
    <w:r w:rsidRPr="00192E34">
      <w:fldChar w:fldCharType="separate"/>
    </w:r>
    <w:r w:rsidR="003B2C14">
      <w:rPr>
        <w:b/>
        <w:noProof/>
      </w:rPr>
      <w:t>7</w:t>
    </w:r>
    <w:r w:rsidRPr="00192E34">
      <w:fldChar w:fldCharType="end"/>
    </w:r>
    <w:r w:rsidRPr="00192E34">
      <w:t xml:space="preserve"> of </w:t>
    </w:r>
    <w:r w:rsidRPr="00192E34">
      <w:fldChar w:fldCharType="begin"/>
    </w:r>
    <w:r w:rsidRPr="00192E34">
      <w:rPr>
        <w:b/>
      </w:rPr>
      <w:instrText xml:space="preserve"> NUMPAGES   \* MERGEFORMAT 28</w:instrText>
    </w:r>
    <w:r w:rsidRPr="00192E34">
      <w:fldChar w:fldCharType="separate"/>
    </w:r>
    <w:r w:rsidR="003B2C14">
      <w:rPr>
        <w:b/>
        <w:noProof/>
      </w:rPr>
      <w:t>7</w:t>
    </w:r>
    <w:r w:rsidRPr="00192E34">
      <w:fldChar w:fldCharType="end"/>
    </w:r>
  </w:p>
  <w:p w14:paraId="2C253DF1" w14:textId="77777777" w:rsidR="00F034CC" w:rsidRPr="00EE1DCE" w:rsidRDefault="00F034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8F5DB4" w14:textId="77777777" w:rsidR="00E54340" w:rsidRPr="00F440AD" w:rsidRDefault="00E54340">
      <w:pPr>
        <w:spacing w:after="0" w:line="240" w:lineRule="auto"/>
      </w:pPr>
      <w:r w:rsidRPr="00F440AD">
        <w:separator/>
      </w:r>
    </w:p>
  </w:footnote>
  <w:footnote w:type="continuationSeparator" w:id="0">
    <w:p w14:paraId="73CB0F9D" w14:textId="77777777" w:rsidR="00E54340" w:rsidRPr="00F440AD" w:rsidRDefault="00E54340">
      <w:pPr>
        <w:spacing w:after="0" w:line="240" w:lineRule="auto"/>
      </w:pPr>
      <w:r w:rsidRPr="00F440AD">
        <w:continuationSeparator/>
      </w:r>
    </w:p>
  </w:footnote>
  <w:footnote w:type="continuationNotice" w:id="1">
    <w:p w14:paraId="68F5272F" w14:textId="77777777" w:rsidR="00E54340" w:rsidRDefault="00E5434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ECE388F"/>
    <w:multiLevelType w:val="multilevel"/>
    <w:tmpl w:val="103C1626"/>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ascii="Times New Roman" w:hAnsi="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09dx9aqs9zfnedtsox5vrm05p0ttavtpva&quot;&gt;My EndNote Library_APEX&lt;record-ids&gt;&lt;item&gt;1&lt;/item&gt;&lt;item&gt;2&lt;/item&gt;&lt;item&gt;7&lt;/item&gt;&lt;item&gt;8&lt;/item&gt;&lt;item&gt;10&lt;/item&gt;&lt;item&gt;11&lt;/item&gt;&lt;item&gt;12&lt;/item&gt;&lt;item&gt;13&lt;/item&gt;&lt;item&gt;14&lt;/item&gt;&lt;item&gt;15&lt;/item&gt;&lt;item&gt;17&lt;/item&gt;&lt;item&gt;19&lt;/item&gt;&lt;item&gt;20&lt;/item&gt;&lt;item&gt;21&lt;/item&gt;&lt;item&gt;22&lt;/item&gt;&lt;item&gt;25&lt;/item&gt;&lt;item&gt;27&lt;/item&gt;&lt;item&gt;29&lt;/item&gt;&lt;item&gt;31&lt;/item&gt;&lt;item&gt;32&lt;/item&gt;&lt;item&gt;33&lt;/item&gt;&lt;item&gt;37&lt;/item&gt;&lt;/record-ids&gt;&lt;/item&gt;&lt;/Libraries&gt;"/>
  </w:docVars>
  <w:rsids>
    <w:rsidRoot w:val="00B47730"/>
    <w:rsid w:val="00001292"/>
    <w:rsid w:val="00001765"/>
    <w:rsid w:val="000052CE"/>
    <w:rsid w:val="000058FB"/>
    <w:rsid w:val="000123E0"/>
    <w:rsid w:val="00013F07"/>
    <w:rsid w:val="0001475D"/>
    <w:rsid w:val="0002470D"/>
    <w:rsid w:val="0002648E"/>
    <w:rsid w:val="00026D36"/>
    <w:rsid w:val="00034616"/>
    <w:rsid w:val="00041F7C"/>
    <w:rsid w:val="00042C7D"/>
    <w:rsid w:val="0005010F"/>
    <w:rsid w:val="000537C6"/>
    <w:rsid w:val="00056290"/>
    <w:rsid w:val="0006063C"/>
    <w:rsid w:val="000610C4"/>
    <w:rsid w:val="00064ACB"/>
    <w:rsid w:val="00064F2E"/>
    <w:rsid w:val="00066948"/>
    <w:rsid w:val="00066C7B"/>
    <w:rsid w:val="00075841"/>
    <w:rsid w:val="00077CC9"/>
    <w:rsid w:val="00084955"/>
    <w:rsid w:val="00084B53"/>
    <w:rsid w:val="00086D19"/>
    <w:rsid w:val="00093B86"/>
    <w:rsid w:val="000A23E4"/>
    <w:rsid w:val="000A6D08"/>
    <w:rsid w:val="000B0C1D"/>
    <w:rsid w:val="000B1703"/>
    <w:rsid w:val="000B7CBD"/>
    <w:rsid w:val="000C437A"/>
    <w:rsid w:val="000C50BB"/>
    <w:rsid w:val="000C64D8"/>
    <w:rsid w:val="000D2142"/>
    <w:rsid w:val="000D2991"/>
    <w:rsid w:val="000D525A"/>
    <w:rsid w:val="000D5CD9"/>
    <w:rsid w:val="000E0686"/>
    <w:rsid w:val="000E343C"/>
    <w:rsid w:val="000E5DA0"/>
    <w:rsid w:val="000E7C82"/>
    <w:rsid w:val="000F06ED"/>
    <w:rsid w:val="000F10B1"/>
    <w:rsid w:val="000F4A2F"/>
    <w:rsid w:val="000F5139"/>
    <w:rsid w:val="000F6F4E"/>
    <w:rsid w:val="00103FF7"/>
    <w:rsid w:val="00104947"/>
    <w:rsid w:val="00110E80"/>
    <w:rsid w:val="00115E9C"/>
    <w:rsid w:val="00130112"/>
    <w:rsid w:val="00131ABE"/>
    <w:rsid w:val="00131AD8"/>
    <w:rsid w:val="0013413F"/>
    <w:rsid w:val="0013737D"/>
    <w:rsid w:val="00137E9E"/>
    <w:rsid w:val="00141488"/>
    <w:rsid w:val="00141D3C"/>
    <w:rsid w:val="0014247C"/>
    <w:rsid w:val="00146ABB"/>
    <w:rsid w:val="0015074B"/>
    <w:rsid w:val="00152664"/>
    <w:rsid w:val="001566EA"/>
    <w:rsid w:val="00163736"/>
    <w:rsid w:val="00165ABE"/>
    <w:rsid w:val="00172A66"/>
    <w:rsid w:val="00180C01"/>
    <w:rsid w:val="00190A1D"/>
    <w:rsid w:val="00192E34"/>
    <w:rsid w:val="001A4810"/>
    <w:rsid w:val="001B05F2"/>
    <w:rsid w:val="001C2501"/>
    <w:rsid w:val="001C4A2C"/>
    <w:rsid w:val="001C62E7"/>
    <w:rsid w:val="001D1D47"/>
    <w:rsid w:val="001D6668"/>
    <w:rsid w:val="001E0A8B"/>
    <w:rsid w:val="001E4A9D"/>
    <w:rsid w:val="001F0086"/>
    <w:rsid w:val="001F0BE1"/>
    <w:rsid w:val="001F14E8"/>
    <w:rsid w:val="001F3B49"/>
    <w:rsid w:val="001F472B"/>
    <w:rsid w:val="001F6F33"/>
    <w:rsid w:val="002041B8"/>
    <w:rsid w:val="0020662B"/>
    <w:rsid w:val="002114FF"/>
    <w:rsid w:val="002127C3"/>
    <w:rsid w:val="00213087"/>
    <w:rsid w:val="00214DDA"/>
    <w:rsid w:val="002162CA"/>
    <w:rsid w:val="0021689A"/>
    <w:rsid w:val="00222E8E"/>
    <w:rsid w:val="00223AA9"/>
    <w:rsid w:val="00230A60"/>
    <w:rsid w:val="00233E77"/>
    <w:rsid w:val="00234307"/>
    <w:rsid w:val="00235884"/>
    <w:rsid w:val="00235A34"/>
    <w:rsid w:val="00243571"/>
    <w:rsid w:val="00251A9A"/>
    <w:rsid w:val="00251DB6"/>
    <w:rsid w:val="00252360"/>
    <w:rsid w:val="00252CA8"/>
    <w:rsid w:val="00256BD6"/>
    <w:rsid w:val="00257C66"/>
    <w:rsid w:val="0026016A"/>
    <w:rsid w:val="00262D70"/>
    <w:rsid w:val="00264D29"/>
    <w:rsid w:val="00265673"/>
    <w:rsid w:val="00266A8E"/>
    <w:rsid w:val="00274993"/>
    <w:rsid w:val="00282A33"/>
    <w:rsid w:val="002854E6"/>
    <w:rsid w:val="002904C9"/>
    <w:rsid w:val="00292928"/>
    <w:rsid w:val="00294FF6"/>
    <w:rsid w:val="0029639D"/>
    <w:rsid w:val="002978F6"/>
    <w:rsid w:val="00297CA9"/>
    <w:rsid w:val="00297D9A"/>
    <w:rsid w:val="002A1D80"/>
    <w:rsid w:val="002A4A49"/>
    <w:rsid w:val="002B1CBA"/>
    <w:rsid w:val="002B481D"/>
    <w:rsid w:val="002C1EEC"/>
    <w:rsid w:val="002C22D9"/>
    <w:rsid w:val="002C2A20"/>
    <w:rsid w:val="002C7BBE"/>
    <w:rsid w:val="002D0B5F"/>
    <w:rsid w:val="002D1C00"/>
    <w:rsid w:val="002D48D7"/>
    <w:rsid w:val="002D66D5"/>
    <w:rsid w:val="002E7C70"/>
    <w:rsid w:val="002F289D"/>
    <w:rsid w:val="002F5B50"/>
    <w:rsid w:val="002F6A80"/>
    <w:rsid w:val="003041F1"/>
    <w:rsid w:val="003109DE"/>
    <w:rsid w:val="00326F90"/>
    <w:rsid w:val="00330166"/>
    <w:rsid w:val="00333A0D"/>
    <w:rsid w:val="00337CBB"/>
    <w:rsid w:val="003447F3"/>
    <w:rsid w:val="00353C95"/>
    <w:rsid w:val="00354022"/>
    <w:rsid w:val="003551ED"/>
    <w:rsid w:val="003559AE"/>
    <w:rsid w:val="00365EA6"/>
    <w:rsid w:val="00366AE9"/>
    <w:rsid w:val="003674E8"/>
    <w:rsid w:val="00372766"/>
    <w:rsid w:val="00373C7B"/>
    <w:rsid w:val="00376B38"/>
    <w:rsid w:val="00376D82"/>
    <w:rsid w:val="00380405"/>
    <w:rsid w:val="00381991"/>
    <w:rsid w:val="00384FFF"/>
    <w:rsid w:val="00385F07"/>
    <w:rsid w:val="00391F44"/>
    <w:rsid w:val="00394B95"/>
    <w:rsid w:val="00395D6E"/>
    <w:rsid w:val="00396E77"/>
    <w:rsid w:val="00397CCF"/>
    <w:rsid w:val="003A1F52"/>
    <w:rsid w:val="003A21EE"/>
    <w:rsid w:val="003B24CD"/>
    <w:rsid w:val="003B2C14"/>
    <w:rsid w:val="003B6213"/>
    <w:rsid w:val="003B7843"/>
    <w:rsid w:val="003C0A97"/>
    <w:rsid w:val="003C1605"/>
    <w:rsid w:val="003C1A11"/>
    <w:rsid w:val="003C756F"/>
    <w:rsid w:val="003C7A83"/>
    <w:rsid w:val="003C7BBB"/>
    <w:rsid w:val="003D06CA"/>
    <w:rsid w:val="003D3411"/>
    <w:rsid w:val="003D3AAF"/>
    <w:rsid w:val="003D49A8"/>
    <w:rsid w:val="003D4F2A"/>
    <w:rsid w:val="003E3607"/>
    <w:rsid w:val="003E7835"/>
    <w:rsid w:val="003F26F5"/>
    <w:rsid w:val="003F4124"/>
    <w:rsid w:val="003F6ABC"/>
    <w:rsid w:val="004010BA"/>
    <w:rsid w:val="00402A7A"/>
    <w:rsid w:val="00402CDE"/>
    <w:rsid w:val="004039E0"/>
    <w:rsid w:val="00403FCE"/>
    <w:rsid w:val="00407679"/>
    <w:rsid w:val="00410AF1"/>
    <w:rsid w:val="00412157"/>
    <w:rsid w:val="004143C3"/>
    <w:rsid w:val="00422400"/>
    <w:rsid w:val="00424905"/>
    <w:rsid w:val="004251C4"/>
    <w:rsid w:val="004272E0"/>
    <w:rsid w:val="0043163C"/>
    <w:rsid w:val="004342FF"/>
    <w:rsid w:val="00434BC7"/>
    <w:rsid w:val="0043698B"/>
    <w:rsid w:val="0044231E"/>
    <w:rsid w:val="00443C73"/>
    <w:rsid w:val="00445077"/>
    <w:rsid w:val="00451111"/>
    <w:rsid w:val="0045213A"/>
    <w:rsid w:val="00456B6B"/>
    <w:rsid w:val="0045776E"/>
    <w:rsid w:val="00457AF3"/>
    <w:rsid w:val="00463D39"/>
    <w:rsid w:val="004759FE"/>
    <w:rsid w:val="00481E74"/>
    <w:rsid w:val="004904B0"/>
    <w:rsid w:val="00494551"/>
    <w:rsid w:val="00497180"/>
    <w:rsid w:val="004A016B"/>
    <w:rsid w:val="004A20DA"/>
    <w:rsid w:val="004A2861"/>
    <w:rsid w:val="004A353D"/>
    <w:rsid w:val="004A43DF"/>
    <w:rsid w:val="004A5B48"/>
    <w:rsid w:val="004A73BB"/>
    <w:rsid w:val="004B0106"/>
    <w:rsid w:val="004B4639"/>
    <w:rsid w:val="004B6891"/>
    <w:rsid w:val="004C040A"/>
    <w:rsid w:val="004C0E71"/>
    <w:rsid w:val="004C21C5"/>
    <w:rsid w:val="004C7D8D"/>
    <w:rsid w:val="004D0170"/>
    <w:rsid w:val="004D209F"/>
    <w:rsid w:val="004D5EF5"/>
    <w:rsid w:val="004D6EB7"/>
    <w:rsid w:val="004E039D"/>
    <w:rsid w:val="004E0A67"/>
    <w:rsid w:val="004E11D1"/>
    <w:rsid w:val="004E2D71"/>
    <w:rsid w:val="004E323B"/>
    <w:rsid w:val="004E5927"/>
    <w:rsid w:val="004F022B"/>
    <w:rsid w:val="004F1B06"/>
    <w:rsid w:val="004F2C03"/>
    <w:rsid w:val="004F3A59"/>
    <w:rsid w:val="004F3D68"/>
    <w:rsid w:val="0050114C"/>
    <w:rsid w:val="0050172C"/>
    <w:rsid w:val="005039B3"/>
    <w:rsid w:val="00505E38"/>
    <w:rsid w:val="00506958"/>
    <w:rsid w:val="00515237"/>
    <w:rsid w:val="005155A8"/>
    <w:rsid w:val="00516936"/>
    <w:rsid w:val="00516A43"/>
    <w:rsid w:val="00522F15"/>
    <w:rsid w:val="0052322C"/>
    <w:rsid w:val="005236A3"/>
    <w:rsid w:val="005264A8"/>
    <w:rsid w:val="00527109"/>
    <w:rsid w:val="00527392"/>
    <w:rsid w:val="00527BE3"/>
    <w:rsid w:val="0053053E"/>
    <w:rsid w:val="0053621A"/>
    <w:rsid w:val="0053761F"/>
    <w:rsid w:val="00537F8B"/>
    <w:rsid w:val="0054097C"/>
    <w:rsid w:val="005479E8"/>
    <w:rsid w:val="00550806"/>
    <w:rsid w:val="00551572"/>
    <w:rsid w:val="005554D7"/>
    <w:rsid w:val="00563E77"/>
    <w:rsid w:val="00573D28"/>
    <w:rsid w:val="00574B76"/>
    <w:rsid w:val="00577CD3"/>
    <w:rsid w:val="0058711F"/>
    <w:rsid w:val="00587962"/>
    <w:rsid w:val="00591CDC"/>
    <w:rsid w:val="00594BD1"/>
    <w:rsid w:val="00596CEF"/>
    <w:rsid w:val="00597890"/>
    <w:rsid w:val="005A496E"/>
    <w:rsid w:val="005A62C4"/>
    <w:rsid w:val="005A68BA"/>
    <w:rsid w:val="005A7E78"/>
    <w:rsid w:val="005B0E63"/>
    <w:rsid w:val="005B20F6"/>
    <w:rsid w:val="005B2740"/>
    <w:rsid w:val="005B5DC3"/>
    <w:rsid w:val="005B629F"/>
    <w:rsid w:val="005C0F81"/>
    <w:rsid w:val="005C27AC"/>
    <w:rsid w:val="005C2952"/>
    <w:rsid w:val="005C57E3"/>
    <w:rsid w:val="005C5D9E"/>
    <w:rsid w:val="005C6784"/>
    <w:rsid w:val="005D0676"/>
    <w:rsid w:val="005D1478"/>
    <w:rsid w:val="005D2445"/>
    <w:rsid w:val="005E3B60"/>
    <w:rsid w:val="005E51E4"/>
    <w:rsid w:val="005E5A0A"/>
    <w:rsid w:val="005E7183"/>
    <w:rsid w:val="005F5343"/>
    <w:rsid w:val="0060093C"/>
    <w:rsid w:val="00607D7D"/>
    <w:rsid w:val="0061518A"/>
    <w:rsid w:val="00617BCF"/>
    <w:rsid w:val="006201C3"/>
    <w:rsid w:val="0062073B"/>
    <w:rsid w:val="0062104D"/>
    <w:rsid w:val="00621EDB"/>
    <w:rsid w:val="00637D54"/>
    <w:rsid w:val="006463E7"/>
    <w:rsid w:val="0065202E"/>
    <w:rsid w:val="00652038"/>
    <w:rsid w:val="00653125"/>
    <w:rsid w:val="00654D5D"/>
    <w:rsid w:val="00655E1D"/>
    <w:rsid w:val="0066404E"/>
    <w:rsid w:val="006667B5"/>
    <w:rsid w:val="006676A8"/>
    <w:rsid w:val="00672DE3"/>
    <w:rsid w:val="00674D8C"/>
    <w:rsid w:val="006758C8"/>
    <w:rsid w:val="00675FDB"/>
    <w:rsid w:val="0067747C"/>
    <w:rsid w:val="00681155"/>
    <w:rsid w:val="0068517E"/>
    <w:rsid w:val="006864DD"/>
    <w:rsid w:val="006916B5"/>
    <w:rsid w:val="00691A26"/>
    <w:rsid w:val="006A5554"/>
    <w:rsid w:val="006B2DF2"/>
    <w:rsid w:val="006B3935"/>
    <w:rsid w:val="006B4A11"/>
    <w:rsid w:val="006B5BCE"/>
    <w:rsid w:val="006C0F51"/>
    <w:rsid w:val="006C3200"/>
    <w:rsid w:val="006C5269"/>
    <w:rsid w:val="006C58B4"/>
    <w:rsid w:val="006C7D50"/>
    <w:rsid w:val="006D06B9"/>
    <w:rsid w:val="006D2522"/>
    <w:rsid w:val="006D6A90"/>
    <w:rsid w:val="006E0218"/>
    <w:rsid w:val="006E2BAB"/>
    <w:rsid w:val="006F452A"/>
    <w:rsid w:val="006F68B0"/>
    <w:rsid w:val="007024E7"/>
    <w:rsid w:val="00711422"/>
    <w:rsid w:val="00717869"/>
    <w:rsid w:val="00717E83"/>
    <w:rsid w:val="007210EF"/>
    <w:rsid w:val="0072227F"/>
    <w:rsid w:val="00723C1D"/>
    <w:rsid w:val="00727BD2"/>
    <w:rsid w:val="00730C3E"/>
    <w:rsid w:val="0073312A"/>
    <w:rsid w:val="007346DB"/>
    <w:rsid w:val="00737E2C"/>
    <w:rsid w:val="00741E09"/>
    <w:rsid w:val="0074253D"/>
    <w:rsid w:val="007430F1"/>
    <w:rsid w:val="0074694B"/>
    <w:rsid w:val="007527F7"/>
    <w:rsid w:val="00753E2B"/>
    <w:rsid w:val="00755F5B"/>
    <w:rsid w:val="00755FE5"/>
    <w:rsid w:val="00760BB2"/>
    <w:rsid w:val="00762108"/>
    <w:rsid w:val="007675D2"/>
    <w:rsid w:val="007700F2"/>
    <w:rsid w:val="00770EF8"/>
    <w:rsid w:val="007800BF"/>
    <w:rsid w:val="00783CD6"/>
    <w:rsid w:val="00784A3B"/>
    <w:rsid w:val="00785CE1"/>
    <w:rsid w:val="00791C86"/>
    <w:rsid w:val="0079425E"/>
    <w:rsid w:val="00797CD1"/>
    <w:rsid w:val="007A0613"/>
    <w:rsid w:val="007A33A9"/>
    <w:rsid w:val="007A3B88"/>
    <w:rsid w:val="007A51DB"/>
    <w:rsid w:val="007A6260"/>
    <w:rsid w:val="007B0137"/>
    <w:rsid w:val="007B0AB6"/>
    <w:rsid w:val="007B4F07"/>
    <w:rsid w:val="007B58F3"/>
    <w:rsid w:val="007D0C84"/>
    <w:rsid w:val="007D1F4E"/>
    <w:rsid w:val="007D2519"/>
    <w:rsid w:val="007D3E22"/>
    <w:rsid w:val="007D5205"/>
    <w:rsid w:val="007D5752"/>
    <w:rsid w:val="007E31C5"/>
    <w:rsid w:val="007E44D4"/>
    <w:rsid w:val="007F6616"/>
    <w:rsid w:val="00803597"/>
    <w:rsid w:val="008051FF"/>
    <w:rsid w:val="00807510"/>
    <w:rsid w:val="00810529"/>
    <w:rsid w:val="0081591B"/>
    <w:rsid w:val="0081786C"/>
    <w:rsid w:val="00826A6F"/>
    <w:rsid w:val="00826BAB"/>
    <w:rsid w:val="008431D4"/>
    <w:rsid w:val="00844DA7"/>
    <w:rsid w:val="00854A9C"/>
    <w:rsid w:val="00855236"/>
    <w:rsid w:val="00855B2A"/>
    <w:rsid w:val="0085770D"/>
    <w:rsid w:val="008579AD"/>
    <w:rsid w:val="00860092"/>
    <w:rsid w:val="00862DE1"/>
    <w:rsid w:val="00864A28"/>
    <w:rsid w:val="00866171"/>
    <w:rsid w:val="00880A27"/>
    <w:rsid w:val="00880FFC"/>
    <w:rsid w:val="00885C78"/>
    <w:rsid w:val="008873E4"/>
    <w:rsid w:val="00887E68"/>
    <w:rsid w:val="00892931"/>
    <w:rsid w:val="00892D50"/>
    <w:rsid w:val="00893BFD"/>
    <w:rsid w:val="008947A7"/>
    <w:rsid w:val="00895E2D"/>
    <w:rsid w:val="008966C0"/>
    <w:rsid w:val="008B15BF"/>
    <w:rsid w:val="008B4DA5"/>
    <w:rsid w:val="008B59A3"/>
    <w:rsid w:val="008B5ED3"/>
    <w:rsid w:val="008B6AE2"/>
    <w:rsid w:val="008C65B1"/>
    <w:rsid w:val="008C7404"/>
    <w:rsid w:val="008D26C0"/>
    <w:rsid w:val="008D6F48"/>
    <w:rsid w:val="008E0074"/>
    <w:rsid w:val="008E400D"/>
    <w:rsid w:val="008E674A"/>
    <w:rsid w:val="008F0C7E"/>
    <w:rsid w:val="008F1332"/>
    <w:rsid w:val="008F4340"/>
    <w:rsid w:val="008F47E0"/>
    <w:rsid w:val="008F71B5"/>
    <w:rsid w:val="00902076"/>
    <w:rsid w:val="0090316C"/>
    <w:rsid w:val="00911CD9"/>
    <w:rsid w:val="00915B56"/>
    <w:rsid w:val="00925418"/>
    <w:rsid w:val="00925E48"/>
    <w:rsid w:val="0093046D"/>
    <w:rsid w:val="00932B66"/>
    <w:rsid w:val="009350FF"/>
    <w:rsid w:val="00937DEC"/>
    <w:rsid w:val="00942B87"/>
    <w:rsid w:val="0094366E"/>
    <w:rsid w:val="00946C5B"/>
    <w:rsid w:val="00947B3D"/>
    <w:rsid w:val="009513A6"/>
    <w:rsid w:val="00981CF4"/>
    <w:rsid w:val="00982CA6"/>
    <w:rsid w:val="009836BD"/>
    <w:rsid w:val="00986CA3"/>
    <w:rsid w:val="00992262"/>
    <w:rsid w:val="00993684"/>
    <w:rsid w:val="009949EE"/>
    <w:rsid w:val="00995FBB"/>
    <w:rsid w:val="00996ECA"/>
    <w:rsid w:val="00997F28"/>
    <w:rsid w:val="009A174C"/>
    <w:rsid w:val="009A2FD3"/>
    <w:rsid w:val="009A789F"/>
    <w:rsid w:val="009B48AB"/>
    <w:rsid w:val="009B74A7"/>
    <w:rsid w:val="009C0590"/>
    <w:rsid w:val="009D0C2A"/>
    <w:rsid w:val="009D281C"/>
    <w:rsid w:val="009D2B64"/>
    <w:rsid w:val="009D41A1"/>
    <w:rsid w:val="009D7DD7"/>
    <w:rsid w:val="009F6030"/>
    <w:rsid w:val="00A025D7"/>
    <w:rsid w:val="00A02AB8"/>
    <w:rsid w:val="00A02BAA"/>
    <w:rsid w:val="00A02DFA"/>
    <w:rsid w:val="00A03028"/>
    <w:rsid w:val="00A04838"/>
    <w:rsid w:val="00A05928"/>
    <w:rsid w:val="00A06075"/>
    <w:rsid w:val="00A1507F"/>
    <w:rsid w:val="00A17C89"/>
    <w:rsid w:val="00A218F2"/>
    <w:rsid w:val="00A24312"/>
    <w:rsid w:val="00A25737"/>
    <w:rsid w:val="00A3427B"/>
    <w:rsid w:val="00A346AD"/>
    <w:rsid w:val="00A424E2"/>
    <w:rsid w:val="00A45218"/>
    <w:rsid w:val="00A45297"/>
    <w:rsid w:val="00A46FA1"/>
    <w:rsid w:val="00A47146"/>
    <w:rsid w:val="00A501FA"/>
    <w:rsid w:val="00A5124F"/>
    <w:rsid w:val="00A5244D"/>
    <w:rsid w:val="00A60A56"/>
    <w:rsid w:val="00A641AF"/>
    <w:rsid w:val="00A64483"/>
    <w:rsid w:val="00A64A39"/>
    <w:rsid w:val="00A64C75"/>
    <w:rsid w:val="00A64EC7"/>
    <w:rsid w:val="00A65072"/>
    <w:rsid w:val="00A66E08"/>
    <w:rsid w:val="00A72828"/>
    <w:rsid w:val="00A7420F"/>
    <w:rsid w:val="00A808CF"/>
    <w:rsid w:val="00A851AE"/>
    <w:rsid w:val="00A91736"/>
    <w:rsid w:val="00A93F48"/>
    <w:rsid w:val="00A9445D"/>
    <w:rsid w:val="00A9643E"/>
    <w:rsid w:val="00AA144A"/>
    <w:rsid w:val="00AA1D8D"/>
    <w:rsid w:val="00AA6411"/>
    <w:rsid w:val="00AB1E7B"/>
    <w:rsid w:val="00AB3927"/>
    <w:rsid w:val="00AB3F42"/>
    <w:rsid w:val="00AB697C"/>
    <w:rsid w:val="00AC19F2"/>
    <w:rsid w:val="00AC1F73"/>
    <w:rsid w:val="00AC6993"/>
    <w:rsid w:val="00AD1207"/>
    <w:rsid w:val="00AD35DB"/>
    <w:rsid w:val="00AD4430"/>
    <w:rsid w:val="00AD5003"/>
    <w:rsid w:val="00AD65AC"/>
    <w:rsid w:val="00AE62CB"/>
    <w:rsid w:val="00AF6800"/>
    <w:rsid w:val="00B065AF"/>
    <w:rsid w:val="00B079A0"/>
    <w:rsid w:val="00B20B4F"/>
    <w:rsid w:val="00B23757"/>
    <w:rsid w:val="00B25D23"/>
    <w:rsid w:val="00B26715"/>
    <w:rsid w:val="00B278A0"/>
    <w:rsid w:val="00B27D38"/>
    <w:rsid w:val="00B31605"/>
    <w:rsid w:val="00B368A6"/>
    <w:rsid w:val="00B43B01"/>
    <w:rsid w:val="00B4442C"/>
    <w:rsid w:val="00B44DC2"/>
    <w:rsid w:val="00B459A9"/>
    <w:rsid w:val="00B47730"/>
    <w:rsid w:val="00B51014"/>
    <w:rsid w:val="00B51AA1"/>
    <w:rsid w:val="00B532D8"/>
    <w:rsid w:val="00B549A9"/>
    <w:rsid w:val="00B65EC3"/>
    <w:rsid w:val="00B71405"/>
    <w:rsid w:val="00B72292"/>
    <w:rsid w:val="00B7554F"/>
    <w:rsid w:val="00B761B0"/>
    <w:rsid w:val="00B761DE"/>
    <w:rsid w:val="00B802DF"/>
    <w:rsid w:val="00B80381"/>
    <w:rsid w:val="00B92457"/>
    <w:rsid w:val="00B97179"/>
    <w:rsid w:val="00BA1A48"/>
    <w:rsid w:val="00BA7F1F"/>
    <w:rsid w:val="00BB0771"/>
    <w:rsid w:val="00BB0CA4"/>
    <w:rsid w:val="00BB4A0D"/>
    <w:rsid w:val="00BC270F"/>
    <w:rsid w:val="00BC3F37"/>
    <w:rsid w:val="00BC50B0"/>
    <w:rsid w:val="00BC64FA"/>
    <w:rsid w:val="00BE0FF8"/>
    <w:rsid w:val="00BF42FD"/>
    <w:rsid w:val="00BF78CE"/>
    <w:rsid w:val="00C06A5A"/>
    <w:rsid w:val="00C07C94"/>
    <w:rsid w:val="00C16D0D"/>
    <w:rsid w:val="00C23E43"/>
    <w:rsid w:val="00C41A9A"/>
    <w:rsid w:val="00C47F82"/>
    <w:rsid w:val="00C51508"/>
    <w:rsid w:val="00C51888"/>
    <w:rsid w:val="00C52E6C"/>
    <w:rsid w:val="00C54175"/>
    <w:rsid w:val="00C54DC8"/>
    <w:rsid w:val="00C555CD"/>
    <w:rsid w:val="00C55A43"/>
    <w:rsid w:val="00C56ADD"/>
    <w:rsid w:val="00C5717E"/>
    <w:rsid w:val="00C606CB"/>
    <w:rsid w:val="00C61A52"/>
    <w:rsid w:val="00C62F8F"/>
    <w:rsid w:val="00C64DF3"/>
    <w:rsid w:val="00C723D6"/>
    <w:rsid w:val="00C72EDF"/>
    <w:rsid w:val="00C75A44"/>
    <w:rsid w:val="00C8051D"/>
    <w:rsid w:val="00C81264"/>
    <w:rsid w:val="00C859AC"/>
    <w:rsid w:val="00C8677B"/>
    <w:rsid w:val="00C93305"/>
    <w:rsid w:val="00C97CE9"/>
    <w:rsid w:val="00CA2063"/>
    <w:rsid w:val="00CB0664"/>
    <w:rsid w:val="00CB348E"/>
    <w:rsid w:val="00CB6266"/>
    <w:rsid w:val="00CB6736"/>
    <w:rsid w:val="00CB69F5"/>
    <w:rsid w:val="00CC0749"/>
    <w:rsid w:val="00CC2240"/>
    <w:rsid w:val="00CC5233"/>
    <w:rsid w:val="00CC60BD"/>
    <w:rsid w:val="00CC7B4E"/>
    <w:rsid w:val="00CD0ECF"/>
    <w:rsid w:val="00CD1358"/>
    <w:rsid w:val="00CE138D"/>
    <w:rsid w:val="00CE5F26"/>
    <w:rsid w:val="00CE6099"/>
    <w:rsid w:val="00CF0413"/>
    <w:rsid w:val="00CF0417"/>
    <w:rsid w:val="00CF102D"/>
    <w:rsid w:val="00CF2689"/>
    <w:rsid w:val="00CF2C0C"/>
    <w:rsid w:val="00CF3E2B"/>
    <w:rsid w:val="00CF553D"/>
    <w:rsid w:val="00CF627E"/>
    <w:rsid w:val="00CF725E"/>
    <w:rsid w:val="00CF7ED7"/>
    <w:rsid w:val="00D024A1"/>
    <w:rsid w:val="00D06876"/>
    <w:rsid w:val="00D07172"/>
    <w:rsid w:val="00D170D5"/>
    <w:rsid w:val="00D22F84"/>
    <w:rsid w:val="00D25883"/>
    <w:rsid w:val="00D277BB"/>
    <w:rsid w:val="00D27BAA"/>
    <w:rsid w:val="00D36FC0"/>
    <w:rsid w:val="00D4208B"/>
    <w:rsid w:val="00D45DC2"/>
    <w:rsid w:val="00D47EBB"/>
    <w:rsid w:val="00D53955"/>
    <w:rsid w:val="00D54EB3"/>
    <w:rsid w:val="00D62168"/>
    <w:rsid w:val="00D63C7A"/>
    <w:rsid w:val="00D65CF6"/>
    <w:rsid w:val="00D66867"/>
    <w:rsid w:val="00D71316"/>
    <w:rsid w:val="00D71FB3"/>
    <w:rsid w:val="00D73707"/>
    <w:rsid w:val="00D75716"/>
    <w:rsid w:val="00D8161A"/>
    <w:rsid w:val="00D867B3"/>
    <w:rsid w:val="00D92C32"/>
    <w:rsid w:val="00D92D00"/>
    <w:rsid w:val="00D94E01"/>
    <w:rsid w:val="00D971AE"/>
    <w:rsid w:val="00DA0049"/>
    <w:rsid w:val="00DA1EAC"/>
    <w:rsid w:val="00DA31FB"/>
    <w:rsid w:val="00DA44AA"/>
    <w:rsid w:val="00DB1229"/>
    <w:rsid w:val="00DC5D08"/>
    <w:rsid w:val="00DC65AD"/>
    <w:rsid w:val="00DC713B"/>
    <w:rsid w:val="00DD1290"/>
    <w:rsid w:val="00DD2603"/>
    <w:rsid w:val="00DD30D0"/>
    <w:rsid w:val="00DE022E"/>
    <w:rsid w:val="00DE47EF"/>
    <w:rsid w:val="00DE5BBD"/>
    <w:rsid w:val="00DF5930"/>
    <w:rsid w:val="00E05D38"/>
    <w:rsid w:val="00E0758D"/>
    <w:rsid w:val="00E12A96"/>
    <w:rsid w:val="00E12EF8"/>
    <w:rsid w:val="00E21FD8"/>
    <w:rsid w:val="00E26991"/>
    <w:rsid w:val="00E36762"/>
    <w:rsid w:val="00E4648B"/>
    <w:rsid w:val="00E54340"/>
    <w:rsid w:val="00E54A2D"/>
    <w:rsid w:val="00E66641"/>
    <w:rsid w:val="00E730C7"/>
    <w:rsid w:val="00E8019F"/>
    <w:rsid w:val="00E81D69"/>
    <w:rsid w:val="00E837F0"/>
    <w:rsid w:val="00E86ABB"/>
    <w:rsid w:val="00E924EE"/>
    <w:rsid w:val="00E964E1"/>
    <w:rsid w:val="00EA21A5"/>
    <w:rsid w:val="00EA5321"/>
    <w:rsid w:val="00EA5C00"/>
    <w:rsid w:val="00EB3313"/>
    <w:rsid w:val="00EB50CB"/>
    <w:rsid w:val="00EB577F"/>
    <w:rsid w:val="00EC146C"/>
    <w:rsid w:val="00EC33F5"/>
    <w:rsid w:val="00EC407D"/>
    <w:rsid w:val="00EC716C"/>
    <w:rsid w:val="00ED5C29"/>
    <w:rsid w:val="00ED70EF"/>
    <w:rsid w:val="00EE1D18"/>
    <w:rsid w:val="00EE1DCE"/>
    <w:rsid w:val="00EE43EE"/>
    <w:rsid w:val="00EE50BC"/>
    <w:rsid w:val="00EE74C1"/>
    <w:rsid w:val="00EF1570"/>
    <w:rsid w:val="00EF1C77"/>
    <w:rsid w:val="00EF26A2"/>
    <w:rsid w:val="00EF32B4"/>
    <w:rsid w:val="00F013B2"/>
    <w:rsid w:val="00F034CC"/>
    <w:rsid w:val="00F0490F"/>
    <w:rsid w:val="00F10344"/>
    <w:rsid w:val="00F1139C"/>
    <w:rsid w:val="00F15CDC"/>
    <w:rsid w:val="00F20857"/>
    <w:rsid w:val="00F26968"/>
    <w:rsid w:val="00F31A38"/>
    <w:rsid w:val="00F31F68"/>
    <w:rsid w:val="00F32AE2"/>
    <w:rsid w:val="00F33578"/>
    <w:rsid w:val="00F40A43"/>
    <w:rsid w:val="00F42ED2"/>
    <w:rsid w:val="00F440AD"/>
    <w:rsid w:val="00F46087"/>
    <w:rsid w:val="00F5630E"/>
    <w:rsid w:val="00F60B5C"/>
    <w:rsid w:val="00F652FA"/>
    <w:rsid w:val="00F65782"/>
    <w:rsid w:val="00F65A05"/>
    <w:rsid w:val="00F700CB"/>
    <w:rsid w:val="00F74405"/>
    <w:rsid w:val="00F756B8"/>
    <w:rsid w:val="00F81980"/>
    <w:rsid w:val="00F83DB2"/>
    <w:rsid w:val="00F87327"/>
    <w:rsid w:val="00F923B9"/>
    <w:rsid w:val="00F95855"/>
    <w:rsid w:val="00F967BD"/>
    <w:rsid w:val="00FA3DBC"/>
    <w:rsid w:val="00FA7C9A"/>
    <w:rsid w:val="00FB089D"/>
    <w:rsid w:val="00FC5E5E"/>
    <w:rsid w:val="00FC693F"/>
    <w:rsid w:val="00FD171E"/>
    <w:rsid w:val="00FD7D9A"/>
    <w:rsid w:val="00FE24ED"/>
    <w:rsid w:val="00FE30F8"/>
    <w:rsid w:val="00FE3EAF"/>
    <w:rsid w:val="00FE5476"/>
    <w:rsid w:val="00FE5F88"/>
    <w:rsid w:val="00FF0A7C"/>
    <w:rsid w:val="00FF3E20"/>
    <w:rsid w:val="00FF4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244989E4-D9F8-48D9-AE62-C46F26FB6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rFonts w:ascii="Calibri" w:hAnsi="Calibri"/>
      <w:sz w:val="22"/>
    </w:rPr>
  </w:style>
  <w:style w:type="paragraph" w:styleId="Heading1">
    <w:name w:val="heading 1"/>
    <w:basedOn w:val="Normal"/>
    <w:qFormat/>
    <w:pPr>
      <w:keepNext/>
      <w:keepLines/>
      <w:spacing w:before="240" w:after="240" w:line="480" w:lineRule="auto"/>
      <w:outlineLvl w:val="0"/>
    </w:pPr>
    <w:rPr>
      <w:rFonts w:ascii="Arial" w:hAnsi="Arial"/>
      <w:b/>
      <w:sz w:val="24"/>
    </w:rPr>
  </w:style>
  <w:style w:type="paragraph" w:styleId="Heading2">
    <w:name w:val="heading 2"/>
    <w:basedOn w:val="Normal"/>
    <w:qFormat/>
    <w:pPr>
      <w:keepNext/>
      <w:keepLines/>
      <w:spacing w:before="40" w:after="0"/>
      <w:outlineLvl w:val="1"/>
    </w:pPr>
    <w:rPr>
      <w:rFonts w:ascii="Calibri Light" w:hAnsi="Calibri Light"/>
      <w:color w:val="2F5496"/>
      <w:sz w:val="26"/>
    </w:rPr>
  </w:style>
  <w:style w:type="paragraph" w:styleId="Heading3">
    <w:name w:val="heading 3"/>
    <w:basedOn w:val="Normal"/>
    <w:qFormat/>
    <w:pPr>
      <w:keepNext/>
      <w:keepLines/>
      <w:spacing w:before="40" w:after="0"/>
      <w:outlineLvl w:val="2"/>
    </w:pPr>
    <w:rPr>
      <w:rFonts w:ascii="Calibri Light" w:hAnsi="Calibri Light"/>
      <w:color w:val="1F3763"/>
      <w:sz w:val="24"/>
    </w:rPr>
  </w:style>
  <w:style w:type="paragraph" w:styleId="Heading4">
    <w:name w:val="heading 4"/>
    <w:basedOn w:val="Normal"/>
    <w:qFormat/>
    <w:pPr>
      <w:keepNext/>
      <w:keepLines/>
      <w:spacing w:before="40" w:after="0"/>
      <w:outlineLvl w:val="3"/>
    </w:pPr>
    <w:rPr>
      <w:rFonts w:ascii="Calibri Light" w:hAnsi="Calibri Light"/>
      <w:i/>
      <w:color w:val="2F5496"/>
    </w:rPr>
  </w:style>
  <w:style w:type="paragraph" w:styleId="Heading5">
    <w:name w:val="heading 5"/>
    <w:basedOn w:val="Normal"/>
    <w:qFormat/>
    <w:pPr>
      <w:outlineLvl w:val="4"/>
    </w:pPr>
  </w:style>
  <w:style w:type="paragraph" w:styleId="Heading6">
    <w:name w:val="heading 6"/>
    <w:basedOn w:val="Normal"/>
    <w:qFormat/>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customStyle="1" w:styleId="abstract">
    <w:name w:val="abstract"/>
    <w:basedOn w:val="Normal"/>
    <w:qFormat/>
  </w:style>
  <w:style w:type="paragraph" w:customStyle="1" w:styleId="EquationCaption">
    <w:name w:val="Equation Caption"/>
    <w:basedOn w:val="Normal"/>
    <w:qFormat/>
  </w:style>
  <w:style w:type="paragraph" w:customStyle="1" w:styleId="FigureCaption">
    <w:name w:val="Figure Caption"/>
    <w:basedOn w:val="Normal"/>
    <w:qFormat/>
  </w:style>
  <w:style w:type="paragraph" w:customStyle="1" w:styleId="FiguresSection">
    <w:name w:val="Figures Section"/>
    <w:basedOn w:val="Heading1"/>
    <w:qFormat/>
  </w:style>
  <w:style w:type="paragraph" w:styleId="Title">
    <w:name w:val="Title"/>
    <w:basedOn w:val="Normal"/>
    <w:qFormat/>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Normal"/>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customStyle="1" w:styleId="Default">
    <w:name w:val="Default"/>
    <w:qFormat/>
    <w:rPr>
      <w:color w:val="000000"/>
      <w:sz w:val="24"/>
    </w:rPr>
  </w:style>
  <w:style w:type="paragraph" w:styleId="ListParagraph">
    <w:name w:val="List Paragraph"/>
    <w:basedOn w:val="Normal"/>
    <w:qFormat/>
    <w:pPr>
      <w:ind w:left="720"/>
      <w:contextualSpacing/>
    </w:pPr>
  </w:style>
  <w:style w:type="paragraph" w:styleId="CommentText">
    <w:name w:val="annotation text"/>
    <w:basedOn w:val="Normal"/>
    <w:link w:val="CommentTextChar"/>
    <w:qFormat/>
    <w:pPr>
      <w:spacing w:line="240" w:lineRule="auto"/>
    </w:pPr>
    <w:rPr>
      <w:rFonts w:ascii="Arial" w:hAnsi="Arial"/>
      <w:sz w:val="20"/>
    </w:rPr>
  </w:style>
  <w:style w:type="paragraph" w:customStyle="1" w:styleId="EndNoteBibliographyTitle">
    <w:name w:val="EndNote Bibliography Title"/>
    <w:basedOn w:val="Normal"/>
    <w:qFormat/>
    <w:pPr>
      <w:spacing w:after="0"/>
      <w:jc w:val="center"/>
    </w:pPr>
    <w:rPr>
      <w:rFonts w:cs="Calibri"/>
    </w:rPr>
  </w:style>
  <w:style w:type="paragraph" w:customStyle="1" w:styleId="EndNoteBibliography">
    <w:name w:val="EndNote Bibliography"/>
    <w:basedOn w:val="Normal"/>
    <w:qFormat/>
    <w:pPr>
      <w:spacing w:line="240" w:lineRule="auto"/>
    </w:pPr>
    <w:rPr>
      <w:rFonts w:cs="Calibri"/>
    </w:rPr>
  </w:style>
  <w:style w:type="paragraph" w:styleId="Header">
    <w:name w:val="header"/>
    <w:basedOn w:val="Normal"/>
    <w:qFormat/>
    <w:pPr>
      <w:tabs>
        <w:tab w:val="center" w:pos="4153"/>
        <w:tab w:val="right" w:pos="8306"/>
      </w:tabs>
      <w:spacing w:line="240" w:lineRule="auto"/>
      <w:jc w:val="center"/>
    </w:pPr>
    <w:rPr>
      <w:sz w:val="18"/>
    </w:rPr>
  </w:style>
  <w:style w:type="paragraph" w:styleId="Footer">
    <w:name w:val="footer"/>
    <w:basedOn w:val="Normal"/>
    <w:qFormat/>
    <w:pPr>
      <w:tabs>
        <w:tab w:val="center" w:pos="4153"/>
        <w:tab w:val="right" w:pos="8306"/>
      </w:tabs>
      <w:spacing w:line="240" w:lineRule="auto"/>
    </w:pPr>
    <w:rPr>
      <w:sz w:val="18"/>
    </w:rPr>
  </w:style>
  <w:style w:type="paragraph" w:styleId="Revision">
    <w:name w:val="Revision"/>
    <w:qFormat/>
    <w:rPr>
      <w:rFonts w:ascii="Calibri" w:hAnsi="Calibri"/>
      <w:sz w:val="22"/>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sid w:val="00D024A1"/>
    <w:pPr>
      <w:spacing w:line="259" w:lineRule="auto"/>
    </w:pPr>
    <w:rPr>
      <w:rFonts w:ascii="Calibri" w:hAnsi="Calibri"/>
      <w:b/>
      <w:bCs/>
      <w:sz w:val="22"/>
    </w:rPr>
  </w:style>
  <w:style w:type="character" w:customStyle="1" w:styleId="CommentTextChar">
    <w:name w:val="Comment Text Char"/>
    <w:basedOn w:val="DefaultParagraphFont"/>
    <w:link w:val="CommentText"/>
    <w:rsid w:val="00D024A1"/>
    <w:rPr>
      <w:rFonts w:ascii="Arial" w:hAnsi="Arial"/>
    </w:rPr>
  </w:style>
  <w:style w:type="character" w:customStyle="1" w:styleId="CommentSubjectChar">
    <w:name w:val="Comment Subject Char"/>
    <w:basedOn w:val="CommentTextChar"/>
    <w:link w:val="CommentSubject"/>
    <w:uiPriority w:val="99"/>
    <w:semiHidden/>
    <w:rsid w:val="00D024A1"/>
    <w:rPr>
      <w:rFonts w:ascii="Calibri" w:hAnsi="Calibri"/>
      <w:b/>
      <w:bCs/>
      <w:sz w:val="22"/>
    </w:rPr>
  </w:style>
  <w:style w:type="character" w:styleId="Hyperlink">
    <w:name w:val="Hyperlink"/>
    <w:basedOn w:val="DefaultParagraphFont"/>
    <w:uiPriority w:val="99"/>
    <w:unhideWhenUsed/>
    <w:rsid w:val="0072227F"/>
    <w:rPr>
      <w:color w:val="0563C1" w:themeColor="hyperlink"/>
      <w:u w:val="single"/>
    </w:rPr>
  </w:style>
  <w:style w:type="character" w:customStyle="1" w:styleId="UnresolvedMention">
    <w:name w:val="Unresolved Mention"/>
    <w:basedOn w:val="DefaultParagraphFont"/>
    <w:uiPriority w:val="99"/>
    <w:semiHidden/>
    <w:unhideWhenUsed/>
    <w:rsid w:val="00722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AA5A94E1AA345B5F59B8F208379E3" ma:contentTypeVersion="19" ma:contentTypeDescription="Create a new document." ma:contentTypeScope="" ma:versionID="252820397f0320473adc59faad48d45a">
  <xsd:schema xmlns:xsd="http://www.w3.org/2001/XMLSchema" xmlns:xs="http://www.w3.org/2001/XMLSchema" xmlns:p="http://schemas.microsoft.com/office/2006/metadata/properties" xmlns:ns2="68275d4e-dbd1-4c18-8055-9c80c6109dac" xmlns:ns3="6b08620e-79b0-4251-85ed-a325283ea1d4" targetNamespace="http://schemas.microsoft.com/office/2006/metadata/properties" ma:root="true" ma:fieldsID="182132df9e53fde98f0a74b33a86019e" ns2:_="" ns3:_="">
    <xsd:import namespace="68275d4e-dbd1-4c18-8055-9c80c6109dac"/>
    <xsd:import namespace="6b08620e-79b0-4251-85ed-a325283ea1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d4e-dbd1-4c18-8055-9c80c6109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49a35e-9b4c-41a3-9e24-d57cd2885fd5"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08620e-79b0-4251-85ed-a325283ea1d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1d7196-44eb-4bd6-b39b-f71a57d3ec2c}" ma:internalName="TaxCatchAll" ma:showField="CatchAllData" ma:web="6b08620e-79b0-4251-85ed-a325283ea1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8275d4e-dbd1-4c18-8055-9c80c6109dac" xsi:nil="true"/>
    <lcf76f155ced4ddcb4097134ff3c332f xmlns="68275d4e-dbd1-4c18-8055-9c80c6109dac">
      <Terms xmlns="http://schemas.microsoft.com/office/infopath/2007/PartnerControls"/>
    </lcf76f155ced4ddcb4097134ff3c332f>
    <TaxCatchAll xmlns="6b08620e-79b0-4251-85ed-a325283ea1d4" xsi:nil="true"/>
  </documentManagement>
</p:properties>
</file>

<file path=customXml/item4.xml><?xml version="1.0" encoding="utf-8"?>
<b:Sources xmlns:b="http://schemas.openxmlformats.org/officeDocument/2006/bibliography" xmlns="http://schemas.openxmlformats.org/officeDocument/2006/bibliography" SelectedStyle="\DEFAULT.xsl" StyleName="Unknown" Version="2006">
  <b:Source>
    <b:Tag>a26c5528-8221-4bb8-9e18-d1e442cfcc68</b:Tag>
    <b:RefOrder>0</b:RefOrder>
    <b:SourceType>JournalArticle</b:SourceType>
    <b:Year>2018</b:Year>
    <b:Author>
      <b:Author>
        <b:NameList>
          <b:Person>
            <b:First>A. J.</b:First>
            <b:Last>Cowan</b:Last>
          </b:Person>
          <b:Person>
            <b:First>C.</b:First>
            <b:Last>Allen</b:Last>
          </b:Person>
          <b:Person>
            <b:First>A.</b:First>
            <b:Last>Barac</b:Last>
          </b:Person>
          <b:Person>
            <b:First>H.</b:First>
            <b:Last>Basaleem</b:Last>
          </b:Person>
          <b:Person>
            <b:First>I.</b:First>
            <b:Last>Bensenor</b:Last>
          </b:Person>
          <b:Person>
            <b:First>M. P.</b:First>
            <b:Last>Curado</b:Last>
          </b:Person>
          <b:Person>
            <b:First>K.</b:First>
            <b:Last>Foreman</b:Last>
          </b:Person>
          <b:Person>
            <b:First>R.</b:First>
            <b:Last>Gupta</b:Last>
          </b:Person>
          <b:Person>
            <b:First>J.</b:First>
            <b:Last>Harvey</b:Last>
          </b:Person>
          <b:Person>
            <b:First>H. D.</b:First>
            <b:Last>Hosgood</b:Last>
          </b:Person>
          <b:Person>
            <b:First>M.</b:First>
            <b:Last>Jakovljevic</b:Last>
          </b:Person>
          <b:Person>
            <b:First>Y.</b:First>
            <b:Last>Khader</b:Last>
          </b:Person>
          <b:Person>
            <b:First>S.</b:First>
            <b:Last>Linn</b:Last>
          </b:Person>
          <b:Person>
            <b:First>D.</b:First>
            <b:Last>Lad</b:Last>
          </b:Person>
          <b:Person>
            <b:First>L.</b:First>
            <b:Last>Mantovani</b:Last>
          </b:Person>
          <b:Person>
            <b:First>V. M.</b:First>
            <b:Last>Nong</b:Last>
          </b:Person>
          <b:Person>
            <b:First>A.</b:First>
            <b:Last>Mokdad</b:Last>
          </b:Person>
          <b:Person>
            <b:First>M.</b:First>
            <b:Last>Naghavi</b:Last>
          </b:Person>
          <b:Person>
            <b:First>M.</b:First>
            <b:Last>Postma</b:Last>
          </b:Person>
          <b:Person>
            <b:First>G.</b:First>
            <b:Last>Roshandel</b:Last>
          </b:Person>
          <b:Person>
            <b:First>K.</b:First>
            <b:Last>Shackelford</b:Last>
          </b:Person>
          <b:Person>
            <b:First>M.</b:First>
            <b:Last>Sisay</b:Last>
          </b:Person>
          <b:Person>
            <b:First>C. T.</b:First>
            <b:Last>Nguyen</b:Last>
          </b:Person>
          <b:Person>
            <b:First>T. T.</b:First>
            <b:Last>Tran</b:Last>
          </b:Person>
          <b:Person>
            <b:First>B. T.</b:First>
            <b:Last>Xuan</b:Last>
          </b:Person>
          <b:Person>
            <b:First>K. N.</b:First>
            <b:Last>Ukwaja</b:Last>
          </b:Person>
          <b:Person>
            <b:First>S. E.</b:First>
            <b:Last>Vollset</b:Last>
          </b:Person>
          <b:Person>
            <b:First>E.</b:First>
            <b:Last>Weiderpass</b:Last>
          </b:Person>
          <b:Person>
            <b:First>E. N.</b:First>
            <b:Last>Libby</b:Last>
          </b:Person>
          <b:Person>
            <b:First>C.</b:First>
            <b:Last>Fitzmaurice</b:Last>
          </b:Person>
        </b:NameList>
      </b:Author>
    </b:Author>
    <b:PlacePublished>Division of Medical Oncology, University of Washington, Seattle. Institute for Health Metrics and Evaluation, University of Washington, Seattle. University of Belgrade, Belgrade, Serbia. Aden University, Aden, Yemen. University of Sao Paolo, Sao Paolo, Brazil. Accamargo Cancer Center, Sao Paolo, Brazil. International Prevention Research Institute, Ecully, France. West Virginia Bureau for Public Health, Charleston. Albert Einstein College of Medicine, Bronx, New York. University of Kragujevac, Kragujevac, Serbia. Center for Health Trends and Forecasts, University of Washington, Seattle. Department of Community Medicine, Public Health and Family Medicine, Jordan University of Science and Technology, Irbid, Jordan. University of Haifa, Haifa, Israel. Postgraduate Institute of Medical Education and Research, Candigarh, India. University of Milano-Bicocca, Milan, Italy. Institute for Global Health Innovations, Duy Tan University, Danang, Vietnam. University Medical Center, Gronigen, the Netherlands. Golestan Research Center of Gastroenterology and Hepatology, Golestan University of Medical Sciences, Gorgan, Iran. Digestive Diseases Research Institute, Tehran University of Medical Sciences, Tehran, Iran. Haramaya University, Haramaya, Ethiopia. Johns Hopkins University, Baltimore, Maryland. Hanoi Medical University, Hanoi, Vietnam. Department of Internal Medicine, Federal Teaching Hospital, Abakaliki, Nigeria. Department of Medical Epidemiology and Biostatistics, Karolinska Institutet, Solna, Sweden. Department of Research, Cancer Registry of Norway, Institute of Population-Based Cancer Research, Oslo. Division of Hematology, University of Washington, Seattle.</b:PlacePublished>
    <b:Pages>1221-1227</b:Pages>
    <b:Volume>4</b:Volume>
    <b:StandardNumber>9</b:StandardNumber>
    <b:Month>Sep 1</b:Month>
    <b:DOI>10.1001/jamaoncol.2018.2128</b:DOI>
    <b:Title>Global Burden of Multiple Myeloma: A Systematic Analysis for the Global Burden of Disease Study 2016</b:Title>
    <b:JournalName>JAMA Oncol</b:JournalName>
    <b:URL>https://www.ncbi.nlm.nih.gov/pubmed/29800065</b:URL>
    <b:Day>26</b:Day>
  </b:Source>
  <b:Source>
    <b:Tag>253f1f49-cf29-433a-9221-9d3953027d89</b:Tag>
    <b:RefOrder>1</b:RefOrder>
    <b:SourceType>JournalArticle</b:SourceType>
    <b:Year>2014</b:Year>
    <b:Author>
      <b:Author>
        <b:NameList>
          <b:Person>
            <b:First>S. K.</b:First>
            <b:Last>Kumar</b:Last>
          </b:Person>
          <b:Person>
            <b:First>A.</b:First>
            <b:Last>Dispenzieri</b:Last>
          </b:Person>
          <b:Person>
            <b:First>M. Q.</b:First>
            <b:Last>Lacy</b:Last>
          </b:Person>
          <b:Person>
            <b:First>M. A.</b:First>
            <b:Last>Gertz</b:Last>
          </b:Person>
          <b:Person>
            <b:First>F. K.</b:First>
            <b:Last>Buadi</b:Last>
          </b:Person>
          <b:Person>
            <b:First>S.</b:First>
            <b:Last>Pandey</b:Last>
          </b:Person>
          <b:Person>
            <b:First>P.</b:First>
            <b:Last>Kapoor</b:Last>
          </b:Person>
          <b:Person>
            <b:First>D.</b:First>
            <b:Last>Dingli</b:Last>
          </b:Person>
          <b:Person>
            <b:First>S. R.</b:First>
            <b:Last>Hayman</b:Last>
          </b:Person>
          <b:Person>
            <b:First>N.</b:First>
            <b:Last>Leung</b:Last>
          </b:Person>
          <b:Person>
            <b:First>J.</b:First>
            <b:Last>Lust</b:Last>
          </b:Person>
          <b:Person>
            <b:First>A.</b:First>
            <b:Last>McCurdy</b:Last>
          </b:Person>
          <b:Person>
            <b:First>S. J.</b:First>
            <b:Last>Russell</b:Last>
          </b:Person>
          <b:Person>
            <b:First>S. R.</b:First>
            <b:Last>Zeldenrust</b:Last>
          </b:Person>
          <b:Person>
            <b:First>R. A.</b:First>
            <b:Last>Kyle</b:Last>
          </b:Person>
          <b:Person>
            <b:First>S. V.</b:First>
            <b:Last>Rajkumar</b:Last>
          </b:Person>
        </b:NameList>
      </b:Author>
    </b:Author>
    <b:PlacePublished>Division of Hematology, Mayo Clinic, Rochester, MN, USA. Division of Nephrology, Mayo Clinic, Rochester, MN, USA. 1] Division of Hematology, Mayo Clinic, Rochester, MN, USA [2] Department of Internal Medicine, Mayo Clinic, Rochester, MN, USA.</b:PlacePublished>
    <b:Pages>1122-8</b:Pages>
    <b:Volume>28</b:Volume>
    <b:StandardNumber>5</b:StandardNumber>
    <b:Month>May</b:Month>
    <b:DOI>10.1038/leu.2013.313</b:DOI>
    <b:Title>Continued improvement in survival in multiple myeloma: changes in early mortality and outcomes in older patients</b:Title>
    <b:JournalName>Leukemia</b:JournalName>
    <b:Day>26</b:Day>
  </b:Source>
  <b:Source>
    <b:Tag>7f0256b4-10c9-4cd7-aad5-66068186f61e</b:Tag>
    <b:RefOrder>2</b:RefOrder>
    <b:SourceType>JournalArticle</b:SourceType>
    <b:Year>2016</b:Year>
    <b:Author>
      <b:Author>
        <b:NameList>
          <b:Person>
            <b:First>P.</b:First>
            <b:Last>Moreau</b:Last>
          </b:Person>
          <b:Person>
            <b:First>T.</b:First>
            <b:Last>Masszi</b:Last>
          </b:Person>
          <b:Person>
            <b:First>N.</b:First>
            <b:Last>Grzasko</b:Last>
          </b:Person>
          <b:Person>
            <b:First>N. J.</b:First>
            <b:Last>Bahlis</b:Last>
          </b:Person>
          <b:Person>
            <b:First>M.</b:First>
            <b:Last>Hansson</b:Last>
          </b:Person>
          <b:Person>
            <b:First>L.</b:First>
            <b:Last>Pour</b:Last>
          </b:Person>
          <b:Person>
            <b:First>I.</b:First>
            <b:Last>Sandhu</b:Last>
          </b:Person>
          <b:Person>
            <b:First>P.</b:First>
            <b:Last>Ganly</b:Last>
          </b:Person>
          <b:Person>
            <b:First>B. W.</b:First>
            <b:Last>Baker</b:Last>
          </b:Person>
          <b:Person>
            <b:First>S. R.</b:First>
            <b:Last>Jackson</b:Last>
          </b:Person>
          <b:Person>
            <b:First>A. M.</b:First>
            <b:Last>Stoppa</b:Last>
          </b:Person>
          <b:Person>
            <b:First>D. R.</b:First>
            <b:Last>Simpson</b:Last>
          </b:Person>
          <b:Person>
            <b:First>P.</b:First>
            <b:Last>Gimsing</b:Last>
          </b:Person>
          <b:Person>
            <b:First>A.</b:First>
            <b:Last>Palumbo</b:Last>
          </b:Person>
          <b:Person>
            <b:First>L.</b:First>
            <b:Last>Garderet</b:Last>
          </b:Person>
          <b:Person>
            <b:First>M.</b:First>
            <b:Last>Cavo</b:Last>
          </b:Person>
          <b:Person>
            <b:First>S.</b:First>
            <b:Last>Kumar</b:Last>
          </b:Person>
          <b:Person>
            <b:First>C.</b:First>
            <b:Last>Touzeau</b:Last>
          </b:Person>
          <b:Person>
            <b:First>F. K.</b:First>
            <b:Last>Buadi</b:Last>
          </b:Person>
          <b:Person>
            <b:First>J. P.</b:First>
            <b:Last>Laubach</b:Last>
          </b:Person>
          <b:Person>
            <b:First>D. T.</b:First>
            <b:Last>Berg</b:Last>
          </b:Person>
          <b:Person>
            <b:First>J.</b:First>
            <b:Last>Lin</b:Last>
          </b:Person>
          <b:Person>
            <b:First>A.</b:First>
            <b:Last>Di Bacco</b:Last>
          </b:Person>
          <b:Person>
            <b:First>A. M.</b:First>
            <b:Last>Hui</b:Last>
          </b:Person>
          <b:Person>
            <b:First>H.</b:First>
            <b:Last>van de Velde</b:Last>
          </b:Person>
          <b:Person>
            <b:First>P. G.</b:First>
            <b:Last>Richardson</b:Last>
          </b:Person>
          <b:Person>
            <b:Last>Tourmaline-Mm Study Group</b:Last>
          </b:Person>
        </b:NameList>
      </b:Author>
    </b:Author>
    <b:PlacePublished>From University Hospital Hotel Dieu, Nantes (P.M., C.T.), the Department of Hematology, Institut Paoli-Calmettes, Marseille (A.-M.S.), and the Department of Hematology and Cell Therapy, Hospital Saint Antoine, Paris (L.G.) - all in France; the Department of Haematology and Stem Cell Transplantation, St. Istvan and St. Laszlo Hospital, 3rd Department of Internal Medicine, Semmelweis University, Budapest, Hungary (T.M.); the Department of Haemato-oncology and Bone Marrow Transplantation, Medical University of Lublin, and St. John's Cancer Center, Lublin, Poland (N.G.); Southern Alberta Cancer Research Institute, University of Calgary, Calgary (N.J.B.), and the Division of Hematology, Department of Medicine, University of Alberta, Edmonton (I.S.) - both in Canada; the Department of Hematology, Skane University Hospital, Lund University, Lund, Sweden (M.H.); Hematology and Oncology, University Hospital Brno, Brno, Czech Republic (L.P.); the Department of Haematology, Christchurch Hospital, Christchurch (P. Ganly), the Department of Haematology, Palmerston North Hospital, Palmerston North, Manawatu (B.W.B.), the Department of Haematology, Middlemore Hospital, Auckland (S.R.J.), and the Department of Haematology, North Shore Hospital, Auckland (D.R.S.) - all in New Zealand; the Department of Hematology, University Hospital Rigshospitalet, Copenhagen (P. Gimsing); Myeloma Unit, Division of Hematology, University of Turin, Turin (A.P.), and Seragnoli Institute of Haematology, Bologna University School of Medicine, St. Orsola-Malpighi University Hospital, Bologna (M.C.) - both in Italy; the Division of Hematology, Mayo Clinic, Rochester, MN (S.K., F.K.B.); and Dana-Farber Cancer Institute, Boston (J.P.L., P.G.R.), and Millennium Pharmaceuticals, Cambridge (D.T.B., J.L., A.D.B., A.-M.H., H.V.) - both in Massachusetts.</b:PlacePublished>
    <b:Pages>1621-34</b:Pages>
    <b:Volume>374</b:Volume>
    <b:StandardNumber>17</b:StandardNumber>
    <b:Day>28</b:Day>
    <b:Month>4</b:Month>
    <b:DOI>10.1056/NEJMoa1516282</b:DOI>
    <b:Title>Oral Ixazomib, Lenalidomide, and Dexamethasone for Multiple Myeloma</b:Title>
    <b:JournalName>N Engl J Med</b:JournalName>
    <b:URL>https://www.ncbi.nlm.nih.gov/pubmed/27119237</b:URL>
  </b:Source>
  <b:Source>
    <b:Tag>9b6be018-d2f1-4cc1-8208-7e73da39ee2f</b:Tag>
    <b:RefOrder>3</b:RefOrder>
    <b:SourceType>JournalArticle</b:SourceType>
    <b:Year>2016</b:Year>
    <b:Author>
      <b:Author>
        <b:NameList>
          <b:Person>
            <b:First>M.</b:First>
            <b:Last>Shirley</b:Last>
          </b:Person>
        </b:NameList>
      </b:Author>
    </b:Author>
    <b:PlacePublished>Springer, Private Bag 65901, Mairangi Bay, 0754, Auckland, New Zealand. dru@adis.com.</b:PlacePublished>
    <b:Pages>405-11</b:Pages>
    <b:Volume>76</b:Volume>
    <b:StandardNumber>3</b:StandardNumber>
    <b:Month>Mar</b:Month>
    <b:DOI>10.1007/s40265-016-0548-5</b:DOI>
    <b:Title>Ixazomib: First Global Approval</b:Title>
    <b:JournalName>Drugs</b:JournalName>
    <b:Day>6</b:Day>
  </b:Source>
  <b:Source>
    <b:Tag>9898ab4b-44c7-40a6-85f1-d3bf9b3bb054</b:Tag>
    <b:RefOrder>4</b:RefOrder>
    <b:SourceType>JournalArticle</b:SourceType>
    <b:Year>2021</b:Year>
    <b:Author>
      <b:Author>
        <b:NameList>
          <b:Person>
            <b:First>P. G.</b:First>
            <b:Last>Richardson</b:Last>
          </b:Person>
          <b:Person>
            <b:First>S. K.</b:First>
            <b:Last>Kumar</b:Last>
          </b:Person>
          <b:Person>
            <b:First>T.</b:First>
            <b:Last>Masszi</b:Last>
          </b:Person>
          <b:Person>
            <b:First>N.</b:First>
            <b:Last>Grzasko</b:Last>
          </b:Person>
          <b:Person>
            <b:First>N. J.</b:First>
            <b:Last>Bahlis</b:Last>
          </b:Person>
          <b:Person>
            <b:First>M.</b:First>
            <b:Last>Hansson</b:Last>
          </b:Person>
          <b:Person>
            <b:First>L.</b:First>
            <b:Last>Pour</b:Last>
          </b:Person>
          <b:Person>
            <b:First>I.</b:First>
            <b:Last>Sandhu</b:Last>
          </b:Person>
          <b:Person>
            <b:First>P.</b:First>
            <b:Last>Ganly</b:Last>
          </b:Person>
          <b:Person>
            <b:First>B. W.</b:First>
            <b:Last>Baker</b:Last>
          </b:Person>
          <b:Person>
            <b:First>S. R.</b:First>
            <b:Last>Jackson</b:Last>
          </b:Person>
          <b:Person>
            <b:First>A. M.</b:First>
            <b:Last>Stoppa</b:Last>
          </b:Person>
          <b:Person>
            <b:First>P.</b:First>
            <b:Last>Gimsing</b:Last>
          </b:Person>
          <b:Person>
            <b:First>L.</b:First>
            <b:Last>Garderet</b:Last>
          </b:Person>
          <b:Person>
            <b:First>C.</b:First>
            <b:Last>Touzeau</b:Last>
          </b:Person>
          <b:Person>
            <b:First>F. K.</b:First>
            <b:Last>Buadi</b:Last>
          </b:Person>
          <b:Person>
            <b:First>J. P.</b:First>
            <b:Last>Laubach</b:Last>
          </b:Person>
          <b:Person>
            <b:First>M.</b:First>
            <b:Last>Cavo</b:Last>
          </b:Person>
          <b:Person>
            <b:First>M.</b:First>
            <b:Last>Darif</b:Last>
          </b:Person>
          <b:Person>
            <b:First>R.</b:First>
            <b:Last>Labotka</b:Last>
          </b:Person>
          <b:Person>
            <b:First>D.</b:First>
            <b:Last>Berg</b:Last>
          </b:Person>
          <b:Person>
            <b:First>P.</b:First>
            <b:Last>Moreau</b:Last>
          </b:Person>
        </b:NameList>
      </b:Author>
    </b:Author>
    <b:PlacePublished>Medical Oncology, Dana-Farber Cancer Institute, Boston, MA. Division of Hematology, Mayo Clinic, Rochester, MN. 3rd Department of Internal Medicine, Semmelweis University, Budapest, Hungary. Department of Experimental Haematooncology, Medical University of Lublin, Lublin, Poland. Center of Oncology of the Lublin Region St Jana z Dukli, Lublin, Poland. Arnie Charbonneau Cancer Research Institute, University of Calgary, Calgary, Canada. Department of Hematology, Skåne University Hospital, Lund, Sweden. Sahlgrenska Academy, Göteborg, Sweden. Hematology and Oncology, University Hospital Brno, Brno, Czech Republic. Cross Cancer Institute, University of Alberta, Edmonton, Canada. Department of Haematology, Christchurch Hospital, Christchurch, New Zealand. Department of Haematology, Palmerston North Hospital, Palmerston North, New Zealand. Department of Haematology, Middlemore Hospital, Auckland, New Zealand. Department of Hematology, Institut Paoli-Calmettes, Marseille, France. Department of Hematology, University Hospital Rigshospitalet, Copenhagen, Denmark. Hôpital Pitié-Salpêtrière, Paris, France. University Hospital Hôtel Dieu, Nantes, France. IRCCS Azienda Ospedaliero-Universitaria di Bologna, Istituto di Ematologia "Seràgnoli", Bologna, Italy. Millennium Pharmaceuticals Inc, Cambridge, MA.</b:PlacePublished>
    <b:Pages>2430-2442</b:Pages>
    <b:Volume>39</b:Volume>
    <b:StandardNumber>22</b:StandardNumber>
    <b:Month>Aug 1</b:Month>
    <b:DOI>10.1200/jco.21.00972</b:DOI>
    <b:Title>Final Overall Survival Analysis of the TOURMALINE-MM1 Phase III Trial of Ixazomib, Lenalidomide, and Dexamethasone in Patients With Relapsed or Refractory Multiple Myeloma</b:Title>
    <b:JournalName>J Clin Oncol</b:JournalName>
    <b:Day>12</b:Day>
  </b:Source>
  <b:Source>
    <b:Tag>37cdbe17-321e-474f-8ae4-ab9a3cee2ae3</b:Tag>
    <b:RefOrder>5</b:RefOrder>
    <b:SourceType>JournalArticle</b:SourceType>
    <b:Year>2024</b:Year>
    <b:Author>
      <b:Author>
        <b:NameList>
          <b:Person>
            <b:First>Y.</b:First>
            <b:Last>Horigome</b:Last>
          </b:Person>
          <b:Person>
            <b:First>M.</b:First>
            <b:Last>Iino</b:Last>
          </b:Person>
          <b:Person>
            <b:First>Y.</b:First>
            <b:Last>Harazaki</b:Last>
          </b:Person>
          <b:Person>
            <b:First>T.</b:First>
            <b:Last>Kobayashi</b:Last>
          </b:Person>
          <b:Person>
            <b:First>H.</b:First>
            <b:Last>Handa</b:Last>
          </b:Person>
          <b:Person>
            <b:First>Y.</b:First>
            <b:Last>Hiramatsu</b:Last>
          </b:Person>
          <b:Person>
            <b:First>T.</b:First>
            <b:Last>Kuroi</b:Last>
          </b:Person>
          <b:Person>
            <b:First>K.</b:First>
            <b:Last>Tanimoto</b:Last>
          </b:Person>
          <b:Person>
            <b:First>K.</b:First>
            <b:Last>Matsue</b:Last>
          </b:Person>
          <b:Person>
            <b:First>M.</b:First>
            <b:Last>Abe</b:Last>
          </b:Person>
          <b:Person>
            <b:First>T.</b:First>
            <b:Last>Ishida</b:Last>
          </b:Person>
          <b:Person>
            <b:First>S.</b:First>
            <b:Last>Ito</b:Last>
          </b:Person>
          <b:Person>
            <b:First>H.</b:First>
            <b:Last>Iwasaki</b:Last>
          </b:Person>
          <b:Person>
            <b:First>J.</b:First>
            <b:Last>Kuroda</b:Last>
          </b:Person>
          <b:Person>
            <b:First>H.</b:First>
            <b:Last>Shibayama</b:Last>
          </b:Person>
          <b:Person>
            <b:First>K.</b:First>
            <b:Last>Sunami</b:Last>
          </b:Person>
          <b:Person>
            <b:First>H.</b:First>
            <b:Last>Takamatsu</b:Last>
          </b:Person>
          <b:Person>
            <b:First>H.</b:First>
            <b:Last>Tamura</b:Last>
          </b:Person>
          <b:Person>
            <b:First>T.</b:First>
            <b:Last>Hayashi</b:Last>
          </b:Person>
          <b:Person>
            <b:First>K.</b:First>
            <b:Last>Akagi</b:Last>
          </b:Person>
          <b:Person>
            <b:First>T.</b:First>
            <b:Last>Maeda</b:Last>
          </b:Person>
          <b:Person>
            <b:First>T.</b:First>
            <b:Last>Yoshida</b:Last>
          </b:Person>
          <b:Person>
            <b:First>I.</b:First>
            <b:Last>Mori</b:Last>
          </b:Person>
          <b:Person>
            <b:First>T.</b:First>
            <b:Last>Shinozaki</b:Last>
          </b:Person>
          <b:Person>
            <b:First>S.</b:First>
            <b:Last>Iida</b:Last>
          </b:Person>
        </b:NameList>
      </b:Author>
    </b:Author>
    <b:PlacePublished>Department of Hematology, Kitasato University School of Medicine, Sagamihara, Japan. Department of Hematology, Yamanashi Prefectural Central Hospital, Kofu, Japan. Department of Hematology, Miyagi Cancer Center, Natori, Japan. Department of Hematology, Nephrology and Rheumatology, Akita University Graduate School of Medicine, Akita, Japan. Department of Hematology, Gunma University Graduate School of Medicine, Maebashi, Japan. Department of Hematology and Oncology, Japanese Red Cross Society Himeji Hospital, Himeji, Japan. Department of Hematology, Chugoku Central Hospital, Fukuyama, Japan. Department of Hematology and Oncology, Japanese Red Cross Fukuoka Hospital, Fukuoka, Japan. Division of Hematology/Oncology, Department of Internal Medicine, Kameda Medical Center, Kamogawa, Japan. Department of Hematology, Endocrinology and Metabolism, Tokushima University Graduate School, Tokushima, Japan. Department of Hematology, Japanese Red Cross Medical Center, Tokyo, Japan. Department of Hematology and Oncology, Iwate Medical University Hospital, Iwate, Japan. Department of Hematology, National Hospital Organization Kyushu Medical Center, Fukuoka, Japan. Division of Hematology and Oncology, Kyoto Prefectural University of Medicine, Kyoto, Japan. Department of Hematology, National Hospital Organization Osaka National Hospital, Osaka, Japan. Department of Hematology, National Hospital Organization Okayama Medical Center, Okayama, Japan. Department of Hematology, Kanazawa University Hospital, Kanazawa, Japan. Department of Hematology, Nippon Medical School, Tokyo, Japan. Department of Hematology, Teine Keijinkai Hospital, Sapporo, Japan. Division of Molecular Diagnosis and Cancer Prevention, Saitama Cancer Center, Ina, Japan. Division of Precision Medicine, Kyushu University Graduate School of Medical Sciences, Fukuoka, Japan. Medical Affairs, Japan Oncology Business Unit, Takeda Pharmaceutical Co. Ltd, Tokyo, Japan. Department of Information and Computer Technology, Faculty of Engineering, Tokyo University of Science, Tokyo, Japan. Department of Hematology and Oncology, Nagoya City University Institute of Medical and Pharmaceutical Sciences, 1, Kawasumi, Mizuho-Cho, Mizuho-Ku, Nagoya, Aichi, 467-8601, Japan. iida@med.nagoya-cu.ac.jp.</b:PlacePublished>
    <b:Pages>475-488</b:Pages>
    <b:Volume>103</b:Volume>
    <b:StandardNumber>2</b:StandardNumber>
    <b:Month>Feb</b:Month>
    <b:DOI>10.1007/s00277-023-05428-7</b:DOI>
    <b:Title>A prospective, multicenter, observational study of ixazomib plus lenalidomide-dexamethasone in patients with relapsed/refractory multiple myeloma in Japan</b:Title>
    <b:JournalName>Ann Hematol</b:JournalName>
    <b:Day>11</b:Day>
  </b:Source>
  <b:Source>
    <b:Tag>2e2bc9d6-de46-40ee-be9b-b123f3e39222</b:Tag>
    <b:RefOrder>6</b:RefOrder>
    <b:SourceType>JournalArticle</b:SourceType>
    <b:Year>2023</b:Year>
    <b:Author>
      <b:Author>
        <b:NameList>
          <b:Person>
            <b:First>J. H.</b:First>
            <b:Last>Lee</b:Last>
          </b:Person>
          <b:Person>
            <b:First>S. H.</b:First>
            <b:Last>Kim</b:Last>
          </b:Person>
          <b:Person>
            <b:First>H. R.</b:First>
            <b:Last>Kim</b:Last>
          </b:Person>
          <b:Person>
            <b:First>C. K.</b:First>
            <b:Last>Min</b:Last>
          </b:Person>
          <b:Person>
            <b:First>J. J.</b:First>
            <b:Last>Lee</b:Last>
          </b:Person>
          <b:Person>
            <b:First>H. J.</b:First>
            <b:Last>Shin</b:Last>
          </b:Person>
          <b:Person>
            <b:First>J. C.</b:First>
            <b:Last>Jo</b:Last>
          </b:Person>
          <b:Person>
            <b:First>J. Y.</b:First>
            <b:Last>Lee</b:Last>
          </b:Person>
          <b:Person>
            <b:First>J. H.</b:First>
            <b:Last>Moon</b:Last>
          </b:Person>
          <b:Person>
            <b:First>K.</b:First>
            <b:Last>Kim</b:Last>
          </b:Person>
        </b:NameList>
      </b:Author>
    </b:Author>
    <b:PlacePublished>Department of Internal Medicine, Dong-A University College of Medicine, Busan, Republic of Korea. Department of Hematology, Seoul St. Mary's Hematology Hospital, College of Medicine, The Catholic University of Korea, Seoul, Republic of Korea. Department of Hematology-Oncology, Chonnam National University Hwasun Hospital, Chonnam National University Medical School, Hwasun, Republic of Korea. Division of Hematology-Oncology, Department of Internal Medicine, School of Medicine, Medical Research Institute, Pusan National University Hospital, Busan, Republic of Korea. Department of Hematology and Oncology, Ulsan University Hospital, University of Ulsan College of Medicine, Ulsan, Republic of Korea. Department of Internal Medicine, Seoul National University Bundang Hospital, Seongnam, Republic of Korea. Division of Hematology-Oncology, Department of Internal Medicine, School of Medicine, Kyungpook National University, 130, Dongduk-Ro, Jung-Gu, Daegu, 41944, Republic of Korea. jhmoon@knu.ac.kr. Division of Hematology-Oncology, Department of Medicine, Sungkyunkwan University School of Medicine, Samsung Medical Center, 81, Irwon-Ro, Gangnam-Gu, Seoul, 06351, Republic of Korea. kihyunkimk@gmail.com.</b:PlacePublished>
    <b:Pages>225-235</b:Pages>
    <b:Volume>117</b:Volume>
    <b:StandardNumber>2</b:StandardNumber>
    <b:Month>Feb</b:Month>
    <b:DOI>10.1007/s12185-022-03479-6</b:DOI>
    <b:Title>Real-world toxicity and effectiveness of ixazomib, lenalidomide, and dexamethasone in Korean patients with relapsed and/or refractory multiple myeloma</b:Title>
    <b:JournalName>Int J Hematol</b:JournalName>
    <b:URL>https://www.ncbi.nlm.nih.gov/pubmed/36369635</b:URL>
    <b:Day>13</b:Day>
  </b:Source>
  <b:Source>
    <b:Tag>5e1f294a-5b85-44c5-9893-a05b539f5c23</b:Tag>
    <b:RefOrder>7</b:RefOrder>
    <b:SourceType>JournalArticle</b:SourceType>
    <b:Year>2020</b:Year>
    <b:Author>
      <b:Author>
        <b:NameList>
          <b:Person>
            <b:First>A.</b:First>
            <b:Last>Chari</b:Last>
          </b:Person>
          <b:Person>
            <b:First>D.</b:First>
            <b:Last>Romanus</b:Last>
          </b:Person>
          <b:Person>
            <b:First>A.</b:First>
            <b:Last>Palumbo</b:Last>
          </b:Person>
          <b:Person>
            <b:First>M.</b:First>
            <b:Last>Blazer</b:Last>
          </b:Person>
          <b:Person>
            <b:First>E.</b:First>
            <b:Last>Farrelly</b:Last>
          </b:Person>
          <b:Person>
            <b:First>A.</b:First>
            <b:Last>Raju</b:Last>
          </b:Person>
          <b:Person>
            <b:First>H.</b:First>
            <b:Last>Huang</b:Last>
          </b:Person>
          <b:Person>
            <b:First>P.</b:First>
            <b:Last>Richardson</b:Last>
          </b:Person>
        </b:NameList>
      </b:Author>
    </b:Author>
    <b:PlacePublished>Tisch Cancer Institute, Icahn School of Medicine at Mount Sinai, New York, NY. Electronic address: ajai.chari@mountsinai.org. Millennium Pharmaceuticals, Inc, a wholly owned subsidiary of Takeda Pharmaceutical Company Limited, Cambridge, MA. Scientific Consulting, Xcenda, LLC, Palm Harbor, FL. Jerome Lipper Multiple Myeloma Center, Dana Farber Cancer Institute, Boston, MA.</b:PlacePublished>
    <b:Pages>8-17 e16</b:Pages>
    <b:Volume>20</b:Volume>
    <b:StandardNumber>1</b:StandardNumber>
    <b:Month>Jan</b:Month>
    <b:DOI>10.1016/j.clml.2019.09.625</b:DOI>
    <b:Title>Randomized Clinical Trial Representativeness and Outcomes in Real-World Patients: Comparison of 6 Hallmark Randomized Clinical Trials of Relapsed/Refractory Multiple Myeloma</b:Title>
    <b:JournalName>Clin Lymphoma Myeloma Leuk</b:JournalName>
    <b:URL>https://www.ncbi.nlm.nih.gov/pubmed/31722839</b:URL>
    <b:Day>15</b:Day>
  </b:Source>
  <b:Source>
    <b:Tag>adb795b1-fe97-4a2a-b8ee-66c45d6d7c61</b:Tag>
    <b:RefOrder>8</b:RefOrder>
    <b:SourceType>JournalArticle</b:SourceType>
    <b:Year>2019</b:Year>
    <b:Author>
      <b:Author>
        <b:NameList>
          <b:Person>
            <b:First>Vania T.M.</b:First>
            <b:Last>Hungria</b:Last>
          </b:Person>
          <b:Person>
            <b:First>Hans C.</b:First>
            <b:Last>Lee</b:Last>
          </b:Person>
          <b:Person>
            <b:First>Rafat</b:First>
            <b:Last>Abonour</b:Last>
          </b:Person>
          <b:Person>
            <b:First>Robert M.</b:First>
            <b:Last>Rifkin</b:Last>
          </b:Person>
          <b:Person>
            <b:First>Evangelos</b:First>
            <b:Last>Terpos</b:Last>
          </b:Person>
          <b:Person>
            <b:First>Xavier</b:First>
            <b:Last>Leleu</b:Last>
          </b:Person>
          <b:Person>
            <b:First>Caitlin L.</b:First>
            <b:Last>Costello</b:Last>
          </b:Person>
          <b:Person>
            <b:First>Frits</b:First>
            <b:Last>van Rhee</b:Last>
          </b:Person>
          <b:Person>
            <b:First>Katja C.</b:First>
            <b:Last>Weisel</b:Last>
          </b:Person>
          <b:Person>
            <b:First>Noemi</b:First>
            <b:Last>Puig</b:Last>
          </b:Person>
          <b:Person>
            <b:First>Jesus G.</b:First>
            <b:Last>Berdeja</b:Last>
          </b:Person>
          <b:Person>
            <b:First>Gordon</b:First>
            <b:Last>Cook</b:Last>
          </b:Person>
          <b:Person>
            <b:First>Saad Z.</b:First>
            <b:Last>Usmani</b:Last>
          </b:Person>
          <b:Person>
            <b:First>Michael A.</b:First>
            <b:Last>Thompson</b:Last>
          </b:Person>
          <b:Person>
            <b:First>Mario</b:First>
            <b:Last>Boccadoro</b:Last>
          </b:Person>
          <b:Person>
            <b:First>Jeffrey A.</b:First>
            <b:Last>Zonder</b:Last>
          </b:Person>
          <b:Person>
            <b:First>Andrew</b:First>
            <b:Last>Spencer</b:Last>
          </b:Person>
          <b:Person>
            <b:First>Roman</b:First>
            <b:Last>Hajek</b:Last>
          </b:Person>
          <b:Person>
            <b:First>Suzanne R.</b:First>
            <b:Last>Fanning</b:Last>
          </b:Person>
          <b:Person>
            <b:First>Kevin</b:First>
            <b:Last>Boyd</b:Last>
          </b:Person>
          <b:Person>
            <b:First>Jim</b:First>
            <b:Last>Omel</b:Last>
          </b:Person>
          <b:Person>
            <b:First>Mira</b:First>
            <b:Last>Armour</b:Last>
          </b:Person>
          <b:Person>
            <b:First>Kathryn E.</b:First>
            <b:Last>Morgan</b:Last>
          </b:Person>
          <b:Person>
            <b:First>Ronak S.</b:First>
            <b:Last>Patel</b:Last>
          </b:Person>
          <b:Person>
            <b:First>Gary L.</b:First>
            <b:Last>Carlson</b:Last>
          </b:Person>
          <b:Person>
            <b:First>Renda H.</b:First>
            <b:Last>Ferrari</b:Last>
          </b:Person>
          <b:Person>
            <b:First>Dawn Marie</b:First>
            <b:Last>Stull</b:Last>
          </b:Person>
          <b:Person>
            <b:First>Kaili</b:First>
            <b:Last>Ren</b:Last>
          </b:Person>
          <b:Person>
            <b:First>Dasha</b:First>
            <b:Last>Cherepanov</b:Last>
          </b:Person>
          <b:Person>
            <b:First>James V.</b:First>
            <b:Last>Pottala</b:Last>
          </b:Person>
          <b:Person>
            <b:First>Ajai</b:First>
            <b:Last>Chari</b:Last>
          </b:Person>
        </b:NameList>
      </b:Author>
    </b:Author>
    <b:Pages>1887-1887</b:Pages>
    <b:Volume>134</b:Volume>
    <b:StandardNumber>Supplement_1</b:StandardNumber>
    <b:DOI>10.1182/blood-2019-125749</b:DOI>
    <b:DayAccessed>11</b:DayAccessed>
    <b:MonthAccessed>3</b:MonthAccessed>
    <b:YearAccessed>2024</b:YearAccessed>
    <b:Title>Real-World (RW) Multiple Myeloma (MM) Patients (Pts) Remain Under-Represented in Clinical Trials Based on Standard Laboratory Parameters and Baseline Characteristics: Analysis of over 3,000 Pts from the Insight MM Global, Prospective, Observational Study</b:Title>
    <b:JournalName>Blood</b:JournalName>
    <b:URL>https://doi.org/10.1182/blood-2019-125749</b:URL>
  </b:Source>
  <b:Source>
    <b:Tag>dae57a0f-30e3-476a-9bb7-ccbc83c16ed7</b:Tag>
    <b:RefOrder>9</b:RefOrder>
    <b:SourceType>JournalArticle</b:SourceType>
    <b:Year>2021</b:Year>
    <b:Author>
      <b:Author>
        <b:NameList>
          <b:Person>
            <b:First>R.</b:First>
            <b:Last>Hájek</b:Last>
          </b:Person>
          <b:Person>
            <b:First>J.</b:First>
            <b:Last>Minařík</b:Last>
          </b:Person>
          <b:Person>
            <b:First>J.</b:First>
            <b:Last>Straub</b:Last>
          </b:Person>
          <b:Person>
            <b:First>L.</b:First>
            <b:Last>Pour</b:Last>
          </b:Person>
          <b:Person>
            <b:First>A.</b:First>
            <b:Last>Jungova</b:Last>
          </b:Person>
          <b:Person>
            <b:First>J. G.</b:First>
            <b:Last>Berdeja</b:Last>
          </b:Person>
          <b:Person>
            <b:First>M.</b:First>
            <b:Last>Boccadoro</b:Last>
          </b:Person>
          <b:Person>
            <b:First>L.</b:First>
            <b:Last>Brozova</b:Last>
          </b:Person>
          <b:Person>
            <b:First>A.</b:First>
            <b:Last>Spencer</b:Last>
          </b:Person>
          <b:Person>
            <b:First>F.</b:First>
            <b:Last>van Rhee</b:Last>
          </b:Person>
          <b:Person>
            <b:First>J.</b:First>
            <b:Last>Vela-Ojeda</b:Last>
          </b:Person>
          <b:Person>
            <b:First>M. A.</b:First>
            <b:Last>Thompson</b:Last>
          </b:Person>
          <b:Person>
            <b:First>R.</b:First>
            <b:Last>Abonour</b:Last>
          </b:Person>
          <b:Person>
            <b:First>A.</b:First>
            <b:Last>Chari</b:Last>
          </b:Person>
          <b:Person>
            <b:First>G.</b:First>
            <b:Last>Cook</b:Last>
          </b:Person>
          <b:Person>
            <b:First>C. L.</b:First>
            <b:Last>Costello</b:Last>
          </b:Person>
          <b:Person>
            <b:First>F. E.</b:First>
            <b:Last>Davies</b:Last>
          </b:Person>
          <b:Person>
            <b:First>V. T.</b:First>
            <b:Last>Hungria</b:Last>
          </b:Person>
          <b:Person>
            <b:First>H. C.</b:First>
            <b:Last>Lee</b:Last>
          </b:Person>
          <b:Person>
            <b:First>X.</b:First>
            <b:Last>Leleu</b:Last>
          </b:Person>
          <b:Person>
            <b:First>N.</b:First>
            <b:Last>Puig</b:Last>
          </b:Person>
          <b:Person>
            <b:First>R. M.</b:First>
            <b:Last>Rifkin</b:Last>
          </b:Person>
          <b:Person>
            <b:First>E.</b:First>
            <b:Last>Terpos</b:Last>
          </b:Person>
          <b:Person>
            <b:First>S. Z.</b:First>
            <b:Last>Usmani</b:Last>
          </b:Person>
          <b:Person>
            <b:First>K. C.</b:First>
            <b:Last>Weisel</b:Last>
          </b:Person>
          <b:Person>
            <b:First>J. A.</b:First>
            <b:Last>Zonder</b:Last>
          </b:Person>
          <b:Person>
            <b:First>M.</b:First>
            <b:Last>Bařinová</b:Last>
          </b:Person>
          <b:Person>
            <b:First>M.</b:First>
            <b:Last>Kuhn</b:Last>
          </b:Person>
          <b:Person>
            <b:First>J.</b:First>
            <b:Last>Šilar</b:Last>
          </b:Person>
          <b:Person>
            <b:First>L.</b:First>
            <b:Last>Čápková</b:Last>
          </b:Person>
          <b:Person>
            <b:First>K.</b:First>
            <b:Last>Galvez</b:Last>
          </b:Person>
          <b:Person>
            <b:First>J.</b:First>
            <b:Last>Lu</b:Last>
          </b:Person>
          <b:Person>
            <b:First>J.</b:First>
            <b:Last>Elliott</b:Last>
          </b:Person>
          <b:Person>
            <b:First>D. M.</b:First>
            <b:Last>Stull</b:Last>
          </b:Person>
          <b:Person>
            <b:First>K.</b:First>
            <b:Last>Ren</b:Last>
          </b:Person>
          <b:Person>
            <b:First>V.</b:First>
            <b:Last>Maisnar</b:Last>
          </b:Person>
        </b:NameList>
      </b:Author>
    </b:Author>
    <b:PlacePublished>University Hospital Ostrava &amp; Faculty of Medicine, University of Ostrava, Ostrava, 703 00, Czech Republic. Palacky University &amp; University Hospital Olomouc, Olomouc, 771 47, Czech Republic. General Teaching Hospital, Prague, 128 08, Czech Republic. University Hospital, Brno, 625 00, Czech Republic. Faculty Hospital Pilsen, Pilsen, 301 00, Czech Republic. Sarah Cannon Research Institute, Nashville, TN 37203, USA. University of Torino, Torino, 10124, Italy. Institute of Biostatistics &amp; Analyses, Ltd, Brno, 602 00, Czech Republic. Alfred Health-Monash University, Melbourne, 3004, Australia. University of Arkansas for Medical Sciences, Little Rock, AR 72205, USA. UMAE Especialidades Centro Medico La Raza IMSS, Ciudad de México, 02990, Mexico. Advocate Aurora Research Institute, Advocate Aurora Health, Milwaukee, WI 53227, USA. Indiana University School of Medicine, Indianapolis, IN 46202, USA. Icahn School of Medicine at Mount Sinai, New York, NY 10029, USA. Leeds Teaching Hospital, Leeds, LS1 3EX, UK. Moores Cancer Center, University of California San Diego, La Jolla, CA 92037, USA. Perlmutter Cancer Center, NYU Langone, New York, NY 10016, USA. Clinica São Germano &amp; Santa Casa Medical School, São Paulo, 04537-081, Brazil. M.D. Anderson Cancer Center, Houston, TX 77030, USA. Pôle Régional de Cancérologie, CHU de Poitiers, Poitiers, 86000, France. Department of Hematology, Hospital Universitario de Salamanca (HUSAL), IBSAL, IBMCC (USAL-CSIC), CIBERONC (CB16/12/00233), Salamanca, 37007, Spain. Rocky Mountain Cancer Centers US Oncology Research, Denver, CO 80218, USA. National &amp; Kapodistrian University of Athens, School of Medicine, Athens, 115 27, Greece. Levine Cancer Institute, Charlotte, NC 115 27, USA. University Medical Center Hamburg-Eppendorf, Hamburg, 20251, Germany. Barbara Ann Karmanos Cancer Institute / Wayne State University School of Medicine, Detroit, MI 48201, USA. Hospital Pablo Tobón Uribe, Medellin, 11001, Colombia. Peking University People's Hospital, National Clinical Research Center for Hematologic Disease, Beijing, 100044, China. Millennium Pharmaceuticals, Inc., Cambridge, MA 02139, USA, a wholly owned subsidiary of Takeda Pharmaceutical Company Limited. Charles University Hospital &amp; Faculty of Medicine, Hradec Králové, 121 08, Czech Republic.</b:PlacePublished>
    <b:Pages>2499-2512</b:Pages>
    <b:Volume>17</b:Volume>
    <b:StandardNumber>19</b:StandardNumber>
    <b:Month>Jul</b:Month>
    <b:DOI>10.2217/fon-2020-1225</b:DOI>
    <b:Title>Ixazomib-lenalidomide-dexamethasone in routine clinical practice: effectiveness in relapsed/refractory multiple myeloma</b:Title>
    <b:JournalName>Future Oncol</b:JournalName>
    <b:Day>27</b:Day>
  </b:Source>
  <b:Source>
    <b:Tag>d0a84fb3-94ce-4b08-8aaf-51ac902bf4da</b:Tag>
    <b:RefOrder>10</b:RefOrder>
    <b:SourceType>JournalArticle</b:SourceType>
    <b:Year>2022</b:Year>
    <b:Author>
      <b:Author>
        <b:NameList>
          <b:Person>
            <b:First>J.</b:First>
            <b:Last>Minarik</b:Last>
          </b:Person>
          <b:Person>
            <b:First>J.</b:First>
            <b:Last>Radocha</b:Last>
          </b:Person>
          <b:Person>
            <b:First>A.</b:First>
            <b:Last>Jungova</b:Last>
          </b:Person>
          <b:Person>
            <b:First>J.</b:First>
            <b:Last>Straub</b:Last>
          </b:Person>
          <b:Person>
            <b:First>T.</b:First>
            <b:Last>Jelinek</b:Last>
          </b:Person>
          <b:Person>
            <b:First>T.</b:First>
            <b:Last>Pika</b:Last>
          </b:Person>
          <b:Person>
            <b:First>L.</b:First>
            <b:Last>Pour</b:Last>
          </b:Person>
          <b:Person>
            <b:First>P.</b:First>
            <b:Last>Pavlicek</b:Last>
          </b:Person>
          <b:Person>
            <b:First>L.</b:First>
            <b:Last>Harvanova</b:Last>
          </b:Person>
          <b:Person>
            <b:First>L.</b:First>
            <b:Last>Pospisilova</b:Last>
          </b:Person>
          <b:Person>
            <b:First>P.</b:First>
            <b:Last>Krhovska</b:Last>
          </b:Person>
          <b:Person>
            <b:First>D.</b:First>
            <b:Last>Novakova</b:Last>
          </b:Person>
          <b:Person>
            <b:First>P.</b:First>
            <b:Last>Jindra</b:Last>
          </b:Person>
          <b:Person>
            <b:First>I.</b:First>
            <b:Last>Spicka</b:Last>
          </b:Person>
          <b:Person>
            <b:First>H.</b:First>
            <b:Last>Plonkova</b:Last>
          </b:Person>
          <b:Person>
            <b:First>M.</b:First>
            <b:Last>Stork</b:Last>
          </b:Person>
          <b:Person>
            <b:First>J.</b:First>
            <b:Last>Bacovsky</b:Last>
          </b:Person>
          <b:Person>
            <b:First>V.</b:First>
            <b:Last>Maisnar</b:Last>
          </b:Person>
          <b:Person>
            <b:First>R.</b:First>
            <b:Last>Hajek</b:Last>
          </b:Person>
        </b:NameList>
      </b:Author>
    </b:Author>
    <b:PlacePublished>Department of Hemato-Oncology, Faculty of Medicine and Dentistry, Palacky University Olomouc and University Hospital Olomouc, 779 00 Olomouc, Czech Republic. 4th Department of Internal Medicine-Hematology, Faculty Hospital, Charles University in Hradec Kralove, 500 03 Hradec Kralove, Czech Republic. Hematology and Oncology Department, Charles University Hospital Pilsen, 323 00 Pilsen, Czech Republic. 1st Medical Department-Clinical Department of Haematology, First Faculty of Medicine and General Teaching Hospital Charles University, 110 00 Prague, Czech Republic. Department of Hematooncology, University Hospital Ostrava, Faculty of Medicine University of Ostrava, 708 00 Ostrava, Czech Republic. Department of Internal Medicine, Hematology and Oncology, University Hospital Brno, Faculty of Medicine Masaryk University, 625 00 Brno, Czech Republic. Department of Internal Medicine and Hematology, 3rd Faculty of Medicine, Charles University and Faculty Hospital Kralovske Vinohrady, 100 34 Prague, Czech Republic. Department of Hematology and Transfusiology, University Hospital, Faculty of Medicine, Slovak Medical University and Comenius University, 831 01 Bratislava, Slovakia. Institute of Biostatistics and Analyses, Ltd., 602 00 Brno, Czech Republic.</b:PlacePublished>
    <b:Volume>14</b:Volume>
    <b:StandardNumber>20</b:StandardNumber>
    <b:Day>28</b:Day>
    <b:Month>10</b:Month>
    <b:DOI>10.3390/cancers14205165</b:DOI>
    <b:Title>Ixazomib, Lenalidomide and Dexamethasone in Relapsed and Refractory Multiple Myeloma in Routine Clinical Practice: Extended Follow-Up Analysis and the Results of Subsequent Therapy</b:Title>
    <b:JournalName>Cancers (Basel)</b:JournalName>
  </b:Source>
  <b:Source>
    <b:Tag>32196c9a-562d-4441-ac82-c1a69c38bdd2</b:Tag>
    <b:RefOrder>11</b:RefOrder>
    <b:SourceType>JournalArticle</b:SourceType>
    <b:Year>2020</b:Year>
    <b:Author>
      <b:Author>
        <b:NameList>
          <b:Person>
            <b:First>E.</b:First>
            <b:Last>Terpos</b:Last>
          </b:Person>
          <b:Person>
            <b:First>K.</b:First>
            <b:Last>Ramasamy</b:Last>
          </b:Person>
          <b:Person>
            <b:First>N.</b:First>
            <b:Last>Maouche</b:Last>
          </b:Person>
          <b:Person>
            <b:First>J.</b:First>
            <b:Last>Minarik</b:Last>
          </b:Person>
          <b:Person>
            <b:First>I.</b:First>
            <b:Last>Ntanasis-Stathopoulos</b:Last>
          </b:Person>
          <b:Person>
            <b:First>E.</b:First>
            <b:Last>Katodritou</b:Last>
          </b:Person>
          <b:Person>
            <b:First>M. W.</b:First>
            <b:Last>Jenner</b:Last>
          </b:Person>
          <b:Person>
            <b:First>H.</b:First>
            <b:Last>Plonkova</b:Last>
          </b:Person>
          <b:Person>
            <b:First>M.</b:First>
            <b:Last>Gavriatopoulou</b:Last>
          </b:Person>
          <b:Person>
            <b:First>G. D.</b:First>
            <b:Last>Vallance</b:Last>
          </b:Person>
          <b:Person>
            <b:First>T.</b:First>
            <b:Last>Pika</b:Last>
          </b:Person>
          <b:Person>
            <b:First>M.</b:First>
            <b:Last>Kotsopoulou</b:Last>
          </b:Person>
          <b:Person>
            <b:First>J.</b:First>
            <b:Last>Kothari</b:Last>
          </b:Person>
          <b:Person>
            <b:First>T.</b:First>
            <b:Last>Jelinek</b:Last>
          </b:Person>
          <b:Person>
            <b:First>E.</b:First>
            <b:Last>Kastritis</b:Last>
          </b:Person>
          <b:Person>
            <b:First>R.</b:First>
            <b:Last>Aitchison</b:Last>
          </b:Person>
          <b:Person>
            <b:First>M. A.</b:First>
            <b:Last>Dimopoulos</b:Last>
          </b:Person>
          <b:Person>
            <b:First>A.</b:First>
            <b:Last>Zomas</b:Last>
          </b:Person>
          <b:Person>
            <b:First>R.</b:First>
            <b:Last>Hajek</b:Last>
          </b:Person>
        </b:NameList>
      </b:Author>
    </b:Author>
    <b:PlacePublished>Plasma Cell Dyscrasias Unit, Department of Clinical Therapeutics, School of Medicine, National and Kapodistrian University of Athens, Alexandra General Hospital, 80 Vasilissis Sophias, 11528, Athens, Greece. eterpos@hotmail.com. Department of Haematology, Oxford University Hospitals NHS Foundation Trust, Oxford, UK. NIHR BRC Blood Theme, Oxford, UK. NIHR BRC Research Education and Training Group, Oxford, UK. Department of Hemato-Oncology, University Hospital Olomouc, Olomouc, Czech Republic. Plasma Cell Dyscrasias Unit, Department of Clinical Therapeutics, School of Medicine, National and Kapodistrian University of Athens, Alexandra General Hospital, 80 Vasilissis Sophias, 11528, Athens, Greece. Department of Hematology, Theagenio Cancer Hospital, Thessaloniki, Greece. Department of Haematology, University Hospital Southampton NHS Foundation Trust, Southampton, UK. Department of Hemato-Oncology, University Hospital Ostrava, Faculty of Medicine, University of Ostrava, Ostrava, Czech Republic. Department of Hematology, Metaxa Cancer Hospital, Piraeus, Greece. Buckinghamshire Healthcare NHS Trust, Amersham, Bucks, UK. EUCAN Medical Affairs, Takeda Pharmaceuticals International AG, Glattpark-Opfikon, Zurich, Switzerland.</b:PlacePublished>
    <b:Pages>1049-1061</b:Pages>
    <b:Volume>99</b:Volume>
    <b:StandardNumber>5</b:StandardNumber>
    <b:Month>May</b:Month>
    <b:DOI>10.1007/s00277-020-03981-z</b:DOI>
    <b:Title>Real-world effectiveness and safety of ixazomib-lenalidomide-dexamethasone in relapsed/refractory multiple myeloma</b:Title>
    <b:JournalName>Ann Hematol</b:JournalName>
    <b:URL>https://www.ncbi.nlm.nih.gov/pubmed/32236735</b:URL>
    <b:Day>3</b:Day>
  </b:Source>
  <b:Source>
    <b:Tag>5867f77d-bde4-44a7-b426-bad7c1da7773</b:Tag>
    <b:RefOrder>12</b:RefOrder>
    <b:SourceType>JournalArticle</b:SourceType>
    <b:Year>2021</b:Year>
    <b:Author>
      <b:Author>
        <b:NameList>
          <b:Person>
            <b:First>J.</b:First>
            <b:Last>Minarik</b:Last>
          </b:Person>
          <b:Person>
            <b:First>T.</b:First>
            <b:Last>Pika</b:Last>
          </b:Person>
          <b:Person>
            <b:First>J.</b:First>
            <b:Last>Radocha</b:Last>
          </b:Person>
          <b:Person>
            <b:First>A.</b:First>
            <b:Last>Jungova</b:Last>
          </b:Person>
          <b:Person>
            <b:First>J.</b:First>
            <b:Last>Straub</b:Last>
          </b:Person>
          <b:Person>
            <b:First>T.</b:First>
            <b:Last>Jelinek</b:Last>
          </b:Person>
          <b:Person>
            <b:First>L.</b:First>
            <b:Last>Pour</b:Last>
          </b:Person>
          <b:Person>
            <b:First>P.</b:First>
            <b:Last>Pavlicek</b:Last>
          </b:Person>
          <b:Person>
            <b:First>M.</b:First>
            <b:Last>Mistrik</b:Last>
          </b:Person>
          <b:Person>
            <b:First>L.</b:First>
            <b:Last>Brozova</b:Last>
          </b:Person>
          <b:Person>
            <b:First>P.</b:First>
            <b:Last>Krhovska</b:Last>
          </b:Person>
          <b:Person>
            <b:First>K.</b:First>
            <b:Last>Machalkova</b:Last>
          </b:Person>
          <b:Person>
            <b:First>P.</b:First>
            <b:Last>Jindra</b:Last>
          </b:Person>
          <b:Person>
            <b:First>I.</b:First>
            <b:Last>Spicka</b:Last>
          </b:Person>
          <b:Person>
            <b:First>H.</b:First>
            <b:Last>Plonkova</b:Last>
          </b:Person>
          <b:Person>
            <b:First>M.</b:First>
            <b:Last>Stork</b:Last>
          </b:Person>
          <b:Person>
            <b:First>J.</b:First>
            <b:Last>Bacovsky</b:Last>
          </b:Person>
          <b:Person>
            <b:First>L.</b:First>
            <b:Last>Capkova</b:Last>
          </b:Person>
          <b:Person>
            <b:First>M.</b:First>
            <b:Last>Sykora</b:Last>
          </b:Person>
          <b:Person>
            <b:First>P.</b:First>
            <b:Last>Kessler</b:Last>
          </b:Person>
          <b:Person>
            <b:First>L.</b:First>
            <b:Last>Stejskal</b:Last>
          </b:Person>
          <b:Person>
            <b:First>A.</b:First>
            <b:Last>Heindorfer</b:Last>
          </b:Person>
          <b:Person>
            <b:First>J.</b:First>
            <b:Last>Ullrychova</b:Last>
          </b:Person>
          <b:Person>
            <b:First>T.</b:First>
            <b:Last>Skacel</b:Last>
          </b:Person>
          <b:Person>
            <b:First>V.</b:First>
            <b:Last>Maisnar</b:Last>
          </b:Person>
          <b:Person>
            <b:First>R.</b:First>
            <b:Last>Hajek</b:Last>
          </b:Person>
        </b:NameList>
      </b:Author>
    </b:Author>
    <b:PlacePublished>Department of Hemato-Oncology, Faculty of Medicine and Dentistry, Palacky University Olomouc and University Hospital Olomouc, Olomouc, Czech Republic. abretina@email.cz. Department of Hemato-Oncology, Faculty of Medicine and Dentistry, Palacky University Olomouc and University Hospital Olomouc, Olomouc, Czech Republic. 4th Department of Internal Medicine - Hematology, Faculty Hospital and Charles University in Hradec Kralove, Hradec Kralove, Czech Republic. Hematology and Oncology Department, Charles University Hospital Pilsen, Pilsen, Czech Republic. 1st Medical Department - Clinical Department of Haematology, First Faculty of Medicine and General Teaching Hospital Charles University, Prague, Czech Republic. Department of Hematooncology, University Hospital Ostrava and Faculty of Medicine University of Ostrava, Ostrava, Czech Republic. Department of Internal Medicine, Hematology and Oncology, University Hospital Brno and Faculty of Medicine Masaryk University, Brno, Czech Republic. Department of Internal Medicine and Hematology, 3rd Faculty of Medicine, Charles University and Faculty Hospital Kralovske Vinohrady, Prague, Czech Republic. Department of Hematology and Transfusiology, Faculty of Medicine, University Hospital Bratislava, Bratislava, Slovakia. Institute of Biostatistics and Analyses, Ltd., Brno, Czech Republic. Department of Clinical Hematology, Hospital Ceske Budejovice, Ceske Budejovice, Czech Republic. Department of Hematology and Transfusion Medicine, Hospital Pelhrimov, Pelhrimov, Czech Republic. Department of Hematology, Silesian Hospital in Opava, Opava, Czech Republic. Department of Hematology, Hospital Liberec, Liberec, Czech Republic. Department of Clinical Hematology, Regional Health Corporation, Masaryk Hospital in Usti nad Labem, Usti nad Labem, Czech Republic. 1st Department of Medicine, First Faculty of Medicine, Charles University and General Hospital in Prague, Prague, Czech Republic. Millennium Pharmaceuticals, Inc., a wholly owned subsidiary of Takeda Pharmaceutical Company Limited, Cambridge, MA, USA.</b:PlacePublished>
    <b:Pages>73</b:Pages>
    <b:Volume>21</b:Volume>
    <b:StandardNumber>1</b:StandardNumber>
    <b:Day>17</b:Day>
    <b:Month>1</b:Month>
    <b:DOI>10.1186/s12885-020-07732-1</b:DOI>
    <b:Title>Survival benefit of ixazomib, lenalidomide and dexamethasone (IRD) over lenalidomide and dexamethasone (Rd) in relapsed and refractory multiple myeloma patients in routine clinical practice</b:Title>
    <b:JournalName>BMC Cancer</b:JournalName>
  </b:Source>
  <b:Source>
    <b:Tag>f0c01a45-1bab-4b90-972c-f049a3bc3fe3</b:Tag>
    <b:RefOrder>13</b:RefOrder>
    <b:SourceType>JournalArticle</b:SourceType>
    <b:Year>2014</b:Year>
    <b:Author>
      <b:Author>
        <b:NameList>
          <b:Person>
            <b:First>S. V.</b:First>
            <b:Last>Rajkumar</b:Last>
          </b:Person>
          <b:Person>
            <b:First>M. A.</b:First>
            <b:Last>Dimopoulos</b:Last>
          </b:Person>
          <b:Person>
            <b:First>A.</b:First>
            <b:Last>Palumbo</b:Last>
          </b:Person>
          <b:Person>
            <b:First>J.</b:First>
            <b:Last>Blade</b:Last>
          </b:Person>
          <b:Person>
            <b:First>G.</b:First>
            <b:Last>Merlini</b:Last>
          </b:Person>
          <b:Person>
            <b:First>M. V.</b:First>
            <b:Last>Mateos</b:Last>
          </b:Person>
          <b:Person>
            <b:First>S.</b:First>
            <b:Last>Kumar</b:Last>
          </b:Person>
          <b:Person>
            <b:First>J.</b:First>
            <b:Last>Hillengass</b:Last>
          </b:Person>
          <b:Person>
            <b:First>E.</b:First>
            <b:Last>Kastritis</b:Last>
          </b:Person>
          <b:Person>
            <b:First>P.</b:First>
            <b:Last>Richardson</b:Last>
          </b:Person>
          <b:Person>
            <b:First>O.</b:First>
            <b:Last>Landgren</b:Last>
          </b:Person>
          <b:Person>
            <b:First>B.</b:First>
            <b:Last>Paiva</b:Last>
          </b:Person>
          <b:Person>
            <b:First>A.</b:First>
            <b:Last>Dispenzieri</b:Last>
          </b:Person>
          <b:Person>
            <b:First>B.</b:First>
            <b:Last>Weiss</b:Last>
          </b:Person>
          <b:Person>
            <b:First>X.</b:First>
            <b:Last>LeLeu</b:Last>
          </b:Person>
          <b:Person>
            <b:First>S.</b:First>
            <b:Last>Zweegman</b:Last>
          </b:Person>
          <b:Person>
            <b:First>S.</b:First>
            <b:Last>Lonial</b:Last>
          </b:Person>
          <b:Person>
            <b:First>L.</b:First>
            <b:Last>Rosinol</b:Last>
          </b:Person>
          <b:Person>
            <b:First>E.</b:First>
            <b:Last>Zamagni</b:Last>
          </b:Person>
          <b:Person>
            <b:First>S.</b:First>
            <b:Last>Jagannath</b:Last>
          </b:Person>
          <b:Person>
            <b:First>O.</b:First>
            <b:Last>Sezer</b:Last>
          </b:Person>
          <b:Person>
            <b:First>S. Y.</b:First>
            <b:Last>Kristinsson</b:Last>
          </b:Person>
          <b:Person>
            <b:First>J.</b:First>
            <b:Last>Caers</b:Last>
          </b:Person>
          <b:Person>
            <b:First>S. Z.</b:First>
            <b:Last>Usmani</b:Last>
          </b:Person>
          <b:Person>
            <b:First>J. J.</b:First>
            <b:Last>Lahuerta</b:Last>
          </b:Person>
          <b:Person>
            <b:First>H. E.</b:First>
            <b:Last>Johnsen</b:Last>
          </b:Person>
          <b:Person>
            <b:First>M.</b:First>
            <b:Last>Beksac</b:Last>
          </b:Person>
          <b:Person>
            <b:First>M.</b:First>
            <b:Last>Cavo</b:Last>
          </b:Person>
          <b:Person>
            <b:First>H.</b:First>
            <b:Last>Goldschmidt</b:Last>
          </b:Person>
          <b:Person>
            <b:First>E.</b:First>
            <b:Last>Terpos</b:Last>
          </b:Person>
          <b:Person>
            <b:First>R. A.</b:First>
            <b:Last>Kyle</b:Last>
          </b:Person>
          <b:Person>
            <b:First>K. C.</b:First>
            <b:Last>Anderson</b:Last>
          </b:Person>
          <b:Person>
            <b:First>B. G.</b:First>
            <b:Last>Durie</b:Last>
          </b:Person>
          <b:Person>
            <b:First>J. F.</b:First>
            <b:Last>Miguel</b:Last>
          </b:Person>
        </b:NameList>
      </b:Author>
    </b:Author>
    <b:PlacePublished>Division of Hematology, Mayo Clinic, Rochester, MN, USA. Electronic address: rajkumar.vincent@mayo.edu. Department of Clinical Therapeutics, University of Athens, School of Medicine, Athens, Greece. Myeloma Unit, Division of Hematology, University of Torino, Azienda Ospedaliero-Universitaria Città della Salute e della Scienza di Torino, Torino, Italy. Hospital Clinic, Barcelona, Spain. Amyloidosis Center, University Hospital Policlinico San Matteo, Pavia, Italy. University Hospital of Salamanca/IBSAL, Salamanca, Spain. Division of Hematology, Mayo Clinic, Rochester, MN, USA. Department of Hematology, Oncology and Rheumatology, University of Heidelberg, Heidelberg, Germany. Dana-Farber Cancer Institute, Boston, MA, USA. Memorial Sloan Kettering Cancer Center, New York, NY, USA. Clinica Universidad de Navarra, Centro de Investigacion Medica Aplicada (CIMA), Pamplona, Spain. Abramson Cancer Center, University of Pennsylvania, Philadelphia, PA, USA. University Hospital of Lille, Lille, France. Department of Hematology, VU University Medical Center, Amsterdam, Netherlands. Department of Hematology and Medical Oncology, Winship Cancer Institute, Emory University, Atlanta, GA, USA. Seràgnoli Institute of Hematology, Bologna University School of Medicine, Bologna, Italy. Mount Sinai Cancer Institute, New York, NY, USA. Memorial Hospital, Istanbul, Turkey. Karolinska University Hospital, Karolinska Institutet, Stockholm, Sweden. Department of Hematology, CHU de Liege, Liege, Belgium. Levine Cancer Institute, Carolinas HealthCare System, Charlotte, NC, USA. Servicio de Hematología, Hospital Universitario 12 de Octubre, Madrid, Spain. Department of Haematology, Aalborg University Hospital, Aalborg, Denmark. Ankara University School of Medicine, Ankara, Turkey. Cedars-Sinai Comprehensive Cancer Center, Los Angeles, CA, USA.</b:PlacePublished>
    <b:Pages>e538-48</b:Pages>
    <b:Volume>15</b:Volume>
    <b:StandardNumber>12</b:StandardNumber>
    <b:Month>Nov</b:Month>
    <b:DOI>10.1016/s1470-2045(14)70442-5</b:DOI>
    <b:Title>International Myeloma Working Group updated criteria for the diagnosis of multiple myeloma</b:Title>
    <b:JournalName>Lancet Oncol</b:JournalName>
    <b:Day>3</b:Day>
  </b:Source>
  <b:Source>
    <b:Tag>07dead8c-8cc8-49d3-80d9-02f10a7246aa</b:Tag>
    <b:RefOrder>14</b:RefOrder>
    <b:SourceType>JournalArticle</b:SourceType>
    <b:Year>2024</b:Year>
    <b:Author>
      <b:Author>
        <b:NameList>
          <b:Person>
            <b:First>X.</b:First>
            <b:Last>Leleu</b:Last>
          </b:Person>
          <b:Person>
            <b:First>H. C.</b:First>
            <b:Last>Lee</b:Last>
          </b:Person>
          <b:Person>
            <b:First>J. A.</b:First>
            <b:Last>Zonder</b:Last>
          </b:Person>
          <b:Person>
            <b:First>M.</b:First>
            <b:Last>Macro</b:Last>
          </b:Person>
          <b:Person>
            <b:First>K.</b:First>
            <b:Last>Ramasamy</b:Last>
          </b:Person>
          <b:Person>
            <b:First>C.</b:First>
            <b:Last>Hulin</b:Last>
          </b:Person>
          <b:Person>
            <b:First>J.</b:First>
            <b:Last>Silar</b:Last>
          </b:Person>
          <b:Person>
            <b:First>M.</b:First>
            <b:Last>Kuhn</b:Last>
          </b:Person>
          <b:Person>
            <b:First>K.</b:First>
            <b:Last>Ren</b:Last>
          </b:Person>
          <b:Person>
            <b:First>N.</b:First>
            <b:Last>Bent-Ennakhil</b:Last>
          </b:Person>
          <b:Person>
            <b:First>D.</b:First>
            <b:Last>Cherepanov</b:Last>
          </b:Person>
          <b:Person>
            <b:First>D. M.</b:First>
            <b:Last>Stull</b:Last>
          </b:Person>
          <b:Person>
            <b:First>E.</b:First>
            <b:Last>Terpos</b:Last>
          </b:Person>
        </b:NameList>
      </b:Author>
    </b:Author>
    <b:PlacePublished>Pole Regional de Cancerologie, Department of Hematology, CHU La Miletrie-Poitiers, Poitiers, 86000, France. M.D. Anderson Cancer Center, Houston, TX 77030, USA. Barbara Ann Karmanos Cancer Institute/Wayne State University School of Medicine, Detroit, MI 48201, USA. CHU de Caen, Caen, 14000, France. Department of Haematology, Oxford University Hospitals NHS Foundation Trust, Oxford, Oxfordshire, OX3 7LE, UK. CHU de Bordeaux, Bordeaux, 33000, France. Institute of Biostatistics &amp; Analyses, Ltd, Brno, 602 00, Czech Republic. Takeda Development Center Americas, Inc. (TDCA), Lexington, MA 02421, USA. Takeda Pharmaceuticals International AG, Opfikon, 8152, Switzerland. Takeda Pharmaceuticals U.S.A., Inc., Lexington, MA 02421, USA. Department of Clinical Therapeutics, National &amp; Kapodistrian University of Athens, School of Medicine, Athens,115 27, Greece.</b:PlacePublished>
    <b:Day>10</b:Day>
    <b:Month>1</b:Month>
    <b:DOI>10.2217/fon-2023-0604</b:DOI>
    <b:Title>INSURE: a pooled analysis of ixazomib-lenalidomide-dexamethasone for relapsed/refractory myeloma in routine practice</b:Title>
    <b:JournalName>Future Oncol</b:JournalName>
    <b:URL>https://www.ncbi.nlm.nih.gov/pubmed/38197267</b:URL>
  </b:Source>
  <b:Source>
    <b:Tag>6b777793-1405-4434-bf73-06da2f99dda5</b:Tag>
    <b:RefOrder>15</b:RefOrder>
    <b:SourceType>JournalArticle</b:SourceType>
    <b:Year>2023</b:Year>
    <b:Author>
      <b:Author>
        <b:NameList>
          <b:Person>
            <b:First>M.</b:First>
            <b:Last>Macro</b:Last>
          </b:Person>
          <b:Person>
            <b:First>C.</b:First>
            <b:Last>Hulin</b:Last>
          </b:Person>
          <b:Person>
            <b:First>L.</b:First>
            <b:Last>Vincent</b:Last>
          </b:Person>
          <b:Person>
            <b:First>A.</b:First>
            <b:Last>Charvet-Rumpler</b:Last>
          </b:Person>
          <b:Person>
            <b:First>L.</b:First>
            <b:Last>Benboubker</b:Last>
          </b:Person>
          <b:Person>
            <b:First>C.</b:First>
            <b:Last>Calmettes</b:Last>
          </b:Person>
          <b:Person>
            <b:First>A. M.</b:First>
            <b:Last>Stoppa</b:Last>
          </b:Person>
          <b:Person>
            <b:First>K.</b:First>
            <b:Last>Laribi</b:Last>
          </b:Person>
          <b:Person>
            <b:First>L.</b:First>
            <b:Last>Clement-Filliatre</b:Last>
          </b:Person>
          <b:Person>
            <b:First>H.</b:First>
            <b:Last>Zerazhi</b:Last>
          </b:Person>
          <b:Person>
            <b:First>F.</b:First>
            <b:Last>Honeyman</b:Last>
          </b:Person>
          <b:Person>
            <b:First>V.</b:First>
            <b:Last>Richez</b:Last>
          </b:Person>
          <b:Person>
            <b:First>F.</b:First>
            <b:Last>Maloisel</b:Last>
          </b:Person>
          <b:Person>
            <b:First>L.</b:First>
            <b:Last>Karlin</b:Last>
          </b:Person>
          <b:Person>
            <b:First>J.</b:First>
            <b:Last>Barrak</b:Last>
          </b:Person>
          <b:Person>
            <b:First>C.</b:First>
            <b:Last>Chouaid</b:Last>
          </b:Person>
          <b:Person>
            <b:First>X.</b:First>
            <b:Last>Leleu</b:Last>
          </b:Person>
        </b:NameList>
      </b:Author>
    </b:Author>
    <b:PlacePublished>IHBN - CHU de Caen, Caen, France. macro-m@chu-caen.fr. CHU Bordeaux - Hopital Haut Leveque, Pessac, France. CHU de Montpellier - Hopital Saint-Eloi, Montpellier, France. CHU de Besancon - Hopital Jean Minjoz, Besancon, France. CHRU de Tours - Hopital Bretonneau, Tours, France. CH de Perigueux, Perigueux, France. Institut Paoli Calmettes, Marseille, France. CH Le Mans, Le mans, France. Clinique Louis Pasteur, Essey-les-Nancy, France. CH d'Avignon, Avignon, France. CHU de Saint-Etienne, Saint-Etienne, France. CHU de Nice - Hopital de l'archet, Nice, France. Clinique Sainte-Anne, Strasbourg, France. Hospices Civils de Lyon, Pierre Benite, France. Takeda France, Paris, France. CHI de Creteil, Creteil, France. CHU de Poitiers, Poitiers, France.</b:PlacePublished>
    <b:Pages>2137-2151</b:Pages>
    <b:Volume>102</b:Volume>
    <b:StandardNumber>8</b:StandardNumber>
    <b:Month>Aug</b:Month>
    <b:DOI>10.1007/s00277-023-05278-3</b:DOI>
    <b:Title>Real-world effectiveness of ixazomib combined with lenalidomide and dexamethasone in relapsed/refractory multiple myeloma: the REMIX study</b:Title>
    <b:JournalName>Ann Hematol</b:JournalName>
    <b:URL>https://www.ncbi.nlm.nih.gov/pubmed/37301786</b:URL>
    <b:Day>11</b:Day>
  </b:Source>
  <b:Source>
    <b:Tag>46855d9f-bfe3-4a22-9223-57e7243e5e45</b:Tag>
    <b:RefOrder>16</b:RefOrder>
    <b:SourceType>JournalArticle</b:SourceType>
    <b:Year>2023</b:Year>
    <b:Author>
      <b:Author>
        <b:NameList>
          <b:Person>
            <b:First>A</b:First>
            <b:Last>Furlan</b:Last>
          </b:Person>
          <b:Person>
            <b:First>M</b:First>
            <b:Last>Cea</b:Last>
          </b:Person>
          <b:Person>
            <b:First>R</b:First>
            <b:Last>Zambello</b:Last>
          </b:Person>
          <b:Person>
            <b:First>L</b:First>
            <b:Last>Pavan</b:Last>
          </b:Person>
          <b:Person>
            <b:First>M</b:First>
            <b:Last>Galli</b:Last>
          </b:Person>
          <b:Person>
            <b:First>C</b:First>
            <b:Last>Clissa</b:Last>
          </b:Person>
          <b:Person>
            <b:First>S</b:First>
            <b:Last>Mangiacavalli</b:Last>
          </b:Person>
          <b:Person>
            <b:Last>Cafro A</b:Last>
          </b:Person>
          <b:Person>
            <b:Last>Girlanda S</b:Last>
          </b:Person>
          <b:Person>
            <b:Last>Patriarca F</b:Last>
          </b:Person>
          <b:Person>
            <b:Last>Minotto C</b:Last>
          </b:Person>
          <b:Person>
            <b:Last>Bertoldero G</b:Last>
          </b:Person>
          <b:Person>
            <b:Last>Barilà G</b:Last>
          </b:Person>
          <b:Person>
            <b:Last>Pascarella A</b:Last>
          </b:Person>
          <b:Person>
            <b:Last>Lico A</b:Last>
          </b:Person>
          <b:Person>
            <b:Last>Paolini R</b:Last>
          </b:Person>
          <b:Person>
            <b:Last>Rabassi N</b:Last>
          </b:Person>
          <b:Person>
            <b:Last>Pescosta N</b:Last>
          </b:Person>
          <b:Person>
            <b:Last>Porrazzo M</b:Last>
          </b:Person>
          <b:Person>
            <b:Last>De Sabbata G</b:Last>
          </b:Person>
          <b:Person>
            <b:Last>Pompa A</b:Last>
          </b:Person>
          <b:Person>
            <b:Last>Bega G</b:Last>
          </b:Person>
          <b:Person>
            <b:Last>Cavallin S</b:Last>
          </b:Person>
          <b:Person>
            <b:Last>Guidotti F</b:Last>
          </b:Person>
          <b:Person>
            <b:Last>Semenzato G</b:Last>
          </b:Person>
          <b:Person>
            <b:Last>Zaina C</b:Last>
          </b:Person>
          <b:Person>
            <b:Last>Gherlinzoni F</b:Last>
          </b:Person>
        </b:NameList>
      </b:Author>
    </b:Author>
    <b:Pages>37-38</b:Pages>
    <b:Volume>7</b:Volume>
    <b:StandardNumber>Suppl</b:StandardNumber>
    <b:Title>A real-world retrospective-prospective analysis of efficacy and safety of combined ixazomib, lenalidomide and dexamethasone in relapsed/refractory multiple myeloma: The northern Italy experience</b:Title>
    <b:JournalName>Hemasphere</b:JournalName>
  </b:Source>
  <b:Source>
    <b:Tag>1d230aea-9672-4b20-a5c1-f07ceab4d348</b:Tag>
    <b:RefOrder>17</b:RefOrder>
    <b:SourceType>JournalArticle</b:SourceType>
    <b:Year>2020</b:Year>
    <b:Author>
      <b:Author>
        <b:NameList>
          <b:Person>
            <b:First>Y. C.</b:First>
            <b:Last>Cohen</b:Last>
          </b:Person>
          <b:Person>
            <b:First>H.</b:First>
            <b:Last>Magen</b:Last>
          </b:Person>
          <b:Person>
            <b:First>N.</b:First>
            <b:Last>Lavi</b:Last>
          </b:Person>
          <b:Person>
            <b:First>M. E.</b:First>
            <b:Last>Gatt</b:Last>
          </b:Person>
          <b:Person>
            <b:First>E.</b:First>
            <b:Last>Chubar</b:Last>
          </b:Person>
          <b:Person>
            <b:First>N.</b:First>
            <b:Last>Horowitz</b:Last>
          </b:Person>
          <b:Person>
            <b:First>N.</b:First>
            <b:Last>Kreiniz</b:Last>
          </b:Person>
          <b:Person>
            <b:First>T.</b:First>
            <b:Last>Tadmor</b:Last>
          </b:Person>
          <b:Person>
            <b:First>S.</b:First>
            <b:Last>Trestman</b:Last>
          </b:Person>
          <b:Person>
            <b:First>R.</b:First>
            <b:Last>Vitkon</b:Last>
          </b:Person>
          <b:Person>
            <b:First>O.</b:First>
            <b:Last>Rouvio</b:Last>
          </b:Person>
          <b:Person>
            <b:First>O.</b:First>
            <b:Last>Shvetz</b:Last>
          </b:Person>
          <b:Person>
            <b:First>A.</b:First>
            <b:Last>Shaulov</b:Last>
          </b:Person>
          <b:Person>
            <b:First>T.</b:First>
            <b:Last>Ziv-Baran</b:Last>
          </b:Person>
          <b:Person>
            <b:First>I.</b:First>
            <b:Last>Avivi</b:Last>
          </b:Person>
        </b:NameList>
      </b:Author>
    </b:Author>
    <b:PlacePublished>Department of Hematology, Tel-Aviv Sourasky Medical Center, Tel Aviv, Israel. yaelcoh@tlvmc.gov.il. Sackler Faculty of Medicine, Tel Aviv University, Tel Aviv, Israel. yaelcoh@tlvmc.gov.il. Sackler Faculty of Medicine, Tel Aviv University, Tel Aviv, Israel. Chaim Sheba Medical Center, Ramat Gan, Israel. Rambam Medical Center, Haifa, Israel. Hematology Department, Hadassah Hebrew University Medical Center, Jerusalem, Israel. Hematology Unit, HaEmek Medical Center, Afula, Israel. Hematology Unit, Bnai-Zion Medical center, Haifa, Israel. The Ruth and Bruce Rappaport Faculty of Medicine, Technion, Haifa, Israel. Department of Hematology, Tel-Aviv Sourasky Medical Center, Tel Aviv, Israel. Department of Hematology, Soroka Medical Center, Be'er Sheva, Israel. Hematology, Kaplan Medical Center, Affiliated with Hadassah and Hebrew University Medical School, Rehovot, Israel. Department of Epidemiology and Preventive Medicine, School of Public Health, Sackler Faculty of Medicine, Tel-Aviv University, Tel Aviv, Israel.</b:PlacePublished>
    <b:Pages>1273-1281</b:Pages>
    <b:Volume>99</b:Volume>
    <b:StandardNumber>6</b:StandardNumber>
    <b:Month>Jun</b:Month>
    <b:DOI>10.1007/s00277-020-03985-9</b:DOI>
    <b:Title>Ixazomib-based regimens for relapsed/refractory multiple myeloma: are real-world data compatible with clinical trial outcomes? A multi-site Israeli registry study</b:Title>
    <b:JournalName>Ann Hematol</b:JournalName>
    <b:Day>21</b:Day>
  </b:Source>
  <b:Source>
    <b:Tag>00a1fee7-e959-4745-8859-c15aa5398c40</b:Tag>
    <b:RefOrder>18</b:RefOrder>
    <b:SourceType>JournalArticle</b:SourceType>
    <b:Year>2022</b:Year>
    <b:Author>
      <b:Author>
        <b:NameList>
          <b:Person>
            <b:First>Larysa</b:First>
            <b:Last>Sanchez</b:Last>
          </b:Person>
          <b:Person>
            <b:First>Mu</b:First>
            <b:Last>Cheng</b:Last>
          </b:Person>
          <b:Person>
            <b:First>Dasha</b:First>
            <b:Last>Cherepanov</b:Last>
          </b:Person>
          <b:Person>
            <b:First>Maral</b:First>
            <b:Last>DerSarkissian</b:Last>
          </b:Person>
          <b:Person>
            <b:First>Dawn Marie</b:First>
            <b:Last>Stull</b:Last>
          </b:Person>
          <b:Person>
            <b:First>Fei</b:First>
            <b:Last>Huang</b:Last>
          </b:Person>
          <b:Person>
            <b:First>Annalise</b:First>
            <b:Last>Hilts</b:Last>
          </b:Person>
          <b:Person>
            <b:First>Justin</b:First>
            <b:Last>Chun</b:Last>
          </b:Person>
          <b:Person>
            <b:First>Mei Sheng</b:First>
            <b:Last>Duh</b:Last>
          </b:Person>
          <b:Person>
            <b:First>Sikander</b:First>
            <b:Last>Ailawadhi</b:Last>
          </b:Person>
        </b:NameList>
      </b:Author>
    </b:Author>
    <b:Pages>4308-4309</b:Pages>
    <b:Volume>140</b:Volume>
    <b:StandardNumber>Supplement 1</b:StandardNumber>
    <b:DOI>10.1182/blood-2022-156320</b:DOI>
    <b:DayAccessed>27</b:DayAccessed>
    <b:MonthAccessed>3</b:MonthAccessed>
    <b:YearAccessed>2024</b:YearAccessed>
    <b:Title>Comparative Effectiveness of Lenalidomide/Dexamethasone-Based Triplet Regimens for Treatment of Relapsed and/or Refractory Multiple Myeloma in Subgroups Defined By Cytogenetic Risk</b:Title>
    <b:JournalName>Blood</b:JournalName>
    <b:URL>https://doi.org/10.1182/blood-2022-156320</b:URL>
  </b:Source>
</b:Sources>
</file>

<file path=customXml/itemProps1.xml><?xml version="1.0" encoding="utf-8"?>
<ds:datastoreItem xmlns:ds="http://schemas.openxmlformats.org/officeDocument/2006/customXml" ds:itemID="{D68F2CBE-DF95-45CF-B111-6B2247116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75d4e-dbd1-4c18-8055-9c80c6109dac"/>
    <ds:schemaRef ds:uri="6b08620e-79b0-4251-85ed-a325283ea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65CEA-D301-4C55-9C7C-DC0634E4C80D}">
  <ds:schemaRefs>
    <ds:schemaRef ds:uri="http://schemas.microsoft.com/sharepoint/v3/contenttype/forms"/>
  </ds:schemaRefs>
</ds:datastoreItem>
</file>

<file path=customXml/itemProps3.xml><?xml version="1.0" encoding="utf-8"?>
<ds:datastoreItem xmlns:ds="http://schemas.openxmlformats.org/officeDocument/2006/customXml" ds:itemID="{DEADB418-3AC2-4222-AD11-141385CDE00B}">
  <ds:schemaRefs>
    <ds:schemaRef ds:uri="http://schemas.microsoft.com/office/2006/metadata/properties"/>
    <ds:schemaRef ds:uri="http://schemas.microsoft.com/office/infopath/2007/PartnerControls"/>
    <ds:schemaRef ds:uri="68275d4e-dbd1-4c18-8055-9c80c6109dac"/>
    <ds:schemaRef ds:uri="6b08620e-79b0-4251-85ed-a325283ea1d4"/>
  </ds:schemaRefs>
</ds:datastoreItem>
</file>

<file path=customXml/itemProps4.xml><?xml version="1.0" encoding="utf-8"?>
<ds:datastoreItem xmlns:ds="http://schemas.openxmlformats.org/officeDocument/2006/customXml" ds:itemID="{B07D176A-EE5E-4B19-9355-868504B6F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Dodoc Integration User</dc:creator>
  <cp:keywords/>
  <dc:description/>
  <cp:lastModifiedBy>Dhanasekar Subramanian</cp:lastModifiedBy>
  <cp:revision>4</cp:revision>
  <dcterms:created xsi:type="dcterms:W3CDTF">2024-06-18T04:55:00Z</dcterms:created>
  <dcterms:modified xsi:type="dcterms:W3CDTF">2025-01-24T01:57:00Z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0x0101001F6AA5A94E1AA345B5F59B8F208379E3</vt:lpwstr>
  </property>
  <property fmtid="{D5CDD505-2E9C-101B-9397-08002B2CF9AE}" pid="3" name="MediaServiceImageTags">
    <vt:lpwstr/>
  </property>
</Properties>
</file>