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2"/>
        <w:gridCol w:w="4948"/>
      </w:tblGrid>
      <w:tr w:rsidR="00B066D8" w:rsidRPr="004D20AA" w14:paraId="7A1D02FF" w14:textId="77777777" w:rsidTr="006C7724">
        <w:tc>
          <w:tcPr>
            <w:tcW w:w="3823" w:type="dxa"/>
          </w:tcPr>
          <w:p w14:paraId="16816104" w14:textId="77777777" w:rsidR="005F3B8D" w:rsidRPr="004D20AA" w:rsidRDefault="005F3B8D" w:rsidP="006C7724">
            <w:pPr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Article</w:t>
            </w:r>
          </w:p>
        </w:tc>
        <w:tc>
          <w:tcPr>
            <w:tcW w:w="5103" w:type="dxa"/>
          </w:tcPr>
          <w:p w14:paraId="7C739B62" w14:textId="77777777" w:rsidR="005F3B8D" w:rsidRPr="004D20AA" w:rsidRDefault="005F3B8D" w:rsidP="006C7724">
            <w:pPr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Data source</w:t>
            </w:r>
          </w:p>
        </w:tc>
      </w:tr>
      <w:tr w:rsidR="002F28DC" w:rsidRPr="004D20AA" w14:paraId="4D8B8DDD" w14:textId="77777777" w:rsidTr="006C7724">
        <w:tc>
          <w:tcPr>
            <w:tcW w:w="3823" w:type="dxa"/>
          </w:tcPr>
          <w:p w14:paraId="08E1DC32" w14:textId="2877C3A4" w:rsidR="002F28DC" w:rsidRPr="004D20AA" w:rsidRDefault="002F28DC" w:rsidP="006C77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Allam 2024</w:t>
            </w:r>
          </w:p>
        </w:tc>
        <w:tc>
          <w:tcPr>
            <w:tcW w:w="5103" w:type="dxa"/>
          </w:tcPr>
          <w:p w14:paraId="5BC91DDD" w14:textId="63AE2B00" w:rsidR="002F28DC" w:rsidRPr="004D20AA" w:rsidRDefault="002F28DC" w:rsidP="006C77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Table 4</w:t>
            </w:r>
          </w:p>
        </w:tc>
      </w:tr>
      <w:tr w:rsidR="002F28DC" w:rsidRPr="004D20AA" w14:paraId="6499BDD5" w14:textId="77777777" w:rsidTr="006C7724">
        <w:tc>
          <w:tcPr>
            <w:tcW w:w="3823" w:type="dxa"/>
          </w:tcPr>
          <w:p w14:paraId="389AB247" w14:textId="09A5196B" w:rsidR="002F28DC" w:rsidRPr="004D20AA" w:rsidRDefault="002F28DC" w:rsidP="006C77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Hung 2025</w:t>
            </w:r>
          </w:p>
        </w:tc>
        <w:tc>
          <w:tcPr>
            <w:tcW w:w="5103" w:type="dxa"/>
          </w:tcPr>
          <w:p w14:paraId="21B62AEE" w14:textId="2A456587" w:rsidR="002F28DC" w:rsidRPr="004D20AA" w:rsidRDefault="002F28DC" w:rsidP="006C77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Table 3</w:t>
            </w:r>
          </w:p>
        </w:tc>
      </w:tr>
      <w:tr w:rsidR="00B066D8" w:rsidRPr="004D20AA" w14:paraId="3293FABE" w14:textId="77777777" w:rsidTr="006C7724">
        <w:tc>
          <w:tcPr>
            <w:tcW w:w="3823" w:type="dxa"/>
          </w:tcPr>
          <w:p w14:paraId="4608EF57" w14:textId="77777777" w:rsidR="005F3B8D" w:rsidRPr="004D20AA" w:rsidRDefault="005F3B8D" w:rsidP="006C7724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Miller 2022</w:t>
            </w:r>
          </w:p>
        </w:tc>
        <w:tc>
          <w:tcPr>
            <w:tcW w:w="5103" w:type="dxa"/>
          </w:tcPr>
          <w:p w14:paraId="5FD2BC70" w14:textId="77777777" w:rsidR="005F3B8D" w:rsidRPr="004D20AA" w:rsidRDefault="005F3B8D" w:rsidP="006C7724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Figure 1, Table 6</w:t>
            </w:r>
          </w:p>
        </w:tc>
      </w:tr>
      <w:tr w:rsidR="00B066D8" w:rsidRPr="004D20AA" w14:paraId="425BA0AD" w14:textId="77777777" w:rsidTr="006C7724">
        <w:tc>
          <w:tcPr>
            <w:tcW w:w="3823" w:type="dxa"/>
          </w:tcPr>
          <w:p w14:paraId="72070DA2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Walkey 2016</w:t>
            </w:r>
          </w:p>
        </w:tc>
        <w:tc>
          <w:tcPr>
            <w:tcW w:w="5103" w:type="dxa"/>
          </w:tcPr>
          <w:p w14:paraId="351E384B" w14:textId="77777777" w:rsidR="00B346C4" w:rsidRPr="004D20AA" w:rsidRDefault="00B346C4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Source:</w:t>
            </w:r>
          </w:p>
          <w:p w14:paraId="13A2EC0D" w14:textId="733D80D4" w:rsidR="000C611A" w:rsidRPr="004D20AA" w:rsidRDefault="00C776E9" w:rsidP="00B346C4">
            <w:pPr>
              <w:pStyle w:val="Geenafstand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Table 1 – total</w:t>
            </w:r>
            <w:r w:rsidR="000C611A" w:rsidRPr="004D20AA">
              <w:rPr>
                <w:rFonts w:asciiTheme="majorHAnsi" w:hAnsiTheme="majorHAnsi" w:cstheme="majorHAnsi"/>
              </w:rPr>
              <w:t xml:space="preserve"> number of patients with new onset atrial fibrillation calculated as total number of patients -/- patients with pre-exisiting atrial fibrillation</w:t>
            </w:r>
          </w:p>
          <w:p w14:paraId="3B0E5133" w14:textId="59BBCFCC" w:rsidR="00B346C4" w:rsidRPr="004D20AA" w:rsidRDefault="00C776E9" w:rsidP="00B346C4">
            <w:pPr>
              <w:pStyle w:val="Geenafstand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Results section “Outcomes Stratified by Newly Diagnosed and Preexisting AF” </w:t>
            </w:r>
            <w:r w:rsidR="00B346C4" w:rsidRPr="004D20AA">
              <w:rPr>
                <w:rFonts w:asciiTheme="majorHAnsi" w:hAnsiTheme="majorHAnsi" w:cstheme="majorHAnsi"/>
              </w:rPr>
              <w:t>–</w:t>
            </w:r>
            <w:r w:rsidRPr="004D20AA">
              <w:rPr>
                <w:rFonts w:asciiTheme="majorHAnsi" w:hAnsiTheme="majorHAnsi" w:cstheme="majorHAnsi"/>
              </w:rPr>
              <w:t xml:space="preserve"> </w:t>
            </w:r>
          </w:p>
          <w:p w14:paraId="7B5F9423" w14:textId="77777777" w:rsidR="00B346C4" w:rsidRPr="004D20AA" w:rsidRDefault="00B346C4" w:rsidP="00B346C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6C466D49" w14:textId="55A378D6" w:rsidR="005F3B8D" w:rsidRPr="004D20AA" w:rsidRDefault="00B066D8" w:rsidP="00B346C4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 number of events in the new-onset group were combined with the reported RR and calculated backward. Rounded to nearest integer.</w:t>
            </w:r>
          </w:p>
          <w:p w14:paraId="64DB7D0F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535985BC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Calculations</w:t>
            </w:r>
          </w:p>
          <w:p w14:paraId="2C6C5C9B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Stroke: RR = 0.85 (95% CI 0.57-1.17)</w:t>
            </w:r>
          </w:p>
          <w:p w14:paraId="542981F2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br/>
              <w:t>Treatment arm:  2789 = a+b</w:t>
            </w:r>
            <w:r w:rsidRPr="004D20AA">
              <w:rPr>
                <w:rFonts w:asciiTheme="majorHAnsi" w:hAnsiTheme="majorHAnsi" w:cstheme="majorHAnsi"/>
              </w:rPr>
              <w:br/>
              <w:t>No treatment arm: 2796 = = c+d</w:t>
            </w:r>
            <w:r w:rsidRPr="004D20AA">
              <w:rPr>
                <w:rFonts w:asciiTheme="majorHAnsi" w:hAnsiTheme="majorHAnsi" w:cstheme="majorHAnsi"/>
              </w:rPr>
              <w:br/>
              <w:t>Disease positive total: 104 = a+c</w:t>
            </w:r>
            <w:r w:rsidRPr="004D20AA">
              <w:rPr>
                <w:rFonts w:asciiTheme="majorHAnsi" w:hAnsiTheme="majorHAnsi" w:cstheme="majorHAnsi"/>
              </w:rPr>
              <w:br/>
              <w:t>Disease negative total 5481 = =b+d</w:t>
            </w:r>
            <w:r w:rsidRPr="004D20AA">
              <w:rPr>
                <w:rFonts w:asciiTheme="majorHAnsi" w:hAnsiTheme="majorHAnsi" w:cstheme="majorHAnsi"/>
              </w:rPr>
              <w:br/>
              <w:t>Total: 5585</w:t>
            </w:r>
            <w:r w:rsidRPr="004D20AA">
              <w:rPr>
                <w:rFonts w:asciiTheme="majorHAnsi" w:hAnsiTheme="majorHAnsi" w:cstheme="majorHAnsi"/>
              </w:rPr>
              <w:br/>
            </w:r>
          </w:p>
          <w:p w14:paraId="576B005F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RR = (a / ( a + b ) ) / (c / ( c + d ) )</w:t>
            </w:r>
            <w:r w:rsidRPr="004D20AA">
              <w:rPr>
                <w:rFonts w:asciiTheme="majorHAnsi" w:hAnsiTheme="majorHAnsi" w:cstheme="majorHAnsi"/>
              </w:rPr>
              <w:br/>
              <w:t>RR = (a / 2789) / ((104 - a) / 2796) = 0.85</w:t>
            </w:r>
            <w:r w:rsidRPr="004D20AA">
              <w:rPr>
                <w:rFonts w:asciiTheme="majorHAnsi" w:hAnsiTheme="majorHAnsi" w:cstheme="majorHAnsi"/>
              </w:rPr>
              <w:br/>
              <w:t>0.85 * 2789 * (104 - a) = a * 2796</w:t>
            </w:r>
            <w:r w:rsidRPr="004D20AA">
              <w:rPr>
                <w:rFonts w:asciiTheme="majorHAnsi" w:hAnsiTheme="majorHAnsi" w:cstheme="majorHAnsi"/>
              </w:rPr>
              <w:br/>
              <w:t>2360.65 * (104 - a) = a * 2796</w:t>
            </w:r>
            <w:r w:rsidRPr="004D20AA">
              <w:rPr>
                <w:rFonts w:asciiTheme="majorHAnsi" w:hAnsiTheme="majorHAnsi" w:cstheme="majorHAnsi"/>
              </w:rPr>
              <w:br/>
              <w:t>a ≈ 48</w:t>
            </w:r>
            <w:r w:rsidRPr="004D20AA">
              <w:rPr>
                <w:rFonts w:asciiTheme="majorHAnsi" w:hAnsiTheme="majorHAnsi" w:cstheme="majorHAnsi"/>
              </w:rPr>
              <w:br/>
              <w:t>c = 104 - 48 = 56</w:t>
            </w:r>
            <w:r w:rsidRPr="004D20AA">
              <w:rPr>
                <w:rFonts w:asciiTheme="majorHAnsi" w:hAnsiTheme="majorHAnsi" w:cstheme="majorHAnsi"/>
              </w:rPr>
              <w:br/>
              <w:t>b = 2789 - 48 = 2741</w:t>
            </w:r>
            <w:r w:rsidRPr="004D20AA">
              <w:rPr>
                <w:rFonts w:asciiTheme="majorHAnsi" w:hAnsiTheme="majorHAnsi" w:cstheme="majorHAnsi"/>
              </w:rPr>
              <w:br/>
              <w:t>d = 5481 - 2741 = 2740</w:t>
            </w:r>
            <w:r w:rsidRPr="004D20AA">
              <w:rPr>
                <w:rFonts w:asciiTheme="majorHAnsi" w:hAnsiTheme="majorHAnsi" w:cstheme="majorHAnsi"/>
              </w:rPr>
              <w:br/>
            </w:r>
          </w:p>
          <w:p w14:paraId="3EFA2616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1D93F136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Bleeding: RR = 0.97 (95% CI 0.83-1.14)</w:t>
            </w:r>
          </w:p>
          <w:p w14:paraId="4F996894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br/>
              <w:t>Treatment positive: 2789 a + b</w:t>
            </w:r>
            <w:r w:rsidRPr="004D20AA">
              <w:rPr>
                <w:rFonts w:asciiTheme="majorHAnsi" w:hAnsiTheme="majorHAnsi" w:cstheme="majorHAnsi"/>
              </w:rPr>
              <w:br/>
              <w:t>Treatment negative: 2796 c + d</w:t>
            </w:r>
            <w:r w:rsidRPr="004D20AA">
              <w:rPr>
                <w:rFonts w:asciiTheme="majorHAnsi" w:hAnsiTheme="majorHAnsi" w:cstheme="majorHAnsi"/>
              </w:rPr>
              <w:br/>
              <w:t>Disease positive: 703 a + c</w:t>
            </w:r>
            <w:r w:rsidRPr="004D20AA">
              <w:rPr>
                <w:rFonts w:asciiTheme="majorHAnsi" w:hAnsiTheme="majorHAnsi" w:cstheme="majorHAnsi"/>
              </w:rPr>
              <w:br/>
              <w:t>Disease negative: 4882 b + d</w:t>
            </w:r>
            <w:r w:rsidRPr="004D20AA">
              <w:rPr>
                <w:rFonts w:asciiTheme="majorHAnsi" w:hAnsiTheme="majorHAnsi" w:cstheme="majorHAnsi"/>
              </w:rPr>
              <w:br/>
              <w:t>Total: 5585</w:t>
            </w:r>
          </w:p>
          <w:p w14:paraId="4B4DC5F0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RR = (a / ( a + b ) ) / (c / ( c + d ) )</w:t>
            </w:r>
            <w:r w:rsidRPr="004D20AA">
              <w:rPr>
                <w:rFonts w:asciiTheme="majorHAnsi" w:hAnsiTheme="majorHAnsi" w:cstheme="majorHAnsi"/>
              </w:rPr>
              <w:br/>
              <w:t>RR = (a / 2789) / ((703 - a) / 2796) = 0.97</w:t>
            </w:r>
            <w:r w:rsidRPr="004D20AA">
              <w:rPr>
                <w:rFonts w:asciiTheme="majorHAnsi" w:hAnsiTheme="majorHAnsi" w:cstheme="majorHAnsi"/>
              </w:rPr>
              <w:br/>
              <w:t>0.97 * 2789 * (703 - a) = a * 2796</w:t>
            </w:r>
            <w:r w:rsidRPr="004D20AA">
              <w:rPr>
                <w:rFonts w:asciiTheme="majorHAnsi" w:hAnsiTheme="majorHAnsi" w:cstheme="majorHAnsi"/>
              </w:rPr>
              <w:br/>
              <w:t>2705.33 * (703 - a) = a * 2796</w:t>
            </w:r>
            <w:r w:rsidRPr="004D20AA">
              <w:rPr>
                <w:rFonts w:asciiTheme="majorHAnsi" w:hAnsiTheme="majorHAnsi" w:cstheme="majorHAnsi"/>
              </w:rPr>
              <w:br/>
              <w:t>a ≈ 346</w:t>
            </w:r>
            <w:r w:rsidRPr="004D20AA">
              <w:rPr>
                <w:rFonts w:asciiTheme="majorHAnsi" w:hAnsiTheme="majorHAnsi" w:cstheme="majorHAnsi"/>
              </w:rPr>
              <w:br/>
              <w:t>c = 703 - 346 = 357</w:t>
            </w:r>
            <w:r w:rsidRPr="004D20AA">
              <w:rPr>
                <w:rFonts w:asciiTheme="majorHAnsi" w:hAnsiTheme="majorHAnsi" w:cstheme="majorHAnsi"/>
              </w:rPr>
              <w:br/>
            </w:r>
            <w:r w:rsidRPr="004D20AA">
              <w:rPr>
                <w:rFonts w:asciiTheme="majorHAnsi" w:hAnsiTheme="majorHAnsi" w:cstheme="majorHAnsi"/>
              </w:rPr>
              <w:lastRenderedPageBreak/>
              <w:t>b = 2789 - 346 = 2443</w:t>
            </w:r>
            <w:r w:rsidRPr="004D20AA">
              <w:rPr>
                <w:rFonts w:asciiTheme="majorHAnsi" w:hAnsiTheme="majorHAnsi" w:cstheme="majorHAnsi"/>
              </w:rPr>
              <w:br/>
              <w:t>d = 4882 - 2443 = 2439</w:t>
            </w:r>
          </w:p>
          <w:p w14:paraId="01AF6FAB" w14:textId="77777777" w:rsidR="00D400CF" w:rsidRPr="004D20AA" w:rsidRDefault="00D400C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</w:tc>
      </w:tr>
      <w:tr w:rsidR="00B066D8" w:rsidRPr="004D20AA" w14:paraId="371FBCDE" w14:textId="77777777" w:rsidTr="006C7724">
        <w:tc>
          <w:tcPr>
            <w:tcW w:w="3823" w:type="dxa"/>
          </w:tcPr>
          <w:p w14:paraId="502FF779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lastRenderedPageBreak/>
              <w:t>Yoshida 2020</w:t>
            </w:r>
          </w:p>
        </w:tc>
        <w:tc>
          <w:tcPr>
            <w:tcW w:w="5103" w:type="dxa"/>
          </w:tcPr>
          <w:p w14:paraId="5B35B9A4" w14:textId="77777777" w:rsidR="005F3B8D" w:rsidRPr="004D20AA" w:rsidRDefault="00C776E9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Table 4 – direct data</w:t>
            </w:r>
          </w:p>
        </w:tc>
      </w:tr>
      <w:tr w:rsidR="00B066D8" w:rsidRPr="004D20AA" w14:paraId="0F1A9745" w14:textId="77777777" w:rsidTr="006C7724">
        <w:tc>
          <w:tcPr>
            <w:tcW w:w="3823" w:type="dxa"/>
          </w:tcPr>
          <w:p w14:paraId="579D66E4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Brunetti 2021</w:t>
            </w:r>
          </w:p>
        </w:tc>
        <w:tc>
          <w:tcPr>
            <w:tcW w:w="5103" w:type="dxa"/>
          </w:tcPr>
          <w:p w14:paraId="4C81154A" w14:textId="77777777" w:rsidR="005F3B8D" w:rsidRPr="004D20AA" w:rsidRDefault="00C776E9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Table 3 – direct data</w:t>
            </w:r>
          </w:p>
        </w:tc>
      </w:tr>
      <w:tr w:rsidR="00B066D8" w:rsidRPr="004D20AA" w14:paraId="1F14CB38" w14:textId="77777777" w:rsidTr="006C7724">
        <w:tc>
          <w:tcPr>
            <w:tcW w:w="3823" w:type="dxa"/>
          </w:tcPr>
          <w:p w14:paraId="0A29EE50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Quon 2018</w:t>
            </w:r>
          </w:p>
        </w:tc>
        <w:tc>
          <w:tcPr>
            <w:tcW w:w="5103" w:type="dxa"/>
          </w:tcPr>
          <w:p w14:paraId="05A8280A" w14:textId="77777777" w:rsidR="005F3B8D" w:rsidRPr="004D20AA" w:rsidRDefault="000C611A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Table 2 and Table 3 – direct data</w:t>
            </w:r>
          </w:p>
        </w:tc>
      </w:tr>
      <w:tr w:rsidR="00B066D8" w:rsidRPr="004D20AA" w14:paraId="45D101D9" w14:textId="77777777" w:rsidTr="006C7724">
        <w:tc>
          <w:tcPr>
            <w:tcW w:w="3823" w:type="dxa"/>
          </w:tcPr>
          <w:p w14:paraId="7BC4F709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Walkey 2023</w:t>
            </w:r>
          </w:p>
        </w:tc>
        <w:tc>
          <w:tcPr>
            <w:tcW w:w="5103" w:type="dxa"/>
          </w:tcPr>
          <w:p w14:paraId="27B77135" w14:textId="002D4A33" w:rsidR="00B346C4" w:rsidRPr="004D20AA" w:rsidRDefault="00B346C4" w:rsidP="00B346C4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 data on number of events and censored subjects were combined with the reported percentages and calculated backward. Rounded to nearest integer.</w:t>
            </w:r>
          </w:p>
          <w:p w14:paraId="5C864FFC" w14:textId="77777777" w:rsidR="00B346C4" w:rsidRPr="004D20AA" w:rsidRDefault="00B346C4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4E46105A" w14:textId="7C5ED109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Calculations</w:t>
            </w:r>
          </w:p>
          <w:p w14:paraId="192D53CE" w14:textId="77777777" w:rsidR="00B346C4" w:rsidRPr="004D20AA" w:rsidRDefault="00B346C4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70EE1EBD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OAC Prescription: 807 patients</w:t>
            </w:r>
          </w:p>
          <w:p w14:paraId="7A1E34E3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No OAC Prescription: 3185 patients</w:t>
            </w:r>
          </w:p>
          <w:p w14:paraId="73DFEECF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70D96F43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Overall Approach (Intention-to-Treat)</w:t>
            </w:r>
          </w:p>
          <w:p w14:paraId="608E451D" w14:textId="77777777" w:rsidR="001D7C36" w:rsidRPr="004D20AA" w:rsidRDefault="001D7C36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4CFE5967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Given percentages:</w:t>
            </w:r>
          </w:p>
          <w:p w14:paraId="54B8A586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 OAC: 3.2%</w:t>
            </w:r>
          </w:p>
          <w:p w14:paraId="4AB2EF1A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without OAC: 2.0%</w:t>
            </w:r>
          </w:p>
          <w:p w14:paraId="4D8BA817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 OAC: 6.4%</w:t>
            </w:r>
          </w:p>
          <w:p w14:paraId="01BC469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without OAC: 5.4%</w:t>
            </w:r>
          </w:p>
          <w:p w14:paraId="2EEBAB6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221A4A09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 OAC:</w:t>
            </w:r>
          </w:p>
          <w:p w14:paraId="659702AD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Patients = 807 * 3.2 / 100 = 25.824 ≈ 26 patients</w:t>
            </w:r>
          </w:p>
          <w:p w14:paraId="6D4E84A8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without OAC:</w:t>
            </w:r>
          </w:p>
          <w:p w14:paraId="78440AC1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Patients = 3185 * 2.0 / 100 = 63.7 ≈ 64 patients</w:t>
            </w:r>
          </w:p>
          <w:p w14:paraId="655D7357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 OAC:</w:t>
            </w:r>
          </w:p>
          <w:p w14:paraId="4D1EB9BB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Patients = 807 * 6.4 / 100 = 51.648 ≈ 52 patients</w:t>
            </w:r>
          </w:p>
          <w:p w14:paraId="2EC80EB4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without OAC:</w:t>
            </w:r>
          </w:p>
          <w:p w14:paraId="4BE8EC14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Patients = 3185 * 5.4 / 100 = 172.995 ≈ 173 patients</w:t>
            </w:r>
          </w:p>
          <w:p w14:paraId="41B58931" w14:textId="77777777" w:rsidR="001D7C36" w:rsidRPr="004D20AA" w:rsidRDefault="001D7C36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6C5CF30A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  <w:b/>
                <w:bCs/>
              </w:rPr>
            </w:pPr>
            <w:r w:rsidRPr="004D20AA">
              <w:rPr>
                <w:rFonts w:asciiTheme="majorHAnsi" w:hAnsiTheme="majorHAnsi" w:cstheme="majorHAnsi"/>
                <w:b/>
                <w:bCs/>
              </w:rPr>
              <w:t>Per-Protocol Approach</w:t>
            </w:r>
          </w:p>
          <w:p w14:paraId="44E4C975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18116CE4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 numbers:</w:t>
            </w:r>
          </w:p>
          <w:p w14:paraId="6F8B2311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47CD44E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OAC Prescription: </w:t>
            </w:r>
            <w:r w:rsidR="001D7C36" w:rsidRPr="004D20AA">
              <w:rPr>
                <w:rFonts w:asciiTheme="majorHAnsi" w:hAnsiTheme="majorHAnsi" w:cstheme="majorHAnsi"/>
              </w:rPr>
              <w:t>422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  <w:r w:rsidR="001D7C36" w:rsidRPr="004D20AA">
              <w:rPr>
                <w:rFonts w:asciiTheme="majorHAnsi" w:hAnsiTheme="majorHAnsi" w:cstheme="majorHAnsi"/>
              </w:rPr>
              <w:t xml:space="preserve"> (385 censored)</w:t>
            </w:r>
          </w:p>
          <w:p w14:paraId="28D82F66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No OAC Prescription: </w:t>
            </w:r>
            <w:r w:rsidR="001D7C36" w:rsidRPr="004D20AA">
              <w:rPr>
                <w:rFonts w:asciiTheme="majorHAnsi" w:hAnsiTheme="majorHAnsi" w:cstheme="majorHAnsi"/>
              </w:rPr>
              <w:t>2647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  <w:r w:rsidR="001D7C36" w:rsidRPr="004D20AA">
              <w:rPr>
                <w:rFonts w:asciiTheme="majorHAnsi" w:hAnsiTheme="majorHAnsi" w:cstheme="majorHAnsi"/>
              </w:rPr>
              <w:t xml:space="preserve"> (538 censored)</w:t>
            </w:r>
          </w:p>
          <w:p w14:paraId="089F36B9" w14:textId="77777777" w:rsidR="001D7C36" w:rsidRPr="004D20AA" w:rsidRDefault="001D7C36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5F03027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Given percentages:</w:t>
            </w:r>
          </w:p>
          <w:p w14:paraId="11817B7A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 OAC: 5.69%</w:t>
            </w:r>
          </w:p>
          <w:p w14:paraId="2F6AA34E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without OAC: 2.32%</w:t>
            </w:r>
          </w:p>
          <w:p w14:paraId="2907B2B7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 OAC: 6.51%</w:t>
            </w:r>
          </w:p>
          <w:p w14:paraId="275FE5FB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without OAC: 7.10%</w:t>
            </w:r>
          </w:p>
          <w:p w14:paraId="25069D4F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Calculations:</w:t>
            </w:r>
          </w:p>
          <w:p w14:paraId="09CDB259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333FC139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 OAC:</w:t>
            </w:r>
          </w:p>
          <w:p w14:paraId="2FE466B9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lastRenderedPageBreak/>
              <w:t xml:space="preserve">Patients = </w:t>
            </w:r>
            <w:r w:rsidR="007A250E" w:rsidRPr="004D20AA">
              <w:rPr>
                <w:rFonts w:asciiTheme="majorHAnsi" w:hAnsiTheme="majorHAnsi" w:cstheme="majorHAnsi"/>
              </w:rPr>
              <w:t>422</w:t>
            </w:r>
            <w:r w:rsidRPr="004D20AA">
              <w:rPr>
                <w:rFonts w:asciiTheme="majorHAnsi" w:hAnsiTheme="majorHAnsi" w:cstheme="majorHAnsi"/>
              </w:rPr>
              <w:t xml:space="preserve"> * 5.69 / 100 = </w:t>
            </w:r>
            <w:r w:rsidR="001D7C36" w:rsidRPr="004D20AA">
              <w:rPr>
                <w:rFonts w:asciiTheme="majorHAnsi" w:hAnsiTheme="majorHAnsi" w:cstheme="majorHAnsi"/>
              </w:rPr>
              <w:t>24.00</w:t>
            </w:r>
            <w:r w:rsidRPr="004D20AA">
              <w:rPr>
                <w:rFonts w:asciiTheme="majorHAnsi" w:hAnsiTheme="majorHAnsi" w:cstheme="majorHAnsi"/>
              </w:rPr>
              <w:t xml:space="preserve"> ≈ </w:t>
            </w:r>
            <w:r w:rsidR="007A250E" w:rsidRPr="004D20AA">
              <w:rPr>
                <w:rFonts w:asciiTheme="majorHAnsi" w:hAnsiTheme="majorHAnsi" w:cstheme="majorHAnsi"/>
              </w:rPr>
              <w:t>24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</w:p>
          <w:p w14:paraId="684597D4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Stroke/TIA without OAC:</w:t>
            </w:r>
          </w:p>
          <w:p w14:paraId="50DE8AF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Patients = </w:t>
            </w:r>
            <w:r w:rsidR="007A250E" w:rsidRPr="004D20AA">
              <w:rPr>
                <w:rFonts w:asciiTheme="majorHAnsi" w:hAnsiTheme="majorHAnsi" w:cstheme="majorHAnsi"/>
              </w:rPr>
              <w:t>2647</w:t>
            </w:r>
            <w:r w:rsidRPr="004D20AA">
              <w:rPr>
                <w:rFonts w:asciiTheme="majorHAnsi" w:hAnsiTheme="majorHAnsi" w:cstheme="majorHAnsi"/>
              </w:rPr>
              <w:t xml:space="preserve"> * 2.32 / 100 = </w:t>
            </w:r>
            <w:r w:rsidR="001D7C36" w:rsidRPr="004D20AA">
              <w:rPr>
                <w:rFonts w:asciiTheme="majorHAnsi" w:hAnsiTheme="majorHAnsi" w:cstheme="majorHAnsi"/>
              </w:rPr>
              <w:t>61.45</w:t>
            </w:r>
            <w:r w:rsidRPr="004D20AA">
              <w:rPr>
                <w:rFonts w:asciiTheme="majorHAnsi" w:hAnsiTheme="majorHAnsi" w:cstheme="majorHAnsi"/>
              </w:rPr>
              <w:t xml:space="preserve"> ≈ </w:t>
            </w:r>
            <w:r w:rsidR="007A250E" w:rsidRPr="004D20AA">
              <w:rPr>
                <w:rFonts w:asciiTheme="majorHAnsi" w:hAnsiTheme="majorHAnsi" w:cstheme="majorHAnsi"/>
              </w:rPr>
              <w:t>61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</w:p>
          <w:p w14:paraId="0484FAC0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 OAC:</w:t>
            </w:r>
          </w:p>
          <w:p w14:paraId="7C9437E4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Patients = </w:t>
            </w:r>
            <w:r w:rsidR="001D7C36" w:rsidRPr="004D20AA">
              <w:rPr>
                <w:rFonts w:asciiTheme="majorHAnsi" w:hAnsiTheme="majorHAnsi" w:cstheme="majorHAnsi"/>
              </w:rPr>
              <w:t>422</w:t>
            </w:r>
            <w:r w:rsidRPr="004D20AA">
              <w:rPr>
                <w:rFonts w:asciiTheme="majorHAnsi" w:hAnsiTheme="majorHAnsi" w:cstheme="majorHAnsi"/>
              </w:rPr>
              <w:t xml:space="preserve"> * 6.51 / 100 = </w:t>
            </w:r>
            <w:r w:rsidR="001D7C36" w:rsidRPr="004D20AA">
              <w:rPr>
                <w:rFonts w:asciiTheme="majorHAnsi" w:hAnsiTheme="majorHAnsi" w:cstheme="majorHAnsi"/>
              </w:rPr>
              <w:t>27.48</w:t>
            </w:r>
            <w:r w:rsidRPr="004D20AA">
              <w:rPr>
                <w:rFonts w:asciiTheme="majorHAnsi" w:hAnsiTheme="majorHAnsi" w:cstheme="majorHAnsi"/>
              </w:rPr>
              <w:t xml:space="preserve"> ≈ </w:t>
            </w:r>
            <w:r w:rsidR="001D7C36" w:rsidRPr="004D20AA">
              <w:rPr>
                <w:rFonts w:asciiTheme="majorHAnsi" w:hAnsiTheme="majorHAnsi" w:cstheme="majorHAnsi"/>
              </w:rPr>
              <w:t>27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</w:p>
          <w:p w14:paraId="5D31231B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Bleeding without OAC:</w:t>
            </w:r>
          </w:p>
          <w:p w14:paraId="411CB79F" w14:textId="77777777" w:rsidR="00212CFF" w:rsidRPr="004D20AA" w:rsidRDefault="00212CFF" w:rsidP="00212CFF">
            <w:pPr>
              <w:pStyle w:val="Geenafstand"/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 xml:space="preserve">Patients = </w:t>
            </w:r>
            <w:r w:rsidR="00541A5F" w:rsidRPr="004D20AA">
              <w:rPr>
                <w:rFonts w:asciiTheme="majorHAnsi" w:hAnsiTheme="majorHAnsi" w:cstheme="majorHAnsi"/>
              </w:rPr>
              <w:t>2647</w:t>
            </w:r>
            <w:r w:rsidRPr="004D20AA">
              <w:rPr>
                <w:rFonts w:asciiTheme="majorHAnsi" w:hAnsiTheme="majorHAnsi" w:cstheme="majorHAnsi"/>
              </w:rPr>
              <w:t xml:space="preserve"> * 7.10 / 100 = </w:t>
            </w:r>
            <w:r w:rsidR="001D7C36" w:rsidRPr="004D20AA">
              <w:rPr>
                <w:rFonts w:asciiTheme="majorHAnsi" w:hAnsiTheme="majorHAnsi" w:cstheme="majorHAnsi"/>
              </w:rPr>
              <w:t>187.94</w:t>
            </w:r>
            <w:r w:rsidRPr="004D20AA">
              <w:rPr>
                <w:rFonts w:asciiTheme="majorHAnsi" w:hAnsiTheme="majorHAnsi" w:cstheme="majorHAnsi"/>
              </w:rPr>
              <w:t xml:space="preserve"> ≈ </w:t>
            </w:r>
            <w:r w:rsidR="001D7C36" w:rsidRPr="004D20AA">
              <w:rPr>
                <w:rFonts w:asciiTheme="majorHAnsi" w:hAnsiTheme="majorHAnsi" w:cstheme="majorHAnsi"/>
              </w:rPr>
              <w:t>18</w:t>
            </w:r>
            <w:r w:rsidR="00541A5F" w:rsidRPr="004D20AA">
              <w:rPr>
                <w:rFonts w:asciiTheme="majorHAnsi" w:hAnsiTheme="majorHAnsi" w:cstheme="majorHAnsi"/>
              </w:rPr>
              <w:t>8</w:t>
            </w:r>
            <w:r w:rsidRPr="004D20AA">
              <w:rPr>
                <w:rFonts w:asciiTheme="majorHAnsi" w:hAnsiTheme="majorHAnsi" w:cstheme="majorHAnsi"/>
              </w:rPr>
              <w:t xml:space="preserve"> patients</w:t>
            </w:r>
          </w:p>
          <w:p w14:paraId="05BD2F6C" w14:textId="77777777" w:rsidR="005F3B8D" w:rsidRPr="004D20AA" w:rsidRDefault="005F3B8D" w:rsidP="00212CFF">
            <w:pPr>
              <w:pStyle w:val="Geenafstand"/>
              <w:rPr>
                <w:rFonts w:asciiTheme="majorHAnsi" w:hAnsiTheme="majorHAnsi" w:cstheme="majorHAnsi"/>
              </w:rPr>
            </w:pPr>
          </w:p>
        </w:tc>
      </w:tr>
    </w:tbl>
    <w:p w14:paraId="7E40C3D6" w14:textId="77777777" w:rsidR="005F3B8D" w:rsidRPr="004D20AA" w:rsidRDefault="005F3B8D" w:rsidP="00212CFF">
      <w:pPr>
        <w:pStyle w:val="Geenafstand"/>
        <w:rPr>
          <w:rFonts w:asciiTheme="majorHAnsi" w:hAnsiTheme="majorHAnsi" w:cstheme="majorHAnsi"/>
          <w:b/>
          <w:bCs/>
        </w:rPr>
      </w:pPr>
    </w:p>
    <w:p w14:paraId="15A5D910" w14:textId="77777777" w:rsidR="00212CFF" w:rsidRPr="004D20AA" w:rsidRDefault="00212CFF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br w:type="page"/>
      </w:r>
    </w:p>
    <w:p w14:paraId="1684F915" w14:textId="4B6360CE" w:rsidR="00182734" w:rsidRDefault="007D5E4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lastRenderedPageBreak/>
        <w:t>S</w:t>
      </w:r>
      <w:r w:rsidR="002F28DC" w:rsidRPr="004D20AA">
        <w:rPr>
          <w:rFonts w:asciiTheme="majorHAnsi" w:hAnsiTheme="majorHAnsi" w:cstheme="majorHAnsi"/>
          <w:b/>
          <w:bCs/>
        </w:rPr>
        <w:t>trokest</w:t>
      </w:r>
    </w:p>
    <w:p w14:paraId="67F9806E" w14:textId="68A01EFB" w:rsidR="007D5E4C" w:rsidRPr="004D20AA" w:rsidRDefault="007D5E4C" w:rsidP="007D5E4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1: </w:t>
      </w:r>
      <w:r>
        <w:rPr>
          <w:rFonts w:asciiTheme="majorHAnsi" w:hAnsiTheme="majorHAnsi" w:cstheme="majorHAnsi"/>
        </w:rPr>
        <w:t>Allam</w:t>
      </w:r>
      <w:r w:rsidRPr="004D20AA">
        <w:rPr>
          <w:rFonts w:asciiTheme="majorHAnsi" w:hAnsiTheme="majorHAnsi" w:cstheme="majorHAnsi"/>
        </w:rPr>
        <w:t xml:space="preserve"> (202</w:t>
      </w:r>
      <w:r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D5E4C" w:rsidRPr="004D20AA" w14:paraId="142FD073" w14:textId="77777777" w:rsidTr="00EE6A9F">
        <w:tc>
          <w:tcPr>
            <w:tcW w:w="2160" w:type="dxa"/>
          </w:tcPr>
          <w:p w14:paraId="69C0DF04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27387B3D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CDCA462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779B198B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7D5E4C" w:rsidRPr="004D20AA" w14:paraId="46A45EFD" w14:textId="77777777" w:rsidTr="00EE6A9F">
        <w:tc>
          <w:tcPr>
            <w:tcW w:w="2160" w:type="dxa"/>
          </w:tcPr>
          <w:p w14:paraId="095C956F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FDD8C01" w14:textId="1248BA0E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60" w:type="dxa"/>
          </w:tcPr>
          <w:p w14:paraId="3150E38C" w14:textId="41029AF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60" w:type="dxa"/>
          </w:tcPr>
          <w:p w14:paraId="07363BE4" w14:textId="6B2449C4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  <w:tr w:rsidR="007D5E4C" w:rsidRPr="004D20AA" w14:paraId="03867C37" w14:textId="77777777" w:rsidTr="00EE6A9F">
        <w:tc>
          <w:tcPr>
            <w:tcW w:w="2160" w:type="dxa"/>
          </w:tcPr>
          <w:p w14:paraId="2ADCDC7D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7603734F" w14:textId="7D5EB20B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86</w:t>
            </w:r>
          </w:p>
        </w:tc>
        <w:tc>
          <w:tcPr>
            <w:tcW w:w="2160" w:type="dxa"/>
          </w:tcPr>
          <w:p w14:paraId="7D6B9DF9" w14:textId="10EA776C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137</w:t>
            </w:r>
          </w:p>
        </w:tc>
        <w:tc>
          <w:tcPr>
            <w:tcW w:w="2160" w:type="dxa"/>
          </w:tcPr>
          <w:p w14:paraId="24985876" w14:textId="7015BACA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223</w:t>
            </w:r>
          </w:p>
        </w:tc>
      </w:tr>
      <w:tr w:rsidR="007D5E4C" w:rsidRPr="004D20AA" w14:paraId="5F745A2F" w14:textId="77777777" w:rsidTr="00EE6A9F">
        <w:tc>
          <w:tcPr>
            <w:tcW w:w="2160" w:type="dxa"/>
          </w:tcPr>
          <w:p w14:paraId="5957F92F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1EFF6A8D" w14:textId="7368C15D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87</w:t>
            </w:r>
          </w:p>
        </w:tc>
        <w:tc>
          <w:tcPr>
            <w:tcW w:w="2160" w:type="dxa"/>
          </w:tcPr>
          <w:p w14:paraId="47A75AF8" w14:textId="5431C228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140</w:t>
            </w:r>
          </w:p>
        </w:tc>
        <w:tc>
          <w:tcPr>
            <w:tcW w:w="2160" w:type="dxa"/>
          </w:tcPr>
          <w:p w14:paraId="7A59BB53" w14:textId="7F7A73E8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227</w:t>
            </w:r>
          </w:p>
        </w:tc>
      </w:tr>
    </w:tbl>
    <w:p w14:paraId="0DB4A0CF" w14:textId="77777777" w:rsidR="007D5E4C" w:rsidRPr="004D20AA" w:rsidRDefault="007D5E4C" w:rsidP="007D5E4C">
      <w:pPr>
        <w:rPr>
          <w:rFonts w:asciiTheme="majorHAnsi" w:hAnsiTheme="majorHAnsi" w:cstheme="majorHAnsi"/>
        </w:rPr>
      </w:pPr>
    </w:p>
    <w:p w14:paraId="6589CF9B" w14:textId="69CA40DB" w:rsidR="007D5E4C" w:rsidRPr="004D20AA" w:rsidRDefault="007D5E4C" w:rsidP="007D5E4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2: </w:t>
      </w:r>
      <w:r>
        <w:rPr>
          <w:rFonts w:asciiTheme="majorHAnsi" w:hAnsiTheme="majorHAnsi" w:cstheme="majorHAnsi"/>
        </w:rPr>
        <w:t>Hung</w:t>
      </w:r>
      <w:r w:rsidRPr="004D20AA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2025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D5E4C" w:rsidRPr="004D20AA" w14:paraId="1358F97D" w14:textId="77777777" w:rsidTr="00EE6A9F">
        <w:tc>
          <w:tcPr>
            <w:tcW w:w="2160" w:type="dxa"/>
          </w:tcPr>
          <w:p w14:paraId="72EE662A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ED258F0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26AAB672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7E260349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7D5E4C" w:rsidRPr="004D20AA" w14:paraId="2BED266C" w14:textId="77777777" w:rsidTr="00EE6A9F">
        <w:tc>
          <w:tcPr>
            <w:tcW w:w="2160" w:type="dxa"/>
          </w:tcPr>
          <w:p w14:paraId="5767EE86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9367AC6" w14:textId="5C8CDC62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60" w:type="dxa"/>
          </w:tcPr>
          <w:p w14:paraId="4A10CD94" w14:textId="7C6C749D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160" w:type="dxa"/>
          </w:tcPr>
          <w:p w14:paraId="01AB83D5" w14:textId="080B628A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7D5E4C" w:rsidRPr="004D20AA" w14:paraId="2397FC46" w14:textId="77777777" w:rsidTr="00EE6A9F">
        <w:tc>
          <w:tcPr>
            <w:tcW w:w="2160" w:type="dxa"/>
          </w:tcPr>
          <w:p w14:paraId="43E7BEE0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C92665A" w14:textId="7AB7F373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2160" w:type="dxa"/>
          </w:tcPr>
          <w:p w14:paraId="076D4F69" w14:textId="7BE04426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62</w:t>
            </w:r>
          </w:p>
        </w:tc>
        <w:tc>
          <w:tcPr>
            <w:tcW w:w="2160" w:type="dxa"/>
          </w:tcPr>
          <w:p w14:paraId="078C11EA" w14:textId="4F196CC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89</w:t>
            </w:r>
          </w:p>
        </w:tc>
      </w:tr>
      <w:tr w:rsidR="007D5E4C" w:rsidRPr="004D20AA" w14:paraId="3E2B3768" w14:textId="77777777" w:rsidTr="00EE6A9F">
        <w:tc>
          <w:tcPr>
            <w:tcW w:w="2160" w:type="dxa"/>
          </w:tcPr>
          <w:p w14:paraId="18B5E119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1489437E" w14:textId="1EF454A2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2160" w:type="dxa"/>
          </w:tcPr>
          <w:p w14:paraId="70EEF038" w14:textId="0D6E831B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</w:t>
            </w:r>
          </w:p>
        </w:tc>
        <w:tc>
          <w:tcPr>
            <w:tcW w:w="2160" w:type="dxa"/>
          </w:tcPr>
          <w:p w14:paraId="19827E12" w14:textId="2C504F78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95</w:t>
            </w:r>
          </w:p>
        </w:tc>
      </w:tr>
    </w:tbl>
    <w:p w14:paraId="6A03EF65" w14:textId="77777777" w:rsidR="007D5E4C" w:rsidRDefault="007D5E4C" w:rsidP="005F3B8D">
      <w:pPr>
        <w:rPr>
          <w:rFonts w:asciiTheme="majorHAnsi" w:hAnsiTheme="majorHAnsi" w:cstheme="majorHAnsi"/>
        </w:rPr>
      </w:pPr>
    </w:p>
    <w:p w14:paraId="06544BF0" w14:textId="68F8367A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 w:rsidR="007D5E4C">
        <w:rPr>
          <w:rFonts w:asciiTheme="majorHAnsi" w:hAnsiTheme="majorHAnsi" w:cstheme="majorHAnsi"/>
        </w:rPr>
        <w:t>3</w:t>
      </w:r>
      <w:r w:rsidRPr="004D20AA">
        <w:rPr>
          <w:rFonts w:asciiTheme="majorHAnsi" w:hAnsiTheme="majorHAnsi" w:cstheme="majorHAnsi"/>
        </w:rPr>
        <w:t>: Miller (2022)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608883B6" w14:textId="77777777">
        <w:tc>
          <w:tcPr>
            <w:tcW w:w="2160" w:type="dxa"/>
          </w:tcPr>
          <w:p w14:paraId="6AF1D73B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ADAD03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1773C44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4F3C8A0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25D849A0" w14:textId="77777777">
        <w:tc>
          <w:tcPr>
            <w:tcW w:w="2160" w:type="dxa"/>
          </w:tcPr>
          <w:p w14:paraId="7031D46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2AE53D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60" w:type="dxa"/>
          </w:tcPr>
          <w:p w14:paraId="34D3A35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60" w:type="dxa"/>
          </w:tcPr>
          <w:p w14:paraId="362E35F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</w:t>
            </w:r>
          </w:p>
        </w:tc>
      </w:tr>
      <w:tr w:rsidR="00182734" w:rsidRPr="004D20AA" w14:paraId="62101FF4" w14:textId="77777777">
        <w:tc>
          <w:tcPr>
            <w:tcW w:w="2160" w:type="dxa"/>
          </w:tcPr>
          <w:p w14:paraId="758D484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4819CA3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60" w:type="dxa"/>
          </w:tcPr>
          <w:p w14:paraId="2070844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2160" w:type="dxa"/>
          </w:tcPr>
          <w:p w14:paraId="178EF31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</w:t>
            </w:r>
          </w:p>
        </w:tc>
      </w:tr>
      <w:tr w:rsidR="00182734" w:rsidRPr="004D20AA" w14:paraId="1A6AFC31" w14:textId="77777777">
        <w:tc>
          <w:tcPr>
            <w:tcW w:w="2160" w:type="dxa"/>
          </w:tcPr>
          <w:p w14:paraId="1FA6BDB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5AC9DD4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160" w:type="dxa"/>
          </w:tcPr>
          <w:p w14:paraId="0D3B53B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2160" w:type="dxa"/>
          </w:tcPr>
          <w:p w14:paraId="3807B30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</w:t>
            </w:r>
          </w:p>
        </w:tc>
      </w:tr>
    </w:tbl>
    <w:p w14:paraId="15599A94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298BCAC7" w14:textId="09EC6E09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 w:rsidR="007D5E4C"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: Walkey (2016)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5FF084F9" w14:textId="77777777">
        <w:tc>
          <w:tcPr>
            <w:tcW w:w="2160" w:type="dxa"/>
          </w:tcPr>
          <w:p w14:paraId="72EEF1CE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3BF70E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725B64E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73AA59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11A67F93" w14:textId="77777777">
        <w:tc>
          <w:tcPr>
            <w:tcW w:w="2160" w:type="dxa"/>
          </w:tcPr>
          <w:p w14:paraId="292A37D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53AD4F2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2160" w:type="dxa"/>
          </w:tcPr>
          <w:p w14:paraId="3AC37F4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56</w:t>
            </w:r>
          </w:p>
        </w:tc>
        <w:tc>
          <w:tcPr>
            <w:tcW w:w="2160" w:type="dxa"/>
          </w:tcPr>
          <w:p w14:paraId="78F6083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104</w:t>
            </w:r>
          </w:p>
        </w:tc>
      </w:tr>
      <w:tr w:rsidR="00182734" w:rsidRPr="004D20AA" w14:paraId="7FB79DE6" w14:textId="77777777">
        <w:tc>
          <w:tcPr>
            <w:tcW w:w="2160" w:type="dxa"/>
          </w:tcPr>
          <w:p w14:paraId="3B78F07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9ADB25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2741</w:t>
            </w:r>
          </w:p>
        </w:tc>
        <w:tc>
          <w:tcPr>
            <w:tcW w:w="2160" w:type="dxa"/>
          </w:tcPr>
          <w:p w14:paraId="079F746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2740</w:t>
            </w:r>
          </w:p>
        </w:tc>
        <w:tc>
          <w:tcPr>
            <w:tcW w:w="2160" w:type="dxa"/>
          </w:tcPr>
          <w:p w14:paraId="0B420B4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5481</w:t>
            </w:r>
          </w:p>
        </w:tc>
      </w:tr>
      <w:tr w:rsidR="00182734" w:rsidRPr="004D20AA" w14:paraId="43395971" w14:textId="77777777">
        <w:tc>
          <w:tcPr>
            <w:tcW w:w="2160" w:type="dxa"/>
          </w:tcPr>
          <w:p w14:paraId="42316B1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7CE6A98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2789</w:t>
            </w:r>
          </w:p>
        </w:tc>
        <w:tc>
          <w:tcPr>
            <w:tcW w:w="2160" w:type="dxa"/>
          </w:tcPr>
          <w:p w14:paraId="380254C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2796</w:t>
            </w:r>
          </w:p>
        </w:tc>
        <w:tc>
          <w:tcPr>
            <w:tcW w:w="2160" w:type="dxa"/>
          </w:tcPr>
          <w:p w14:paraId="4C7BC4C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5585</w:t>
            </w:r>
          </w:p>
        </w:tc>
      </w:tr>
    </w:tbl>
    <w:p w14:paraId="0A2918A6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65A34E8D" w14:textId="313FAA2B" w:rsidR="00182734" w:rsidRDefault="007D5E4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B</w:t>
      </w:r>
      <w:r w:rsidR="002F28DC" w:rsidRPr="004D20AA">
        <w:rPr>
          <w:rFonts w:asciiTheme="majorHAnsi" w:hAnsiTheme="majorHAnsi" w:cstheme="majorHAnsi"/>
          <w:b/>
          <w:bCs/>
        </w:rPr>
        <w:t>leedst</w:t>
      </w:r>
    </w:p>
    <w:p w14:paraId="72700C7C" w14:textId="77777777" w:rsidR="007D5E4C" w:rsidRPr="004D20AA" w:rsidRDefault="007D5E4C" w:rsidP="007D5E4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1: </w:t>
      </w:r>
      <w:r>
        <w:rPr>
          <w:rFonts w:asciiTheme="majorHAnsi" w:hAnsiTheme="majorHAnsi" w:cstheme="majorHAnsi"/>
        </w:rPr>
        <w:t>Allam</w:t>
      </w:r>
      <w:r w:rsidRPr="004D20AA">
        <w:rPr>
          <w:rFonts w:asciiTheme="majorHAnsi" w:hAnsiTheme="majorHAnsi" w:cstheme="majorHAnsi"/>
        </w:rPr>
        <w:t xml:space="preserve"> (202</w:t>
      </w:r>
      <w:r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D5E4C" w:rsidRPr="004D20AA" w14:paraId="0B49FDAB" w14:textId="77777777" w:rsidTr="00EE6A9F">
        <w:tc>
          <w:tcPr>
            <w:tcW w:w="2160" w:type="dxa"/>
          </w:tcPr>
          <w:p w14:paraId="4F9BDB38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2935DC05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12467C25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5154021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7D5E4C" w:rsidRPr="004D20AA" w14:paraId="1C3412D3" w14:textId="77777777" w:rsidTr="00EE6A9F">
        <w:tc>
          <w:tcPr>
            <w:tcW w:w="2160" w:type="dxa"/>
          </w:tcPr>
          <w:p w14:paraId="30954E22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6AE32CFD" w14:textId="5E3C2605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2160" w:type="dxa"/>
          </w:tcPr>
          <w:p w14:paraId="2841E06B" w14:textId="5DC46BEC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32</w:t>
            </w:r>
          </w:p>
        </w:tc>
        <w:tc>
          <w:tcPr>
            <w:tcW w:w="2160" w:type="dxa"/>
          </w:tcPr>
          <w:p w14:paraId="024B421D" w14:textId="23A03920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</w:t>
            </w:r>
          </w:p>
        </w:tc>
      </w:tr>
      <w:tr w:rsidR="007D5E4C" w:rsidRPr="004D20AA" w14:paraId="57CC9908" w14:textId="77777777" w:rsidTr="00EE6A9F">
        <w:tc>
          <w:tcPr>
            <w:tcW w:w="2160" w:type="dxa"/>
          </w:tcPr>
          <w:p w14:paraId="14C2FCA7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17634E8A" w14:textId="171BFB82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49</w:t>
            </w:r>
          </w:p>
        </w:tc>
        <w:tc>
          <w:tcPr>
            <w:tcW w:w="2160" w:type="dxa"/>
          </w:tcPr>
          <w:p w14:paraId="57C8BCA1" w14:textId="76DB606E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108</w:t>
            </w:r>
          </w:p>
        </w:tc>
        <w:tc>
          <w:tcPr>
            <w:tcW w:w="2160" w:type="dxa"/>
          </w:tcPr>
          <w:p w14:paraId="4AF944AE" w14:textId="22EBA526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157</w:t>
            </w:r>
          </w:p>
        </w:tc>
      </w:tr>
      <w:tr w:rsidR="007D5E4C" w:rsidRPr="004D20AA" w14:paraId="6D2AA30C" w14:textId="77777777" w:rsidTr="00EE6A9F">
        <w:tc>
          <w:tcPr>
            <w:tcW w:w="2160" w:type="dxa"/>
          </w:tcPr>
          <w:p w14:paraId="5F17AF3B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AAA56C8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87</w:t>
            </w:r>
          </w:p>
        </w:tc>
        <w:tc>
          <w:tcPr>
            <w:tcW w:w="2160" w:type="dxa"/>
          </w:tcPr>
          <w:p w14:paraId="63D00328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140</w:t>
            </w:r>
          </w:p>
        </w:tc>
        <w:tc>
          <w:tcPr>
            <w:tcW w:w="2160" w:type="dxa"/>
          </w:tcPr>
          <w:p w14:paraId="3E1600D4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227</w:t>
            </w:r>
          </w:p>
        </w:tc>
      </w:tr>
    </w:tbl>
    <w:p w14:paraId="17BE01FE" w14:textId="77777777" w:rsidR="007D5E4C" w:rsidRPr="004D20AA" w:rsidRDefault="007D5E4C" w:rsidP="007D5E4C">
      <w:pPr>
        <w:rPr>
          <w:rFonts w:asciiTheme="majorHAnsi" w:hAnsiTheme="majorHAnsi" w:cstheme="majorHAnsi"/>
        </w:rPr>
      </w:pPr>
    </w:p>
    <w:p w14:paraId="644FA6A9" w14:textId="77777777" w:rsidR="007D5E4C" w:rsidRDefault="007D5E4C" w:rsidP="007D5E4C">
      <w:pPr>
        <w:rPr>
          <w:rFonts w:asciiTheme="majorHAnsi" w:hAnsiTheme="majorHAnsi" w:cstheme="majorHAnsi"/>
        </w:rPr>
      </w:pPr>
    </w:p>
    <w:p w14:paraId="1156E952" w14:textId="77777777" w:rsidR="007D5E4C" w:rsidRDefault="007D5E4C" w:rsidP="007D5E4C">
      <w:pPr>
        <w:rPr>
          <w:rFonts w:asciiTheme="majorHAnsi" w:hAnsiTheme="majorHAnsi" w:cstheme="majorHAnsi"/>
        </w:rPr>
      </w:pPr>
    </w:p>
    <w:p w14:paraId="6F5F1FD9" w14:textId="5EB99A07" w:rsidR="007D5E4C" w:rsidRPr="004D20AA" w:rsidRDefault="007D5E4C" w:rsidP="007D5E4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lastRenderedPageBreak/>
        <w:t xml:space="preserve">Study 2: </w:t>
      </w:r>
      <w:r>
        <w:rPr>
          <w:rFonts w:asciiTheme="majorHAnsi" w:hAnsiTheme="majorHAnsi" w:cstheme="majorHAnsi"/>
        </w:rPr>
        <w:t>Hung</w:t>
      </w:r>
      <w:r w:rsidRPr="004D20AA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2025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D5E4C" w:rsidRPr="004D20AA" w14:paraId="78C7C448" w14:textId="77777777" w:rsidTr="00EE6A9F">
        <w:tc>
          <w:tcPr>
            <w:tcW w:w="2160" w:type="dxa"/>
          </w:tcPr>
          <w:p w14:paraId="2F55B8FA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06A60D17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2B50DCA9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582E06CD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7D5E4C" w:rsidRPr="004D20AA" w14:paraId="665BE94F" w14:textId="77777777" w:rsidTr="00EE6A9F">
        <w:tc>
          <w:tcPr>
            <w:tcW w:w="2160" w:type="dxa"/>
          </w:tcPr>
          <w:p w14:paraId="22C1E7E2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3E987F8" w14:textId="2F4CFEED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160" w:type="dxa"/>
          </w:tcPr>
          <w:p w14:paraId="3111F7C8" w14:textId="64F92E39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2160" w:type="dxa"/>
          </w:tcPr>
          <w:p w14:paraId="195B8076" w14:textId="0AD10E90" w:rsidR="007D5E4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7D5E4C">
              <w:rPr>
                <w:rFonts w:asciiTheme="majorHAnsi" w:hAnsiTheme="majorHAnsi" w:cstheme="majorHAnsi"/>
              </w:rPr>
              <w:t>5</w:t>
            </w:r>
          </w:p>
        </w:tc>
      </w:tr>
      <w:tr w:rsidR="007D5E4C" w:rsidRPr="004D20AA" w14:paraId="7428428D" w14:textId="77777777" w:rsidTr="00EE6A9F">
        <w:tc>
          <w:tcPr>
            <w:tcW w:w="2160" w:type="dxa"/>
          </w:tcPr>
          <w:p w14:paraId="6F126F9C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3150B3CD" w14:textId="1D793F6B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160" w:type="dxa"/>
          </w:tcPr>
          <w:p w14:paraId="000E8A55" w14:textId="31E3E14E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2160" w:type="dxa"/>
          </w:tcPr>
          <w:p w14:paraId="48DD7D99" w14:textId="247A9E42" w:rsidR="007D5E4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</w:t>
            </w:r>
          </w:p>
        </w:tc>
      </w:tr>
      <w:tr w:rsidR="007D5E4C" w:rsidRPr="004D20AA" w14:paraId="6D2515FC" w14:textId="77777777" w:rsidTr="00EE6A9F">
        <w:tc>
          <w:tcPr>
            <w:tcW w:w="2160" w:type="dxa"/>
          </w:tcPr>
          <w:p w14:paraId="478E1F3F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32518FD3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2160" w:type="dxa"/>
          </w:tcPr>
          <w:p w14:paraId="7E07669E" w14:textId="77777777" w:rsidR="007D5E4C" w:rsidRPr="004D20AA" w:rsidRDefault="007D5E4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</w:t>
            </w:r>
          </w:p>
        </w:tc>
        <w:tc>
          <w:tcPr>
            <w:tcW w:w="2160" w:type="dxa"/>
          </w:tcPr>
          <w:p w14:paraId="7CF8BAD9" w14:textId="714992F5" w:rsidR="007D5E4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85</w:t>
            </w:r>
          </w:p>
        </w:tc>
      </w:tr>
    </w:tbl>
    <w:p w14:paraId="42787408" w14:textId="77777777" w:rsidR="007D5E4C" w:rsidRPr="004D20AA" w:rsidRDefault="007D5E4C" w:rsidP="005F3B8D">
      <w:pPr>
        <w:rPr>
          <w:rFonts w:asciiTheme="majorHAnsi" w:hAnsiTheme="majorHAnsi" w:cstheme="majorHAnsi"/>
          <w:b/>
          <w:bCs/>
        </w:rPr>
      </w:pPr>
    </w:p>
    <w:p w14:paraId="4509648B" w14:textId="3ED55D6B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 w:rsidR="007D5E4C">
        <w:rPr>
          <w:rFonts w:asciiTheme="majorHAnsi" w:hAnsiTheme="majorHAnsi" w:cstheme="majorHAnsi"/>
        </w:rPr>
        <w:t>3</w:t>
      </w:r>
      <w:r w:rsidRPr="004D20AA">
        <w:rPr>
          <w:rFonts w:asciiTheme="majorHAnsi" w:hAnsiTheme="majorHAnsi" w:cstheme="majorHAnsi"/>
        </w:rPr>
        <w:t>: Miller (2022)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4F3FB47E" w14:textId="77777777">
        <w:tc>
          <w:tcPr>
            <w:tcW w:w="2160" w:type="dxa"/>
          </w:tcPr>
          <w:p w14:paraId="146302DD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5718E0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6061C5A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21E7A8B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670E1FFE" w14:textId="77777777">
        <w:tc>
          <w:tcPr>
            <w:tcW w:w="2160" w:type="dxa"/>
          </w:tcPr>
          <w:p w14:paraId="59FC1AF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7A363B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60" w:type="dxa"/>
          </w:tcPr>
          <w:p w14:paraId="1235A2E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60" w:type="dxa"/>
          </w:tcPr>
          <w:p w14:paraId="2EB8151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</w:t>
            </w:r>
          </w:p>
        </w:tc>
      </w:tr>
      <w:tr w:rsidR="00182734" w:rsidRPr="004D20AA" w14:paraId="284276DD" w14:textId="77777777">
        <w:tc>
          <w:tcPr>
            <w:tcW w:w="2160" w:type="dxa"/>
          </w:tcPr>
          <w:p w14:paraId="23EE512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08AC250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60" w:type="dxa"/>
          </w:tcPr>
          <w:p w14:paraId="4F14570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2160" w:type="dxa"/>
          </w:tcPr>
          <w:p w14:paraId="5A5C76B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</w:t>
            </w:r>
          </w:p>
        </w:tc>
      </w:tr>
      <w:tr w:rsidR="00182734" w:rsidRPr="004D20AA" w14:paraId="3F2DD003" w14:textId="77777777">
        <w:tc>
          <w:tcPr>
            <w:tcW w:w="2160" w:type="dxa"/>
          </w:tcPr>
          <w:p w14:paraId="18D6BAD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00CB0A6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160" w:type="dxa"/>
          </w:tcPr>
          <w:p w14:paraId="0859BBC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2160" w:type="dxa"/>
          </w:tcPr>
          <w:p w14:paraId="7586606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</w:t>
            </w:r>
          </w:p>
        </w:tc>
      </w:tr>
    </w:tbl>
    <w:p w14:paraId="5B91CACB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031DC76F" w14:textId="7A47AEF8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 w:rsidR="007D5E4C"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: Walkey (2016)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750C528A" w14:textId="77777777">
        <w:tc>
          <w:tcPr>
            <w:tcW w:w="2160" w:type="dxa"/>
          </w:tcPr>
          <w:p w14:paraId="2878A034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6A6AB2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301EEB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6C2F7E4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0E8E4676" w14:textId="77777777">
        <w:tc>
          <w:tcPr>
            <w:tcW w:w="2160" w:type="dxa"/>
          </w:tcPr>
          <w:p w14:paraId="74C775C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22FE916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346</w:t>
            </w:r>
          </w:p>
        </w:tc>
        <w:tc>
          <w:tcPr>
            <w:tcW w:w="2160" w:type="dxa"/>
          </w:tcPr>
          <w:p w14:paraId="1B1C561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357</w:t>
            </w:r>
          </w:p>
        </w:tc>
        <w:tc>
          <w:tcPr>
            <w:tcW w:w="2160" w:type="dxa"/>
          </w:tcPr>
          <w:p w14:paraId="291E682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703</w:t>
            </w:r>
          </w:p>
        </w:tc>
      </w:tr>
      <w:tr w:rsidR="00182734" w:rsidRPr="004D20AA" w14:paraId="58D70985" w14:textId="77777777">
        <w:tc>
          <w:tcPr>
            <w:tcW w:w="2160" w:type="dxa"/>
          </w:tcPr>
          <w:p w14:paraId="0331C96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8073DA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2443</w:t>
            </w:r>
          </w:p>
        </w:tc>
        <w:tc>
          <w:tcPr>
            <w:tcW w:w="2160" w:type="dxa"/>
          </w:tcPr>
          <w:p w14:paraId="38D5A22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2439</w:t>
            </w:r>
          </w:p>
        </w:tc>
        <w:tc>
          <w:tcPr>
            <w:tcW w:w="2160" w:type="dxa"/>
          </w:tcPr>
          <w:p w14:paraId="76BA017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4882</w:t>
            </w:r>
          </w:p>
        </w:tc>
      </w:tr>
      <w:tr w:rsidR="00182734" w:rsidRPr="004D20AA" w14:paraId="38974E38" w14:textId="77777777">
        <w:tc>
          <w:tcPr>
            <w:tcW w:w="2160" w:type="dxa"/>
          </w:tcPr>
          <w:p w14:paraId="4C9524A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10AD209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2789</w:t>
            </w:r>
          </w:p>
        </w:tc>
        <w:tc>
          <w:tcPr>
            <w:tcW w:w="2160" w:type="dxa"/>
          </w:tcPr>
          <w:p w14:paraId="5CC84AF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2796</w:t>
            </w:r>
          </w:p>
        </w:tc>
        <w:tc>
          <w:tcPr>
            <w:tcW w:w="2160" w:type="dxa"/>
          </w:tcPr>
          <w:p w14:paraId="0AF01D0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5585</w:t>
            </w:r>
          </w:p>
        </w:tc>
      </w:tr>
    </w:tbl>
    <w:p w14:paraId="1FA093A9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6E4D81A6" w14:textId="4E8052B3" w:rsidR="00182734" w:rsidRDefault="002F28DC" w:rsidP="005F3B8D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mortst</w:t>
      </w:r>
    </w:p>
    <w:p w14:paraId="556101B9" w14:textId="77777777" w:rsidR="002F28DC" w:rsidRPr="004D20AA" w:rsidRDefault="002F28DC" w:rsidP="002F28D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1: </w:t>
      </w:r>
      <w:r>
        <w:rPr>
          <w:rFonts w:asciiTheme="majorHAnsi" w:hAnsiTheme="majorHAnsi" w:cstheme="majorHAnsi"/>
        </w:rPr>
        <w:t>Allam</w:t>
      </w:r>
      <w:r w:rsidRPr="004D20AA">
        <w:rPr>
          <w:rFonts w:asciiTheme="majorHAnsi" w:hAnsiTheme="majorHAnsi" w:cstheme="majorHAnsi"/>
        </w:rPr>
        <w:t xml:space="preserve"> (202</w:t>
      </w:r>
      <w:r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2F28DC" w:rsidRPr="004D20AA" w14:paraId="14680C8B" w14:textId="77777777" w:rsidTr="00EE6A9F">
        <w:tc>
          <w:tcPr>
            <w:tcW w:w="2160" w:type="dxa"/>
          </w:tcPr>
          <w:p w14:paraId="058BF5BF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55F4433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12C851FD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29FE1B3F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2F28DC" w:rsidRPr="004D20AA" w14:paraId="1304C88F" w14:textId="77777777" w:rsidTr="00EE6A9F">
        <w:tc>
          <w:tcPr>
            <w:tcW w:w="2160" w:type="dxa"/>
          </w:tcPr>
          <w:p w14:paraId="76B5DD00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9EC4528" w14:textId="16D524D9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60" w:type="dxa"/>
          </w:tcPr>
          <w:p w14:paraId="3825E89F" w14:textId="33E7BD6F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60" w:type="dxa"/>
          </w:tcPr>
          <w:p w14:paraId="2159F47B" w14:textId="59758AFE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134</w:t>
            </w:r>
          </w:p>
        </w:tc>
      </w:tr>
      <w:tr w:rsidR="002F28DC" w:rsidRPr="004D20AA" w14:paraId="1FF3E1F8" w14:textId="77777777" w:rsidTr="00EE6A9F">
        <w:tc>
          <w:tcPr>
            <w:tcW w:w="2160" w:type="dxa"/>
          </w:tcPr>
          <w:p w14:paraId="398EE06E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3944A491" w14:textId="30BBE909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46</w:t>
            </w:r>
          </w:p>
        </w:tc>
        <w:tc>
          <w:tcPr>
            <w:tcW w:w="2160" w:type="dxa"/>
          </w:tcPr>
          <w:p w14:paraId="196A28E4" w14:textId="7C8D078A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2160" w:type="dxa"/>
          </w:tcPr>
          <w:p w14:paraId="18AF80FB" w14:textId="15188C22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93</w:t>
            </w:r>
          </w:p>
        </w:tc>
      </w:tr>
      <w:tr w:rsidR="002F28DC" w:rsidRPr="004D20AA" w14:paraId="0F749CDA" w14:textId="77777777" w:rsidTr="00EE6A9F">
        <w:tc>
          <w:tcPr>
            <w:tcW w:w="2160" w:type="dxa"/>
          </w:tcPr>
          <w:p w14:paraId="6A30B731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69F0B34E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87</w:t>
            </w:r>
          </w:p>
        </w:tc>
        <w:tc>
          <w:tcPr>
            <w:tcW w:w="2160" w:type="dxa"/>
          </w:tcPr>
          <w:p w14:paraId="521BB5BD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140</w:t>
            </w:r>
          </w:p>
        </w:tc>
        <w:tc>
          <w:tcPr>
            <w:tcW w:w="2160" w:type="dxa"/>
          </w:tcPr>
          <w:p w14:paraId="0C17FDE9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227</w:t>
            </w:r>
          </w:p>
        </w:tc>
      </w:tr>
    </w:tbl>
    <w:p w14:paraId="07B21C6F" w14:textId="77777777" w:rsidR="002F28DC" w:rsidRPr="004D20AA" w:rsidRDefault="002F28DC" w:rsidP="002F28DC">
      <w:pPr>
        <w:rPr>
          <w:rFonts w:asciiTheme="majorHAnsi" w:hAnsiTheme="majorHAnsi" w:cstheme="majorHAnsi"/>
        </w:rPr>
      </w:pPr>
    </w:p>
    <w:p w14:paraId="56F97B81" w14:textId="77777777" w:rsidR="002F28DC" w:rsidRPr="004D20AA" w:rsidRDefault="002F28DC" w:rsidP="002F28DC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2: </w:t>
      </w:r>
      <w:r>
        <w:rPr>
          <w:rFonts w:asciiTheme="majorHAnsi" w:hAnsiTheme="majorHAnsi" w:cstheme="majorHAnsi"/>
        </w:rPr>
        <w:t>Hung</w:t>
      </w:r>
      <w:r w:rsidRPr="004D20AA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2025</w:t>
      </w:r>
      <w:r w:rsidRPr="004D20AA">
        <w:rPr>
          <w:rFonts w:asciiTheme="majorHAnsi" w:hAnsiTheme="majorHAnsi" w:cstheme="majorHAnsi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2F28DC" w:rsidRPr="004D20AA" w14:paraId="2273B7BA" w14:textId="77777777" w:rsidTr="00EE6A9F">
        <w:tc>
          <w:tcPr>
            <w:tcW w:w="2160" w:type="dxa"/>
          </w:tcPr>
          <w:p w14:paraId="3C03F202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E681103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79619B92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09A1711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2F28DC" w:rsidRPr="004D20AA" w14:paraId="67742D4F" w14:textId="77777777" w:rsidTr="00EE6A9F">
        <w:tc>
          <w:tcPr>
            <w:tcW w:w="2160" w:type="dxa"/>
          </w:tcPr>
          <w:p w14:paraId="4C5C1829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417C294" w14:textId="28D9EEB3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2160" w:type="dxa"/>
          </w:tcPr>
          <w:p w14:paraId="1E90478A" w14:textId="55939C0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</w:t>
            </w:r>
          </w:p>
        </w:tc>
        <w:tc>
          <w:tcPr>
            <w:tcW w:w="2160" w:type="dxa"/>
          </w:tcPr>
          <w:p w14:paraId="20152D36" w14:textId="2CDABA26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46</w:t>
            </w:r>
          </w:p>
        </w:tc>
      </w:tr>
      <w:tr w:rsidR="002F28DC" w:rsidRPr="004D20AA" w14:paraId="57D524B7" w14:textId="77777777" w:rsidTr="00EE6A9F">
        <w:tc>
          <w:tcPr>
            <w:tcW w:w="2160" w:type="dxa"/>
          </w:tcPr>
          <w:p w14:paraId="6EFB0E7B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30677C45" w14:textId="347F15CF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2160" w:type="dxa"/>
          </w:tcPr>
          <w:p w14:paraId="0D173903" w14:textId="7CB47FD3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2160" w:type="dxa"/>
          </w:tcPr>
          <w:p w14:paraId="4EF2E8AD" w14:textId="57989C48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49</w:t>
            </w:r>
          </w:p>
        </w:tc>
      </w:tr>
      <w:tr w:rsidR="002F28DC" w:rsidRPr="004D20AA" w14:paraId="7574A46F" w14:textId="77777777" w:rsidTr="00EE6A9F">
        <w:tc>
          <w:tcPr>
            <w:tcW w:w="2160" w:type="dxa"/>
          </w:tcPr>
          <w:p w14:paraId="26EE6197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222A0EB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2160" w:type="dxa"/>
          </w:tcPr>
          <w:p w14:paraId="258420A7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</w:t>
            </w:r>
          </w:p>
        </w:tc>
        <w:tc>
          <w:tcPr>
            <w:tcW w:w="2160" w:type="dxa"/>
          </w:tcPr>
          <w:p w14:paraId="58E572DE" w14:textId="77777777" w:rsidR="002F28DC" w:rsidRPr="004D20AA" w:rsidRDefault="002F28DC" w:rsidP="00EE6A9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95</w:t>
            </w:r>
          </w:p>
        </w:tc>
      </w:tr>
    </w:tbl>
    <w:p w14:paraId="53BA0A87" w14:textId="77777777" w:rsidR="002F28DC" w:rsidRPr="004D20AA" w:rsidRDefault="002F28DC" w:rsidP="005F3B8D">
      <w:pPr>
        <w:rPr>
          <w:rFonts w:asciiTheme="majorHAnsi" w:hAnsiTheme="majorHAnsi" w:cstheme="majorHAnsi"/>
          <w:b/>
          <w:bCs/>
        </w:rPr>
      </w:pPr>
    </w:p>
    <w:p w14:paraId="2E73B38B" w14:textId="6AE5633F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>
        <w:rPr>
          <w:rFonts w:asciiTheme="majorHAnsi" w:hAnsiTheme="majorHAnsi" w:cstheme="majorHAnsi"/>
        </w:rPr>
        <w:t>3</w:t>
      </w:r>
      <w:r w:rsidRPr="004D20AA">
        <w:rPr>
          <w:rFonts w:asciiTheme="majorHAnsi" w:hAnsiTheme="majorHAnsi" w:cstheme="majorHAnsi"/>
        </w:rPr>
        <w:t>: Miller (2022)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10E91BCE" w14:textId="77777777">
        <w:tc>
          <w:tcPr>
            <w:tcW w:w="2160" w:type="dxa"/>
          </w:tcPr>
          <w:p w14:paraId="27BBA71A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5064E7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DFDD42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4DC16FC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5C812D57" w14:textId="77777777">
        <w:tc>
          <w:tcPr>
            <w:tcW w:w="2160" w:type="dxa"/>
          </w:tcPr>
          <w:p w14:paraId="59DC556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74C5004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60" w:type="dxa"/>
          </w:tcPr>
          <w:p w14:paraId="44A9401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160" w:type="dxa"/>
          </w:tcPr>
          <w:p w14:paraId="2C0BD1E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15</w:t>
            </w:r>
          </w:p>
        </w:tc>
      </w:tr>
      <w:tr w:rsidR="00182734" w:rsidRPr="004D20AA" w14:paraId="1D6D5927" w14:textId="77777777">
        <w:tc>
          <w:tcPr>
            <w:tcW w:w="2160" w:type="dxa"/>
          </w:tcPr>
          <w:p w14:paraId="62B53DF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5E16307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60" w:type="dxa"/>
          </w:tcPr>
          <w:p w14:paraId="144F723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2160" w:type="dxa"/>
          </w:tcPr>
          <w:p w14:paraId="46DCBDE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34</w:t>
            </w:r>
          </w:p>
        </w:tc>
      </w:tr>
      <w:tr w:rsidR="00182734" w:rsidRPr="004D20AA" w14:paraId="1A1281DA" w14:textId="77777777">
        <w:tc>
          <w:tcPr>
            <w:tcW w:w="2160" w:type="dxa"/>
          </w:tcPr>
          <w:p w14:paraId="0701DCA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6D7B927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160" w:type="dxa"/>
          </w:tcPr>
          <w:p w14:paraId="38AED33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2160" w:type="dxa"/>
          </w:tcPr>
          <w:p w14:paraId="25E9EC1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</w:t>
            </w:r>
          </w:p>
        </w:tc>
      </w:tr>
    </w:tbl>
    <w:p w14:paraId="530C3FB7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17F5402D" w14:textId="6B1558C6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</w:t>
      </w:r>
      <w:r>
        <w:rPr>
          <w:rFonts w:asciiTheme="majorHAnsi" w:hAnsiTheme="majorHAnsi" w:cstheme="majorHAnsi"/>
        </w:rPr>
        <w:t>4</w:t>
      </w:r>
      <w:r w:rsidRPr="004D20AA">
        <w:rPr>
          <w:rFonts w:asciiTheme="majorHAnsi" w:hAnsiTheme="majorHAnsi" w:cstheme="majorHAnsi"/>
        </w:rPr>
        <w:t>: Yoshida (2020)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3F400441" w14:textId="77777777">
        <w:tc>
          <w:tcPr>
            <w:tcW w:w="2160" w:type="dxa"/>
          </w:tcPr>
          <w:p w14:paraId="36ABB904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4E5B0E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2AC0A80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BFBA04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3C5BDE7F" w14:textId="77777777">
        <w:tc>
          <w:tcPr>
            <w:tcW w:w="2160" w:type="dxa"/>
          </w:tcPr>
          <w:p w14:paraId="15F00A4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4C634E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2160" w:type="dxa"/>
          </w:tcPr>
          <w:p w14:paraId="32E790B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75</w:t>
            </w:r>
          </w:p>
        </w:tc>
        <w:tc>
          <w:tcPr>
            <w:tcW w:w="2160" w:type="dxa"/>
          </w:tcPr>
          <w:p w14:paraId="78A7119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112</w:t>
            </w:r>
          </w:p>
        </w:tc>
      </w:tr>
      <w:tr w:rsidR="00182734" w:rsidRPr="004D20AA" w14:paraId="1D00DC15" w14:textId="77777777">
        <w:tc>
          <w:tcPr>
            <w:tcW w:w="2160" w:type="dxa"/>
          </w:tcPr>
          <w:p w14:paraId="2B7390F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0B8D43F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136</w:t>
            </w:r>
          </w:p>
        </w:tc>
        <w:tc>
          <w:tcPr>
            <w:tcW w:w="2160" w:type="dxa"/>
          </w:tcPr>
          <w:p w14:paraId="4575850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175</w:t>
            </w:r>
          </w:p>
        </w:tc>
        <w:tc>
          <w:tcPr>
            <w:tcW w:w="2160" w:type="dxa"/>
          </w:tcPr>
          <w:p w14:paraId="487DCBD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311</w:t>
            </w:r>
          </w:p>
        </w:tc>
      </w:tr>
      <w:tr w:rsidR="00182734" w:rsidRPr="004D20AA" w14:paraId="4A8A02CC" w14:textId="77777777">
        <w:tc>
          <w:tcPr>
            <w:tcW w:w="2160" w:type="dxa"/>
          </w:tcPr>
          <w:p w14:paraId="4507CC3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5732823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173</w:t>
            </w:r>
          </w:p>
        </w:tc>
        <w:tc>
          <w:tcPr>
            <w:tcW w:w="2160" w:type="dxa"/>
          </w:tcPr>
          <w:p w14:paraId="47B989B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250</w:t>
            </w:r>
          </w:p>
        </w:tc>
        <w:tc>
          <w:tcPr>
            <w:tcW w:w="2160" w:type="dxa"/>
          </w:tcPr>
          <w:p w14:paraId="33E3F06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423</w:t>
            </w:r>
          </w:p>
        </w:tc>
      </w:tr>
    </w:tbl>
    <w:p w14:paraId="2B9A171D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5175868E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strokelt</w:t>
      </w:r>
    </w:p>
    <w:p w14:paraId="24B7D951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1: Brunetti </w:t>
      </w:r>
      <w:r w:rsidRPr="004D20AA">
        <w:rPr>
          <w:rFonts w:asciiTheme="majorHAnsi" w:hAnsiTheme="majorHAnsi" w:cstheme="majorHAnsi"/>
        </w:rPr>
        <w:t>(2021)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55AB88A4" w14:textId="77777777">
        <w:tc>
          <w:tcPr>
            <w:tcW w:w="2160" w:type="dxa"/>
          </w:tcPr>
          <w:p w14:paraId="3C18C933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1DEB7C0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6E01CB7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55E88E6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7883FD55" w14:textId="77777777">
        <w:tc>
          <w:tcPr>
            <w:tcW w:w="2160" w:type="dxa"/>
          </w:tcPr>
          <w:p w14:paraId="30A5CE2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63E2681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60" w:type="dxa"/>
          </w:tcPr>
          <w:p w14:paraId="7FBFFD7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60" w:type="dxa"/>
          </w:tcPr>
          <w:p w14:paraId="036C9B0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13</w:t>
            </w:r>
          </w:p>
        </w:tc>
      </w:tr>
      <w:tr w:rsidR="00182734" w:rsidRPr="004D20AA" w14:paraId="150C449B" w14:textId="77777777">
        <w:tc>
          <w:tcPr>
            <w:tcW w:w="2160" w:type="dxa"/>
          </w:tcPr>
          <w:p w14:paraId="7A9AA30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196C6A9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72</w:t>
            </w:r>
          </w:p>
        </w:tc>
        <w:tc>
          <w:tcPr>
            <w:tcW w:w="2160" w:type="dxa"/>
          </w:tcPr>
          <w:p w14:paraId="6F427EE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105</w:t>
            </w:r>
          </w:p>
        </w:tc>
        <w:tc>
          <w:tcPr>
            <w:tcW w:w="2160" w:type="dxa"/>
          </w:tcPr>
          <w:p w14:paraId="650BE99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177</w:t>
            </w:r>
          </w:p>
        </w:tc>
      </w:tr>
      <w:tr w:rsidR="00182734" w:rsidRPr="004D20AA" w14:paraId="4AC0D25C" w14:textId="77777777">
        <w:tc>
          <w:tcPr>
            <w:tcW w:w="2160" w:type="dxa"/>
          </w:tcPr>
          <w:p w14:paraId="12B0BB7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115615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4C43D93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111</w:t>
            </w:r>
          </w:p>
        </w:tc>
        <w:tc>
          <w:tcPr>
            <w:tcW w:w="2160" w:type="dxa"/>
          </w:tcPr>
          <w:p w14:paraId="61EFE21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190</w:t>
            </w:r>
          </w:p>
        </w:tc>
      </w:tr>
    </w:tbl>
    <w:p w14:paraId="6252FCFE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24C099DB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458A2418" w14:textId="77777777">
        <w:tc>
          <w:tcPr>
            <w:tcW w:w="2160" w:type="dxa"/>
          </w:tcPr>
          <w:p w14:paraId="0BDB2A86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1FB007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454EA2E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74CBB27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01AADBD2" w14:textId="77777777">
        <w:tc>
          <w:tcPr>
            <w:tcW w:w="2160" w:type="dxa"/>
          </w:tcPr>
          <w:p w14:paraId="5F9794A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552E554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2160" w:type="dxa"/>
          </w:tcPr>
          <w:p w14:paraId="6D8B899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2160" w:type="dxa"/>
          </w:tcPr>
          <w:p w14:paraId="1D2A7A8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59</w:t>
            </w:r>
          </w:p>
        </w:tc>
      </w:tr>
      <w:tr w:rsidR="00182734" w:rsidRPr="004D20AA" w14:paraId="7140164F" w14:textId="77777777">
        <w:tc>
          <w:tcPr>
            <w:tcW w:w="2160" w:type="dxa"/>
          </w:tcPr>
          <w:p w14:paraId="12BFADC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5E7B794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469</w:t>
            </w:r>
          </w:p>
        </w:tc>
        <w:tc>
          <w:tcPr>
            <w:tcW w:w="2160" w:type="dxa"/>
          </w:tcPr>
          <w:p w14:paraId="41E76CA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945</w:t>
            </w:r>
          </w:p>
        </w:tc>
        <w:tc>
          <w:tcPr>
            <w:tcW w:w="2160" w:type="dxa"/>
          </w:tcPr>
          <w:p w14:paraId="664146A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1414</w:t>
            </w:r>
          </w:p>
        </w:tc>
      </w:tr>
      <w:tr w:rsidR="00182734" w:rsidRPr="004D20AA" w14:paraId="3250179A" w14:textId="77777777">
        <w:tc>
          <w:tcPr>
            <w:tcW w:w="2160" w:type="dxa"/>
          </w:tcPr>
          <w:p w14:paraId="42A4C3E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45FBF0F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6D575C1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982</w:t>
            </w:r>
          </w:p>
        </w:tc>
        <w:tc>
          <w:tcPr>
            <w:tcW w:w="2160" w:type="dxa"/>
          </w:tcPr>
          <w:p w14:paraId="4B73BE1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1473</w:t>
            </w:r>
          </w:p>
        </w:tc>
      </w:tr>
    </w:tbl>
    <w:p w14:paraId="45A63EF8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15CA89A3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3: Walkey 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15021FA5" w14:textId="77777777">
        <w:tc>
          <w:tcPr>
            <w:tcW w:w="2160" w:type="dxa"/>
          </w:tcPr>
          <w:p w14:paraId="160EE804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4E7A4F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55B0647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6B0AB65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2FBE56D7" w14:textId="77777777">
        <w:tc>
          <w:tcPr>
            <w:tcW w:w="2160" w:type="dxa"/>
          </w:tcPr>
          <w:p w14:paraId="0D84AFF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65F8B5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2160" w:type="dxa"/>
          </w:tcPr>
          <w:p w14:paraId="0A70948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63</w:t>
            </w:r>
          </w:p>
        </w:tc>
        <w:tc>
          <w:tcPr>
            <w:tcW w:w="2160" w:type="dxa"/>
          </w:tcPr>
          <w:p w14:paraId="1BFF647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89</w:t>
            </w:r>
          </w:p>
        </w:tc>
      </w:tr>
      <w:tr w:rsidR="00182734" w:rsidRPr="004D20AA" w14:paraId="715A3624" w14:textId="77777777">
        <w:tc>
          <w:tcPr>
            <w:tcW w:w="2160" w:type="dxa"/>
          </w:tcPr>
          <w:p w14:paraId="34164AA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5639B1C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781</w:t>
            </w:r>
          </w:p>
        </w:tc>
        <w:tc>
          <w:tcPr>
            <w:tcW w:w="2160" w:type="dxa"/>
          </w:tcPr>
          <w:p w14:paraId="7E659DA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3122</w:t>
            </w:r>
          </w:p>
        </w:tc>
        <w:tc>
          <w:tcPr>
            <w:tcW w:w="2160" w:type="dxa"/>
          </w:tcPr>
          <w:p w14:paraId="1B5D9CE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3903</w:t>
            </w:r>
          </w:p>
        </w:tc>
      </w:tr>
      <w:tr w:rsidR="00182734" w:rsidRPr="004D20AA" w14:paraId="79D19B10" w14:textId="77777777">
        <w:tc>
          <w:tcPr>
            <w:tcW w:w="2160" w:type="dxa"/>
          </w:tcPr>
          <w:p w14:paraId="2CDC018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0F3495C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807</w:t>
            </w:r>
          </w:p>
        </w:tc>
        <w:tc>
          <w:tcPr>
            <w:tcW w:w="2160" w:type="dxa"/>
          </w:tcPr>
          <w:p w14:paraId="6F63C4E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3185</w:t>
            </w:r>
          </w:p>
        </w:tc>
        <w:tc>
          <w:tcPr>
            <w:tcW w:w="2160" w:type="dxa"/>
          </w:tcPr>
          <w:p w14:paraId="6186575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3992</w:t>
            </w:r>
          </w:p>
        </w:tc>
      </w:tr>
    </w:tbl>
    <w:p w14:paraId="7936BBAE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43CB009D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bleedlt</w:t>
      </w:r>
    </w:p>
    <w:p w14:paraId="5DE3715B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1: Brunetti (2021)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22690DB0" w14:textId="77777777">
        <w:tc>
          <w:tcPr>
            <w:tcW w:w="2160" w:type="dxa"/>
          </w:tcPr>
          <w:p w14:paraId="7980A698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783FCB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7D820CA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012C7AA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0E4CE827" w14:textId="77777777">
        <w:tc>
          <w:tcPr>
            <w:tcW w:w="2160" w:type="dxa"/>
          </w:tcPr>
          <w:p w14:paraId="333EF04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1095BDB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2160" w:type="dxa"/>
          </w:tcPr>
          <w:p w14:paraId="5B9CABE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2160" w:type="dxa"/>
          </w:tcPr>
          <w:p w14:paraId="247A990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42</w:t>
            </w:r>
          </w:p>
        </w:tc>
      </w:tr>
      <w:tr w:rsidR="00182734" w:rsidRPr="004D20AA" w14:paraId="075F9794" w14:textId="77777777">
        <w:tc>
          <w:tcPr>
            <w:tcW w:w="2160" w:type="dxa"/>
          </w:tcPr>
          <w:p w14:paraId="3772CE6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4A64FBA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2160" w:type="dxa"/>
          </w:tcPr>
          <w:p w14:paraId="1F17961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83</w:t>
            </w:r>
          </w:p>
        </w:tc>
        <w:tc>
          <w:tcPr>
            <w:tcW w:w="2160" w:type="dxa"/>
          </w:tcPr>
          <w:p w14:paraId="66E557A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148</w:t>
            </w:r>
          </w:p>
        </w:tc>
      </w:tr>
      <w:tr w:rsidR="00182734" w:rsidRPr="004D20AA" w14:paraId="1FDD24DB" w14:textId="77777777">
        <w:tc>
          <w:tcPr>
            <w:tcW w:w="2160" w:type="dxa"/>
          </w:tcPr>
          <w:p w14:paraId="7946C54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B0C388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0EE22C6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111</w:t>
            </w:r>
          </w:p>
        </w:tc>
        <w:tc>
          <w:tcPr>
            <w:tcW w:w="2160" w:type="dxa"/>
          </w:tcPr>
          <w:p w14:paraId="15CE213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190</w:t>
            </w:r>
          </w:p>
        </w:tc>
      </w:tr>
    </w:tbl>
    <w:p w14:paraId="01DBB24A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6453745B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6F1E6C6C" w14:textId="77777777">
        <w:tc>
          <w:tcPr>
            <w:tcW w:w="2160" w:type="dxa"/>
          </w:tcPr>
          <w:p w14:paraId="70A3BF18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4E6EC1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9FCD9B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4384E3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3A9F5665" w14:textId="77777777">
        <w:tc>
          <w:tcPr>
            <w:tcW w:w="2160" w:type="dxa"/>
          </w:tcPr>
          <w:p w14:paraId="7D326B8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1253593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229301C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125</w:t>
            </w:r>
          </w:p>
        </w:tc>
        <w:tc>
          <w:tcPr>
            <w:tcW w:w="2160" w:type="dxa"/>
          </w:tcPr>
          <w:p w14:paraId="7CB804D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204</w:t>
            </w:r>
          </w:p>
        </w:tc>
      </w:tr>
      <w:tr w:rsidR="00182734" w:rsidRPr="004D20AA" w14:paraId="56E67B00" w14:textId="77777777">
        <w:tc>
          <w:tcPr>
            <w:tcW w:w="2160" w:type="dxa"/>
          </w:tcPr>
          <w:p w14:paraId="0DC23EE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6FF2FD9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412</w:t>
            </w:r>
          </w:p>
        </w:tc>
        <w:tc>
          <w:tcPr>
            <w:tcW w:w="2160" w:type="dxa"/>
          </w:tcPr>
          <w:p w14:paraId="57F6E75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876</w:t>
            </w:r>
          </w:p>
        </w:tc>
        <w:tc>
          <w:tcPr>
            <w:tcW w:w="2160" w:type="dxa"/>
          </w:tcPr>
          <w:p w14:paraId="3614CC1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1288</w:t>
            </w:r>
          </w:p>
        </w:tc>
      </w:tr>
      <w:tr w:rsidR="00182734" w:rsidRPr="004D20AA" w14:paraId="056ED3BE" w14:textId="77777777">
        <w:tc>
          <w:tcPr>
            <w:tcW w:w="2160" w:type="dxa"/>
          </w:tcPr>
          <w:p w14:paraId="6309976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020118B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7F1CF77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1001</w:t>
            </w:r>
          </w:p>
        </w:tc>
        <w:tc>
          <w:tcPr>
            <w:tcW w:w="2160" w:type="dxa"/>
          </w:tcPr>
          <w:p w14:paraId="154EA72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1492</w:t>
            </w:r>
          </w:p>
        </w:tc>
      </w:tr>
    </w:tbl>
    <w:p w14:paraId="07BDD454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188745C1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3: Walkey 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5498F172" w14:textId="77777777">
        <w:tc>
          <w:tcPr>
            <w:tcW w:w="2160" w:type="dxa"/>
          </w:tcPr>
          <w:p w14:paraId="188BA92D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40E5CF5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4B4FBB4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4CCFA27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63EA2357" w14:textId="77777777">
        <w:tc>
          <w:tcPr>
            <w:tcW w:w="2160" w:type="dxa"/>
          </w:tcPr>
          <w:p w14:paraId="0A73751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A5EA7B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2160" w:type="dxa"/>
          </w:tcPr>
          <w:p w14:paraId="6C54636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173</w:t>
            </w:r>
          </w:p>
        </w:tc>
        <w:tc>
          <w:tcPr>
            <w:tcW w:w="2160" w:type="dxa"/>
          </w:tcPr>
          <w:p w14:paraId="7C765D6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225</w:t>
            </w:r>
          </w:p>
        </w:tc>
      </w:tr>
      <w:tr w:rsidR="00182734" w:rsidRPr="004D20AA" w14:paraId="6F07C224" w14:textId="77777777">
        <w:tc>
          <w:tcPr>
            <w:tcW w:w="2160" w:type="dxa"/>
          </w:tcPr>
          <w:p w14:paraId="285AA23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380ECBA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755</w:t>
            </w:r>
          </w:p>
        </w:tc>
        <w:tc>
          <w:tcPr>
            <w:tcW w:w="2160" w:type="dxa"/>
          </w:tcPr>
          <w:p w14:paraId="2AA6FF0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3012</w:t>
            </w:r>
          </w:p>
        </w:tc>
        <w:tc>
          <w:tcPr>
            <w:tcW w:w="2160" w:type="dxa"/>
          </w:tcPr>
          <w:p w14:paraId="6391E4E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3767</w:t>
            </w:r>
          </w:p>
        </w:tc>
      </w:tr>
      <w:tr w:rsidR="00182734" w:rsidRPr="004D20AA" w14:paraId="19C07FC9" w14:textId="77777777">
        <w:tc>
          <w:tcPr>
            <w:tcW w:w="2160" w:type="dxa"/>
          </w:tcPr>
          <w:p w14:paraId="17AFD6D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4FD0CD7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807</w:t>
            </w:r>
          </w:p>
        </w:tc>
        <w:tc>
          <w:tcPr>
            <w:tcW w:w="2160" w:type="dxa"/>
          </w:tcPr>
          <w:p w14:paraId="186646C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3185</w:t>
            </w:r>
          </w:p>
        </w:tc>
        <w:tc>
          <w:tcPr>
            <w:tcW w:w="2160" w:type="dxa"/>
          </w:tcPr>
          <w:p w14:paraId="26B5711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3992</w:t>
            </w:r>
          </w:p>
        </w:tc>
      </w:tr>
    </w:tbl>
    <w:p w14:paraId="08F3023D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6DA984D2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strokeltpp</w:t>
      </w:r>
    </w:p>
    <w:p w14:paraId="1B596201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1: Brunetti (2021)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052D0DFF" w14:textId="77777777">
        <w:tc>
          <w:tcPr>
            <w:tcW w:w="2160" w:type="dxa"/>
          </w:tcPr>
          <w:p w14:paraId="4F1181A0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DA6B8F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013579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71131C2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21F8444A" w14:textId="77777777">
        <w:tc>
          <w:tcPr>
            <w:tcW w:w="2160" w:type="dxa"/>
          </w:tcPr>
          <w:p w14:paraId="2C7E97B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F8F74D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60" w:type="dxa"/>
          </w:tcPr>
          <w:p w14:paraId="0D83284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160" w:type="dxa"/>
          </w:tcPr>
          <w:p w14:paraId="7BAC745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13</w:t>
            </w:r>
          </w:p>
        </w:tc>
      </w:tr>
      <w:tr w:rsidR="00182734" w:rsidRPr="004D20AA" w14:paraId="21EBA0F2" w14:textId="77777777">
        <w:tc>
          <w:tcPr>
            <w:tcW w:w="2160" w:type="dxa"/>
          </w:tcPr>
          <w:p w14:paraId="4C60892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E7A4E7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72</w:t>
            </w:r>
          </w:p>
        </w:tc>
        <w:tc>
          <w:tcPr>
            <w:tcW w:w="2160" w:type="dxa"/>
          </w:tcPr>
          <w:p w14:paraId="25213F5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105</w:t>
            </w:r>
          </w:p>
        </w:tc>
        <w:tc>
          <w:tcPr>
            <w:tcW w:w="2160" w:type="dxa"/>
          </w:tcPr>
          <w:p w14:paraId="0788B09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177</w:t>
            </w:r>
          </w:p>
        </w:tc>
      </w:tr>
      <w:tr w:rsidR="00182734" w:rsidRPr="004D20AA" w14:paraId="1ED9AC0F" w14:textId="77777777">
        <w:tc>
          <w:tcPr>
            <w:tcW w:w="2160" w:type="dxa"/>
          </w:tcPr>
          <w:p w14:paraId="678A22B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3962357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07AA33E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111</w:t>
            </w:r>
          </w:p>
        </w:tc>
        <w:tc>
          <w:tcPr>
            <w:tcW w:w="2160" w:type="dxa"/>
          </w:tcPr>
          <w:p w14:paraId="27951F2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190</w:t>
            </w:r>
          </w:p>
        </w:tc>
      </w:tr>
    </w:tbl>
    <w:p w14:paraId="1FAA8375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6B81E855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6881D1CD" w14:textId="77777777">
        <w:tc>
          <w:tcPr>
            <w:tcW w:w="2160" w:type="dxa"/>
          </w:tcPr>
          <w:p w14:paraId="71BAF3FF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2C2F65D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1639C3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556D988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69C5BE41" w14:textId="77777777">
        <w:tc>
          <w:tcPr>
            <w:tcW w:w="2160" w:type="dxa"/>
          </w:tcPr>
          <w:p w14:paraId="575AA65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BAC8E5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2160" w:type="dxa"/>
          </w:tcPr>
          <w:p w14:paraId="35DE13B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2160" w:type="dxa"/>
          </w:tcPr>
          <w:p w14:paraId="23A771C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59</w:t>
            </w:r>
          </w:p>
        </w:tc>
      </w:tr>
      <w:tr w:rsidR="00182734" w:rsidRPr="004D20AA" w14:paraId="4FA9226D" w14:textId="77777777">
        <w:tc>
          <w:tcPr>
            <w:tcW w:w="2160" w:type="dxa"/>
          </w:tcPr>
          <w:p w14:paraId="6220BC5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1CE5878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469</w:t>
            </w:r>
          </w:p>
        </w:tc>
        <w:tc>
          <w:tcPr>
            <w:tcW w:w="2160" w:type="dxa"/>
          </w:tcPr>
          <w:p w14:paraId="2C8D3BE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945</w:t>
            </w:r>
          </w:p>
        </w:tc>
        <w:tc>
          <w:tcPr>
            <w:tcW w:w="2160" w:type="dxa"/>
          </w:tcPr>
          <w:p w14:paraId="4140026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1414</w:t>
            </w:r>
          </w:p>
        </w:tc>
      </w:tr>
      <w:tr w:rsidR="00182734" w:rsidRPr="004D20AA" w14:paraId="5A412A2F" w14:textId="77777777">
        <w:tc>
          <w:tcPr>
            <w:tcW w:w="2160" w:type="dxa"/>
          </w:tcPr>
          <w:p w14:paraId="269A96D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1399E83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126E303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982</w:t>
            </w:r>
          </w:p>
        </w:tc>
        <w:tc>
          <w:tcPr>
            <w:tcW w:w="2160" w:type="dxa"/>
          </w:tcPr>
          <w:p w14:paraId="283D7F1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1473</w:t>
            </w:r>
          </w:p>
        </w:tc>
      </w:tr>
    </w:tbl>
    <w:p w14:paraId="10FC39F3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3747CFD5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3: Walkey 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023C7C34" w14:textId="77777777">
        <w:tc>
          <w:tcPr>
            <w:tcW w:w="2160" w:type="dxa"/>
          </w:tcPr>
          <w:p w14:paraId="58FCECD4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A1661A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47ADE97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75E235F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10711C59" w14:textId="77777777">
        <w:tc>
          <w:tcPr>
            <w:tcW w:w="2160" w:type="dxa"/>
          </w:tcPr>
          <w:p w14:paraId="657590F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6A46FE71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2160" w:type="dxa"/>
          </w:tcPr>
          <w:p w14:paraId="409C140F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61</w:t>
            </w:r>
          </w:p>
        </w:tc>
        <w:tc>
          <w:tcPr>
            <w:tcW w:w="2160" w:type="dxa"/>
          </w:tcPr>
          <w:p w14:paraId="3EBA6994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85</w:t>
            </w:r>
          </w:p>
        </w:tc>
      </w:tr>
      <w:tr w:rsidR="00182734" w:rsidRPr="004D20AA" w14:paraId="008F5DCF" w14:textId="77777777">
        <w:tc>
          <w:tcPr>
            <w:tcW w:w="2160" w:type="dxa"/>
          </w:tcPr>
          <w:p w14:paraId="5E59440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1943F4D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398</w:t>
            </w:r>
          </w:p>
        </w:tc>
        <w:tc>
          <w:tcPr>
            <w:tcW w:w="2160" w:type="dxa"/>
          </w:tcPr>
          <w:p w14:paraId="4F4D36A0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2586</w:t>
            </w:r>
          </w:p>
        </w:tc>
        <w:tc>
          <w:tcPr>
            <w:tcW w:w="2160" w:type="dxa"/>
          </w:tcPr>
          <w:p w14:paraId="6035872B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2984</w:t>
            </w:r>
          </w:p>
        </w:tc>
      </w:tr>
      <w:tr w:rsidR="00182734" w:rsidRPr="004D20AA" w14:paraId="361FC355" w14:textId="77777777">
        <w:tc>
          <w:tcPr>
            <w:tcW w:w="2160" w:type="dxa"/>
          </w:tcPr>
          <w:p w14:paraId="170E71D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03316D0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422</w:t>
            </w:r>
          </w:p>
        </w:tc>
        <w:tc>
          <w:tcPr>
            <w:tcW w:w="2160" w:type="dxa"/>
          </w:tcPr>
          <w:p w14:paraId="62FEDB47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2647</w:t>
            </w:r>
          </w:p>
        </w:tc>
        <w:tc>
          <w:tcPr>
            <w:tcW w:w="2160" w:type="dxa"/>
          </w:tcPr>
          <w:p w14:paraId="662F0D58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3069</w:t>
            </w:r>
          </w:p>
        </w:tc>
      </w:tr>
    </w:tbl>
    <w:p w14:paraId="7B956FF6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2EF539A3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bleedltpp</w:t>
      </w:r>
    </w:p>
    <w:p w14:paraId="10B0F311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1: Brunetti (2021)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282AA316" w14:textId="77777777">
        <w:tc>
          <w:tcPr>
            <w:tcW w:w="2160" w:type="dxa"/>
          </w:tcPr>
          <w:p w14:paraId="6F698646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E5126F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4A517F9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3399A3B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49C9EAD7" w14:textId="77777777">
        <w:tc>
          <w:tcPr>
            <w:tcW w:w="2160" w:type="dxa"/>
          </w:tcPr>
          <w:p w14:paraId="06BF434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7284F52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2160" w:type="dxa"/>
          </w:tcPr>
          <w:p w14:paraId="71BDA46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2160" w:type="dxa"/>
          </w:tcPr>
          <w:p w14:paraId="13589E9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42</w:t>
            </w:r>
          </w:p>
        </w:tc>
      </w:tr>
      <w:tr w:rsidR="00182734" w:rsidRPr="004D20AA" w14:paraId="27330579" w14:textId="77777777">
        <w:tc>
          <w:tcPr>
            <w:tcW w:w="2160" w:type="dxa"/>
          </w:tcPr>
          <w:p w14:paraId="624312F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423B9E4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2160" w:type="dxa"/>
          </w:tcPr>
          <w:p w14:paraId="04337F4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83</w:t>
            </w:r>
          </w:p>
        </w:tc>
        <w:tc>
          <w:tcPr>
            <w:tcW w:w="2160" w:type="dxa"/>
          </w:tcPr>
          <w:p w14:paraId="46A79CB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148</w:t>
            </w:r>
          </w:p>
        </w:tc>
      </w:tr>
      <w:tr w:rsidR="00182734" w:rsidRPr="004D20AA" w14:paraId="5D735FA8" w14:textId="77777777">
        <w:tc>
          <w:tcPr>
            <w:tcW w:w="2160" w:type="dxa"/>
          </w:tcPr>
          <w:p w14:paraId="6B65BE4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3940D8D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07CCB64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111</w:t>
            </w:r>
          </w:p>
        </w:tc>
        <w:tc>
          <w:tcPr>
            <w:tcW w:w="2160" w:type="dxa"/>
          </w:tcPr>
          <w:p w14:paraId="5378D43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190</w:t>
            </w:r>
          </w:p>
        </w:tc>
      </w:tr>
    </w:tbl>
    <w:p w14:paraId="2E29AA04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0F6C2A35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0487B14A" w14:textId="77777777">
        <w:tc>
          <w:tcPr>
            <w:tcW w:w="2160" w:type="dxa"/>
          </w:tcPr>
          <w:p w14:paraId="439BE30F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4E628BF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359F800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43007B5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7E73E2B0" w14:textId="77777777">
        <w:tc>
          <w:tcPr>
            <w:tcW w:w="2160" w:type="dxa"/>
          </w:tcPr>
          <w:p w14:paraId="64A915B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5B2B8F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746DB68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125</w:t>
            </w:r>
          </w:p>
        </w:tc>
        <w:tc>
          <w:tcPr>
            <w:tcW w:w="2160" w:type="dxa"/>
          </w:tcPr>
          <w:p w14:paraId="2FFFABF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204</w:t>
            </w:r>
          </w:p>
        </w:tc>
      </w:tr>
      <w:tr w:rsidR="00182734" w:rsidRPr="004D20AA" w14:paraId="279DCA24" w14:textId="77777777">
        <w:tc>
          <w:tcPr>
            <w:tcW w:w="2160" w:type="dxa"/>
          </w:tcPr>
          <w:p w14:paraId="3ECC653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42548CD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412</w:t>
            </w:r>
          </w:p>
        </w:tc>
        <w:tc>
          <w:tcPr>
            <w:tcW w:w="2160" w:type="dxa"/>
          </w:tcPr>
          <w:p w14:paraId="40AB9FA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876</w:t>
            </w:r>
          </w:p>
        </w:tc>
        <w:tc>
          <w:tcPr>
            <w:tcW w:w="2160" w:type="dxa"/>
          </w:tcPr>
          <w:p w14:paraId="131855B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1288</w:t>
            </w:r>
          </w:p>
        </w:tc>
      </w:tr>
      <w:tr w:rsidR="00182734" w:rsidRPr="004D20AA" w14:paraId="0A7E5F7D" w14:textId="77777777">
        <w:tc>
          <w:tcPr>
            <w:tcW w:w="2160" w:type="dxa"/>
          </w:tcPr>
          <w:p w14:paraId="6B608D6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721ECAA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2251D8D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1001</w:t>
            </w:r>
          </w:p>
        </w:tc>
        <w:tc>
          <w:tcPr>
            <w:tcW w:w="2160" w:type="dxa"/>
          </w:tcPr>
          <w:p w14:paraId="38F7838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1492</w:t>
            </w:r>
          </w:p>
        </w:tc>
      </w:tr>
    </w:tbl>
    <w:p w14:paraId="2D21F8C8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0B51D73E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 xml:space="preserve">Study 3: Walkey </w:t>
      </w:r>
      <w:r w:rsidRPr="004D20AA">
        <w:rPr>
          <w:rFonts w:asciiTheme="majorHAnsi" w:hAnsiTheme="majorHAnsi" w:cstheme="majorHAnsi"/>
        </w:rPr>
        <w:t>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73130591" w14:textId="77777777">
        <w:tc>
          <w:tcPr>
            <w:tcW w:w="2160" w:type="dxa"/>
          </w:tcPr>
          <w:p w14:paraId="5DBB1D0B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E561FB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790A83F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2375A3A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3029AE69" w14:textId="77777777">
        <w:tc>
          <w:tcPr>
            <w:tcW w:w="2160" w:type="dxa"/>
          </w:tcPr>
          <w:p w14:paraId="3BC980B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3C5BBBAE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2160" w:type="dxa"/>
          </w:tcPr>
          <w:p w14:paraId="263BDBD4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188</w:t>
            </w:r>
          </w:p>
        </w:tc>
        <w:tc>
          <w:tcPr>
            <w:tcW w:w="2160" w:type="dxa"/>
          </w:tcPr>
          <w:p w14:paraId="616D10C8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215</w:t>
            </w:r>
          </w:p>
        </w:tc>
      </w:tr>
      <w:tr w:rsidR="00182734" w:rsidRPr="004D20AA" w14:paraId="301236B4" w14:textId="77777777">
        <w:tc>
          <w:tcPr>
            <w:tcW w:w="2160" w:type="dxa"/>
          </w:tcPr>
          <w:p w14:paraId="4A14BF3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18F9AA35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395</w:t>
            </w:r>
          </w:p>
        </w:tc>
        <w:tc>
          <w:tcPr>
            <w:tcW w:w="2160" w:type="dxa"/>
          </w:tcPr>
          <w:p w14:paraId="3D037052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2459</w:t>
            </w:r>
          </w:p>
        </w:tc>
        <w:tc>
          <w:tcPr>
            <w:tcW w:w="2160" w:type="dxa"/>
          </w:tcPr>
          <w:p w14:paraId="47F8D50D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2854</w:t>
            </w:r>
          </w:p>
        </w:tc>
      </w:tr>
      <w:tr w:rsidR="00182734" w:rsidRPr="004D20AA" w14:paraId="4041C5E7" w14:textId="77777777">
        <w:tc>
          <w:tcPr>
            <w:tcW w:w="2160" w:type="dxa"/>
          </w:tcPr>
          <w:p w14:paraId="45C96F3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5BBC1999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422</w:t>
            </w:r>
          </w:p>
        </w:tc>
        <w:tc>
          <w:tcPr>
            <w:tcW w:w="2160" w:type="dxa"/>
          </w:tcPr>
          <w:p w14:paraId="5A2ED826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2647</w:t>
            </w:r>
          </w:p>
        </w:tc>
        <w:tc>
          <w:tcPr>
            <w:tcW w:w="2160" w:type="dxa"/>
          </w:tcPr>
          <w:p w14:paraId="52271447" w14:textId="77777777" w:rsidR="00182734" w:rsidRPr="004D20AA" w:rsidRDefault="00541A5F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3069</w:t>
            </w:r>
          </w:p>
        </w:tc>
      </w:tr>
    </w:tbl>
    <w:p w14:paraId="36520E27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04F5C2D7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strokelt2</w:t>
      </w:r>
    </w:p>
    <w:p w14:paraId="63406F52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1: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2EC77140" w14:textId="77777777">
        <w:tc>
          <w:tcPr>
            <w:tcW w:w="2160" w:type="dxa"/>
          </w:tcPr>
          <w:p w14:paraId="39FB85FD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015015A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785B59D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63938E5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3322936F" w14:textId="77777777">
        <w:tc>
          <w:tcPr>
            <w:tcW w:w="2160" w:type="dxa"/>
          </w:tcPr>
          <w:p w14:paraId="3450641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B1C96E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2160" w:type="dxa"/>
          </w:tcPr>
          <w:p w14:paraId="62D5FFD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2160" w:type="dxa"/>
          </w:tcPr>
          <w:p w14:paraId="46C5F3B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59</w:t>
            </w:r>
          </w:p>
        </w:tc>
      </w:tr>
      <w:tr w:rsidR="00182734" w:rsidRPr="004D20AA" w14:paraId="049864F1" w14:textId="77777777">
        <w:tc>
          <w:tcPr>
            <w:tcW w:w="2160" w:type="dxa"/>
          </w:tcPr>
          <w:p w14:paraId="507EE3C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2EF492E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469</w:t>
            </w:r>
          </w:p>
        </w:tc>
        <w:tc>
          <w:tcPr>
            <w:tcW w:w="2160" w:type="dxa"/>
          </w:tcPr>
          <w:p w14:paraId="77B439F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945</w:t>
            </w:r>
          </w:p>
        </w:tc>
        <w:tc>
          <w:tcPr>
            <w:tcW w:w="2160" w:type="dxa"/>
          </w:tcPr>
          <w:p w14:paraId="5820FD0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1414</w:t>
            </w:r>
          </w:p>
        </w:tc>
      </w:tr>
      <w:tr w:rsidR="00182734" w:rsidRPr="004D20AA" w14:paraId="6E2093FC" w14:textId="77777777">
        <w:tc>
          <w:tcPr>
            <w:tcW w:w="2160" w:type="dxa"/>
          </w:tcPr>
          <w:p w14:paraId="6565322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7641589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43F02D3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982</w:t>
            </w:r>
          </w:p>
        </w:tc>
        <w:tc>
          <w:tcPr>
            <w:tcW w:w="2160" w:type="dxa"/>
          </w:tcPr>
          <w:p w14:paraId="7004403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1473</w:t>
            </w:r>
          </w:p>
        </w:tc>
      </w:tr>
    </w:tbl>
    <w:p w14:paraId="72DA1D1C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349BB109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Walkey 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29E3B329" w14:textId="77777777">
        <w:tc>
          <w:tcPr>
            <w:tcW w:w="2160" w:type="dxa"/>
          </w:tcPr>
          <w:p w14:paraId="53E37578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81E563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1EDE126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48741F5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268D16D7" w14:textId="77777777">
        <w:tc>
          <w:tcPr>
            <w:tcW w:w="2160" w:type="dxa"/>
          </w:tcPr>
          <w:p w14:paraId="1F5D023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E2AB50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2160" w:type="dxa"/>
          </w:tcPr>
          <w:p w14:paraId="5770689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63</w:t>
            </w:r>
          </w:p>
        </w:tc>
        <w:tc>
          <w:tcPr>
            <w:tcW w:w="2160" w:type="dxa"/>
          </w:tcPr>
          <w:p w14:paraId="0E6A7EB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89</w:t>
            </w:r>
          </w:p>
        </w:tc>
      </w:tr>
      <w:tr w:rsidR="00182734" w:rsidRPr="004D20AA" w14:paraId="0CAB4E23" w14:textId="77777777">
        <w:tc>
          <w:tcPr>
            <w:tcW w:w="2160" w:type="dxa"/>
          </w:tcPr>
          <w:p w14:paraId="0DB20B7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026E105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781</w:t>
            </w:r>
          </w:p>
        </w:tc>
        <w:tc>
          <w:tcPr>
            <w:tcW w:w="2160" w:type="dxa"/>
          </w:tcPr>
          <w:p w14:paraId="5375EA7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3122</w:t>
            </w:r>
          </w:p>
        </w:tc>
        <w:tc>
          <w:tcPr>
            <w:tcW w:w="2160" w:type="dxa"/>
          </w:tcPr>
          <w:p w14:paraId="6DAFCF2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3903</w:t>
            </w:r>
          </w:p>
        </w:tc>
      </w:tr>
      <w:tr w:rsidR="00182734" w:rsidRPr="004D20AA" w14:paraId="098C1D99" w14:textId="77777777">
        <w:tc>
          <w:tcPr>
            <w:tcW w:w="2160" w:type="dxa"/>
          </w:tcPr>
          <w:p w14:paraId="22E139F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35792A0C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807</w:t>
            </w:r>
          </w:p>
        </w:tc>
        <w:tc>
          <w:tcPr>
            <w:tcW w:w="2160" w:type="dxa"/>
          </w:tcPr>
          <w:p w14:paraId="044ED12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3185</w:t>
            </w:r>
          </w:p>
        </w:tc>
        <w:tc>
          <w:tcPr>
            <w:tcW w:w="2160" w:type="dxa"/>
          </w:tcPr>
          <w:p w14:paraId="5EB96608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3992</w:t>
            </w:r>
          </w:p>
        </w:tc>
      </w:tr>
    </w:tbl>
    <w:p w14:paraId="5F581E25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528947AF" w14:textId="77777777" w:rsidR="00182734" w:rsidRPr="004D20AA" w:rsidRDefault="002F28DC" w:rsidP="005F3B8D">
      <w:pPr>
        <w:rPr>
          <w:rFonts w:asciiTheme="majorHAnsi" w:hAnsiTheme="majorHAnsi" w:cstheme="majorHAnsi"/>
          <w:b/>
          <w:bCs/>
        </w:rPr>
      </w:pPr>
      <w:r w:rsidRPr="004D20AA">
        <w:rPr>
          <w:rFonts w:asciiTheme="majorHAnsi" w:hAnsiTheme="majorHAnsi" w:cstheme="majorHAnsi"/>
          <w:b/>
          <w:bCs/>
        </w:rPr>
        <w:t>bleedlt2</w:t>
      </w:r>
    </w:p>
    <w:p w14:paraId="778FE108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1: Quon (2018)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34362B11" w14:textId="77777777">
        <w:tc>
          <w:tcPr>
            <w:tcW w:w="2160" w:type="dxa"/>
          </w:tcPr>
          <w:p w14:paraId="65B8F5A7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03B4EA5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4E8F3AA3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67C9650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40163354" w14:textId="77777777">
        <w:tc>
          <w:tcPr>
            <w:tcW w:w="2160" w:type="dxa"/>
          </w:tcPr>
          <w:p w14:paraId="1D1EFD60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48EB095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79</w:t>
            </w:r>
          </w:p>
        </w:tc>
        <w:tc>
          <w:tcPr>
            <w:tcW w:w="2160" w:type="dxa"/>
          </w:tcPr>
          <w:p w14:paraId="7BD1402A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125</w:t>
            </w:r>
          </w:p>
        </w:tc>
        <w:tc>
          <w:tcPr>
            <w:tcW w:w="2160" w:type="dxa"/>
          </w:tcPr>
          <w:p w14:paraId="25977FF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204</w:t>
            </w:r>
          </w:p>
        </w:tc>
      </w:tr>
      <w:tr w:rsidR="00182734" w:rsidRPr="004D20AA" w14:paraId="65D6AF23" w14:textId="77777777">
        <w:tc>
          <w:tcPr>
            <w:tcW w:w="2160" w:type="dxa"/>
          </w:tcPr>
          <w:p w14:paraId="2EBBE14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78BD35E1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412</w:t>
            </w:r>
          </w:p>
        </w:tc>
        <w:tc>
          <w:tcPr>
            <w:tcW w:w="2160" w:type="dxa"/>
          </w:tcPr>
          <w:p w14:paraId="0DC8EC9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876</w:t>
            </w:r>
          </w:p>
        </w:tc>
        <w:tc>
          <w:tcPr>
            <w:tcW w:w="2160" w:type="dxa"/>
          </w:tcPr>
          <w:p w14:paraId="7028BC8F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1288</w:t>
            </w:r>
          </w:p>
        </w:tc>
      </w:tr>
      <w:tr w:rsidR="00182734" w:rsidRPr="004D20AA" w14:paraId="30A483DD" w14:textId="77777777">
        <w:tc>
          <w:tcPr>
            <w:tcW w:w="2160" w:type="dxa"/>
          </w:tcPr>
          <w:p w14:paraId="7809AED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2685B29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491</w:t>
            </w:r>
          </w:p>
        </w:tc>
        <w:tc>
          <w:tcPr>
            <w:tcW w:w="2160" w:type="dxa"/>
          </w:tcPr>
          <w:p w14:paraId="7220488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1001</w:t>
            </w:r>
          </w:p>
        </w:tc>
        <w:tc>
          <w:tcPr>
            <w:tcW w:w="2160" w:type="dxa"/>
          </w:tcPr>
          <w:p w14:paraId="5B8C4E4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1492</w:t>
            </w:r>
          </w:p>
        </w:tc>
      </w:tr>
    </w:tbl>
    <w:p w14:paraId="32638F5A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p w14:paraId="307F2FE9" w14:textId="77777777" w:rsidR="00182734" w:rsidRPr="004D20AA" w:rsidRDefault="002F28DC" w:rsidP="005F3B8D">
      <w:pPr>
        <w:rPr>
          <w:rFonts w:asciiTheme="majorHAnsi" w:hAnsiTheme="majorHAnsi" w:cstheme="majorHAnsi"/>
        </w:rPr>
      </w:pPr>
      <w:r w:rsidRPr="004D20AA">
        <w:rPr>
          <w:rFonts w:asciiTheme="majorHAnsi" w:hAnsiTheme="majorHAnsi" w:cstheme="majorHAnsi"/>
        </w:rPr>
        <w:t>Study 2: Walkey (2023)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82734" w:rsidRPr="004D20AA" w14:paraId="48B442D5" w14:textId="77777777">
        <w:tc>
          <w:tcPr>
            <w:tcW w:w="2160" w:type="dxa"/>
          </w:tcPr>
          <w:p w14:paraId="1A5DCAAC" w14:textId="77777777" w:rsidR="00182734" w:rsidRPr="004D20AA" w:rsidRDefault="00182734" w:rsidP="005F3B8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1B34F7D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Treatment</w:t>
            </w:r>
          </w:p>
        </w:tc>
        <w:tc>
          <w:tcPr>
            <w:tcW w:w="2160" w:type="dxa"/>
          </w:tcPr>
          <w:p w14:paraId="5A148DEE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Control</w:t>
            </w:r>
          </w:p>
        </w:tc>
        <w:tc>
          <w:tcPr>
            <w:tcW w:w="2160" w:type="dxa"/>
          </w:tcPr>
          <w:p w14:paraId="6195BE5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</w:tr>
      <w:tr w:rsidR="00182734" w:rsidRPr="004D20AA" w14:paraId="4D6496ED" w14:textId="77777777">
        <w:tc>
          <w:tcPr>
            <w:tcW w:w="2160" w:type="dxa"/>
          </w:tcPr>
          <w:p w14:paraId="4674D1C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Positive</w:t>
            </w:r>
          </w:p>
        </w:tc>
        <w:tc>
          <w:tcPr>
            <w:tcW w:w="2160" w:type="dxa"/>
          </w:tcPr>
          <w:p w14:paraId="0AA178F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2160" w:type="dxa"/>
          </w:tcPr>
          <w:p w14:paraId="6FA99CB9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173</w:t>
            </w:r>
          </w:p>
        </w:tc>
        <w:tc>
          <w:tcPr>
            <w:tcW w:w="2160" w:type="dxa"/>
          </w:tcPr>
          <w:p w14:paraId="58EE69FB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225</w:t>
            </w:r>
          </w:p>
        </w:tc>
      </w:tr>
      <w:tr w:rsidR="00182734" w:rsidRPr="004D20AA" w14:paraId="3CFF08FF" w14:textId="77777777">
        <w:tc>
          <w:tcPr>
            <w:tcW w:w="2160" w:type="dxa"/>
          </w:tcPr>
          <w:p w14:paraId="26FEECA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Negative</w:t>
            </w:r>
          </w:p>
        </w:tc>
        <w:tc>
          <w:tcPr>
            <w:tcW w:w="2160" w:type="dxa"/>
          </w:tcPr>
          <w:p w14:paraId="1CC95B0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755</w:t>
            </w:r>
          </w:p>
        </w:tc>
        <w:tc>
          <w:tcPr>
            <w:tcW w:w="2160" w:type="dxa"/>
          </w:tcPr>
          <w:p w14:paraId="73B5A9ED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3012</w:t>
            </w:r>
          </w:p>
        </w:tc>
        <w:tc>
          <w:tcPr>
            <w:tcW w:w="2160" w:type="dxa"/>
          </w:tcPr>
          <w:p w14:paraId="1B44E482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3767</w:t>
            </w:r>
          </w:p>
        </w:tc>
      </w:tr>
      <w:tr w:rsidR="00182734" w:rsidRPr="004D20AA" w14:paraId="675399C9" w14:textId="77777777">
        <w:tc>
          <w:tcPr>
            <w:tcW w:w="2160" w:type="dxa"/>
          </w:tcPr>
          <w:p w14:paraId="1F08FA34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160" w:type="dxa"/>
          </w:tcPr>
          <w:p w14:paraId="36734F05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807</w:t>
            </w:r>
          </w:p>
        </w:tc>
        <w:tc>
          <w:tcPr>
            <w:tcW w:w="2160" w:type="dxa"/>
          </w:tcPr>
          <w:p w14:paraId="00AB3A27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3185</w:t>
            </w:r>
          </w:p>
        </w:tc>
        <w:tc>
          <w:tcPr>
            <w:tcW w:w="2160" w:type="dxa"/>
          </w:tcPr>
          <w:p w14:paraId="43E29AA6" w14:textId="77777777" w:rsidR="00182734" w:rsidRPr="004D20AA" w:rsidRDefault="002F28DC" w:rsidP="005F3B8D">
            <w:pPr>
              <w:rPr>
                <w:rFonts w:asciiTheme="majorHAnsi" w:hAnsiTheme="majorHAnsi" w:cstheme="majorHAnsi"/>
              </w:rPr>
            </w:pPr>
            <w:r w:rsidRPr="004D20AA">
              <w:rPr>
                <w:rFonts w:asciiTheme="majorHAnsi" w:hAnsiTheme="majorHAnsi" w:cstheme="majorHAnsi"/>
              </w:rPr>
              <w:t>3992</w:t>
            </w:r>
          </w:p>
        </w:tc>
      </w:tr>
    </w:tbl>
    <w:p w14:paraId="0D3FA444" w14:textId="77777777" w:rsidR="00182734" w:rsidRPr="004D20AA" w:rsidRDefault="00182734" w:rsidP="005F3B8D">
      <w:pPr>
        <w:rPr>
          <w:rFonts w:asciiTheme="majorHAnsi" w:hAnsiTheme="majorHAnsi" w:cstheme="majorHAnsi"/>
        </w:rPr>
      </w:pPr>
    </w:p>
    <w:sectPr w:rsidR="00182734" w:rsidRPr="004D20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DB7353"/>
    <w:multiLevelType w:val="hybridMultilevel"/>
    <w:tmpl w:val="1B226E26"/>
    <w:lvl w:ilvl="0" w:tplc="D7265368">
      <w:start w:val="22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11A"/>
    <w:rsid w:val="0015074B"/>
    <w:rsid w:val="00182734"/>
    <w:rsid w:val="001D7C36"/>
    <w:rsid w:val="002011FE"/>
    <w:rsid w:val="00212CFF"/>
    <w:rsid w:val="0029639D"/>
    <w:rsid w:val="002F28DC"/>
    <w:rsid w:val="00303F01"/>
    <w:rsid w:val="00326F90"/>
    <w:rsid w:val="004D20AA"/>
    <w:rsid w:val="00501ACE"/>
    <w:rsid w:val="00541A5F"/>
    <w:rsid w:val="005F3B8D"/>
    <w:rsid w:val="007A250E"/>
    <w:rsid w:val="007D5E4C"/>
    <w:rsid w:val="00A94387"/>
    <w:rsid w:val="00AA1D8D"/>
    <w:rsid w:val="00B066D8"/>
    <w:rsid w:val="00B07A49"/>
    <w:rsid w:val="00B346C4"/>
    <w:rsid w:val="00B47730"/>
    <w:rsid w:val="00B75502"/>
    <w:rsid w:val="00C13666"/>
    <w:rsid w:val="00C776E9"/>
    <w:rsid w:val="00CB0664"/>
    <w:rsid w:val="00D400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744C9"/>
  <w14:defaultImageDpi w14:val="300"/>
  <w15:docId w15:val="{1DFD2B41-0DE6-D642-B894-4ACDB134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897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Jasper Koolwijk</cp:lastModifiedBy>
  <cp:revision>4</cp:revision>
  <dcterms:created xsi:type="dcterms:W3CDTF">2024-07-27T07:32:00Z</dcterms:created>
  <dcterms:modified xsi:type="dcterms:W3CDTF">2025-04-02T15:30:00Z</dcterms:modified>
  <cp:category/>
</cp:coreProperties>
</file>