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02A4" w14:textId="77777777" w:rsidR="00D5322A" w:rsidRPr="00203DDA" w:rsidRDefault="0033157A">
      <w:pPr>
        <w:jc w:val="center"/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  <w:sz w:val="40"/>
        </w:rPr>
        <w:t>Supplementary Information</w:t>
      </w:r>
    </w:p>
    <w:p w14:paraId="7E200911" w14:textId="77777777" w:rsidR="00D5322A" w:rsidRPr="00203DDA" w:rsidRDefault="0033157A">
      <w:pPr>
        <w:jc w:val="center"/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  <w:sz w:val="28"/>
        </w:rPr>
        <w:t>Detailed crude oil sample data and experimental results for asphaltene precipitation analysis.</w:t>
      </w:r>
    </w:p>
    <w:p w14:paraId="2E08D9EC" w14:textId="77777777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br w:type="page"/>
      </w:r>
    </w:p>
    <w:p w14:paraId="249CF93E" w14:textId="77777777" w:rsidR="00D5322A" w:rsidRPr="00203DDA" w:rsidRDefault="0033157A">
      <w:pPr>
        <w:pStyle w:val="Heading1"/>
        <w:rPr>
          <w:rFonts w:asciiTheme="majorBidi" w:hAnsiTheme="majorBidi"/>
        </w:rPr>
      </w:pPr>
      <w:r w:rsidRPr="00203DDA">
        <w:rPr>
          <w:rFonts w:asciiTheme="majorBidi" w:hAnsiTheme="majorBidi"/>
        </w:rPr>
        <w:lastRenderedPageBreak/>
        <w:t>Oil #1</w:t>
      </w:r>
    </w:p>
    <w:p w14:paraId="6F19AA6F" w14:textId="77777777" w:rsidR="00E63E66" w:rsidRDefault="0033157A" w:rsidP="00E63E66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 xml:space="preserve">This sample includes molar composition, reservoir properties, SARA </w:t>
      </w:r>
      <w:r w:rsidR="004423E9">
        <w:rPr>
          <w:rFonts w:asciiTheme="majorBidi" w:hAnsiTheme="majorBidi" w:cstheme="majorBidi"/>
        </w:rPr>
        <w:t>analysis</w:t>
      </w:r>
      <w:r w:rsidRPr="00203DDA">
        <w:rPr>
          <w:rFonts w:asciiTheme="majorBidi" w:hAnsiTheme="majorBidi" w:cstheme="majorBidi"/>
        </w:rPr>
        <w:t xml:space="preserve">, </w:t>
      </w:r>
      <w:r w:rsidR="0001035B">
        <w:rPr>
          <w:rFonts w:asciiTheme="majorBidi" w:hAnsiTheme="majorBidi" w:cstheme="majorBidi"/>
        </w:rPr>
        <w:t xml:space="preserve">upper asphaltene </w:t>
      </w:r>
      <w:r w:rsidR="004423E9">
        <w:rPr>
          <w:rFonts w:asciiTheme="majorBidi" w:hAnsiTheme="majorBidi" w:cstheme="majorBidi"/>
        </w:rPr>
        <w:t>onset</w:t>
      </w:r>
      <w:r w:rsidRPr="00203DDA">
        <w:rPr>
          <w:rFonts w:asciiTheme="majorBidi" w:hAnsiTheme="majorBidi" w:cstheme="majorBidi"/>
        </w:rPr>
        <w:t xml:space="preserve"> pressure</w:t>
      </w:r>
      <w:r w:rsidR="0001035B">
        <w:rPr>
          <w:rFonts w:asciiTheme="majorBidi" w:hAnsiTheme="majorBidi" w:cstheme="majorBidi"/>
        </w:rPr>
        <w:t>, and saturation pressure</w:t>
      </w:r>
      <w:r w:rsidRPr="00203DDA">
        <w:rPr>
          <w:rFonts w:asciiTheme="majorBidi" w:hAnsiTheme="majorBidi" w:cstheme="majorBidi"/>
        </w:rPr>
        <w:t xml:space="preserve"> under nitrogen</w:t>
      </w:r>
      <w:r w:rsidR="0001035B">
        <w:rPr>
          <w:rFonts w:asciiTheme="majorBidi" w:hAnsiTheme="majorBidi" w:cstheme="majorBidi"/>
        </w:rPr>
        <w:t xml:space="preserve"> (N</w:t>
      </w:r>
      <w:r w:rsidR="0001035B" w:rsidRPr="0001035B">
        <w:rPr>
          <w:rFonts w:asciiTheme="majorBidi" w:hAnsiTheme="majorBidi" w:cstheme="majorBidi"/>
          <w:vertAlign w:val="subscript"/>
        </w:rPr>
        <w:t>2</w:t>
      </w:r>
      <w:r w:rsidR="0001035B">
        <w:rPr>
          <w:rFonts w:asciiTheme="majorBidi" w:hAnsiTheme="majorBidi" w:cstheme="majorBidi"/>
        </w:rPr>
        <w:t>)</w:t>
      </w:r>
      <w:r w:rsidRPr="00203DDA">
        <w:rPr>
          <w:rFonts w:asciiTheme="majorBidi" w:hAnsiTheme="majorBidi" w:cstheme="majorBidi"/>
        </w:rPr>
        <w:t xml:space="preserve"> injection.</w:t>
      </w:r>
    </w:p>
    <w:p w14:paraId="71AB0BD8" w14:textId="2C9F7F0B" w:rsidR="006C7878" w:rsidRPr="00203DDA" w:rsidRDefault="00E63E66" w:rsidP="00E63E6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  <w:r w:rsidR="006C7878">
        <w:rPr>
          <w:rFonts w:asciiTheme="majorBidi" w:hAnsiTheme="majorBidi" w:cstheme="majorBidi"/>
        </w:rPr>
        <w:t>Heavy component (C</w:t>
      </w:r>
      <w:r w:rsidR="006C7878" w:rsidRPr="006C7878">
        <w:rPr>
          <w:rFonts w:asciiTheme="majorBidi" w:hAnsiTheme="majorBidi" w:cstheme="majorBidi"/>
          <w:vertAlign w:val="subscript"/>
        </w:rPr>
        <w:t>12+</w:t>
      </w:r>
      <w:r w:rsidR="006C7878">
        <w:rPr>
          <w:rFonts w:asciiTheme="majorBidi" w:hAnsiTheme="majorBidi" w:cstheme="majorBidi"/>
        </w:rPr>
        <w:t xml:space="preserve">) properties: </w:t>
      </w:r>
      <w:r w:rsidR="006C7878">
        <w:rPr>
          <w:rFonts w:asciiTheme="majorBidi" w:hAnsiTheme="majorBidi" w:cstheme="majorBidi"/>
          <w:color w:val="000000"/>
        </w:rPr>
        <w:t xml:space="preserve">Mw= 337.94 and density= </w:t>
      </w:r>
      <w:r w:rsidR="006C7878" w:rsidRPr="006C7878">
        <w:rPr>
          <w:rFonts w:asciiTheme="majorBidi" w:hAnsiTheme="majorBidi" w:cstheme="majorBidi"/>
          <w:color w:val="000000"/>
        </w:rPr>
        <w:t>56.53(</w:t>
      </w:r>
      <w:proofErr w:type="spellStart"/>
      <w:r w:rsidR="006C7878" w:rsidRPr="006C7878">
        <w:rPr>
          <w:rFonts w:asciiTheme="majorBidi" w:hAnsiTheme="majorBidi" w:cstheme="majorBidi"/>
          <w:color w:val="000000"/>
        </w:rPr>
        <w:t>lb</w:t>
      </w:r>
      <w:proofErr w:type="spellEnd"/>
      <w:r w:rsidR="006C7878" w:rsidRPr="006C7878">
        <w:rPr>
          <w:rFonts w:asciiTheme="majorBidi" w:hAnsiTheme="majorBidi" w:cstheme="majorBidi"/>
          <w:color w:val="000000"/>
        </w:rPr>
        <w:t>/ft^3)</w:t>
      </w:r>
    </w:p>
    <w:p w14:paraId="25223B81" w14:textId="60F0381B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S1.1. Molar composition of crude oil sample #1</w:t>
      </w:r>
      <w:r w:rsidR="004423E9">
        <w:rPr>
          <w:rFonts w:asciiTheme="majorBidi" w:hAnsiTheme="majorBidi" w:cstheme="majorBidi"/>
        </w:rPr>
        <w:t>.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5322A" w:rsidRPr="00203DDA" w14:paraId="7FD71F3B" w14:textId="77777777" w:rsidTr="006A7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D517E29" w14:textId="77777777" w:rsidR="00D5322A" w:rsidRPr="00203DDA" w:rsidRDefault="0033157A" w:rsidP="004423E9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Component</w:t>
            </w:r>
          </w:p>
        </w:tc>
        <w:tc>
          <w:tcPr>
            <w:tcW w:w="4320" w:type="dxa"/>
          </w:tcPr>
          <w:p w14:paraId="2A61AA83" w14:textId="77777777" w:rsidR="00D5322A" w:rsidRPr="00203DDA" w:rsidRDefault="0033157A" w:rsidP="004423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Mole %</w:t>
            </w:r>
          </w:p>
        </w:tc>
      </w:tr>
      <w:tr w:rsidR="004423E9" w:rsidRPr="00203DDA" w14:paraId="15E9FCFB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AD60ABF" w14:textId="39F940CF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N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00674C62" w14:textId="20379043" w:rsidR="004423E9" w:rsidRPr="004423E9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0.49</w:t>
            </w:r>
          </w:p>
        </w:tc>
      </w:tr>
      <w:tr w:rsidR="004423E9" w:rsidRPr="00203DDA" w14:paraId="66514088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C9AF78F" w14:textId="441D2A8C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CO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70181101" w14:textId="149D8EE4" w:rsidR="004423E9" w:rsidRPr="004423E9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11.37</w:t>
            </w:r>
          </w:p>
        </w:tc>
      </w:tr>
      <w:tr w:rsidR="004423E9" w:rsidRPr="00203DDA" w14:paraId="341EFBD2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6259445" w14:textId="577DC3EB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H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4423E9">
              <w:rPr>
                <w:rFonts w:asciiTheme="majorBidi" w:hAnsiTheme="majorBidi" w:cstheme="majorBidi"/>
                <w:color w:val="000000"/>
              </w:rPr>
              <w:t>S</w:t>
            </w:r>
          </w:p>
        </w:tc>
        <w:tc>
          <w:tcPr>
            <w:tcW w:w="4320" w:type="dxa"/>
          </w:tcPr>
          <w:p w14:paraId="7AB6065C" w14:textId="6712FE2C" w:rsidR="004423E9" w:rsidRPr="004423E9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3.22</w:t>
            </w:r>
          </w:p>
        </w:tc>
      </w:tr>
      <w:tr w:rsidR="004423E9" w:rsidRPr="00203DDA" w14:paraId="4C1506F8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3AF7FA2" w14:textId="2833155B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1</w:t>
            </w:r>
          </w:p>
        </w:tc>
        <w:tc>
          <w:tcPr>
            <w:tcW w:w="4320" w:type="dxa"/>
          </w:tcPr>
          <w:p w14:paraId="1EC02340" w14:textId="4EA7AF51" w:rsidR="004423E9" w:rsidRPr="004423E9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27.36</w:t>
            </w:r>
          </w:p>
        </w:tc>
      </w:tr>
      <w:tr w:rsidR="004423E9" w:rsidRPr="00203DDA" w14:paraId="471B826D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DB94530" w14:textId="5296A074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27A02E43" w14:textId="486908CE" w:rsidR="004423E9" w:rsidRPr="004423E9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9.41</w:t>
            </w:r>
          </w:p>
        </w:tc>
      </w:tr>
      <w:tr w:rsidR="004423E9" w:rsidRPr="00203DDA" w14:paraId="7095DE38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5677162" w14:textId="5D340AC9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4320" w:type="dxa"/>
          </w:tcPr>
          <w:p w14:paraId="6C7571A6" w14:textId="54F15BEF" w:rsidR="004423E9" w:rsidRPr="004423E9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6.7</w:t>
            </w:r>
          </w:p>
        </w:tc>
      </w:tr>
      <w:tr w:rsidR="004423E9" w:rsidRPr="00203DDA" w14:paraId="5247CF89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07B005B" w14:textId="6E108AF7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iC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49C98032" w14:textId="7AD3D67F" w:rsidR="004423E9" w:rsidRPr="004423E9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0.81</w:t>
            </w:r>
          </w:p>
        </w:tc>
      </w:tr>
      <w:tr w:rsidR="004423E9" w:rsidRPr="00203DDA" w14:paraId="3278D4B5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7F19EA7" w14:textId="7D5BEE35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nc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7B602503" w14:textId="33DF4491" w:rsidR="004423E9" w:rsidRPr="004423E9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3.17</w:t>
            </w:r>
          </w:p>
        </w:tc>
      </w:tr>
      <w:tr w:rsidR="004423E9" w:rsidRPr="00203DDA" w14:paraId="32FA88C8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084FDE4" w14:textId="6D1B9163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iC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690D015F" w14:textId="622BF884" w:rsidR="004423E9" w:rsidRPr="004423E9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1.22</w:t>
            </w:r>
          </w:p>
        </w:tc>
      </w:tr>
      <w:tr w:rsidR="004423E9" w:rsidRPr="00203DDA" w14:paraId="799F6659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05E3061" w14:textId="4713980F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nC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4872DD44" w14:textId="608C5249" w:rsidR="004423E9" w:rsidRPr="004423E9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1.98</w:t>
            </w:r>
          </w:p>
        </w:tc>
      </w:tr>
      <w:tr w:rsidR="004423E9" w:rsidRPr="00203DDA" w14:paraId="4AF4F828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3264CB4" w14:textId="5A9C78C9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4320" w:type="dxa"/>
          </w:tcPr>
          <w:p w14:paraId="1F5996A5" w14:textId="1481C4C5" w:rsidR="004423E9" w:rsidRPr="004423E9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2.49</w:t>
            </w:r>
          </w:p>
        </w:tc>
      </w:tr>
      <w:tr w:rsidR="004423E9" w:rsidRPr="00203DDA" w14:paraId="62BFAF29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2E0E38F" w14:textId="0FEBCCFB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4320" w:type="dxa"/>
          </w:tcPr>
          <w:p w14:paraId="7886B44C" w14:textId="648E63D9" w:rsidR="004423E9" w:rsidRPr="004423E9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2.87</w:t>
            </w:r>
          </w:p>
        </w:tc>
      </w:tr>
      <w:tr w:rsidR="004423E9" w:rsidRPr="00203DDA" w14:paraId="27F063E3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EAF92EE" w14:textId="3DA205DA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</w:p>
        </w:tc>
        <w:tc>
          <w:tcPr>
            <w:tcW w:w="4320" w:type="dxa"/>
          </w:tcPr>
          <w:p w14:paraId="60A4A8E6" w14:textId="2672B96B" w:rsidR="004423E9" w:rsidRPr="004423E9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3.14</w:t>
            </w:r>
          </w:p>
        </w:tc>
      </w:tr>
      <w:tr w:rsidR="004423E9" w:rsidRPr="00203DDA" w14:paraId="1BB0BEF6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C34B742" w14:textId="7905CB65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</w:p>
        </w:tc>
        <w:tc>
          <w:tcPr>
            <w:tcW w:w="4320" w:type="dxa"/>
          </w:tcPr>
          <w:p w14:paraId="1D6736DF" w14:textId="2345A78E" w:rsidR="004423E9" w:rsidRPr="004423E9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2.74</w:t>
            </w:r>
          </w:p>
        </w:tc>
      </w:tr>
      <w:tr w:rsidR="004423E9" w:rsidRPr="00203DDA" w14:paraId="17BFE8BC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69AB4D0" w14:textId="6309FE12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10</w:t>
            </w:r>
          </w:p>
        </w:tc>
        <w:tc>
          <w:tcPr>
            <w:tcW w:w="4320" w:type="dxa"/>
          </w:tcPr>
          <w:p w14:paraId="58177A69" w14:textId="3D560F6D" w:rsidR="004423E9" w:rsidRPr="004423E9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2.32</w:t>
            </w:r>
          </w:p>
        </w:tc>
      </w:tr>
      <w:tr w:rsidR="004423E9" w:rsidRPr="00203DDA" w14:paraId="5FD8C58C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8503EED" w14:textId="682BF3C4" w:rsidR="004423E9" w:rsidRPr="004423E9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</w:p>
        </w:tc>
        <w:tc>
          <w:tcPr>
            <w:tcW w:w="4320" w:type="dxa"/>
          </w:tcPr>
          <w:p w14:paraId="798AE0A3" w14:textId="2CD4EEAC" w:rsidR="004423E9" w:rsidRPr="004423E9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1.9</w:t>
            </w:r>
          </w:p>
        </w:tc>
      </w:tr>
      <w:tr w:rsidR="004423E9" w:rsidRPr="00203DDA" w14:paraId="6B55C52E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A1F8146" w14:textId="0B613B1A" w:rsidR="004423E9" w:rsidRPr="006C7878" w:rsidRDefault="004423E9" w:rsidP="006C787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C</w:t>
            </w:r>
            <w:r w:rsidRPr="004423E9">
              <w:rPr>
                <w:rFonts w:asciiTheme="majorBidi" w:hAnsiTheme="majorBidi" w:cstheme="majorBidi"/>
                <w:color w:val="000000"/>
                <w:vertAlign w:val="subscript"/>
              </w:rPr>
              <w:t>12+</w:t>
            </w:r>
          </w:p>
        </w:tc>
        <w:tc>
          <w:tcPr>
            <w:tcW w:w="4320" w:type="dxa"/>
          </w:tcPr>
          <w:p w14:paraId="45AF261B" w14:textId="2887B0B6" w:rsidR="004423E9" w:rsidRPr="004423E9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423E9">
              <w:rPr>
                <w:rFonts w:asciiTheme="majorBidi" w:hAnsiTheme="majorBidi" w:cstheme="majorBidi"/>
                <w:color w:val="000000"/>
              </w:rPr>
              <w:t>18.82</w:t>
            </w:r>
          </w:p>
        </w:tc>
      </w:tr>
    </w:tbl>
    <w:p w14:paraId="27F57C99" w14:textId="77777777" w:rsidR="00E86DC8" w:rsidRDefault="00E86DC8">
      <w:pPr>
        <w:rPr>
          <w:rFonts w:asciiTheme="majorBidi" w:hAnsiTheme="majorBidi" w:cstheme="majorBidi"/>
        </w:rPr>
      </w:pPr>
    </w:p>
    <w:p w14:paraId="547A5AB7" w14:textId="53315E24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S1.2. Pressure points under N</w:t>
      </w:r>
      <w:r w:rsidRPr="00E85FD0">
        <w:rPr>
          <w:rFonts w:asciiTheme="majorBidi" w:hAnsiTheme="majorBidi" w:cstheme="majorBidi"/>
          <w:vertAlign w:val="subscript"/>
        </w:rPr>
        <w:t>2</w:t>
      </w:r>
      <w:r w:rsidRPr="00203DDA">
        <w:rPr>
          <w:rFonts w:asciiTheme="majorBidi" w:hAnsiTheme="majorBidi" w:cstheme="majorBidi"/>
        </w:rPr>
        <w:t xml:space="preserve"> injection</w:t>
      </w:r>
      <w:r w:rsidR="004423E9">
        <w:rPr>
          <w:rFonts w:asciiTheme="majorBidi" w:hAnsiTheme="majorBidi" w:cstheme="majorBidi"/>
        </w:rPr>
        <w:t>.</w:t>
      </w:r>
    </w:p>
    <w:tbl>
      <w:tblPr>
        <w:tblStyle w:val="GridTable4-Accent2"/>
        <w:tblW w:w="864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423E9" w:rsidRPr="00203DDA" w14:paraId="19F41589" w14:textId="77777777" w:rsidTr="006A7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FBE04CF" w14:textId="57155A59" w:rsidR="004423E9" w:rsidRPr="00203DDA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%N</w:t>
            </w:r>
            <w:r w:rsidRPr="00E85FD0">
              <w:rPr>
                <w:rFonts w:asciiTheme="majorBidi" w:hAnsiTheme="majorBidi" w:cstheme="majorBidi"/>
                <w:vertAlign w:val="subscript"/>
              </w:rPr>
              <w:t>2</w:t>
            </w:r>
            <w:r w:rsidRPr="00203DD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03DDA">
              <w:rPr>
                <w:rFonts w:asciiTheme="majorBidi" w:hAnsiTheme="majorBidi" w:cstheme="majorBidi"/>
              </w:rPr>
              <w:t>inj</w:t>
            </w:r>
            <w:proofErr w:type="spellEnd"/>
          </w:p>
        </w:tc>
        <w:tc>
          <w:tcPr>
            <w:tcW w:w="2880" w:type="dxa"/>
          </w:tcPr>
          <w:p w14:paraId="6A3E0357" w14:textId="350651CA" w:rsidR="004423E9" w:rsidRPr="00203DDA" w:rsidRDefault="004423E9" w:rsidP="004423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UAOP (psi)</w:t>
            </w:r>
          </w:p>
        </w:tc>
        <w:tc>
          <w:tcPr>
            <w:tcW w:w="2880" w:type="dxa"/>
          </w:tcPr>
          <w:p w14:paraId="74F6F29F" w14:textId="368A146A" w:rsidR="004423E9" w:rsidRPr="00203DDA" w:rsidRDefault="004423E9" w:rsidP="004423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bookmarkStart w:id="0" w:name="_Hlk206940158"/>
            <w:r w:rsidRPr="00203DDA">
              <w:rPr>
                <w:rFonts w:asciiTheme="majorBidi" w:hAnsiTheme="majorBidi" w:cstheme="majorBidi"/>
              </w:rPr>
              <w:t>SATP (psi)</w:t>
            </w:r>
          </w:p>
        </w:tc>
      </w:tr>
      <w:tr w:rsidR="004423E9" w:rsidRPr="00203DDA" w14:paraId="3BF909CA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DAAF5E7" w14:textId="6937E876" w:rsidR="004423E9" w:rsidRPr="00203DDA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880" w:type="dxa"/>
          </w:tcPr>
          <w:p w14:paraId="412C1361" w14:textId="4E7C94C3" w:rsidR="004423E9" w:rsidRPr="00203DDA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3800</w:t>
            </w:r>
          </w:p>
        </w:tc>
        <w:tc>
          <w:tcPr>
            <w:tcW w:w="2880" w:type="dxa"/>
          </w:tcPr>
          <w:p w14:paraId="43EAEB62" w14:textId="681322D4" w:rsidR="004423E9" w:rsidRPr="00203DDA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3045</w:t>
            </w:r>
          </w:p>
        </w:tc>
      </w:tr>
      <w:tr w:rsidR="004423E9" w:rsidRPr="00203DDA" w14:paraId="570A220A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580ACE4" w14:textId="20DDF8CC" w:rsidR="004423E9" w:rsidRPr="00203DDA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880" w:type="dxa"/>
          </w:tcPr>
          <w:p w14:paraId="67D80D1E" w14:textId="1C63E9A3" w:rsidR="004423E9" w:rsidRPr="00203DDA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5500</w:t>
            </w:r>
          </w:p>
        </w:tc>
        <w:tc>
          <w:tcPr>
            <w:tcW w:w="2880" w:type="dxa"/>
          </w:tcPr>
          <w:p w14:paraId="5BF967AB" w14:textId="52F04D73" w:rsidR="004423E9" w:rsidRPr="00203DDA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4000</w:t>
            </w:r>
          </w:p>
        </w:tc>
      </w:tr>
      <w:tr w:rsidR="004423E9" w:rsidRPr="00203DDA" w14:paraId="15A40F8C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6E23652" w14:textId="7E9E5C3C" w:rsidR="004423E9" w:rsidRPr="00203DDA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80" w:type="dxa"/>
          </w:tcPr>
          <w:p w14:paraId="41A4671E" w14:textId="4006E22A" w:rsidR="004423E9" w:rsidRPr="00203DDA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7700</w:t>
            </w:r>
          </w:p>
        </w:tc>
        <w:tc>
          <w:tcPr>
            <w:tcW w:w="2880" w:type="dxa"/>
          </w:tcPr>
          <w:p w14:paraId="3AC8C335" w14:textId="667C17A8" w:rsidR="004423E9" w:rsidRPr="00203DDA" w:rsidRDefault="004423E9" w:rsidP="00442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4800</w:t>
            </w:r>
          </w:p>
        </w:tc>
      </w:tr>
      <w:tr w:rsidR="004423E9" w:rsidRPr="00203DDA" w14:paraId="4C25172F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F720BFF" w14:textId="1C45577F" w:rsidR="004423E9" w:rsidRPr="00203DDA" w:rsidRDefault="004423E9" w:rsidP="004423E9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880" w:type="dxa"/>
          </w:tcPr>
          <w:p w14:paraId="43C8FC4F" w14:textId="631F37D4" w:rsidR="004423E9" w:rsidRPr="00203DDA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11700</w:t>
            </w:r>
          </w:p>
        </w:tc>
        <w:tc>
          <w:tcPr>
            <w:tcW w:w="2880" w:type="dxa"/>
          </w:tcPr>
          <w:p w14:paraId="51F52EF9" w14:textId="5B14B0A1" w:rsidR="004423E9" w:rsidRPr="00203DDA" w:rsidRDefault="004423E9" w:rsidP="00442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7000</w:t>
            </w:r>
          </w:p>
        </w:tc>
      </w:tr>
      <w:bookmarkEnd w:id="0"/>
    </w:tbl>
    <w:p w14:paraId="6241FDD5" w14:textId="77777777" w:rsidR="00E86DC8" w:rsidRDefault="00E86DC8">
      <w:pPr>
        <w:rPr>
          <w:rFonts w:asciiTheme="majorBidi" w:hAnsiTheme="majorBidi" w:cstheme="majorBidi"/>
        </w:rPr>
      </w:pPr>
    </w:p>
    <w:p w14:paraId="263E6F80" w14:textId="0FB9B42E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S1.</w:t>
      </w:r>
      <w:r w:rsidR="0001035B">
        <w:rPr>
          <w:rFonts w:asciiTheme="majorBidi" w:hAnsiTheme="majorBidi" w:cstheme="majorBidi"/>
        </w:rPr>
        <w:t>3</w:t>
      </w:r>
      <w:r w:rsidRPr="00203DDA">
        <w:rPr>
          <w:rFonts w:asciiTheme="majorBidi" w:hAnsiTheme="majorBidi" w:cstheme="majorBidi"/>
        </w:rPr>
        <w:t>. Reservoir properties</w:t>
      </w:r>
      <w:r w:rsidR="004423E9">
        <w:rPr>
          <w:rFonts w:asciiTheme="majorBidi" w:hAnsiTheme="majorBidi" w:cstheme="majorBidi"/>
        </w:rPr>
        <w:t>.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D5322A" w:rsidRPr="00203DDA" w14:paraId="04DFB1DB" w14:textId="77777777" w:rsidTr="006A7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4484B14" w14:textId="77777777" w:rsidR="00D5322A" w:rsidRPr="00203DDA" w:rsidRDefault="0033157A" w:rsidP="004174D1">
            <w:pPr>
              <w:jc w:val="center"/>
              <w:rPr>
                <w:rFonts w:asciiTheme="majorBidi" w:hAnsiTheme="majorBidi" w:cstheme="majorBidi"/>
              </w:rPr>
            </w:pPr>
            <w:bookmarkStart w:id="1" w:name="_Hlk206940330"/>
            <w:r w:rsidRPr="00203DDA">
              <w:rPr>
                <w:rFonts w:asciiTheme="majorBidi" w:hAnsiTheme="majorBidi" w:cstheme="majorBidi"/>
              </w:rPr>
              <w:t>GOR (</w:t>
            </w:r>
            <w:proofErr w:type="spellStart"/>
            <w:r w:rsidRPr="00203DDA">
              <w:rPr>
                <w:rFonts w:asciiTheme="majorBidi" w:hAnsiTheme="majorBidi" w:cstheme="majorBidi"/>
              </w:rPr>
              <w:t>scf</w:t>
            </w:r>
            <w:proofErr w:type="spellEnd"/>
            <w:r w:rsidRPr="00203DDA">
              <w:rPr>
                <w:rFonts w:asciiTheme="majorBidi" w:hAnsiTheme="majorBidi" w:cstheme="majorBidi"/>
              </w:rPr>
              <w:t>/</w:t>
            </w:r>
            <w:proofErr w:type="spellStart"/>
            <w:r w:rsidRPr="00203DDA">
              <w:rPr>
                <w:rFonts w:asciiTheme="majorBidi" w:hAnsiTheme="majorBidi" w:cstheme="majorBidi"/>
              </w:rPr>
              <w:t>stb</w:t>
            </w:r>
            <w:proofErr w:type="spellEnd"/>
            <w:r w:rsidRPr="00203DDA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728" w:type="dxa"/>
          </w:tcPr>
          <w:p w14:paraId="24752658" w14:textId="77777777" w:rsidR="00D5322A" w:rsidRPr="00203DDA" w:rsidRDefault="0033157A" w:rsidP="004174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API</w:t>
            </w:r>
          </w:p>
        </w:tc>
        <w:tc>
          <w:tcPr>
            <w:tcW w:w="1728" w:type="dxa"/>
          </w:tcPr>
          <w:p w14:paraId="3D4CBCE9" w14:textId="77777777" w:rsidR="00D5322A" w:rsidRPr="00203DDA" w:rsidRDefault="0033157A" w:rsidP="004174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Pb (psi)</w:t>
            </w:r>
          </w:p>
        </w:tc>
        <w:tc>
          <w:tcPr>
            <w:tcW w:w="1728" w:type="dxa"/>
          </w:tcPr>
          <w:p w14:paraId="43F8004D" w14:textId="77777777" w:rsidR="00D5322A" w:rsidRPr="00203DDA" w:rsidRDefault="0033157A" w:rsidP="004174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03DDA">
              <w:rPr>
                <w:rFonts w:asciiTheme="majorBidi" w:hAnsiTheme="majorBidi" w:cstheme="majorBidi"/>
              </w:rPr>
              <w:t>PRes</w:t>
            </w:r>
            <w:proofErr w:type="spellEnd"/>
            <w:r w:rsidRPr="00203DDA">
              <w:rPr>
                <w:rFonts w:asciiTheme="majorBidi" w:hAnsiTheme="majorBidi" w:cstheme="majorBidi"/>
              </w:rPr>
              <w:t xml:space="preserve"> (psi)</w:t>
            </w:r>
          </w:p>
        </w:tc>
        <w:tc>
          <w:tcPr>
            <w:tcW w:w="1728" w:type="dxa"/>
          </w:tcPr>
          <w:p w14:paraId="1C3052A8" w14:textId="77777777" w:rsidR="00D5322A" w:rsidRPr="00203DDA" w:rsidRDefault="0033157A" w:rsidP="004174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03DDA">
              <w:rPr>
                <w:rFonts w:asciiTheme="majorBidi" w:hAnsiTheme="majorBidi" w:cstheme="majorBidi"/>
              </w:rPr>
              <w:t>TRes</w:t>
            </w:r>
            <w:proofErr w:type="spellEnd"/>
            <w:r w:rsidRPr="00203DDA">
              <w:rPr>
                <w:rFonts w:asciiTheme="majorBidi" w:hAnsiTheme="majorBidi" w:cstheme="majorBidi"/>
              </w:rPr>
              <w:t xml:space="preserve"> (F)</w:t>
            </w:r>
          </w:p>
        </w:tc>
      </w:tr>
      <w:tr w:rsidR="00D5322A" w:rsidRPr="00203DDA" w14:paraId="2BAFDE14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4B6C23A" w14:textId="77777777" w:rsidR="00D5322A" w:rsidRPr="00203DDA" w:rsidRDefault="0033157A" w:rsidP="004174D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900</w:t>
            </w:r>
          </w:p>
        </w:tc>
        <w:tc>
          <w:tcPr>
            <w:tcW w:w="1728" w:type="dxa"/>
          </w:tcPr>
          <w:p w14:paraId="4245F03B" w14:textId="77777777" w:rsidR="00D5322A" w:rsidRPr="00203DDA" w:rsidRDefault="0033157A" w:rsidP="00417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1728" w:type="dxa"/>
          </w:tcPr>
          <w:p w14:paraId="101DD403" w14:textId="77777777" w:rsidR="00D5322A" w:rsidRPr="00203DDA" w:rsidRDefault="0033157A" w:rsidP="00417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3045</w:t>
            </w:r>
          </w:p>
        </w:tc>
        <w:tc>
          <w:tcPr>
            <w:tcW w:w="1728" w:type="dxa"/>
          </w:tcPr>
          <w:p w14:paraId="635B42FE" w14:textId="77777777" w:rsidR="00D5322A" w:rsidRPr="00203DDA" w:rsidRDefault="0033157A" w:rsidP="00417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3256</w:t>
            </w:r>
          </w:p>
        </w:tc>
        <w:tc>
          <w:tcPr>
            <w:tcW w:w="1728" w:type="dxa"/>
          </w:tcPr>
          <w:p w14:paraId="3F25E430" w14:textId="77777777" w:rsidR="00D5322A" w:rsidRPr="00203DDA" w:rsidRDefault="0033157A" w:rsidP="00417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296</w:t>
            </w:r>
          </w:p>
        </w:tc>
      </w:tr>
      <w:bookmarkEnd w:id="1"/>
    </w:tbl>
    <w:p w14:paraId="44B01828" w14:textId="77777777" w:rsidR="00E86DC8" w:rsidRDefault="00E86DC8">
      <w:pPr>
        <w:rPr>
          <w:rFonts w:asciiTheme="majorBidi" w:hAnsiTheme="majorBidi" w:cstheme="majorBidi"/>
        </w:rPr>
      </w:pPr>
    </w:p>
    <w:p w14:paraId="14E77A89" w14:textId="18B3CC44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S1.</w:t>
      </w:r>
      <w:r w:rsidR="00555BBE">
        <w:rPr>
          <w:rFonts w:asciiTheme="majorBidi" w:hAnsiTheme="majorBidi" w:cstheme="majorBidi"/>
        </w:rPr>
        <w:t>4</w:t>
      </w:r>
      <w:r w:rsidRPr="00203DDA">
        <w:rPr>
          <w:rFonts w:asciiTheme="majorBidi" w:hAnsiTheme="majorBidi" w:cstheme="majorBidi"/>
        </w:rPr>
        <w:t>. SARA analysis</w:t>
      </w:r>
      <w:r w:rsidR="0001035B">
        <w:rPr>
          <w:rFonts w:asciiTheme="majorBidi" w:hAnsiTheme="majorBidi" w:cstheme="majorBidi"/>
        </w:rPr>
        <w:t>.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01035B" w:rsidRPr="00203DDA" w14:paraId="380083B5" w14:textId="77777777" w:rsidTr="006A7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1E7F77F" w14:textId="534FBFD9" w:rsidR="0001035B" w:rsidRPr="00203DDA" w:rsidRDefault="0001035B" w:rsidP="0001035B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Saturates</w:t>
            </w:r>
          </w:p>
        </w:tc>
        <w:tc>
          <w:tcPr>
            <w:tcW w:w="2160" w:type="dxa"/>
          </w:tcPr>
          <w:p w14:paraId="5EB223F4" w14:textId="3B944C87" w:rsidR="0001035B" w:rsidRPr="00203DDA" w:rsidRDefault="0001035B" w:rsidP="000103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Aromatic</w:t>
            </w:r>
          </w:p>
        </w:tc>
        <w:tc>
          <w:tcPr>
            <w:tcW w:w="2160" w:type="dxa"/>
          </w:tcPr>
          <w:p w14:paraId="16AF3109" w14:textId="40461D95" w:rsidR="0001035B" w:rsidRPr="00203DDA" w:rsidRDefault="0001035B" w:rsidP="000103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Resin</w:t>
            </w:r>
          </w:p>
        </w:tc>
        <w:tc>
          <w:tcPr>
            <w:tcW w:w="2160" w:type="dxa"/>
          </w:tcPr>
          <w:p w14:paraId="0F54A85F" w14:textId="1B57E9C0" w:rsidR="0001035B" w:rsidRPr="00203DDA" w:rsidRDefault="0001035B" w:rsidP="000103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Asphaltene</w:t>
            </w:r>
          </w:p>
        </w:tc>
      </w:tr>
      <w:tr w:rsidR="0001035B" w:rsidRPr="00203DDA" w14:paraId="1B0E9848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76A39DE" w14:textId="357FC006" w:rsidR="0001035B" w:rsidRPr="00203DDA" w:rsidRDefault="0001035B" w:rsidP="0001035B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57.4</w:t>
            </w:r>
          </w:p>
        </w:tc>
        <w:tc>
          <w:tcPr>
            <w:tcW w:w="2160" w:type="dxa"/>
          </w:tcPr>
          <w:p w14:paraId="4CD0D9DD" w14:textId="4348AA97" w:rsidR="0001035B" w:rsidRPr="00203DDA" w:rsidRDefault="0001035B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30.8</w:t>
            </w:r>
          </w:p>
        </w:tc>
        <w:tc>
          <w:tcPr>
            <w:tcW w:w="2160" w:type="dxa"/>
          </w:tcPr>
          <w:p w14:paraId="3CF3ECF8" w14:textId="5CE9C281" w:rsidR="0001035B" w:rsidRPr="00203DDA" w:rsidRDefault="0001035B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10.4</w:t>
            </w:r>
          </w:p>
        </w:tc>
        <w:tc>
          <w:tcPr>
            <w:tcW w:w="2160" w:type="dxa"/>
          </w:tcPr>
          <w:p w14:paraId="06C99877" w14:textId="59F8E848" w:rsidR="0001035B" w:rsidRPr="00203DDA" w:rsidRDefault="0001035B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1.4</w:t>
            </w:r>
          </w:p>
        </w:tc>
      </w:tr>
    </w:tbl>
    <w:p w14:paraId="19F4B6AF" w14:textId="77777777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br w:type="page"/>
      </w:r>
    </w:p>
    <w:p w14:paraId="5C1117B6" w14:textId="77777777" w:rsidR="00D5322A" w:rsidRPr="00203DDA" w:rsidRDefault="0033157A">
      <w:pPr>
        <w:pStyle w:val="Heading1"/>
        <w:rPr>
          <w:rFonts w:asciiTheme="majorBidi" w:hAnsiTheme="majorBidi"/>
        </w:rPr>
      </w:pPr>
      <w:r w:rsidRPr="00203DDA">
        <w:rPr>
          <w:rFonts w:asciiTheme="majorBidi" w:hAnsiTheme="majorBidi"/>
        </w:rPr>
        <w:lastRenderedPageBreak/>
        <w:t>Oil #2</w:t>
      </w:r>
    </w:p>
    <w:p w14:paraId="16C78D8B" w14:textId="4FB02361" w:rsidR="00D5322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 xml:space="preserve">This sample includes molar composition, reservoir properties, SARA </w:t>
      </w:r>
      <w:r w:rsidR="004174D1">
        <w:rPr>
          <w:rFonts w:asciiTheme="majorBidi" w:hAnsiTheme="majorBidi" w:cstheme="majorBidi"/>
        </w:rPr>
        <w:t>analysis</w:t>
      </w:r>
      <w:r w:rsidRPr="00203DDA">
        <w:rPr>
          <w:rFonts w:asciiTheme="majorBidi" w:hAnsiTheme="majorBidi" w:cstheme="majorBidi"/>
        </w:rPr>
        <w:t xml:space="preserve">, </w:t>
      </w:r>
      <w:r w:rsidR="0001035B">
        <w:rPr>
          <w:rFonts w:asciiTheme="majorBidi" w:hAnsiTheme="majorBidi" w:cstheme="majorBidi"/>
        </w:rPr>
        <w:t xml:space="preserve">asphaltene </w:t>
      </w:r>
      <w:r w:rsidR="004174D1">
        <w:rPr>
          <w:rFonts w:asciiTheme="majorBidi" w:hAnsiTheme="majorBidi" w:cstheme="majorBidi"/>
        </w:rPr>
        <w:t>onset</w:t>
      </w:r>
      <w:r w:rsidRPr="00203DDA">
        <w:rPr>
          <w:rFonts w:asciiTheme="majorBidi" w:hAnsiTheme="majorBidi" w:cstheme="majorBidi"/>
        </w:rPr>
        <w:t xml:space="preserve"> </w:t>
      </w:r>
      <w:proofErr w:type="gramStart"/>
      <w:r w:rsidRPr="00203DDA">
        <w:rPr>
          <w:rFonts w:asciiTheme="majorBidi" w:hAnsiTheme="majorBidi" w:cstheme="majorBidi"/>
        </w:rPr>
        <w:t>pressures</w:t>
      </w:r>
      <w:r w:rsidR="0001035B">
        <w:rPr>
          <w:rFonts w:asciiTheme="majorBidi" w:hAnsiTheme="majorBidi" w:cstheme="majorBidi"/>
        </w:rPr>
        <w:t xml:space="preserve"> ,</w:t>
      </w:r>
      <w:proofErr w:type="gramEnd"/>
      <w:r w:rsidR="0001035B">
        <w:rPr>
          <w:rFonts w:asciiTheme="majorBidi" w:hAnsiTheme="majorBidi" w:cstheme="majorBidi"/>
        </w:rPr>
        <w:t xml:space="preserve"> and saturation pressure</w:t>
      </w:r>
      <w:r w:rsidRPr="00203DDA">
        <w:rPr>
          <w:rFonts w:asciiTheme="majorBidi" w:hAnsiTheme="majorBidi" w:cstheme="majorBidi"/>
        </w:rPr>
        <w:t xml:space="preserve"> under </w:t>
      </w:r>
      <w:r w:rsidR="0001035B">
        <w:rPr>
          <w:rFonts w:asciiTheme="majorBidi" w:hAnsiTheme="majorBidi" w:cstheme="majorBidi"/>
        </w:rPr>
        <w:t>N</w:t>
      </w:r>
      <w:r w:rsidR="0001035B" w:rsidRPr="0001035B">
        <w:rPr>
          <w:rFonts w:asciiTheme="majorBidi" w:hAnsiTheme="majorBidi" w:cstheme="majorBidi"/>
          <w:vertAlign w:val="subscript"/>
        </w:rPr>
        <w:t>2</w:t>
      </w:r>
      <w:r w:rsidRPr="00203DDA">
        <w:rPr>
          <w:rFonts w:asciiTheme="majorBidi" w:hAnsiTheme="majorBidi" w:cstheme="majorBidi"/>
        </w:rPr>
        <w:t xml:space="preserve"> injection.</w:t>
      </w:r>
    </w:p>
    <w:p w14:paraId="70D84E79" w14:textId="3554EBEF" w:rsidR="006C7878" w:rsidRPr="00203DDA" w:rsidRDefault="00D80B6E" w:rsidP="00D80B6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  <w:r w:rsidR="006C7878">
        <w:rPr>
          <w:rFonts w:asciiTheme="majorBidi" w:hAnsiTheme="majorBidi" w:cstheme="majorBidi"/>
        </w:rPr>
        <w:t>Heavy component (C</w:t>
      </w:r>
      <w:r w:rsidR="006C7878">
        <w:rPr>
          <w:rFonts w:asciiTheme="majorBidi" w:hAnsiTheme="majorBidi" w:cstheme="majorBidi"/>
          <w:vertAlign w:val="subscript"/>
        </w:rPr>
        <w:t>9</w:t>
      </w:r>
      <w:r w:rsidR="006C7878" w:rsidRPr="006C7878">
        <w:rPr>
          <w:rFonts w:asciiTheme="majorBidi" w:hAnsiTheme="majorBidi" w:cstheme="majorBidi"/>
          <w:vertAlign w:val="subscript"/>
        </w:rPr>
        <w:t>+</w:t>
      </w:r>
      <w:r w:rsidR="006C7878">
        <w:rPr>
          <w:rFonts w:asciiTheme="majorBidi" w:hAnsiTheme="majorBidi" w:cstheme="majorBidi"/>
        </w:rPr>
        <w:t xml:space="preserve">) properties: </w:t>
      </w:r>
      <w:r w:rsidR="006C7878">
        <w:rPr>
          <w:rFonts w:asciiTheme="majorBidi" w:hAnsiTheme="majorBidi" w:cstheme="majorBidi"/>
          <w:color w:val="000000"/>
        </w:rPr>
        <w:t xml:space="preserve">Mw= </w:t>
      </w:r>
      <w:r w:rsidR="006C7878" w:rsidRPr="006C7878">
        <w:rPr>
          <w:rFonts w:asciiTheme="majorBidi" w:hAnsiTheme="majorBidi" w:cstheme="majorBidi"/>
          <w:color w:val="000000"/>
        </w:rPr>
        <w:t>197.46</w:t>
      </w:r>
      <w:r w:rsidR="006C7878">
        <w:rPr>
          <w:rFonts w:asciiTheme="majorBidi" w:hAnsiTheme="majorBidi" w:cstheme="majorBidi"/>
          <w:color w:val="000000"/>
        </w:rPr>
        <w:t xml:space="preserve"> and density= </w:t>
      </w:r>
      <w:r w:rsidR="006C7878" w:rsidRPr="006C7878">
        <w:rPr>
          <w:rFonts w:asciiTheme="majorBidi" w:hAnsiTheme="majorBidi" w:cstheme="majorBidi"/>
          <w:color w:val="000000"/>
        </w:rPr>
        <w:t>51.6048 (</w:t>
      </w:r>
      <w:proofErr w:type="spellStart"/>
      <w:r w:rsidR="006C7878" w:rsidRPr="006C7878">
        <w:rPr>
          <w:rFonts w:asciiTheme="majorBidi" w:hAnsiTheme="majorBidi" w:cstheme="majorBidi"/>
          <w:color w:val="000000"/>
        </w:rPr>
        <w:t>lb</w:t>
      </w:r>
      <w:proofErr w:type="spellEnd"/>
      <w:r w:rsidR="006C7878" w:rsidRPr="006C7878">
        <w:rPr>
          <w:rFonts w:asciiTheme="majorBidi" w:hAnsiTheme="majorBidi" w:cstheme="majorBidi"/>
          <w:color w:val="000000"/>
        </w:rPr>
        <w:t>/ft^3)</w:t>
      </w:r>
    </w:p>
    <w:p w14:paraId="008DBA9B" w14:textId="6E26F2CF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S2.1. Molar composition of crude oil sample #2</w:t>
      </w:r>
      <w:r w:rsidR="004174D1">
        <w:rPr>
          <w:rFonts w:asciiTheme="majorBidi" w:hAnsiTheme="majorBidi" w:cstheme="majorBidi"/>
        </w:rPr>
        <w:t>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5322A" w:rsidRPr="00203DDA" w14:paraId="3898F2B1" w14:textId="77777777" w:rsidTr="006A7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83C8D1F" w14:textId="77777777" w:rsidR="00D5322A" w:rsidRPr="00E85FD0" w:rsidRDefault="0033157A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Component</w:t>
            </w:r>
          </w:p>
        </w:tc>
        <w:tc>
          <w:tcPr>
            <w:tcW w:w="4320" w:type="dxa"/>
          </w:tcPr>
          <w:p w14:paraId="25FEBCAD" w14:textId="77777777" w:rsidR="00D5322A" w:rsidRPr="00E85FD0" w:rsidRDefault="0033157A" w:rsidP="00E85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Mole %</w:t>
            </w:r>
          </w:p>
        </w:tc>
      </w:tr>
      <w:tr w:rsidR="00D5322A" w:rsidRPr="00203DDA" w14:paraId="2E8A5275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EA352D4" w14:textId="3F54FCFA" w:rsidR="00D5322A" w:rsidRPr="00E85FD0" w:rsidRDefault="004174D1" w:rsidP="00E85FD0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N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3AAD89C0" w14:textId="7C3BCDEE" w:rsidR="00D5322A" w:rsidRPr="00E85FD0" w:rsidRDefault="004174D1" w:rsidP="00E85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0.11</w:t>
            </w:r>
          </w:p>
        </w:tc>
      </w:tr>
      <w:tr w:rsidR="00D5322A" w:rsidRPr="00203DDA" w14:paraId="3BC8597B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B8A25D4" w14:textId="77777777" w:rsidR="00D5322A" w:rsidRPr="00E85FD0" w:rsidRDefault="0033157A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CO</w:t>
            </w:r>
            <w:r w:rsidRPr="00E85FD0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4DD9E8E4" w14:textId="3488CC55" w:rsidR="00D5322A" w:rsidRPr="00E85FD0" w:rsidRDefault="004174D1" w:rsidP="00E85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2.31</w:t>
            </w:r>
          </w:p>
        </w:tc>
      </w:tr>
      <w:tr w:rsidR="00D5322A" w:rsidRPr="00203DDA" w14:paraId="65E6E59C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01D97AE" w14:textId="01B45998" w:rsidR="00D5322A" w:rsidRPr="00E85FD0" w:rsidRDefault="004174D1" w:rsidP="00E85FD0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H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E85FD0">
              <w:rPr>
                <w:rFonts w:asciiTheme="majorBidi" w:hAnsiTheme="majorBidi" w:cstheme="majorBidi"/>
                <w:color w:val="000000"/>
              </w:rPr>
              <w:t>S</w:t>
            </w:r>
          </w:p>
        </w:tc>
        <w:tc>
          <w:tcPr>
            <w:tcW w:w="4320" w:type="dxa"/>
          </w:tcPr>
          <w:p w14:paraId="5A50B970" w14:textId="0C8CB859" w:rsidR="00D5322A" w:rsidRPr="00E85FD0" w:rsidRDefault="004174D1" w:rsidP="00E85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0.65</w:t>
            </w:r>
          </w:p>
        </w:tc>
      </w:tr>
      <w:tr w:rsidR="004174D1" w:rsidRPr="00203DDA" w14:paraId="1060CF5C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6038F66" w14:textId="7E60C694" w:rsidR="004174D1" w:rsidRPr="00E85FD0" w:rsidRDefault="004174D1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1</w:t>
            </w:r>
          </w:p>
        </w:tc>
        <w:tc>
          <w:tcPr>
            <w:tcW w:w="4320" w:type="dxa"/>
          </w:tcPr>
          <w:p w14:paraId="31A13451" w14:textId="4F079C43" w:rsidR="004174D1" w:rsidRPr="00E85FD0" w:rsidRDefault="004174D1" w:rsidP="00E85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53.31</w:t>
            </w:r>
          </w:p>
        </w:tc>
      </w:tr>
      <w:tr w:rsidR="004174D1" w:rsidRPr="00203DDA" w14:paraId="1EDBE19F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CFFBE48" w14:textId="14583BB6" w:rsidR="004174D1" w:rsidRPr="00E85FD0" w:rsidRDefault="004174D1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2A33C366" w14:textId="02D96461" w:rsidR="004174D1" w:rsidRPr="00E85FD0" w:rsidRDefault="004174D1" w:rsidP="00E85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6.6</w:t>
            </w:r>
          </w:p>
        </w:tc>
      </w:tr>
      <w:tr w:rsidR="004174D1" w:rsidRPr="00203DDA" w14:paraId="52DD8373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46B41C3" w14:textId="09CD7CE3" w:rsidR="004174D1" w:rsidRPr="00E85FD0" w:rsidRDefault="004174D1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4320" w:type="dxa"/>
          </w:tcPr>
          <w:p w14:paraId="51C6CE19" w14:textId="6165954F" w:rsidR="004174D1" w:rsidRPr="00E85FD0" w:rsidRDefault="004174D1" w:rsidP="00E85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3.91</w:t>
            </w:r>
          </w:p>
        </w:tc>
      </w:tr>
      <w:tr w:rsidR="004174D1" w:rsidRPr="00203DDA" w14:paraId="775A9DC4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708C1F9" w14:textId="533EBCDB" w:rsidR="004174D1" w:rsidRPr="00E85FD0" w:rsidRDefault="004174D1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iC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46063636" w14:textId="7607C074" w:rsidR="004174D1" w:rsidRPr="00E85FD0" w:rsidRDefault="004174D1" w:rsidP="00E85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0.66</w:t>
            </w:r>
          </w:p>
        </w:tc>
      </w:tr>
      <w:tr w:rsidR="004174D1" w:rsidRPr="00203DDA" w14:paraId="1A67277D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A635479" w14:textId="31E983D3" w:rsidR="004174D1" w:rsidRPr="00E85FD0" w:rsidRDefault="004174D1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nc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7FAC91ED" w14:textId="2B8EFC6F" w:rsidR="004174D1" w:rsidRPr="00E85FD0" w:rsidRDefault="004174D1" w:rsidP="00E85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1.6</w:t>
            </w:r>
          </w:p>
        </w:tc>
      </w:tr>
      <w:tr w:rsidR="004174D1" w:rsidRPr="00203DDA" w14:paraId="071F4F8C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2629997" w14:textId="65689A7D" w:rsidR="004174D1" w:rsidRPr="00E85FD0" w:rsidRDefault="004174D1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iC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1BAAEBA8" w14:textId="634B9F42" w:rsidR="004174D1" w:rsidRPr="00E85FD0" w:rsidRDefault="004174D1" w:rsidP="00E85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0.73</w:t>
            </w:r>
          </w:p>
        </w:tc>
      </w:tr>
      <w:tr w:rsidR="004174D1" w:rsidRPr="00203DDA" w14:paraId="53C910F7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73B6B39" w14:textId="682C69A1" w:rsidR="004174D1" w:rsidRPr="00E85FD0" w:rsidRDefault="004174D1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nC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1D8D60D8" w14:textId="7B811B25" w:rsidR="004174D1" w:rsidRPr="00E85FD0" w:rsidRDefault="004174D1" w:rsidP="00E85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1.06</w:t>
            </w:r>
          </w:p>
        </w:tc>
      </w:tr>
      <w:tr w:rsidR="004174D1" w:rsidRPr="00203DDA" w14:paraId="0DFEB946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39CAD0B" w14:textId="64FE3206" w:rsidR="004174D1" w:rsidRPr="00E85FD0" w:rsidRDefault="004174D1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4320" w:type="dxa"/>
          </w:tcPr>
          <w:p w14:paraId="0CA76C9F" w14:textId="14BF8010" w:rsidR="004174D1" w:rsidRPr="00E85FD0" w:rsidRDefault="004174D1" w:rsidP="00E85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2.95</w:t>
            </w:r>
          </w:p>
        </w:tc>
      </w:tr>
      <w:tr w:rsidR="004174D1" w:rsidRPr="00203DDA" w14:paraId="355008D3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0167E09" w14:textId="40F6F1DD" w:rsidR="004174D1" w:rsidRPr="00E85FD0" w:rsidRDefault="004174D1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4320" w:type="dxa"/>
          </w:tcPr>
          <w:p w14:paraId="79EDDD4F" w14:textId="70AF270D" w:rsidR="004174D1" w:rsidRPr="00E85FD0" w:rsidRDefault="004174D1" w:rsidP="00E85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3.3</w:t>
            </w:r>
          </w:p>
        </w:tc>
      </w:tr>
      <w:tr w:rsidR="004174D1" w:rsidRPr="00203DDA" w14:paraId="759486A6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A6F6822" w14:textId="6EBB2A6A" w:rsidR="004174D1" w:rsidRPr="00E85FD0" w:rsidRDefault="004174D1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</w:p>
        </w:tc>
        <w:tc>
          <w:tcPr>
            <w:tcW w:w="4320" w:type="dxa"/>
          </w:tcPr>
          <w:p w14:paraId="7EFAC640" w14:textId="0D6C5151" w:rsidR="004174D1" w:rsidRPr="00E85FD0" w:rsidRDefault="004174D1" w:rsidP="00E85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2.85</w:t>
            </w:r>
          </w:p>
        </w:tc>
      </w:tr>
      <w:tr w:rsidR="004174D1" w:rsidRPr="00203DDA" w14:paraId="3C00C3DF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DFE82D1" w14:textId="7625FAC3" w:rsidR="004174D1" w:rsidRPr="00E85FD0" w:rsidRDefault="004174D1" w:rsidP="00E85FD0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9+</w:t>
            </w:r>
          </w:p>
        </w:tc>
        <w:tc>
          <w:tcPr>
            <w:tcW w:w="4320" w:type="dxa"/>
          </w:tcPr>
          <w:p w14:paraId="07ED7727" w14:textId="1CF31140" w:rsidR="004174D1" w:rsidRPr="00E85FD0" w:rsidRDefault="004174D1" w:rsidP="00E85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19.96</w:t>
            </w:r>
          </w:p>
        </w:tc>
      </w:tr>
    </w:tbl>
    <w:p w14:paraId="147D0402" w14:textId="77777777" w:rsidR="00E86DC8" w:rsidRDefault="00E86DC8">
      <w:pPr>
        <w:rPr>
          <w:rFonts w:asciiTheme="majorBidi" w:hAnsiTheme="majorBidi" w:cstheme="majorBidi"/>
        </w:rPr>
      </w:pPr>
    </w:p>
    <w:p w14:paraId="04671E67" w14:textId="329B8D00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S2.2. Pressure points under N</w:t>
      </w:r>
      <w:r w:rsidRPr="00E85FD0">
        <w:rPr>
          <w:rFonts w:asciiTheme="majorBidi" w:hAnsiTheme="majorBidi" w:cstheme="majorBidi"/>
          <w:vertAlign w:val="subscript"/>
        </w:rPr>
        <w:t>2</w:t>
      </w:r>
      <w:r w:rsidRPr="00203DDA">
        <w:rPr>
          <w:rFonts w:asciiTheme="majorBidi" w:hAnsiTheme="majorBidi" w:cstheme="majorBidi"/>
        </w:rPr>
        <w:t xml:space="preserve"> injection</w:t>
      </w:r>
      <w:r w:rsidR="00E85FD0">
        <w:rPr>
          <w:rFonts w:asciiTheme="majorBidi" w:hAnsiTheme="majorBidi" w:cstheme="majorBidi"/>
        </w:rPr>
        <w:t>.</w:t>
      </w:r>
    </w:p>
    <w:tbl>
      <w:tblPr>
        <w:tblStyle w:val="GridTable4-Accent1"/>
        <w:tblW w:w="8640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A1CC8" w:rsidRPr="00203DDA" w14:paraId="127830F2" w14:textId="77777777" w:rsidTr="006A7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45D7935" w14:textId="7708A4A3" w:rsidR="00EA1CC8" w:rsidRPr="00203DDA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%N</w:t>
            </w:r>
            <w:r w:rsidRPr="00EA1CC8">
              <w:rPr>
                <w:rFonts w:asciiTheme="majorBidi" w:hAnsiTheme="majorBidi" w:cstheme="majorBidi"/>
                <w:vertAlign w:val="subscript"/>
              </w:rPr>
              <w:t>2</w:t>
            </w:r>
            <w:r w:rsidRPr="00203DD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03DDA">
              <w:rPr>
                <w:rFonts w:asciiTheme="majorBidi" w:hAnsiTheme="majorBidi" w:cstheme="majorBidi"/>
              </w:rPr>
              <w:t>inj</w:t>
            </w:r>
            <w:proofErr w:type="spellEnd"/>
          </w:p>
        </w:tc>
        <w:tc>
          <w:tcPr>
            <w:tcW w:w="2160" w:type="dxa"/>
          </w:tcPr>
          <w:p w14:paraId="2002A122" w14:textId="08C8EE5D" w:rsidR="00EA1CC8" w:rsidRPr="00203DDA" w:rsidRDefault="00EA1CC8" w:rsidP="00EA1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UAOP (psi)</w:t>
            </w:r>
          </w:p>
        </w:tc>
        <w:tc>
          <w:tcPr>
            <w:tcW w:w="2160" w:type="dxa"/>
          </w:tcPr>
          <w:p w14:paraId="724C9EFE" w14:textId="73946E3E" w:rsidR="00EA1CC8" w:rsidRPr="00203DDA" w:rsidRDefault="00EA1CC8" w:rsidP="00EA1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SATP (psi)</w:t>
            </w:r>
          </w:p>
        </w:tc>
        <w:tc>
          <w:tcPr>
            <w:tcW w:w="2160" w:type="dxa"/>
          </w:tcPr>
          <w:p w14:paraId="03060779" w14:textId="2BABA102" w:rsidR="00EA1CC8" w:rsidRPr="00203DDA" w:rsidRDefault="00EA1CC8" w:rsidP="00EA1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bookmarkStart w:id="2" w:name="_Hlk206941037"/>
            <w:r w:rsidRPr="00203DDA">
              <w:rPr>
                <w:rFonts w:asciiTheme="majorBidi" w:hAnsiTheme="majorBidi" w:cstheme="majorBidi"/>
              </w:rPr>
              <w:t>LAOP (psi)</w:t>
            </w:r>
          </w:p>
        </w:tc>
      </w:tr>
      <w:tr w:rsidR="00EA1CC8" w:rsidRPr="00203DDA" w14:paraId="3F22BE3F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A6FCCF" w14:textId="21A0F608" w:rsidR="00EA1CC8" w:rsidRPr="00203DDA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160" w:type="dxa"/>
          </w:tcPr>
          <w:p w14:paraId="4953606D" w14:textId="1F6D1D29" w:rsidR="00EA1CC8" w:rsidRPr="00203DDA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7500</w:t>
            </w:r>
          </w:p>
        </w:tc>
        <w:tc>
          <w:tcPr>
            <w:tcW w:w="2160" w:type="dxa"/>
          </w:tcPr>
          <w:p w14:paraId="402ACB77" w14:textId="2056289A" w:rsidR="00EA1CC8" w:rsidRPr="00203DDA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4800</w:t>
            </w:r>
          </w:p>
        </w:tc>
        <w:tc>
          <w:tcPr>
            <w:tcW w:w="2160" w:type="dxa"/>
          </w:tcPr>
          <w:p w14:paraId="27FA624C" w14:textId="007C6B3E" w:rsidR="00EA1CC8" w:rsidRPr="00203DDA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3200</w:t>
            </w:r>
          </w:p>
        </w:tc>
      </w:tr>
      <w:tr w:rsidR="00EA1CC8" w:rsidRPr="00203DDA" w14:paraId="1AAFE02E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753ACE5" w14:textId="370B4B47" w:rsidR="00EA1CC8" w:rsidRPr="00203DDA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160" w:type="dxa"/>
          </w:tcPr>
          <w:p w14:paraId="092D9731" w14:textId="38046A4A" w:rsidR="00EA1CC8" w:rsidRPr="00203DDA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8500</w:t>
            </w:r>
          </w:p>
        </w:tc>
        <w:tc>
          <w:tcPr>
            <w:tcW w:w="2160" w:type="dxa"/>
          </w:tcPr>
          <w:p w14:paraId="734852EB" w14:textId="24605AF6" w:rsidR="00EA1CC8" w:rsidRPr="00203DDA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6950</w:t>
            </w:r>
          </w:p>
        </w:tc>
        <w:tc>
          <w:tcPr>
            <w:tcW w:w="2160" w:type="dxa"/>
          </w:tcPr>
          <w:p w14:paraId="32E956F2" w14:textId="44CC78EF" w:rsidR="00EA1CC8" w:rsidRPr="00203DDA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3300</w:t>
            </w:r>
          </w:p>
        </w:tc>
      </w:tr>
      <w:tr w:rsidR="00EA1CC8" w:rsidRPr="00203DDA" w14:paraId="2CFC29B2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BD26F82" w14:textId="4753A960" w:rsidR="00EA1CC8" w:rsidRPr="00203DDA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160" w:type="dxa"/>
          </w:tcPr>
          <w:p w14:paraId="72283960" w14:textId="1C6E5BCC" w:rsidR="00EA1CC8" w:rsidRPr="00203DDA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2160" w:type="dxa"/>
          </w:tcPr>
          <w:p w14:paraId="3B4E28B3" w14:textId="1F8E5FFE" w:rsidR="00EA1CC8" w:rsidRPr="00203DDA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8000</w:t>
            </w:r>
          </w:p>
        </w:tc>
        <w:tc>
          <w:tcPr>
            <w:tcW w:w="2160" w:type="dxa"/>
          </w:tcPr>
          <w:p w14:paraId="6837FA95" w14:textId="38A2095E" w:rsidR="00EA1CC8" w:rsidRPr="00203DDA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3350</w:t>
            </w:r>
          </w:p>
        </w:tc>
      </w:tr>
      <w:bookmarkEnd w:id="2"/>
    </w:tbl>
    <w:p w14:paraId="39E42C55" w14:textId="77777777" w:rsidR="00E86DC8" w:rsidRDefault="00E86DC8">
      <w:pPr>
        <w:rPr>
          <w:rFonts w:asciiTheme="majorBidi" w:hAnsiTheme="majorBidi" w:cstheme="majorBidi"/>
        </w:rPr>
      </w:pPr>
    </w:p>
    <w:p w14:paraId="6A194BBA" w14:textId="1B0F6D63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S2.</w:t>
      </w:r>
      <w:r w:rsidR="00555BBE">
        <w:rPr>
          <w:rFonts w:asciiTheme="majorBidi" w:hAnsiTheme="majorBidi" w:cstheme="majorBidi"/>
        </w:rPr>
        <w:t>3</w:t>
      </w:r>
      <w:r w:rsidRPr="00203DDA">
        <w:rPr>
          <w:rFonts w:asciiTheme="majorBidi" w:hAnsiTheme="majorBidi" w:cstheme="majorBidi"/>
        </w:rPr>
        <w:t>. Reservoir properties</w:t>
      </w:r>
      <w:r w:rsidR="0001035B">
        <w:rPr>
          <w:rFonts w:asciiTheme="majorBidi" w:hAnsiTheme="majorBidi" w:cstheme="majorBidi"/>
        </w:rPr>
        <w:t>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5322A" w:rsidRPr="00203DDA" w14:paraId="5A99A2B8" w14:textId="77777777" w:rsidTr="006A7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77B1BA0" w14:textId="77777777" w:rsidR="00D5322A" w:rsidRPr="00203DDA" w:rsidRDefault="0033157A" w:rsidP="00EA1CC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GOR (</w:t>
            </w:r>
            <w:proofErr w:type="spellStart"/>
            <w:r w:rsidRPr="00203DDA">
              <w:rPr>
                <w:rFonts w:asciiTheme="majorBidi" w:hAnsiTheme="majorBidi" w:cstheme="majorBidi"/>
              </w:rPr>
              <w:t>scf</w:t>
            </w:r>
            <w:proofErr w:type="spellEnd"/>
            <w:r w:rsidRPr="00203DDA">
              <w:rPr>
                <w:rFonts w:asciiTheme="majorBidi" w:hAnsiTheme="majorBidi" w:cstheme="majorBidi"/>
              </w:rPr>
              <w:t>/</w:t>
            </w:r>
            <w:proofErr w:type="spellStart"/>
            <w:r w:rsidRPr="00203DDA">
              <w:rPr>
                <w:rFonts w:asciiTheme="majorBidi" w:hAnsiTheme="majorBidi" w:cstheme="majorBidi"/>
              </w:rPr>
              <w:t>stb</w:t>
            </w:r>
            <w:proofErr w:type="spellEnd"/>
            <w:r w:rsidRPr="00203DDA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160" w:type="dxa"/>
          </w:tcPr>
          <w:p w14:paraId="78DFA908" w14:textId="77777777" w:rsidR="00D5322A" w:rsidRPr="00203DDA" w:rsidRDefault="0033157A" w:rsidP="00EA1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Pb (psi)</w:t>
            </w:r>
          </w:p>
        </w:tc>
        <w:tc>
          <w:tcPr>
            <w:tcW w:w="2160" w:type="dxa"/>
          </w:tcPr>
          <w:p w14:paraId="376484EE" w14:textId="77777777" w:rsidR="00D5322A" w:rsidRPr="00203DDA" w:rsidRDefault="0033157A" w:rsidP="00EA1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03DDA">
              <w:rPr>
                <w:rFonts w:asciiTheme="majorBidi" w:hAnsiTheme="majorBidi" w:cstheme="majorBidi"/>
              </w:rPr>
              <w:t>PRes</w:t>
            </w:r>
            <w:proofErr w:type="spellEnd"/>
            <w:r w:rsidRPr="00203DDA">
              <w:rPr>
                <w:rFonts w:asciiTheme="majorBidi" w:hAnsiTheme="majorBidi" w:cstheme="majorBidi"/>
              </w:rPr>
              <w:t xml:space="preserve"> (psi)</w:t>
            </w:r>
          </w:p>
        </w:tc>
        <w:tc>
          <w:tcPr>
            <w:tcW w:w="2160" w:type="dxa"/>
          </w:tcPr>
          <w:p w14:paraId="264C5D07" w14:textId="77777777" w:rsidR="00D5322A" w:rsidRPr="00203DDA" w:rsidRDefault="0033157A" w:rsidP="00EA1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03DDA">
              <w:rPr>
                <w:rFonts w:asciiTheme="majorBidi" w:hAnsiTheme="majorBidi" w:cstheme="majorBidi"/>
              </w:rPr>
              <w:t>TRes</w:t>
            </w:r>
            <w:proofErr w:type="spellEnd"/>
            <w:r w:rsidRPr="00203DDA">
              <w:rPr>
                <w:rFonts w:asciiTheme="majorBidi" w:hAnsiTheme="majorBidi" w:cstheme="majorBidi"/>
              </w:rPr>
              <w:t xml:space="preserve"> (F)</w:t>
            </w:r>
          </w:p>
        </w:tc>
      </w:tr>
      <w:tr w:rsidR="00D5322A" w:rsidRPr="00203DDA" w14:paraId="65891F8A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3044A21" w14:textId="77777777" w:rsidR="00D5322A" w:rsidRPr="00203DDA" w:rsidRDefault="0033157A" w:rsidP="00EA1CC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1650</w:t>
            </w:r>
          </w:p>
        </w:tc>
        <w:tc>
          <w:tcPr>
            <w:tcW w:w="2160" w:type="dxa"/>
          </w:tcPr>
          <w:p w14:paraId="669CB34C" w14:textId="77777777" w:rsidR="00D5322A" w:rsidRPr="00203DDA" w:rsidRDefault="0033157A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4700</w:t>
            </w:r>
          </w:p>
        </w:tc>
        <w:tc>
          <w:tcPr>
            <w:tcW w:w="2160" w:type="dxa"/>
          </w:tcPr>
          <w:p w14:paraId="24974640" w14:textId="77777777" w:rsidR="00D5322A" w:rsidRPr="00203DDA" w:rsidRDefault="0033157A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10000</w:t>
            </w:r>
          </w:p>
        </w:tc>
        <w:tc>
          <w:tcPr>
            <w:tcW w:w="2160" w:type="dxa"/>
          </w:tcPr>
          <w:p w14:paraId="5A6EBE58" w14:textId="77777777" w:rsidR="00D5322A" w:rsidRPr="00203DDA" w:rsidRDefault="0033157A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289.4</w:t>
            </w:r>
          </w:p>
        </w:tc>
      </w:tr>
    </w:tbl>
    <w:p w14:paraId="7AFE9E29" w14:textId="77777777" w:rsidR="00E86DC8" w:rsidRDefault="00E86DC8">
      <w:pPr>
        <w:rPr>
          <w:rFonts w:asciiTheme="majorBidi" w:hAnsiTheme="majorBidi" w:cstheme="majorBidi"/>
        </w:rPr>
      </w:pPr>
    </w:p>
    <w:p w14:paraId="588BEEB6" w14:textId="018589A8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S2.</w:t>
      </w:r>
      <w:r w:rsidR="00555BBE">
        <w:rPr>
          <w:rFonts w:asciiTheme="majorBidi" w:hAnsiTheme="majorBidi" w:cstheme="majorBidi"/>
        </w:rPr>
        <w:t>4</w:t>
      </w:r>
      <w:r w:rsidRPr="00203DDA">
        <w:rPr>
          <w:rFonts w:asciiTheme="majorBidi" w:hAnsiTheme="majorBidi" w:cstheme="majorBidi"/>
        </w:rPr>
        <w:t>. SARA analysis</w:t>
      </w:r>
      <w:r w:rsidR="0001035B">
        <w:rPr>
          <w:rFonts w:asciiTheme="majorBidi" w:hAnsiTheme="majorBidi" w:cstheme="majorBidi"/>
        </w:rPr>
        <w:t>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01035B" w:rsidRPr="00203DDA" w14:paraId="149E63E6" w14:textId="77777777" w:rsidTr="006A7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41A9B64" w14:textId="01DDD9B1" w:rsidR="0001035B" w:rsidRPr="00203DDA" w:rsidRDefault="0001035B" w:rsidP="0001035B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Saturate</w:t>
            </w:r>
          </w:p>
        </w:tc>
        <w:tc>
          <w:tcPr>
            <w:tcW w:w="2160" w:type="dxa"/>
          </w:tcPr>
          <w:p w14:paraId="612FCD62" w14:textId="57A9894A" w:rsidR="0001035B" w:rsidRPr="00203DDA" w:rsidRDefault="0001035B" w:rsidP="000103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Aromatic</w:t>
            </w:r>
          </w:p>
        </w:tc>
        <w:tc>
          <w:tcPr>
            <w:tcW w:w="2160" w:type="dxa"/>
          </w:tcPr>
          <w:p w14:paraId="244F543E" w14:textId="314CAC11" w:rsidR="0001035B" w:rsidRPr="00203DDA" w:rsidRDefault="0001035B" w:rsidP="000103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Resin</w:t>
            </w:r>
          </w:p>
        </w:tc>
        <w:tc>
          <w:tcPr>
            <w:tcW w:w="2160" w:type="dxa"/>
          </w:tcPr>
          <w:p w14:paraId="0B51A672" w14:textId="6E85F686" w:rsidR="0001035B" w:rsidRPr="00203DDA" w:rsidRDefault="0001035B" w:rsidP="000103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Asphaltene</w:t>
            </w:r>
          </w:p>
        </w:tc>
      </w:tr>
      <w:tr w:rsidR="0001035B" w:rsidRPr="00203DDA" w14:paraId="6D28BDE5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6D6C4D9" w14:textId="36F50AF5" w:rsidR="0001035B" w:rsidRPr="00203DDA" w:rsidRDefault="0001035B" w:rsidP="0001035B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74.2</w:t>
            </w:r>
          </w:p>
        </w:tc>
        <w:tc>
          <w:tcPr>
            <w:tcW w:w="2160" w:type="dxa"/>
          </w:tcPr>
          <w:p w14:paraId="1AF5C571" w14:textId="1E04B68C" w:rsidR="0001035B" w:rsidRPr="00203DDA" w:rsidRDefault="0001035B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20.78</w:t>
            </w:r>
          </w:p>
        </w:tc>
        <w:tc>
          <w:tcPr>
            <w:tcW w:w="2160" w:type="dxa"/>
          </w:tcPr>
          <w:p w14:paraId="759AC534" w14:textId="6571E503" w:rsidR="0001035B" w:rsidRPr="00203DDA" w:rsidRDefault="0001035B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3.87</w:t>
            </w:r>
          </w:p>
        </w:tc>
        <w:tc>
          <w:tcPr>
            <w:tcW w:w="2160" w:type="dxa"/>
          </w:tcPr>
          <w:p w14:paraId="1B6B343E" w14:textId="125F85C0" w:rsidR="0001035B" w:rsidRPr="00203DDA" w:rsidRDefault="0001035B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1.15</w:t>
            </w:r>
          </w:p>
        </w:tc>
      </w:tr>
    </w:tbl>
    <w:p w14:paraId="4F09D8AD" w14:textId="77777777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br w:type="page"/>
      </w:r>
    </w:p>
    <w:p w14:paraId="47CA40A2" w14:textId="77777777" w:rsidR="00D5322A" w:rsidRPr="00203DDA" w:rsidRDefault="0033157A">
      <w:pPr>
        <w:pStyle w:val="Heading1"/>
        <w:rPr>
          <w:rFonts w:asciiTheme="majorBidi" w:hAnsiTheme="majorBidi"/>
        </w:rPr>
      </w:pPr>
      <w:r w:rsidRPr="00203DDA">
        <w:rPr>
          <w:rFonts w:asciiTheme="majorBidi" w:hAnsiTheme="majorBidi"/>
        </w:rPr>
        <w:lastRenderedPageBreak/>
        <w:t>Oil #3</w:t>
      </w:r>
    </w:p>
    <w:p w14:paraId="351E743F" w14:textId="06C2FBF0" w:rsidR="00D5322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This sample includes detailed molar composition up to C</w:t>
      </w:r>
      <w:r w:rsidRPr="00EA1CC8">
        <w:rPr>
          <w:rFonts w:asciiTheme="majorBidi" w:hAnsiTheme="majorBidi" w:cstheme="majorBidi"/>
          <w:vertAlign w:val="subscript"/>
        </w:rPr>
        <w:t>36+</w:t>
      </w:r>
      <w:r w:rsidRPr="00203DDA">
        <w:rPr>
          <w:rFonts w:asciiTheme="majorBidi" w:hAnsiTheme="majorBidi" w:cstheme="majorBidi"/>
        </w:rPr>
        <w:t xml:space="preserve">, reservoir properties, </w:t>
      </w:r>
      <w:r w:rsidR="00555BBE">
        <w:rPr>
          <w:rFonts w:asciiTheme="majorBidi" w:hAnsiTheme="majorBidi" w:cstheme="majorBidi"/>
        </w:rPr>
        <w:t xml:space="preserve">asphaltene </w:t>
      </w:r>
      <w:r w:rsidR="00EA1CC8">
        <w:rPr>
          <w:rFonts w:asciiTheme="majorBidi" w:hAnsiTheme="majorBidi" w:cstheme="majorBidi"/>
        </w:rPr>
        <w:t>onset</w:t>
      </w:r>
      <w:r w:rsidRPr="00203DDA">
        <w:rPr>
          <w:rFonts w:asciiTheme="majorBidi" w:hAnsiTheme="majorBidi" w:cstheme="majorBidi"/>
        </w:rPr>
        <w:t xml:space="preserve"> pressures</w:t>
      </w:r>
      <w:r w:rsidR="00555BBE">
        <w:rPr>
          <w:rFonts w:asciiTheme="majorBidi" w:hAnsiTheme="majorBidi" w:cstheme="majorBidi"/>
        </w:rPr>
        <w:t>, and saturation pressure</w:t>
      </w:r>
      <w:r w:rsidRPr="00203DDA">
        <w:rPr>
          <w:rFonts w:asciiTheme="majorBidi" w:hAnsiTheme="majorBidi" w:cstheme="majorBidi"/>
        </w:rPr>
        <w:t xml:space="preserve"> under</w:t>
      </w:r>
      <w:r w:rsidR="00555BBE">
        <w:rPr>
          <w:rFonts w:asciiTheme="majorBidi" w:hAnsiTheme="majorBidi" w:cstheme="majorBidi"/>
        </w:rPr>
        <w:t xml:space="preserve"> carbon dioxide</w:t>
      </w:r>
      <w:r w:rsidRPr="00203DDA">
        <w:rPr>
          <w:rFonts w:asciiTheme="majorBidi" w:hAnsiTheme="majorBidi" w:cstheme="majorBidi"/>
        </w:rPr>
        <w:t xml:space="preserve"> </w:t>
      </w:r>
      <w:r w:rsidR="00555BBE">
        <w:rPr>
          <w:rFonts w:asciiTheme="majorBidi" w:hAnsiTheme="majorBidi" w:cstheme="majorBidi"/>
        </w:rPr>
        <w:t>(</w:t>
      </w:r>
      <w:r w:rsidRPr="00203DDA">
        <w:rPr>
          <w:rFonts w:asciiTheme="majorBidi" w:hAnsiTheme="majorBidi" w:cstheme="majorBidi"/>
        </w:rPr>
        <w:t>CO</w:t>
      </w:r>
      <w:r w:rsidRPr="00555BBE">
        <w:rPr>
          <w:rFonts w:asciiTheme="majorBidi" w:hAnsiTheme="majorBidi" w:cstheme="majorBidi"/>
          <w:vertAlign w:val="subscript"/>
        </w:rPr>
        <w:t>2</w:t>
      </w:r>
      <w:r w:rsidR="00555BBE">
        <w:rPr>
          <w:rFonts w:asciiTheme="majorBidi" w:hAnsiTheme="majorBidi" w:cstheme="majorBidi"/>
        </w:rPr>
        <w:t>)</w:t>
      </w:r>
      <w:r w:rsidRPr="00203DDA">
        <w:rPr>
          <w:rFonts w:asciiTheme="majorBidi" w:hAnsiTheme="majorBidi" w:cstheme="majorBidi"/>
        </w:rPr>
        <w:t xml:space="preserve"> injection.</w:t>
      </w:r>
    </w:p>
    <w:p w14:paraId="12272B3A" w14:textId="3E1B763E" w:rsidR="006C7878" w:rsidRPr="00203DDA" w:rsidRDefault="00D80B6E" w:rsidP="00AA02E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  <w:r w:rsidR="00AA02E7">
        <w:rPr>
          <w:rFonts w:asciiTheme="majorBidi" w:hAnsiTheme="majorBidi" w:cstheme="majorBidi"/>
        </w:rPr>
        <w:t>Heavy component (C</w:t>
      </w:r>
      <w:r w:rsidR="00AA02E7">
        <w:rPr>
          <w:rFonts w:asciiTheme="majorBidi" w:hAnsiTheme="majorBidi" w:cstheme="majorBidi"/>
          <w:vertAlign w:val="subscript"/>
        </w:rPr>
        <w:t>36</w:t>
      </w:r>
      <w:r w:rsidR="00AA02E7" w:rsidRPr="006C7878">
        <w:rPr>
          <w:rFonts w:asciiTheme="majorBidi" w:hAnsiTheme="majorBidi" w:cstheme="majorBidi"/>
          <w:vertAlign w:val="subscript"/>
        </w:rPr>
        <w:t>+</w:t>
      </w:r>
      <w:r w:rsidR="00AA02E7">
        <w:rPr>
          <w:rFonts w:asciiTheme="majorBidi" w:hAnsiTheme="majorBidi" w:cstheme="majorBidi"/>
        </w:rPr>
        <w:t xml:space="preserve">) properties: </w:t>
      </w:r>
      <w:r w:rsidR="00AA02E7">
        <w:rPr>
          <w:rFonts w:asciiTheme="majorBidi" w:hAnsiTheme="majorBidi" w:cstheme="majorBidi"/>
          <w:color w:val="000000"/>
        </w:rPr>
        <w:t xml:space="preserve">Mw= 672.7 and density= </w:t>
      </w:r>
      <w:r w:rsidR="00AA02E7" w:rsidRPr="006C7878">
        <w:rPr>
          <w:rFonts w:asciiTheme="majorBidi" w:hAnsiTheme="majorBidi" w:cstheme="majorBidi"/>
          <w:color w:val="000000"/>
        </w:rPr>
        <w:t>5</w:t>
      </w:r>
      <w:r w:rsidR="00AA02E7">
        <w:rPr>
          <w:rFonts w:asciiTheme="majorBidi" w:hAnsiTheme="majorBidi" w:cstheme="majorBidi"/>
          <w:color w:val="000000"/>
        </w:rPr>
        <w:t>9</w:t>
      </w:r>
      <w:r w:rsidR="00AA02E7" w:rsidRPr="006C7878">
        <w:rPr>
          <w:rFonts w:asciiTheme="majorBidi" w:hAnsiTheme="majorBidi" w:cstheme="majorBidi"/>
          <w:color w:val="000000"/>
        </w:rPr>
        <w:t>.</w:t>
      </w:r>
      <w:r w:rsidR="00AA02E7">
        <w:rPr>
          <w:rFonts w:asciiTheme="majorBidi" w:hAnsiTheme="majorBidi" w:cstheme="majorBidi"/>
          <w:color w:val="000000"/>
        </w:rPr>
        <w:t>79</w:t>
      </w:r>
      <w:r w:rsidR="00AA02E7" w:rsidRPr="006C7878">
        <w:rPr>
          <w:rFonts w:asciiTheme="majorBidi" w:hAnsiTheme="majorBidi" w:cstheme="majorBidi"/>
          <w:color w:val="000000"/>
        </w:rPr>
        <w:t xml:space="preserve"> (</w:t>
      </w:r>
      <w:proofErr w:type="spellStart"/>
      <w:r w:rsidR="00AA02E7" w:rsidRPr="006C7878">
        <w:rPr>
          <w:rFonts w:asciiTheme="majorBidi" w:hAnsiTheme="majorBidi" w:cstheme="majorBidi"/>
          <w:color w:val="000000"/>
        </w:rPr>
        <w:t>lb</w:t>
      </w:r>
      <w:proofErr w:type="spellEnd"/>
      <w:r w:rsidR="00AA02E7" w:rsidRPr="006C7878">
        <w:rPr>
          <w:rFonts w:asciiTheme="majorBidi" w:hAnsiTheme="majorBidi" w:cstheme="majorBidi"/>
          <w:color w:val="000000"/>
        </w:rPr>
        <w:t>/ft^3)</w:t>
      </w:r>
    </w:p>
    <w:p w14:paraId="6C5E7637" w14:textId="376E11DC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S3.1. Molar composition of crude oil sample #3</w:t>
      </w:r>
      <w:r w:rsidR="002A08B1">
        <w:rPr>
          <w:rFonts w:asciiTheme="majorBidi" w:hAnsiTheme="majorBidi" w:cstheme="majorBidi"/>
        </w:rPr>
        <w:t>.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5322A" w:rsidRPr="00EA1CC8" w14:paraId="7FA9C953" w14:textId="77777777" w:rsidTr="006A7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EEA1A4E" w14:textId="77777777" w:rsidR="00D5322A" w:rsidRPr="00EA1CC8" w:rsidRDefault="0033157A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</w:rPr>
              <w:t>Component</w:t>
            </w:r>
          </w:p>
        </w:tc>
        <w:tc>
          <w:tcPr>
            <w:tcW w:w="4320" w:type="dxa"/>
          </w:tcPr>
          <w:p w14:paraId="76002C20" w14:textId="77777777" w:rsidR="00D5322A" w:rsidRPr="00EA1CC8" w:rsidRDefault="0033157A" w:rsidP="00EA1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</w:rPr>
              <w:t>Mole %</w:t>
            </w:r>
          </w:p>
        </w:tc>
      </w:tr>
      <w:tr w:rsidR="00EA1CC8" w:rsidRPr="00EA1CC8" w14:paraId="4C97508F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F9D5F2D" w14:textId="4010542F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N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43591C16" w14:textId="0366FFE4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</w:rPr>
              <w:t>1.78</w:t>
            </w:r>
          </w:p>
        </w:tc>
      </w:tr>
      <w:tr w:rsidR="00EA1CC8" w:rsidRPr="00EA1CC8" w14:paraId="438DE950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3FA4C3F" w14:textId="592048D0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CO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144C05F9" w14:textId="39565B1D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</w:rPr>
              <w:t>0</w:t>
            </w:r>
          </w:p>
        </w:tc>
      </w:tr>
      <w:tr w:rsidR="00EA1CC8" w:rsidRPr="00EA1CC8" w14:paraId="2C5F536C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63C8352" w14:textId="3F3228EC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1</w:t>
            </w:r>
          </w:p>
        </w:tc>
        <w:tc>
          <w:tcPr>
            <w:tcW w:w="4320" w:type="dxa"/>
          </w:tcPr>
          <w:p w14:paraId="4A86B1C9" w14:textId="6CF8AAE4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27.45</w:t>
            </w:r>
          </w:p>
        </w:tc>
      </w:tr>
      <w:tr w:rsidR="00EA1CC8" w:rsidRPr="00EA1CC8" w14:paraId="5BE62D99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010232F" w14:textId="0258CD11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6622B0D1" w14:textId="71A65373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1.04</w:t>
            </w:r>
          </w:p>
        </w:tc>
      </w:tr>
      <w:tr w:rsidR="00EA1CC8" w:rsidRPr="00EA1CC8" w14:paraId="0ADB76B1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8702119" w14:textId="23BFA4CC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4320" w:type="dxa"/>
          </w:tcPr>
          <w:p w14:paraId="70B27FBD" w14:textId="64FC3272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0.18</w:t>
            </w:r>
          </w:p>
        </w:tc>
      </w:tr>
      <w:tr w:rsidR="00EA1CC8" w:rsidRPr="00EA1CC8" w14:paraId="028676EF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0650FB0" w14:textId="0A21F29E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iC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60178CEE" w14:textId="307A377C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0.06</w:t>
            </w:r>
          </w:p>
        </w:tc>
      </w:tr>
      <w:tr w:rsidR="00EA1CC8" w:rsidRPr="00EA1CC8" w14:paraId="3D86F958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B8D5496" w14:textId="53654CF9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nc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77F2ED4F" w14:textId="6FC685F1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0.04</w:t>
            </w:r>
          </w:p>
        </w:tc>
      </w:tr>
      <w:tr w:rsidR="00EA1CC8" w:rsidRPr="00EA1CC8" w14:paraId="1277468E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E18725E" w14:textId="7046C16C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iC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0AE87258" w14:textId="51C0F211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</w:t>
            </w:r>
          </w:p>
        </w:tc>
      </w:tr>
      <w:tr w:rsidR="00EA1CC8" w:rsidRPr="00EA1CC8" w14:paraId="648BFC2C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4DA6BFD" w14:textId="65774BAF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nC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4A6D7771" w14:textId="6C2201E7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</w:t>
            </w:r>
          </w:p>
        </w:tc>
      </w:tr>
      <w:tr w:rsidR="00EA1CC8" w:rsidRPr="00EA1CC8" w14:paraId="412B2A2B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95600D1" w14:textId="2C9F77BB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4320" w:type="dxa"/>
          </w:tcPr>
          <w:p w14:paraId="236A5427" w14:textId="4D80E32A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</w:t>
            </w:r>
          </w:p>
        </w:tc>
      </w:tr>
      <w:tr w:rsidR="00EA1CC8" w:rsidRPr="00EA1CC8" w14:paraId="70C35999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FFD90D5" w14:textId="7CC0FDC6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4320" w:type="dxa"/>
          </w:tcPr>
          <w:p w14:paraId="2DAA13B9" w14:textId="2632896E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0.15</w:t>
            </w:r>
          </w:p>
        </w:tc>
      </w:tr>
      <w:tr w:rsidR="00EA1CC8" w:rsidRPr="00EA1CC8" w14:paraId="552B35E8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1514808" w14:textId="12D481A7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</w:p>
        </w:tc>
        <w:tc>
          <w:tcPr>
            <w:tcW w:w="4320" w:type="dxa"/>
          </w:tcPr>
          <w:p w14:paraId="764521B6" w14:textId="507B1C37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0.24</w:t>
            </w:r>
          </w:p>
        </w:tc>
      </w:tr>
      <w:tr w:rsidR="00EA1CC8" w:rsidRPr="00EA1CC8" w14:paraId="52D7880E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5BFE99B" w14:textId="7D7EACB8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</w:p>
        </w:tc>
        <w:tc>
          <w:tcPr>
            <w:tcW w:w="4320" w:type="dxa"/>
          </w:tcPr>
          <w:p w14:paraId="5E71E7D4" w14:textId="0F37F710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0.83</w:t>
            </w:r>
          </w:p>
        </w:tc>
      </w:tr>
      <w:tr w:rsidR="00EA1CC8" w:rsidRPr="00EA1CC8" w14:paraId="6C6F8002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18B6B56" w14:textId="7FB512DD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10</w:t>
            </w:r>
          </w:p>
        </w:tc>
        <w:tc>
          <w:tcPr>
            <w:tcW w:w="4320" w:type="dxa"/>
          </w:tcPr>
          <w:p w14:paraId="4CA18B72" w14:textId="3BA42066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0.45</w:t>
            </w:r>
          </w:p>
        </w:tc>
      </w:tr>
      <w:tr w:rsidR="00EA1CC8" w:rsidRPr="00EA1CC8" w14:paraId="7BB94ACB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C8EC6A3" w14:textId="60A1AA95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</w:p>
        </w:tc>
        <w:tc>
          <w:tcPr>
            <w:tcW w:w="4320" w:type="dxa"/>
          </w:tcPr>
          <w:p w14:paraId="5C672312" w14:textId="004FA41C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0.88</w:t>
            </w:r>
          </w:p>
        </w:tc>
      </w:tr>
      <w:tr w:rsidR="00EA1CC8" w:rsidRPr="00EA1CC8" w14:paraId="58E83870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E77451C" w14:textId="351A1189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</w:p>
        </w:tc>
        <w:tc>
          <w:tcPr>
            <w:tcW w:w="4320" w:type="dxa"/>
          </w:tcPr>
          <w:p w14:paraId="10A3044A" w14:textId="58E866B8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1.42</w:t>
            </w:r>
          </w:p>
        </w:tc>
      </w:tr>
      <w:tr w:rsidR="00EA1CC8" w:rsidRPr="00EA1CC8" w14:paraId="34B59361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FCA0B4F" w14:textId="441F94D4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13</w:t>
            </w:r>
          </w:p>
        </w:tc>
        <w:tc>
          <w:tcPr>
            <w:tcW w:w="4320" w:type="dxa"/>
          </w:tcPr>
          <w:p w14:paraId="6520C1BE" w14:textId="757E7767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1.97</w:t>
            </w:r>
          </w:p>
        </w:tc>
      </w:tr>
      <w:tr w:rsidR="00EA1CC8" w:rsidRPr="00EA1CC8" w14:paraId="47909307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4E3C5A8" w14:textId="0A9D5D9D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14</w:t>
            </w:r>
          </w:p>
        </w:tc>
        <w:tc>
          <w:tcPr>
            <w:tcW w:w="4320" w:type="dxa"/>
          </w:tcPr>
          <w:p w14:paraId="21229A92" w14:textId="12C636C6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2.35</w:t>
            </w:r>
          </w:p>
        </w:tc>
      </w:tr>
      <w:tr w:rsidR="00EA1CC8" w:rsidRPr="00EA1CC8" w14:paraId="5AAB4E0A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0655208" w14:textId="521D0648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</w:p>
        </w:tc>
        <w:tc>
          <w:tcPr>
            <w:tcW w:w="4320" w:type="dxa"/>
          </w:tcPr>
          <w:p w14:paraId="1A08B242" w14:textId="20363AAC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2.17</w:t>
            </w:r>
          </w:p>
        </w:tc>
      </w:tr>
      <w:tr w:rsidR="00EA1CC8" w:rsidRPr="00EA1CC8" w14:paraId="7358C501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8DDBB15" w14:textId="3E86E57A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16</w:t>
            </w:r>
          </w:p>
        </w:tc>
        <w:tc>
          <w:tcPr>
            <w:tcW w:w="4320" w:type="dxa"/>
          </w:tcPr>
          <w:p w14:paraId="6D5F1295" w14:textId="4A41AE9D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2.33</w:t>
            </w:r>
          </w:p>
        </w:tc>
      </w:tr>
      <w:tr w:rsidR="00EA1CC8" w:rsidRPr="00EA1CC8" w14:paraId="5432607C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F8AA057" w14:textId="581E53AF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17</w:t>
            </w:r>
          </w:p>
        </w:tc>
        <w:tc>
          <w:tcPr>
            <w:tcW w:w="4320" w:type="dxa"/>
          </w:tcPr>
          <w:p w14:paraId="7435EF83" w14:textId="7A0348AD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2.55</w:t>
            </w:r>
          </w:p>
        </w:tc>
      </w:tr>
      <w:tr w:rsidR="00EA1CC8" w:rsidRPr="00EA1CC8" w14:paraId="2FF0349E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BAC6478" w14:textId="1E7D3CAA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18</w:t>
            </w:r>
          </w:p>
        </w:tc>
        <w:tc>
          <w:tcPr>
            <w:tcW w:w="4320" w:type="dxa"/>
          </w:tcPr>
          <w:p w14:paraId="0F9706E5" w14:textId="2C3CB22A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2.36</w:t>
            </w:r>
          </w:p>
        </w:tc>
      </w:tr>
      <w:tr w:rsidR="00EA1CC8" w:rsidRPr="00EA1CC8" w14:paraId="0A24F637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D1F586F" w14:textId="458D024D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19</w:t>
            </w:r>
          </w:p>
        </w:tc>
        <w:tc>
          <w:tcPr>
            <w:tcW w:w="4320" w:type="dxa"/>
          </w:tcPr>
          <w:p w14:paraId="2690554B" w14:textId="1E366A8E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2.08</w:t>
            </w:r>
          </w:p>
        </w:tc>
      </w:tr>
      <w:tr w:rsidR="00EA1CC8" w:rsidRPr="00EA1CC8" w14:paraId="1A656EF7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70658E6" w14:textId="4D9E14D2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20</w:t>
            </w:r>
          </w:p>
        </w:tc>
        <w:tc>
          <w:tcPr>
            <w:tcW w:w="4320" w:type="dxa"/>
          </w:tcPr>
          <w:p w14:paraId="598D3CE1" w14:textId="7DE0D241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1.77</w:t>
            </w:r>
          </w:p>
        </w:tc>
      </w:tr>
      <w:tr w:rsidR="00EA1CC8" w:rsidRPr="00EA1CC8" w14:paraId="19685E89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05EAA6F" w14:textId="449195C1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21</w:t>
            </w:r>
          </w:p>
        </w:tc>
        <w:tc>
          <w:tcPr>
            <w:tcW w:w="4320" w:type="dxa"/>
          </w:tcPr>
          <w:p w14:paraId="0ABD40B7" w14:textId="5208A34B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1.67</w:t>
            </w:r>
          </w:p>
        </w:tc>
      </w:tr>
      <w:tr w:rsidR="00EA1CC8" w:rsidRPr="00EA1CC8" w14:paraId="34738F89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3FF6E22" w14:textId="202AE24F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22</w:t>
            </w:r>
          </w:p>
        </w:tc>
        <w:tc>
          <w:tcPr>
            <w:tcW w:w="4320" w:type="dxa"/>
          </w:tcPr>
          <w:p w14:paraId="0930E951" w14:textId="6AB8A66A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1.53</w:t>
            </w:r>
          </w:p>
        </w:tc>
      </w:tr>
      <w:tr w:rsidR="00EA1CC8" w:rsidRPr="00EA1CC8" w14:paraId="68BA343C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0563CB5" w14:textId="2838B855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23</w:t>
            </w:r>
          </w:p>
        </w:tc>
        <w:tc>
          <w:tcPr>
            <w:tcW w:w="4320" w:type="dxa"/>
          </w:tcPr>
          <w:p w14:paraId="1763BF9A" w14:textId="333984A1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1.42</w:t>
            </w:r>
          </w:p>
        </w:tc>
      </w:tr>
      <w:tr w:rsidR="00EA1CC8" w:rsidRPr="00EA1CC8" w14:paraId="0A057A47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A72D1F7" w14:textId="2304613C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24</w:t>
            </w:r>
          </w:p>
        </w:tc>
        <w:tc>
          <w:tcPr>
            <w:tcW w:w="4320" w:type="dxa"/>
          </w:tcPr>
          <w:p w14:paraId="31EDC759" w14:textId="1EED81F1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1.31</w:t>
            </w:r>
          </w:p>
        </w:tc>
      </w:tr>
      <w:tr w:rsidR="00EA1CC8" w:rsidRPr="00EA1CC8" w14:paraId="3E334107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F309A36" w14:textId="7A12F1CB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25</w:t>
            </w:r>
          </w:p>
        </w:tc>
        <w:tc>
          <w:tcPr>
            <w:tcW w:w="4320" w:type="dxa"/>
          </w:tcPr>
          <w:p w14:paraId="5698C7BB" w14:textId="1B1F6D5D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1.38</w:t>
            </w:r>
          </w:p>
        </w:tc>
      </w:tr>
      <w:tr w:rsidR="00EA1CC8" w:rsidRPr="00EA1CC8" w14:paraId="6352CDB0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F527931" w14:textId="43D2DF06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26</w:t>
            </w:r>
          </w:p>
        </w:tc>
        <w:tc>
          <w:tcPr>
            <w:tcW w:w="4320" w:type="dxa"/>
          </w:tcPr>
          <w:p w14:paraId="2A0029DD" w14:textId="3BCDB47C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1.52</w:t>
            </w:r>
          </w:p>
        </w:tc>
      </w:tr>
      <w:tr w:rsidR="00EA1CC8" w:rsidRPr="00EA1CC8" w14:paraId="1D840388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AA9C0EF" w14:textId="0BC2C0C6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27</w:t>
            </w:r>
          </w:p>
        </w:tc>
        <w:tc>
          <w:tcPr>
            <w:tcW w:w="4320" w:type="dxa"/>
          </w:tcPr>
          <w:p w14:paraId="5D5B9585" w14:textId="3CFE0F87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1.78</w:t>
            </w:r>
          </w:p>
        </w:tc>
      </w:tr>
      <w:tr w:rsidR="00EA1CC8" w:rsidRPr="00EA1CC8" w14:paraId="0CCE50D5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C8847AE" w14:textId="496A2C5E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28</w:t>
            </w:r>
          </w:p>
        </w:tc>
        <w:tc>
          <w:tcPr>
            <w:tcW w:w="4320" w:type="dxa"/>
          </w:tcPr>
          <w:p w14:paraId="4332BECB" w14:textId="036769E9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1.94</w:t>
            </w:r>
          </w:p>
        </w:tc>
      </w:tr>
      <w:tr w:rsidR="00EA1CC8" w:rsidRPr="00EA1CC8" w14:paraId="7CC1D3B8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1FFC21C" w14:textId="0934F415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29</w:t>
            </w:r>
          </w:p>
        </w:tc>
        <w:tc>
          <w:tcPr>
            <w:tcW w:w="4320" w:type="dxa"/>
          </w:tcPr>
          <w:p w14:paraId="2BC697FF" w14:textId="65FEAB29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1.86</w:t>
            </w:r>
          </w:p>
        </w:tc>
      </w:tr>
      <w:tr w:rsidR="00EA1CC8" w:rsidRPr="00EA1CC8" w14:paraId="7DFFB493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2E441FD" w14:textId="4F848C9D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30</w:t>
            </w:r>
          </w:p>
        </w:tc>
        <w:tc>
          <w:tcPr>
            <w:tcW w:w="4320" w:type="dxa"/>
          </w:tcPr>
          <w:p w14:paraId="79C46265" w14:textId="727D7561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1.62</w:t>
            </w:r>
          </w:p>
        </w:tc>
      </w:tr>
      <w:tr w:rsidR="00EA1CC8" w:rsidRPr="00EA1CC8" w14:paraId="1669ED70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5BF5D38" w14:textId="2B134BB6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31</w:t>
            </w:r>
          </w:p>
        </w:tc>
        <w:tc>
          <w:tcPr>
            <w:tcW w:w="4320" w:type="dxa"/>
          </w:tcPr>
          <w:p w14:paraId="296803E3" w14:textId="55CA0BAA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1.15</w:t>
            </w:r>
          </w:p>
        </w:tc>
      </w:tr>
      <w:tr w:rsidR="00EA1CC8" w:rsidRPr="00EA1CC8" w14:paraId="0AE110D6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8C6B095" w14:textId="1E4C5571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32</w:t>
            </w:r>
          </w:p>
        </w:tc>
        <w:tc>
          <w:tcPr>
            <w:tcW w:w="4320" w:type="dxa"/>
          </w:tcPr>
          <w:p w14:paraId="79714E98" w14:textId="63CD219F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0.9</w:t>
            </w:r>
          </w:p>
        </w:tc>
      </w:tr>
      <w:tr w:rsidR="00EA1CC8" w:rsidRPr="00EA1CC8" w14:paraId="7FC4F6AF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74F9FB4" w14:textId="71769F19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33</w:t>
            </w:r>
          </w:p>
        </w:tc>
        <w:tc>
          <w:tcPr>
            <w:tcW w:w="4320" w:type="dxa"/>
          </w:tcPr>
          <w:p w14:paraId="44AEC4E9" w14:textId="594DDC8D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0.72</w:t>
            </w:r>
          </w:p>
        </w:tc>
      </w:tr>
      <w:tr w:rsidR="00EA1CC8" w:rsidRPr="00EA1CC8" w14:paraId="063930E7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23881D3" w14:textId="6EC2741F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34</w:t>
            </w:r>
          </w:p>
        </w:tc>
        <w:tc>
          <w:tcPr>
            <w:tcW w:w="4320" w:type="dxa"/>
          </w:tcPr>
          <w:p w14:paraId="0CD94503" w14:textId="40763421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0.61</w:t>
            </w:r>
          </w:p>
        </w:tc>
      </w:tr>
      <w:tr w:rsidR="00EA1CC8" w:rsidRPr="00EA1CC8" w14:paraId="1BAFB763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B15B2DB" w14:textId="34EDB4C9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35</w:t>
            </w:r>
          </w:p>
        </w:tc>
        <w:tc>
          <w:tcPr>
            <w:tcW w:w="4320" w:type="dxa"/>
          </w:tcPr>
          <w:p w14:paraId="6A7B6A73" w14:textId="4257056B" w:rsidR="00EA1CC8" w:rsidRPr="00EA1CC8" w:rsidRDefault="00EA1CC8" w:rsidP="00EA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0.56</w:t>
            </w:r>
          </w:p>
        </w:tc>
      </w:tr>
      <w:tr w:rsidR="00EA1CC8" w:rsidRPr="00EA1CC8" w14:paraId="64AD77A8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F1B233D" w14:textId="1E3D4FAC" w:rsidR="00EA1CC8" w:rsidRPr="00EA1CC8" w:rsidRDefault="00EA1CC8" w:rsidP="00EA1CC8">
            <w:pPr>
              <w:jc w:val="center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C</w:t>
            </w:r>
            <w:r w:rsidRPr="00EA1CC8">
              <w:rPr>
                <w:rFonts w:asciiTheme="majorBidi" w:hAnsiTheme="majorBidi" w:cstheme="majorBidi"/>
                <w:color w:val="000000"/>
                <w:vertAlign w:val="subscript"/>
              </w:rPr>
              <w:t>36+</w:t>
            </w:r>
          </w:p>
        </w:tc>
        <w:tc>
          <w:tcPr>
            <w:tcW w:w="4320" w:type="dxa"/>
          </w:tcPr>
          <w:p w14:paraId="0F239F93" w14:textId="50C2A16E" w:rsidR="00EA1CC8" w:rsidRPr="00EA1CC8" w:rsidRDefault="00EA1CC8" w:rsidP="00EA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A1CC8">
              <w:rPr>
                <w:rFonts w:asciiTheme="majorBidi" w:hAnsiTheme="majorBidi" w:cstheme="majorBidi"/>
                <w:color w:val="000000"/>
              </w:rPr>
              <w:t>27.93</w:t>
            </w:r>
          </w:p>
        </w:tc>
      </w:tr>
    </w:tbl>
    <w:p w14:paraId="52D182BD" w14:textId="77777777" w:rsidR="00EA1CC8" w:rsidRDefault="00EA1CC8">
      <w:pPr>
        <w:rPr>
          <w:rFonts w:asciiTheme="majorBidi" w:hAnsiTheme="majorBidi" w:cstheme="majorBidi"/>
        </w:rPr>
      </w:pPr>
    </w:p>
    <w:p w14:paraId="6DD45D24" w14:textId="16D05ECC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S3.2. Pressure points under CO</w:t>
      </w:r>
      <w:r w:rsidRPr="002A08B1">
        <w:rPr>
          <w:rFonts w:asciiTheme="majorBidi" w:hAnsiTheme="majorBidi" w:cstheme="majorBidi"/>
          <w:vertAlign w:val="subscript"/>
        </w:rPr>
        <w:t>2</w:t>
      </w:r>
      <w:r w:rsidRPr="00203DDA">
        <w:rPr>
          <w:rFonts w:asciiTheme="majorBidi" w:hAnsiTheme="majorBidi" w:cstheme="majorBidi"/>
        </w:rPr>
        <w:t xml:space="preserve"> injection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A08B1" w:rsidRPr="00203DDA" w14:paraId="47CE76CE" w14:textId="77777777" w:rsidTr="006A7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7C62709" w14:textId="46C36AD6" w:rsidR="002A08B1" w:rsidRPr="00203DDA" w:rsidRDefault="002A08B1" w:rsidP="002A08B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%CO</w:t>
            </w:r>
            <w:r w:rsidRPr="002A08B1">
              <w:rPr>
                <w:rFonts w:asciiTheme="majorBidi" w:hAnsiTheme="majorBidi" w:cstheme="majorBidi"/>
                <w:vertAlign w:val="subscript"/>
              </w:rPr>
              <w:t>2</w:t>
            </w:r>
            <w:r w:rsidRPr="00203DD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03DDA">
              <w:rPr>
                <w:rFonts w:asciiTheme="majorBidi" w:hAnsiTheme="majorBidi" w:cstheme="majorBidi"/>
              </w:rPr>
              <w:t>inj</w:t>
            </w:r>
            <w:proofErr w:type="spellEnd"/>
          </w:p>
        </w:tc>
        <w:tc>
          <w:tcPr>
            <w:tcW w:w="2160" w:type="dxa"/>
          </w:tcPr>
          <w:p w14:paraId="2836E749" w14:textId="2C56E153" w:rsidR="002A08B1" w:rsidRPr="00203DDA" w:rsidRDefault="002A08B1" w:rsidP="002A08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UAOP (psi)</w:t>
            </w:r>
          </w:p>
        </w:tc>
        <w:tc>
          <w:tcPr>
            <w:tcW w:w="2160" w:type="dxa"/>
          </w:tcPr>
          <w:p w14:paraId="7D3DC931" w14:textId="5C1FF3C3" w:rsidR="002A08B1" w:rsidRPr="00203DDA" w:rsidRDefault="002A08B1" w:rsidP="002A08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SATP (psi)</w:t>
            </w:r>
          </w:p>
        </w:tc>
        <w:tc>
          <w:tcPr>
            <w:tcW w:w="2160" w:type="dxa"/>
          </w:tcPr>
          <w:p w14:paraId="07062A9D" w14:textId="03EB8444" w:rsidR="002A08B1" w:rsidRPr="00203DDA" w:rsidRDefault="002A08B1" w:rsidP="002A08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LAOP (psi)</w:t>
            </w:r>
          </w:p>
        </w:tc>
      </w:tr>
      <w:tr w:rsidR="002A08B1" w:rsidRPr="00203DDA" w14:paraId="565D5622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D331B6A" w14:textId="51E65F7E" w:rsidR="002A08B1" w:rsidRPr="00203DDA" w:rsidRDefault="002A08B1" w:rsidP="002A08B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160" w:type="dxa"/>
          </w:tcPr>
          <w:p w14:paraId="6F8C7A27" w14:textId="1C0F0A37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3117.5</w:t>
            </w:r>
          </w:p>
        </w:tc>
        <w:tc>
          <w:tcPr>
            <w:tcW w:w="2160" w:type="dxa"/>
          </w:tcPr>
          <w:p w14:paraId="5D4C8502" w14:textId="50D773FA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1740</w:t>
            </w:r>
          </w:p>
        </w:tc>
        <w:tc>
          <w:tcPr>
            <w:tcW w:w="2160" w:type="dxa"/>
          </w:tcPr>
          <w:p w14:paraId="56B08DFB" w14:textId="465C483F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1305</w:t>
            </w:r>
          </w:p>
        </w:tc>
      </w:tr>
      <w:tr w:rsidR="002A08B1" w:rsidRPr="00203DDA" w14:paraId="1C64F814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7F16AF0" w14:textId="0DEA571E" w:rsidR="002A08B1" w:rsidRPr="00203DDA" w:rsidRDefault="002A08B1" w:rsidP="002A08B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160" w:type="dxa"/>
          </w:tcPr>
          <w:p w14:paraId="0ACC5971" w14:textId="0807AA63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3262.5</w:t>
            </w:r>
          </w:p>
        </w:tc>
        <w:tc>
          <w:tcPr>
            <w:tcW w:w="2160" w:type="dxa"/>
          </w:tcPr>
          <w:p w14:paraId="5D70E03C" w14:textId="74892C7D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2102.5</w:t>
            </w:r>
          </w:p>
        </w:tc>
        <w:tc>
          <w:tcPr>
            <w:tcW w:w="2160" w:type="dxa"/>
          </w:tcPr>
          <w:p w14:paraId="55BE2E04" w14:textId="5B977BAF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1522.5</w:t>
            </w:r>
          </w:p>
        </w:tc>
      </w:tr>
      <w:tr w:rsidR="002A08B1" w:rsidRPr="00203DDA" w14:paraId="50F40DB8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C837857" w14:textId="721CD46A" w:rsidR="002A08B1" w:rsidRPr="00203DDA" w:rsidRDefault="002A08B1" w:rsidP="002A08B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160" w:type="dxa"/>
          </w:tcPr>
          <w:p w14:paraId="1B9336A5" w14:textId="2920599B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4060</w:t>
            </w:r>
          </w:p>
        </w:tc>
        <w:tc>
          <w:tcPr>
            <w:tcW w:w="2160" w:type="dxa"/>
          </w:tcPr>
          <w:p w14:paraId="03741497" w14:textId="4D7C9C1D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2827.5</w:t>
            </w:r>
          </w:p>
        </w:tc>
        <w:tc>
          <w:tcPr>
            <w:tcW w:w="2160" w:type="dxa"/>
          </w:tcPr>
          <w:p w14:paraId="688DD9F3" w14:textId="4E573AB5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2030</w:t>
            </w:r>
          </w:p>
        </w:tc>
      </w:tr>
      <w:tr w:rsidR="002A08B1" w:rsidRPr="00203DDA" w14:paraId="6DB327D4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4620919" w14:textId="570DE164" w:rsidR="002A08B1" w:rsidRPr="00203DDA" w:rsidRDefault="002A08B1" w:rsidP="002A08B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160" w:type="dxa"/>
          </w:tcPr>
          <w:p w14:paraId="29FCE401" w14:textId="591A4747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5075</w:t>
            </w:r>
          </w:p>
        </w:tc>
        <w:tc>
          <w:tcPr>
            <w:tcW w:w="2160" w:type="dxa"/>
          </w:tcPr>
          <w:p w14:paraId="07EA821A" w14:textId="407DE32B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3770</w:t>
            </w:r>
          </w:p>
        </w:tc>
        <w:tc>
          <w:tcPr>
            <w:tcW w:w="2160" w:type="dxa"/>
          </w:tcPr>
          <w:p w14:paraId="3DBF3CE9" w14:textId="17468860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2827.5</w:t>
            </w:r>
          </w:p>
        </w:tc>
      </w:tr>
      <w:tr w:rsidR="002A08B1" w:rsidRPr="00203DDA" w14:paraId="513A9A1A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E2386E4" w14:textId="4A8C8EF9" w:rsidR="002A08B1" w:rsidRPr="00203DDA" w:rsidRDefault="002A08B1" w:rsidP="002A08B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160" w:type="dxa"/>
          </w:tcPr>
          <w:p w14:paraId="21E7C0A3" w14:textId="602D62EE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6525</w:t>
            </w:r>
          </w:p>
        </w:tc>
        <w:tc>
          <w:tcPr>
            <w:tcW w:w="2160" w:type="dxa"/>
          </w:tcPr>
          <w:p w14:paraId="3D20E212" w14:textId="3880D245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4930</w:t>
            </w:r>
          </w:p>
        </w:tc>
        <w:tc>
          <w:tcPr>
            <w:tcW w:w="2160" w:type="dxa"/>
          </w:tcPr>
          <w:p w14:paraId="0D0BD669" w14:textId="4A8DCDE7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3190</w:t>
            </w:r>
          </w:p>
        </w:tc>
      </w:tr>
      <w:tr w:rsidR="002A08B1" w:rsidRPr="00203DDA" w14:paraId="48803DAD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3C1E852" w14:textId="0D55B18A" w:rsidR="002A08B1" w:rsidRPr="00203DDA" w:rsidRDefault="002A08B1" w:rsidP="002A08B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160" w:type="dxa"/>
          </w:tcPr>
          <w:p w14:paraId="75B74E54" w14:textId="48393321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8410</w:t>
            </w:r>
          </w:p>
        </w:tc>
        <w:tc>
          <w:tcPr>
            <w:tcW w:w="2160" w:type="dxa"/>
          </w:tcPr>
          <w:p w14:paraId="2345BCA0" w14:textId="410F7F40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6235</w:t>
            </w:r>
          </w:p>
        </w:tc>
        <w:tc>
          <w:tcPr>
            <w:tcW w:w="2160" w:type="dxa"/>
          </w:tcPr>
          <w:p w14:paraId="5036B2C8" w14:textId="318DAD7F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4350</w:t>
            </w:r>
          </w:p>
        </w:tc>
      </w:tr>
      <w:tr w:rsidR="002A08B1" w:rsidRPr="00203DDA" w14:paraId="78879D05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753C3C2" w14:textId="2B88AEC3" w:rsidR="002A08B1" w:rsidRPr="00203DDA" w:rsidRDefault="002A08B1" w:rsidP="002A08B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160" w:type="dxa"/>
          </w:tcPr>
          <w:p w14:paraId="2FC4C86D" w14:textId="556B5DB1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11020</w:t>
            </w:r>
          </w:p>
        </w:tc>
        <w:tc>
          <w:tcPr>
            <w:tcW w:w="2160" w:type="dxa"/>
          </w:tcPr>
          <w:p w14:paraId="5F3206C2" w14:textId="0A91A075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7902.5</w:t>
            </w:r>
          </w:p>
        </w:tc>
        <w:tc>
          <w:tcPr>
            <w:tcW w:w="2160" w:type="dxa"/>
          </w:tcPr>
          <w:p w14:paraId="7ACAF753" w14:textId="456217A6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4785</w:t>
            </w:r>
          </w:p>
        </w:tc>
      </w:tr>
      <w:tr w:rsidR="002A08B1" w:rsidRPr="00203DDA" w14:paraId="2BA9562F" w14:textId="77777777" w:rsidTr="006A7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6A99104" w14:textId="35A52816" w:rsidR="002A08B1" w:rsidRPr="00203DDA" w:rsidRDefault="002A08B1" w:rsidP="002A08B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2160" w:type="dxa"/>
          </w:tcPr>
          <w:p w14:paraId="469386A2" w14:textId="12F62DF0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13702.5</w:t>
            </w:r>
          </w:p>
        </w:tc>
        <w:tc>
          <w:tcPr>
            <w:tcW w:w="2160" w:type="dxa"/>
          </w:tcPr>
          <w:p w14:paraId="588F0CEB" w14:textId="0FC552B1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10150</w:t>
            </w:r>
          </w:p>
        </w:tc>
        <w:tc>
          <w:tcPr>
            <w:tcW w:w="2160" w:type="dxa"/>
          </w:tcPr>
          <w:p w14:paraId="059FC367" w14:textId="1D3A16F2" w:rsidR="002A08B1" w:rsidRPr="00203DDA" w:rsidRDefault="002A08B1" w:rsidP="002A0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5800</w:t>
            </w:r>
          </w:p>
        </w:tc>
      </w:tr>
      <w:tr w:rsidR="002A08B1" w:rsidRPr="00203DDA" w14:paraId="1776CF72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2E46C7B" w14:textId="1BFFA524" w:rsidR="002A08B1" w:rsidRPr="00203DDA" w:rsidRDefault="002A08B1" w:rsidP="002A08B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2160" w:type="dxa"/>
          </w:tcPr>
          <w:p w14:paraId="47AA9389" w14:textId="094D137A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16965</w:t>
            </w:r>
          </w:p>
        </w:tc>
        <w:tc>
          <w:tcPr>
            <w:tcW w:w="2160" w:type="dxa"/>
          </w:tcPr>
          <w:p w14:paraId="3537EE0F" w14:textId="20020DE5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13340</w:t>
            </w:r>
          </w:p>
        </w:tc>
        <w:tc>
          <w:tcPr>
            <w:tcW w:w="2160" w:type="dxa"/>
          </w:tcPr>
          <w:p w14:paraId="1A5C0086" w14:textId="02EF6665" w:rsidR="002A08B1" w:rsidRPr="00203DDA" w:rsidRDefault="002A08B1" w:rsidP="002A0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7250</w:t>
            </w:r>
          </w:p>
        </w:tc>
      </w:tr>
    </w:tbl>
    <w:p w14:paraId="52B54ED4" w14:textId="77777777" w:rsidR="008D45F4" w:rsidRDefault="008D45F4">
      <w:pPr>
        <w:rPr>
          <w:rFonts w:asciiTheme="majorBidi" w:hAnsiTheme="majorBidi" w:cstheme="majorBidi"/>
        </w:rPr>
      </w:pPr>
    </w:p>
    <w:p w14:paraId="44010974" w14:textId="76DE8C32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S3.3. Reservoir properties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5322A" w:rsidRPr="00203DDA" w14:paraId="10DCFBE8" w14:textId="77777777" w:rsidTr="006A7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6D47417" w14:textId="77777777" w:rsidR="00D5322A" w:rsidRPr="00203DDA" w:rsidRDefault="0033157A" w:rsidP="00251930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203DDA">
              <w:rPr>
                <w:rFonts w:asciiTheme="majorBidi" w:hAnsiTheme="majorBidi" w:cstheme="majorBidi"/>
              </w:rPr>
              <w:t>PRes</w:t>
            </w:r>
            <w:proofErr w:type="spellEnd"/>
            <w:r w:rsidRPr="00203DDA">
              <w:rPr>
                <w:rFonts w:asciiTheme="majorBidi" w:hAnsiTheme="majorBidi" w:cstheme="majorBidi"/>
              </w:rPr>
              <w:t xml:space="preserve"> (psi)</w:t>
            </w:r>
          </w:p>
        </w:tc>
        <w:tc>
          <w:tcPr>
            <w:tcW w:w="4320" w:type="dxa"/>
          </w:tcPr>
          <w:p w14:paraId="4F768519" w14:textId="77777777" w:rsidR="00D5322A" w:rsidRPr="00203DDA" w:rsidRDefault="0033157A" w:rsidP="002519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03DDA">
              <w:rPr>
                <w:rFonts w:asciiTheme="majorBidi" w:hAnsiTheme="majorBidi" w:cstheme="majorBidi"/>
              </w:rPr>
              <w:t>TRes</w:t>
            </w:r>
            <w:proofErr w:type="spellEnd"/>
            <w:r w:rsidRPr="00203DDA">
              <w:rPr>
                <w:rFonts w:asciiTheme="majorBidi" w:hAnsiTheme="majorBidi" w:cstheme="majorBidi"/>
              </w:rPr>
              <w:t xml:space="preserve"> (F)</w:t>
            </w:r>
          </w:p>
        </w:tc>
      </w:tr>
      <w:tr w:rsidR="00D5322A" w:rsidRPr="00203DDA" w14:paraId="364D5DE0" w14:textId="77777777" w:rsidTr="006A7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8B8B55F" w14:textId="77777777" w:rsidR="00D5322A" w:rsidRPr="00203DDA" w:rsidRDefault="0033157A" w:rsidP="00251930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2643.35</w:t>
            </w:r>
          </w:p>
        </w:tc>
        <w:tc>
          <w:tcPr>
            <w:tcW w:w="4320" w:type="dxa"/>
          </w:tcPr>
          <w:p w14:paraId="3112B8EE" w14:textId="77777777" w:rsidR="00D5322A" w:rsidRPr="00203DDA" w:rsidRDefault="0033157A" w:rsidP="002519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149</w:t>
            </w:r>
          </w:p>
        </w:tc>
      </w:tr>
    </w:tbl>
    <w:p w14:paraId="511724EE" w14:textId="77777777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br w:type="page"/>
      </w:r>
    </w:p>
    <w:p w14:paraId="7FF08E08" w14:textId="77777777" w:rsidR="00D5322A" w:rsidRPr="00203DDA" w:rsidRDefault="0033157A">
      <w:pPr>
        <w:pStyle w:val="Heading1"/>
        <w:rPr>
          <w:rFonts w:asciiTheme="majorBidi" w:hAnsiTheme="majorBidi"/>
        </w:rPr>
      </w:pPr>
      <w:r w:rsidRPr="00203DDA">
        <w:rPr>
          <w:rFonts w:asciiTheme="majorBidi" w:hAnsiTheme="majorBidi"/>
        </w:rPr>
        <w:lastRenderedPageBreak/>
        <w:t>Oil #4</w:t>
      </w:r>
    </w:p>
    <w:p w14:paraId="4A85C55D" w14:textId="2D493DC5" w:rsidR="00D5322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 xml:space="preserve">This sample includes molar composition, injected gas composition, reservoir properties, SARA </w:t>
      </w:r>
      <w:r w:rsidR="00430062">
        <w:rPr>
          <w:rFonts w:asciiTheme="majorBidi" w:hAnsiTheme="majorBidi" w:cstheme="majorBidi"/>
        </w:rPr>
        <w:t>analysis</w:t>
      </w:r>
      <w:r w:rsidRPr="00203DDA">
        <w:rPr>
          <w:rFonts w:asciiTheme="majorBidi" w:hAnsiTheme="majorBidi" w:cstheme="majorBidi"/>
        </w:rPr>
        <w:t xml:space="preserve">, </w:t>
      </w:r>
      <w:r w:rsidR="00555BBE">
        <w:rPr>
          <w:rFonts w:asciiTheme="majorBidi" w:hAnsiTheme="majorBidi" w:cstheme="majorBidi"/>
        </w:rPr>
        <w:t xml:space="preserve">asphaltene </w:t>
      </w:r>
      <w:r w:rsidR="00430062">
        <w:rPr>
          <w:rFonts w:asciiTheme="majorBidi" w:hAnsiTheme="majorBidi" w:cstheme="majorBidi"/>
        </w:rPr>
        <w:t>onset</w:t>
      </w:r>
      <w:r w:rsidRPr="00203DDA">
        <w:rPr>
          <w:rFonts w:asciiTheme="majorBidi" w:hAnsiTheme="majorBidi" w:cstheme="majorBidi"/>
        </w:rPr>
        <w:t xml:space="preserve"> pressures</w:t>
      </w:r>
      <w:r w:rsidR="00555BBE">
        <w:rPr>
          <w:rFonts w:asciiTheme="majorBidi" w:hAnsiTheme="majorBidi" w:cstheme="majorBidi"/>
        </w:rPr>
        <w:t>, and saturation pressure</w:t>
      </w:r>
      <w:r w:rsidRPr="00203DDA">
        <w:rPr>
          <w:rFonts w:asciiTheme="majorBidi" w:hAnsiTheme="majorBidi" w:cstheme="majorBidi"/>
        </w:rPr>
        <w:t xml:space="preserve"> under natural gas injection.</w:t>
      </w:r>
    </w:p>
    <w:p w14:paraId="0AC01517" w14:textId="56918481" w:rsidR="00AA02E7" w:rsidRDefault="00D80B6E" w:rsidP="00AA02E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  <w:r w:rsidR="00AA02E7">
        <w:rPr>
          <w:rFonts w:asciiTheme="majorBidi" w:hAnsiTheme="majorBidi" w:cstheme="majorBidi"/>
        </w:rPr>
        <w:t>Heavy component (C</w:t>
      </w:r>
      <w:r w:rsidR="00AA02E7">
        <w:rPr>
          <w:rFonts w:asciiTheme="majorBidi" w:hAnsiTheme="majorBidi" w:cstheme="majorBidi"/>
          <w:vertAlign w:val="subscript"/>
        </w:rPr>
        <w:t>9</w:t>
      </w:r>
      <w:r w:rsidR="00AA02E7" w:rsidRPr="006C7878">
        <w:rPr>
          <w:rFonts w:asciiTheme="majorBidi" w:hAnsiTheme="majorBidi" w:cstheme="majorBidi"/>
          <w:vertAlign w:val="subscript"/>
        </w:rPr>
        <w:t>+</w:t>
      </w:r>
      <w:r w:rsidR="00AA02E7">
        <w:rPr>
          <w:rFonts w:asciiTheme="majorBidi" w:hAnsiTheme="majorBidi" w:cstheme="majorBidi"/>
        </w:rPr>
        <w:t xml:space="preserve">) properties: </w:t>
      </w:r>
      <w:r w:rsidR="00AA02E7">
        <w:rPr>
          <w:rFonts w:asciiTheme="majorBidi" w:hAnsiTheme="majorBidi" w:cstheme="majorBidi"/>
          <w:color w:val="000000"/>
        </w:rPr>
        <w:t xml:space="preserve">Mw= </w:t>
      </w:r>
      <w:r w:rsidR="00AA02E7" w:rsidRPr="006C7878">
        <w:rPr>
          <w:rFonts w:asciiTheme="majorBidi" w:hAnsiTheme="majorBidi" w:cstheme="majorBidi"/>
          <w:color w:val="000000"/>
        </w:rPr>
        <w:t>197.46</w:t>
      </w:r>
      <w:r w:rsidR="00AA02E7">
        <w:rPr>
          <w:rFonts w:asciiTheme="majorBidi" w:hAnsiTheme="majorBidi" w:cstheme="majorBidi"/>
          <w:color w:val="000000"/>
        </w:rPr>
        <w:t xml:space="preserve"> and density= </w:t>
      </w:r>
      <w:r w:rsidR="00AA02E7" w:rsidRPr="006C7878">
        <w:rPr>
          <w:rFonts w:asciiTheme="majorBidi" w:hAnsiTheme="majorBidi" w:cstheme="majorBidi"/>
          <w:color w:val="000000"/>
        </w:rPr>
        <w:t>51.6048 (</w:t>
      </w:r>
      <w:proofErr w:type="spellStart"/>
      <w:r w:rsidR="00AA02E7" w:rsidRPr="006C7878">
        <w:rPr>
          <w:rFonts w:asciiTheme="majorBidi" w:hAnsiTheme="majorBidi" w:cstheme="majorBidi"/>
          <w:color w:val="000000"/>
        </w:rPr>
        <w:t>lb</w:t>
      </w:r>
      <w:proofErr w:type="spellEnd"/>
      <w:r w:rsidR="00AA02E7" w:rsidRPr="006C7878">
        <w:rPr>
          <w:rFonts w:asciiTheme="majorBidi" w:hAnsiTheme="majorBidi" w:cstheme="majorBidi"/>
          <w:color w:val="000000"/>
        </w:rPr>
        <w:t>/ft^3)</w:t>
      </w:r>
    </w:p>
    <w:p w14:paraId="08F14F63" w14:textId="79409509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S4.1. Molar composition of crude oil sample #4</w:t>
      </w:r>
      <w:r w:rsidR="00430062">
        <w:rPr>
          <w:rFonts w:asciiTheme="majorBidi" w:hAnsiTheme="majorBidi" w:cstheme="majorBidi"/>
        </w:rPr>
        <w:t>.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30062" w:rsidRPr="00203DDA" w14:paraId="54DA024F" w14:textId="77777777" w:rsidTr="00F67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C7F5132" w14:textId="5C0F3994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Component</w:t>
            </w:r>
          </w:p>
        </w:tc>
        <w:tc>
          <w:tcPr>
            <w:tcW w:w="4320" w:type="dxa"/>
          </w:tcPr>
          <w:p w14:paraId="2B5AC8E7" w14:textId="357A7D49" w:rsidR="00430062" w:rsidRPr="00203DDA" w:rsidRDefault="00430062" w:rsidP="004300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Mole %</w:t>
            </w:r>
          </w:p>
        </w:tc>
      </w:tr>
      <w:tr w:rsidR="00430062" w:rsidRPr="00203DDA" w14:paraId="1BFE4AB4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A9779F9" w14:textId="25B22A51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N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302F272A" w14:textId="1D25AD57" w:rsidR="00430062" w:rsidRPr="00203DDA" w:rsidRDefault="00430062" w:rsidP="00430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0.11</w:t>
            </w:r>
          </w:p>
        </w:tc>
      </w:tr>
      <w:tr w:rsidR="00430062" w:rsidRPr="00203DDA" w14:paraId="53DCC57D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584AA12" w14:textId="0CD0C947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CO</w:t>
            </w:r>
            <w:r w:rsidRPr="00E85FD0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4D7D1D60" w14:textId="14CBB4DF" w:rsidR="00430062" w:rsidRPr="00203DDA" w:rsidRDefault="00430062" w:rsidP="00430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2.31</w:t>
            </w:r>
          </w:p>
        </w:tc>
      </w:tr>
      <w:tr w:rsidR="00430062" w:rsidRPr="00203DDA" w14:paraId="73E41F90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7912F8A" w14:textId="57B5A0BE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H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E85FD0">
              <w:rPr>
                <w:rFonts w:asciiTheme="majorBidi" w:hAnsiTheme="majorBidi" w:cstheme="majorBidi"/>
                <w:color w:val="000000"/>
              </w:rPr>
              <w:t>S</w:t>
            </w:r>
          </w:p>
        </w:tc>
        <w:tc>
          <w:tcPr>
            <w:tcW w:w="4320" w:type="dxa"/>
          </w:tcPr>
          <w:p w14:paraId="77D9A6E2" w14:textId="7441C9F9" w:rsidR="00430062" w:rsidRPr="00203DDA" w:rsidRDefault="00430062" w:rsidP="00430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0.65</w:t>
            </w:r>
          </w:p>
        </w:tc>
      </w:tr>
      <w:tr w:rsidR="00430062" w:rsidRPr="00203DDA" w14:paraId="4625106A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19BD412" w14:textId="45223D17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1</w:t>
            </w:r>
          </w:p>
        </w:tc>
        <w:tc>
          <w:tcPr>
            <w:tcW w:w="4320" w:type="dxa"/>
          </w:tcPr>
          <w:p w14:paraId="22237AA7" w14:textId="6B3047FC" w:rsidR="00430062" w:rsidRPr="00203DDA" w:rsidRDefault="00430062" w:rsidP="00430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53.31</w:t>
            </w:r>
          </w:p>
        </w:tc>
      </w:tr>
      <w:tr w:rsidR="00430062" w:rsidRPr="00203DDA" w14:paraId="20E03BE2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6F391BF" w14:textId="475E816E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192AFAB2" w14:textId="5F5737D2" w:rsidR="00430062" w:rsidRPr="00203DDA" w:rsidRDefault="00430062" w:rsidP="00430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6.6</w:t>
            </w:r>
          </w:p>
        </w:tc>
      </w:tr>
      <w:tr w:rsidR="00430062" w:rsidRPr="00203DDA" w14:paraId="522710AA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5660FF0" w14:textId="5915FE02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4320" w:type="dxa"/>
          </w:tcPr>
          <w:p w14:paraId="477E44ED" w14:textId="1662C54E" w:rsidR="00430062" w:rsidRPr="00203DDA" w:rsidRDefault="00430062" w:rsidP="00430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3.91</w:t>
            </w:r>
          </w:p>
        </w:tc>
      </w:tr>
      <w:tr w:rsidR="00430062" w:rsidRPr="00203DDA" w14:paraId="47B2C1D7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FB7180F" w14:textId="0B028963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iC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6E22CA2B" w14:textId="442FC6E3" w:rsidR="00430062" w:rsidRPr="00203DDA" w:rsidRDefault="00430062" w:rsidP="00430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0.66</w:t>
            </w:r>
          </w:p>
        </w:tc>
      </w:tr>
      <w:tr w:rsidR="00430062" w:rsidRPr="00203DDA" w14:paraId="43CC6FF3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FC33670" w14:textId="7B2AC254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nc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6F0C3EA7" w14:textId="43843497" w:rsidR="00430062" w:rsidRPr="00203DDA" w:rsidRDefault="00430062" w:rsidP="00430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1.6</w:t>
            </w:r>
          </w:p>
        </w:tc>
      </w:tr>
      <w:tr w:rsidR="00430062" w:rsidRPr="00203DDA" w14:paraId="7C3CAF93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4EF8AAE" w14:textId="2551B916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iC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44A8010A" w14:textId="7D3966B7" w:rsidR="00430062" w:rsidRPr="00203DDA" w:rsidRDefault="00430062" w:rsidP="00430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0.73</w:t>
            </w:r>
          </w:p>
        </w:tc>
      </w:tr>
      <w:tr w:rsidR="00430062" w:rsidRPr="00203DDA" w14:paraId="143F410E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F289D87" w14:textId="433514CE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nC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14301917" w14:textId="569B7819" w:rsidR="00430062" w:rsidRPr="00203DDA" w:rsidRDefault="00430062" w:rsidP="00430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1.06</w:t>
            </w:r>
          </w:p>
        </w:tc>
      </w:tr>
      <w:tr w:rsidR="00430062" w:rsidRPr="00203DDA" w14:paraId="2CACCA97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9AF6451" w14:textId="37FA6DB0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4320" w:type="dxa"/>
          </w:tcPr>
          <w:p w14:paraId="38A8540A" w14:textId="75887BFC" w:rsidR="00430062" w:rsidRPr="00203DDA" w:rsidRDefault="00430062" w:rsidP="00430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2.95</w:t>
            </w:r>
          </w:p>
        </w:tc>
      </w:tr>
      <w:tr w:rsidR="00430062" w:rsidRPr="00203DDA" w14:paraId="3A3023F1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BE4DD37" w14:textId="55D75DAC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4320" w:type="dxa"/>
          </w:tcPr>
          <w:p w14:paraId="1607896F" w14:textId="7BE78F3A" w:rsidR="00430062" w:rsidRPr="00203DDA" w:rsidRDefault="00430062" w:rsidP="00430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3.3</w:t>
            </w:r>
          </w:p>
        </w:tc>
      </w:tr>
      <w:tr w:rsidR="00430062" w:rsidRPr="00203DDA" w14:paraId="53632257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3DFAC5D" w14:textId="1875C50B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</w:p>
        </w:tc>
        <w:tc>
          <w:tcPr>
            <w:tcW w:w="4320" w:type="dxa"/>
          </w:tcPr>
          <w:p w14:paraId="16E4677F" w14:textId="35E94DCC" w:rsidR="00430062" w:rsidRPr="00203DDA" w:rsidRDefault="00430062" w:rsidP="00430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2.85</w:t>
            </w:r>
          </w:p>
        </w:tc>
      </w:tr>
      <w:tr w:rsidR="00430062" w:rsidRPr="00203DDA" w14:paraId="60B0C91B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D294E15" w14:textId="70559627" w:rsidR="00430062" w:rsidRPr="00203DDA" w:rsidRDefault="00430062" w:rsidP="00430062">
            <w:pPr>
              <w:jc w:val="center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  <w:color w:val="000000"/>
              </w:rPr>
              <w:t>C</w:t>
            </w:r>
            <w:r w:rsidRPr="00E85FD0">
              <w:rPr>
                <w:rFonts w:asciiTheme="majorBidi" w:hAnsiTheme="majorBidi" w:cstheme="majorBidi"/>
                <w:color w:val="000000"/>
                <w:vertAlign w:val="subscript"/>
              </w:rPr>
              <w:t>9+</w:t>
            </w:r>
          </w:p>
        </w:tc>
        <w:tc>
          <w:tcPr>
            <w:tcW w:w="4320" w:type="dxa"/>
          </w:tcPr>
          <w:p w14:paraId="54A53360" w14:textId="0AC902B1" w:rsidR="00430062" w:rsidRPr="00203DDA" w:rsidRDefault="00430062" w:rsidP="00430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85FD0">
              <w:rPr>
                <w:rFonts w:asciiTheme="majorBidi" w:hAnsiTheme="majorBidi" w:cstheme="majorBidi"/>
              </w:rPr>
              <w:t>19.96</w:t>
            </w:r>
          </w:p>
        </w:tc>
      </w:tr>
    </w:tbl>
    <w:p w14:paraId="36FEFC33" w14:textId="77777777" w:rsidR="00E86DC8" w:rsidRDefault="00E86DC8">
      <w:pPr>
        <w:rPr>
          <w:rFonts w:asciiTheme="majorBidi" w:hAnsiTheme="majorBidi" w:cstheme="majorBidi"/>
        </w:rPr>
      </w:pPr>
    </w:p>
    <w:p w14:paraId="79200BD6" w14:textId="15068A94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S4.2. Injected gas composition</w:t>
      </w:r>
      <w:r w:rsidR="00555BBE">
        <w:rPr>
          <w:rFonts w:asciiTheme="majorBidi" w:hAnsiTheme="majorBidi" w:cstheme="majorBidi"/>
        </w:rPr>
        <w:t>.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5322A" w:rsidRPr="00203DDA" w14:paraId="07022A8B" w14:textId="77777777" w:rsidTr="00F67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D731AAF" w14:textId="77777777" w:rsidR="00D5322A" w:rsidRPr="00203DDA" w:rsidRDefault="0033157A" w:rsidP="0067203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Component</w:t>
            </w:r>
          </w:p>
        </w:tc>
        <w:tc>
          <w:tcPr>
            <w:tcW w:w="4320" w:type="dxa"/>
          </w:tcPr>
          <w:p w14:paraId="23D394DA" w14:textId="77777777" w:rsidR="00D5322A" w:rsidRPr="00203DDA" w:rsidRDefault="0033157A" w:rsidP="00672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Mole %</w:t>
            </w:r>
          </w:p>
        </w:tc>
      </w:tr>
      <w:tr w:rsidR="00672038" w:rsidRPr="00203DDA" w14:paraId="225F2E67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926C493" w14:textId="77A2C090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N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5F503070" w14:textId="6F6A9B1C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0.2</w:t>
            </w:r>
          </w:p>
        </w:tc>
      </w:tr>
      <w:tr w:rsidR="00672038" w:rsidRPr="00203DDA" w14:paraId="2CAB9BAB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883E69B" w14:textId="7941F60D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CO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3732A333" w14:textId="16070779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3.06</w:t>
            </w:r>
          </w:p>
        </w:tc>
      </w:tr>
      <w:tr w:rsidR="00672038" w:rsidRPr="00203DDA" w14:paraId="5473C0E3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E7FB52E" w14:textId="3E33CD46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H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672038">
              <w:rPr>
                <w:rFonts w:asciiTheme="majorBidi" w:hAnsiTheme="majorBidi" w:cstheme="majorBidi"/>
                <w:color w:val="000000"/>
              </w:rPr>
              <w:t>S</w:t>
            </w:r>
          </w:p>
        </w:tc>
        <w:tc>
          <w:tcPr>
            <w:tcW w:w="4320" w:type="dxa"/>
          </w:tcPr>
          <w:p w14:paraId="1456792F" w14:textId="6E11204F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0.92</w:t>
            </w:r>
          </w:p>
        </w:tc>
      </w:tr>
      <w:tr w:rsidR="00672038" w:rsidRPr="00203DDA" w14:paraId="44FCA985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7BBA2DF" w14:textId="377C6940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</w:t>
            </w:r>
          </w:p>
        </w:tc>
        <w:tc>
          <w:tcPr>
            <w:tcW w:w="4320" w:type="dxa"/>
          </w:tcPr>
          <w:p w14:paraId="7464401E" w14:textId="073C6D06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79.63</w:t>
            </w:r>
          </w:p>
        </w:tc>
      </w:tr>
      <w:tr w:rsidR="00672038" w:rsidRPr="00203DDA" w14:paraId="1743769B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C003F71" w14:textId="126680D1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208E89A6" w14:textId="24539541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7.55</w:t>
            </w:r>
          </w:p>
        </w:tc>
      </w:tr>
      <w:tr w:rsidR="00672038" w:rsidRPr="00203DDA" w14:paraId="1556E836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229CEDC" w14:textId="2CCF3755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4320" w:type="dxa"/>
          </w:tcPr>
          <w:p w14:paraId="68F18A63" w14:textId="70674FA5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4.57</w:t>
            </w:r>
          </w:p>
        </w:tc>
      </w:tr>
      <w:tr w:rsidR="00672038" w:rsidRPr="00203DDA" w14:paraId="03B3F141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21716D7" w14:textId="08ECD4F4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iC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0AD40AEE" w14:textId="52A51726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0.74</w:t>
            </w:r>
          </w:p>
        </w:tc>
      </w:tr>
      <w:tr w:rsidR="00672038" w:rsidRPr="00203DDA" w14:paraId="3507538C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93B0535" w14:textId="1F0191E2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nc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58439DBD" w14:textId="163CEA06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1.57</w:t>
            </w:r>
          </w:p>
        </w:tc>
      </w:tr>
      <w:tr w:rsidR="00672038" w:rsidRPr="00203DDA" w14:paraId="4426E88F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51CED4F" w14:textId="799E7F79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iC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71C8EC87" w14:textId="579FFC42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0.49</w:t>
            </w:r>
          </w:p>
        </w:tc>
      </w:tr>
      <w:tr w:rsidR="00672038" w:rsidRPr="00203DDA" w14:paraId="40DF49FB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3B496FC" w14:textId="44449923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nC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6210FDA3" w14:textId="0394EF1A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0.58</w:t>
            </w:r>
          </w:p>
        </w:tc>
      </w:tr>
      <w:tr w:rsidR="00672038" w:rsidRPr="00203DDA" w14:paraId="30C28208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125EE03" w14:textId="7BD6B227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4320" w:type="dxa"/>
          </w:tcPr>
          <w:p w14:paraId="3728BC09" w14:textId="4897A154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0.38</w:t>
            </w:r>
          </w:p>
        </w:tc>
      </w:tr>
      <w:tr w:rsidR="00672038" w:rsidRPr="00203DDA" w14:paraId="51FBCF0E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10341CD" w14:textId="4B977A13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4320" w:type="dxa"/>
          </w:tcPr>
          <w:p w14:paraId="65002798" w14:textId="775B54F0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0.24</w:t>
            </w:r>
          </w:p>
        </w:tc>
      </w:tr>
      <w:tr w:rsidR="00672038" w:rsidRPr="00203DDA" w14:paraId="0FCD7802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44327F3" w14:textId="0D34E083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</w:p>
        </w:tc>
        <w:tc>
          <w:tcPr>
            <w:tcW w:w="4320" w:type="dxa"/>
          </w:tcPr>
          <w:p w14:paraId="5F606347" w14:textId="4DC856E3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0.05</w:t>
            </w:r>
          </w:p>
        </w:tc>
      </w:tr>
      <w:tr w:rsidR="00672038" w:rsidRPr="00203DDA" w14:paraId="763F2BE3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88196B4" w14:textId="12AEDB97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</w:p>
        </w:tc>
        <w:tc>
          <w:tcPr>
            <w:tcW w:w="4320" w:type="dxa"/>
          </w:tcPr>
          <w:p w14:paraId="7E7F5725" w14:textId="5EE9D3D5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0.02</w:t>
            </w:r>
          </w:p>
        </w:tc>
      </w:tr>
    </w:tbl>
    <w:p w14:paraId="6CD9FCD4" w14:textId="77777777" w:rsidR="00E86DC8" w:rsidRDefault="00E86DC8">
      <w:pPr>
        <w:rPr>
          <w:rFonts w:asciiTheme="majorBidi" w:hAnsiTheme="majorBidi" w:cstheme="majorBidi"/>
        </w:rPr>
      </w:pPr>
    </w:p>
    <w:p w14:paraId="0887B194" w14:textId="77777777" w:rsidR="00E86DC8" w:rsidRDefault="00E86DC8">
      <w:pPr>
        <w:rPr>
          <w:rFonts w:asciiTheme="majorBidi" w:hAnsiTheme="majorBidi" w:cstheme="majorBidi"/>
        </w:rPr>
      </w:pPr>
    </w:p>
    <w:p w14:paraId="1486FBDF" w14:textId="77777777" w:rsidR="00E86DC8" w:rsidRDefault="00E86DC8">
      <w:pPr>
        <w:rPr>
          <w:rFonts w:asciiTheme="majorBidi" w:hAnsiTheme="majorBidi" w:cstheme="majorBidi"/>
        </w:rPr>
      </w:pPr>
    </w:p>
    <w:p w14:paraId="5F47F2F1" w14:textId="77777777" w:rsidR="00E86DC8" w:rsidRDefault="00E86DC8">
      <w:pPr>
        <w:rPr>
          <w:rFonts w:asciiTheme="majorBidi" w:hAnsiTheme="majorBidi" w:cstheme="majorBidi"/>
        </w:rPr>
      </w:pPr>
    </w:p>
    <w:p w14:paraId="708390A2" w14:textId="19795894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lastRenderedPageBreak/>
        <w:t>Table S4.3. Pressure points under NG injection</w:t>
      </w:r>
      <w:r w:rsidR="00672038">
        <w:rPr>
          <w:rFonts w:asciiTheme="majorBidi" w:hAnsiTheme="majorBidi" w:cstheme="majorBidi"/>
        </w:rPr>
        <w:t>.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72038" w:rsidRPr="00203DDA" w14:paraId="148F4C19" w14:textId="77777777" w:rsidTr="00F67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DC13D30" w14:textId="000299A9" w:rsidR="00672038" w:rsidRPr="00203DDA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 xml:space="preserve">%NG </w:t>
            </w:r>
            <w:proofErr w:type="spellStart"/>
            <w:r w:rsidRPr="00203DDA">
              <w:rPr>
                <w:rFonts w:asciiTheme="majorBidi" w:hAnsiTheme="majorBidi" w:cstheme="majorBidi"/>
              </w:rPr>
              <w:t>inj</w:t>
            </w:r>
            <w:proofErr w:type="spellEnd"/>
          </w:p>
        </w:tc>
        <w:tc>
          <w:tcPr>
            <w:tcW w:w="2160" w:type="dxa"/>
          </w:tcPr>
          <w:p w14:paraId="1AC6A5C2" w14:textId="62E6FDB0" w:rsidR="00672038" w:rsidRPr="00203DDA" w:rsidRDefault="00672038" w:rsidP="00672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UAOP (psi)</w:t>
            </w:r>
          </w:p>
        </w:tc>
        <w:tc>
          <w:tcPr>
            <w:tcW w:w="2160" w:type="dxa"/>
          </w:tcPr>
          <w:p w14:paraId="3D05D81A" w14:textId="566E1663" w:rsidR="00672038" w:rsidRPr="00203DDA" w:rsidRDefault="00672038" w:rsidP="00672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SATP (psi)</w:t>
            </w:r>
          </w:p>
        </w:tc>
        <w:tc>
          <w:tcPr>
            <w:tcW w:w="2160" w:type="dxa"/>
          </w:tcPr>
          <w:p w14:paraId="025089B9" w14:textId="78ADC259" w:rsidR="00672038" w:rsidRPr="00203DDA" w:rsidRDefault="00672038" w:rsidP="00672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LAOP (psi)</w:t>
            </w:r>
          </w:p>
        </w:tc>
      </w:tr>
      <w:tr w:rsidR="00672038" w:rsidRPr="00203DDA" w14:paraId="637A14FE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46E58D" w14:textId="7ECD9D5E" w:rsidR="00672038" w:rsidRPr="00203DDA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160" w:type="dxa"/>
          </w:tcPr>
          <w:p w14:paraId="794153D2" w14:textId="529F3B94" w:rsidR="00672038" w:rsidRPr="00203DDA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8000</w:t>
            </w:r>
          </w:p>
        </w:tc>
        <w:tc>
          <w:tcPr>
            <w:tcW w:w="2160" w:type="dxa"/>
          </w:tcPr>
          <w:p w14:paraId="4F593466" w14:textId="585DBF69" w:rsidR="00672038" w:rsidRPr="00203DDA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4700</w:t>
            </w:r>
          </w:p>
        </w:tc>
        <w:tc>
          <w:tcPr>
            <w:tcW w:w="2160" w:type="dxa"/>
          </w:tcPr>
          <w:p w14:paraId="58672329" w14:textId="24403C62" w:rsidR="00672038" w:rsidRPr="00203DDA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3400</w:t>
            </w:r>
          </w:p>
        </w:tc>
      </w:tr>
      <w:tr w:rsidR="00672038" w:rsidRPr="00203DDA" w14:paraId="38FD4225" w14:textId="77777777" w:rsidTr="00F6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C501464" w14:textId="311B091A" w:rsidR="00672038" w:rsidRPr="00203DDA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160" w:type="dxa"/>
          </w:tcPr>
          <w:p w14:paraId="6FDC3431" w14:textId="41BD7328" w:rsidR="00672038" w:rsidRPr="00203DDA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9500</w:t>
            </w:r>
          </w:p>
        </w:tc>
        <w:tc>
          <w:tcPr>
            <w:tcW w:w="2160" w:type="dxa"/>
          </w:tcPr>
          <w:p w14:paraId="140FA5D1" w14:textId="1F850B1E" w:rsidR="00672038" w:rsidRPr="00203DDA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5300</w:t>
            </w:r>
          </w:p>
        </w:tc>
        <w:tc>
          <w:tcPr>
            <w:tcW w:w="2160" w:type="dxa"/>
          </w:tcPr>
          <w:p w14:paraId="5D843288" w14:textId="2C3BFAC2" w:rsidR="00672038" w:rsidRPr="00203DDA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320</w:t>
            </w:r>
          </w:p>
        </w:tc>
      </w:tr>
      <w:tr w:rsidR="00672038" w:rsidRPr="00203DDA" w14:paraId="1CB130E3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A19667D" w14:textId="7538E5B6" w:rsidR="00672038" w:rsidRPr="00203DDA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2160" w:type="dxa"/>
          </w:tcPr>
          <w:p w14:paraId="2465D69B" w14:textId="3DD89460" w:rsidR="00672038" w:rsidRPr="00203DDA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11000</w:t>
            </w:r>
          </w:p>
        </w:tc>
        <w:tc>
          <w:tcPr>
            <w:tcW w:w="2160" w:type="dxa"/>
          </w:tcPr>
          <w:p w14:paraId="6D308539" w14:textId="4E084DEC" w:rsidR="00672038" w:rsidRPr="00203DDA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6380</w:t>
            </w:r>
          </w:p>
        </w:tc>
        <w:tc>
          <w:tcPr>
            <w:tcW w:w="2160" w:type="dxa"/>
          </w:tcPr>
          <w:p w14:paraId="66DF5D55" w14:textId="37590563" w:rsidR="00672038" w:rsidRPr="00203DDA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3100</w:t>
            </w:r>
          </w:p>
        </w:tc>
      </w:tr>
    </w:tbl>
    <w:p w14:paraId="71AD0C2C" w14:textId="77777777" w:rsidR="006C7878" w:rsidRDefault="006C7878">
      <w:pPr>
        <w:rPr>
          <w:rFonts w:asciiTheme="majorBidi" w:hAnsiTheme="majorBidi" w:cstheme="majorBidi"/>
        </w:rPr>
      </w:pPr>
    </w:p>
    <w:p w14:paraId="4D326D27" w14:textId="77777777" w:rsidR="006C7878" w:rsidRDefault="006C7878">
      <w:pPr>
        <w:rPr>
          <w:rFonts w:asciiTheme="majorBidi" w:hAnsiTheme="majorBidi" w:cstheme="majorBidi"/>
        </w:rPr>
      </w:pPr>
    </w:p>
    <w:p w14:paraId="54AD3F2B" w14:textId="16B8DE3C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S4.4. Reservoir properties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5322A" w:rsidRPr="00203DDA" w14:paraId="6DA1F030" w14:textId="77777777" w:rsidTr="00F67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55D3222" w14:textId="77777777" w:rsidR="00D5322A" w:rsidRPr="00203DDA" w:rsidRDefault="0033157A" w:rsidP="0067203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GOR (</w:t>
            </w:r>
            <w:proofErr w:type="spellStart"/>
            <w:r w:rsidRPr="00203DDA">
              <w:rPr>
                <w:rFonts w:asciiTheme="majorBidi" w:hAnsiTheme="majorBidi" w:cstheme="majorBidi"/>
              </w:rPr>
              <w:t>scf</w:t>
            </w:r>
            <w:proofErr w:type="spellEnd"/>
            <w:r w:rsidRPr="00203DDA">
              <w:rPr>
                <w:rFonts w:asciiTheme="majorBidi" w:hAnsiTheme="majorBidi" w:cstheme="majorBidi"/>
              </w:rPr>
              <w:t>/</w:t>
            </w:r>
            <w:proofErr w:type="spellStart"/>
            <w:r w:rsidRPr="00203DDA">
              <w:rPr>
                <w:rFonts w:asciiTheme="majorBidi" w:hAnsiTheme="majorBidi" w:cstheme="majorBidi"/>
              </w:rPr>
              <w:t>stb</w:t>
            </w:r>
            <w:proofErr w:type="spellEnd"/>
            <w:r w:rsidRPr="00203DDA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160" w:type="dxa"/>
          </w:tcPr>
          <w:p w14:paraId="33591034" w14:textId="77777777" w:rsidR="00D5322A" w:rsidRPr="00203DDA" w:rsidRDefault="0033157A" w:rsidP="00672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Pb (psi)</w:t>
            </w:r>
          </w:p>
        </w:tc>
        <w:tc>
          <w:tcPr>
            <w:tcW w:w="2160" w:type="dxa"/>
          </w:tcPr>
          <w:p w14:paraId="7ACF6A29" w14:textId="29DCD29F" w:rsidR="00D5322A" w:rsidRPr="00203DDA" w:rsidRDefault="0033157A" w:rsidP="00672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03DDA">
              <w:rPr>
                <w:rFonts w:asciiTheme="majorBidi" w:hAnsiTheme="majorBidi" w:cstheme="majorBidi"/>
              </w:rPr>
              <w:t>P</w:t>
            </w:r>
            <w:r w:rsidR="00555BBE">
              <w:rPr>
                <w:rFonts w:asciiTheme="majorBidi" w:hAnsiTheme="majorBidi" w:cstheme="majorBidi"/>
              </w:rPr>
              <w:t>R</w:t>
            </w:r>
            <w:r w:rsidRPr="00203DDA">
              <w:rPr>
                <w:rFonts w:asciiTheme="majorBidi" w:hAnsiTheme="majorBidi" w:cstheme="majorBidi"/>
              </w:rPr>
              <w:t>es</w:t>
            </w:r>
            <w:proofErr w:type="spellEnd"/>
            <w:r w:rsidRPr="00203DDA">
              <w:rPr>
                <w:rFonts w:asciiTheme="majorBidi" w:hAnsiTheme="majorBidi" w:cstheme="majorBidi"/>
              </w:rPr>
              <w:t xml:space="preserve"> (psi)</w:t>
            </w:r>
          </w:p>
        </w:tc>
        <w:tc>
          <w:tcPr>
            <w:tcW w:w="2160" w:type="dxa"/>
          </w:tcPr>
          <w:p w14:paraId="0228ADD8" w14:textId="7C6A424C" w:rsidR="00D5322A" w:rsidRPr="00203DDA" w:rsidRDefault="0033157A" w:rsidP="00672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03DDA">
              <w:rPr>
                <w:rFonts w:asciiTheme="majorBidi" w:hAnsiTheme="majorBidi" w:cstheme="majorBidi"/>
              </w:rPr>
              <w:t>T</w:t>
            </w:r>
            <w:r w:rsidR="00555BBE">
              <w:rPr>
                <w:rFonts w:asciiTheme="majorBidi" w:hAnsiTheme="majorBidi" w:cstheme="majorBidi"/>
              </w:rPr>
              <w:t>R</w:t>
            </w:r>
            <w:r w:rsidRPr="00203DDA">
              <w:rPr>
                <w:rFonts w:asciiTheme="majorBidi" w:hAnsiTheme="majorBidi" w:cstheme="majorBidi"/>
              </w:rPr>
              <w:t>es</w:t>
            </w:r>
            <w:proofErr w:type="spellEnd"/>
            <w:r w:rsidRPr="00203DDA">
              <w:rPr>
                <w:rFonts w:asciiTheme="majorBidi" w:hAnsiTheme="majorBidi" w:cstheme="majorBidi"/>
              </w:rPr>
              <w:t xml:space="preserve"> (F)</w:t>
            </w:r>
          </w:p>
        </w:tc>
      </w:tr>
      <w:tr w:rsidR="00D5322A" w:rsidRPr="00203DDA" w14:paraId="195562D7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8884E88" w14:textId="77777777" w:rsidR="00D5322A" w:rsidRPr="00203DDA" w:rsidRDefault="0033157A" w:rsidP="00672038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1650</w:t>
            </w:r>
          </w:p>
        </w:tc>
        <w:tc>
          <w:tcPr>
            <w:tcW w:w="2160" w:type="dxa"/>
          </w:tcPr>
          <w:p w14:paraId="2039BA4F" w14:textId="77777777" w:rsidR="00D5322A" w:rsidRPr="00203DDA" w:rsidRDefault="0033157A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4700</w:t>
            </w:r>
          </w:p>
        </w:tc>
        <w:tc>
          <w:tcPr>
            <w:tcW w:w="2160" w:type="dxa"/>
          </w:tcPr>
          <w:p w14:paraId="61AD28C3" w14:textId="77777777" w:rsidR="00D5322A" w:rsidRPr="00203DDA" w:rsidRDefault="0033157A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10000</w:t>
            </w:r>
          </w:p>
        </w:tc>
        <w:tc>
          <w:tcPr>
            <w:tcW w:w="2160" w:type="dxa"/>
          </w:tcPr>
          <w:p w14:paraId="4B01A64B" w14:textId="77777777" w:rsidR="00D5322A" w:rsidRPr="00203DDA" w:rsidRDefault="0033157A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289.4</w:t>
            </w:r>
          </w:p>
        </w:tc>
      </w:tr>
    </w:tbl>
    <w:p w14:paraId="60C38CF3" w14:textId="77777777" w:rsidR="00672038" w:rsidRDefault="00672038">
      <w:pPr>
        <w:rPr>
          <w:rFonts w:asciiTheme="majorBidi" w:hAnsiTheme="majorBidi" w:cstheme="majorBidi"/>
        </w:rPr>
      </w:pPr>
    </w:p>
    <w:p w14:paraId="7BBD928A" w14:textId="38C10AAE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S4.5. SARA analysis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55BBE" w:rsidRPr="00203DDA" w14:paraId="2A97A9F8" w14:textId="77777777" w:rsidTr="00F67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57B4057" w14:textId="083EC50D" w:rsidR="00555BBE" w:rsidRPr="00203DDA" w:rsidRDefault="00555BBE" w:rsidP="00555BBE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Saturate</w:t>
            </w:r>
          </w:p>
        </w:tc>
        <w:tc>
          <w:tcPr>
            <w:tcW w:w="2160" w:type="dxa"/>
          </w:tcPr>
          <w:p w14:paraId="08BF241F" w14:textId="1E93C5E8" w:rsidR="00555BBE" w:rsidRPr="00203DDA" w:rsidRDefault="00555BBE" w:rsidP="00555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Aromatic</w:t>
            </w:r>
          </w:p>
        </w:tc>
        <w:tc>
          <w:tcPr>
            <w:tcW w:w="2160" w:type="dxa"/>
          </w:tcPr>
          <w:p w14:paraId="06FA13D2" w14:textId="1D247C6C" w:rsidR="00555BBE" w:rsidRPr="00203DDA" w:rsidRDefault="00555BBE" w:rsidP="00555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Resin</w:t>
            </w:r>
          </w:p>
        </w:tc>
        <w:tc>
          <w:tcPr>
            <w:tcW w:w="2160" w:type="dxa"/>
          </w:tcPr>
          <w:p w14:paraId="32ABC06E" w14:textId="4BB201C1" w:rsidR="00555BBE" w:rsidRPr="00203DDA" w:rsidRDefault="00555BBE" w:rsidP="00555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Asphaltene</w:t>
            </w:r>
          </w:p>
        </w:tc>
      </w:tr>
      <w:tr w:rsidR="00555BBE" w:rsidRPr="00203DDA" w14:paraId="3F55CC16" w14:textId="77777777" w:rsidTr="00F6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8115484" w14:textId="6B1A4A4E" w:rsidR="00555BBE" w:rsidRPr="00203DDA" w:rsidRDefault="00555BBE" w:rsidP="00555BBE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74.2</w:t>
            </w:r>
          </w:p>
        </w:tc>
        <w:tc>
          <w:tcPr>
            <w:tcW w:w="2160" w:type="dxa"/>
          </w:tcPr>
          <w:p w14:paraId="5C10761D" w14:textId="261C06D0" w:rsidR="00555BBE" w:rsidRPr="00203DDA" w:rsidRDefault="00555BBE" w:rsidP="00555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20.78</w:t>
            </w:r>
          </w:p>
        </w:tc>
        <w:tc>
          <w:tcPr>
            <w:tcW w:w="2160" w:type="dxa"/>
          </w:tcPr>
          <w:p w14:paraId="5084948A" w14:textId="1BC5F66E" w:rsidR="00555BBE" w:rsidRPr="00203DDA" w:rsidRDefault="00555BBE" w:rsidP="00555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3.87</w:t>
            </w:r>
          </w:p>
        </w:tc>
        <w:tc>
          <w:tcPr>
            <w:tcW w:w="2160" w:type="dxa"/>
          </w:tcPr>
          <w:p w14:paraId="17604E30" w14:textId="42D71670" w:rsidR="00555BBE" w:rsidRPr="00203DDA" w:rsidRDefault="00555BBE" w:rsidP="00555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1.15</w:t>
            </w:r>
          </w:p>
        </w:tc>
      </w:tr>
    </w:tbl>
    <w:p w14:paraId="598350AA" w14:textId="77777777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br w:type="page"/>
      </w:r>
    </w:p>
    <w:p w14:paraId="1DBA8072" w14:textId="77777777" w:rsidR="00D5322A" w:rsidRPr="00203DDA" w:rsidRDefault="0033157A">
      <w:pPr>
        <w:pStyle w:val="Heading1"/>
        <w:rPr>
          <w:rFonts w:asciiTheme="majorBidi" w:hAnsiTheme="majorBidi"/>
        </w:rPr>
      </w:pPr>
      <w:r w:rsidRPr="00203DDA">
        <w:rPr>
          <w:rFonts w:asciiTheme="majorBidi" w:hAnsiTheme="majorBidi"/>
        </w:rPr>
        <w:lastRenderedPageBreak/>
        <w:t>Oil #5</w:t>
      </w:r>
    </w:p>
    <w:p w14:paraId="16DE6477" w14:textId="51057DCF" w:rsidR="00D5322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 xml:space="preserve">This sample includes molar composition, injected gas composition, reservoir properties, </w:t>
      </w:r>
      <w:r w:rsidR="00555BBE">
        <w:rPr>
          <w:rFonts w:asciiTheme="majorBidi" w:hAnsiTheme="majorBidi" w:cstheme="majorBidi"/>
        </w:rPr>
        <w:t>upper asphaltene onset</w:t>
      </w:r>
      <w:r w:rsidR="00555BBE" w:rsidRPr="00203DDA">
        <w:rPr>
          <w:rFonts w:asciiTheme="majorBidi" w:hAnsiTheme="majorBidi" w:cstheme="majorBidi"/>
        </w:rPr>
        <w:t xml:space="preserve"> pressure</w:t>
      </w:r>
      <w:r w:rsidR="00555BBE">
        <w:rPr>
          <w:rFonts w:asciiTheme="majorBidi" w:hAnsiTheme="majorBidi" w:cstheme="majorBidi"/>
        </w:rPr>
        <w:t>, and saturation pressure</w:t>
      </w:r>
      <w:r w:rsidR="00555BBE" w:rsidRPr="00203DDA">
        <w:rPr>
          <w:rFonts w:asciiTheme="majorBidi" w:hAnsiTheme="majorBidi" w:cstheme="majorBidi"/>
        </w:rPr>
        <w:t xml:space="preserve"> </w:t>
      </w:r>
      <w:r w:rsidRPr="00203DDA">
        <w:rPr>
          <w:rFonts w:asciiTheme="majorBidi" w:hAnsiTheme="majorBidi" w:cstheme="majorBidi"/>
        </w:rPr>
        <w:t>under natural gas injection.</w:t>
      </w:r>
    </w:p>
    <w:p w14:paraId="605488E8" w14:textId="3AAD520A" w:rsidR="006C7878" w:rsidRPr="00203DDA" w:rsidRDefault="00D80B6E" w:rsidP="00D31EC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  <w:r w:rsidR="00D31EC7">
        <w:rPr>
          <w:rFonts w:asciiTheme="majorBidi" w:hAnsiTheme="majorBidi" w:cstheme="majorBidi"/>
        </w:rPr>
        <w:t>Heavy component (C</w:t>
      </w:r>
      <w:r w:rsidR="00D31EC7">
        <w:rPr>
          <w:rFonts w:asciiTheme="majorBidi" w:hAnsiTheme="majorBidi" w:cstheme="majorBidi"/>
          <w:vertAlign w:val="subscript"/>
        </w:rPr>
        <w:t>20</w:t>
      </w:r>
      <w:r w:rsidR="00D31EC7" w:rsidRPr="006C7878">
        <w:rPr>
          <w:rFonts w:asciiTheme="majorBidi" w:hAnsiTheme="majorBidi" w:cstheme="majorBidi"/>
          <w:vertAlign w:val="subscript"/>
        </w:rPr>
        <w:t>+</w:t>
      </w:r>
      <w:r w:rsidR="00D31EC7">
        <w:rPr>
          <w:rFonts w:asciiTheme="majorBidi" w:hAnsiTheme="majorBidi" w:cstheme="majorBidi"/>
        </w:rPr>
        <w:t xml:space="preserve">) properties: </w:t>
      </w:r>
      <w:r w:rsidR="00D31EC7">
        <w:rPr>
          <w:rFonts w:asciiTheme="majorBidi" w:hAnsiTheme="majorBidi" w:cstheme="majorBidi"/>
          <w:color w:val="000000"/>
        </w:rPr>
        <w:t xml:space="preserve">Mw= 444.98 and density= </w:t>
      </w:r>
      <w:r w:rsidR="00D31EC7" w:rsidRPr="006C7878">
        <w:rPr>
          <w:rFonts w:asciiTheme="majorBidi" w:hAnsiTheme="majorBidi" w:cstheme="majorBidi"/>
          <w:color w:val="000000"/>
        </w:rPr>
        <w:t>5</w:t>
      </w:r>
      <w:r w:rsidR="00D31EC7">
        <w:rPr>
          <w:rFonts w:asciiTheme="majorBidi" w:hAnsiTheme="majorBidi" w:cstheme="majorBidi"/>
          <w:color w:val="000000"/>
        </w:rPr>
        <w:t>7</w:t>
      </w:r>
      <w:r w:rsidR="00D31EC7" w:rsidRPr="006C7878">
        <w:rPr>
          <w:rFonts w:asciiTheme="majorBidi" w:hAnsiTheme="majorBidi" w:cstheme="majorBidi"/>
          <w:color w:val="000000"/>
        </w:rPr>
        <w:t>.</w:t>
      </w:r>
      <w:r w:rsidR="00D31EC7">
        <w:rPr>
          <w:rFonts w:asciiTheme="majorBidi" w:hAnsiTheme="majorBidi" w:cstheme="majorBidi"/>
          <w:color w:val="000000"/>
        </w:rPr>
        <w:t>97</w:t>
      </w:r>
      <w:r w:rsidR="00D31EC7" w:rsidRPr="006C7878">
        <w:rPr>
          <w:rFonts w:asciiTheme="majorBidi" w:hAnsiTheme="majorBidi" w:cstheme="majorBidi"/>
          <w:color w:val="000000"/>
        </w:rPr>
        <w:t xml:space="preserve"> (</w:t>
      </w:r>
      <w:proofErr w:type="spellStart"/>
      <w:r w:rsidR="00D31EC7" w:rsidRPr="006C7878">
        <w:rPr>
          <w:rFonts w:asciiTheme="majorBidi" w:hAnsiTheme="majorBidi" w:cstheme="majorBidi"/>
          <w:color w:val="000000"/>
        </w:rPr>
        <w:t>lb</w:t>
      </w:r>
      <w:proofErr w:type="spellEnd"/>
      <w:r w:rsidR="00D31EC7" w:rsidRPr="006C7878">
        <w:rPr>
          <w:rFonts w:asciiTheme="majorBidi" w:hAnsiTheme="majorBidi" w:cstheme="majorBidi"/>
          <w:color w:val="000000"/>
        </w:rPr>
        <w:t>/ft^3)</w:t>
      </w:r>
    </w:p>
    <w:p w14:paraId="6CC0F4E8" w14:textId="5AB847D0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S5.1. Molar composition of crude oil sample #5</w:t>
      </w:r>
      <w:r w:rsidR="00555BBE">
        <w:rPr>
          <w:rFonts w:asciiTheme="majorBidi" w:hAnsiTheme="majorBidi" w:cstheme="majorBidi"/>
        </w:rPr>
        <w:t>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5322A" w:rsidRPr="00203DDA" w14:paraId="30DA0480" w14:textId="77777777" w:rsidTr="00442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18053A7" w14:textId="77777777" w:rsidR="00D5322A" w:rsidRPr="00672038" w:rsidRDefault="0033157A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</w:rPr>
              <w:t>Component</w:t>
            </w:r>
          </w:p>
        </w:tc>
        <w:tc>
          <w:tcPr>
            <w:tcW w:w="4320" w:type="dxa"/>
          </w:tcPr>
          <w:p w14:paraId="731612BE" w14:textId="77777777" w:rsidR="00D5322A" w:rsidRPr="00672038" w:rsidRDefault="0033157A" w:rsidP="00672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</w:rPr>
              <w:t>Mole %</w:t>
            </w:r>
          </w:p>
        </w:tc>
      </w:tr>
      <w:tr w:rsidR="00672038" w:rsidRPr="00203DDA" w14:paraId="35D3EF2E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6EB778B" w14:textId="54E9708E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N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0255EF8F" w14:textId="1C30DF73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0.39</w:t>
            </w:r>
          </w:p>
        </w:tc>
      </w:tr>
      <w:tr w:rsidR="00672038" w:rsidRPr="00203DDA" w14:paraId="28B1B3D6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E8B9454" w14:textId="619972E7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CO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6BC6121C" w14:textId="03B5F31D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0.84</w:t>
            </w:r>
          </w:p>
        </w:tc>
      </w:tr>
      <w:tr w:rsidR="00672038" w:rsidRPr="00203DDA" w14:paraId="363B9C40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44CCF5D" w14:textId="01D3BC94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H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672038">
              <w:rPr>
                <w:rFonts w:asciiTheme="majorBidi" w:hAnsiTheme="majorBidi" w:cstheme="majorBidi"/>
                <w:color w:val="000000"/>
              </w:rPr>
              <w:t>S</w:t>
            </w:r>
          </w:p>
        </w:tc>
        <w:tc>
          <w:tcPr>
            <w:tcW w:w="4320" w:type="dxa"/>
          </w:tcPr>
          <w:p w14:paraId="51BC0C95" w14:textId="28ED784E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</w:t>
            </w:r>
          </w:p>
        </w:tc>
      </w:tr>
      <w:tr w:rsidR="00672038" w:rsidRPr="00203DDA" w14:paraId="65451EEB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7E62136" w14:textId="2B73EAF2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</w:t>
            </w:r>
          </w:p>
        </w:tc>
        <w:tc>
          <w:tcPr>
            <w:tcW w:w="4320" w:type="dxa"/>
          </w:tcPr>
          <w:p w14:paraId="4294E5EA" w14:textId="09095ADB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36.63</w:t>
            </w:r>
          </w:p>
        </w:tc>
      </w:tr>
      <w:tr w:rsidR="00672038" w:rsidRPr="00203DDA" w14:paraId="755C2726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7C00034" w14:textId="6363F753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0BD494C6" w14:textId="58F2BDB0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8.63</w:t>
            </w:r>
          </w:p>
        </w:tc>
      </w:tr>
      <w:tr w:rsidR="00672038" w:rsidRPr="00203DDA" w14:paraId="5042D6D8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B56D7FC" w14:textId="5B7E0CC3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4320" w:type="dxa"/>
          </w:tcPr>
          <w:p w14:paraId="7DA8D00F" w14:textId="14F9AC54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6.66</w:t>
            </w:r>
          </w:p>
        </w:tc>
      </w:tr>
      <w:tr w:rsidR="00672038" w:rsidRPr="00203DDA" w14:paraId="3F3F3F38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F38FF00" w14:textId="560E1DFE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iC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389B775F" w14:textId="2E284A69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1.21</w:t>
            </w:r>
          </w:p>
        </w:tc>
      </w:tr>
      <w:tr w:rsidR="00672038" w:rsidRPr="00203DDA" w14:paraId="3102515D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8691AA9" w14:textId="639DDFBC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nc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7330C4FF" w14:textId="3A81DB31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3.69</w:t>
            </w:r>
          </w:p>
        </w:tc>
      </w:tr>
      <w:tr w:rsidR="00672038" w:rsidRPr="00203DDA" w14:paraId="5ED22EBF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0F837D3" w14:textId="225FBC88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iC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0D8267BB" w14:textId="4FFEBA4E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1.55</w:t>
            </w:r>
          </w:p>
        </w:tc>
      </w:tr>
      <w:tr w:rsidR="00672038" w:rsidRPr="00203DDA" w14:paraId="126835A3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0584FF8" w14:textId="3CB1B1AD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nC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1700BD3B" w14:textId="1C5CC072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2.25</w:t>
            </w:r>
          </w:p>
        </w:tc>
      </w:tr>
      <w:tr w:rsidR="00672038" w:rsidRPr="00203DDA" w14:paraId="1BAA7BD1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2DE6058" w14:textId="5FB09F95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4320" w:type="dxa"/>
          </w:tcPr>
          <w:p w14:paraId="6822D74C" w14:textId="5CECEFC2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3.36</w:t>
            </w:r>
          </w:p>
        </w:tc>
      </w:tr>
      <w:tr w:rsidR="00672038" w:rsidRPr="00203DDA" w14:paraId="5517ADA0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65CC868" w14:textId="66AB0E87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4320" w:type="dxa"/>
          </w:tcPr>
          <w:p w14:paraId="6081228F" w14:textId="37086F30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3.34</w:t>
            </w:r>
          </w:p>
        </w:tc>
      </w:tr>
      <w:tr w:rsidR="00672038" w:rsidRPr="00203DDA" w14:paraId="50A0B495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86CBFA0" w14:textId="2AA7E612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</w:p>
        </w:tc>
        <w:tc>
          <w:tcPr>
            <w:tcW w:w="4320" w:type="dxa"/>
          </w:tcPr>
          <w:p w14:paraId="4F001133" w14:textId="49FFDA5C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3.44</w:t>
            </w:r>
          </w:p>
        </w:tc>
      </w:tr>
      <w:tr w:rsidR="00672038" w:rsidRPr="00203DDA" w14:paraId="2B568D61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03C96EA" w14:textId="0CB5F269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</w:p>
        </w:tc>
        <w:tc>
          <w:tcPr>
            <w:tcW w:w="4320" w:type="dxa"/>
          </w:tcPr>
          <w:p w14:paraId="6F76603A" w14:textId="0A806E8A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3.04</w:t>
            </w:r>
          </w:p>
        </w:tc>
      </w:tr>
      <w:tr w:rsidR="00672038" w:rsidRPr="00203DDA" w14:paraId="17D4E151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27A82E7" w14:textId="0D52065D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10</w:t>
            </w:r>
          </w:p>
        </w:tc>
        <w:tc>
          <w:tcPr>
            <w:tcW w:w="4320" w:type="dxa"/>
          </w:tcPr>
          <w:p w14:paraId="20FCA865" w14:textId="66DEBC98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2.77</w:t>
            </w:r>
          </w:p>
        </w:tc>
      </w:tr>
      <w:tr w:rsidR="00672038" w:rsidRPr="00203DDA" w14:paraId="46DD52F5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CD4A3DC" w14:textId="3E76BD60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</w:p>
        </w:tc>
        <w:tc>
          <w:tcPr>
            <w:tcW w:w="4320" w:type="dxa"/>
          </w:tcPr>
          <w:p w14:paraId="649F1B0B" w14:textId="35AFFB0D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2.23</w:t>
            </w:r>
          </w:p>
        </w:tc>
      </w:tr>
      <w:tr w:rsidR="00672038" w:rsidRPr="00203DDA" w14:paraId="55DE30EE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3C4524D" w14:textId="798D9D42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</w:p>
        </w:tc>
        <w:tc>
          <w:tcPr>
            <w:tcW w:w="4320" w:type="dxa"/>
          </w:tcPr>
          <w:p w14:paraId="0D9630E3" w14:textId="778C9882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1.82</w:t>
            </w:r>
          </w:p>
        </w:tc>
      </w:tr>
      <w:tr w:rsidR="00672038" w:rsidRPr="00203DDA" w14:paraId="5620E3A3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8080AB4" w14:textId="57FE4932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13</w:t>
            </w:r>
          </w:p>
        </w:tc>
        <w:tc>
          <w:tcPr>
            <w:tcW w:w="4320" w:type="dxa"/>
          </w:tcPr>
          <w:p w14:paraId="778F78F9" w14:textId="4071DC82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1.66</w:t>
            </w:r>
          </w:p>
        </w:tc>
      </w:tr>
      <w:tr w:rsidR="00672038" w:rsidRPr="00203DDA" w14:paraId="0CE7D152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6C9D5BB" w14:textId="108E4BB8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14</w:t>
            </w:r>
          </w:p>
        </w:tc>
        <w:tc>
          <w:tcPr>
            <w:tcW w:w="4320" w:type="dxa"/>
          </w:tcPr>
          <w:p w14:paraId="481947E4" w14:textId="77A35086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1.45</w:t>
            </w:r>
          </w:p>
        </w:tc>
      </w:tr>
      <w:tr w:rsidR="00672038" w:rsidRPr="00203DDA" w14:paraId="2771C667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455E1F3" w14:textId="0F389214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</w:p>
        </w:tc>
        <w:tc>
          <w:tcPr>
            <w:tcW w:w="4320" w:type="dxa"/>
          </w:tcPr>
          <w:p w14:paraId="5DC9F2BB" w14:textId="69697799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1.31</w:t>
            </w:r>
          </w:p>
        </w:tc>
      </w:tr>
      <w:tr w:rsidR="00672038" w:rsidRPr="00203DDA" w14:paraId="02D0C359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2D5286C" w14:textId="349129E5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16</w:t>
            </w:r>
          </w:p>
        </w:tc>
        <w:tc>
          <w:tcPr>
            <w:tcW w:w="4320" w:type="dxa"/>
          </w:tcPr>
          <w:p w14:paraId="567C8A41" w14:textId="7FA6648E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1.07</w:t>
            </w:r>
          </w:p>
        </w:tc>
      </w:tr>
      <w:tr w:rsidR="00672038" w:rsidRPr="00203DDA" w14:paraId="7318ECA2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DE2D7BE" w14:textId="39B890AE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17</w:t>
            </w:r>
          </w:p>
        </w:tc>
        <w:tc>
          <w:tcPr>
            <w:tcW w:w="4320" w:type="dxa"/>
          </w:tcPr>
          <w:p w14:paraId="227B6686" w14:textId="43E789E7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0.98</w:t>
            </w:r>
          </w:p>
        </w:tc>
      </w:tr>
      <w:tr w:rsidR="00672038" w:rsidRPr="00203DDA" w14:paraId="3D6466F4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E3AE768" w14:textId="7F85EA32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18</w:t>
            </w:r>
          </w:p>
        </w:tc>
        <w:tc>
          <w:tcPr>
            <w:tcW w:w="4320" w:type="dxa"/>
          </w:tcPr>
          <w:p w14:paraId="54CC51A1" w14:textId="106C64CB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0.87</w:t>
            </w:r>
          </w:p>
        </w:tc>
      </w:tr>
      <w:tr w:rsidR="00672038" w:rsidRPr="00203DDA" w14:paraId="039B4F3B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FCE73D5" w14:textId="6AAF1C31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19</w:t>
            </w:r>
          </w:p>
        </w:tc>
        <w:tc>
          <w:tcPr>
            <w:tcW w:w="4320" w:type="dxa"/>
          </w:tcPr>
          <w:p w14:paraId="3E3EA060" w14:textId="6270F126" w:rsidR="00672038" w:rsidRPr="00672038" w:rsidRDefault="00672038" w:rsidP="00672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0.83</w:t>
            </w:r>
          </w:p>
        </w:tc>
      </w:tr>
      <w:tr w:rsidR="00672038" w:rsidRPr="00203DDA" w14:paraId="75D19EC0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83B416E" w14:textId="79A2D6EB" w:rsidR="00672038" w:rsidRPr="00672038" w:rsidRDefault="00672038" w:rsidP="00672038">
            <w:pPr>
              <w:jc w:val="center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C</w:t>
            </w:r>
            <w:r w:rsidRPr="00672038">
              <w:rPr>
                <w:rFonts w:asciiTheme="majorBidi" w:hAnsiTheme="majorBidi" w:cstheme="majorBidi"/>
                <w:color w:val="000000"/>
                <w:vertAlign w:val="subscript"/>
              </w:rPr>
              <w:t>20+</w:t>
            </w:r>
          </w:p>
        </w:tc>
        <w:tc>
          <w:tcPr>
            <w:tcW w:w="4320" w:type="dxa"/>
          </w:tcPr>
          <w:p w14:paraId="1449FF3E" w14:textId="04B4E3C9" w:rsidR="00672038" w:rsidRPr="00672038" w:rsidRDefault="00672038" w:rsidP="0067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72038">
              <w:rPr>
                <w:rFonts w:asciiTheme="majorBidi" w:hAnsiTheme="majorBidi" w:cstheme="majorBidi"/>
                <w:color w:val="000000"/>
              </w:rPr>
              <w:t>9.98</w:t>
            </w:r>
          </w:p>
        </w:tc>
      </w:tr>
    </w:tbl>
    <w:p w14:paraId="3C3AC50D" w14:textId="77777777" w:rsidR="00E86DC8" w:rsidRDefault="00E86DC8">
      <w:pPr>
        <w:rPr>
          <w:rFonts w:asciiTheme="majorBidi" w:hAnsiTheme="majorBidi" w:cstheme="majorBidi"/>
        </w:rPr>
      </w:pPr>
    </w:p>
    <w:p w14:paraId="05C4128E" w14:textId="663FE4D6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S5.2. Injected gas composition</w:t>
      </w:r>
      <w:r w:rsidR="003F002F">
        <w:rPr>
          <w:rFonts w:asciiTheme="majorBidi" w:hAnsiTheme="majorBidi" w:cstheme="majorBidi"/>
        </w:rPr>
        <w:t>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5322A" w:rsidRPr="00203DDA" w14:paraId="016682A2" w14:textId="77777777" w:rsidTr="00442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E088D27" w14:textId="77777777" w:rsidR="00D5322A" w:rsidRPr="003F002F" w:rsidRDefault="0033157A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</w:rPr>
              <w:t>Component</w:t>
            </w:r>
          </w:p>
        </w:tc>
        <w:tc>
          <w:tcPr>
            <w:tcW w:w="4320" w:type="dxa"/>
          </w:tcPr>
          <w:p w14:paraId="391BFA85" w14:textId="77777777" w:rsidR="00D5322A" w:rsidRPr="003F002F" w:rsidRDefault="0033157A" w:rsidP="003F0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</w:rPr>
              <w:t>Mole %</w:t>
            </w:r>
          </w:p>
        </w:tc>
      </w:tr>
      <w:tr w:rsidR="003F002F" w:rsidRPr="00203DDA" w14:paraId="68FB2A2D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4AE2ACF" w14:textId="3E737EF7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CO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38AD3C9D" w14:textId="2FD0A016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60.32</w:t>
            </w:r>
          </w:p>
        </w:tc>
      </w:tr>
      <w:tr w:rsidR="003F002F" w:rsidRPr="00203DDA" w14:paraId="2408D4AD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68DE3B5" w14:textId="220494BD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</w:t>
            </w:r>
          </w:p>
        </w:tc>
        <w:tc>
          <w:tcPr>
            <w:tcW w:w="4320" w:type="dxa"/>
          </w:tcPr>
          <w:p w14:paraId="0C6544B0" w14:textId="130FAE83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10.73</w:t>
            </w:r>
          </w:p>
        </w:tc>
      </w:tr>
      <w:tr w:rsidR="003F002F" w:rsidRPr="00203DDA" w14:paraId="02456491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1D3C84B" w14:textId="1DD8EC5E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34B797C0" w14:textId="1C50A29A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7.55</w:t>
            </w:r>
          </w:p>
        </w:tc>
      </w:tr>
      <w:tr w:rsidR="003F002F" w:rsidRPr="00203DDA" w14:paraId="3C909060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B2FC18D" w14:textId="6B49D2F8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4320" w:type="dxa"/>
          </w:tcPr>
          <w:p w14:paraId="322124E1" w14:textId="55AAC61A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9.09</w:t>
            </w:r>
          </w:p>
        </w:tc>
      </w:tr>
      <w:tr w:rsidR="003F002F" w:rsidRPr="00203DDA" w14:paraId="49FB6E1C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0FF750A" w14:textId="7FBBE4D0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iC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3339C305" w14:textId="28C4D942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</w:t>
            </w:r>
          </w:p>
        </w:tc>
      </w:tr>
      <w:tr w:rsidR="003F002F" w:rsidRPr="00203DDA" w14:paraId="026F07FE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DBBF31A" w14:textId="0B2A0830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nc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3E69F87F" w14:textId="272775D5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6.47</w:t>
            </w:r>
          </w:p>
        </w:tc>
      </w:tr>
      <w:tr w:rsidR="003F002F" w:rsidRPr="00203DDA" w14:paraId="3F701A7B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892454E" w14:textId="4571F7E0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iC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1E79BDB9" w14:textId="5208B962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0.03</w:t>
            </w:r>
          </w:p>
        </w:tc>
      </w:tr>
      <w:tr w:rsidR="003F002F" w:rsidRPr="00203DDA" w14:paraId="0A9F6D00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AB4A3F8" w14:textId="6D6F495D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nC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0F033F48" w14:textId="7D7359D5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5.82</w:t>
            </w:r>
          </w:p>
        </w:tc>
      </w:tr>
    </w:tbl>
    <w:p w14:paraId="3607FA61" w14:textId="77777777" w:rsidR="003F002F" w:rsidRDefault="003F002F" w:rsidP="003F002F">
      <w:pPr>
        <w:rPr>
          <w:rFonts w:asciiTheme="majorBidi" w:hAnsiTheme="majorBidi" w:cstheme="majorBidi"/>
        </w:rPr>
      </w:pPr>
    </w:p>
    <w:p w14:paraId="507F2C54" w14:textId="6E77B755" w:rsidR="003F002F" w:rsidRPr="00203DDA" w:rsidRDefault="003F002F" w:rsidP="003F002F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lastRenderedPageBreak/>
        <w:t>Table S5.</w:t>
      </w:r>
      <w:r w:rsidR="00B91563">
        <w:rPr>
          <w:rFonts w:asciiTheme="majorBidi" w:hAnsiTheme="majorBidi" w:cstheme="majorBidi"/>
        </w:rPr>
        <w:t>3</w:t>
      </w:r>
      <w:r w:rsidRPr="00203DDA">
        <w:rPr>
          <w:rFonts w:asciiTheme="majorBidi" w:hAnsiTheme="majorBidi" w:cstheme="majorBidi"/>
        </w:rPr>
        <w:t>. Pressure points under NG injection</w:t>
      </w:r>
      <w:r>
        <w:rPr>
          <w:rFonts w:asciiTheme="majorBidi" w:hAnsiTheme="majorBidi" w:cstheme="majorBidi"/>
        </w:rPr>
        <w:t>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F002F" w:rsidRPr="00203DDA" w14:paraId="7F70709E" w14:textId="77777777" w:rsidTr="00442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9D47DD0" w14:textId="77777777" w:rsidR="003F002F" w:rsidRPr="00203DDA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 xml:space="preserve">%NG </w:t>
            </w:r>
            <w:proofErr w:type="spellStart"/>
            <w:r w:rsidRPr="00203DDA">
              <w:rPr>
                <w:rFonts w:asciiTheme="majorBidi" w:hAnsiTheme="majorBidi" w:cstheme="majorBidi"/>
              </w:rPr>
              <w:t>inj</w:t>
            </w:r>
            <w:proofErr w:type="spellEnd"/>
          </w:p>
        </w:tc>
        <w:tc>
          <w:tcPr>
            <w:tcW w:w="2880" w:type="dxa"/>
          </w:tcPr>
          <w:p w14:paraId="27EB7299" w14:textId="77777777" w:rsidR="003F002F" w:rsidRPr="00203DDA" w:rsidRDefault="003F002F" w:rsidP="003F0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UAOP (psi)</w:t>
            </w:r>
          </w:p>
        </w:tc>
        <w:tc>
          <w:tcPr>
            <w:tcW w:w="2880" w:type="dxa"/>
          </w:tcPr>
          <w:p w14:paraId="0E982FDA" w14:textId="77777777" w:rsidR="003F002F" w:rsidRPr="00203DDA" w:rsidRDefault="003F002F" w:rsidP="003F0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SATP (psi)</w:t>
            </w:r>
          </w:p>
        </w:tc>
      </w:tr>
      <w:tr w:rsidR="003F002F" w:rsidRPr="00203DDA" w14:paraId="379188F4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79D66F8" w14:textId="77777777" w:rsidR="003F002F" w:rsidRPr="00203DDA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880" w:type="dxa"/>
          </w:tcPr>
          <w:p w14:paraId="0C83FE74" w14:textId="77777777" w:rsidR="003F002F" w:rsidRPr="00203DDA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2880" w:type="dxa"/>
          </w:tcPr>
          <w:p w14:paraId="3EC5711F" w14:textId="77777777" w:rsidR="003F002F" w:rsidRPr="00203DDA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2750</w:t>
            </w:r>
          </w:p>
        </w:tc>
      </w:tr>
      <w:tr w:rsidR="003F002F" w:rsidRPr="00203DDA" w14:paraId="7762D06C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53FD88C" w14:textId="77777777" w:rsidR="003F002F" w:rsidRPr="00203DDA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80" w:type="dxa"/>
          </w:tcPr>
          <w:p w14:paraId="5D635FE1" w14:textId="77777777" w:rsidR="003F002F" w:rsidRPr="00203DDA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3600</w:t>
            </w:r>
          </w:p>
        </w:tc>
        <w:tc>
          <w:tcPr>
            <w:tcW w:w="2880" w:type="dxa"/>
          </w:tcPr>
          <w:p w14:paraId="48621F97" w14:textId="77777777" w:rsidR="003F002F" w:rsidRPr="00203DDA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N/A</w:t>
            </w:r>
          </w:p>
        </w:tc>
      </w:tr>
      <w:tr w:rsidR="003F002F" w:rsidRPr="00203DDA" w14:paraId="0A961D45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4E2C702" w14:textId="77777777" w:rsidR="003F002F" w:rsidRPr="00203DDA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880" w:type="dxa"/>
          </w:tcPr>
          <w:p w14:paraId="2AF9504D" w14:textId="77777777" w:rsidR="003F002F" w:rsidRPr="00203DDA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4700</w:t>
            </w:r>
          </w:p>
        </w:tc>
        <w:tc>
          <w:tcPr>
            <w:tcW w:w="2880" w:type="dxa"/>
          </w:tcPr>
          <w:p w14:paraId="398A52C5" w14:textId="77777777" w:rsidR="003F002F" w:rsidRPr="00203DDA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N/A</w:t>
            </w:r>
          </w:p>
        </w:tc>
      </w:tr>
      <w:tr w:rsidR="003F002F" w:rsidRPr="00203DDA" w14:paraId="1ECCAAD4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BEDA168" w14:textId="77777777" w:rsidR="003F002F" w:rsidRPr="00203DDA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880" w:type="dxa"/>
          </w:tcPr>
          <w:p w14:paraId="2655D53F" w14:textId="77777777" w:rsidR="003F002F" w:rsidRPr="00203DDA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6400</w:t>
            </w:r>
          </w:p>
        </w:tc>
        <w:tc>
          <w:tcPr>
            <w:tcW w:w="2880" w:type="dxa"/>
          </w:tcPr>
          <w:p w14:paraId="45E289C8" w14:textId="77777777" w:rsidR="003F002F" w:rsidRPr="00203DDA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2900</w:t>
            </w:r>
          </w:p>
        </w:tc>
      </w:tr>
    </w:tbl>
    <w:p w14:paraId="5883B9E3" w14:textId="77777777" w:rsidR="003F002F" w:rsidRDefault="003F002F">
      <w:pPr>
        <w:rPr>
          <w:rFonts w:asciiTheme="majorBidi" w:hAnsiTheme="majorBidi" w:cstheme="majorBidi"/>
        </w:rPr>
      </w:pPr>
    </w:p>
    <w:p w14:paraId="21254330" w14:textId="59CA1455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S5.</w:t>
      </w:r>
      <w:r w:rsidR="00B91563">
        <w:rPr>
          <w:rFonts w:asciiTheme="majorBidi" w:hAnsiTheme="majorBidi" w:cstheme="majorBidi"/>
        </w:rPr>
        <w:t>4</w:t>
      </w:r>
      <w:r w:rsidRPr="00203DDA">
        <w:rPr>
          <w:rFonts w:asciiTheme="majorBidi" w:hAnsiTheme="majorBidi" w:cstheme="majorBidi"/>
        </w:rPr>
        <w:t>. Reservoir properties</w:t>
      </w:r>
      <w:r w:rsidR="003F002F">
        <w:rPr>
          <w:rFonts w:asciiTheme="majorBidi" w:hAnsiTheme="majorBidi" w:cstheme="majorBidi"/>
        </w:rPr>
        <w:t>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5322A" w:rsidRPr="00203DDA" w14:paraId="5470F18D" w14:textId="77777777" w:rsidTr="00442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D8F4608" w14:textId="77777777" w:rsidR="00D5322A" w:rsidRPr="00203DDA" w:rsidRDefault="0033157A" w:rsidP="003F002F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GOR (</w:t>
            </w:r>
            <w:proofErr w:type="spellStart"/>
            <w:r w:rsidRPr="00203DDA">
              <w:rPr>
                <w:rFonts w:asciiTheme="majorBidi" w:hAnsiTheme="majorBidi" w:cstheme="majorBidi"/>
              </w:rPr>
              <w:t>scf</w:t>
            </w:r>
            <w:proofErr w:type="spellEnd"/>
            <w:r w:rsidRPr="00203DDA">
              <w:rPr>
                <w:rFonts w:asciiTheme="majorBidi" w:hAnsiTheme="majorBidi" w:cstheme="majorBidi"/>
              </w:rPr>
              <w:t>/</w:t>
            </w:r>
            <w:proofErr w:type="spellStart"/>
            <w:r w:rsidRPr="00203DDA">
              <w:rPr>
                <w:rFonts w:asciiTheme="majorBidi" w:hAnsiTheme="majorBidi" w:cstheme="majorBidi"/>
              </w:rPr>
              <w:t>stb</w:t>
            </w:r>
            <w:proofErr w:type="spellEnd"/>
            <w:r w:rsidRPr="00203DDA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160" w:type="dxa"/>
          </w:tcPr>
          <w:p w14:paraId="6C7E6038" w14:textId="77777777" w:rsidR="00D5322A" w:rsidRPr="00203DDA" w:rsidRDefault="0033157A" w:rsidP="003F0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API</w:t>
            </w:r>
          </w:p>
        </w:tc>
        <w:tc>
          <w:tcPr>
            <w:tcW w:w="2160" w:type="dxa"/>
          </w:tcPr>
          <w:p w14:paraId="473E30D7" w14:textId="77777777" w:rsidR="00D5322A" w:rsidRPr="00203DDA" w:rsidRDefault="0033157A" w:rsidP="003F0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Pb (psi)</w:t>
            </w:r>
          </w:p>
        </w:tc>
        <w:tc>
          <w:tcPr>
            <w:tcW w:w="2160" w:type="dxa"/>
          </w:tcPr>
          <w:p w14:paraId="37E4828B" w14:textId="77777777" w:rsidR="00D5322A" w:rsidRPr="00203DDA" w:rsidRDefault="0033157A" w:rsidP="003F0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03DDA">
              <w:rPr>
                <w:rFonts w:asciiTheme="majorBidi" w:hAnsiTheme="majorBidi" w:cstheme="majorBidi"/>
              </w:rPr>
              <w:t>TRes</w:t>
            </w:r>
            <w:proofErr w:type="spellEnd"/>
            <w:r w:rsidRPr="00203DDA">
              <w:rPr>
                <w:rFonts w:asciiTheme="majorBidi" w:hAnsiTheme="majorBidi" w:cstheme="majorBidi"/>
              </w:rPr>
              <w:t xml:space="preserve"> (F)</w:t>
            </w:r>
          </w:p>
        </w:tc>
      </w:tr>
      <w:tr w:rsidR="00D5322A" w:rsidRPr="00203DDA" w14:paraId="7E1867F9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BEF8D03" w14:textId="77777777" w:rsidR="00D5322A" w:rsidRPr="00203DDA" w:rsidRDefault="0033157A" w:rsidP="003F002F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789</w:t>
            </w:r>
          </w:p>
        </w:tc>
        <w:tc>
          <w:tcPr>
            <w:tcW w:w="2160" w:type="dxa"/>
          </w:tcPr>
          <w:p w14:paraId="000156F4" w14:textId="77777777" w:rsidR="00D5322A" w:rsidRPr="00203DDA" w:rsidRDefault="0033157A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32.4</w:t>
            </w:r>
          </w:p>
        </w:tc>
        <w:tc>
          <w:tcPr>
            <w:tcW w:w="2160" w:type="dxa"/>
          </w:tcPr>
          <w:p w14:paraId="4E717E38" w14:textId="77777777" w:rsidR="00D5322A" w:rsidRPr="00203DDA" w:rsidRDefault="0033157A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2698</w:t>
            </w:r>
          </w:p>
        </w:tc>
        <w:tc>
          <w:tcPr>
            <w:tcW w:w="2160" w:type="dxa"/>
          </w:tcPr>
          <w:p w14:paraId="7304114B" w14:textId="77777777" w:rsidR="00D5322A" w:rsidRPr="00203DDA" w:rsidRDefault="0033157A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194</w:t>
            </w:r>
          </w:p>
        </w:tc>
      </w:tr>
    </w:tbl>
    <w:p w14:paraId="27C37E0E" w14:textId="77777777" w:rsidR="003F002F" w:rsidRDefault="003F002F">
      <w:pPr>
        <w:rPr>
          <w:rFonts w:asciiTheme="majorBidi" w:hAnsiTheme="majorBidi" w:cstheme="majorBidi"/>
        </w:rPr>
      </w:pPr>
    </w:p>
    <w:p w14:paraId="194E8B85" w14:textId="77777777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br w:type="page"/>
      </w:r>
    </w:p>
    <w:p w14:paraId="754B2D87" w14:textId="77777777" w:rsidR="00D5322A" w:rsidRPr="00203DDA" w:rsidRDefault="0033157A">
      <w:pPr>
        <w:pStyle w:val="Heading1"/>
        <w:rPr>
          <w:rFonts w:asciiTheme="majorBidi" w:hAnsiTheme="majorBidi"/>
        </w:rPr>
      </w:pPr>
      <w:r w:rsidRPr="00203DDA">
        <w:rPr>
          <w:rFonts w:asciiTheme="majorBidi" w:hAnsiTheme="majorBidi"/>
        </w:rPr>
        <w:lastRenderedPageBreak/>
        <w:t>Oil #6</w:t>
      </w:r>
    </w:p>
    <w:p w14:paraId="601E876E" w14:textId="03760E09" w:rsidR="00D5322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 xml:space="preserve">This sample includes molar composition, injected gas composition, reservoir properties, SARA </w:t>
      </w:r>
      <w:r w:rsidR="003F002F">
        <w:rPr>
          <w:rFonts w:asciiTheme="majorBidi" w:hAnsiTheme="majorBidi" w:cstheme="majorBidi"/>
        </w:rPr>
        <w:t>analysis</w:t>
      </w:r>
      <w:r w:rsidRPr="00203DDA">
        <w:rPr>
          <w:rFonts w:asciiTheme="majorBidi" w:hAnsiTheme="majorBidi" w:cstheme="majorBidi"/>
        </w:rPr>
        <w:t>,</w:t>
      </w:r>
      <w:r w:rsidR="00C67F01">
        <w:rPr>
          <w:rFonts w:asciiTheme="majorBidi" w:hAnsiTheme="majorBidi" w:cstheme="majorBidi"/>
        </w:rPr>
        <w:t xml:space="preserve"> upper</w:t>
      </w:r>
      <w:r w:rsidRPr="00203DDA">
        <w:rPr>
          <w:rFonts w:asciiTheme="majorBidi" w:hAnsiTheme="majorBidi" w:cstheme="majorBidi"/>
        </w:rPr>
        <w:t xml:space="preserve"> </w:t>
      </w:r>
      <w:r w:rsidR="003F002F">
        <w:rPr>
          <w:rFonts w:asciiTheme="majorBidi" w:hAnsiTheme="majorBidi" w:cstheme="majorBidi"/>
        </w:rPr>
        <w:t>asphaltene onset</w:t>
      </w:r>
      <w:r w:rsidRPr="00203DDA">
        <w:rPr>
          <w:rFonts w:asciiTheme="majorBidi" w:hAnsiTheme="majorBidi" w:cstheme="majorBidi"/>
        </w:rPr>
        <w:t xml:space="preserve"> pressure</w:t>
      </w:r>
      <w:r w:rsidR="00555BBE">
        <w:rPr>
          <w:rFonts w:asciiTheme="majorBidi" w:hAnsiTheme="majorBidi" w:cstheme="majorBidi"/>
        </w:rPr>
        <w:t xml:space="preserve">, and </w:t>
      </w:r>
      <w:r w:rsidR="00C67F01">
        <w:rPr>
          <w:rFonts w:asciiTheme="majorBidi" w:hAnsiTheme="majorBidi" w:cstheme="majorBidi"/>
        </w:rPr>
        <w:t>saturation pressure</w:t>
      </w:r>
      <w:r w:rsidRPr="00203DDA">
        <w:rPr>
          <w:rFonts w:asciiTheme="majorBidi" w:hAnsiTheme="majorBidi" w:cstheme="majorBidi"/>
        </w:rPr>
        <w:t xml:space="preserve"> under natural gas injection.</w:t>
      </w:r>
    </w:p>
    <w:p w14:paraId="12C06099" w14:textId="33934ACA" w:rsidR="006C7878" w:rsidRPr="00203DDA" w:rsidRDefault="00D80B6E" w:rsidP="00A042B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  <w:r w:rsidR="00A042BC">
        <w:rPr>
          <w:rFonts w:asciiTheme="majorBidi" w:hAnsiTheme="majorBidi" w:cstheme="majorBidi"/>
        </w:rPr>
        <w:t>Heavy component (C</w:t>
      </w:r>
      <w:r w:rsidR="00A042BC">
        <w:rPr>
          <w:rFonts w:asciiTheme="majorBidi" w:hAnsiTheme="majorBidi" w:cstheme="majorBidi"/>
          <w:vertAlign w:val="subscript"/>
        </w:rPr>
        <w:t>30</w:t>
      </w:r>
      <w:r w:rsidR="00A042BC" w:rsidRPr="006C7878">
        <w:rPr>
          <w:rFonts w:asciiTheme="majorBidi" w:hAnsiTheme="majorBidi" w:cstheme="majorBidi"/>
          <w:vertAlign w:val="subscript"/>
        </w:rPr>
        <w:t>+</w:t>
      </w:r>
      <w:r w:rsidR="00A042BC">
        <w:rPr>
          <w:rFonts w:asciiTheme="majorBidi" w:hAnsiTheme="majorBidi" w:cstheme="majorBidi"/>
        </w:rPr>
        <w:t xml:space="preserve">) properties: </w:t>
      </w:r>
      <w:r w:rsidR="00A042BC">
        <w:rPr>
          <w:rFonts w:asciiTheme="majorBidi" w:hAnsiTheme="majorBidi" w:cstheme="majorBidi"/>
          <w:color w:val="000000"/>
        </w:rPr>
        <w:t>Mw= 595 and density= 60.216</w:t>
      </w:r>
      <w:r w:rsidR="00A042BC" w:rsidRPr="006C7878">
        <w:rPr>
          <w:rFonts w:asciiTheme="majorBidi" w:hAnsiTheme="majorBidi" w:cstheme="majorBidi"/>
          <w:color w:val="000000"/>
        </w:rPr>
        <w:t xml:space="preserve"> (</w:t>
      </w:r>
      <w:proofErr w:type="spellStart"/>
      <w:r w:rsidR="00A042BC" w:rsidRPr="006C7878">
        <w:rPr>
          <w:rFonts w:asciiTheme="majorBidi" w:hAnsiTheme="majorBidi" w:cstheme="majorBidi"/>
          <w:color w:val="000000"/>
        </w:rPr>
        <w:t>lb</w:t>
      </w:r>
      <w:proofErr w:type="spellEnd"/>
      <w:r w:rsidR="00A042BC" w:rsidRPr="006C7878">
        <w:rPr>
          <w:rFonts w:asciiTheme="majorBidi" w:hAnsiTheme="majorBidi" w:cstheme="majorBidi"/>
          <w:color w:val="000000"/>
        </w:rPr>
        <w:t>/ft^3)</w:t>
      </w:r>
    </w:p>
    <w:p w14:paraId="0E3E7CAD" w14:textId="63053387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S6.1. Molar composition of crude oil sample #6</w:t>
      </w:r>
      <w:r w:rsidR="00C67F01">
        <w:rPr>
          <w:rFonts w:asciiTheme="majorBidi" w:hAnsiTheme="majorBidi" w:cstheme="majorBidi"/>
        </w:rPr>
        <w:t>.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5322A" w:rsidRPr="00203DDA" w14:paraId="08E0D309" w14:textId="77777777" w:rsidTr="00442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E41BA0A" w14:textId="77777777" w:rsidR="00D5322A" w:rsidRPr="003F002F" w:rsidRDefault="0033157A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</w:rPr>
              <w:t>Component</w:t>
            </w:r>
          </w:p>
        </w:tc>
        <w:tc>
          <w:tcPr>
            <w:tcW w:w="4320" w:type="dxa"/>
          </w:tcPr>
          <w:p w14:paraId="0A8AC629" w14:textId="77777777" w:rsidR="00D5322A" w:rsidRPr="003F002F" w:rsidRDefault="0033157A" w:rsidP="003F0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</w:rPr>
              <w:t>Mole %</w:t>
            </w:r>
          </w:p>
        </w:tc>
      </w:tr>
      <w:tr w:rsidR="003F002F" w:rsidRPr="00203DDA" w14:paraId="3F3945B9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40CC654" w14:textId="5DC17149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N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692157FC" w14:textId="3907EF2D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0.32</w:t>
            </w:r>
          </w:p>
        </w:tc>
      </w:tr>
      <w:tr w:rsidR="003F002F" w:rsidRPr="00203DDA" w14:paraId="2F0171A1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334A89F" w14:textId="67D4064E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CO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66358A24" w14:textId="23291C70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2.29</w:t>
            </w:r>
          </w:p>
        </w:tc>
      </w:tr>
      <w:tr w:rsidR="003F002F" w:rsidRPr="00203DDA" w14:paraId="1A169569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570EC34" w14:textId="32AA90D0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H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3F002F">
              <w:rPr>
                <w:rFonts w:asciiTheme="majorBidi" w:hAnsiTheme="majorBidi" w:cstheme="majorBidi"/>
                <w:color w:val="000000"/>
              </w:rPr>
              <w:t>S</w:t>
            </w:r>
          </w:p>
        </w:tc>
        <w:tc>
          <w:tcPr>
            <w:tcW w:w="4320" w:type="dxa"/>
          </w:tcPr>
          <w:p w14:paraId="38226201" w14:textId="25587602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0.01</w:t>
            </w:r>
          </w:p>
        </w:tc>
      </w:tr>
      <w:tr w:rsidR="003F002F" w:rsidRPr="00203DDA" w14:paraId="36DED1B7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F6E96D6" w14:textId="6E3D3637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</w:t>
            </w:r>
          </w:p>
        </w:tc>
        <w:tc>
          <w:tcPr>
            <w:tcW w:w="4320" w:type="dxa"/>
          </w:tcPr>
          <w:p w14:paraId="009D8AB4" w14:textId="1FEA3FE6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17.67</w:t>
            </w:r>
          </w:p>
        </w:tc>
      </w:tr>
      <w:tr w:rsidR="003F002F" w:rsidRPr="00203DDA" w14:paraId="622A69DA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D202769" w14:textId="7D402C38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7594A27C" w14:textId="2AFF6836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5.25</w:t>
            </w:r>
          </w:p>
        </w:tc>
      </w:tr>
      <w:tr w:rsidR="003F002F" w:rsidRPr="00203DDA" w14:paraId="1A7B4325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02BC550" w14:textId="750A8F1E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4320" w:type="dxa"/>
          </w:tcPr>
          <w:p w14:paraId="7A3D3DDD" w14:textId="6862E0F3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6.14</w:t>
            </w:r>
          </w:p>
        </w:tc>
      </w:tr>
      <w:tr w:rsidR="003F002F" w:rsidRPr="00203DDA" w14:paraId="2172872D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5CB9FA9" w14:textId="64EAD836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iC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6FB8D93A" w14:textId="542D55BC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1.91</w:t>
            </w:r>
          </w:p>
        </w:tc>
      </w:tr>
      <w:tr w:rsidR="003F002F" w:rsidRPr="00203DDA" w14:paraId="7FDCB74A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1B87BA0" w14:textId="0B0D91B1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nc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5D6B7E64" w14:textId="2B2F967E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4.72</w:t>
            </w:r>
          </w:p>
        </w:tc>
      </w:tr>
      <w:tr w:rsidR="003F002F" w:rsidRPr="00203DDA" w14:paraId="14D849D8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170807A" w14:textId="1E153E64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iC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63FDA60E" w14:textId="24849983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2.51</w:t>
            </w:r>
          </w:p>
        </w:tc>
      </w:tr>
      <w:tr w:rsidR="003F002F" w:rsidRPr="00203DDA" w14:paraId="58EFF05B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895A661" w14:textId="7D37E06B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nC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301CB8F2" w14:textId="74873734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3.33</w:t>
            </w:r>
          </w:p>
        </w:tc>
      </w:tr>
      <w:tr w:rsidR="003F002F" w:rsidRPr="00203DDA" w14:paraId="377841C5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7E4C81A" w14:textId="5EA5A528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4320" w:type="dxa"/>
          </w:tcPr>
          <w:p w14:paraId="6EDD3647" w14:textId="7541AEE5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5</w:t>
            </w:r>
          </w:p>
        </w:tc>
      </w:tr>
      <w:tr w:rsidR="003F002F" w:rsidRPr="00203DDA" w14:paraId="2E5DCCF9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B8005B3" w14:textId="61D879BF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4320" w:type="dxa"/>
          </w:tcPr>
          <w:p w14:paraId="1967636B" w14:textId="0EF7DB42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5.12</w:t>
            </w:r>
          </w:p>
        </w:tc>
      </w:tr>
      <w:tr w:rsidR="003F002F" w:rsidRPr="00203DDA" w14:paraId="586D69AF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F8D42C6" w14:textId="71E120F6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8</w:t>
            </w:r>
          </w:p>
        </w:tc>
        <w:tc>
          <w:tcPr>
            <w:tcW w:w="4320" w:type="dxa"/>
          </w:tcPr>
          <w:p w14:paraId="4947895C" w14:textId="5FBB2F71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5.53</w:t>
            </w:r>
          </w:p>
        </w:tc>
      </w:tr>
      <w:tr w:rsidR="003F002F" w:rsidRPr="00203DDA" w14:paraId="5BA790C3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87C418D" w14:textId="50388A85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</w:p>
        </w:tc>
        <w:tc>
          <w:tcPr>
            <w:tcW w:w="4320" w:type="dxa"/>
          </w:tcPr>
          <w:p w14:paraId="51EBBC67" w14:textId="075E8AC3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4.84</w:t>
            </w:r>
          </w:p>
        </w:tc>
      </w:tr>
      <w:tr w:rsidR="003F002F" w:rsidRPr="00203DDA" w14:paraId="6491E9B9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6695E68" w14:textId="3EC29C3A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10</w:t>
            </w:r>
          </w:p>
        </w:tc>
        <w:tc>
          <w:tcPr>
            <w:tcW w:w="4320" w:type="dxa"/>
          </w:tcPr>
          <w:p w14:paraId="5357A641" w14:textId="7A5DD27F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4.48</w:t>
            </w:r>
          </w:p>
        </w:tc>
      </w:tr>
      <w:tr w:rsidR="003F002F" w:rsidRPr="00203DDA" w14:paraId="12E3326D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CC03D71" w14:textId="3D10C062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11</w:t>
            </w:r>
          </w:p>
        </w:tc>
        <w:tc>
          <w:tcPr>
            <w:tcW w:w="4320" w:type="dxa"/>
          </w:tcPr>
          <w:p w14:paraId="0601ECB9" w14:textId="1B4CBADD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3.78</w:t>
            </w:r>
          </w:p>
        </w:tc>
      </w:tr>
      <w:tr w:rsidR="003F002F" w:rsidRPr="00203DDA" w14:paraId="15637961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112426F" w14:textId="223143D7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</w:p>
        </w:tc>
        <w:tc>
          <w:tcPr>
            <w:tcW w:w="4320" w:type="dxa"/>
          </w:tcPr>
          <w:p w14:paraId="248B7710" w14:textId="5EC7E2C2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3.09</w:t>
            </w:r>
          </w:p>
        </w:tc>
      </w:tr>
      <w:tr w:rsidR="003F002F" w:rsidRPr="00203DDA" w14:paraId="2C84C56B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4344C8A" w14:textId="4EC9D037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13</w:t>
            </w:r>
          </w:p>
        </w:tc>
        <w:tc>
          <w:tcPr>
            <w:tcW w:w="4320" w:type="dxa"/>
          </w:tcPr>
          <w:p w14:paraId="05691CDC" w14:textId="200460CA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2.78</w:t>
            </w:r>
          </w:p>
        </w:tc>
      </w:tr>
      <w:tr w:rsidR="003F002F" w:rsidRPr="00203DDA" w14:paraId="3693F001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C9654C3" w14:textId="5A3C7255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14</w:t>
            </w:r>
          </w:p>
        </w:tc>
        <w:tc>
          <w:tcPr>
            <w:tcW w:w="4320" w:type="dxa"/>
          </w:tcPr>
          <w:p w14:paraId="2E3EB434" w14:textId="49234FD3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2.25</w:t>
            </w:r>
          </w:p>
        </w:tc>
      </w:tr>
      <w:tr w:rsidR="003F002F" w:rsidRPr="00203DDA" w14:paraId="43A51C57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46B2A48" w14:textId="01FE1FA4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15</w:t>
            </w:r>
          </w:p>
        </w:tc>
        <w:tc>
          <w:tcPr>
            <w:tcW w:w="4320" w:type="dxa"/>
          </w:tcPr>
          <w:p w14:paraId="7E41F6C7" w14:textId="4E3C9061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2.14</w:t>
            </w:r>
          </w:p>
        </w:tc>
      </w:tr>
      <w:tr w:rsidR="003F002F" w:rsidRPr="00203DDA" w14:paraId="0853F352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03D0CC0" w14:textId="1BFE347C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16</w:t>
            </w:r>
          </w:p>
        </w:tc>
        <w:tc>
          <w:tcPr>
            <w:tcW w:w="4320" w:type="dxa"/>
          </w:tcPr>
          <w:p w14:paraId="311EDEBE" w14:textId="0E22F71B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1.79</w:t>
            </w:r>
          </w:p>
        </w:tc>
      </w:tr>
      <w:tr w:rsidR="003F002F" w:rsidRPr="00203DDA" w14:paraId="205590EA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7AA5188" w14:textId="1D4822DD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17</w:t>
            </w:r>
          </w:p>
        </w:tc>
        <w:tc>
          <w:tcPr>
            <w:tcW w:w="4320" w:type="dxa"/>
          </w:tcPr>
          <w:p w14:paraId="7C067F7B" w14:textId="66F30E18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1.47</w:t>
            </w:r>
          </w:p>
        </w:tc>
      </w:tr>
      <w:tr w:rsidR="003F002F" w:rsidRPr="00203DDA" w14:paraId="65982E2D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DA524F9" w14:textId="1A759924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18</w:t>
            </w:r>
          </w:p>
        </w:tc>
        <w:tc>
          <w:tcPr>
            <w:tcW w:w="4320" w:type="dxa"/>
          </w:tcPr>
          <w:p w14:paraId="13880E45" w14:textId="5F4FB51A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1.32</w:t>
            </w:r>
          </w:p>
        </w:tc>
      </w:tr>
      <w:tr w:rsidR="003F002F" w:rsidRPr="00203DDA" w14:paraId="5A647B38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A306EA2" w14:textId="27C2AAEA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19</w:t>
            </w:r>
          </w:p>
        </w:tc>
        <w:tc>
          <w:tcPr>
            <w:tcW w:w="4320" w:type="dxa"/>
          </w:tcPr>
          <w:p w14:paraId="4F11011C" w14:textId="5BAB2986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1.26</w:t>
            </w:r>
          </w:p>
        </w:tc>
      </w:tr>
      <w:tr w:rsidR="003F002F" w:rsidRPr="00203DDA" w14:paraId="5F16C1EE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BD7EA56" w14:textId="47B45FBF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20</w:t>
            </w:r>
          </w:p>
        </w:tc>
        <w:tc>
          <w:tcPr>
            <w:tcW w:w="4320" w:type="dxa"/>
          </w:tcPr>
          <w:p w14:paraId="0545BAAA" w14:textId="78B5D08D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1.15</w:t>
            </w:r>
          </w:p>
        </w:tc>
      </w:tr>
      <w:tr w:rsidR="003F002F" w:rsidRPr="00203DDA" w14:paraId="5C351F12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71AADD1" w14:textId="35CE15F8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21</w:t>
            </w:r>
          </w:p>
        </w:tc>
        <w:tc>
          <w:tcPr>
            <w:tcW w:w="4320" w:type="dxa"/>
          </w:tcPr>
          <w:p w14:paraId="258AE30D" w14:textId="78B2AFC5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0.99</w:t>
            </w:r>
          </w:p>
        </w:tc>
      </w:tr>
      <w:tr w:rsidR="003F002F" w:rsidRPr="00203DDA" w14:paraId="69837AD0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CF5DBF6" w14:textId="066976E4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22</w:t>
            </w:r>
          </w:p>
        </w:tc>
        <w:tc>
          <w:tcPr>
            <w:tcW w:w="4320" w:type="dxa"/>
          </w:tcPr>
          <w:p w14:paraId="7F04782E" w14:textId="5F3E0B29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0.89</w:t>
            </w:r>
          </w:p>
        </w:tc>
      </w:tr>
      <w:tr w:rsidR="003F002F" w:rsidRPr="00203DDA" w14:paraId="1E212089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40B725F" w14:textId="1130BD96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23</w:t>
            </w:r>
          </w:p>
        </w:tc>
        <w:tc>
          <w:tcPr>
            <w:tcW w:w="4320" w:type="dxa"/>
          </w:tcPr>
          <w:p w14:paraId="762FAD88" w14:textId="30FB5129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0.78</w:t>
            </w:r>
          </w:p>
        </w:tc>
      </w:tr>
      <w:tr w:rsidR="003F002F" w:rsidRPr="00203DDA" w14:paraId="73BAA41F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7E9F16C" w14:textId="2D9E8E1D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24</w:t>
            </w:r>
          </w:p>
        </w:tc>
        <w:tc>
          <w:tcPr>
            <w:tcW w:w="4320" w:type="dxa"/>
          </w:tcPr>
          <w:p w14:paraId="64DFAB47" w14:textId="4F002938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0.7</w:t>
            </w:r>
          </w:p>
        </w:tc>
      </w:tr>
      <w:tr w:rsidR="003F002F" w:rsidRPr="00203DDA" w14:paraId="5E8BEEC8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A373797" w14:textId="585B719A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25</w:t>
            </w:r>
          </w:p>
        </w:tc>
        <w:tc>
          <w:tcPr>
            <w:tcW w:w="4320" w:type="dxa"/>
          </w:tcPr>
          <w:p w14:paraId="135C7F4A" w14:textId="013C590D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0.62</w:t>
            </w:r>
          </w:p>
        </w:tc>
      </w:tr>
      <w:tr w:rsidR="003F002F" w:rsidRPr="00203DDA" w14:paraId="31D6B240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95451A3" w14:textId="0B6C0AD2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26</w:t>
            </w:r>
          </w:p>
        </w:tc>
        <w:tc>
          <w:tcPr>
            <w:tcW w:w="4320" w:type="dxa"/>
          </w:tcPr>
          <w:p w14:paraId="72CCB207" w14:textId="3BF40A1E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0.58</w:t>
            </w:r>
          </w:p>
        </w:tc>
      </w:tr>
      <w:tr w:rsidR="003F002F" w:rsidRPr="00203DDA" w14:paraId="49F4A30E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48116E5" w14:textId="34EED414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27</w:t>
            </w:r>
          </w:p>
        </w:tc>
        <w:tc>
          <w:tcPr>
            <w:tcW w:w="4320" w:type="dxa"/>
          </w:tcPr>
          <w:p w14:paraId="37581A45" w14:textId="5650BAA7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0.53</w:t>
            </w:r>
          </w:p>
        </w:tc>
      </w:tr>
      <w:tr w:rsidR="003F002F" w:rsidRPr="00203DDA" w14:paraId="130A4A8A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9202FB2" w14:textId="4020C57F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28</w:t>
            </w:r>
          </w:p>
        </w:tc>
        <w:tc>
          <w:tcPr>
            <w:tcW w:w="4320" w:type="dxa"/>
          </w:tcPr>
          <w:p w14:paraId="72D290CF" w14:textId="3713B599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0.49</w:t>
            </w:r>
          </w:p>
        </w:tc>
      </w:tr>
      <w:tr w:rsidR="003F002F" w:rsidRPr="00203DDA" w14:paraId="7E51C4FD" w14:textId="77777777" w:rsidTr="00442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CDA54FF" w14:textId="1A42459F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29</w:t>
            </w:r>
          </w:p>
        </w:tc>
        <w:tc>
          <w:tcPr>
            <w:tcW w:w="4320" w:type="dxa"/>
          </w:tcPr>
          <w:p w14:paraId="2EFB6B57" w14:textId="686CB8B1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0.46</w:t>
            </w:r>
          </w:p>
        </w:tc>
      </w:tr>
      <w:tr w:rsidR="003F002F" w:rsidRPr="00203DDA" w14:paraId="39C7BEB9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1FF1CB1" w14:textId="382B58E7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30+</w:t>
            </w:r>
          </w:p>
        </w:tc>
        <w:tc>
          <w:tcPr>
            <w:tcW w:w="4320" w:type="dxa"/>
          </w:tcPr>
          <w:p w14:paraId="52FC72AA" w14:textId="40875DBE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3.83</w:t>
            </w:r>
          </w:p>
        </w:tc>
      </w:tr>
    </w:tbl>
    <w:p w14:paraId="47014EF2" w14:textId="77777777" w:rsidR="003F002F" w:rsidRDefault="003F002F">
      <w:pPr>
        <w:rPr>
          <w:rFonts w:asciiTheme="majorBidi" w:hAnsiTheme="majorBidi" w:cstheme="majorBidi"/>
        </w:rPr>
      </w:pPr>
    </w:p>
    <w:p w14:paraId="2D8714D3" w14:textId="77777777" w:rsidR="003F002F" w:rsidRDefault="003F002F">
      <w:pPr>
        <w:rPr>
          <w:rFonts w:asciiTheme="majorBidi" w:hAnsiTheme="majorBidi" w:cstheme="majorBidi"/>
        </w:rPr>
      </w:pPr>
    </w:p>
    <w:p w14:paraId="74F06D39" w14:textId="77777777" w:rsidR="003F002F" w:rsidRDefault="003F002F">
      <w:pPr>
        <w:rPr>
          <w:rFonts w:asciiTheme="majorBidi" w:hAnsiTheme="majorBidi" w:cstheme="majorBidi"/>
        </w:rPr>
      </w:pPr>
    </w:p>
    <w:p w14:paraId="48D4725B" w14:textId="77777777" w:rsidR="003F002F" w:rsidRDefault="003F002F">
      <w:pPr>
        <w:rPr>
          <w:rFonts w:asciiTheme="majorBidi" w:hAnsiTheme="majorBidi" w:cstheme="majorBidi"/>
        </w:rPr>
      </w:pPr>
    </w:p>
    <w:p w14:paraId="3EEC8650" w14:textId="5996AE17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S6.2. Injected gas composition</w:t>
      </w:r>
      <w:r w:rsidR="00C67F01">
        <w:rPr>
          <w:rFonts w:asciiTheme="majorBidi" w:hAnsiTheme="majorBidi" w:cstheme="majorBidi"/>
        </w:rPr>
        <w:t>.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5322A" w:rsidRPr="00203DDA" w14:paraId="64BB4624" w14:textId="77777777" w:rsidTr="00876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2E9935E" w14:textId="77777777" w:rsidR="00D5322A" w:rsidRPr="00203DDA" w:rsidRDefault="0033157A" w:rsidP="003F002F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Component</w:t>
            </w:r>
          </w:p>
        </w:tc>
        <w:tc>
          <w:tcPr>
            <w:tcW w:w="4320" w:type="dxa"/>
          </w:tcPr>
          <w:p w14:paraId="25C72AA2" w14:textId="77777777" w:rsidR="00D5322A" w:rsidRPr="00203DDA" w:rsidRDefault="0033157A" w:rsidP="003F0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Mole %</w:t>
            </w:r>
          </w:p>
        </w:tc>
      </w:tr>
      <w:tr w:rsidR="003F002F" w:rsidRPr="00203DDA" w14:paraId="6E4013CD" w14:textId="77777777" w:rsidTr="00876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F7EC33E" w14:textId="39FF5F64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CO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3D151E81" w14:textId="0ABDCB1B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5.03</w:t>
            </w:r>
          </w:p>
        </w:tc>
      </w:tr>
      <w:tr w:rsidR="003F002F" w:rsidRPr="00203DDA" w14:paraId="6668406C" w14:textId="77777777" w:rsidTr="00876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B44909E" w14:textId="6F98861F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H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3F002F">
              <w:rPr>
                <w:rFonts w:asciiTheme="majorBidi" w:hAnsiTheme="majorBidi" w:cstheme="majorBidi"/>
                <w:color w:val="000000"/>
              </w:rPr>
              <w:t>S</w:t>
            </w:r>
          </w:p>
        </w:tc>
        <w:tc>
          <w:tcPr>
            <w:tcW w:w="4320" w:type="dxa"/>
          </w:tcPr>
          <w:p w14:paraId="006CBBAB" w14:textId="3E81BE58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0.03</w:t>
            </w:r>
          </w:p>
        </w:tc>
      </w:tr>
      <w:tr w:rsidR="003F002F" w:rsidRPr="00203DDA" w14:paraId="7C6BC6EB" w14:textId="77777777" w:rsidTr="00876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87C5D01" w14:textId="39EB8036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N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6608D8A3" w14:textId="654C02A6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0.59</w:t>
            </w:r>
          </w:p>
        </w:tc>
      </w:tr>
      <w:tr w:rsidR="003F002F" w:rsidRPr="00203DDA" w14:paraId="6C64AC08" w14:textId="77777777" w:rsidTr="00876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DBB202E" w14:textId="72E4E719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1</w:t>
            </w:r>
          </w:p>
        </w:tc>
        <w:tc>
          <w:tcPr>
            <w:tcW w:w="4320" w:type="dxa"/>
          </w:tcPr>
          <w:p w14:paraId="1ECE5377" w14:textId="766D2B10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65.76</w:t>
            </w:r>
          </w:p>
        </w:tc>
      </w:tr>
      <w:tr w:rsidR="003F002F" w:rsidRPr="00203DDA" w14:paraId="4A009825" w14:textId="77777777" w:rsidTr="00876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D28AAC3" w14:textId="5EC7043C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4320" w:type="dxa"/>
          </w:tcPr>
          <w:p w14:paraId="4C2BDE6B" w14:textId="075679CF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11.32</w:t>
            </w:r>
          </w:p>
        </w:tc>
      </w:tr>
      <w:tr w:rsidR="003F002F" w:rsidRPr="00203DDA" w14:paraId="1068A0EE" w14:textId="77777777" w:rsidTr="00876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3D9A527" w14:textId="58AC765B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</w:p>
        </w:tc>
        <w:tc>
          <w:tcPr>
            <w:tcW w:w="4320" w:type="dxa"/>
          </w:tcPr>
          <w:p w14:paraId="1FA17740" w14:textId="5EDC99CD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8.58</w:t>
            </w:r>
          </w:p>
        </w:tc>
      </w:tr>
      <w:tr w:rsidR="003F002F" w:rsidRPr="00203DDA" w14:paraId="6E34E1D6" w14:textId="77777777" w:rsidTr="00876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8F2734D" w14:textId="75680431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iC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283E043A" w14:textId="6957342E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2.16</w:t>
            </w:r>
          </w:p>
        </w:tc>
      </w:tr>
      <w:tr w:rsidR="003F002F" w:rsidRPr="00203DDA" w14:paraId="6AC36F4B" w14:textId="77777777" w:rsidTr="00876B1C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DC8B47E" w14:textId="4706B739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nc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4</w:t>
            </w:r>
          </w:p>
        </w:tc>
        <w:tc>
          <w:tcPr>
            <w:tcW w:w="4320" w:type="dxa"/>
          </w:tcPr>
          <w:p w14:paraId="17C13964" w14:textId="63789480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3.62</w:t>
            </w:r>
          </w:p>
        </w:tc>
      </w:tr>
      <w:tr w:rsidR="003F002F" w:rsidRPr="00203DDA" w14:paraId="1E450003" w14:textId="77777777" w:rsidTr="00876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6917266" w14:textId="44F373B6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iC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74DEB14E" w14:textId="1BFD5910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1.24</w:t>
            </w:r>
          </w:p>
        </w:tc>
      </w:tr>
      <w:tr w:rsidR="003F002F" w:rsidRPr="00203DDA" w14:paraId="312E55FD" w14:textId="77777777" w:rsidTr="00876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81E4489" w14:textId="1B25E4D2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nC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</w:p>
        </w:tc>
        <w:tc>
          <w:tcPr>
            <w:tcW w:w="4320" w:type="dxa"/>
          </w:tcPr>
          <w:p w14:paraId="1C38269F" w14:textId="722F8B65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1.14</w:t>
            </w:r>
          </w:p>
        </w:tc>
      </w:tr>
      <w:tr w:rsidR="003F002F" w:rsidRPr="00203DDA" w14:paraId="3CEEAFD2" w14:textId="77777777" w:rsidTr="00876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9A5958A" w14:textId="13C06A0C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</w:p>
        </w:tc>
        <w:tc>
          <w:tcPr>
            <w:tcW w:w="4320" w:type="dxa"/>
          </w:tcPr>
          <w:p w14:paraId="4066A5AD" w14:textId="3E244EF5" w:rsidR="003F002F" w:rsidRPr="003F002F" w:rsidRDefault="003F002F" w:rsidP="003F0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0.51</w:t>
            </w:r>
          </w:p>
        </w:tc>
      </w:tr>
      <w:tr w:rsidR="003F002F" w:rsidRPr="00203DDA" w14:paraId="521B6CBF" w14:textId="77777777" w:rsidTr="00876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BDBDA31" w14:textId="1EB1C028" w:rsidR="003F002F" w:rsidRPr="003F002F" w:rsidRDefault="003F002F" w:rsidP="003F002F">
            <w:pPr>
              <w:jc w:val="center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C</w:t>
            </w:r>
            <w:r w:rsidRPr="003F002F">
              <w:rPr>
                <w:rFonts w:asciiTheme="majorBidi" w:hAnsiTheme="majorBidi" w:cstheme="majorBidi"/>
                <w:color w:val="000000"/>
                <w:vertAlign w:val="subscript"/>
              </w:rPr>
              <w:t>7</w:t>
            </w:r>
          </w:p>
        </w:tc>
        <w:tc>
          <w:tcPr>
            <w:tcW w:w="4320" w:type="dxa"/>
          </w:tcPr>
          <w:p w14:paraId="2C4E478B" w14:textId="4CF5187E" w:rsidR="003F002F" w:rsidRPr="003F002F" w:rsidRDefault="003F002F" w:rsidP="003F0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F002F">
              <w:rPr>
                <w:rFonts w:asciiTheme="majorBidi" w:hAnsiTheme="majorBidi" w:cstheme="majorBidi"/>
                <w:color w:val="000000"/>
              </w:rPr>
              <w:t>0.03</w:t>
            </w:r>
          </w:p>
        </w:tc>
      </w:tr>
    </w:tbl>
    <w:p w14:paraId="4AA52BE1" w14:textId="77777777" w:rsidR="00E86DC8" w:rsidRDefault="00E86DC8">
      <w:pPr>
        <w:rPr>
          <w:rFonts w:asciiTheme="majorBidi" w:hAnsiTheme="majorBidi" w:cstheme="majorBidi"/>
        </w:rPr>
      </w:pPr>
    </w:p>
    <w:p w14:paraId="0127BFA5" w14:textId="35A65F5C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S6.3. Pressure points under NG injection</w:t>
      </w:r>
      <w:r w:rsidR="0001035B">
        <w:rPr>
          <w:rFonts w:asciiTheme="majorBidi" w:hAnsiTheme="majorBidi" w:cstheme="majorBidi"/>
        </w:rPr>
        <w:t>.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1035B" w:rsidRPr="00203DDA" w14:paraId="5AF9356C" w14:textId="77777777" w:rsidTr="00876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C0FE274" w14:textId="132B692A" w:rsidR="0001035B" w:rsidRPr="00203DDA" w:rsidRDefault="0001035B" w:rsidP="0001035B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 xml:space="preserve">%NG </w:t>
            </w:r>
            <w:proofErr w:type="spellStart"/>
            <w:r w:rsidRPr="00203DDA">
              <w:rPr>
                <w:rFonts w:asciiTheme="majorBidi" w:hAnsiTheme="majorBidi" w:cstheme="majorBidi"/>
              </w:rPr>
              <w:t>inj</w:t>
            </w:r>
            <w:proofErr w:type="spellEnd"/>
          </w:p>
        </w:tc>
        <w:tc>
          <w:tcPr>
            <w:tcW w:w="2880" w:type="dxa"/>
          </w:tcPr>
          <w:p w14:paraId="07B05DE9" w14:textId="36A8FE00" w:rsidR="0001035B" w:rsidRPr="00203DDA" w:rsidRDefault="0001035B" w:rsidP="000103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UAOP (psi)</w:t>
            </w:r>
          </w:p>
        </w:tc>
        <w:tc>
          <w:tcPr>
            <w:tcW w:w="2880" w:type="dxa"/>
          </w:tcPr>
          <w:p w14:paraId="6CEFD1C3" w14:textId="128EB487" w:rsidR="0001035B" w:rsidRPr="00203DDA" w:rsidRDefault="0001035B" w:rsidP="000103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SATP (psi)</w:t>
            </w:r>
          </w:p>
        </w:tc>
      </w:tr>
      <w:tr w:rsidR="0001035B" w:rsidRPr="00203DDA" w14:paraId="780BB363" w14:textId="77777777" w:rsidTr="00876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22B50E3" w14:textId="036E289C" w:rsidR="0001035B" w:rsidRPr="00203DDA" w:rsidRDefault="0001035B" w:rsidP="0001035B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880" w:type="dxa"/>
          </w:tcPr>
          <w:p w14:paraId="303B67AF" w14:textId="0C251C9F" w:rsidR="0001035B" w:rsidRPr="00203DDA" w:rsidRDefault="0001035B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2880" w:type="dxa"/>
          </w:tcPr>
          <w:p w14:paraId="25835ADC" w14:textId="140F7655" w:rsidR="0001035B" w:rsidRPr="00203DDA" w:rsidRDefault="0001035B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1320</w:t>
            </w:r>
          </w:p>
        </w:tc>
      </w:tr>
      <w:tr w:rsidR="0001035B" w:rsidRPr="00203DDA" w14:paraId="2211B681" w14:textId="77777777" w:rsidTr="00876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3047FF5" w14:textId="34188C90" w:rsidR="0001035B" w:rsidRPr="00203DDA" w:rsidRDefault="0001035B" w:rsidP="0001035B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880" w:type="dxa"/>
          </w:tcPr>
          <w:p w14:paraId="531B105E" w14:textId="06C7B258" w:rsidR="0001035B" w:rsidRPr="00203DDA" w:rsidRDefault="0001035B" w:rsidP="00010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3125</w:t>
            </w:r>
          </w:p>
        </w:tc>
        <w:tc>
          <w:tcPr>
            <w:tcW w:w="2880" w:type="dxa"/>
          </w:tcPr>
          <w:p w14:paraId="73EDDFDD" w14:textId="72055F04" w:rsidR="0001035B" w:rsidRPr="00203DDA" w:rsidRDefault="0001035B" w:rsidP="00010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2100</w:t>
            </w:r>
          </w:p>
        </w:tc>
      </w:tr>
      <w:tr w:rsidR="0001035B" w:rsidRPr="00203DDA" w14:paraId="0DE2EB3B" w14:textId="77777777" w:rsidTr="00876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6414C06" w14:textId="2CD54A61" w:rsidR="0001035B" w:rsidRPr="00203DDA" w:rsidRDefault="0001035B" w:rsidP="0001035B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2880" w:type="dxa"/>
          </w:tcPr>
          <w:p w14:paraId="1E851E96" w14:textId="36117E63" w:rsidR="0001035B" w:rsidRPr="00203DDA" w:rsidRDefault="0001035B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5000</w:t>
            </w:r>
          </w:p>
        </w:tc>
        <w:tc>
          <w:tcPr>
            <w:tcW w:w="2880" w:type="dxa"/>
          </w:tcPr>
          <w:p w14:paraId="1C932F2F" w14:textId="504FBFFD" w:rsidR="0001035B" w:rsidRPr="00203DDA" w:rsidRDefault="0001035B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3300</w:t>
            </w:r>
          </w:p>
        </w:tc>
      </w:tr>
      <w:tr w:rsidR="0001035B" w:rsidRPr="00203DDA" w14:paraId="4E90E078" w14:textId="77777777" w:rsidTr="00876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3AF1C6A" w14:textId="0D932B75" w:rsidR="0001035B" w:rsidRPr="00203DDA" w:rsidRDefault="0001035B" w:rsidP="0001035B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880" w:type="dxa"/>
          </w:tcPr>
          <w:p w14:paraId="4F40A38A" w14:textId="582A5A14" w:rsidR="0001035B" w:rsidRPr="00203DDA" w:rsidRDefault="0001035B" w:rsidP="00010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6259</w:t>
            </w:r>
          </w:p>
        </w:tc>
        <w:tc>
          <w:tcPr>
            <w:tcW w:w="2880" w:type="dxa"/>
          </w:tcPr>
          <w:p w14:paraId="5566E244" w14:textId="73F31384" w:rsidR="0001035B" w:rsidRPr="00203DDA" w:rsidRDefault="0001035B" w:rsidP="00010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4043</w:t>
            </w:r>
          </w:p>
        </w:tc>
      </w:tr>
    </w:tbl>
    <w:p w14:paraId="085D1448" w14:textId="77777777" w:rsidR="00E86DC8" w:rsidRDefault="00E86DC8">
      <w:pPr>
        <w:rPr>
          <w:rFonts w:asciiTheme="majorBidi" w:hAnsiTheme="majorBidi" w:cstheme="majorBidi"/>
        </w:rPr>
      </w:pPr>
    </w:p>
    <w:p w14:paraId="44D43F5D" w14:textId="3D914050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S6.</w:t>
      </w:r>
      <w:r w:rsidR="00B91563">
        <w:rPr>
          <w:rFonts w:asciiTheme="majorBidi" w:hAnsiTheme="majorBidi" w:cstheme="majorBidi"/>
        </w:rPr>
        <w:t>4</w:t>
      </w:r>
      <w:r w:rsidRPr="00203DDA">
        <w:rPr>
          <w:rFonts w:asciiTheme="majorBidi" w:hAnsiTheme="majorBidi" w:cstheme="majorBidi"/>
        </w:rPr>
        <w:t>. Reservoir properties</w:t>
      </w:r>
      <w:r w:rsidR="0001035B">
        <w:rPr>
          <w:rFonts w:asciiTheme="majorBidi" w:hAnsiTheme="majorBidi" w:cstheme="majorBidi"/>
        </w:rPr>
        <w:t>.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5322A" w:rsidRPr="00203DDA" w14:paraId="33ADCA70" w14:textId="77777777" w:rsidTr="00442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D8FB492" w14:textId="77777777" w:rsidR="00D5322A" w:rsidRPr="00203DDA" w:rsidRDefault="0033157A" w:rsidP="0001035B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GOR (</w:t>
            </w:r>
            <w:proofErr w:type="spellStart"/>
            <w:r w:rsidRPr="00203DDA">
              <w:rPr>
                <w:rFonts w:asciiTheme="majorBidi" w:hAnsiTheme="majorBidi" w:cstheme="majorBidi"/>
              </w:rPr>
              <w:t>scf</w:t>
            </w:r>
            <w:proofErr w:type="spellEnd"/>
            <w:r w:rsidRPr="00203DDA">
              <w:rPr>
                <w:rFonts w:asciiTheme="majorBidi" w:hAnsiTheme="majorBidi" w:cstheme="majorBidi"/>
              </w:rPr>
              <w:t>/</w:t>
            </w:r>
            <w:proofErr w:type="spellStart"/>
            <w:r w:rsidRPr="00203DDA">
              <w:rPr>
                <w:rFonts w:asciiTheme="majorBidi" w:hAnsiTheme="majorBidi" w:cstheme="majorBidi"/>
              </w:rPr>
              <w:t>stb</w:t>
            </w:r>
            <w:proofErr w:type="spellEnd"/>
            <w:r w:rsidRPr="00203DDA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160" w:type="dxa"/>
          </w:tcPr>
          <w:p w14:paraId="2D0EFA17" w14:textId="77777777" w:rsidR="00D5322A" w:rsidRPr="00203DDA" w:rsidRDefault="0033157A" w:rsidP="000103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Pb (psi)</w:t>
            </w:r>
          </w:p>
        </w:tc>
        <w:tc>
          <w:tcPr>
            <w:tcW w:w="2160" w:type="dxa"/>
          </w:tcPr>
          <w:p w14:paraId="329D0EE9" w14:textId="77777777" w:rsidR="00D5322A" w:rsidRPr="00203DDA" w:rsidRDefault="0033157A" w:rsidP="000103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03DDA">
              <w:rPr>
                <w:rFonts w:asciiTheme="majorBidi" w:hAnsiTheme="majorBidi" w:cstheme="majorBidi"/>
              </w:rPr>
              <w:t>PRes</w:t>
            </w:r>
            <w:proofErr w:type="spellEnd"/>
            <w:r w:rsidRPr="00203DDA">
              <w:rPr>
                <w:rFonts w:asciiTheme="majorBidi" w:hAnsiTheme="majorBidi" w:cstheme="majorBidi"/>
              </w:rPr>
              <w:t xml:space="preserve"> (psi)</w:t>
            </w:r>
          </w:p>
        </w:tc>
        <w:tc>
          <w:tcPr>
            <w:tcW w:w="2160" w:type="dxa"/>
          </w:tcPr>
          <w:p w14:paraId="4E51D038" w14:textId="77777777" w:rsidR="00D5322A" w:rsidRPr="00203DDA" w:rsidRDefault="0033157A" w:rsidP="000103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03DDA">
              <w:rPr>
                <w:rFonts w:asciiTheme="majorBidi" w:hAnsiTheme="majorBidi" w:cstheme="majorBidi"/>
              </w:rPr>
              <w:t>TRes</w:t>
            </w:r>
            <w:proofErr w:type="spellEnd"/>
            <w:r w:rsidRPr="00203DDA">
              <w:rPr>
                <w:rFonts w:asciiTheme="majorBidi" w:hAnsiTheme="majorBidi" w:cstheme="majorBidi"/>
              </w:rPr>
              <w:t xml:space="preserve"> (F)</w:t>
            </w:r>
          </w:p>
        </w:tc>
      </w:tr>
      <w:tr w:rsidR="00D5322A" w:rsidRPr="00203DDA" w14:paraId="47AD08EF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D3BF937" w14:textId="77777777" w:rsidR="00D5322A" w:rsidRPr="00203DDA" w:rsidRDefault="0033157A" w:rsidP="0001035B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365</w:t>
            </w:r>
          </w:p>
        </w:tc>
        <w:tc>
          <w:tcPr>
            <w:tcW w:w="2160" w:type="dxa"/>
          </w:tcPr>
          <w:p w14:paraId="70D4743E" w14:textId="77777777" w:rsidR="00D5322A" w:rsidRPr="00203DDA" w:rsidRDefault="0033157A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1320</w:t>
            </w:r>
          </w:p>
        </w:tc>
        <w:tc>
          <w:tcPr>
            <w:tcW w:w="2160" w:type="dxa"/>
          </w:tcPr>
          <w:p w14:paraId="217C5062" w14:textId="77777777" w:rsidR="00D5322A" w:rsidRPr="00203DDA" w:rsidRDefault="0033157A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4425</w:t>
            </w:r>
          </w:p>
        </w:tc>
        <w:tc>
          <w:tcPr>
            <w:tcW w:w="2160" w:type="dxa"/>
          </w:tcPr>
          <w:p w14:paraId="39247BC5" w14:textId="77777777" w:rsidR="00D5322A" w:rsidRPr="00203DDA" w:rsidRDefault="0033157A" w:rsidP="00010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255</w:t>
            </w:r>
          </w:p>
        </w:tc>
      </w:tr>
    </w:tbl>
    <w:p w14:paraId="268C9913" w14:textId="77777777" w:rsidR="00E86DC8" w:rsidRDefault="00E86DC8">
      <w:pPr>
        <w:rPr>
          <w:rFonts w:asciiTheme="majorBidi" w:hAnsiTheme="majorBidi" w:cstheme="majorBidi"/>
        </w:rPr>
      </w:pPr>
    </w:p>
    <w:p w14:paraId="543CA6E5" w14:textId="75DFD21D" w:rsidR="00D5322A" w:rsidRPr="00203DDA" w:rsidRDefault="0033157A">
      <w:pPr>
        <w:rPr>
          <w:rFonts w:asciiTheme="majorBidi" w:hAnsiTheme="majorBidi" w:cstheme="majorBidi"/>
        </w:rPr>
      </w:pPr>
      <w:r w:rsidRPr="00203DDA">
        <w:rPr>
          <w:rFonts w:asciiTheme="majorBidi" w:hAnsiTheme="majorBidi" w:cstheme="majorBidi"/>
        </w:rPr>
        <w:t>Table S6.</w:t>
      </w:r>
      <w:r w:rsidR="00B91563">
        <w:rPr>
          <w:rFonts w:asciiTheme="majorBidi" w:hAnsiTheme="majorBidi" w:cstheme="majorBidi"/>
        </w:rPr>
        <w:t>5</w:t>
      </w:r>
      <w:r w:rsidRPr="00203DDA">
        <w:rPr>
          <w:rFonts w:asciiTheme="majorBidi" w:hAnsiTheme="majorBidi" w:cstheme="majorBidi"/>
        </w:rPr>
        <w:t>. SARA analysis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67F01" w:rsidRPr="00203DDA" w14:paraId="0A8B2521" w14:textId="77777777" w:rsidTr="00442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D783F24" w14:textId="71A03CE4" w:rsidR="00C67F01" w:rsidRPr="00203DDA" w:rsidRDefault="00C67F01" w:rsidP="00C67F0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Saturate</w:t>
            </w:r>
          </w:p>
        </w:tc>
        <w:tc>
          <w:tcPr>
            <w:tcW w:w="2160" w:type="dxa"/>
          </w:tcPr>
          <w:p w14:paraId="5C76C253" w14:textId="38A483E1" w:rsidR="00C67F01" w:rsidRPr="00203DDA" w:rsidRDefault="00C67F01" w:rsidP="00C67F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Aromatic</w:t>
            </w:r>
          </w:p>
        </w:tc>
        <w:tc>
          <w:tcPr>
            <w:tcW w:w="2160" w:type="dxa"/>
          </w:tcPr>
          <w:p w14:paraId="79DD4C4D" w14:textId="481DDACB" w:rsidR="00C67F01" w:rsidRPr="00203DDA" w:rsidRDefault="00C67F01" w:rsidP="00C67F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Resin</w:t>
            </w:r>
          </w:p>
        </w:tc>
        <w:tc>
          <w:tcPr>
            <w:tcW w:w="2160" w:type="dxa"/>
          </w:tcPr>
          <w:p w14:paraId="35DB7283" w14:textId="6568A05F" w:rsidR="00C67F01" w:rsidRPr="00203DDA" w:rsidRDefault="00C67F01" w:rsidP="00C67F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Asphaltene</w:t>
            </w:r>
          </w:p>
        </w:tc>
      </w:tr>
      <w:tr w:rsidR="00C67F01" w:rsidRPr="00203DDA" w14:paraId="5BCAB038" w14:textId="77777777" w:rsidTr="00442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113847E" w14:textId="2B4CE413" w:rsidR="00C67F01" w:rsidRPr="00203DDA" w:rsidRDefault="00C67F01" w:rsidP="00C67F01">
            <w:pPr>
              <w:jc w:val="center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7.66</w:t>
            </w:r>
          </w:p>
        </w:tc>
        <w:tc>
          <w:tcPr>
            <w:tcW w:w="2160" w:type="dxa"/>
          </w:tcPr>
          <w:p w14:paraId="39FB4A13" w14:textId="1A641579" w:rsidR="00C67F01" w:rsidRPr="00203DDA" w:rsidRDefault="00C67F01" w:rsidP="00C67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2160" w:type="dxa"/>
          </w:tcPr>
          <w:p w14:paraId="5B61DD93" w14:textId="3C5F8B84" w:rsidR="00C67F01" w:rsidRPr="00203DDA" w:rsidRDefault="00C67F01" w:rsidP="00C67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160" w:type="dxa"/>
          </w:tcPr>
          <w:p w14:paraId="171C248E" w14:textId="39C5267A" w:rsidR="00C67F01" w:rsidRPr="00203DDA" w:rsidRDefault="00C67F01" w:rsidP="00C67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03DDA">
              <w:rPr>
                <w:rFonts w:asciiTheme="majorBidi" w:hAnsiTheme="majorBidi" w:cstheme="majorBidi"/>
              </w:rPr>
              <w:t>3.1</w:t>
            </w:r>
          </w:p>
        </w:tc>
      </w:tr>
    </w:tbl>
    <w:p w14:paraId="09D74796" w14:textId="0FCA605A" w:rsidR="00D5322A" w:rsidRPr="00203DDA" w:rsidRDefault="00D5322A">
      <w:pPr>
        <w:rPr>
          <w:rFonts w:asciiTheme="majorBidi" w:hAnsiTheme="majorBidi" w:cstheme="majorBidi"/>
        </w:rPr>
      </w:pPr>
    </w:p>
    <w:sectPr w:rsidR="00D5322A" w:rsidRPr="00203DDA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41B8A" w14:textId="77777777" w:rsidR="0078188C" w:rsidRDefault="0078188C" w:rsidP="00E5775E">
      <w:pPr>
        <w:spacing w:after="0" w:line="240" w:lineRule="auto"/>
      </w:pPr>
      <w:r>
        <w:separator/>
      </w:r>
    </w:p>
  </w:endnote>
  <w:endnote w:type="continuationSeparator" w:id="0">
    <w:p w14:paraId="395021FF" w14:textId="77777777" w:rsidR="0078188C" w:rsidRDefault="0078188C" w:rsidP="00E57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1182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45BD30" w14:textId="6A739619" w:rsidR="00E5775E" w:rsidRDefault="00E577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F6330E" w14:textId="77777777" w:rsidR="00E5775E" w:rsidRDefault="00E577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EF16F" w14:textId="77777777" w:rsidR="0078188C" w:rsidRDefault="0078188C" w:rsidP="00E5775E">
      <w:pPr>
        <w:spacing w:after="0" w:line="240" w:lineRule="auto"/>
      </w:pPr>
      <w:r>
        <w:separator/>
      </w:r>
    </w:p>
  </w:footnote>
  <w:footnote w:type="continuationSeparator" w:id="0">
    <w:p w14:paraId="3E458D8E" w14:textId="77777777" w:rsidR="0078188C" w:rsidRDefault="0078188C" w:rsidP="00E57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821631">
    <w:abstractNumId w:val="8"/>
  </w:num>
  <w:num w:numId="2" w16cid:durableId="2096048507">
    <w:abstractNumId w:val="6"/>
  </w:num>
  <w:num w:numId="3" w16cid:durableId="1271276309">
    <w:abstractNumId w:val="5"/>
  </w:num>
  <w:num w:numId="4" w16cid:durableId="12729894">
    <w:abstractNumId w:val="4"/>
  </w:num>
  <w:num w:numId="5" w16cid:durableId="1811433776">
    <w:abstractNumId w:val="7"/>
  </w:num>
  <w:num w:numId="6" w16cid:durableId="910430755">
    <w:abstractNumId w:val="3"/>
  </w:num>
  <w:num w:numId="7" w16cid:durableId="366567536">
    <w:abstractNumId w:val="2"/>
  </w:num>
  <w:num w:numId="8" w16cid:durableId="969824604">
    <w:abstractNumId w:val="1"/>
  </w:num>
  <w:num w:numId="9" w16cid:durableId="174460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35B"/>
    <w:rsid w:val="00034616"/>
    <w:rsid w:val="0006063C"/>
    <w:rsid w:val="0015074B"/>
    <w:rsid w:val="001C7D15"/>
    <w:rsid w:val="00203DDA"/>
    <w:rsid w:val="00251930"/>
    <w:rsid w:val="0029639D"/>
    <w:rsid w:val="002A08B1"/>
    <w:rsid w:val="002D4AB6"/>
    <w:rsid w:val="002F4020"/>
    <w:rsid w:val="00326F90"/>
    <w:rsid w:val="0033157A"/>
    <w:rsid w:val="003F002F"/>
    <w:rsid w:val="004174D1"/>
    <w:rsid w:val="00430062"/>
    <w:rsid w:val="004423E9"/>
    <w:rsid w:val="00442A41"/>
    <w:rsid w:val="00473F90"/>
    <w:rsid w:val="00555BBE"/>
    <w:rsid w:val="00616B70"/>
    <w:rsid w:val="00672038"/>
    <w:rsid w:val="006A7CA5"/>
    <w:rsid w:val="006B46A4"/>
    <w:rsid w:val="006C7878"/>
    <w:rsid w:val="0078188C"/>
    <w:rsid w:val="00876B1C"/>
    <w:rsid w:val="008D45F4"/>
    <w:rsid w:val="00A042BC"/>
    <w:rsid w:val="00AA02E7"/>
    <w:rsid w:val="00AA1D8D"/>
    <w:rsid w:val="00B47730"/>
    <w:rsid w:val="00B91563"/>
    <w:rsid w:val="00C67F01"/>
    <w:rsid w:val="00CB0664"/>
    <w:rsid w:val="00D31EC7"/>
    <w:rsid w:val="00D5322A"/>
    <w:rsid w:val="00D80B6E"/>
    <w:rsid w:val="00E5775E"/>
    <w:rsid w:val="00E63E66"/>
    <w:rsid w:val="00E85FD0"/>
    <w:rsid w:val="00E86DC8"/>
    <w:rsid w:val="00EA1CC8"/>
    <w:rsid w:val="00ED002D"/>
    <w:rsid w:val="00F34B54"/>
    <w:rsid w:val="00F672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2FBBB6"/>
  <w14:defaultImageDpi w14:val="300"/>
  <w15:docId w15:val="{69202494-EB2C-4235-994E-C1E732D1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4">
    <w:name w:val="Grid Table 4"/>
    <w:basedOn w:val="TableNormal"/>
    <w:uiPriority w:val="49"/>
    <w:rsid w:val="00876B1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42A4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6729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Mohammad reza Khorsand</cp:lastModifiedBy>
  <cp:revision>28</cp:revision>
  <dcterms:created xsi:type="dcterms:W3CDTF">2013-12-23T23:15:00Z</dcterms:created>
  <dcterms:modified xsi:type="dcterms:W3CDTF">2025-10-10T14:00:00Z</dcterms:modified>
  <cp:category/>
</cp:coreProperties>
</file>