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B08EA" w14:textId="77777777" w:rsidR="002E3A17" w:rsidRDefault="00BA3834" w:rsidP="00817610">
      <w:pPr>
        <w:pStyle w:val="Rubrik1"/>
      </w:pPr>
      <w:r>
        <w:t xml:space="preserve">Appendix A. Survey </w:t>
      </w:r>
      <w:r w:rsidRPr="00817610">
        <w:t>Questionnaire</w:t>
      </w:r>
    </w:p>
    <w:p w14:paraId="61C21C5C" w14:textId="7EDACA24" w:rsidR="002E3A17" w:rsidRDefault="00BA3834" w:rsidP="00817610">
      <w:r>
        <w:t xml:space="preserve">This appendix presents a condensed version of the expert survey conducted within the EU-funded project Nexgen Sims. The purpose of the survey was to investigate perceptions of the mining and mining-related industries regarding the future of mining work and miners’ work situations. </w:t>
      </w:r>
      <w:r w:rsidR="00817610">
        <w:t>Future</w:t>
      </w:r>
      <w:r>
        <w:t>: Developments expected within the next 10 years.</w:t>
      </w:r>
    </w:p>
    <w:p w14:paraId="6EC6D6AD" w14:textId="1C629BCF" w:rsidR="002E3A17" w:rsidRDefault="00BA3834" w:rsidP="00817610">
      <w:pPr>
        <w:pStyle w:val="Rubrik2"/>
      </w:pPr>
      <w:r>
        <w:t xml:space="preserve">Background </w:t>
      </w:r>
      <w:r w:rsidRPr="00817610">
        <w:t>questions</w:t>
      </w:r>
    </w:p>
    <w:p w14:paraId="5D26A235" w14:textId="77777777" w:rsidR="002E3A17" w:rsidRDefault="00BA3834">
      <w:pPr>
        <w:pStyle w:val="Punktlista"/>
      </w:pPr>
      <w:r>
        <w:t>In which company are you employed?</w:t>
      </w:r>
    </w:p>
    <w:p w14:paraId="2E29B2BB" w14:textId="77777777" w:rsidR="002E3A17" w:rsidRDefault="00BA3834">
      <w:pPr>
        <w:pStyle w:val="Punktlista"/>
      </w:pPr>
      <w:r>
        <w:t>What is your professional role within the company?</w:t>
      </w:r>
    </w:p>
    <w:p w14:paraId="10BA83DB" w14:textId="77777777" w:rsidR="002E3A17" w:rsidRDefault="00BA3834">
      <w:pPr>
        <w:pStyle w:val="Punktlista"/>
      </w:pPr>
      <w:r>
        <w:t>How many years of experience do you have in mining-related work and/or tasks?</w:t>
      </w:r>
    </w:p>
    <w:p w14:paraId="5E612CD1" w14:textId="77777777" w:rsidR="002E3A17" w:rsidRDefault="00BA3834">
      <w:pPr>
        <w:pStyle w:val="Punktlista"/>
      </w:pPr>
      <w:r>
        <w:t>Do you identify yourself as: (Male / Female / Other)</w:t>
      </w:r>
    </w:p>
    <w:p w14:paraId="510139F9" w14:textId="0264FD96" w:rsidR="002E3A17" w:rsidRDefault="00BA3834">
      <w:pPr>
        <w:pStyle w:val="Rubrik2"/>
      </w:pPr>
      <w:r>
        <w:t>Recruitment, competence, and skills in the future of mining</w:t>
      </w:r>
    </w:p>
    <w:p w14:paraId="3719DC73" w14:textId="77777777" w:rsidR="002E3A17" w:rsidRDefault="00BA3834">
      <w:pPr>
        <w:pStyle w:val="Punktlista"/>
      </w:pPr>
      <w:r>
        <w:t>Is it your perception that the mining industry is prioritizing the future competence supply of miners in a strategic way?</w:t>
      </w:r>
    </w:p>
    <w:p w14:paraId="762AFD31" w14:textId="77777777" w:rsidR="002E3A17" w:rsidRDefault="00BA3834">
      <w:pPr>
        <w:pStyle w:val="Punktlista"/>
      </w:pPr>
      <w:r>
        <w:t>How do you think education level requirements for newly recruited miners will change within the next 10 years?</w:t>
      </w:r>
    </w:p>
    <w:p w14:paraId="6A4043B3" w14:textId="77777777" w:rsidR="002E3A17" w:rsidRDefault="00BA3834">
      <w:pPr>
        <w:pStyle w:val="Punktlista"/>
      </w:pPr>
      <w:r>
        <w:t>What human-related factors do you think will pose the biggest challenges to recruiting miners over the next 10-year period?</w:t>
      </w:r>
    </w:p>
    <w:p w14:paraId="3E721074" w14:textId="77777777" w:rsidR="002E3A17" w:rsidRDefault="00BA3834">
      <w:pPr>
        <w:pStyle w:val="Punktlista"/>
      </w:pPr>
      <w:r>
        <w:t>What industry-related factors do you think will pose the biggest challenges to recruiting miners over the next 10-year period?</w:t>
      </w:r>
    </w:p>
    <w:p w14:paraId="38EE1798" w14:textId="77777777" w:rsidR="002E3A17" w:rsidRDefault="00BA3834">
      <w:pPr>
        <w:pStyle w:val="Punktlista"/>
      </w:pPr>
      <w:r>
        <w:t>What other factor(s) do you think will pose the biggest challenges to recruiting miners over the next 10-year period?</w:t>
      </w:r>
    </w:p>
    <w:p w14:paraId="210BF9D0" w14:textId="77777777" w:rsidR="002E3A17" w:rsidRDefault="00BA3834">
      <w:pPr>
        <w:pStyle w:val="Punktlista"/>
      </w:pPr>
      <w:r>
        <w:t>What skills, abilities, and competencies do you think will be the most important for miners to possess during the next 10-year period?</w:t>
      </w:r>
    </w:p>
    <w:p w14:paraId="637B6100" w14:textId="77777777" w:rsidR="002E3A17" w:rsidRDefault="00BA3834">
      <w:pPr>
        <w:pStyle w:val="Punktlista"/>
      </w:pPr>
      <w:r>
        <w:t>What do you think will be the biggest challenges regarding further training of already employed miners over the next 10-year period?</w:t>
      </w:r>
    </w:p>
    <w:p w14:paraId="0F451EEF" w14:textId="77777777" w:rsidR="002E3A17" w:rsidRDefault="00BA3834">
      <w:pPr>
        <w:pStyle w:val="Punktlista"/>
      </w:pPr>
      <w:r>
        <w:t>If you specified 'Other' in the previous questions, please describe that/those factor/factors here.</w:t>
      </w:r>
    </w:p>
    <w:p w14:paraId="69C079CF" w14:textId="3A6A1BEB" w:rsidR="002E3A17" w:rsidRDefault="00BA3834">
      <w:pPr>
        <w:pStyle w:val="Rubrik2"/>
      </w:pPr>
      <w:r>
        <w:t>The future organization of mining companies</w:t>
      </w:r>
    </w:p>
    <w:p w14:paraId="180DE2E0" w14:textId="77777777" w:rsidR="002E3A17" w:rsidRDefault="00BA3834">
      <w:pPr>
        <w:pStyle w:val="Punktlista"/>
      </w:pPr>
      <w:r>
        <w:t>How do you think the number of miners per mine, in general, will change over the next 10 years?</w:t>
      </w:r>
    </w:p>
    <w:p w14:paraId="67C57BB2" w14:textId="77777777" w:rsidR="002E3A17" w:rsidRDefault="00BA3834">
      <w:pPr>
        <w:pStyle w:val="Punktlista"/>
      </w:pPr>
      <w:r>
        <w:t>In the context of individuals working in mining companies, what do you think the proportion of miners to non-miners will be in 10 years from now?</w:t>
      </w:r>
    </w:p>
    <w:p w14:paraId="1E275114" w14:textId="77777777" w:rsidR="002E3A17" w:rsidRDefault="00BA3834">
      <w:pPr>
        <w:pStyle w:val="Punktlista"/>
      </w:pPr>
      <w:r>
        <w:t>What do you think the proportion of women to men will be among miners in 10 years from now?</w:t>
      </w:r>
    </w:p>
    <w:p w14:paraId="655E37F1" w14:textId="124B9018" w:rsidR="002E3A17" w:rsidRDefault="00BA3834">
      <w:pPr>
        <w:pStyle w:val="Rubrik2"/>
      </w:pPr>
      <w:r>
        <w:lastRenderedPageBreak/>
        <w:t xml:space="preserve">The </w:t>
      </w:r>
      <w:proofErr w:type="gramStart"/>
      <w:r>
        <w:t>mining industry</w:t>
      </w:r>
      <w:proofErr w:type="gramEnd"/>
      <w:r>
        <w:t xml:space="preserve"> of the </w:t>
      </w:r>
      <w:proofErr w:type="gramStart"/>
      <w:r>
        <w:t>future</w:t>
      </w:r>
      <w:proofErr w:type="gramEnd"/>
    </w:p>
    <w:p w14:paraId="6A9503EC" w14:textId="77777777" w:rsidR="002E3A17" w:rsidRDefault="00BA3834">
      <w:pPr>
        <w:pStyle w:val="Punktlista"/>
      </w:pPr>
      <w:r>
        <w:t>How do you think the Green Transition will affect the mining industry?</w:t>
      </w:r>
    </w:p>
    <w:p w14:paraId="71C459BC" w14:textId="77777777" w:rsidR="002E3A17" w:rsidRDefault="00BA3834">
      <w:pPr>
        <w:pStyle w:val="Punktlista"/>
      </w:pPr>
      <w:r>
        <w:t>How do you think the number of miners in the European mining industry, as a whole, will change over the next 10 years?</w:t>
      </w:r>
    </w:p>
    <w:p w14:paraId="14B37BCF" w14:textId="77777777" w:rsidR="002E3A17" w:rsidRDefault="00BA3834">
      <w:pPr>
        <w:pStyle w:val="Punktlista"/>
      </w:pPr>
      <w:r>
        <w:t>In what ways do you think the work of miners will change in the next 10 years?</w:t>
      </w:r>
    </w:p>
    <w:p w14:paraId="44A16713" w14:textId="77777777" w:rsidR="002E3A17" w:rsidRDefault="00BA3834">
      <w:pPr>
        <w:pStyle w:val="Punktlista"/>
      </w:pPr>
      <w:r>
        <w:t>When do you think it will be possible to have a zero-entry underground mine?</w:t>
      </w:r>
    </w:p>
    <w:p w14:paraId="7EFC2A8D" w14:textId="77777777" w:rsidR="002E3A17" w:rsidRDefault="00BA3834">
      <w:pPr>
        <w:pStyle w:val="Punktlista"/>
      </w:pPr>
      <w:r>
        <w:t>When do you think it will be possible to have a zero-entry open pit mine?</w:t>
      </w:r>
    </w:p>
    <w:p w14:paraId="2AF95D95" w14:textId="595FAF2A" w:rsidR="002E3A17" w:rsidRDefault="00BA3834">
      <w:pPr>
        <w:pStyle w:val="Rubrik2"/>
      </w:pPr>
      <w:r>
        <w:t>Outro</w:t>
      </w:r>
    </w:p>
    <w:p w14:paraId="3B87E86F" w14:textId="77777777" w:rsidR="002E3A17" w:rsidRDefault="00BA3834">
      <w:pPr>
        <w:pStyle w:val="Punktlista"/>
      </w:pPr>
      <w:r>
        <w:t>Is there anything you would like to add regarding this survey?</w:t>
      </w:r>
    </w:p>
    <w:sectPr w:rsidR="002E3A1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7528456">
    <w:abstractNumId w:val="8"/>
  </w:num>
  <w:num w:numId="2" w16cid:durableId="689338814">
    <w:abstractNumId w:val="6"/>
  </w:num>
  <w:num w:numId="3" w16cid:durableId="959728467">
    <w:abstractNumId w:val="5"/>
  </w:num>
  <w:num w:numId="4" w16cid:durableId="2139838236">
    <w:abstractNumId w:val="4"/>
  </w:num>
  <w:num w:numId="5" w16cid:durableId="444810071">
    <w:abstractNumId w:val="7"/>
  </w:num>
  <w:num w:numId="6" w16cid:durableId="2109500398">
    <w:abstractNumId w:val="3"/>
  </w:num>
  <w:num w:numId="7" w16cid:durableId="2053070615">
    <w:abstractNumId w:val="2"/>
  </w:num>
  <w:num w:numId="8" w16cid:durableId="2090080335">
    <w:abstractNumId w:val="1"/>
  </w:num>
  <w:num w:numId="9" w16cid:durableId="84701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3A17"/>
    <w:rsid w:val="00326F90"/>
    <w:rsid w:val="00817610"/>
    <w:rsid w:val="00AA1D8D"/>
    <w:rsid w:val="00AB3EDC"/>
    <w:rsid w:val="00B47730"/>
    <w:rsid w:val="00BA383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F81BC"/>
  <w14:defaultImageDpi w14:val="300"/>
  <w15:docId w15:val="{C55E9AA7-7B18-4D9F-B94D-9A0F279E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610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817610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17610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817610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817610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2121</Characters>
  <Application>Microsoft Office Word</Application>
  <DocSecurity>0</DocSecurity>
  <Lines>44</Lines>
  <Paragraphs>32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Annika Pekkari</cp:lastModifiedBy>
  <cp:revision>2</cp:revision>
  <dcterms:created xsi:type="dcterms:W3CDTF">2025-10-17T12:49:00Z</dcterms:created>
  <dcterms:modified xsi:type="dcterms:W3CDTF">2025-10-17T12:49:00Z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62cfc43c-4795-4695-b3a2-12394cfa18ae</vt:lpwstr>
  </property>
</Properties>
</file>