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EF402" w14:textId="77777777" w:rsidR="00497B11" w:rsidRPr="0070630D" w:rsidRDefault="00497B11" w:rsidP="008A4F7C">
      <w:pPr>
        <w:spacing w:line="480" w:lineRule="auto"/>
        <w:jc w:val="center"/>
        <w:rPr>
          <w:rFonts w:ascii="Times New Roman" w:eastAsia="宋体" w:hAnsi="Times New Roman"/>
          <w:b/>
          <w:bCs/>
          <w:iCs/>
          <w:sz w:val="32"/>
          <w:szCs w:val="32"/>
        </w:rPr>
      </w:pPr>
      <w:r w:rsidRPr="0070630D">
        <w:rPr>
          <w:rFonts w:ascii="Times New Roman" w:eastAsia="宋体" w:hAnsi="Times New Roman"/>
          <w:b/>
          <w:bCs/>
          <w:iCs/>
          <w:sz w:val="32"/>
          <w:szCs w:val="32"/>
        </w:rPr>
        <w:t>Supplementary Material</w:t>
      </w:r>
    </w:p>
    <w:p w14:paraId="1B53ED7C" w14:textId="77777777" w:rsidR="00497B11" w:rsidRPr="00EF44AE" w:rsidRDefault="00497B11" w:rsidP="00E60C05">
      <w:pPr>
        <w:keepNext/>
        <w:keepLines/>
        <w:spacing w:before="340" w:after="330" w:line="360" w:lineRule="auto"/>
        <w:jc w:val="center"/>
        <w:rPr>
          <w:rFonts w:ascii="Times New Roman" w:eastAsia="宋体" w:hAnsi="Times New Roman"/>
          <w:iCs/>
          <w:kern w:val="44"/>
          <w:sz w:val="28"/>
          <w:szCs w:val="28"/>
        </w:rPr>
      </w:pPr>
      <w:proofErr w:type="spellStart"/>
      <w:r w:rsidRPr="00EF44AE">
        <w:rPr>
          <w:rFonts w:ascii="Times New Roman" w:eastAsia="宋体" w:hAnsi="Times New Roman" w:hint="eastAsia"/>
          <w:b/>
          <w:bCs/>
          <w:kern w:val="44"/>
          <w:sz w:val="28"/>
          <w:szCs w:val="28"/>
        </w:rPr>
        <w:t>S</w:t>
      </w:r>
      <w:r w:rsidRPr="00EF44AE">
        <w:rPr>
          <w:rFonts w:ascii="Times New Roman" w:eastAsia="宋体" w:hAnsi="Times New Roman"/>
          <w:b/>
          <w:bCs/>
          <w:kern w:val="44"/>
          <w:sz w:val="28"/>
          <w:szCs w:val="28"/>
        </w:rPr>
        <w:t>ilvaticusins</w:t>
      </w:r>
      <w:proofErr w:type="spellEnd"/>
      <w:r w:rsidRPr="00EF44AE">
        <w:rPr>
          <w:rFonts w:ascii="Times New Roman" w:eastAsia="宋体" w:hAnsi="Times New Roman"/>
          <w:b/>
          <w:bCs/>
          <w:kern w:val="44"/>
          <w:sz w:val="28"/>
          <w:szCs w:val="28"/>
        </w:rPr>
        <w:t xml:space="preserve"> A–</w:t>
      </w:r>
      <w:r w:rsidRPr="00EF44AE">
        <w:rPr>
          <w:rFonts w:ascii="Times New Roman" w:eastAsia="宋体" w:hAnsi="Times New Roman" w:hint="eastAsia"/>
          <w:b/>
          <w:bCs/>
          <w:kern w:val="44"/>
          <w:sz w:val="28"/>
          <w:szCs w:val="28"/>
        </w:rPr>
        <w:t>D:</w:t>
      </w:r>
      <w:r w:rsidRPr="00EF44AE">
        <w:rPr>
          <w:rFonts w:ascii="Times New Roman" w:eastAsia="宋体" w:hAnsi="Times New Roman"/>
          <w:b/>
          <w:bCs/>
          <w:kern w:val="44"/>
          <w:sz w:val="28"/>
          <w:szCs w:val="28"/>
        </w:rPr>
        <w:t xml:space="preserve"> </w:t>
      </w:r>
      <w:proofErr w:type="spellStart"/>
      <w:r w:rsidRPr="00EF44AE">
        <w:rPr>
          <w:rFonts w:ascii="Times New Roman" w:eastAsia="宋体" w:hAnsi="Times New Roman"/>
          <w:b/>
          <w:bCs/>
          <w:i/>
          <w:iCs/>
          <w:kern w:val="44"/>
          <w:sz w:val="28"/>
          <w:szCs w:val="28"/>
        </w:rPr>
        <w:t>ent</w:t>
      </w:r>
      <w:r w:rsidRPr="00EF44AE">
        <w:rPr>
          <w:rFonts w:ascii="Times New Roman" w:eastAsia="宋体" w:hAnsi="Times New Roman"/>
          <w:b/>
          <w:bCs/>
          <w:kern w:val="44"/>
          <w:sz w:val="28"/>
          <w:szCs w:val="28"/>
        </w:rPr>
        <w:t>-kauran</w:t>
      </w:r>
      <w:r w:rsidRPr="00EF44AE">
        <w:rPr>
          <w:rFonts w:ascii="Times New Roman" w:eastAsia="宋体" w:hAnsi="Times New Roman" w:hint="eastAsia"/>
          <w:b/>
          <w:bCs/>
          <w:kern w:val="44"/>
          <w:sz w:val="28"/>
          <w:szCs w:val="28"/>
        </w:rPr>
        <w:t>e</w:t>
      </w:r>
      <w:proofErr w:type="spellEnd"/>
      <w:r w:rsidRPr="00EF44AE">
        <w:rPr>
          <w:rFonts w:ascii="Times New Roman" w:eastAsia="宋体" w:hAnsi="Times New Roman" w:hint="eastAsia"/>
          <w:b/>
          <w:bCs/>
          <w:kern w:val="44"/>
          <w:sz w:val="28"/>
          <w:szCs w:val="28"/>
        </w:rPr>
        <w:t xml:space="preserve"> diterpenoids </w:t>
      </w:r>
      <w:r w:rsidRPr="00EF44AE">
        <w:rPr>
          <w:rFonts w:ascii="Times New Roman" w:eastAsia="宋体" w:hAnsi="Times New Roman"/>
          <w:b/>
          <w:bCs/>
          <w:kern w:val="44"/>
          <w:sz w:val="28"/>
          <w:szCs w:val="28"/>
        </w:rPr>
        <w:t xml:space="preserve">and </w:t>
      </w:r>
      <w:r w:rsidRPr="00EF44AE">
        <w:rPr>
          <w:rFonts w:ascii="Times New Roman" w:eastAsia="宋体" w:hAnsi="Times New Roman" w:hint="eastAsia"/>
          <w:b/>
          <w:bCs/>
          <w:kern w:val="44"/>
          <w:sz w:val="28"/>
          <w:szCs w:val="28"/>
        </w:rPr>
        <w:t xml:space="preserve">a </w:t>
      </w:r>
      <w:bookmarkStart w:id="0" w:name="_Hlk168223688"/>
      <w:proofErr w:type="spellStart"/>
      <w:r w:rsidRPr="00EF44AE">
        <w:rPr>
          <w:rFonts w:ascii="Times New Roman" w:eastAsia="宋体" w:hAnsi="Times New Roman"/>
          <w:b/>
          <w:bCs/>
          <w:kern w:val="44"/>
          <w:sz w:val="28"/>
          <w:szCs w:val="28"/>
        </w:rPr>
        <w:t>cyclobutane</w:t>
      </w:r>
      <w:proofErr w:type="spellEnd"/>
      <w:r w:rsidRPr="00EF44AE">
        <w:rPr>
          <w:rFonts w:ascii="Times New Roman" w:eastAsia="宋体" w:hAnsi="Times New Roman"/>
          <w:b/>
          <w:bCs/>
          <w:kern w:val="44"/>
          <w:sz w:val="28"/>
          <w:szCs w:val="28"/>
        </w:rPr>
        <w:t xml:space="preserve">-containing </w:t>
      </w:r>
      <w:proofErr w:type="spellStart"/>
      <w:r w:rsidRPr="00EF44AE">
        <w:rPr>
          <w:rFonts w:ascii="Times New Roman" w:eastAsia="宋体" w:hAnsi="Times New Roman"/>
          <w:b/>
          <w:bCs/>
          <w:i/>
          <w:iCs/>
          <w:kern w:val="44"/>
          <w:sz w:val="28"/>
          <w:szCs w:val="28"/>
        </w:rPr>
        <w:t>ent</w:t>
      </w:r>
      <w:r w:rsidRPr="00EF44AE">
        <w:rPr>
          <w:rFonts w:ascii="Times New Roman" w:eastAsia="宋体" w:hAnsi="Times New Roman"/>
          <w:b/>
          <w:bCs/>
          <w:kern w:val="44"/>
          <w:sz w:val="28"/>
          <w:szCs w:val="28"/>
        </w:rPr>
        <w:t>-kauran</w:t>
      </w:r>
      <w:r w:rsidRPr="00EF44AE">
        <w:rPr>
          <w:rFonts w:ascii="Times New Roman" w:eastAsia="宋体" w:hAnsi="Times New Roman" w:hint="eastAsia"/>
          <w:b/>
          <w:bCs/>
          <w:kern w:val="44"/>
          <w:sz w:val="28"/>
          <w:szCs w:val="28"/>
        </w:rPr>
        <w:t>e</w:t>
      </w:r>
      <w:proofErr w:type="spellEnd"/>
      <w:r w:rsidRPr="00EF44AE">
        <w:rPr>
          <w:rFonts w:ascii="Times New Roman" w:eastAsia="宋体" w:hAnsi="Times New Roman" w:hint="eastAsia"/>
          <w:b/>
          <w:bCs/>
          <w:kern w:val="44"/>
          <w:sz w:val="28"/>
          <w:szCs w:val="28"/>
        </w:rPr>
        <w:t xml:space="preserve"> dimer</w:t>
      </w:r>
      <w:bookmarkEnd w:id="0"/>
      <w:r w:rsidRPr="00EF44AE" w:rsidDel="00596AF0">
        <w:rPr>
          <w:rFonts w:ascii="Times New Roman" w:eastAsia="宋体" w:hAnsi="Times New Roman"/>
          <w:b/>
          <w:bCs/>
          <w:kern w:val="44"/>
          <w:sz w:val="28"/>
          <w:szCs w:val="28"/>
        </w:rPr>
        <w:t xml:space="preserve"> </w:t>
      </w:r>
      <w:r w:rsidRPr="00EF44AE">
        <w:rPr>
          <w:rFonts w:ascii="Times New Roman" w:eastAsia="宋体" w:hAnsi="Times New Roman" w:hint="eastAsia"/>
          <w:b/>
          <w:bCs/>
          <w:kern w:val="44"/>
          <w:sz w:val="28"/>
          <w:szCs w:val="28"/>
        </w:rPr>
        <w:t xml:space="preserve">from </w:t>
      </w:r>
      <w:proofErr w:type="spellStart"/>
      <w:r w:rsidRPr="00EF44AE">
        <w:rPr>
          <w:rFonts w:ascii="Times New Roman" w:eastAsia="宋体" w:hAnsi="Times New Roman"/>
          <w:b/>
          <w:bCs/>
          <w:i/>
          <w:iCs/>
          <w:kern w:val="44"/>
          <w:sz w:val="28"/>
          <w:szCs w:val="28"/>
        </w:rPr>
        <w:t>Isodon</w:t>
      </w:r>
      <w:proofErr w:type="spellEnd"/>
      <w:r w:rsidRPr="00EF44AE">
        <w:rPr>
          <w:rFonts w:ascii="Times New Roman" w:eastAsia="宋体" w:hAnsi="Times New Roman"/>
          <w:b/>
          <w:bCs/>
          <w:i/>
          <w:iCs/>
          <w:kern w:val="44"/>
          <w:sz w:val="28"/>
          <w:szCs w:val="28"/>
        </w:rPr>
        <w:t xml:space="preserve"> </w:t>
      </w:r>
      <w:proofErr w:type="spellStart"/>
      <w:r w:rsidRPr="00EF44AE">
        <w:rPr>
          <w:rFonts w:ascii="Times New Roman" w:eastAsia="宋体" w:hAnsi="Times New Roman"/>
          <w:b/>
          <w:bCs/>
          <w:i/>
          <w:iCs/>
          <w:kern w:val="44"/>
          <w:sz w:val="28"/>
          <w:szCs w:val="28"/>
        </w:rPr>
        <w:t>silvaticus</w:t>
      </w:r>
      <w:proofErr w:type="spellEnd"/>
    </w:p>
    <w:p w14:paraId="7DCA7214" w14:textId="77777777" w:rsidR="00497B11" w:rsidRPr="00C851E3" w:rsidRDefault="00497B11" w:rsidP="00C851E3">
      <w:pPr>
        <w:spacing w:line="360" w:lineRule="auto"/>
        <w:rPr>
          <w:rFonts w:ascii="Times New Roman" w:eastAsia="宋体" w:hAnsi="Times New Roman"/>
          <w:iCs/>
          <w:szCs w:val="21"/>
        </w:rPr>
      </w:pPr>
      <w:bookmarkStart w:id="1" w:name="OLE_LINK1"/>
      <w:r w:rsidRPr="00C851E3">
        <w:rPr>
          <w:rFonts w:ascii="Times New Roman" w:eastAsia="宋体" w:hAnsi="Times New Roman"/>
          <w:iCs/>
          <w:szCs w:val="21"/>
        </w:rPr>
        <w:t>Qi-Xiu Hai</w:t>
      </w:r>
      <w:r w:rsidRPr="00C851E3">
        <w:rPr>
          <w:rFonts w:ascii="Times New Roman" w:eastAsia="宋体" w:hAnsi="Times New Roman" w:hint="eastAsia"/>
          <w:iCs/>
          <w:color w:val="0000FF"/>
          <w:szCs w:val="21"/>
          <w:vertAlign w:val="superscript"/>
        </w:rPr>
        <w:t>1</w:t>
      </w:r>
      <w:r w:rsidRPr="00C851E3">
        <w:rPr>
          <w:rFonts w:ascii="Times New Roman" w:eastAsia="宋体" w:hAnsi="Times New Roman"/>
          <w:iCs/>
          <w:szCs w:val="21"/>
          <w:vertAlign w:val="superscript"/>
        </w:rPr>
        <w:t>,</w:t>
      </w:r>
      <w:r w:rsidRPr="00C851E3">
        <w:rPr>
          <w:rFonts w:ascii="Times New Roman" w:eastAsia="宋体" w:hAnsi="Times New Roman" w:hint="eastAsia"/>
          <w:iCs/>
          <w:color w:val="0000FF"/>
          <w:szCs w:val="21"/>
          <w:vertAlign w:val="superscript"/>
        </w:rPr>
        <w:t>2</w:t>
      </w:r>
      <w:r w:rsidRPr="00C851E3">
        <w:rPr>
          <w:rFonts w:ascii="Times New Roman" w:eastAsia="宋体" w:hAnsi="Times New Roman"/>
          <w:iCs/>
          <w:szCs w:val="21"/>
        </w:rPr>
        <w:t xml:space="preserve">, </w:t>
      </w:r>
      <w:r w:rsidRPr="00C851E3">
        <w:rPr>
          <w:rFonts w:ascii="Times New Roman" w:eastAsia="宋体" w:hAnsi="Times New Roman" w:hint="eastAsia"/>
          <w:iCs/>
          <w:szCs w:val="21"/>
        </w:rPr>
        <w:t>Kun</w:t>
      </w:r>
      <w:r w:rsidRPr="00C851E3">
        <w:rPr>
          <w:rFonts w:ascii="Times New Roman" w:eastAsia="宋体" w:hAnsi="Times New Roman"/>
          <w:iCs/>
          <w:szCs w:val="21"/>
        </w:rPr>
        <w:t xml:space="preserve"> </w:t>
      </w:r>
      <w:r w:rsidRPr="00C851E3">
        <w:rPr>
          <w:rFonts w:ascii="Times New Roman" w:eastAsia="宋体" w:hAnsi="Times New Roman" w:hint="eastAsia"/>
          <w:iCs/>
          <w:szCs w:val="21"/>
        </w:rPr>
        <w:t>Hu</w:t>
      </w:r>
      <w:r w:rsidRPr="00C851E3">
        <w:rPr>
          <w:rFonts w:ascii="Times New Roman" w:eastAsia="宋体" w:hAnsi="Times New Roman" w:hint="eastAsia"/>
          <w:iCs/>
          <w:color w:val="0000FF"/>
          <w:szCs w:val="21"/>
          <w:vertAlign w:val="superscript"/>
        </w:rPr>
        <w:t>2</w:t>
      </w:r>
      <w:r w:rsidRPr="00C851E3">
        <w:rPr>
          <w:rFonts w:ascii="Times New Roman" w:eastAsia="宋体" w:hAnsi="Times New Roman"/>
          <w:iCs/>
          <w:szCs w:val="21"/>
        </w:rPr>
        <w:t xml:space="preserve">, </w:t>
      </w:r>
      <w:r w:rsidRPr="00C851E3">
        <w:rPr>
          <w:rFonts w:ascii="Times New Roman" w:eastAsia="宋体" w:hAnsi="Times New Roman" w:hint="eastAsia"/>
          <w:iCs/>
          <w:szCs w:val="21"/>
        </w:rPr>
        <w:t>Su-Ping Chen</w:t>
      </w:r>
      <w:r w:rsidRPr="00C851E3">
        <w:rPr>
          <w:rFonts w:ascii="Times New Roman" w:eastAsia="宋体" w:hAnsi="Times New Roman" w:hint="eastAsia"/>
          <w:iCs/>
          <w:color w:val="0000FF"/>
          <w:szCs w:val="21"/>
          <w:vertAlign w:val="superscript"/>
        </w:rPr>
        <w:t>2</w:t>
      </w:r>
      <w:r w:rsidRPr="00C851E3">
        <w:rPr>
          <w:rFonts w:ascii="Times New Roman" w:eastAsia="宋体" w:hAnsi="Times New Roman" w:hint="eastAsia"/>
          <w:iCs/>
          <w:szCs w:val="21"/>
        </w:rPr>
        <w:t>, Yang-Yang Fu</w:t>
      </w:r>
      <w:r w:rsidRPr="00C851E3">
        <w:rPr>
          <w:rFonts w:ascii="Times New Roman" w:eastAsia="宋体" w:hAnsi="Times New Roman" w:hint="eastAsia"/>
          <w:iCs/>
          <w:color w:val="0000FF"/>
          <w:szCs w:val="21"/>
          <w:vertAlign w:val="superscript"/>
        </w:rPr>
        <w:t>2</w:t>
      </w:r>
      <w:r w:rsidRPr="00C851E3">
        <w:rPr>
          <w:rFonts w:ascii="Times New Roman" w:eastAsia="宋体" w:hAnsi="Times New Roman" w:hint="eastAsia"/>
          <w:iCs/>
          <w:szCs w:val="21"/>
        </w:rPr>
        <w:t>, Xiao-Nian Li</w:t>
      </w:r>
      <w:r w:rsidRPr="00C851E3">
        <w:rPr>
          <w:rFonts w:ascii="Times New Roman" w:eastAsia="宋体" w:hAnsi="Times New Roman" w:hint="eastAsia"/>
          <w:iCs/>
          <w:color w:val="0000FF"/>
          <w:szCs w:val="21"/>
          <w:vertAlign w:val="superscript"/>
        </w:rPr>
        <w:t>2</w:t>
      </w:r>
      <w:r w:rsidRPr="00C851E3">
        <w:rPr>
          <w:rFonts w:ascii="Times New Roman" w:eastAsia="宋体" w:hAnsi="Times New Roman" w:hint="eastAsia"/>
          <w:iCs/>
          <w:szCs w:val="21"/>
        </w:rPr>
        <w:t xml:space="preserve">, </w:t>
      </w:r>
      <w:r w:rsidRPr="00C851E3">
        <w:rPr>
          <w:rFonts w:ascii="Times New Roman" w:eastAsia="宋体" w:hAnsi="Times New Roman"/>
          <w:iCs/>
          <w:szCs w:val="21"/>
        </w:rPr>
        <w:t>Han-Dong Sun</w:t>
      </w:r>
      <w:r w:rsidRPr="00C851E3">
        <w:rPr>
          <w:rFonts w:ascii="Times New Roman" w:eastAsia="宋体" w:hAnsi="Times New Roman" w:hint="eastAsia"/>
          <w:iCs/>
          <w:color w:val="0000FF"/>
          <w:szCs w:val="21"/>
          <w:vertAlign w:val="superscript"/>
        </w:rPr>
        <w:t>2</w:t>
      </w:r>
      <w:r w:rsidRPr="00C851E3">
        <w:rPr>
          <w:rFonts w:ascii="Times New Roman" w:eastAsia="宋体" w:hAnsi="Times New Roman"/>
          <w:iCs/>
          <w:szCs w:val="21"/>
        </w:rPr>
        <w:t>,</w:t>
      </w:r>
      <w:bookmarkStart w:id="2" w:name="_Hlk168257561"/>
      <w:r w:rsidRPr="00C851E3">
        <w:rPr>
          <w:rFonts w:ascii="Times New Roman" w:eastAsia="宋体" w:hAnsi="Times New Roman" w:hint="eastAsia"/>
          <w:iCs/>
          <w:szCs w:val="21"/>
        </w:rPr>
        <w:t xml:space="preserve"> Hong-Ping He</w:t>
      </w:r>
      <w:bookmarkEnd w:id="2"/>
      <w:proofErr w:type="gramStart"/>
      <w:r w:rsidRPr="00C851E3">
        <w:rPr>
          <w:rFonts w:ascii="Times New Roman" w:eastAsia="宋体" w:hAnsi="Times New Roman" w:hint="eastAsia"/>
          <w:iCs/>
          <w:color w:val="0000FF"/>
          <w:szCs w:val="21"/>
          <w:vertAlign w:val="superscript"/>
        </w:rPr>
        <w:t>1</w:t>
      </w:r>
      <w:r w:rsidRPr="00C851E3">
        <w:rPr>
          <w:rFonts w:ascii="Times New Roman" w:eastAsia="宋体" w:hAnsi="Times New Roman"/>
          <w:iCs/>
          <w:szCs w:val="21"/>
          <w:vertAlign w:val="superscript"/>
        </w:rPr>
        <w:t>,</w:t>
      </w:r>
      <w:r w:rsidRPr="00C851E3">
        <w:rPr>
          <w:rFonts w:ascii="Times New Roman" w:eastAsia="宋体" w:hAnsi="Times New Roman"/>
          <w:iCs/>
          <w:color w:val="0000FF"/>
          <w:szCs w:val="21"/>
          <w:vertAlign w:val="superscript"/>
        </w:rPr>
        <w:t>*</w:t>
      </w:r>
      <w:proofErr w:type="gramEnd"/>
      <w:r w:rsidRPr="00C851E3">
        <w:rPr>
          <w:rFonts w:ascii="Times New Roman" w:eastAsia="宋体" w:hAnsi="Times New Roman"/>
          <w:iCs/>
          <w:szCs w:val="21"/>
        </w:rPr>
        <w:t>,</w:t>
      </w:r>
      <w:r w:rsidRPr="00C851E3">
        <w:rPr>
          <w:rFonts w:ascii="Times New Roman" w:eastAsia="宋体" w:hAnsi="Times New Roman" w:hint="eastAsia"/>
          <w:iCs/>
          <w:szCs w:val="21"/>
        </w:rPr>
        <w:t xml:space="preserve"> </w:t>
      </w:r>
      <w:r w:rsidRPr="00C851E3">
        <w:rPr>
          <w:rFonts w:ascii="Times New Roman" w:eastAsia="宋体" w:hAnsi="Times New Roman"/>
          <w:iCs/>
          <w:szCs w:val="21"/>
        </w:rPr>
        <w:t>Pema-Tenzin Puno</w:t>
      </w:r>
      <w:r w:rsidRPr="00C851E3">
        <w:rPr>
          <w:rFonts w:ascii="Times New Roman" w:eastAsia="宋体" w:hAnsi="Times New Roman" w:hint="eastAsia"/>
          <w:iCs/>
          <w:color w:val="0000FF"/>
          <w:szCs w:val="21"/>
          <w:vertAlign w:val="superscript"/>
        </w:rPr>
        <w:t>2</w:t>
      </w:r>
      <w:r w:rsidRPr="00C851E3">
        <w:rPr>
          <w:rFonts w:ascii="Times New Roman" w:eastAsia="宋体" w:hAnsi="Times New Roman"/>
          <w:iCs/>
          <w:szCs w:val="21"/>
          <w:vertAlign w:val="superscript"/>
        </w:rPr>
        <w:t>,</w:t>
      </w:r>
      <w:r w:rsidRPr="00C851E3">
        <w:rPr>
          <w:rFonts w:ascii="Times New Roman" w:eastAsia="宋体" w:hAnsi="Times New Roman"/>
          <w:iCs/>
          <w:color w:val="0000FF"/>
          <w:szCs w:val="21"/>
          <w:vertAlign w:val="superscript"/>
        </w:rPr>
        <w:t>*</w:t>
      </w:r>
    </w:p>
    <w:p w14:paraId="5A8766C5" w14:textId="77777777" w:rsidR="00497B11" w:rsidRPr="00DC3E5E" w:rsidRDefault="00497B11" w:rsidP="008A4F7C">
      <w:pPr>
        <w:spacing w:line="480" w:lineRule="auto"/>
        <w:rPr>
          <w:rFonts w:ascii="Times New Roman" w:eastAsia="宋体" w:hAnsi="Times New Roman"/>
          <w:i/>
          <w:iCs/>
          <w:szCs w:val="21"/>
        </w:rPr>
      </w:pPr>
      <w:r w:rsidRPr="00EF44AE">
        <w:rPr>
          <w:rFonts w:ascii="Times New Roman" w:eastAsia="宋体" w:hAnsi="Times New Roman" w:hint="eastAsia"/>
          <w:iCs/>
          <w:color w:val="0000FF"/>
          <w:szCs w:val="21"/>
          <w:vertAlign w:val="superscript"/>
        </w:rPr>
        <w:t>1</w:t>
      </w:r>
      <w:r w:rsidRPr="00EF44AE">
        <w:rPr>
          <w:rFonts w:ascii="Times New Roman" w:eastAsia="宋体" w:hAnsi="Times New Roman"/>
          <w:iCs/>
          <w:szCs w:val="21"/>
        </w:rPr>
        <w:t>College of Chinese Materia Medica and Yunnan Key Laboratory of Southern Medicinal Utilization, Yunnan University of Chinese Medicine, Kunming 650500, People’s Republic of China</w:t>
      </w:r>
      <w:bookmarkEnd w:id="1"/>
    </w:p>
    <w:p w14:paraId="177E7700" w14:textId="77777777" w:rsidR="00497B11" w:rsidRDefault="00497B11" w:rsidP="008A4F7C">
      <w:pPr>
        <w:spacing w:line="480" w:lineRule="auto"/>
        <w:rPr>
          <w:rFonts w:ascii="Times New Roman" w:eastAsia="宋体" w:hAnsi="Times New Roman"/>
          <w:szCs w:val="21"/>
        </w:rPr>
      </w:pPr>
      <w:r w:rsidRPr="00EF44AE">
        <w:rPr>
          <w:rFonts w:ascii="Times New Roman" w:eastAsia="宋体" w:hAnsi="Times New Roman" w:hint="eastAsia"/>
          <w:color w:val="0000FF"/>
          <w:szCs w:val="21"/>
          <w:vertAlign w:val="superscript"/>
        </w:rPr>
        <w:t>2</w:t>
      </w:r>
      <w:bookmarkStart w:id="3" w:name="OLE_LINK2"/>
      <w:r w:rsidRPr="00EF44AE">
        <w:rPr>
          <w:rFonts w:ascii="Times New Roman" w:eastAsia="宋体" w:hAnsi="Times New Roman"/>
          <w:szCs w:val="21"/>
        </w:rPr>
        <w:t>Key Laboratory of Phytochemistry and Natural Medicines, Kunming Institute of Botany, Chinese Academy of Sciences</w:t>
      </w:r>
      <w:bookmarkEnd w:id="3"/>
      <w:r w:rsidRPr="00EF44AE">
        <w:rPr>
          <w:rFonts w:ascii="Times New Roman" w:eastAsia="宋体" w:hAnsi="Times New Roman"/>
          <w:szCs w:val="21"/>
        </w:rPr>
        <w:t>, Kunming 650201, People’s Republic of China</w:t>
      </w:r>
    </w:p>
    <w:p w14:paraId="69A7EFE6" w14:textId="77777777" w:rsidR="00497B11" w:rsidRDefault="00497B11" w:rsidP="008A4F7C">
      <w:pPr>
        <w:spacing w:line="480" w:lineRule="auto"/>
        <w:rPr>
          <w:rFonts w:ascii="Times New Roman" w:eastAsia="宋体" w:hAnsi="Times New Roman"/>
          <w:szCs w:val="21"/>
        </w:rPr>
      </w:pPr>
    </w:p>
    <w:p w14:paraId="6AAB2D88" w14:textId="77777777" w:rsidR="00497B11" w:rsidRPr="00C851E3" w:rsidRDefault="00497B11" w:rsidP="00C851E3">
      <w:pPr>
        <w:spacing w:line="360" w:lineRule="auto"/>
        <w:rPr>
          <w:rFonts w:ascii="Times New Roman" w:eastAsia="宋体" w:hAnsi="Times New Roman"/>
          <w:szCs w:val="21"/>
        </w:rPr>
      </w:pPr>
      <w:r w:rsidRPr="00C851E3">
        <w:rPr>
          <w:rFonts w:ascii="Times New Roman" w:eastAsia="宋体" w:hAnsi="Times New Roman"/>
          <w:szCs w:val="21"/>
        </w:rPr>
        <w:t>*Correspond</w:t>
      </w:r>
      <w:r w:rsidRPr="00C851E3">
        <w:rPr>
          <w:rFonts w:ascii="Times New Roman" w:eastAsia="宋体" w:hAnsi="Times New Roman" w:hint="eastAsia"/>
          <w:szCs w:val="21"/>
        </w:rPr>
        <w:t>ence:</w:t>
      </w:r>
    </w:p>
    <w:p w14:paraId="43FEB896" w14:textId="77777777" w:rsidR="00497B11" w:rsidRPr="00C851E3" w:rsidRDefault="00497B11" w:rsidP="00C851E3">
      <w:pPr>
        <w:spacing w:line="360" w:lineRule="auto"/>
        <w:rPr>
          <w:rFonts w:ascii="Times New Roman" w:eastAsia="宋体" w:hAnsi="Times New Roman"/>
          <w:szCs w:val="21"/>
        </w:rPr>
      </w:pPr>
      <w:r w:rsidRPr="00C851E3">
        <w:rPr>
          <w:rFonts w:ascii="Times New Roman" w:eastAsia="宋体" w:hAnsi="Times New Roman"/>
          <w:szCs w:val="21"/>
        </w:rPr>
        <w:t>Hong-Ping He</w:t>
      </w:r>
    </w:p>
    <w:p w14:paraId="1DFC27D7" w14:textId="77777777" w:rsidR="00497B11" w:rsidRPr="00C851E3" w:rsidRDefault="00000000" w:rsidP="00C851E3">
      <w:pPr>
        <w:spacing w:line="360" w:lineRule="auto"/>
        <w:rPr>
          <w:rFonts w:ascii="Times New Roman" w:eastAsia="宋体" w:hAnsi="Times New Roman"/>
          <w:szCs w:val="21"/>
        </w:rPr>
      </w:pPr>
      <w:hyperlink r:id="rId7" w:history="1">
        <w:r w:rsidR="00497B11" w:rsidRPr="00C851E3">
          <w:rPr>
            <w:rFonts w:ascii="Times New Roman" w:eastAsia="宋体" w:hAnsi="Times New Roman"/>
            <w:color w:val="0563C1" w:themeColor="hyperlink"/>
            <w:szCs w:val="21"/>
            <w:u w:val="single"/>
          </w:rPr>
          <w:t>95431111@qq.com</w:t>
        </w:r>
      </w:hyperlink>
    </w:p>
    <w:p w14:paraId="6D91124F" w14:textId="77777777" w:rsidR="00497B11" w:rsidRPr="00C851E3" w:rsidRDefault="00497B11" w:rsidP="00C851E3">
      <w:pPr>
        <w:spacing w:line="360" w:lineRule="auto"/>
        <w:jc w:val="left"/>
        <w:rPr>
          <w:rFonts w:ascii="Times New Roman" w:eastAsia="宋体" w:hAnsi="Times New Roman"/>
          <w:szCs w:val="21"/>
        </w:rPr>
      </w:pPr>
      <w:r w:rsidRPr="00C851E3">
        <w:rPr>
          <w:rFonts w:ascii="Times New Roman" w:eastAsia="宋体" w:hAnsi="Times New Roman"/>
          <w:szCs w:val="21"/>
        </w:rPr>
        <w:t>Pema-Tenzin Puno</w:t>
      </w:r>
    </w:p>
    <w:p w14:paraId="71784B2B" w14:textId="77777777" w:rsidR="00497B11" w:rsidRPr="00C851E3" w:rsidRDefault="00000000" w:rsidP="00C851E3">
      <w:pPr>
        <w:spacing w:line="360" w:lineRule="auto"/>
        <w:jc w:val="left"/>
        <w:rPr>
          <w:rFonts w:ascii="Times New Roman" w:eastAsia="宋体" w:hAnsi="Times New Roman"/>
          <w:szCs w:val="21"/>
        </w:rPr>
      </w:pPr>
      <w:hyperlink r:id="rId8" w:history="1">
        <w:r w:rsidR="00497B11" w:rsidRPr="00C851E3">
          <w:rPr>
            <w:rFonts w:ascii="Times New Roman" w:eastAsia="宋体" w:hAnsi="Times New Roman"/>
            <w:color w:val="0563C1" w:themeColor="hyperlink"/>
            <w:szCs w:val="21"/>
            <w:u w:val="single"/>
          </w:rPr>
          <w:t>punopematenzin@mail.kib.ac.cn</w:t>
        </w:r>
      </w:hyperlink>
    </w:p>
    <w:p w14:paraId="2EE8B52C" w14:textId="77777777" w:rsidR="00497B11" w:rsidRPr="00DC3E5E" w:rsidRDefault="00497B11">
      <w:pPr>
        <w:rPr>
          <w:rFonts w:ascii="Times New Roman" w:hAnsi="Times New Roman"/>
        </w:rPr>
      </w:pPr>
      <w:r w:rsidRPr="00DC3E5E">
        <w:rPr>
          <w:rFonts w:ascii="Times New Roman" w:hAnsi="Times New Roman"/>
        </w:rPr>
        <w:br w:type="page"/>
      </w:r>
    </w:p>
    <w:p w14:paraId="307B18E6" w14:textId="77777777" w:rsidR="00497B11" w:rsidRPr="0070630D" w:rsidRDefault="00497B11" w:rsidP="00D16CEF">
      <w:pPr>
        <w:jc w:val="center"/>
        <w:rPr>
          <w:rFonts w:ascii="Times New Roman" w:hAnsi="Times New Roman"/>
          <w:b/>
          <w:bCs/>
          <w:sz w:val="24"/>
          <w:szCs w:val="24"/>
        </w:rPr>
      </w:pPr>
      <w:r w:rsidRPr="0070630D">
        <w:rPr>
          <w:rFonts w:ascii="Times New Roman" w:hAnsi="Times New Roman"/>
          <w:b/>
          <w:bCs/>
          <w:sz w:val="24"/>
          <w:szCs w:val="24"/>
        </w:rPr>
        <w:lastRenderedPageBreak/>
        <w:t>Contents of Supplementary Material</w:t>
      </w:r>
    </w:p>
    <w:sdt>
      <w:sdtPr>
        <w:rPr>
          <w:rFonts w:asciiTheme="minorHAnsi" w:eastAsiaTheme="minorEastAsia" w:hAnsiTheme="minorHAnsi" w:cstheme="minorBidi"/>
          <w:color w:val="auto"/>
          <w:kern w:val="2"/>
          <w:sz w:val="24"/>
          <w:szCs w:val="24"/>
          <w:lang w:val="zh-CN"/>
          <w14:ligatures w14:val="standardContextual"/>
        </w:rPr>
        <w:id w:val="-888794721"/>
        <w:docPartObj>
          <w:docPartGallery w:val="Table of Contents"/>
          <w:docPartUnique/>
        </w:docPartObj>
      </w:sdtPr>
      <w:sdtEndPr>
        <w:rPr>
          <w:b/>
          <w:bCs/>
          <w:sz w:val="21"/>
          <w:szCs w:val="22"/>
        </w:rPr>
      </w:sdtEndPr>
      <w:sdtContent>
        <w:p w14:paraId="7D770711" w14:textId="77777777" w:rsidR="00497B11" w:rsidRPr="00E60C05" w:rsidRDefault="00497B11">
          <w:pPr>
            <w:pStyle w:val="TOC"/>
            <w:rPr>
              <w:rFonts w:ascii="Times New Roman" w:hAnsi="Times New Roman" w:cs="Times New Roman"/>
              <w:sz w:val="24"/>
              <w:szCs w:val="24"/>
            </w:rPr>
          </w:pPr>
        </w:p>
        <w:p w14:paraId="7F2DCDD3" w14:textId="1F638F2E" w:rsidR="000872D4" w:rsidRPr="00E60C05" w:rsidRDefault="00497B11" w:rsidP="00E60C05">
          <w:pPr>
            <w:pStyle w:val="TOC1"/>
            <w:tabs>
              <w:tab w:val="left" w:pos="440"/>
              <w:tab w:val="right" w:leader="dot" w:pos="8296"/>
            </w:tabs>
            <w:spacing w:line="360" w:lineRule="auto"/>
            <w:rPr>
              <w:rFonts w:ascii="Times New Roman" w:hAnsi="Times New Roman"/>
              <w:noProof/>
              <w:kern w:val="2"/>
              <w:sz w:val="24"/>
              <w:szCs w:val="24"/>
              <w14:ligatures w14:val="standardContextual"/>
            </w:rPr>
          </w:pPr>
          <w:r w:rsidRPr="00E60C05">
            <w:rPr>
              <w:rFonts w:ascii="Times New Roman" w:hAnsi="Times New Roman"/>
              <w:sz w:val="24"/>
              <w:szCs w:val="24"/>
            </w:rPr>
            <w:fldChar w:fldCharType="begin"/>
          </w:r>
          <w:r w:rsidRPr="00E60C05">
            <w:rPr>
              <w:rFonts w:ascii="Times New Roman" w:hAnsi="Times New Roman"/>
              <w:sz w:val="24"/>
              <w:szCs w:val="24"/>
            </w:rPr>
            <w:instrText xml:space="preserve"> TOC \o "1-3" \h \z \u </w:instrText>
          </w:r>
          <w:r w:rsidRPr="00E60C05">
            <w:rPr>
              <w:rFonts w:ascii="Times New Roman" w:hAnsi="Times New Roman"/>
              <w:sz w:val="24"/>
              <w:szCs w:val="24"/>
            </w:rPr>
            <w:fldChar w:fldCharType="separate"/>
          </w:r>
          <w:hyperlink w:anchor="_Toc170918288" w:history="1">
            <w:r w:rsidR="000872D4" w:rsidRPr="00E60C05">
              <w:rPr>
                <w:rStyle w:val="aa"/>
                <w:rFonts w:ascii="Times New Roman" w:hAnsi="Times New Roman"/>
                <w:b/>
                <w:bCs/>
                <w:noProof/>
                <w:sz w:val="24"/>
                <w:szCs w:val="24"/>
              </w:rPr>
              <w:t>1.</w:t>
            </w:r>
            <w:r w:rsidR="000872D4" w:rsidRPr="00E60C05">
              <w:rPr>
                <w:rFonts w:ascii="Times New Roman" w:hAnsi="Times New Roman"/>
                <w:noProof/>
                <w:kern w:val="2"/>
                <w:sz w:val="24"/>
                <w:szCs w:val="24"/>
                <w14:ligatures w14:val="standardContextual"/>
              </w:rPr>
              <w:tab/>
            </w:r>
            <w:r w:rsidR="000872D4" w:rsidRPr="00E60C05">
              <w:rPr>
                <w:rStyle w:val="aa"/>
                <w:rFonts w:ascii="Times New Roman" w:hAnsi="Times New Roman"/>
                <w:b/>
                <w:bCs/>
                <w:noProof/>
                <w:sz w:val="24"/>
                <w:szCs w:val="24"/>
              </w:rPr>
              <w:t>General experimental procedures</w:t>
            </w:r>
            <w:r w:rsidR="000872D4" w:rsidRPr="00E60C05">
              <w:rPr>
                <w:rFonts w:ascii="Times New Roman" w:hAnsi="Times New Roman"/>
                <w:noProof/>
                <w:webHidden/>
                <w:sz w:val="24"/>
                <w:szCs w:val="24"/>
              </w:rPr>
              <w:tab/>
            </w:r>
            <w:r w:rsidR="000872D4" w:rsidRPr="00E60C05">
              <w:rPr>
                <w:rFonts w:ascii="Times New Roman" w:hAnsi="Times New Roman"/>
                <w:noProof/>
                <w:webHidden/>
                <w:sz w:val="24"/>
                <w:szCs w:val="24"/>
              </w:rPr>
              <w:fldChar w:fldCharType="begin"/>
            </w:r>
            <w:r w:rsidR="000872D4" w:rsidRPr="00E60C05">
              <w:rPr>
                <w:rFonts w:ascii="Times New Roman" w:hAnsi="Times New Roman"/>
                <w:noProof/>
                <w:webHidden/>
                <w:sz w:val="24"/>
                <w:szCs w:val="24"/>
              </w:rPr>
              <w:instrText xml:space="preserve"> PAGEREF _Toc170918288 \h </w:instrText>
            </w:r>
            <w:r w:rsidR="000872D4" w:rsidRPr="00E60C05">
              <w:rPr>
                <w:rFonts w:ascii="Times New Roman" w:hAnsi="Times New Roman"/>
                <w:noProof/>
                <w:webHidden/>
                <w:sz w:val="24"/>
                <w:szCs w:val="24"/>
              </w:rPr>
            </w:r>
            <w:r w:rsidR="000872D4" w:rsidRPr="00E60C05">
              <w:rPr>
                <w:rFonts w:ascii="Times New Roman" w:hAnsi="Times New Roman"/>
                <w:noProof/>
                <w:webHidden/>
                <w:sz w:val="24"/>
                <w:szCs w:val="24"/>
              </w:rPr>
              <w:fldChar w:fldCharType="separate"/>
            </w:r>
            <w:r w:rsidR="000872D4" w:rsidRPr="00E60C05">
              <w:rPr>
                <w:rFonts w:ascii="Times New Roman" w:hAnsi="Times New Roman"/>
                <w:noProof/>
                <w:webHidden/>
                <w:sz w:val="24"/>
                <w:szCs w:val="24"/>
              </w:rPr>
              <w:t>1</w:t>
            </w:r>
            <w:r w:rsidR="000872D4" w:rsidRPr="00E60C05">
              <w:rPr>
                <w:rFonts w:ascii="Times New Roman" w:hAnsi="Times New Roman"/>
                <w:noProof/>
                <w:webHidden/>
                <w:sz w:val="24"/>
                <w:szCs w:val="24"/>
              </w:rPr>
              <w:fldChar w:fldCharType="end"/>
            </w:r>
          </w:hyperlink>
        </w:p>
        <w:p w14:paraId="1B3E2379" w14:textId="0219EAC9" w:rsidR="000872D4" w:rsidRPr="00E60C05" w:rsidRDefault="000872D4" w:rsidP="00E60C05">
          <w:pPr>
            <w:pStyle w:val="TOC1"/>
            <w:tabs>
              <w:tab w:val="left" w:pos="440"/>
              <w:tab w:val="right" w:leader="dot" w:pos="8296"/>
            </w:tabs>
            <w:spacing w:line="360" w:lineRule="auto"/>
            <w:rPr>
              <w:rFonts w:ascii="Times New Roman" w:hAnsi="Times New Roman"/>
              <w:noProof/>
              <w:kern w:val="2"/>
              <w:sz w:val="24"/>
              <w:szCs w:val="24"/>
              <w14:ligatures w14:val="standardContextual"/>
            </w:rPr>
          </w:pPr>
          <w:hyperlink w:anchor="_Toc170918289" w:history="1">
            <w:r w:rsidRPr="00E60C05">
              <w:rPr>
                <w:rStyle w:val="aa"/>
                <w:rFonts w:ascii="Times New Roman" w:hAnsi="Times New Roman"/>
                <w:b/>
                <w:bCs/>
                <w:noProof/>
                <w:sz w:val="24"/>
                <w:szCs w:val="24"/>
              </w:rPr>
              <w:t>2.</w:t>
            </w:r>
            <w:r w:rsidRPr="00E60C05">
              <w:rPr>
                <w:rFonts w:ascii="Times New Roman" w:hAnsi="Times New Roman"/>
                <w:noProof/>
                <w:kern w:val="2"/>
                <w:sz w:val="24"/>
                <w:szCs w:val="24"/>
                <w14:ligatures w14:val="standardContextual"/>
              </w:rPr>
              <w:tab/>
            </w:r>
            <w:r w:rsidRPr="00E60C05">
              <w:rPr>
                <w:rStyle w:val="aa"/>
                <w:rFonts w:ascii="Times New Roman" w:hAnsi="Times New Roman"/>
                <w:b/>
                <w:bCs/>
                <w:noProof/>
                <w:sz w:val="24"/>
                <w:szCs w:val="24"/>
              </w:rPr>
              <w:t>Plant material</w:t>
            </w:r>
            <w:r w:rsidRPr="00E60C05">
              <w:rPr>
                <w:rFonts w:ascii="Times New Roman" w:hAnsi="Times New Roman"/>
                <w:noProof/>
                <w:webHidden/>
                <w:sz w:val="24"/>
                <w:szCs w:val="24"/>
              </w:rPr>
              <w:tab/>
            </w:r>
            <w:r w:rsidRPr="00E60C05">
              <w:rPr>
                <w:rFonts w:ascii="Times New Roman" w:hAnsi="Times New Roman"/>
                <w:noProof/>
                <w:webHidden/>
                <w:sz w:val="24"/>
                <w:szCs w:val="24"/>
              </w:rPr>
              <w:fldChar w:fldCharType="begin"/>
            </w:r>
            <w:r w:rsidRPr="00E60C05">
              <w:rPr>
                <w:rFonts w:ascii="Times New Roman" w:hAnsi="Times New Roman"/>
                <w:noProof/>
                <w:webHidden/>
                <w:sz w:val="24"/>
                <w:szCs w:val="24"/>
              </w:rPr>
              <w:instrText xml:space="preserve"> PAGEREF _Toc170918289 \h </w:instrText>
            </w:r>
            <w:r w:rsidRPr="00E60C05">
              <w:rPr>
                <w:rFonts w:ascii="Times New Roman" w:hAnsi="Times New Roman"/>
                <w:noProof/>
                <w:webHidden/>
                <w:sz w:val="24"/>
                <w:szCs w:val="24"/>
              </w:rPr>
            </w:r>
            <w:r w:rsidRPr="00E60C05">
              <w:rPr>
                <w:rFonts w:ascii="Times New Roman" w:hAnsi="Times New Roman"/>
                <w:noProof/>
                <w:webHidden/>
                <w:sz w:val="24"/>
                <w:szCs w:val="24"/>
              </w:rPr>
              <w:fldChar w:fldCharType="separate"/>
            </w:r>
            <w:r w:rsidRPr="00E60C05">
              <w:rPr>
                <w:rFonts w:ascii="Times New Roman" w:hAnsi="Times New Roman"/>
                <w:noProof/>
                <w:webHidden/>
                <w:sz w:val="24"/>
                <w:szCs w:val="24"/>
              </w:rPr>
              <w:t>1</w:t>
            </w:r>
            <w:r w:rsidRPr="00E60C05">
              <w:rPr>
                <w:rFonts w:ascii="Times New Roman" w:hAnsi="Times New Roman"/>
                <w:noProof/>
                <w:webHidden/>
                <w:sz w:val="24"/>
                <w:szCs w:val="24"/>
              </w:rPr>
              <w:fldChar w:fldCharType="end"/>
            </w:r>
          </w:hyperlink>
        </w:p>
        <w:p w14:paraId="39E3A143" w14:textId="3B905BA5" w:rsidR="000872D4" w:rsidRPr="00E60C05" w:rsidRDefault="000872D4" w:rsidP="00E60C05">
          <w:pPr>
            <w:pStyle w:val="TOC1"/>
            <w:tabs>
              <w:tab w:val="left" w:pos="440"/>
              <w:tab w:val="right" w:leader="dot" w:pos="8296"/>
            </w:tabs>
            <w:spacing w:line="360" w:lineRule="auto"/>
            <w:rPr>
              <w:rFonts w:ascii="Times New Roman" w:hAnsi="Times New Roman"/>
              <w:noProof/>
              <w:kern w:val="2"/>
              <w:sz w:val="24"/>
              <w:szCs w:val="24"/>
              <w14:ligatures w14:val="standardContextual"/>
            </w:rPr>
          </w:pPr>
          <w:hyperlink w:anchor="_Toc170918290" w:history="1">
            <w:r w:rsidRPr="00E60C05">
              <w:rPr>
                <w:rStyle w:val="aa"/>
                <w:rFonts w:ascii="Times New Roman" w:hAnsi="Times New Roman"/>
                <w:b/>
                <w:bCs/>
                <w:noProof/>
                <w:sz w:val="24"/>
                <w:szCs w:val="24"/>
              </w:rPr>
              <w:t>3.</w:t>
            </w:r>
            <w:r w:rsidRPr="00E60C05">
              <w:rPr>
                <w:rFonts w:ascii="Times New Roman" w:hAnsi="Times New Roman"/>
                <w:noProof/>
                <w:kern w:val="2"/>
                <w:sz w:val="24"/>
                <w:szCs w:val="24"/>
                <w14:ligatures w14:val="standardContextual"/>
              </w:rPr>
              <w:tab/>
            </w:r>
            <w:r w:rsidRPr="00E60C05">
              <w:rPr>
                <w:rStyle w:val="aa"/>
                <w:rFonts w:ascii="Times New Roman" w:hAnsi="Times New Roman"/>
                <w:b/>
                <w:bCs/>
                <w:noProof/>
                <w:sz w:val="24"/>
                <w:szCs w:val="24"/>
              </w:rPr>
              <w:t>Extraction and isolation</w:t>
            </w:r>
            <w:r w:rsidRPr="00E60C05">
              <w:rPr>
                <w:rFonts w:ascii="Times New Roman" w:hAnsi="Times New Roman"/>
                <w:noProof/>
                <w:webHidden/>
                <w:sz w:val="24"/>
                <w:szCs w:val="24"/>
              </w:rPr>
              <w:tab/>
            </w:r>
            <w:r w:rsidRPr="00E60C05">
              <w:rPr>
                <w:rFonts w:ascii="Times New Roman" w:hAnsi="Times New Roman"/>
                <w:noProof/>
                <w:webHidden/>
                <w:sz w:val="24"/>
                <w:szCs w:val="24"/>
              </w:rPr>
              <w:fldChar w:fldCharType="begin"/>
            </w:r>
            <w:r w:rsidRPr="00E60C05">
              <w:rPr>
                <w:rFonts w:ascii="Times New Roman" w:hAnsi="Times New Roman"/>
                <w:noProof/>
                <w:webHidden/>
                <w:sz w:val="24"/>
                <w:szCs w:val="24"/>
              </w:rPr>
              <w:instrText xml:space="preserve"> PAGEREF _Toc170918290 \h </w:instrText>
            </w:r>
            <w:r w:rsidRPr="00E60C05">
              <w:rPr>
                <w:rFonts w:ascii="Times New Roman" w:hAnsi="Times New Roman"/>
                <w:noProof/>
                <w:webHidden/>
                <w:sz w:val="24"/>
                <w:szCs w:val="24"/>
              </w:rPr>
            </w:r>
            <w:r w:rsidRPr="00E60C05">
              <w:rPr>
                <w:rFonts w:ascii="Times New Roman" w:hAnsi="Times New Roman"/>
                <w:noProof/>
                <w:webHidden/>
                <w:sz w:val="24"/>
                <w:szCs w:val="24"/>
              </w:rPr>
              <w:fldChar w:fldCharType="separate"/>
            </w:r>
            <w:r w:rsidRPr="00E60C05">
              <w:rPr>
                <w:rFonts w:ascii="Times New Roman" w:hAnsi="Times New Roman"/>
                <w:noProof/>
                <w:webHidden/>
                <w:sz w:val="24"/>
                <w:szCs w:val="24"/>
              </w:rPr>
              <w:t>1</w:t>
            </w:r>
            <w:r w:rsidRPr="00E60C05">
              <w:rPr>
                <w:rFonts w:ascii="Times New Roman" w:hAnsi="Times New Roman"/>
                <w:noProof/>
                <w:webHidden/>
                <w:sz w:val="24"/>
                <w:szCs w:val="24"/>
              </w:rPr>
              <w:fldChar w:fldCharType="end"/>
            </w:r>
          </w:hyperlink>
        </w:p>
        <w:p w14:paraId="6CAE6C0B" w14:textId="66FEA353" w:rsidR="000872D4" w:rsidRPr="00E60C05" w:rsidRDefault="000872D4" w:rsidP="00E60C05">
          <w:pPr>
            <w:pStyle w:val="TOC1"/>
            <w:tabs>
              <w:tab w:val="left" w:pos="440"/>
              <w:tab w:val="right" w:leader="dot" w:pos="8296"/>
            </w:tabs>
            <w:spacing w:line="360" w:lineRule="auto"/>
            <w:rPr>
              <w:rFonts w:ascii="Times New Roman" w:hAnsi="Times New Roman"/>
              <w:noProof/>
              <w:kern w:val="2"/>
              <w:sz w:val="24"/>
              <w:szCs w:val="24"/>
              <w14:ligatures w14:val="standardContextual"/>
            </w:rPr>
          </w:pPr>
          <w:hyperlink w:anchor="_Toc170918291" w:history="1">
            <w:r w:rsidRPr="00E60C05">
              <w:rPr>
                <w:rStyle w:val="aa"/>
                <w:rFonts w:ascii="Times New Roman" w:hAnsi="Times New Roman"/>
                <w:b/>
                <w:bCs/>
                <w:noProof/>
                <w:sz w:val="24"/>
                <w:szCs w:val="24"/>
              </w:rPr>
              <w:t>4.</w:t>
            </w:r>
            <w:r w:rsidRPr="00E60C05">
              <w:rPr>
                <w:rFonts w:ascii="Times New Roman" w:hAnsi="Times New Roman"/>
                <w:noProof/>
                <w:kern w:val="2"/>
                <w:sz w:val="24"/>
                <w:szCs w:val="24"/>
                <w14:ligatures w14:val="standardContextual"/>
              </w:rPr>
              <w:tab/>
            </w:r>
            <w:r w:rsidRPr="00E60C05">
              <w:rPr>
                <w:rStyle w:val="aa"/>
                <w:rFonts w:ascii="Times New Roman" w:hAnsi="Times New Roman"/>
                <w:b/>
                <w:bCs/>
                <w:noProof/>
                <w:sz w:val="24"/>
                <w:szCs w:val="24"/>
              </w:rPr>
              <w:t>X-ray crystal structure analysis</w:t>
            </w:r>
            <w:r w:rsidRPr="00E60C05">
              <w:rPr>
                <w:rFonts w:ascii="Times New Roman" w:hAnsi="Times New Roman"/>
                <w:noProof/>
                <w:webHidden/>
                <w:sz w:val="24"/>
                <w:szCs w:val="24"/>
              </w:rPr>
              <w:tab/>
            </w:r>
            <w:r w:rsidRPr="00E60C05">
              <w:rPr>
                <w:rFonts w:ascii="Times New Roman" w:hAnsi="Times New Roman"/>
                <w:noProof/>
                <w:webHidden/>
                <w:sz w:val="24"/>
                <w:szCs w:val="24"/>
              </w:rPr>
              <w:fldChar w:fldCharType="begin"/>
            </w:r>
            <w:r w:rsidRPr="00E60C05">
              <w:rPr>
                <w:rFonts w:ascii="Times New Roman" w:hAnsi="Times New Roman"/>
                <w:noProof/>
                <w:webHidden/>
                <w:sz w:val="24"/>
                <w:szCs w:val="24"/>
              </w:rPr>
              <w:instrText xml:space="preserve"> PAGEREF _Toc170918291 \h </w:instrText>
            </w:r>
            <w:r w:rsidRPr="00E60C05">
              <w:rPr>
                <w:rFonts w:ascii="Times New Roman" w:hAnsi="Times New Roman"/>
                <w:noProof/>
                <w:webHidden/>
                <w:sz w:val="24"/>
                <w:szCs w:val="24"/>
              </w:rPr>
            </w:r>
            <w:r w:rsidRPr="00E60C05">
              <w:rPr>
                <w:rFonts w:ascii="Times New Roman" w:hAnsi="Times New Roman"/>
                <w:noProof/>
                <w:webHidden/>
                <w:sz w:val="24"/>
                <w:szCs w:val="24"/>
              </w:rPr>
              <w:fldChar w:fldCharType="separate"/>
            </w:r>
            <w:r w:rsidRPr="00E60C05">
              <w:rPr>
                <w:rFonts w:ascii="Times New Roman" w:hAnsi="Times New Roman"/>
                <w:noProof/>
                <w:webHidden/>
                <w:sz w:val="24"/>
                <w:szCs w:val="24"/>
              </w:rPr>
              <w:t>2</w:t>
            </w:r>
            <w:r w:rsidRPr="00E60C05">
              <w:rPr>
                <w:rFonts w:ascii="Times New Roman" w:hAnsi="Times New Roman"/>
                <w:noProof/>
                <w:webHidden/>
                <w:sz w:val="24"/>
                <w:szCs w:val="24"/>
              </w:rPr>
              <w:fldChar w:fldCharType="end"/>
            </w:r>
          </w:hyperlink>
        </w:p>
        <w:p w14:paraId="7A73C0A1" w14:textId="06742262" w:rsidR="000872D4" w:rsidRPr="00E60C05" w:rsidRDefault="000872D4" w:rsidP="00E60C05">
          <w:pPr>
            <w:pStyle w:val="TOC1"/>
            <w:tabs>
              <w:tab w:val="left" w:pos="440"/>
              <w:tab w:val="right" w:leader="dot" w:pos="8296"/>
            </w:tabs>
            <w:spacing w:line="360" w:lineRule="auto"/>
            <w:rPr>
              <w:rFonts w:ascii="Times New Roman" w:hAnsi="Times New Roman"/>
              <w:noProof/>
              <w:kern w:val="2"/>
              <w:sz w:val="24"/>
              <w:szCs w:val="24"/>
              <w14:ligatures w14:val="standardContextual"/>
            </w:rPr>
          </w:pPr>
          <w:hyperlink w:anchor="_Toc170918292" w:history="1">
            <w:r w:rsidRPr="00E60C05">
              <w:rPr>
                <w:rStyle w:val="aa"/>
                <w:rFonts w:ascii="Times New Roman" w:hAnsi="Times New Roman"/>
                <w:b/>
                <w:bCs/>
                <w:iCs/>
                <w:noProof/>
                <w:sz w:val="24"/>
                <w:szCs w:val="24"/>
              </w:rPr>
              <w:t>5.</w:t>
            </w:r>
            <w:r w:rsidRPr="00E60C05">
              <w:rPr>
                <w:rFonts w:ascii="Times New Roman" w:hAnsi="Times New Roman"/>
                <w:noProof/>
                <w:kern w:val="2"/>
                <w:sz w:val="24"/>
                <w:szCs w:val="24"/>
                <w14:ligatures w14:val="standardContextual"/>
              </w:rPr>
              <w:tab/>
            </w:r>
            <w:r w:rsidRPr="00E60C05">
              <w:rPr>
                <w:rStyle w:val="aa"/>
                <w:rFonts w:ascii="Times New Roman" w:hAnsi="Times New Roman"/>
                <w:b/>
                <w:bCs/>
                <w:noProof/>
                <w:sz w:val="24"/>
                <w:szCs w:val="24"/>
              </w:rPr>
              <w:t>NMR, MS, UV, ECD, IR spectra, and OR of silvaticusin A</w:t>
            </w:r>
            <w:r w:rsidRPr="00E60C05">
              <w:rPr>
                <w:rStyle w:val="aa"/>
                <w:rFonts w:ascii="Times New Roman" w:hAnsi="Times New Roman"/>
                <w:b/>
                <w:bCs/>
                <w:iCs/>
                <w:noProof/>
                <w:sz w:val="24"/>
                <w:szCs w:val="24"/>
              </w:rPr>
              <w:t xml:space="preserve"> (1)</w:t>
            </w:r>
            <w:r w:rsidRPr="00E60C05">
              <w:rPr>
                <w:rFonts w:ascii="Times New Roman" w:hAnsi="Times New Roman"/>
                <w:noProof/>
                <w:webHidden/>
                <w:sz w:val="24"/>
                <w:szCs w:val="24"/>
              </w:rPr>
              <w:tab/>
            </w:r>
            <w:r w:rsidRPr="00E60C05">
              <w:rPr>
                <w:rFonts w:ascii="Times New Roman" w:hAnsi="Times New Roman"/>
                <w:noProof/>
                <w:webHidden/>
                <w:sz w:val="24"/>
                <w:szCs w:val="24"/>
              </w:rPr>
              <w:fldChar w:fldCharType="begin"/>
            </w:r>
            <w:r w:rsidRPr="00E60C05">
              <w:rPr>
                <w:rFonts w:ascii="Times New Roman" w:hAnsi="Times New Roman"/>
                <w:noProof/>
                <w:webHidden/>
                <w:sz w:val="24"/>
                <w:szCs w:val="24"/>
              </w:rPr>
              <w:instrText xml:space="preserve"> PAGEREF _Toc170918292 \h </w:instrText>
            </w:r>
            <w:r w:rsidRPr="00E60C05">
              <w:rPr>
                <w:rFonts w:ascii="Times New Roman" w:hAnsi="Times New Roman"/>
                <w:noProof/>
                <w:webHidden/>
                <w:sz w:val="24"/>
                <w:szCs w:val="24"/>
              </w:rPr>
            </w:r>
            <w:r w:rsidRPr="00E60C05">
              <w:rPr>
                <w:rFonts w:ascii="Times New Roman" w:hAnsi="Times New Roman"/>
                <w:noProof/>
                <w:webHidden/>
                <w:sz w:val="24"/>
                <w:szCs w:val="24"/>
              </w:rPr>
              <w:fldChar w:fldCharType="separate"/>
            </w:r>
            <w:r w:rsidRPr="00E60C05">
              <w:rPr>
                <w:rFonts w:ascii="Times New Roman" w:hAnsi="Times New Roman"/>
                <w:noProof/>
                <w:webHidden/>
                <w:sz w:val="24"/>
                <w:szCs w:val="24"/>
              </w:rPr>
              <w:t>3</w:t>
            </w:r>
            <w:r w:rsidRPr="00E60C05">
              <w:rPr>
                <w:rFonts w:ascii="Times New Roman" w:hAnsi="Times New Roman"/>
                <w:noProof/>
                <w:webHidden/>
                <w:sz w:val="24"/>
                <w:szCs w:val="24"/>
              </w:rPr>
              <w:fldChar w:fldCharType="end"/>
            </w:r>
          </w:hyperlink>
        </w:p>
        <w:p w14:paraId="45B1CA36" w14:textId="05B238D6" w:rsidR="000872D4" w:rsidRPr="00E60C05" w:rsidRDefault="000872D4" w:rsidP="00E60C05">
          <w:pPr>
            <w:pStyle w:val="TOC1"/>
            <w:tabs>
              <w:tab w:val="left" w:pos="440"/>
              <w:tab w:val="right" w:leader="dot" w:pos="8296"/>
            </w:tabs>
            <w:spacing w:line="360" w:lineRule="auto"/>
            <w:rPr>
              <w:rFonts w:ascii="Times New Roman" w:hAnsi="Times New Roman"/>
              <w:noProof/>
              <w:kern w:val="2"/>
              <w:sz w:val="24"/>
              <w:szCs w:val="24"/>
              <w14:ligatures w14:val="standardContextual"/>
            </w:rPr>
          </w:pPr>
          <w:hyperlink w:anchor="_Toc170918293" w:history="1">
            <w:r w:rsidRPr="00E60C05">
              <w:rPr>
                <w:rStyle w:val="aa"/>
                <w:rFonts w:ascii="Times New Roman" w:hAnsi="Times New Roman"/>
                <w:b/>
                <w:bCs/>
                <w:iCs/>
                <w:noProof/>
                <w:sz w:val="24"/>
                <w:szCs w:val="24"/>
              </w:rPr>
              <w:t>6.</w:t>
            </w:r>
            <w:r w:rsidRPr="00E60C05">
              <w:rPr>
                <w:rFonts w:ascii="Times New Roman" w:hAnsi="Times New Roman"/>
                <w:noProof/>
                <w:kern w:val="2"/>
                <w:sz w:val="24"/>
                <w:szCs w:val="24"/>
                <w14:ligatures w14:val="standardContextual"/>
              </w:rPr>
              <w:tab/>
            </w:r>
            <w:r w:rsidRPr="00E60C05">
              <w:rPr>
                <w:rStyle w:val="aa"/>
                <w:rFonts w:ascii="Times New Roman" w:hAnsi="Times New Roman"/>
                <w:b/>
                <w:bCs/>
                <w:noProof/>
                <w:sz w:val="24"/>
                <w:szCs w:val="24"/>
              </w:rPr>
              <w:t>NMR, MS, UV, ECD, IR spectra, and OR of silvaticusin B</w:t>
            </w:r>
            <w:r w:rsidRPr="00E60C05">
              <w:rPr>
                <w:rStyle w:val="aa"/>
                <w:rFonts w:ascii="Times New Roman" w:hAnsi="Times New Roman"/>
                <w:b/>
                <w:bCs/>
                <w:iCs/>
                <w:noProof/>
                <w:sz w:val="24"/>
                <w:szCs w:val="24"/>
              </w:rPr>
              <w:t xml:space="preserve"> (2)</w:t>
            </w:r>
            <w:r w:rsidRPr="00E60C05">
              <w:rPr>
                <w:rFonts w:ascii="Times New Roman" w:hAnsi="Times New Roman"/>
                <w:noProof/>
                <w:webHidden/>
                <w:sz w:val="24"/>
                <w:szCs w:val="24"/>
              </w:rPr>
              <w:tab/>
            </w:r>
            <w:r w:rsidRPr="00E60C05">
              <w:rPr>
                <w:rFonts w:ascii="Times New Roman" w:hAnsi="Times New Roman"/>
                <w:noProof/>
                <w:webHidden/>
                <w:sz w:val="24"/>
                <w:szCs w:val="24"/>
              </w:rPr>
              <w:fldChar w:fldCharType="begin"/>
            </w:r>
            <w:r w:rsidRPr="00E60C05">
              <w:rPr>
                <w:rFonts w:ascii="Times New Roman" w:hAnsi="Times New Roman"/>
                <w:noProof/>
                <w:webHidden/>
                <w:sz w:val="24"/>
                <w:szCs w:val="24"/>
              </w:rPr>
              <w:instrText xml:space="preserve"> PAGEREF _Toc170918293 \h </w:instrText>
            </w:r>
            <w:r w:rsidRPr="00E60C05">
              <w:rPr>
                <w:rFonts w:ascii="Times New Roman" w:hAnsi="Times New Roman"/>
                <w:noProof/>
                <w:webHidden/>
                <w:sz w:val="24"/>
                <w:szCs w:val="24"/>
              </w:rPr>
            </w:r>
            <w:r w:rsidRPr="00E60C05">
              <w:rPr>
                <w:rFonts w:ascii="Times New Roman" w:hAnsi="Times New Roman"/>
                <w:noProof/>
                <w:webHidden/>
                <w:sz w:val="24"/>
                <w:szCs w:val="24"/>
              </w:rPr>
              <w:fldChar w:fldCharType="separate"/>
            </w:r>
            <w:r w:rsidRPr="00E60C05">
              <w:rPr>
                <w:rFonts w:ascii="Times New Roman" w:hAnsi="Times New Roman"/>
                <w:noProof/>
                <w:webHidden/>
                <w:sz w:val="24"/>
                <w:szCs w:val="24"/>
              </w:rPr>
              <w:t>9</w:t>
            </w:r>
            <w:r w:rsidRPr="00E60C05">
              <w:rPr>
                <w:rFonts w:ascii="Times New Roman" w:hAnsi="Times New Roman"/>
                <w:noProof/>
                <w:webHidden/>
                <w:sz w:val="24"/>
                <w:szCs w:val="24"/>
              </w:rPr>
              <w:fldChar w:fldCharType="end"/>
            </w:r>
          </w:hyperlink>
        </w:p>
        <w:p w14:paraId="50A75ED8" w14:textId="50C25122" w:rsidR="000872D4" w:rsidRPr="00E60C05" w:rsidRDefault="000872D4" w:rsidP="00E60C05">
          <w:pPr>
            <w:pStyle w:val="TOC1"/>
            <w:tabs>
              <w:tab w:val="left" w:pos="440"/>
              <w:tab w:val="right" w:leader="dot" w:pos="8296"/>
            </w:tabs>
            <w:spacing w:line="360" w:lineRule="auto"/>
            <w:rPr>
              <w:rFonts w:ascii="Times New Roman" w:hAnsi="Times New Roman"/>
              <w:noProof/>
              <w:kern w:val="2"/>
              <w:sz w:val="24"/>
              <w:szCs w:val="24"/>
              <w14:ligatures w14:val="standardContextual"/>
            </w:rPr>
          </w:pPr>
          <w:hyperlink w:anchor="_Toc170918294" w:history="1">
            <w:r w:rsidRPr="00E60C05">
              <w:rPr>
                <w:rStyle w:val="aa"/>
                <w:rFonts w:ascii="Times New Roman" w:hAnsi="Times New Roman"/>
                <w:b/>
                <w:bCs/>
                <w:iCs/>
                <w:noProof/>
                <w:sz w:val="24"/>
                <w:szCs w:val="24"/>
              </w:rPr>
              <w:t>7.</w:t>
            </w:r>
            <w:r w:rsidRPr="00E60C05">
              <w:rPr>
                <w:rFonts w:ascii="Times New Roman" w:hAnsi="Times New Roman"/>
                <w:noProof/>
                <w:kern w:val="2"/>
                <w:sz w:val="24"/>
                <w:szCs w:val="24"/>
                <w14:ligatures w14:val="standardContextual"/>
              </w:rPr>
              <w:tab/>
            </w:r>
            <w:r w:rsidRPr="00E60C05">
              <w:rPr>
                <w:rStyle w:val="aa"/>
                <w:rFonts w:ascii="Times New Roman" w:hAnsi="Times New Roman"/>
                <w:b/>
                <w:bCs/>
                <w:noProof/>
                <w:sz w:val="24"/>
                <w:szCs w:val="24"/>
              </w:rPr>
              <w:t>NMR, MS, UV, ECD spectra, and OR of silvaticusin C</w:t>
            </w:r>
            <w:r w:rsidRPr="00E60C05">
              <w:rPr>
                <w:rStyle w:val="aa"/>
                <w:rFonts w:ascii="Times New Roman" w:hAnsi="Times New Roman"/>
                <w:b/>
                <w:bCs/>
                <w:iCs/>
                <w:noProof/>
                <w:sz w:val="24"/>
                <w:szCs w:val="24"/>
              </w:rPr>
              <w:t xml:space="preserve"> (3)</w:t>
            </w:r>
            <w:r w:rsidRPr="00E60C05">
              <w:rPr>
                <w:rFonts w:ascii="Times New Roman" w:hAnsi="Times New Roman"/>
                <w:noProof/>
                <w:webHidden/>
                <w:sz w:val="24"/>
                <w:szCs w:val="24"/>
              </w:rPr>
              <w:tab/>
            </w:r>
            <w:r w:rsidRPr="00E60C05">
              <w:rPr>
                <w:rFonts w:ascii="Times New Roman" w:hAnsi="Times New Roman"/>
                <w:noProof/>
                <w:webHidden/>
                <w:sz w:val="24"/>
                <w:szCs w:val="24"/>
              </w:rPr>
              <w:fldChar w:fldCharType="begin"/>
            </w:r>
            <w:r w:rsidRPr="00E60C05">
              <w:rPr>
                <w:rFonts w:ascii="Times New Roman" w:hAnsi="Times New Roman"/>
                <w:noProof/>
                <w:webHidden/>
                <w:sz w:val="24"/>
                <w:szCs w:val="24"/>
              </w:rPr>
              <w:instrText xml:space="preserve"> PAGEREF _Toc170918294 \h </w:instrText>
            </w:r>
            <w:r w:rsidRPr="00E60C05">
              <w:rPr>
                <w:rFonts w:ascii="Times New Roman" w:hAnsi="Times New Roman"/>
                <w:noProof/>
                <w:webHidden/>
                <w:sz w:val="24"/>
                <w:szCs w:val="24"/>
              </w:rPr>
            </w:r>
            <w:r w:rsidRPr="00E60C05">
              <w:rPr>
                <w:rFonts w:ascii="Times New Roman" w:hAnsi="Times New Roman"/>
                <w:noProof/>
                <w:webHidden/>
                <w:sz w:val="24"/>
                <w:szCs w:val="24"/>
              </w:rPr>
              <w:fldChar w:fldCharType="separate"/>
            </w:r>
            <w:r w:rsidRPr="00E60C05">
              <w:rPr>
                <w:rFonts w:ascii="Times New Roman" w:hAnsi="Times New Roman"/>
                <w:noProof/>
                <w:webHidden/>
                <w:sz w:val="24"/>
                <w:szCs w:val="24"/>
              </w:rPr>
              <w:t>15</w:t>
            </w:r>
            <w:r w:rsidRPr="00E60C05">
              <w:rPr>
                <w:rFonts w:ascii="Times New Roman" w:hAnsi="Times New Roman"/>
                <w:noProof/>
                <w:webHidden/>
                <w:sz w:val="24"/>
                <w:szCs w:val="24"/>
              </w:rPr>
              <w:fldChar w:fldCharType="end"/>
            </w:r>
          </w:hyperlink>
        </w:p>
        <w:p w14:paraId="3FEE6D85" w14:textId="77289C97" w:rsidR="000872D4" w:rsidRPr="00E60C05" w:rsidRDefault="000872D4" w:rsidP="00E60C05">
          <w:pPr>
            <w:pStyle w:val="TOC1"/>
            <w:tabs>
              <w:tab w:val="left" w:pos="440"/>
              <w:tab w:val="right" w:leader="dot" w:pos="8296"/>
            </w:tabs>
            <w:spacing w:line="360" w:lineRule="auto"/>
            <w:rPr>
              <w:rFonts w:ascii="Times New Roman" w:hAnsi="Times New Roman"/>
              <w:noProof/>
              <w:kern w:val="2"/>
              <w:sz w:val="24"/>
              <w:szCs w:val="24"/>
              <w14:ligatures w14:val="standardContextual"/>
            </w:rPr>
          </w:pPr>
          <w:hyperlink w:anchor="_Toc170918295" w:history="1">
            <w:r w:rsidRPr="00E60C05">
              <w:rPr>
                <w:rStyle w:val="aa"/>
                <w:rFonts w:ascii="Times New Roman" w:hAnsi="Times New Roman"/>
                <w:b/>
                <w:bCs/>
                <w:iCs/>
                <w:noProof/>
                <w:sz w:val="24"/>
                <w:szCs w:val="24"/>
              </w:rPr>
              <w:t>8.</w:t>
            </w:r>
            <w:r w:rsidRPr="00E60C05">
              <w:rPr>
                <w:rFonts w:ascii="Times New Roman" w:hAnsi="Times New Roman"/>
                <w:noProof/>
                <w:kern w:val="2"/>
                <w:sz w:val="24"/>
                <w:szCs w:val="24"/>
                <w14:ligatures w14:val="standardContextual"/>
              </w:rPr>
              <w:tab/>
            </w:r>
            <w:r w:rsidRPr="00E60C05">
              <w:rPr>
                <w:rStyle w:val="aa"/>
                <w:rFonts w:ascii="Times New Roman" w:hAnsi="Times New Roman"/>
                <w:b/>
                <w:bCs/>
                <w:noProof/>
                <w:sz w:val="24"/>
                <w:szCs w:val="24"/>
              </w:rPr>
              <w:t>NMR, MS, UV, ECD spectra, and OR of silvaticusin D</w:t>
            </w:r>
            <w:r w:rsidRPr="00E60C05">
              <w:rPr>
                <w:rStyle w:val="aa"/>
                <w:rFonts w:ascii="Times New Roman" w:hAnsi="Times New Roman"/>
                <w:b/>
                <w:bCs/>
                <w:iCs/>
                <w:noProof/>
                <w:sz w:val="24"/>
                <w:szCs w:val="24"/>
              </w:rPr>
              <w:t xml:space="preserve"> (4)</w:t>
            </w:r>
            <w:r w:rsidRPr="00E60C05">
              <w:rPr>
                <w:rFonts w:ascii="Times New Roman" w:hAnsi="Times New Roman"/>
                <w:noProof/>
                <w:webHidden/>
                <w:sz w:val="24"/>
                <w:szCs w:val="24"/>
              </w:rPr>
              <w:tab/>
            </w:r>
            <w:r w:rsidRPr="00E60C05">
              <w:rPr>
                <w:rFonts w:ascii="Times New Roman" w:hAnsi="Times New Roman"/>
                <w:noProof/>
                <w:webHidden/>
                <w:sz w:val="24"/>
                <w:szCs w:val="24"/>
              </w:rPr>
              <w:fldChar w:fldCharType="begin"/>
            </w:r>
            <w:r w:rsidRPr="00E60C05">
              <w:rPr>
                <w:rFonts w:ascii="Times New Roman" w:hAnsi="Times New Roman"/>
                <w:noProof/>
                <w:webHidden/>
                <w:sz w:val="24"/>
                <w:szCs w:val="24"/>
              </w:rPr>
              <w:instrText xml:space="preserve"> PAGEREF _Toc170918295 \h </w:instrText>
            </w:r>
            <w:r w:rsidRPr="00E60C05">
              <w:rPr>
                <w:rFonts w:ascii="Times New Roman" w:hAnsi="Times New Roman"/>
                <w:noProof/>
                <w:webHidden/>
                <w:sz w:val="24"/>
                <w:szCs w:val="24"/>
              </w:rPr>
            </w:r>
            <w:r w:rsidRPr="00E60C05">
              <w:rPr>
                <w:rFonts w:ascii="Times New Roman" w:hAnsi="Times New Roman"/>
                <w:noProof/>
                <w:webHidden/>
                <w:sz w:val="24"/>
                <w:szCs w:val="24"/>
              </w:rPr>
              <w:fldChar w:fldCharType="separate"/>
            </w:r>
            <w:r w:rsidRPr="00E60C05">
              <w:rPr>
                <w:rFonts w:ascii="Times New Roman" w:hAnsi="Times New Roman"/>
                <w:noProof/>
                <w:webHidden/>
                <w:sz w:val="24"/>
                <w:szCs w:val="24"/>
              </w:rPr>
              <w:t>21</w:t>
            </w:r>
            <w:r w:rsidRPr="00E60C05">
              <w:rPr>
                <w:rFonts w:ascii="Times New Roman" w:hAnsi="Times New Roman"/>
                <w:noProof/>
                <w:webHidden/>
                <w:sz w:val="24"/>
                <w:szCs w:val="24"/>
              </w:rPr>
              <w:fldChar w:fldCharType="end"/>
            </w:r>
          </w:hyperlink>
        </w:p>
        <w:p w14:paraId="38EC541E" w14:textId="6FC085EE" w:rsidR="000872D4" w:rsidRPr="00E60C05" w:rsidRDefault="000872D4" w:rsidP="00E60C05">
          <w:pPr>
            <w:pStyle w:val="TOC1"/>
            <w:tabs>
              <w:tab w:val="left" w:pos="440"/>
              <w:tab w:val="right" w:leader="dot" w:pos="8296"/>
            </w:tabs>
            <w:spacing w:line="360" w:lineRule="auto"/>
            <w:rPr>
              <w:rFonts w:ascii="Times New Roman" w:hAnsi="Times New Roman"/>
              <w:noProof/>
              <w:kern w:val="2"/>
              <w:sz w:val="24"/>
              <w:szCs w:val="24"/>
              <w14:ligatures w14:val="standardContextual"/>
            </w:rPr>
          </w:pPr>
          <w:hyperlink w:anchor="_Toc170918296" w:history="1">
            <w:r w:rsidRPr="00E60C05">
              <w:rPr>
                <w:rStyle w:val="aa"/>
                <w:rFonts w:ascii="Times New Roman" w:hAnsi="Times New Roman"/>
                <w:b/>
                <w:bCs/>
                <w:noProof/>
                <w:sz w:val="24"/>
                <w:szCs w:val="24"/>
              </w:rPr>
              <w:t>9.</w:t>
            </w:r>
            <w:r w:rsidRPr="00E60C05">
              <w:rPr>
                <w:rFonts w:ascii="Times New Roman" w:hAnsi="Times New Roman"/>
                <w:noProof/>
                <w:kern w:val="2"/>
                <w:sz w:val="24"/>
                <w:szCs w:val="24"/>
                <w14:ligatures w14:val="standardContextual"/>
              </w:rPr>
              <w:tab/>
            </w:r>
            <w:r w:rsidRPr="00E60C05">
              <w:rPr>
                <w:rStyle w:val="aa"/>
                <w:rFonts w:ascii="Times New Roman" w:hAnsi="Times New Roman"/>
                <w:b/>
                <w:bCs/>
                <w:noProof/>
                <w:sz w:val="24"/>
                <w:szCs w:val="24"/>
              </w:rPr>
              <w:t xml:space="preserve">Computational data of </w:t>
            </w:r>
            <w:r w:rsidRPr="00E60C05">
              <w:rPr>
                <w:rStyle w:val="aa"/>
                <w:rFonts w:ascii="Times New Roman" w:hAnsi="Times New Roman"/>
                <w:b/>
                <w:bCs/>
                <w:iCs/>
                <w:noProof/>
                <w:sz w:val="24"/>
                <w:szCs w:val="24"/>
              </w:rPr>
              <w:t>silvaticusin D (4)</w:t>
            </w:r>
            <w:r w:rsidRPr="00E60C05">
              <w:rPr>
                <w:rFonts w:ascii="Times New Roman" w:hAnsi="Times New Roman"/>
                <w:noProof/>
                <w:webHidden/>
                <w:sz w:val="24"/>
                <w:szCs w:val="24"/>
              </w:rPr>
              <w:tab/>
            </w:r>
            <w:r w:rsidRPr="00E60C05">
              <w:rPr>
                <w:rFonts w:ascii="Times New Roman" w:hAnsi="Times New Roman"/>
                <w:noProof/>
                <w:webHidden/>
                <w:sz w:val="24"/>
                <w:szCs w:val="24"/>
              </w:rPr>
              <w:fldChar w:fldCharType="begin"/>
            </w:r>
            <w:r w:rsidRPr="00E60C05">
              <w:rPr>
                <w:rFonts w:ascii="Times New Roman" w:hAnsi="Times New Roman"/>
                <w:noProof/>
                <w:webHidden/>
                <w:sz w:val="24"/>
                <w:szCs w:val="24"/>
              </w:rPr>
              <w:instrText xml:space="preserve"> PAGEREF _Toc170918296 \h </w:instrText>
            </w:r>
            <w:r w:rsidRPr="00E60C05">
              <w:rPr>
                <w:rFonts w:ascii="Times New Roman" w:hAnsi="Times New Roman"/>
                <w:noProof/>
                <w:webHidden/>
                <w:sz w:val="24"/>
                <w:szCs w:val="24"/>
              </w:rPr>
            </w:r>
            <w:r w:rsidRPr="00E60C05">
              <w:rPr>
                <w:rFonts w:ascii="Times New Roman" w:hAnsi="Times New Roman"/>
                <w:noProof/>
                <w:webHidden/>
                <w:sz w:val="24"/>
                <w:szCs w:val="24"/>
              </w:rPr>
              <w:fldChar w:fldCharType="separate"/>
            </w:r>
            <w:r w:rsidRPr="00E60C05">
              <w:rPr>
                <w:rFonts w:ascii="Times New Roman" w:hAnsi="Times New Roman"/>
                <w:noProof/>
                <w:webHidden/>
                <w:sz w:val="24"/>
                <w:szCs w:val="24"/>
              </w:rPr>
              <w:t>27</w:t>
            </w:r>
            <w:r w:rsidRPr="00E60C05">
              <w:rPr>
                <w:rFonts w:ascii="Times New Roman" w:hAnsi="Times New Roman"/>
                <w:noProof/>
                <w:webHidden/>
                <w:sz w:val="24"/>
                <w:szCs w:val="24"/>
              </w:rPr>
              <w:fldChar w:fldCharType="end"/>
            </w:r>
          </w:hyperlink>
        </w:p>
        <w:p w14:paraId="5D63E3B4" w14:textId="3696F3E4" w:rsidR="000872D4" w:rsidRPr="00E60C05" w:rsidRDefault="000872D4" w:rsidP="00E60C05">
          <w:pPr>
            <w:pStyle w:val="TOC1"/>
            <w:tabs>
              <w:tab w:val="left" w:pos="630"/>
              <w:tab w:val="right" w:leader="dot" w:pos="8296"/>
            </w:tabs>
            <w:spacing w:line="360" w:lineRule="auto"/>
            <w:rPr>
              <w:rFonts w:ascii="Times New Roman" w:hAnsi="Times New Roman"/>
              <w:noProof/>
              <w:kern w:val="2"/>
              <w:sz w:val="24"/>
              <w:szCs w:val="24"/>
              <w14:ligatures w14:val="standardContextual"/>
            </w:rPr>
          </w:pPr>
          <w:hyperlink w:anchor="_Toc170918297" w:history="1">
            <w:r w:rsidRPr="00E60C05">
              <w:rPr>
                <w:rStyle w:val="aa"/>
                <w:rFonts w:ascii="Times New Roman" w:hAnsi="Times New Roman"/>
                <w:b/>
                <w:bCs/>
                <w:noProof/>
                <w:sz w:val="24"/>
                <w:szCs w:val="24"/>
              </w:rPr>
              <w:t>10.</w:t>
            </w:r>
            <w:r w:rsidRPr="00E60C05">
              <w:rPr>
                <w:rFonts w:ascii="Times New Roman" w:hAnsi="Times New Roman"/>
                <w:noProof/>
                <w:kern w:val="2"/>
                <w:sz w:val="24"/>
                <w:szCs w:val="24"/>
                <w14:ligatures w14:val="standardContextual"/>
              </w:rPr>
              <w:tab/>
            </w:r>
            <w:r w:rsidRPr="00E60C05">
              <w:rPr>
                <w:rStyle w:val="aa"/>
                <w:rFonts w:ascii="Times New Roman" w:hAnsi="Times New Roman"/>
                <w:b/>
                <w:bCs/>
                <w:noProof/>
                <w:sz w:val="24"/>
                <w:szCs w:val="24"/>
              </w:rPr>
              <w:t>Information of known compounds</w:t>
            </w:r>
            <w:r w:rsidRPr="00E60C05">
              <w:rPr>
                <w:rFonts w:ascii="Times New Roman" w:hAnsi="Times New Roman"/>
                <w:noProof/>
                <w:webHidden/>
                <w:sz w:val="24"/>
                <w:szCs w:val="24"/>
              </w:rPr>
              <w:tab/>
            </w:r>
            <w:r w:rsidRPr="00E60C05">
              <w:rPr>
                <w:rFonts w:ascii="Times New Roman" w:hAnsi="Times New Roman"/>
                <w:noProof/>
                <w:webHidden/>
                <w:sz w:val="24"/>
                <w:szCs w:val="24"/>
              </w:rPr>
              <w:fldChar w:fldCharType="begin"/>
            </w:r>
            <w:r w:rsidRPr="00E60C05">
              <w:rPr>
                <w:rFonts w:ascii="Times New Roman" w:hAnsi="Times New Roman"/>
                <w:noProof/>
                <w:webHidden/>
                <w:sz w:val="24"/>
                <w:szCs w:val="24"/>
              </w:rPr>
              <w:instrText xml:space="preserve"> PAGEREF _Toc170918297 \h </w:instrText>
            </w:r>
            <w:r w:rsidRPr="00E60C05">
              <w:rPr>
                <w:rFonts w:ascii="Times New Roman" w:hAnsi="Times New Roman"/>
                <w:noProof/>
                <w:webHidden/>
                <w:sz w:val="24"/>
                <w:szCs w:val="24"/>
              </w:rPr>
            </w:r>
            <w:r w:rsidRPr="00E60C05">
              <w:rPr>
                <w:rFonts w:ascii="Times New Roman" w:hAnsi="Times New Roman"/>
                <w:noProof/>
                <w:webHidden/>
                <w:sz w:val="24"/>
                <w:szCs w:val="24"/>
              </w:rPr>
              <w:fldChar w:fldCharType="separate"/>
            </w:r>
            <w:r w:rsidRPr="00E60C05">
              <w:rPr>
                <w:rFonts w:ascii="Times New Roman" w:hAnsi="Times New Roman"/>
                <w:noProof/>
                <w:webHidden/>
                <w:sz w:val="24"/>
                <w:szCs w:val="24"/>
              </w:rPr>
              <w:t>54</w:t>
            </w:r>
            <w:r w:rsidRPr="00E60C05">
              <w:rPr>
                <w:rFonts w:ascii="Times New Roman" w:hAnsi="Times New Roman"/>
                <w:noProof/>
                <w:webHidden/>
                <w:sz w:val="24"/>
                <w:szCs w:val="24"/>
              </w:rPr>
              <w:fldChar w:fldCharType="end"/>
            </w:r>
          </w:hyperlink>
        </w:p>
        <w:p w14:paraId="708102BD" w14:textId="77777777" w:rsidR="00497B11" w:rsidRPr="00711D40" w:rsidRDefault="00497B11" w:rsidP="00E60C05">
          <w:pPr>
            <w:spacing w:line="360" w:lineRule="auto"/>
            <w:sectPr w:rsidR="00497B11" w:rsidRPr="00711D40" w:rsidSect="00497B11">
              <w:pgSz w:w="11906" w:h="16838"/>
              <w:pgMar w:top="1440" w:right="1800" w:bottom="1440" w:left="1800" w:header="851" w:footer="992" w:gutter="0"/>
              <w:cols w:space="425"/>
              <w:docGrid w:type="lines" w:linePitch="312"/>
            </w:sectPr>
          </w:pPr>
          <w:r w:rsidRPr="00E60C05">
            <w:rPr>
              <w:rFonts w:ascii="Times New Roman" w:hAnsi="Times New Roman" w:cs="Times New Roman"/>
              <w:b/>
              <w:bCs/>
              <w:sz w:val="24"/>
              <w:szCs w:val="24"/>
              <w:lang w:val="zh-CN"/>
            </w:rPr>
            <w:fldChar w:fldCharType="end"/>
          </w:r>
        </w:p>
      </w:sdtContent>
    </w:sdt>
    <w:p w14:paraId="2A8680F7" w14:textId="77777777" w:rsidR="00497B11" w:rsidRPr="00DC3E5E" w:rsidRDefault="00497B11" w:rsidP="0037076C">
      <w:pPr>
        <w:pStyle w:val="a9"/>
        <w:numPr>
          <w:ilvl w:val="0"/>
          <w:numId w:val="4"/>
        </w:numPr>
        <w:spacing w:line="360" w:lineRule="auto"/>
        <w:ind w:left="357" w:firstLineChars="0" w:hanging="357"/>
        <w:outlineLvl w:val="0"/>
        <w:rPr>
          <w:rFonts w:ascii="Times New Roman" w:hAnsi="Times New Roman" w:cs="Times New Roman"/>
          <w:b/>
          <w:bCs/>
          <w:szCs w:val="21"/>
          <w14:ligatures w14:val="none"/>
        </w:rPr>
      </w:pPr>
      <w:bookmarkStart w:id="4" w:name="_Toc170918287"/>
      <w:bookmarkStart w:id="5" w:name="_Hlk129696031"/>
      <w:bookmarkStart w:id="6" w:name="_Toc170918288"/>
      <w:bookmarkEnd w:id="4"/>
      <w:r w:rsidRPr="00DC3E5E">
        <w:rPr>
          <w:rFonts w:ascii="Times New Roman" w:hAnsi="Times New Roman" w:cs="Times New Roman"/>
          <w:b/>
          <w:bCs/>
          <w:szCs w:val="21"/>
          <w14:ligatures w14:val="none"/>
        </w:rPr>
        <w:lastRenderedPageBreak/>
        <w:t xml:space="preserve">General </w:t>
      </w:r>
      <w:r w:rsidRPr="00DC3E5E">
        <w:rPr>
          <w:rFonts w:ascii="Times New Roman" w:hAnsi="Times New Roman" w:cs="Times New Roman" w:hint="eastAsia"/>
          <w:b/>
          <w:bCs/>
          <w:szCs w:val="21"/>
          <w14:ligatures w14:val="none"/>
        </w:rPr>
        <w:t>e</w:t>
      </w:r>
      <w:r w:rsidRPr="00DC3E5E">
        <w:rPr>
          <w:rFonts w:ascii="Times New Roman" w:hAnsi="Times New Roman" w:cs="Times New Roman"/>
          <w:b/>
          <w:bCs/>
          <w:szCs w:val="21"/>
          <w14:ligatures w14:val="none"/>
        </w:rPr>
        <w:t xml:space="preserve">xperimental </w:t>
      </w:r>
      <w:bookmarkEnd w:id="5"/>
      <w:r w:rsidRPr="00DC3E5E">
        <w:rPr>
          <w:rFonts w:ascii="Times New Roman" w:hAnsi="Times New Roman" w:cs="Times New Roman" w:hint="eastAsia"/>
          <w:b/>
          <w:bCs/>
          <w:szCs w:val="21"/>
          <w14:ligatures w14:val="none"/>
        </w:rPr>
        <w:t>p</w:t>
      </w:r>
      <w:r w:rsidRPr="00DC3E5E">
        <w:rPr>
          <w:rFonts w:ascii="Times New Roman" w:hAnsi="Times New Roman" w:cs="Times New Roman"/>
          <w:b/>
          <w:bCs/>
          <w:szCs w:val="21"/>
          <w14:ligatures w14:val="none"/>
        </w:rPr>
        <w:t>rocedures</w:t>
      </w:r>
      <w:bookmarkEnd w:id="6"/>
    </w:p>
    <w:p w14:paraId="050E510F" w14:textId="77777777" w:rsidR="00497B11" w:rsidRDefault="00497B11" w:rsidP="00617B07">
      <w:pPr>
        <w:spacing w:line="360" w:lineRule="auto"/>
        <w:rPr>
          <w:rFonts w:ascii="Times New Roman" w:eastAsia="黑体" w:hAnsi="Times New Roman" w:cstheme="majorBidi"/>
          <w:iCs/>
          <w:szCs w:val="21"/>
        </w:rPr>
      </w:pPr>
      <w:r w:rsidRPr="0071689E">
        <w:rPr>
          <w:rFonts w:ascii="Times New Roman" w:eastAsia="黑体" w:hAnsi="Times New Roman" w:cstheme="majorBidi"/>
          <w:iCs/>
          <w:szCs w:val="21"/>
        </w:rPr>
        <w:t>Melting points were obtained on an XRC-1 apparatus and are uncorrected; Optical rotations were measured in MeOH with Horiba SEPA-300 and JASCO P-1020 polarimeters. UV spectra were obtained on a Shimadzu UV-2401A UV spectrometer; IR spectra were obtained on a Tenor27 infrared spectrometer. ESIMS and HRESIM were measured using an API-QSTAR-TOF mass spectrometer; NMR spectra were recorded on Bruker DRX-500, DRX-600, and DRX-800 spectrometers using TMS as the internal standard. All chemical shifts (</w:t>
      </w:r>
      <w:r w:rsidRPr="00001B33">
        <w:rPr>
          <w:rFonts w:ascii="Times New Roman" w:eastAsia="黑体" w:hAnsi="Times New Roman" w:cstheme="majorBidi"/>
          <w:i/>
          <w:szCs w:val="21"/>
        </w:rPr>
        <w:t>δ</w:t>
      </w:r>
      <w:r w:rsidRPr="0071689E">
        <w:rPr>
          <w:rFonts w:ascii="Times New Roman" w:eastAsia="黑体" w:hAnsi="Times New Roman" w:cstheme="majorBidi"/>
          <w:iCs/>
          <w:szCs w:val="21"/>
        </w:rPr>
        <w:t xml:space="preserve">) are expressed in ppm relative to the solvent signals; X-ray diffraction data were collected utilizing a Bruker APEX DUO instrument; The analytical and semi preparative HPLC were Agilent 1100, 1200 and 1260 HPLC, with a </w:t>
      </w:r>
      <w:proofErr w:type="spellStart"/>
      <w:r w:rsidRPr="0071689E">
        <w:rPr>
          <w:rFonts w:ascii="Times New Roman" w:eastAsia="黑体" w:hAnsi="Times New Roman" w:cstheme="majorBidi"/>
          <w:iCs/>
          <w:szCs w:val="21"/>
        </w:rPr>
        <w:t>Zorbax</w:t>
      </w:r>
      <w:proofErr w:type="spellEnd"/>
      <w:r w:rsidRPr="0071689E">
        <w:rPr>
          <w:rFonts w:ascii="Times New Roman" w:eastAsia="黑体" w:hAnsi="Times New Roman" w:cstheme="majorBidi"/>
          <w:iCs/>
          <w:szCs w:val="21"/>
        </w:rPr>
        <w:t xml:space="preserve"> SB-C18 column (Agilent, 4.6 mm x 250 mm, 1 mL/min; 9.4 mm x 250 mm, 3 mL/min) and a diode array detector (DAD) as the detector; The preparative HPLC is Agilent 1260 HPLC, with a </w:t>
      </w:r>
      <w:proofErr w:type="spellStart"/>
      <w:r w:rsidRPr="0071689E">
        <w:rPr>
          <w:rFonts w:ascii="Times New Roman" w:eastAsia="黑体" w:hAnsi="Times New Roman" w:cstheme="majorBidi"/>
          <w:iCs/>
          <w:szCs w:val="21"/>
        </w:rPr>
        <w:t>Zorbax</w:t>
      </w:r>
      <w:proofErr w:type="spellEnd"/>
      <w:r w:rsidRPr="0071689E">
        <w:rPr>
          <w:rFonts w:ascii="Times New Roman" w:eastAsia="黑体" w:hAnsi="Times New Roman" w:cstheme="majorBidi"/>
          <w:iCs/>
          <w:szCs w:val="21"/>
        </w:rPr>
        <w:t xml:space="preserve"> SB-C18 (21.2 mm x 250 mm) column. The normal phase silica gel plate for thin-layer chromatography, silica gel for sample mixing, and silica gel for column chromatography are all produced by Qingdao Marine Chemical, Inc.; The solvents used include petroleum ether, chloroform, acetone, ethyl acetate, and methanol, all of which are industrial grade solvents and are used after redistillation; </w:t>
      </w:r>
      <w:proofErr w:type="spellStart"/>
      <w:r w:rsidRPr="0071689E">
        <w:rPr>
          <w:rFonts w:ascii="Times New Roman" w:eastAsia="黑体" w:hAnsi="Times New Roman" w:cstheme="majorBidi"/>
          <w:iCs/>
          <w:szCs w:val="21"/>
        </w:rPr>
        <w:t>Lichoprep</w:t>
      </w:r>
      <w:proofErr w:type="spellEnd"/>
      <w:r w:rsidRPr="0071689E">
        <w:rPr>
          <w:rFonts w:ascii="Times New Roman" w:eastAsia="黑体" w:hAnsi="Times New Roman" w:cstheme="majorBidi"/>
          <w:iCs/>
          <w:szCs w:val="21"/>
        </w:rPr>
        <w:t xml:space="preserve"> RP-18 (40-63 um) is produced by Merk Company; MCI (75-150 um) is produced by Mitsubishi Chemical Company in Japan; Thin-layer chromatography was performed on precoated TLC plates (200−250 </w:t>
      </w:r>
      <w:proofErr w:type="spellStart"/>
      <w:r w:rsidRPr="0071689E">
        <w:rPr>
          <w:rFonts w:ascii="Times New Roman" w:eastAsia="黑体" w:hAnsi="Times New Roman" w:cstheme="majorBidi"/>
          <w:iCs/>
          <w:szCs w:val="21"/>
        </w:rPr>
        <w:t>μm</w:t>
      </w:r>
      <w:proofErr w:type="spellEnd"/>
      <w:r w:rsidRPr="0071689E">
        <w:rPr>
          <w:rFonts w:ascii="Times New Roman" w:eastAsia="黑体" w:hAnsi="Times New Roman" w:cstheme="majorBidi"/>
          <w:iCs/>
          <w:szCs w:val="21"/>
        </w:rPr>
        <w:t xml:space="preserve"> thickness, silica gel 60 F254, Qingdao Marine Chemical, Inc.), and spots were visualized by UV light (254 nm) or by spraying heated silica gel plates with 10% H</w:t>
      </w:r>
      <w:r w:rsidRPr="008D6FA0">
        <w:rPr>
          <w:rFonts w:ascii="Times New Roman" w:eastAsia="黑体" w:hAnsi="Times New Roman" w:cstheme="majorBidi"/>
          <w:iCs/>
          <w:szCs w:val="21"/>
          <w:vertAlign w:val="subscript"/>
        </w:rPr>
        <w:t>2</w:t>
      </w:r>
      <w:r w:rsidRPr="0071689E">
        <w:rPr>
          <w:rFonts w:ascii="Times New Roman" w:eastAsia="黑体" w:hAnsi="Times New Roman" w:cstheme="majorBidi"/>
          <w:iCs/>
          <w:szCs w:val="21"/>
        </w:rPr>
        <w:t>SO</w:t>
      </w:r>
      <w:r w:rsidRPr="008D6FA0">
        <w:rPr>
          <w:rFonts w:ascii="Times New Roman" w:eastAsia="黑体" w:hAnsi="Times New Roman" w:cstheme="majorBidi"/>
          <w:iCs/>
          <w:szCs w:val="21"/>
          <w:vertAlign w:val="subscript"/>
        </w:rPr>
        <w:t>4</w:t>
      </w:r>
      <w:r w:rsidRPr="0071689E">
        <w:rPr>
          <w:rFonts w:ascii="Times New Roman" w:eastAsia="黑体" w:hAnsi="Times New Roman" w:cstheme="majorBidi"/>
          <w:iCs/>
          <w:szCs w:val="21"/>
        </w:rPr>
        <w:t xml:space="preserve"> in ethanol.</w:t>
      </w:r>
    </w:p>
    <w:p w14:paraId="11487150" w14:textId="77777777" w:rsidR="00497B11" w:rsidRPr="008D6FA0" w:rsidRDefault="00497B11" w:rsidP="00617B07">
      <w:pPr>
        <w:spacing w:line="360" w:lineRule="auto"/>
        <w:rPr>
          <w:rFonts w:ascii="Times New Roman" w:eastAsia="黑体" w:hAnsi="Times New Roman" w:cstheme="majorBidi"/>
          <w:iCs/>
          <w:szCs w:val="21"/>
        </w:rPr>
      </w:pPr>
    </w:p>
    <w:p w14:paraId="232FBAC5" w14:textId="77777777" w:rsidR="00497B11" w:rsidRPr="00DC3E5E" w:rsidRDefault="00497B11" w:rsidP="00617B07">
      <w:pPr>
        <w:pStyle w:val="a9"/>
        <w:numPr>
          <w:ilvl w:val="0"/>
          <w:numId w:val="4"/>
        </w:numPr>
        <w:spacing w:line="360" w:lineRule="auto"/>
        <w:ind w:left="357" w:firstLineChars="0" w:hanging="357"/>
        <w:outlineLvl w:val="0"/>
        <w:rPr>
          <w:rFonts w:ascii="Times New Roman" w:hAnsi="Times New Roman" w:cs="Times New Roman"/>
          <w:b/>
          <w:bCs/>
          <w:szCs w:val="21"/>
          <w14:ligatures w14:val="none"/>
        </w:rPr>
      </w:pPr>
      <w:bookmarkStart w:id="7" w:name="_Toc170918289"/>
      <w:r w:rsidRPr="00DC3E5E">
        <w:rPr>
          <w:rFonts w:ascii="Times New Roman" w:hAnsi="Times New Roman" w:cs="Times New Roman"/>
          <w:b/>
          <w:bCs/>
          <w:szCs w:val="21"/>
          <w14:ligatures w14:val="none"/>
        </w:rPr>
        <w:t xml:space="preserve">Plant </w:t>
      </w:r>
      <w:r w:rsidRPr="00DC3E5E">
        <w:rPr>
          <w:rFonts w:ascii="Times New Roman" w:hAnsi="Times New Roman" w:cs="Times New Roman" w:hint="eastAsia"/>
          <w:b/>
          <w:bCs/>
          <w:szCs w:val="21"/>
          <w14:ligatures w14:val="none"/>
        </w:rPr>
        <w:t>m</w:t>
      </w:r>
      <w:r w:rsidRPr="00DC3E5E">
        <w:rPr>
          <w:rFonts w:ascii="Times New Roman" w:hAnsi="Times New Roman" w:cs="Times New Roman"/>
          <w:b/>
          <w:bCs/>
          <w:szCs w:val="21"/>
          <w14:ligatures w14:val="none"/>
        </w:rPr>
        <w:t>aterial</w:t>
      </w:r>
      <w:bookmarkEnd w:id="7"/>
    </w:p>
    <w:p w14:paraId="791CCD96" w14:textId="77777777" w:rsidR="00497B11" w:rsidRDefault="00497B11" w:rsidP="00617B07">
      <w:pPr>
        <w:spacing w:line="360" w:lineRule="auto"/>
        <w:rPr>
          <w:rFonts w:ascii="Times New Roman" w:eastAsia="黑体" w:hAnsi="Times New Roman"/>
          <w:iCs/>
          <w:szCs w:val="21"/>
        </w:rPr>
      </w:pPr>
      <w:r w:rsidRPr="0071689E">
        <w:rPr>
          <w:rFonts w:ascii="Times New Roman" w:eastAsia="黑体" w:hAnsi="Times New Roman"/>
          <w:iCs/>
          <w:szCs w:val="21"/>
        </w:rPr>
        <w:t xml:space="preserve">The aerial parts of </w:t>
      </w:r>
      <w:proofErr w:type="spellStart"/>
      <w:r w:rsidRPr="006F2D2E">
        <w:rPr>
          <w:rFonts w:ascii="Times New Roman" w:eastAsia="黑体" w:hAnsi="Times New Roman"/>
          <w:i/>
          <w:szCs w:val="21"/>
        </w:rPr>
        <w:t>Isodon</w:t>
      </w:r>
      <w:proofErr w:type="spellEnd"/>
      <w:r w:rsidRPr="006F2D2E">
        <w:rPr>
          <w:rFonts w:ascii="Times New Roman" w:eastAsia="黑体" w:hAnsi="Times New Roman"/>
          <w:i/>
          <w:szCs w:val="21"/>
        </w:rPr>
        <w:t xml:space="preserve"> </w:t>
      </w:r>
      <w:proofErr w:type="spellStart"/>
      <w:r w:rsidRPr="006F2D2E">
        <w:rPr>
          <w:rFonts w:ascii="Times New Roman" w:eastAsia="黑体" w:hAnsi="Times New Roman"/>
          <w:i/>
          <w:szCs w:val="21"/>
        </w:rPr>
        <w:t>silvaticus</w:t>
      </w:r>
      <w:proofErr w:type="spellEnd"/>
      <w:r w:rsidRPr="0071689E">
        <w:rPr>
          <w:rFonts w:ascii="Times New Roman" w:eastAsia="黑体" w:hAnsi="Times New Roman"/>
          <w:iCs/>
          <w:szCs w:val="21"/>
        </w:rPr>
        <w:t xml:space="preserve"> were collected in the </w:t>
      </w:r>
      <w:proofErr w:type="spellStart"/>
      <w:r w:rsidRPr="0071689E">
        <w:rPr>
          <w:rFonts w:ascii="Times New Roman" w:eastAsia="黑体" w:hAnsi="Times New Roman"/>
          <w:iCs/>
          <w:szCs w:val="21"/>
        </w:rPr>
        <w:t>Changdu</w:t>
      </w:r>
      <w:proofErr w:type="spellEnd"/>
      <w:r w:rsidRPr="0071689E">
        <w:rPr>
          <w:rFonts w:ascii="Times New Roman" w:eastAsia="黑体" w:hAnsi="Times New Roman"/>
          <w:iCs/>
          <w:szCs w:val="21"/>
        </w:rPr>
        <w:t xml:space="preserve"> of </w:t>
      </w:r>
      <w:r>
        <w:rPr>
          <w:rFonts w:ascii="Times New Roman" w:eastAsia="黑体" w:hAnsi="Times New Roman" w:hint="eastAsia"/>
          <w:iCs/>
          <w:szCs w:val="21"/>
        </w:rPr>
        <w:t xml:space="preserve">the </w:t>
      </w:r>
      <w:r w:rsidRPr="0071689E">
        <w:rPr>
          <w:rFonts w:ascii="Times New Roman" w:eastAsia="黑体" w:hAnsi="Times New Roman"/>
          <w:iCs/>
          <w:szCs w:val="21"/>
        </w:rPr>
        <w:t>Tibetan Autonomous Region, People’s Republic of China, in August 2020 and identified by Prof. Chun-Lei Xiang at the Kunming Institute of Botany. A specimen (KIB 2020081713) has been deposited in in our laboratory.</w:t>
      </w:r>
    </w:p>
    <w:p w14:paraId="6107F245" w14:textId="77777777" w:rsidR="00497B11" w:rsidRPr="008A4F7C" w:rsidRDefault="00497B11" w:rsidP="00617B07">
      <w:pPr>
        <w:spacing w:line="360" w:lineRule="auto"/>
        <w:rPr>
          <w:rFonts w:ascii="Times New Roman" w:hAnsi="Times New Roman" w:cs="Times New Roman"/>
          <w:b/>
          <w:bCs/>
          <w:sz w:val="24"/>
          <w:szCs w:val="24"/>
          <w14:ligatures w14:val="none"/>
        </w:rPr>
      </w:pPr>
    </w:p>
    <w:p w14:paraId="08E627CC" w14:textId="77777777" w:rsidR="00497B11" w:rsidRPr="00DC3E5E" w:rsidRDefault="00497B11" w:rsidP="00617B07">
      <w:pPr>
        <w:pStyle w:val="a9"/>
        <w:numPr>
          <w:ilvl w:val="0"/>
          <w:numId w:val="4"/>
        </w:numPr>
        <w:spacing w:line="360" w:lineRule="auto"/>
        <w:ind w:left="357" w:firstLineChars="0" w:hanging="357"/>
        <w:outlineLvl w:val="0"/>
        <w:rPr>
          <w:rFonts w:ascii="Times New Roman" w:hAnsi="Times New Roman" w:cs="Times New Roman"/>
          <w:b/>
          <w:bCs/>
          <w:szCs w:val="21"/>
          <w14:ligatures w14:val="none"/>
        </w:rPr>
      </w:pPr>
      <w:bookmarkStart w:id="8" w:name="_Hlk130321406"/>
      <w:r w:rsidRPr="00DC3E5E">
        <w:rPr>
          <w:rFonts w:ascii="Times New Roman" w:hAnsi="Times New Roman" w:cs="Times New Roman"/>
          <w:b/>
          <w:bCs/>
          <w:szCs w:val="21"/>
          <w14:ligatures w14:val="none"/>
        </w:rPr>
        <w:t xml:space="preserve"> </w:t>
      </w:r>
      <w:bookmarkStart w:id="9" w:name="_Toc170918290"/>
      <w:r w:rsidRPr="00DC3E5E">
        <w:rPr>
          <w:rFonts w:ascii="Times New Roman" w:hAnsi="Times New Roman" w:cs="Times New Roman"/>
          <w:b/>
          <w:bCs/>
          <w:szCs w:val="21"/>
          <w14:ligatures w14:val="none"/>
        </w:rPr>
        <w:t>Extraction and</w:t>
      </w:r>
      <w:r w:rsidRPr="00DC3E5E">
        <w:rPr>
          <w:rFonts w:ascii="Times New Roman" w:hAnsi="Times New Roman" w:cs="Times New Roman" w:hint="eastAsia"/>
          <w:b/>
          <w:bCs/>
          <w:szCs w:val="21"/>
          <w14:ligatures w14:val="none"/>
        </w:rPr>
        <w:t xml:space="preserve"> i</w:t>
      </w:r>
      <w:r w:rsidRPr="00DC3E5E">
        <w:rPr>
          <w:rFonts w:ascii="Times New Roman" w:hAnsi="Times New Roman" w:cs="Times New Roman"/>
          <w:b/>
          <w:bCs/>
          <w:szCs w:val="21"/>
          <w14:ligatures w14:val="none"/>
        </w:rPr>
        <w:t>solation</w:t>
      </w:r>
      <w:bookmarkEnd w:id="8"/>
      <w:bookmarkEnd w:id="9"/>
    </w:p>
    <w:p w14:paraId="009171B7" w14:textId="77777777" w:rsidR="00497B11" w:rsidRDefault="00497B11" w:rsidP="0071689E">
      <w:pPr>
        <w:spacing w:line="360" w:lineRule="auto"/>
        <w:rPr>
          <w:rFonts w:ascii="Times New Roman" w:eastAsia="黑体" w:hAnsi="Times New Roman"/>
          <w:iCs/>
          <w:szCs w:val="21"/>
        </w:rPr>
      </w:pPr>
      <w:r w:rsidRPr="0071689E">
        <w:rPr>
          <w:rFonts w:ascii="Times New Roman" w:eastAsia="黑体" w:hAnsi="Times New Roman"/>
          <w:iCs/>
          <w:szCs w:val="21"/>
        </w:rPr>
        <w:t xml:space="preserve">The aerial parts of </w:t>
      </w:r>
      <w:r w:rsidRPr="006F2D2E">
        <w:rPr>
          <w:rFonts w:ascii="Times New Roman" w:eastAsia="黑体" w:hAnsi="Times New Roman"/>
          <w:i/>
          <w:szCs w:val="21"/>
        </w:rPr>
        <w:t xml:space="preserve">I. </w:t>
      </w:r>
      <w:proofErr w:type="spellStart"/>
      <w:r w:rsidRPr="006F2D2E">
        <w:rPr>
          <w:rFonts w:ascii="Times New Roman" w:eastAsia="黑体" w:hAnsi="Times New Roman"/>
          <w:i/>
          <w:szCs w:val="21"/>
        </w:rPr>
        <w:t>silvaticus</w:t>
      </w:r>
      <w:proofErr w:type="spellEnd"/>
      <w:r w:rsidRPr="0071689E">
        <w:rPr>
          <w:rFonts w:ascii="Times New Roman" w:eastAsia="黑体" w:hAnsi="Times New Roman"/>
          <w:iCs/>
          <w:szCs w:val="21"/>
        </w:rPr>
        <w:t xml:space="preserve"> (13.5 kg) were extracted with 70% aqueous acetone three times (for three days each time) at room temperature and filtered. The filtrate was concentrated under reduced pressure to a volume of 5 L and then partitioned between ethyl acetate and </w:t>
      </w:r>
      <w:r w:rsidRPr="00B1367D">
        <w:rPr>
          <w:rFonts w:ascii="Times New Roman" w:eastAsia="黑体" w:hAnsi="Times New Roman"/>
          <w:i/>
          <w:szCs w:val="21"/>
        </w:rPr>
        <w:t>n</w:t>
      </w:r>
      <w:r w:rsidRPr="0071689E">
        <w:rPr>
          <w:rFonts w:ascii="Times New Roman" w:eastAsia="黑体" w:hAnsi="Times New Roman"/>
          <w:iCs/>
          <w:szCs w:val="21"/>
        </w:rPr>
        <w:t xml:space="preserve">-butanol. The ethyl </w:t>
      </w:r>
      <w:r w:rsidRPr="0071689E">
        <w:rPr>
          <w:rFonts w:ascii="Times New Roman" w:eastAsia="黑体" w:hAnsi="Times New Roman"/>
          <w:iCs/>
          <w:szCs w:val="21"/>
        </w:rPr>
        <w:lastRenderedPageBreak/>
        <w:t xml:space="preserve">acetate-soluble portion (750 g) was subjected to silica gel column chromatography (CC) (6.75 kg, 80~100 mesh), eluting with dichloromethane/acetone (1:0~0:1 gradient system). Seven fractions (A–E) were obtained from the silica gel column. Fraction B (chloroform/acetone, 9:1; 242 g) which was a brown gum, individually decolorized on MCI gel, after which they were eluted with methanol/water (30%, 60%, 90%, 100% and 100% acetone) to yield fractions B1–B5. Fraction B2 (161 g) was separated into six subfractions (B2-1–B2-6) using silica gel CC (petroleum ether/acetone, 10:1 to 0:1 gradient). B2-2 (2.04 g) was subjected to semipreparative HPLC (acetonitrile/water) to obtain </w:t>
      </w:r>
      <w:r w:rsidRPr="00B1367D">
        <w:rPr>
          <w:rFonts w:ascii="Times New Roman" w:eastAsia="黑体" w:hAnsi="Times New Roman"/>
          <w:b/>
          <w:bCs/>
          <w:iCs/>
          <w:szCs w:val="21"/>
        </w:rPr>
        <w:t>3</w:t>
      </w:r>
      <w:r w:rsidRPr="0071689E">
        <w:rPr>
          <w:rFonts w:ascii="Times New Roman" w:eastAsia="黑体" w:hAnsi="Times New Roman"/>
          <w:iCs/>
          <w:szCs w:val="21"/>
        </w:rPr>
        <w:t xml:space="preserve"> (1.6 mg). Fraction C (chloroform/acetone, 8:2; 142 g) which was a brown gum, individually decolorized on MCI gel, after which they were eluted with methanol/water (20%, 40%, 60%, 100%) to yield fractions C1–C4. Fraction C2 (48 g) was subjected to RP-18 CC (methanol/water, 25:75 to 90:10 gradient) and then semipreparative HPLC (acetonitrile/water) to yield </w:t>
      </w:r>
      <w:r w:rsidRPr="00B1367D">
        <w:rPr>
          <w:rFonts w:ascii="Times New Roman" w:eastAsia="黑体" w:hAnsi="Times New Roman"/>
          <w:b/>
          <w:bCs/>
          <w:iCs/>
          <w:szCs w:val="21"/>
        </w:rPr>
        <w:t>2</w:t>
      </w:r>
      <w:r w:rsidRPr="0071689E">
        <w:rPr>
          <w:rFonts w:ascii="Times New Roman" w:eastAsia="黑体" w:hAnsi="Times New Roman"/>
          <w:iCs/>
          <w:szCs w:val="21"/>
        </w:rPr>
        <w:t xml:space="preserve"> (4.2 mg), and C3 (36 g) was submitted to semipreparative HPLC (methanol/water) to obtain </w:t>
      </w:r>
      <w:r w:rsidRPr="00B1367D">
        <w:rPr>
          <w:rFonts w:ascii="Times New Roman" w:eastAsia="黑体" w:hAnsi="Times New Roman"/>
          <w:b/>
          <w:bCs/>
          <w:iCs/>
          <w:szCs w:val="21"/>
        </w:rPr>
        <w:t>1</w:t>
      </w:r>
      <w:r w:rsidRPr="0071689E">
        <w:rPr>
          <w:rFonts w:ascii="Times New Roman" w:eastAsia="黑体" w:hAnsi="Times New Roman"/>
          <w:iCs/>
          <w:szCs w:val="21"/>
        </w:rPr>
        <w:t xml:space="preserve"> (801.2 mg) and </w:t>
      </w:r>
      <w:r w:rsidRPr="00B1367D">
        <w:rPr>
          <w:rFonts w:ascii="Times New Roman" w:eastAsia="黑体" w:hAnsi="Times New Roman"/>
          <w:b/>
          <w:bCs/>
          <w:iCs/>
          <w:szCs w:val="21"/>
        </w:rPr>
        <w:t>4</w:t>
      </w:r>
      <w:r w:rsidRPr="0071689E">
        <w:rPr>
          <w:rFonts w:ascii="Times New Roman" w:eastAsia="黑体" w:hAnsi="Times New Roman"/>
          <w:iCs/>
          <w:szCs w:val="21"/>
        </w:rPr>
        <w:t xml:space="preserve"> (1.1 mg).</w:t>
      </w:r>
    </w:p>
    <w:p w14:paraId="66C41A39" w14:textId="77777777" w:rsidR="00497B11" w:rsidRDefault="00497B11" w:rsidP="0071689E">
      <w:pPr>
        <w:spacing w:line="360" w:lineRule="auto"/>
        <w:rPr>
          <w:rFonts w:ascii="Times New Roman" w:eastAsia="黑体" w:hAnsi="Times New Roman"/>
          <w:iCs/>
          <w:szCs w:val="21"/>
        </w:rPr>
      </w:pPr>
    </w:p>
    <w:p w14:paraId="0C2EE503" w14:textId="77777777" w:rsidR="00497B11" w:rsidRPr="00DC3E5E" w:rsidRDefault="00497B11" w:rsidP="008D6FA0">
      <w:pPr>
        <w:pStyle w:val="a9"/>
        <w:numPr>
          <w:ilvl w:val="0"/>
          <w:numId w:val="4"/>
        </w:numPr>
        <w:spacing w:line="360" w:lineRule="auto"/>
        <w:ind w:left="357" w:firstLineChars="0" w:hanging="357"/>
        <w:outlineLvl w:val="0"/>
        <w:rPr>
          <w:rFonts w:ascii="Times New Roman" w:hAnsi="Times New Roman" w:cs="Times New Roman"/>
          <w:b/>
          <w:bCs/>
          <w:szCs w:val="21"/>
          <w14:ligatures w14:val="none"/>
        </w:rPr>
      </w:pPr>
      <w:bookmarkStart w:id="10" w:name="_Toc170918291"/>
      <w:r w:rsidRPr="008D6FA0">
        <w:rPr>
          <w:rFonts w:ascii="Times New Roman" w:hAnsi="Times New Roman" w:cs="Times New Roman"/>
          <w:b/>
          <w:bCs/>
          <w:szCs w:val="21"/>
          <w14:ligatures w14:val="none"/>
        </w:rPr>
        <w:t>X-ray crystal structure analysis</w:t>
      </w:r>
      <w:bookmarkEnd w:id="10"/>
    </w:p>
    <w:p w14:paraId="7E145D08" w14:textId="77777777" w:rsidR="00497B11" w:rsidRDefault="00497B11" w:rsidP="0071689E">
      <w:pPr>
        <w:spacing w:line="360" w:lineRule="auto"/>
        <w:rPr>
          <w:rFonts w:ascii="Times New Roman" w:eastAsia="黑体" w:hAnsi="Times New Roman"/>
          <w:iCs/>
          <w:szCs w:val="21"/>
        </w:rPr>
      </w:pPr>
      <w:r w:rsidRPr="0012147C">
        <w:rPr>
          <w:rFonts w:ascii="Times New Roman" w:eastAsia="黑体" w:hAnsi="Times New Roman"/>
          <w:iCs/>
          <w:szCs w:val="21"/>
        </w:rPr>
        <w:t xml:space="preserve">The intensity data for </w:t>
      </w:r>
      <w:proofErr w:type="spellStart"/>
      <w:r w:rsidRPr="0012147C">
        <w:rPr>
          <w:rFonts w:ascii="Times New Roman" w:eastAsia="黑体" w:hAnsi="Times New Roman" w:hint="eastAsia"/>
          <w:iCs/>
          <w:szCs w:val="21"/>
        </w:rPr>
        <w:t>s</w:t>
      </w:r>
      <w:r w:rsidRPr="0012147C">
        <w:rPr>
          <w:rFonts w:ascii="Times New Roman" w:eastAsia="黑体" w:hAnsi="Times New Roman"/>
          <w:iCs/>
          <w:szCs w:val="21"/>
        </w:rPr>
        <w:t>ilvaticusin</w:t>
      </w:r>
      <w:proofErr w:type="spellEnd"/>
      <w:r w:rsidRPr="0012147C">
        <w:rPr>
          <w:rFonts w:ascii="Times New Roman" w:eastAsia="黑体" w:hAnsi="Times New Roman"/>
          <w:iCs/>
          <w:szCs w:val="21"/>
        </w:rPr>
        <w:t xml:space="preserve"> </w:t>
      </w:r>
      <w:r w:rsidRPr="0012147C">
        <w:rPr>
          <w:rFonts w:ascii="Times New Roman" w:eastAsia="黑体" w:hAnsi="Times New Roman" w:hint="eastAsia"/>
          <w:iCs/>
          <w:szCs w:val="21"/>
        </w:rPr>
        <w:t>A</w:t>
      </w:r>
      <w:r w:rsidRPr="0012147C">
        <w:rPr>
          <w:rFonts w:ascii="Times New Roman" w:eastAsia="黑体" w:hAnsi="Times New Roman"/>
          <w:iCs/>
          <w:szCs w:val="21"/>
        </w:rPr>
        <w:t xml:space="preserve"> (</w:t>
      </w:r>
      <w:r w:rsidRPr="0012147C">
        <w:rPr>
          <w:rFonts w:ascii="Times New Roman" w:eastAsia="黑体" w:hAnsi="Times New Roman"/>
          <w:b/>
          <w:bCs/>
          <w:iCs/>
          <w:szCs w:val="21"/>
        </w:rPr>
        <w:t>1</w:t>
      </w:r>
      <w:r w:rsidRPr="0012147C">
        <w:rPr>
          <w:rFonts w:ascii="Times New Roman" w:eastAsia="黑体" w:hAnsi="Times New Roman"/>
          <w:iCs/>
          <w:szCs w:val="21"/>
        </w:rPr>
        <w:t>)</w:t>
      </w:r>
      <w:r w:rsidRPr="0012147C">
        <w:rPr>
          <w:rFonts w:ascii="Times New Roman" w:eastAsia="黑体" w:hAnsi="Times New Roman" w:hint="eastAsia"/>
          <w:iCs/>
          <w:szCs w:val="21"/>
        </w:rPr>
        <w:t xml:space="preserve"> was</w:t>
      </w:r>
      <w:r w:rsidRPr="0012147C">
        <w:rPr>
          <w:rFonts w:ascii="Times New Roman" w:eastAsia="黑体" w:hAnsi="Times New Roman"/>
          <w:iCs/>
          <w:szCs w:val="21"/>
        </w:rPr>
        <w:t xml:space="preserve"> collected at 100 K on a Bruker APEX DUO diffractometer equipped with an APEX II CCD using Cu K</w:t>
      </w:r>
      <w:r w:rsidRPr="0012147C">
        <w:rPr>
          <w:rFonts w:ascii="Times New Roman" w:eastAsia="黑体" w:hAnsi="Times New Roman"/>
          <w:i/>
          <w:iCs/>
          <w:szCs w:val="21"/>
        </w:rPr>
        <w:t>α</w:t>
      </w:r>
      <w:r w:rsidRPr="0012147C">
        <w:rPr>
          <w:rFonts w:ascii="Times New Roman" w:eastAsia="黑体" w:hAnsi="Times New Roman"/>
          <w:iCs/>
          <w:szCs w:val="21"/>
        </w:rPr>
        <w:t xml:space="preserve"> radiation. Cell refinement and data reduction were performed with Bruker SAINT.</w:t>
      </w:r>
      <w:r w:rsidRPr="0012147C">
        <w:rPr>
          <w:rFonts w:ascii="Times New Roman" w:eastAsia="黑体" w:hAnsi="Times New Roman" w:hint="eastAsia"/>
          <w:iCs/>
          <w:szCs w:val="21"/>
        </w:rPr>
        <w:t xml:space="preserve"> </w:t>
      </w:r>
      <w:r w:rsidRPr="0012147C">
        <w:rPr>
          <w:rFonts w:ascii="Times New Roman" w:eastAsia="黑体" w:hAnsi="Times New Roman"/>
          <w:iCs/>
          <w:szCs w:val="21"/>
        </w:rPr>
        <w:t>The structures were solved by direct methods using SHELXS-97, expanded using difference Fou</w:t>
      </w:r>
      <w:r w:rsidRPr="0012147C">
        <w:rPr>
          <w:rFonts w:ascii="Times New Roman" w:eastAsia="黑体" w:hAnsi="Times New Roman" w:hint="eastAsia"/>
          <w:iCs/>
          <w:szCs w:val="21"/>
        </w:rPr>
        <w:t>r</w:t>
      </w:r>
      <w:r w:rsidRPr="0012147C">
        <w:rPr>
          <w:rFonts w:ascii="Times New Roman" w:eastAsia="黑体" w:hAnsi="Times New Roman"/>
          <w:iCs/>
          <w:szCs w:val="21"/>
        </w:rPr>
        <w:t xml:space="preserve">ier techniques, and refined by the program and full-matrix least-squares calculations. The non-hydrogen atoms were refined </w:t>
      </w:r>
      <w:proofErr w:type="spellStart"/>
      <w:r w:rsidRPr="0012147C">
        <w:rPr>
          <w:rFonts w:ascii="Times New Roman" w:eastAsia="黑体" w:hAnsi="Times New Roman"/>
          <w:iCs/>
          <w:szCs w:val="21"/>
        </w:rPr>
        <w:t>anisotropically</w:t>
      </w:r>
      <w:proofErr w:type="spellEnd"/>
      <w:r w:rsidRPr="0012147C">
        <w:rPr>
          <w:rFonts w:ascii="Times New Roman" w:eastAsia="黑体" w:hAnsi="Times New Roman"/>
          <w:iCs/>
          <w:szCs w:val="21"/>
        </w:rPr>
        <w:t>, and hydrogen atoms were fixed at calculated positions.</w:t>
      </w:r>
    </w:p>
    <w:p w14:paraId="6E41FDE8" w14:textId="77777777" w:rsidR="00497B11" w:rsidRPr="008D6FA0" w:rsidRDefault="00497B11" w:rsidP="0071689E">
      <w:pPr>
        <w:spacing w:line="360" w:lineRule="auto"/>
        <w:rPr>
          <w:rFonts w:ascii="Times New Roman" w:eastAsia="黑体" w:hAnsi="Times New Roman"/>
          <w:iCs/>
          <w:szCs w:val="21"/>
        </w:rPr>
      </w:pPr>
      <w:r>
        <w:rPr>
          <w:rFonts w:ascii="Times New Roman" w:eastAsia="黑体" w:hAnsi="Times New Roman"/>
          <w:iCs/>
          <w:szCs w:val="21"/>
        </w:rPr>
        <w:br w:type="page"/>
      </w:r>
    </w:p>
    <w:p w14:paraId="74B68CD0" w14:textId="77777777" w:rsidR="00497B11" w:rsidRPr="00DC3E5E" w:rsidRDefault="00497B11" w:rsidP="00617B07">
      <w:pPr>
        <w:pStyle w:val="a9"/>
        <w:numPr>
          <w:ilvl w:val="0"/>
          <w:numId w:val="4"/>
        </w:numPr>
        <w:spacing w:line="360" w:lineRule="auto"/>
        <w:ind w:left="357" w:firstLineChars="0" w:hanging="357"/>
        <w:outlineLvl w:val="0"/>
        <w:rPr>
          <w:rFonts w:ascii="Times New Roman" w:hAnsi="Times New Roman"/>
          <w:b/>
          <w:bCs/>
          <w:iCs/>
        </w:rPr>
      </w:pPr>
      <w:bookmarkStart w:id="11" w:name="_Toc170918292"/>
      <w:r w:rsidRPr="00DC3E5E">
        <w:rPr>
          <w:rFonts w:ascii="Times New Roman" w:hAnsi="Times New Roman"/>
          <w:b/>
          <w:bCs/>
        </w:rPr>
        <w:lastRenderedPageBreak/>
        <w:t xml:space="preserve">NMR, MS, UV, ECD, IR spectra, and OR of </w:t>
      </w:r>
      <w:bookmarkStart w:id="12" w:name="_Hlk167836272"/>
      <w:proofErr w:type="spellStart"/>
      <w:r w:rsidRPr="00DC3E5E">
        <w:rPr>
          <w:rFonts w:ascii="Times New Roman" w:hAnsi="Times New Roman" w:hint="eastAsia"/>
          <w:b/>
          <w:bCs/>
        </w:rPr>
        <w:t>s</w:t>
      </w:r>
      <w:r w:rsidRPr="00DC3E5E">
        <w:rPr>
          <w:rFonts w:ascii="Times New Roman" w:hAnsi="Times New Roman"/>
          <w:b/>
          <w:bCs/>
        </w:rPr>
        <w:t>ilvaticusin</w:t>
      </w:r>
      <w:proofErr w:type="spellEnd"/>
      <w:r w:rsidRPr="00DC3E5E">
        <w:rPr>
          <w:rFonts w:ascii="Times New Roman" w:hAnsi="Times New Roman"/>
          <w:b/>
          <w:bCs/>
        </w:rPr>
        <w:t xml:space="preserve"> A</w:t>
      </w:r>
      <w:r w:rsidRPr="00DC3E5E">
        <w:rPr>
          <w:rFonts w:ascii="Times New Roman" w:hAnsi="Times New Roman"/>
          <w:b/>
          <w:bCs/>
          <w:iCs/>
        </w:rPr>
        <w:t xml:space="preserve"> (1)</w:t>
      </w:r>
      <w:bookmarkEnd w:id="11"/>
      <w:bookmarkEnd w:id="12"/>
    </w:p>
    <w:p w14:paraId="1A44F82F" w14:textId="77777777" w:rsidR="00497B11" w:rsidRPr="00DC3E5E" w:rsidRDefault="00497B11" w:rsidP="00617B07">
      <w:pPr>
        <w:spacing w:line="360" w:lineRule="auto"/>
        <w:rPr>
          <w:rFonts w:ascii="Times New Roman" w:hAnsi="Times New Roman"/>
          <w:b/>
          <w:bCs/>
        </w:rPr>
      </w:pPr>
      <w:r>
        <w:rPr>
          <w:rFonts w:ascii="Times New Roman" w:hAnsi="Times New Roman"/>
          <w:b/>
          <w:bCs/>
          <w:noProof/>
        </w:rPr>
        <w:drawing>
          <wp:inline distT="0" distB="0" distL="0" distR="0" wp14:anchorId="1BD48C03" wp14:editId="440C009E">
            <wp:extent cx="5212118" cy="3637403"/>
            <wp:effectExtent l="0" t="0" r="7620" b="1270"/>
            <wp:docPr id="92482170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3137" cy="3652071"/>
                    </a:xfrm>
                    <a:prstGeom prst="rect">
                      <a:avLst/>
                    </a:prstGeom>
                    <a:noFill/>
                  </pic:spPr>
                </pic:pic>
              </a:graphicData>
            </a:graphic>
          </wp:inline>
        </w:drawing>
      </w:r>
    </w:p>
    <w:p w14:paraId="62F1D6D9"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S1</w:t>
      </w:r>
      <w:r w:rsidRPr="00DC3E5E">
        <w:rPr>
          <w:rFonts w:ascii="Times New Roman" w:hAnsi="Times New Roman"/>
        </w:rPr>
        <w:t xml:space="preserve"> </w:t>
      </w:r>
      <w:r w:rsidRPr="00DC3E5E">
        <w:rPr>
          <w:rFonts w:ascii="Times New Roman" w:hAnsi="Times New Roman"/>
          <w:vertAlign w:val="superscript"/>
        </w:rPr>
        <w:t>1</w:t>
      </w:r>
      <w:r w:rsidRPr="00DC3E5E">
        <w:rPr>
          <w:rFonts w:ascii="Times New Roman" w:hAnsi="Times New Roman"/>
        </w:rPr>
        <w:t xml:space="preserve">H NMR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A</w:t>
      </w:r>
      <w:r w:rsidRPr="00DC3E5E">
        <w:rPr>
          <w:rFonts w:ascii="Times New Roman" w:hAnsi="Times New Roman"/>
          <w:iCs/>
        </w:rPr>
        <w:t xml:space="preserve"> (</w:t>
      </w:r>
      <w:r w:rsidRPr="0070630D">
        <w:rPr>
          <w:rFonts w:ascii="Times New Roman" w:hAnsi="Times New Roman"/>
          <w:b/>
          <w:bCs/>
          <w:iCs/>
        </w:rPr>
        <w:t>1</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500 MHz).</w:t>
      </w:r>
    </w:p>
    <w:p w14:paraId="72CC3060" w14:textId="77777777" w:rsidR="00497B11" w:rsidRPr="00DC3E5E" w:rsidRDefault="00497B11" w:rsidP="0076413A">
      <w:pPr>
        <w:spacing w:line="360" w:lineRule="auto"/>
        <w:rPr>
          <w:rFonts w:ascii="Times New Roman" w:hAnsi="Times New Roman"/>
          <w:b/>
          <w:bCs/>
        </w:rPr>
      </w:pPr>
      <w:r>
        <w:rPr>
          <w:rFonts w:ascii="Times New Roman" w:hAnsi="Times New Roman"/>
          <w:b/>
          <w:bCs/>
          <w:noProof/>
        </w:rPr>
        <w:drawing>
          <wp:inline distT="0" distB="0" distL="0" distR="0" wp14:anchorId="1B8089B6" wp14:editId="2D2FDC91">
            <wp:extent cx="5277379" cy="4006253"/>
            <wp:effectExtent l="0" t="0" r="0" b="0"/>
            <wp:docPr id="112125330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90863" cy="4016489"/>
                    </a:xfrm>
                    <a:prstGeom prst="rect">
                      <a:avLst/>
                    </a:prstGeom>
                    <a:noFill/>
                  </pic:spPr>
                </pic:pic>
              </a:graphicData>
            </a:graphic>
          </wp:inline>
        </w:drawing>
      </w:r>
    </w:p>
    <w:p w14:paraId="1E68C225"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S2</w:t>
      </w:r>
      <w:r w:rsidRPr="00DC3E5E">
        <w:rPr>
          <w:rFonts w:ascii="Times New Roman" w:hAnsi="Times New Roman"/>
        </w:rPr>
        <w:t xml:space="preserve"> </w:t>
      </w:r>
      <w:r w:rsidRPr="00DC3E5E">
        <w:rPr>
          <w:rFonts w:ascii="Times New Roman" w:hAnsi="Times New Roman"/>
          <w:vertAlign w:val="superscript"/>
        </w:rPr>
        <w:t>13</w:t>
      </w:r>
      <w:r w:rsidRPr="00DC3E5E">
        <w:rPr>
          <w:rFonts w:ascii="Times New Roman" w:hAnsi="Times New Roman"/>
        </w:rPr>
        <w:t xml:space="preserve">C NMR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A</w:t>
      </w:r>
      <w:r w:rsidRPr="00DC3E5E">
        <w:rPr>
          <w:rFonts w:ascii="Times New Roman" w:hAnsi="Times New Roman"/>
          <w:iCs/>
        </w:rPr>
        <w:t xml:space="preserve"> (</w:t>
      </w:r>
      <w:r w:rsidRPr="0070630D">
        <w:rPr>
          <w:rFonts w:ascii="Times New Roman" w:hAnsi="Times New Roman"/>
          <w:b/>
          <w:bCs/>
          <w:iCs/>
        </w:rPr>
        <w:t>1</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12</w:t>
      </w:r>
      <w:r>
        <w:rPr>
          <w:rFonts w:ascii="Times New Roman" w:hAnsi="Times New Roman" w:hint="eastAsia"/>
        </w:rPr>
        <w:t>5</w:t>
      </w:r>
      <w:r w:rsidRPr="00DC3E5E">
        <w:rPr>
          <w:rFonts w:ascii="Times New Roman" w:hAnsi="Times New Roman"/>
        </w:rPr>
        <w:t xml:space="preserve"> MHz).</w:t>
      </w:r>
    </w:p>
    <w:p w14:paraId="33ECD53E" w14:textId="77777777" w:rsidR="00497B11" w:rsidRPr="00DC3E5E" w:rsidRDefault="00497B11" w:rsidP="00617B07">
      <w:pPr>
        <w:spacing w:line="360" w:lineRule="auto"/>
        <w:rPr>
          <w:rFonts w:ascii="Times New Roman" w:hAnsi="Times New Roman"/>
          <w:b/>
          <w:bCs/>
        </w:rPr>
      </w:pPr>
      <w:r>
        <w:rPr>
          <w:rFonts w:ascii="Times New Roman" w:hAnsi="Times New Roman"/>
          <w:b/>
          <w:bCs/>
          <w:noProof/>
        </w:rPr>
        <w:lastRenderedPageBreak/>
        <w:drawing>
          <wp:inline distT="0" distB="0" distL="0" distR="0" wp14:anchorId="202D6B2A" wp14:editId="0974DE7D">
            <wp:extent cx="5242247" cy="3658429"/>
            <wp:effectExtent l="0" t="0" r="0" b="0"/>
            <wp:docPr id="57471923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3348" cy="3673155"/>
                    </a:xfrm>
                    <a:prstGeom prst="rect">
                      <a:avLst/>
                    </a:prstGeom>
                    <a:noFill/>
                  </pic:spPr>
                </pic:pic>
              </a:graphicData>
            </a:graphic>
          </wp:inline>
        </w:drawing>
      </w:r>
    </w:p>
    <w:p w14:paraId="1FBD7029"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3</w:t>
      </w:r>
      <w:r w:rsidRPr="00DC3E5E">
        <w:rPr>
          <w:rFonts w:ascii="Times New Roman" w:hAnsi="Times New Roman"/>
        </w:rPr>
        <w:t xml:space="preserve"> HSQC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A</w:t>
      </w:r>
      <w:r w:rsidRPr="00DC3E5E">
        <w:rPr>
          <w:rFonts w:ascii="Times New Roman" w:hAnsi="Times New Roman"/>
          <w:iCs/>
        </w:rPr>
        <w:t xml:space="preserve"> (</w:t>
      </w:r>
      <w:r w:rsidRPr="0070630D">
        <w:rPr>
          <w:rFonts w:ascii="Times New Roman" w:hAnsi="Times New Roman"/>
          <w:b/>
          <w:bCs/>
          <w:iCs/>
        </w:rPr>
        <w:t>1</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500 MHz).</w:t>
      </w:r>
    </w:p>
    <w:p w14:paraId="4184970E" w14:textId="77777777" w:rsidR="00497B11" w:rsidRPr="00DC3E5E" w:rsidRDefault="00497B11" w:rsidP="0076413A">
      <w:pPr>
        <w:spacing w:line="360" w:lineRule="auto"/>
        <w:rPr>
          <w:rFonts w:ascii="Times New Roman" w:hAnsi="Times New Roman"/>
          <w:b/>
          <w:bCs/>
        </w:rPr>
      </w:pPr>
      <w:r>
        <w:rPr>
          <w:rFonts w:ascii="Times New Roman" w:hAnsi="Times New Roman"/>
          <w:b/>
          <w:bCs/>
          <w:noProof/>
        </w:rPr>
        <w:drawing>
          <wp:inline distT="0" distB="0" distL="0" distR="0" wp14:anchorId="638805AC" wp14:editId="744E9463">
            <wp:extent cx="5232190" cy="3651411"/>
            <wp:effectExtent l="0" t="0" r="6985" b="6350"/>
            <wp:docPr id="88901185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1615" cy="3671946"/>
                    </a:xfrm>
                    <a:prstGeom prst="rect">
                      <a:avLst/>
                    </a:prstGeom>
                    <a:noFill/>
                  </pic:spPr>
                </pic:pic>
              </a:graphicData>
            </a:graphic>
          </wp:inline>
        </w:drawing>
      </w:r>
    </w:p>
    <w:p w14:paraId="16A3DCD7"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4</w:t>
      </w:r>
      <w:r w:rsidRPr="00DC3E5E">
        <w:rPr>
          <w:rFonts w:ascii="Times New Roman" w:hAnsi="Times New Roman"/>
        </w:rPr>
        <w:t xml:space="preserve"> </w:t>
      </w:r>
      <w:r w:rsidRPr="00DC3E5E">
        <w:rPr>
          <w:rFonts w:ascii="Times New Roman" w:hAnsi="Times New Roman" w:hint="eastAsia"/>
        </w:rPr>
        <w:t>HMBC</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A</w:t>
      </w:r>
      <w:r w:rsidRPr="00DC3E5E">
        <w:rPr>
          <w:rFonts w:ascii="Times New Roman" w:hAnsi="Times New Roman"/>
          <w:iCs/>
        </w:rPr>
        <w:t xml:space="preserve"> (</w:t>
      </w:r>
      <w:r w:rsidRPr="0070630D">
        <w:rPr>
          <w:rFonts w:ascii="Times New Roman" w:hAnsi="Times New Roman"/>
          <w:b/>
          <w:bCs/>
          <w:iCs/>
        </w:rPr>
        <w:t>1</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500 MHz).</w:t>
      </w:r>
    </w:p>
    <w:p w14:paraId="275BD509" w14:textId="77777777" w:rsidR="00497B11" w:rsidRPr="00DC3E5E" w:rsidRDefault="00497B11" w:rsidP="0076413A">
      <w:pPr>
        <w:spacing w:line="360" w:lineRule="auto"/>
        <w:rPr>
          <w:rFonts w:ascii="Times New Roman" w:hAnsi="Times New Roman"/>
          <w:b/>
          <w:bCs/>
        </w:rPr>
      </w:pPr>
      <w:r>
        <w:rPr>
          <w:rFonts w:ascii="Times New Roman" w:hAnsi="Times New Roman"/>
          <w:b/>
          <w:bCs/>
          <w:noProof/>
        </w:rPr>
        <w:lastRenderedPageBreak/>
        <w:drawing>
          <wp:inline distT="0" distB="0" distL="0" distR="0" wp14:anchorId="059F924E" wp14:editId="55BC6305">
            <wp:extent cx="5251747" cy="3665059"/>
            <wp:effectExtent l="0" t="0" r="6350" b="0"/>
            <wp:docPr id="79875531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9215" cy="3677250"/>
                    </a:xfrm>
                    <a:prstGeom prst="rect">
                      <a:avLst/>
                    </a:prstGeom>
                    <a:noFill/>
                  </pic:spPr>
                </pic:pic>
              </a:graphicData>
            </a:graphic>
          </wp:inline>
        </w:drawing>
      </w:r>
    </w:p>
    <w:p w14:paraId="09088534"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5</w:t>
      </w:r>
      <w:r w:rsidRPr="00DC3E5E">
        <w:rPr>
          <w:rFonts w:ascii="Times New Roman" w:hAnsi="Times New Roman"/>
        </w:rPr>
        <w:t xml:space="preserve"> </w:t>
      </w:r>
      <w:r w:rsidRPr="00DC3E5E">
        <w:rPr>
          <w:rFonts w:ascii="Times New Roman" w:hAnsi="Times New Roman"/>
          <w:vertAlign w:val="superscript"/>
        </w:rPr>
        <w:t>1</w:t>
      </w:r>
      <w:r w:rsidRPr="00DC3E5E">
        <w:rPr>
          <w:rFonts w:ascii="Times New Roman" w:hAnsi="Times New Roman"/>
        </w:rPr>
        <w:t>H–</w:t>
      </w:r>
      <w:r w:rsidRPr="00DC3E5E">
        <w:rPr>
          <w:rFonts w:ascii="Times New Roman" w:hAnsi="Times New Roman"/>
          <w:vertAlign w:val="superscript"/>
        </w:rPr>
        <w:t>1</w:t>
      </w:r>
      <w:r w:rsidRPr="00DC3E5E">
        <w:rPr>
          <w:rFonts w:ascii="Times New Roman" w:hAnsi="Times New Roman"/>
        </w:rPr>
        <w:t xml:space="preserve">H COSY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A</w:t>
      </w:r>
      <w:r w:rsidRPr="00DC3E5E">
        <w:rPr>
          <w:rFonts w:ascii="Times New Roman" w:hAnsi="Times New Roman"/>
          <w:iCs/>
        </w:rPr>
        <w:t xml:space="preserve"> (</w:t>
      </w:r>
      <w:r w:rsidRPr="0070630D">
        <w:rPr>
          <w:rFonts w:ascii="Times New Roman" w:hAnsi="Times New Roman"/>
          <w:b/>
          <w:bCs/>
          <w:iCs/>
        </w:rPr>
        <w:t>1</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500 MHz).</w:t>
      </w:r>
    </w:p>
    <w:p w14:paraId="26EAC195" w14:textId="77777777" w:rsidR="00497B11" w:rsidRPr="00DC3E5E" w:rsidRDefault="00497B11" w:rsidP="0076413A">
      <w:pPr>
        <w:spacing w:line="360" w:lineRule="auto"/>
        <w:rPr>
          <w:rFonts w:ascii="Times New Roman" w:hAnsi="Times New Roman"/>
          <w:b/>
          <w:bCs/>
        </w:rPr>
      </w:pPr>
      <w:r>
        <w:rPr>
          <w:rFonts w:ascii="Times New Roman" w:hAnsi="Times New Roman"/>
          <w:b/>
          <w:bCs/>
          <w:noProof/>
        </w:rPr>
        <w:drawing>
          <wp:inline distT="0" distB="0" distL="0" distR="0" wp14:anchorId="372FA8DC" wp14:editId="3A6DC4EE">
            <wp:extent cx="5251747" cy="3665059"/>
            <wp:effectExtent l="0" t="0" r="6350" b="0"/>
            <wp:docPr id="90090010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9085" cy="3684137"/>
                    </a:xfrm>
                    <a:prstGeom prst="rect">
                      <a:avLst/>
                    </a:prstGeom>
                    <a:noFill/>
                  </pic:spPr>
                </pic:pic>
              </a:graphicData>
            </a:graphic>
          </wp:inline>
        </w:drawing>
      </w:r>
    </w:p>
    <w:p w14:paraId="1711329E"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6</w:t>
      </w:r>
      <w:r w:rsidRPr="00DC3E5E">
        <w:rPr>
          <w:rFonts w:ascii="Times New Roman" w:hAnsi="Times New Roman"/>
        </w:rPr>
        <w:t xml:space="preserve"> </w:t>
      </w:r>
      <w:r w:rsidRPr="00DC3E5E">
        <w:rPr>
          <w:rFonts w:ascii="Times New Roman" w:hAnsi="Times New Roman" w:hint="eastAsia"/>
        </w:rPr>
        <w:t>ROESY</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A</w:t>
      </w:r>
      <w:r w:rsidRPr="00DC3E5E">
        <w:rPr>
          <w:rFonts w:ascii="Times New Roman" w:hAnsi="Times New Roman"/>
          <w:iCs/>
        </w:rPr>
        <w:t xml:space="preserve"> (</w:t>
      </w:r>
      <w:r w:rsidRPr="0070630D">
        <w:rPr>
          <w:rFonts w:ascii="Times New Roman" w:hAnsi="Times New Roman"/>
          <w:b/>
          <w:bCs/>
          <w:iCs/>
        </w:rPr>
        <w:t>1</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500 MHz).</w:t>
      </w:r>
    </w:p>
    <w:p w14:paraId="09CFA7CD" w14:textId="77777777" w:rsidR="00497B11" w:rsidRPr="00DC3E5E" w:rsidRDefault="00497B11" w:rsidP="00617B07">
      <w:pPr>
        <w:spacing w:line="360" w:lineRule="auto"/>
        <w:rPr>
          <w:rFonts w:ascii="Times New Roman" w:hAnsi="Times New Roman"/>
          <w:b/>
          <w:bCs/>
        </w:rPr>
      </w:pPr>
      <w:r w:rsidRPr="00DC3E5E">
        <w:rPr>
          <w:rFonts w:ascii="Times New Roman" w:hAnsi="Times New Roman"/>
          <w:noProof/>
        </w:rPr>
        <w:lastRenderedPageBreak/>
        <w:drawing>
          <wp:inline distT="0" distB="0" distL="0" distR="0" wp14:anchorId="2028C377" wp14:editId="56DF8060">
            <wp:extent cx="5274310" cy="6439535"/>
            <wp:effectExtent l="0" t="0" r="2540" b="0"/>
            <wp:docPr id="16104537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453777" name=""/>
                    <pic:cNvPicPr/>
                  </pic:nvPicPr>
                  <pic:blipFill>
                    <a:blip r:embed="rId15"/>
                    <a:stretch>
                      <a:fillRect/>
                    </a:stretch>
                  </pic:blipFill>
                  <pic:spPr>
                    <a:xfrm>
                      <a:off x="0" y="0"/>
                      <a:ext cx="5274310" cy="6439535"/>
                    </a:xfrm>
                    <a:prstGeom prst="rect">
                      <a:avLst/>
                    </a:prstGeom>
                  </pic:spPr>
                </pic:pic>
              </a:graphicData>
            </a:graphic>
          </wp:inline>
        </w:drawing>
      </w:r>
    </w:p>
    <w:p w14:paraId="7E651320" w14:textId="77777777" w:rsidR="00497B11"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7</w:t>
      </w:r>
      <w:r w:rsidRPr="00DC3E5E">
        <w:rPr>
          <w:rFonts w:ascii="Times New Roman" w:hAnsi="Times New Roman"/>
        </w:rPr>
        <w:t xml:space="preserve"> HRESIMS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A</w:t>
      </w:r>
      <w:r w:rsidRPr="00DC3E5E">
        <w:rPr>
          <w:rFonts w:ascii="Times New Roman" w:hAnsi="Times New Roman"/>
          <w:iCs/>
        </w:rPr>
        <w:t xml:space="preserve"> (</w:t>
      </w:r>
      <w:r w:rsidRPr="0070630D">
        <w:rPr>
          <w:rFonts w:ascii="Times New Roman" w:hAnsi="Times New Roman"/>
          <w:b/>
          <w:bCs/>
          <w:iCs/>
        </w:rPr>
        <w:t>1</w:t>
      </w:r>
      <w:r w:rsidRPr="00DC3E5E">
        <w:rPr>
          <w:rFonts w:ascii="Times New Roman" w:hAnsi="Times New Roman"/>
          <w:iCs/>
        </w:rPr>
        <w:t>)</w:t>
      </w:r>
      <w:r w:rsidRPr="00DC3E5E">
        <w:rPr>
          <w:rFonts w:ascii="Times New Roman" w:hAnsi="Times New Roman"/>
        </w:rPr>
        <w:t>.</w:t>
      </w:r>
    </w:p>
    <w:p w14:paraId="069BA08C" w14:textId="77777777" w:rsidR="00497B11" w:rsidRPr="00DC3E5E" w:rsidRDefault="00497B11" w:rsidP="00617B07">
      <w:pPr>
        <w:spacing w:line="360" w:lineRule="auto"/>
        <w:rPr>
          <w:rFonts w:ascii="Times New Roman" w:hAnsi="Times New Roman"/>
        </w:rPr>
      </w:pPr>
      <w:r w:rsidRPr="00DC3E5E">
        <w:rPr>
          <w:rFonts w:ascii="Times New Roman" w:hAnsi="Times New Roman"/>
        </w:rPr>
        <w:br w:type="page"/>
      </w:r>
    </w:p>
    <w:p w14:paraId="1B6AE052" w14:textId="77777777" w:rsidR="00497B11" w:rsidRPr="00DC3E5E" w:rsidRDefault="00497B11" w:rsidP="00617B07">
      <w:pPr>
        <w:spacing w:line="360" w:lineRule="auto"/>
        <w:rPr>
          <w:rFonts w:ascii="Times New Roman" w:hAnsi="Times New Roman"/>
          <w:b/>
          <w:bCs/>
        </w:rPr>
      </w:pPr>
      <w:r w:rsidRPr="00DC3E5E">
        <w:rPr>
          <w:rFonts w:ascii="Times New Roman" w:hAnsi="Times New Roman" w:hint="eastAsia"/>
          <w:noProof/>
        </w:rPr>
        <w:lastRenderedPageBreak/>
        <w:drawing>
          <wp:inline distT="0" distB="0" distL="0" distR="0" wp14:anchorId="574CBC0A" wp14:editId="35D6AB51">
            <wp:extent cx="5270500" cy="4013200"/>
            <wp:effectExtent l="0" t="0" r="6350" b="6350"/>
            <wp:docPr id="15932855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0500" cy="4013200"/>
                    </a:xfrm>
                    <a:prstGeom prst="rect">
                      <a:avLst/>
                    </a:prstGeom>
                    <a:noFill/>
                    <a:ln>
                      <a:noFill/>
                    </a:ln>
                  </pic:spPr>
                </pic:pic>
              </a:graphicData>
            </a:graphic>
          </wp:inline>
        </w:drawing>
      </w:r>
    </w:p>
    <w:p w14:paraId="6E2C6BE0"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8</w:t>
      </w:r>
      <w:r w:rsidRPr="00DC3E5E">
        <w:rPr>
          <w:rFonts w:ascii="Times New Roman" w:hAnsi="Times New Roman"/>
        </w:rPr>
        <w:t xml:space="preserve"> UV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A</w:t>
      </w:r>
      <w:r w:rsidRPr="00DC3E5E">
        <w:rPr>
          <w:rFonts w:ascii="Times New Roman" w:hAnsi="Times New Roman"/>
          <w:iCs/>
        </w:rPr>
        <w:t xml:space="preserve"> (</w:t>
      </w:r>
      <w:r w:rsidRPr="0070630D">
        <w:rPr>
          <w:rFonts w:ascii="Times New Roman" w:hAnsi="Times New Roman"/>
          <w:b/>
          <w:bCs/>
          <w:iCs/>
        </w:rPr>
        <w:t>1</w:t>
      </w:r>
      <w:r w:rsidRPr="00DC3E5E">
        <w:rPr>
          <w:rFonts w:ascii="Times New Roman" w:hAnsi="Times New Roman"/>
          <w:iCs/>
        </w:rPr>
        <w:t>)</w:t>
      </w:r>
      <w:r w:rsidRPr="00DC3E5E">
        <w:rPr>
          <w:rFonts w:ascii="Times New Roman" w:hAnsi="Times New Roman"/>
        </w:rPr>
        <w:t>.</w:t>
      </w:r>
    </w:p>
    <w:p w14:paraId="39335228" w14:textId="77777777" w:rsidR="00497B11" w:rsidRPr="00DC3E5E" w:rsidRDefault="00497B11" w:rsidP="00617B07">
      <w:pPr>
        <w:spacing w:line="360" w:lineRule="auto"/>
        <w:rPr>
          <w:rFonts w:ascii="Times New Roman" w:hAnsi="Times New Roman"/>
          <w:b/>
          <w:bCs/>
        </w:rPr>
      </w:pPr>
      <w:r w:rsidRPr="00DC3E5E">
        <w:rPr>
          <w:rFonts w:ascii="Times New Roman" w:hAnsi="Times New Roman" w:hint="eastAsia"/>
          <w:noProof/>
        </w:rPr>
        <w:drawing>
          <wp:inline distT="0" distB="0" distL="0" distR="0" wp14:anchorId="07771A8C" wp14:editId="7F421159">
            <wp:extent cx="5161963" cy="3930555"/>
            <wp:effectExtent l="0" t="0" r="635" b="0"/>
            <wp:docPr id="52745078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63996" cy="3932103"/>
                    </a:xfrm>
                    <a:prstGeom prst="rect">
                      <a:avLst/>
                    </a:prstGeom>
                    <a:noFill/>
                    <a:ln>
                      <a:noFill/>
                    </a:ln>
                  </pic:spPr>
                </pic:pic>
              </a:graphicData>
            </a:graphic>
          </wp:inline>
        </w:drawing>
      </w:r>
    </w:p>
    <w:p w14:paraId="00E3A406"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9</w:t>
      </w:r>
      <w:r w:rsidRPr="00DC3E5E">
        <w:rPr>
          <w:rFonts w:ascii="Times New Roman" w:hAnsi="Times New Roman"/>
        </w:rPr>
        <w:t xml:space="preserve"> ECD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A</w:t>
      </w:r>
      <w:r w:rsidRPr="00DC3E5E">
        <w:rPr>
          <w:rFonts w:ascii="Times New Roman" w:hAnsi="Times New Roman"/>
          <w:iCs/>
        </w:rPr>
        <w:t xml:space="preserve"> (</w:t>
      </w:r>
      <w:r w:rsidRPr="0070630D">
        <w:rPr>
          <w:rFonts w:ascii="Times New Roman" w:hAnsi="Times New Roman"/>
          <w:b/>
          <w:bCs/>
          <w:iCs/>
        </w:rPr>
        <w:t>1</w:t>
      </w:r>
      <w:r w:rsidRPr="00DC3E5E">
        <w:rPr>
          <w:rFonts w:ascii="Times New Roman" w:hAnsi="Times New Roman"/>
          <w:iCs/>
        </w:rPr>
        <w:t>)</w:t>
      </w:r>
      <w:r w:rsidRPr="00DC3E5E">
        <w:rPr>
          <w:rFonts w:ascii="Times New Roman" w:hAnsi="Times New Roman"/>
        </w:rPr>
        <w:t>.</w:t>
      </w:r>
      <w:r w:rsidRPr="00DC3E5E">
        <w:rPr>
          <w:rFonts w:ascii="Times New Roman" w:hAnsi="Times New Roman"/>
        </w:rPr>
        <w:br w:type="page"/>
      </w:r>
    </w:p>
    <w:p w14:paraId="38182557" w14:textId="77777777" w:rsidR="00497B11" w:rsidRPr="00DC3E5E" w:rsidRDefault="00497B11" w:rsidP="00617B07">
      <w:pPr>
        <w:spacing w:line="360" w:lineRule="auto"/>
        <w:rPr>
          <w:rFonts w:ascii="Times New Roman" w:hAnsi="Times New Roman"/>
          <w:b/>
          <w:bCs/>
        </w:rPr>
      </w:pPr>
      <w:r w:rsidRPr="00DC3E5E">
        <w:rPr>
          <w:rFonts w:ascii="Times New Roman" w:hAnsi="Times New Roman"/>
          <w:noProof/>
        </w:rPr>
        <w:lastRenderedPageBreak/>
        <w:drawing>
          <wp:inline distT="0" distB="0" distL="0" distR="0" wp14:anchorId="24A06EC8" wp14:editId="39C6B46A">
            <wp:extent cx="5274310" cy="3613150"/>
            <wp:effectExtent l="0" t="0" r="2540" b="6350"/>
            <wp:docPr id="6210101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3613150"/>
                    </a:xfrm>
                    <a:prstGeom prst="rect">
                      <a:avLst/>
                    </a:prstGeom>
                    <a:noFill/>
                    <a:ln>
                      <a:noFill/>
                    </a:ln>
                  </pic:spPr>
                </pic:pic>
              </a:graphicData>
            </a:graphic>
          </wp:inline>
        </w:drawing>
      </w:r>
    </w:p>
    <w:p w14:paraId="115D4610"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S1</w:t>
      </w:r>
      <w:r w:rsidRPr="00502574">
        <w:rPr>
          <w:rFonts w:ascii="Times New Roman" w:hAnsi="Times New Roman" w:hint="eastAsia"/>
          <w:b/>
          <w:bCs/>
        </w:rPr>
        <w:t>0</w:t>
      </w:r>
      <w:r w:rsidRPr="00DC3E5E">
        <w:rPr>
          <w:rFonts w:ascii="Times New Roman" w:hAnsi="Times New Roman"/>
        </w:rPr>
        <w:t xml:space="preserve"> IR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A</w:t>
      </w:r>
      <w:r w:rsidRPr="00DC3E5E">
        <w:rPr>
          <w:rFonts w:ascii="Times New Roman" w:hAnsi="Times New Roman"/>
          <w:iCs/>
        </w:rPr>
        <w:t xml:space="preserve"> (</w:t>
      </w:r>
      <w:r w:rsidRPr="0070630D">
        <w:rPr>
          <w:rFonts w:ascii="Times New Roman" w:hAnsi="Times New Roman"/>
          <w:b/>
          <w:bCs/>
          <w:iCs/>
        </w:rPr>
        <w:t>1</w:t>
      </w:r>
      <w:r w:rsidRPr="00DC3E5E">
        <w:rPr>
          <w:rFonts w:ascii="Times New Roman" w:hAnsi="Times New Roman"/>
          <w:iCs/>
        </w:rPr>
        <w:t>)</w:t>
      </w:r>
      <w:r w:rsidRPr="00DC3E5E">
        <w:rPr>
          <w:rFonts w:ascii="Times New Roman" w:hAnsi="Times New Roman"/>
        </w:rPr>
        <w:t>.</w:t>
      </w:r>
    </w:p>
    <w:p w14:paraId="42558F61" w14:textId="77777777" w:rsidR="00497B11" w:rsidRPr="00DC3E5E" w:rsidRDefault="00497B11" w:rsidP="00617B07">
      <w:pPr>
        <w:spacing w:line="360" w:lineRule="auto"/>
        <w:rPr>
          <w:rFonts w:ascii="Times New Roman" w:hAnsi="Times New Roman"/>
          <w:b/>
          <w:bCs/>
        </w:rPr>
      </w:pPr>
      <w:r w:rsidRPr="00DC3E5E">
        <w:rPr>
          <w:rFonts w:ascii="Times New Roman" w:eastAsia="宋体" w:hAnsi="Times New Roman"/>
          <w:noProof/>
          <w:sz w:val="24"/>
          <w:szCs w:val="24"/>
        </w:rPr>
        <w:drawing>
          <wp:inline distT="0" distB="0" distL="0" distR="0" wp14:anchorId="17042479" wp14:editId="14F7E0E5">
            <wp:extent cx="5274310" cy="2076450"/>
            <wp:effectExtent l="0" t="0" r="2540" b="0"/>
            <wp:docPr id="1351316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31653" name=""/>
                    <pic:cNvPicPr/>
                  </pic:nvPicPr>
                  <pic:blipFill>
                    <a:blip r:embed="rId19"/>
                    <a:stretch>
                      <a:fillRect/>
                    </a:stretch>
                  </pic:blipFill>
                  <pic:spPr>
                    <a:xfrm>
                      <a:off x="0" y="0"/>
                      <a:ext cx="5274310" cy="2076450"/>
                    </a:xfrm>
                    <a:prstGeom prst="rect">
                      <a:avLst/>
                    </a:prstGeom>
                  </pic:spPr>
                </pic:pic>
              </a:graphicData>
            </a:graphic>
          </wp:inline>
        </w:drawing>
      </w:r>
    </w:p>
    <w:p w14:paraId="676A6596"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S1</w:t>
      </w:r>
      <w:r w:rsidRPr="00502574">
        <w:rPr>
          <w:rFonts w:ascii="Times New Roman" w:hAnsi="Times New Roman" w:hint="eastAsia"/>
          <w:b/>
          <w:bCs/>
        </w:rPr>
        <w:t>1</w:t>
      </w:r>
      <w:r w:rsidRPr="00502574">
        <w:rPr>
          <w:rFonts w:ascii="Times New Roman" w:hAnsi="Times New Roman"/>
          <w:b/>
          <w:bCs/>
        </w:rPr>
        <w:t xml:space="preserve"> </w:t>
      </w:r>
      <w:r w:rsidRPr="00DC3E5E">
        <w:rPr>
          <w:rFonts w:ascii="Times New Roman" w:hAnsi="Times New Roman"/>
        </w:rPr>
        <w:t xml:space="preserve">OR of </w:t>
      </w:r>
      <w:bookmarkStart w:id="13" w:name="_Hlk167839625"/>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A</w:t>
      </w:r>
      <w:r w:rsidRPr="00DC3E5E">
        <w:rPr>
          <w:rFonts w:ascii="Times New Roman" w:hAnsi="Times New Roman"/>
          <w:iCs/>
        </w:rPr>
        <w:t xml:space="preserve"> (</w:t>
      </w:r>
      <w:r w:rsidRPr="0070630D">
        <w:rPr>
          <w:rFonts w:ascii="Times New Roman" w:hAnsi="Times New Roman"/>
          <w:b/>
          <w:bCs/>
          <w:iCs/>
        </w:rPr>
        <w:t>1</w:t>
      </w:r>
      <w:r w:rsidRPr="00DC3E5E">
        <w:rPr>
          <w:rFonts w:ascii="Times New Roman" w:hAnsi="Times New Roman"/>
          <w:iCs/>
        </w:rPr>
        <w:t>)</w:t>
      </w:r>
      <w:bookmarkEnd w:id="13"/>
      <w:r w:rsidRPr="00DC3E5E">
        <w:rPr>
          <w:rFonts w:ascii="Times New Roman" w:hAnsi="Times New Roman"/>
        </w:rPr>
        <w:t>.</w:t>
      </w:r>
      <w:r w:rsidRPr="00DC3E5E">
        <w:rPr>
          <w:rFonts w:ascii="Times New Roman" w:hAnsi="Times New Roman"/>
        </w:rPr>
        <w:br w:type="page"/>
      </w:r>
    </w:p>
    <w:p w14:paraId="77C8142A" w14:textId="77777777" w:rsidR="00497B11" w:rsidRPr="00DC3E5E" w:rsidRDefault="00497B11" w:rsidP="00617B07">
      <w:pPr>
        <w:pStyle w:val="a9"/>
        <w:numPr>
          <w:ilvl w:val="0"/>
          <w:numId w:val="4"/>
        </w:numPr>
        <w:spacing w:line="360" w:lineRule="auto"/>
        <w:ind w:left="357" w:firstLineChars="0" w:hanging="357"/>
        <w:outlineLvl w:val="0"/>
        <w:rPr>
          <w:rFonts w:ascii="Times New Roman" w:hAnsi="Times New Roman"/>
          <w:b/>
          <w:bCs/>
          <w:iCs/>
        </w:rPr>
      </w:pPr>
      <w:bookmarkStart w:id="14" w:name="_Toc170918293"/>
      <w:r w:rsidRPr="00DC3E5E">
        <w:rPr>
          <w:rFonts w:ascii="Times New Roman" w:hAnsi="Times New Roman"/>
          <w:b/>
          <w:bCs/>
        </w:rPr>
        <w:lastRenderedPageBreak/>
        <w:t xml:space="preserve">NMR, MS, UV, ECD, IR spectra, and OR of </w:t>
      </w:r>
      <w:proofErr w:type="spellStart"/>
      <w:r w:rsidRPr="00DC3E5E">
        <w:rPr>
          <w:rFonts w:ascii="Times New Roman" w:hAnsi="Times New Roman" w:hint="eastAsia"/>
          <w:b/>
          <w:bCs/>
        </w:rPr>
        <w:t>s</w:t>
      </w:r>
      <w:r w:rsidRPr="00DC3E5E">
        <w:rPr>
          <w:rFonts w:ascii="Times New Roman" w:hAnsi="Times New Roman"/>
          <w:b/>
          <w:bCs/>
        </w:rPr>
        <w:t>ilvaticusin</w:t>
      </w:r>
      <w:proofErr w:type="spellEnd"/>
      <w:r w:rsidRPr="00DC3E5E">
        <w:rPr>
          <w:rFonts w:ascii="Times New Roman" w:hAnsi="Times New Roman"/>
          <w:b/>
          <w:bCs/>
        </w:rPr>
        <w:t xml:space="preserve"> </w:t>
      </w:r>
      <w:r w:rsidRPr="00DC3E5E">
        <w:rPr>
          <w:rFonts w:ascii="Times New Roman" w:hAnsi="Times New Roman" w:hint="eastAsia"/>
          <w:b/>
          <w:bCs/>
        </w:rPr>
        <w:t>B</w:t>
      </w:r>
      <w:r w:rsidRPr="00DC3E5E">
        <w:rPr>
          <w:rFonts w:ascii="Times New Roman" w:hAnsi="Times New Roman"/>
          <w:b/>
          <w:bCs/>
          <w:iCs/>
        </w:rPr>
        <w:t xml:space="preserve"> (</w:t>
      </w:r>
      <w:r w:rsidRPr="00DC3E5E">
        <w:rPr>
          <w:rFonts w:ascii="Times New Roman" w:hAnsi="Times New Roman" w:hint="eastAsia"/>
          <w:b/>
          <w:bCs/>
          <w:iCs/>
        </w:rPr>
        <w:t>2</w:t>
      </w:r>
      <w:r w:rsidRPr="00DC3E5E">
        <w:rPr>
          <w:rFonts w:ascii="Times New Roman" w:hAnsi="Times New Roman"/>
          <w:b/>
          <w:bCs/>
          <w:iCs/>
        </w:rPr>
        <w:t>)</w:t>
      </w:r>
      <w:bookmarkEnd w:id="14"/>
    </w:p>
    <w:p w14:paraId="51BA85F2" w14:textId="77777777" w:rsidR="00497B11" w:rsidRPr="00DC3E5E" w:rsidRDefault="00497B11" w:rsidP="0076413A">
      <w:pPr>
        <w:spacing w:line="360" w:lineRule="auto"/>
        <w:rPr>
          <w:rFonts w:ascii="Times New Roman" w:hAnsi="Times New Roman"/>
          <w:b/>
          <w:bCs/>
        </w:rPr>
      </w:pPr>
      <w:r>
        <w:rPr>
          <w:rFonts w:ascii="Times New Roman" w:hAnsi="Times New Roman"/>
          <w:b/>
          <w:bCs/>
          <w:noProof/>
        </w:rPr>
        <w:drawing>
          <wp:inline distT="0" distB="0" distL="0" distR="0" wp14:anchorId="047B67BE" wp14:editId="0D47A07E">
            <wp:extent cx="5251747" cy="3665059"/>
            <wp:effectExtent l="0" t="0" r="6350" b="0"/>
            <wp:docPr id="68587118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5021" cy="3681301"/>
                    </a:xfrm>
                    <a:prstGeom prst="rect">
                      <a:avLst/>
                    </a:prstGeom>
                    <a:noFill/>
                  </pic:spPr>
                </pic:pic>
              </a:graphicData>
            </a:graphic>
          </wp:inline>
        </w:drawing>
      </w:r>
    </w:p>
    <w:p w14:paraId="7BB163F6"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S1</w:t>
      </w:r>
      <w:r w:rsidRPr="00502574">
        <w:rPr>
          <w:rFonts w:ascii="Times New Roman" w:hAnsi="Times New Roman" w:hint="eastAsia"/>
          <w:b/>
          <w:bCs/>
        </w:rPr>
        <w:t>2</w:t>
      </w:r>
      <w:r w:rsidRPr="00DC3E5E">
        <w:rPr>
          <w:rFonts w:ascii="Times New Roman" w:hAnsi="Times New Roman"/>
        </w:rPr>
        <w:t xml:space="preserve"> </w:t>
      </w:r>
      <w:r w:rsidRPr="00DC3E5E">
        <w:rPr>
          <w:rFonts w:ascii="Times New Roman" w:hAnsi="Times New Roman"/>
          <w:vertAlign w:val="superscript"/>
        </w:rPr>
        <w:t>1</w:t>
      </w:r>
      <w:r w:rsidRPr="00DC3E5E">
        <w:rPr>
          <w:rFonts w:ascii="Times New Roman" w:hAnsi="Times New Roman"/>
        </w:rPr>
        <w:t xml:space="preserve">H NMR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B</w:t>
      </w:r>
      <w:r w:rsidRPr="00DC3E5E">
        <w:rPr>
          <w:rFonts w:ascii="Times New Roman" w:hAnsi="Times New Roman"/>
          <w:iCs/>
        </w:rPr>
        <w:t xml:space="preserve"> (</w:t>
      </w:r>
      <w:r w:rsidRPr="0070630D">
        <w:rPr>
          <w:rFonts w:ascii="Times New Roman" w:hAnsi="Times New Roman" w:hint="eastAsia"/>
          <w:b/>
          <w:bCs/>
          <w:iCs/>
        </w:rPr>
        <w:t>2</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500 MHz).</w:t>
      </w:r>
    </w:p>
    <w:p w14:paraId="5F54C668" w14:textId="77777777" w:rsidR="00497B11" w:rsidRPr="00DC3E5E" w:rsidRDefault="00497B11" w:rsidP="0076413A">
      <w:pPr>
        <w:spacing w:line="360" w:lineRule="auto"/>
        <w:rPr>
          <w:rFonts w:ascii="Times New Roman" w:hAnsi="Times New Roman"/>
          <w:b/>
          <w:bCs/>
        </w:rPr>
      </w:pPr>
      <w:r>
        <w:rPr>
          <w:rFonts w:ascii="Times New Roman" w:hAnsi="Times New Roman"/>
          <w:b/>
          <w:bCs/>
          <w:noProof/>
        </w:rPr>
        <w:drawing>
          <wp:inline distT="0" distB="0" distL="0" distR="0" wp14:anchorId="0FE4CBA8" wp14:editId="5765A341">
            <wp:extent cx="5256232" cy="4094963"/>
            <wp:effectExtent l="0" t="0" r="1905" b="1270"/>
            <wp:docPr id="75192552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140" cy="4108915"/>
                    </a:xfrm>
                    <a:prstGeom prst="rect">
                      <a:avLst/>
                    </a:prstGeom>
                    <a:noFill/>
                  </pic:spPr>
                </pic:pic>
              </a:graphicData>
            </a:graphic>
          </wp:inline>
        </w:drawing>
      </w:r>
    </w:p>
    <w:p w14:paraId="524C6F4D"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S1</w:t>
      </w:r>
      <w:r w:rsidRPr="00502574">
        <w:rPr>
          <w:rFonts w:ascii="Times New Roman" w:hAnsi="Times New Roman" w:hint="eastAsia"/>
          <w:b/>
          <w:bCs/>
        </w:rPr>
        <w:t>3</w:t>
      </w:r>
      <w:r w:rsidRPr="00DC3E5E">
        <w:rPr>
          <w:rFonts w:ascii="Times New Roman" w:hAnsi="Times New Roman"/>
        </w:rPr>
        <w:t xml:space="preserve"> </w:t>
      </w:r>
      <w:r w:rsidRPr="00DC3E5E">
        <w:rPr>
          <w:rFonts w:ascii="Times New Roman" w:hAnsi="Times New Roman"/>
          <w:vertAlign w:val="superscript"/>
        </w:rPr>
        <w:t>1</w:t>
      </w:r>
      <w:r w:rsidRPr="00DC3E5E">
        <w:rPr>
          <w:rFonts w:ascii="Times New Roman" w:hAnsi="Times New Roman" w:hint="eastAsia"/>
          <w:vertAlign w:val="superscript"/>
        </w:rPr>
        <w:t>3</w:t>
      </w:r>
      <w:r w:rsidRPr="00DC3E5E">
        <w:rPr>
          <w:rFonts w:ascii="Times New Roman" w:hAnsi="Times New Roman" w:hint="eastAsia"/>
        </w:rPr>
        <w:t>C</w:t>
      </w:r>
      <w:r w:rsidRPr="00DC3E5E">
        <w:rPr>
          <w:rFonts w:ascii="Times New Roman" w:hAnsi="Times New Roman"/>
        </w:rPr>
        <w:t xml:space="preserve"> NMR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B</w:t>
      </w:r>
      <w:r w:rsidRPr="00DC3E5E">
        <w:rPr>
          <w:rFonts w:ascii="Times New Roman" w:hAnsi="Times New Roman"/>
          <w:iCs/>
        </w:rPr>
        <w:t xml:space="preserve"> (</w:t>
      </w:r>
      <w:r w:rsidRPr="0070630D">
        <w:rPr>
          <w:rFonts w:ascii="Times New Roman" w:hAnsi="Times New Roman" w:hint="eastAsia"/>
          <w:b/>
          <w:bCs/>
          <w:iCs/>
        </w:rPr>
        <w:t>2</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125</w:t>
      </w:r>
      <w:r w:rsidRPr="00DC3E5E">
        <w:rPr>
          <w:rFonts w:ascii="Times New Roman" w:hAnsi="Times New Roman"/>
        </w:rPr>
        <w:t xml:space="preserve"> MHz).</w:t>
      </w:r>
    </w:p>
    <w:p w14:paraId="5956CFE9" w14:textId="77777777" w:rsidR="00497B11" w:rsidRPr="00DC3E5E" w:rsidRDefault="00497B11" w:rsidP="0076413A">
      <w:pPr>
        <w:spacing w:line="360" w:lineRule="auto"/>
        <w:rPr>
          <w:rFonts w:ascii="Times New Roman" w:hAnsi="Times New Roman"/>
          <w:b/>
          <w:bCs/>
        </w:rPr>
      </w:pPr>
      <w:r>
        <w:rPr>
          <w:rFonts w:ascii="Times New Roman" w:hAnsi="Times New Roman"/>
          <w:b/>
          <w:bCs/>
          <w:noProof/>
        </w:rPr>
        <w:lastRenderedPageBreak/>
        <w:drawing>
          <wp:inline distT="0" distB="0" distL="0" distR="0" wp14:anchorId="7134C96E" wp14:editId="1120727B">
            <wp:extent cx="5260909" cy="3671453"/>
            <wp:effectExtent l="0" t="0" r="0" b="5715"/>
            <wp:docPr id="175793054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93067" cy="3693895"/>
                    </a:xfrm>
                    <a:prstGeom prst="rect">
                      <a:avLst/>
                    </a:prstGeom>
                    <a:noFill/>
                  </pic:spPr>
                </pic:pic>
              </a:graphicData>
            </a:graphic>
          </wp:inline>
        </w:drawing>
      </w:r>
    </w:p>
    <w:p w14:paraId="72730FE8"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S1</w:t>
      </w:r>
      <w:r w:rsidRPr="00502574">
        <w:rPr>
          <w:rFonts w:ascii="Times New Roman" w:hAnsi="Times New Roman" w:hint="eastAsia"/>
          <w:b/>
          <w:bCs/>
        </w:rPr>
        <w:t>4</w:t>
      </w:r>
      <w:r w:rsidRPr="00502574">
        <w:rPr>
          <w:rFonts w:ascii="Times New Roman" w:hAnsi="Times New Roman"/>
          <w:b/>
          <w:bCs/>
        </w:rPr>
        <w:t xml:space="preserve"> </w:t>
      </w:r>
      <w:r w:rsidRPr="00DC3E5E">
        <w:rPr>
          <w:rFonts w:ascii="Times New Roman" w:hAnsi="Times New Roman" w:hint="eastAsia"/>
        </w:rPr>
        <w:t>HSQC</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B</w:t>
      </w:r>
      <w:r w:rsidRPr="00DC3E5E">
        <w:rPr>
          <w:rFonts w:ascii="Times New Roman" w:hAnsi="Times New Roman"/>
          <w:iCs/>
        </w:rPr>
        <w:t xml:space="preserve"> (</w:t>
      </w:r>
      <w:r w:rsidRPr="0070630D">
        <w:rPr>
          <w:rFonts w:ascii="Times New Roman" w:hAnsi="Times New Roman" w:hint="eastAsia"/>
          <w:b/>
          <w:bCs/>
          <w:iCs/>
        </w:rPr>
        <w:t>2</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500</w:t>
      </w:r>
      <w:r w:rsidRPr="00DC3E5E">
        <w:rPr>
          <w:rFonts w:ascii="Times New Roman" w:hAnsi="Times New Roman"/>
        </w:rPr>
        <w:t xml:space="preserve"> MHz).</w:t>
      </w:r>
    </w:p>
    <w:p w14:paraId="4336378F" w14:textId="77777777" w:rsidR="00497B11" w:rsidRPr="00DC3E5E" w:rsidRDefault="00497B11" w:rsidP="0076413A">
      <w:pPr>
        <w:spacing w:line="360" w:lineRule="auto"/>
        <w:rPr>
          <w:rFonts w:ascii="Times New Roman" w:hAnsi="Times New Roman"/>
          <w:b/>
          <w:bCs/>
        </w:rPr>
      </w:pPr>
      <w:r>
        <w:rPr>
          <w:rFonts w:ascii="Times New Roman" w:hAnsi="Times New Roman"/>
          <w:b/>
          <w:bCs/>
          <w:noProof/>
        </w:rPr>
        <w:drawing>
          <wp:inline distT="0" distB="0" distL="0" distR="0" wp14:anchorId="24D4935B" wp14:editId="0A25C628">
            <wp:extent cx="5276367" cy="3682241"/>
            <wp:effectExtent l="0" t="0" r="635" b="0"/>
            <wp:docPr id="17205048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10805" cy="3706274"/>
                    </a:xfrm>
                    <a:prstGeom prst="rect">
                      <a:avLst/>
                    </a:prstGeom>
                    <a:noFill/>
                  </pic:spPr>
                </pic:pic>
              </a:graphicData>
            </a:graphic>
          </wp:inline>
        </w:drawing>
      </w:r>
    </w:p>
    <w:p w14:paraId="11FE4198"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S1</w:t>
      </w:r>
      <w:r w:rsidRPr="00502574">
        <w:rPr>
          <w:rFonts w:ascii="Times New Roman" w:hAnsi="Times New Roman" w:hint="eastAsia"/>
          <w:b/>
          <w:bCs/>
        </w:rPr>
        <w:t>5</w:t>
      </w:r>
      <w:r w:rsidRPr="00DC3E5E">
        <w:rPr>
          <w:rFonts w:ascii="Times New Roman" w:hAnsi="Times New Roman"/>
        </w:rPr>
        <w:t xml:space="preserve"> </w:t>
      </w:r>
      <w:r w:rsidRPr="00DC3E5E">
        <w:rPr>
          <w:rFonts w:ascii="Times New Roman" w:hAnsi="Times New Roman" w:hint="eastAsia"/>
        </w:rPr>
        <w:t>HMBC</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B</w:t>
      </w:r>
      <w:r w:rsidRPr="00DC3E5E">
        <w:rPr>
          <w:rFonts w:ascii="Times New Roman" w:hAnsi="Times New Roman"/>
          <w:iCs/>
        </w:rPr>
        <w:t xml:space="preserve"> (</w:t>
      </w:r>
      <w:r w:rsidRPr="0070630D">
        <w:rPr>
          <w:rFonts w:ascii="Times New Roman" w:hAnsi="Times New Roman" w:hint="eastAsia"/>
          <w:b/>
          <w:bCs/>
          <w:iCs/>
        </w:rPr>
        <w:t>2</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500</w:t>
      </w:r>
      <w:r w:rsidRPr="00DC3E5E">
        <w:rPr>
          <w:rFonts w:ascii="Times New Roman" w:hAnsi="Times New Roman"/>
        </w:rPr>
        <w:t xml:space="preserve"> MHz).</w:t>
      </w:r>
    </w:p>
    <w:p w14:paraId="6227131F" w14:textId="77777777" w:rsidR="00497B11" w:rsidRPr="00DC3E5E" w:rsidRDefault="00497B11" w:rsidP="0076413A">
      <w:pPr>
        <w:spacing w:line="360" w:lineRule="auto"/>
        <w:rPr>
          <w:rFonts w:ascii="Times New Roman" w:hAnsi="Times New Roman"/>
          <w:b/>
          <w:bCs/>
        </w:rPr>
      </w:pPr>
      <w:r>
        <w:rPr>
          <w:rFonts w:ascii="Times New Roman" w:hAnsi="Times New Roman"/>
          <w:b/>
          <w:bCs/>
          <w:noProof/>
        </w:rPr>
        <w:lastRenderedPageBreak/>
        <w:drawing>
          <wp:inline distT="0" distB="0" distL="0" distR="0" wp14:anchorId="662F9391" wp14:editId="4A3D13DE">
            <wp:extent cx="5248449" cy="3662757"/>
            <wp:effectExtent l="0" t="0" r="9525" b="0"/>
            <wp:docPr id="189145181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81114" cy="3685553"/>
                    </a:xfrm>
                    <a:prstGeom prst="rect">
                      <a:avLst/>
                    </a:prstGeom>
                    <a:noFill/>
                  </pic:spPr>
                </pic:pic>
              </a:graphicData>
            </a:graphic>
          </wp:inline>
        </w:drawing>
      </w:r>
    </w:p>
    <w:p w14:paraId="1015813A"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S1</w:t>
      </w:r>
      <w:r w:rsidRPr="00502574">
        <w:rPr>
          <w:rFonts w:ascii="Times New Roman" w:hAnsi="Times New Roman" w:hint="eastAsia"/>
          <w:b/>
          <w:bCs/>
        </w:rPr>
        <w:t>6</w:t>
      </w:r>
      <w:r w:rsidRPr="00DC3E5E">
        <w:rPr>
          <w:rFonts w:ascii="Times New Roman" w:hAnsi="Times New Roman"/>
        </w:rPr>
        <w:t xml:space="preserve"> </w:t>
      </w:r>
      <w:r w:rsidRPr="00DC3E5E">
        <w:rPr>
          <w:rFonts w:ascii="Times New Roman" w:hAnsi="Times New Roman"/>
          <w:vertAlign w:val="superscript"/>
        </w:rPr>
        <w:t>1</w:t>
      </w:r>
      <w:r w:rsidRPr="00DC3E5E">
        <w:rPr>
          <w:rFonts w:ascii="Times New Roman" w:hAnsi="Times New Roman"/>
        </w:rPr>
        <w:t>H-</w:t>
      </w:r>
      <w:r w:rsidRPr="00DC3E5E">
        <w:rPr>
          <w:rFonts w:ascii="Times New Roman" w:hAnsi="Times New Roman"/>
          <w:vertAlign w:val="superscript"/>
        </w:rPr>
        <w:t>1</w:t>
      </w:r>
      <w:r w:rsidRPr="00DC3E5E">
        <w:rPr>
          <w:rFonts w:ascii="Times New Roman" w:hAnsi="Times New Roman"/>
        </w:rPr>
        <w:t xml:space="preserve">H COSY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B</w:t>
      </w:r>
      <w:r w:rsidRPr="00DC3E5E">
        <w:rPr>
          <w:rFonts w:ascii="Times New Roman" w:hAnsi="Times New Roman"/>
          <w:iCs/>
        </w:rPr>
        <w:t xml:space="preserve"> (</w:t>
      </w:r>
      <w:r w:rsidRPr="002A107A">
        <w:rPr>
          <w:rFonts w:ascii="Times New Roman" w:hAnsi="Times New Roman" w:hint="eastAsia"/>
          <w:b/>
          <w:bCs/>
          <w:iCs/>
        </w:rPr>
        <w:t>2</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500</w:t>
      </w:r>
      <w:r w:rsidRPr="00DC3E5E">
        <w:rPr>
          <w:rFonts w:ascii="Times New Roman" w:hAnsi="Times New Roman"/>
        </w:rPr>
        <w:t xml:space="preserve"> MHz).</w:t>
      </w:r>
    </w:p>
    <w:p w14:paraId="240B564E" w14:textId="77777777" w:rsidR="00497B11" w:rsidRPr="00DC3E5E" w:rsidRDefault="00497B11" w:rsidP="0076413A">
      <w:pPr>
        <w:spacing w:line="360" w:lineRule="auto"/>
        <w:rPr>
          <w:rFonts w:ascii="Times New Roman" w:hAnsi="Times New Roman"/>
          <w:b/>
          <w:bCs/>
        </w:rPr>
      </w:pPr>
      <w:r>
        <w:rPr>
          <w:rFonts w:ascii="Times New Roman" w:hAnsi="Times New Roman"/>
          <w:b/>
          <w:bCs/>
          <w:noProof/>
        </w:rPr>
        <w:drawing>
          <wp:inline distT="0" distB="0" distL="0" distR="0" wp14:anchorId="242FFE99" wp14:editId="6046E9FA">
            <wp:extent cx="5180491" cy="3615331"/>
            <wp:effectExtent l="0" t="0" r="1270" b="4445"/>
            <wp:docPr id="35182268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03636" cy="3631483"/>
                    </a:xfrm>
                    <a:prstGeom prst="rect">
                      <a:avLst/>
                    </a:prstGeom>
                    <a:noFill/>
                  </pic:spPr>
                </pic:pic>
              </a:graphicData>
            </a:graphic>
          </wp:inline>
        </w:drawing>
      </w:r>
    </w:p>
    <w:p w14:paraId="61FAA5B5" w14:textId="77777777" w:rsidR="00497B11" w:rsidRDefault="00497B11" w:rsidP="00617B07">
      <w:pPr>
        <w:spacing w:line="360" w:lineRule="auto"/>
        <w:rPr>
          <w:rFonts w:ascii="Times New Roman" w:hAnsi="Times New Roman"/>
        </w:rPr>
      </w:pPr>
      <w:r w:rsidRPr="00502574">
        <w:rPr>
          <w:rFonts w:ascii="Times New Roman" w:hAnsi="Times New Roman"/>
          <w:b/>
          <w:bCs/>
        </w:rPr>
        <w:t>Fig. S1</w:t>
      </w:r>
      <w:r w:rsidRPr="00502574">
        <w:rPr>
          <w:rFonts w:ascii="Times New Roman" w:hAnsi="Times New Roman" w:hint="eastAsia"/>
          <w:b/>
          <w:bCs/>
        </w:rPr>
        <w:t>7</w:t>
      </w:r>
      <w:r w:rsidRPr="00DC3E5E">
        <w:rPr>
          <w:rFonts w:ascii="Times New Roman" w:hAnsi="Times New Roman"/>
        </w:rPr>
        <w:t xml:space="preserve"> </w:t>
      </w:r>
      <w:r w:rsidRPr="00DC3E5E">
        <w:rPr>
          <w:rFonts w:ascii="Times New Roman" w:hAnsi="Times New Roman" w:hint="eastAsia"/>
        </w:rPr>
        <w:t>ROESY</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B</w:t>
      </w:r>
      <w:r w:rsidRPr="00DC3E5E">
        <w:rPr>
          <w:rFonts w:ascii="Times New Roman" w:hAnsi="Times New Roman"/>
          <w:iCs/>
        </w:rPr>
        <w:t xml:space="preserve"> (</w:t>
      </w:r>
      <w:r w:rsidRPr="002A107A">
        <w:rPr>
          <w:rFonts w:ascii="Times New Roman" w:hAnsi="Times New Roman" w:hint="eastAsia"/>
          <w:b/>
          <w:bCs/>
          <w:iCs/>
        </w:rPr>
        <w:t>2</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500</w:t>
      </w:r>
      <w:r w:rsidRPr="00DC3E5E">
        <w:rPr>
          <w:rFonts w:ascii="Times New Roman" w:hAnsi="Times New Roman"/>
        </w:rPr>
        <w:t xml:space="preserve"> MHz).</w:t>
      </w:r>
    </w:p>
    <w:p w14:paraId="67B3F382" w14:textId="77777777" w:rsidR="00497B11" w:rsidRPr="00DC3E5E" w:rsidRDefault="00497B11" w:rsidP="00617B07">
      <w:pPr>
        <w:spacing w:line="360" w:lineRule="auto"/>
        <w:rPr>
          <w:rFonts w:ascii="Times New Roman" w:hAnsi="Times New Roman"/>
        </w:rPr>
      </w:pPr>
      <w:r w:rsidRPr="00DC3E5E">
        <w:rPr>
          <w:rFonts w:ascii="Times New Roman" w:hAnsi="Times New Roman"/>
        </w:rPr>
        <w:br w:type="page"/>
      </w:r>
    </w:p>
    <w:p w14:paraId="7D91AB7F" w14:textId="77777777" w:rsidR="00497B11" w:rsidRPr="00DC3E5E" w:rsidRDefault="00497B11" w:rsidP="00617B07">
      <w:pPr>
        <w:spacing w:line="360" w:lineRule="auto"/>
        <w:rPr>
          <w:rFonts w:ascii="Times New Roman" w:hAnsi="Times New Roman"/>
        </w:rPr>
      </w:pPr>
      <w:r w:rsidRPr="00DC3E5E">
        <w:rPr>
          <w:rFonts w:ascii="Times New Roman" w:hAnsi="Times New Roman"/>
          <w:noProof/>
        </w:rPr>
        <w:lastRenderedPageBreak/>
        <w:drawing>
          <wp:inline distT="0" distB="0" distL="0" distR="0" wp14:anchorId="1B8B1714" wp14:editId="42012C63">
            <wp:extent cx="5274310" cy="6186805"/>
            <wp:effectExtent l="0" t="0" r="2540" b="4445"/>
            <wp:docPr id="162723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2357" name=""/>
                    <pic:cNvPicPr/>
                  </pic:nvPicPr>
                  <pic:blipFill>
                    <a:blip r:embed="rId26"/>
                    <a:stretch>
                      <a:fillRect/>
                    </a:stretch>
                  </pic:blipFill>
                  <pic:spPr>
                    <a:xfrm>
                      <a:off x="0" y="0"/>
                      <a:ext cx="5274310" cy="6186805"/>
                    </a:xfrm>
                    <a:prstGeom prst="rect">
                      <a:avLst/>
                    </a:prstGeom>
                  </pic:spPr>
                </pic:pic>
              </a:graphicData>
            </a:graphic>
          </wp:inline>
        </w:drawing>
      </w:r>
    </w:p>
    <w:p w14:paraId="586D2F35" w14:textId="77777777" w:rsidR="00497B11"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18</w:t>
      </w:r>
      <w:r w:rsidRPr="00DC3E5E">
        <w:rPr>
          <w:rFonts w:ascii="Times New Roman" w:hAnsi="Times New Roman"/>
        </w:rPr>
        <w:t xml:space="preserve"> HRESIMS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B</w:t>
      </w:r>
      <w:r w:rsidRPr="00DC3E5E">
        <w:rPr>
          <w:rFonts w:ascii="Times New Roman" w:hAnsi="Times New Roman"/>
          <w:iCs/>
        </w:rPr>
        <w:t xml:space="preserve"> (</w:t>
      </w:r>
      <w:r w:rsidRPr="002A107A">
        <w:rPr>
          <w:rFonts w:ascii="Times New Roman" w:hAnsi="Times New Roman" w:hint="eastAsia"/>
          <w:b/>
          <w:bCs/>
          <w:iCs/>
        </w:rPr>
        <w:t>2</w:t>
      </w:r>
      <w:r w:rsidRPr="00DC3E5E">
        <w:rPr>
          <w:rFonts w:ascii="Times New Roman" w:hAnsi="Times New Roman"/>
          <w:iCs/>
        </w:rPr>
        <w:t>)</w:t>
      </w:r>
      <w:r w:rsidRPr="00DC3E5E">
        <w:rPr>
          <w:rFonts w:ascii="Times New Roman" w:hAnsi="Times New Roman"/>
        </w:rPr>
        <w:t>.</w:t>
      </w:r>
    </w:p>
    <w:p w14:paraId="6FB8D8B2" w14:textId="77777777" w:rsidR="00497B11" w:rsidRPr="00DC3E5E" w:rsidRDefault="00497B11" w:rsidP="00617B07">
      <w:pPr>
        <w:spacing w:line="360" w:lineRule="auto"/>
        <w:rPr>
          <w:rFonts w:ascii="Times New Roman" w:hAnsi="Times New Roman"/>
        </w:rPr>
      </w:pPr>
      <w:r w:rsidRPr="00DC3E5E">
        <w:rPr>
          <w:rFonts w:ascii="Times New Roman" w:hAnsi="Times New Roman"/>
        </w:rPr>
        <w:br w:type="page"/>
      </w:r>
    </w:p>
    <w:p w14:paraId="215E19B4" w14:textId="77777777" w:rsidR="00497B11" w:rsidRPr="00DC3E5E" w:rsidRDefault="00497B11" w:rsidP="00617B07">
      <w:pPr>
        <w:spacing w:line="360" w:lineRule="auto"/>
        <w:rPr>
          <w:rFonts w:ascii="Times New Roman" w:hAnsi="Times New Roman"/>
        </w:rPr>
      </w:pPr>
      <w:r w:rsidRPr="00DC3E5E">
        <w:rPr>
          <w:rFonts w:ascii="Times New Roman" w:hAnsi="Times New Roman" w:hint="eastAsia"/>
          <w:noProof/>
        </w:rPr>
        <w:lastRenderedPageBreak/>
        <w:drawing>
          <wp:inline distT="0" distB="0" distL="0" distR="0" wp14:anchorId="4210AECD" wp14:editId="150ECA56">
            <wp:extent cx="5270500" cy="4013200"/>
            <wp:effectExtent l="0" t="0" r="6350" b="6350"/>
            <wp:docPr id="172763598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0500" cy="4013200"/>
                    </a:xfrm>
                    <a:prstGeom prst="rect">
                      <a:avLst/>
                    </a:prstGeom>
                    <a:noFill/>
                    <a:ln>
                      <a:noFill/>
                    </a:ln>
                  </pic:spPr>
                </pic:pic>
              </a:graphicData>
            </a:graphic>
          </wp:inline>
        </w:drawing>
      </w:r>
    </w:p>
    <w:p w14:paraId="320CDDBE"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19</w:t>
      </w:r>
      <w:r w:rsidRPr="00502574">
        <w:rPr>
          <w:rFonts w:ascii="Times New Roman" w:hAnsi="Times New Roman"/>
          <w:b/>
          <w:bCs/>
        </w:rPr>
        <w:t xml:space="preserve"> </w:t>
      </w:r>
      <w:r w:rsidRPr="00DC3E5E">
        <w:rPr>
          <w:rFonts w:ascii="Times New Roman" w:hAnsi="Times New Roman"/>
        </w:rPr>
        <w:t xml:space="preserve">UV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B</w:t>
      </w:r>
      <w:r w:rsidRPr="00DC3E5E">
        <w:rPr>
          <w:rFonts w:ascii="Times New Roman" w:hAnsi="Times New Roman"/>
          <w:iCs/>
        </w:rPr>
        <w:t xml:space="preserve"> (</w:t>
      </w:r>
      <w:r w:rsidRPr="002A107A">
        <w:rPr>
          <w:rFonts w:ascii="Times New Roman" w:hAnsi="Times New Roman" w:hint="eastAsia"/>
          <w:b/>
          <w:bCs/>
          <w:iCs/>
        </w:rPr>
        <w:t>2</w:t>
      </w:r>
      <w:r w:rsidRPr="00DC3E5E">
        <w:rPr>
          <w:rFonts w:ascii="Times New Roman" w:hAnsi="Times New Roman"/>
          <w:iCs/>
        </w:rPr>
        <w:t>)</w:t>
      </w:r>
      <w:r w:rsidRPr="00DC3E5E">
        <w:rPr>
          <w:rFonts w:ascii="Times New Roman" w:hAnsi="Times New Roman"/>
        </w:rPr>
        <w:t>.</w:t>
      </w:r>
    </w:p>
    <w:p w14:paraId="32A38336" w14:textId="77777777" w:rsidR="00497B11" w:rsidRPr="00DC3E5E" w:rsidRDefault="00497B11" w:rsidP="00617B07">
      <w:pPr>
        <w:spacing w:line="360" w:lineRule="auto"/>
        <w:rPr>
          <w:rFonts w:ascii="Times New Roman" w:hAnsi="Times New Roman"/>
        </w:rPr>
      </w:pPr>
      <w:r w:rsidRPr="00DC3E5E">
        <w:rPr>
          <w:rFonts w:ascii="Times New Roman" w:hAnsi="Times New Roman" w:hint="eastAsia"/>
          <w:noProof/>
        </w:rPr>
        <w:drawing>
          <wp:inline distT="0" distB="0" distL="0" distR="0" wp14:anchorId="7375133D" wp14:editId="6D700EBB">
            <wp:extent cx="5138382" cy="3912599"/>
            <wp:effectExtent l="0" t="0" r="5715" b="0"/>
            <wp:docPr id="207826067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42239" cy="3915536"/>
                    </a:xfrm>
                    <a:prstGeom prst="rect">
                      <a:avLst/>
                    </a:prstGeom>
                    <a:noFill/>
                    <a:ln>
                      <a:noFill/>
                    </a:ln>
                  </pic:spPr>
                </pic:pic>
              </a:graphicData>
            </a:graphic>
          </wp:inline>
        </w:drawing>
      </w:r>
    </w:p>
    <w:p w14:paraId="45ED8981"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20</w:t>
      </w:r>
      <w:r w:rsidRPr="00DC3E5E">
        <w:rPr>
          <w:rFonts w:ascii="Times New Roman" w:hAnsi="Times New Roman"/>
        </w:rPr>
        <w:t xml:space="preserve"> ECD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B</w:t>
      </w:r>
      <w:r w:rsidRPr="00DC3E5E">
        <w:rPr>
          <w:rFonts w:ascii="Times New Roman" w:hAnsi="Times New Roman"/>
          <w:iCs/>
        </w:rPr>
        <w:t xml:space="preserve"> (</w:t>
      </w:r>
      <w:r w:rsidRPr="002A107A">
        <w:rPr>
          <w:rFonts w:ascii="Times New Roman" w:hAnsi="Times New Roman" w:hint="eastAsia"/>
          <w:b/>
          <w:bCs/>
          <w:iCs/>
        </w:rPr>
        <w:t>2</w:t>
      </w:r>
      <w:r w:rsidRPr="00DC3E5E">
        <w:rPr>
          <w:rFonts w:ascii="Times New Roman" w:hAnsi="Times New Roman"/>
          <w:iCs/>
        </w:rPr>
        <w:t>)</w:t>
      </w:r>
      <w:r w:rsidRPr="00DC3E5E">
        <w:rPr>
          <w:rFonts w:ascii="Times New Roman" w:hAnsi="Times New Roman"/>
        </w:rPr>
        <w:t>.</w:t>
      </w:r>
      <w:r w:rsidRPr="00DC3E5E">
        <w:rPr>
          <w:rFonts w:ascii="Times New Roman" w:hAnsi="Times New Roman"/>
        </w:rPr>
        <w:br w:type="page"/>
      </w:r>
    </w:p>
    <w:p w14:paraId="44C1005D" w14:textId="77777777" w:rsidR="00497B11" w:rsidRPr="00DC3E5E" w:rsidRDefault="00497B11" w:rsidP="00617B07">
      <w:pPr>
        <w:spacing w:line="360" w:lineRule="auto"/>
        <w:rPr>
          <w:rFonts w:ascii="Times New Roman" w:hAnsi="Times New Roman"/>
        </w:rPr>
      </w:pPr>
    </w:p>
    <w:p w14:paraId="3B37DC35" w14:textId="77777777" w:rsidR="00497B11" w:rsidRPr="00DC3E5E" w:rsidRDefault="00497B11" w:rsidP="00617B07">
      <w:pPr>
        <w:spacing w:line="360" w:lineRule="auto"/>
        <w:rPr>
          <w:rFonts w:ascii="Times New Roman" w:hAnsi="Times New Roman"/>
        </w:rPr>
      </w:pPr>
      <w:r w:rsidRPr="00DC3E5E">
        <w:rPr>
          <w:rFonts w:ascii="Times New Roman" w:hAnsi="Times New Roman"/>
          <w:noProof/>
        </w:rPr>
        <w:drawing>
          <wp:inline distT="0" distB="0" distL="0" distR="0" wp14:anchorId="7EF21AA2" wp14:editId="28F4BF0D">
            <wp:extent cx="5274310" cy="3613150"/>
            <wp:effectExtent l="0" t="0" r="2540" b="6350"/>
            <wp:docPr id="17183116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4310" cy="3613150"/>
                    </a:xfrm>
                    <a:prstGeom prst="rect">
                      <a:avLst/>
                    </a:prstGeom>
                    <a:noFill/>
                    <a:ln>
                      <a:noFill/>
                    </a:ln>
                  </pic:spPr>
                </pic:pic>
              </a:graphicData>
            </a:graphic>
          </wp:inline>
        </w:drawing>
      </w:r>
    </w:p>
    <w:p w14:paraId="6907B0B9"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21</w:t>
      </w:r>
      <w:r w:rsidRPr="00DC3E5E">
        <w:rPr>
          <w:rFonts w:ascii="Times New Roman" w:hAnsi="Times New Roman"/>
        </w:rPr>
        <w:t xml:space="preserve"> IR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B</w:t>
      </w:r>
      <w:r w:rsidRPr="00DC3E5E">
        <w:rPr>
          <w:rFonts w:ascii="Times New Roman" w:hAnsi="Times New Roman"/>
          <w:iCs/>
        </w:rPr>
        <w:t xml:space="preserve"> (</w:t>
      </w:r>
      <w:r w:rsidRPr="002A107A">
        <w:rPr>
          <w:rFonts w:ascii="Times New Roman" w:hAnsi="Times New Roman" w:hint="eastAsia"/>
          <w:b/>
          <w:bCs/>
          <w:iCs/>
        </w:rPr>
        <w:t>2</w:t>
      </w:r>
      <w:r w:rsidRPr="00DC3E5E">
        <w:rPr>
          <w:rFonts w:ascii="Times New Roman" w:hAnsi="Times New Roman"/>
          <w:iCs/>
        </w:rPr>
        <w:t>)</w:t>
      </w:r>
      <w:r w:rsidRPr="00DC3E5E">
        <w:rPr>
          <w:rFonts w:ascii="Times New Roman" w:hAnsi="Times New Roman"/>
        </w:rPr>
        <w:t>.</w:t>
      </w:r>
    </w:p>
    <w:p w14:paraId="67139062" w14:textId="77777777" w:rsidR="00497B11" w:rsidRPr="00DC3E5E" w:rsidRDefault="00497B11" w:rsidP="00617B07">
      <w:pPr>
        <w:spacing w:line="360" w:lineRule="auto"/>
        <w:rPr>
          <w:rFonts w:ascii="Times New Roman" w:hAnsi="Times New Roman"/>
        </w:rPr>
      </w:pPr>
      <w:r w:rsidRPr="00DC3E5E">
        <w:rPr>
          <w:rFonts w:ascii="Times New Roman" w:eastAsia="宋体" w:hAnsi="Times New Roman"/>
          <w:noProof/>
          <w:sz w:val="24"/>
          <w:szCs w:val="24"/>
        </w:rPr>
        <w:drawing>
          <wp:inline distT="0" distB="0" distL="0" distR="0" wp14:anchorId="5052157C" wp14:editId="780F25FD">
            <wp:extent cx="5274310" cy="2115820"/>
            <wp:effectExtent l="0" t="0" r="2540" b="0"/>
            <wp:docPr id="11757998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99892" name=""/>
                    <pic:cNvPicPr/>
                  </pic:nvPicPr>
                  <pic:blipFill>
                    <a:blip r:embed="rId30"/>
                    <a:stretch>
                      <a:fillRect/>
                    </a:stretch>
                  </pic:blipFill>
                  <pic:spPr>
                    <a:xfrm>
                      <a:off x="0" y="0"/>
                      <a:ext cx="5274310" cy="2115820"/>
                    </a:xfrm>
                    <a:prstGeom prst="rect">
                      <a:avLst/>
                    </a:prstGeom>
                  </pic:spPr>
                </pic:pic>
              </a:graphicData>
            </a:graphic>
          </wp:inline>
        </w:drawing>
      </w:r>
    </w:p>
    <w:p w14:paraId="7496DE02"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22</w:t>
      </w:r>
      <w:r w:rsidRPr="00DC3E5E">
        <w:rPr>
          <w:rFonts w:ascii="Times New Roman" w:hAnsi="Times New Roman"/>
        </w:rPr>
        <w:t xml:space="preserve"> OR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B</w:t>
      </w:r>
      <w:r w:rsidRPr="00DC3E5E">
        <w:rPr>
          <w:rFonts w:ascii="Times New Roman" w:hAnsi="Times New Roman"/>
          <w:iCs/>
        </w:rPr>
        <w:t xml:space="preserve"> (</w:t>
      </w:r>
      <w:r w:rsidRPr="002A107A">
        <w:rPr>
          <w:rFonts w:ascii="Times New Roman" w:hAnsi="Times New Roman" w:hint="eastAsia"/>
          <w:b/>
          <w:bCs/>
          <w:iCs/>
        </w:rPr>
        <w:t>2</w:t>
      </w:r>
      <w:r w:rsidRPr="00DC3E5E">
        <w:rPr>
          <w:rFonts w:ascii="Times New Roman" w:hAnsi="Times New Roman"/>
          <w:iCs/>
        </w:rPr>
        <w:t>)</w:t>
      </w:r>
      <w:r w:rsidRPr="00DC3E5E">
        <w:rPr>
          <w:rFonts w:ascii="Times New Roman" w:hAnsi="Times New Roman"/>
        </w:rPr>
        <w:t>.</w:t>
      </w:r>
      <w:r w:rsidRPr="00DC3E5E">
        <w:rPr>
          <w:rFonts w:ascii="Times New Roman" w:hAnsi="Times New Roman"/>
        </w:rPr>
        <w:br w:type="page"/>
      </w:r>
    </w:p>
    <w:p w14:paraId="5ACFEDD5" w14:textId="77777777" w:rsidR="00497B11" w:rsidRPr="00DC3E5E" w:rsidRDefault="00497B11" w:rsidP="00617B07">
      <w:pPr>
        <w:pStyle w:val="a9"/>
        <w:numPr>
          <w:ilvl w:val="0"/>
          <w:numId w:val="4"/>
        </w:numPr>
        <w:spacing w:line="360" w:lineRule="auto"/>
        <w:ind w:left="357" w:firstLineChars="0" w:hanging="357"/>
        <w:outlineLvl w:val="0"/>
        <w:rPr>
          <w:rFonts w:ascii="Times New Roman" w:hAnsi="Times New Roman"/>
          <w:b/>
          <w:bCs/>
          <w:iCs/>
        </w:rPr>
      </w:pPr>
      <w:bookmarkStart w:id="15" w:name="_Toc170918294"/>
      <w:r w:rsidRPr="00DC3E5E">
        <w:rPr>
          <w:rFonts w:ascii="Times New Roman" w:hAnsi="Times New Roman"/>
          <w:b/>
          <w:bCs/>
        </w:rPr>
        <w:lastRenderedPageBreak/>
        <w:t xml:space="preserve">NMR, MS, UV, ECD spectra, and OR of </w:t>
      </w:r>
      <w:proofErr w:type="spellStart"/>
      <w:r w:rsidRPr="00DC3E5E">
        <w:rPr>
          <w:rFonts w:ascii="Times New Roman" w:hAnsi="Times New Roman" w:hint="eastAsia"/>
          <w:b/>
          <w:bCs/>
        </w:rPr>
        <w:t>s</w:t>
      </w:r>
      <w:r w:rsidRPr="00DC3E5E">
        <w:rPr>
          <w:rFonts w:ascii="Times New Roman" w:hAnsi="Times New Roman"/>
          <w:b/>
          <w:bCs/>
        </w:rPr>
        <w:t>ilvaticusin</w:t>
      </w:r>
      <w:proofErr w:type="spellEnd"/>
      <w:r w:rsidRPr="00DC3E5E">
        <w:rPr>
          <w:rFonts w:ascii="Times New Roman" w:hAnsi="Times New Roman"/>
          <w:b/>
          <w:bCs/>
        </w:rPr>
        <w:t xml:space="preserve"> </w:t>
      </w:r>
      <w:r w:rsidRPr="00DC3E5E">
        <w:rPr>
          <w:rFonts w:ascii="Times New Roman" w:hAnsi="Times New Roman" w:hint="eastAsia"/>
          <w:b/>
          <w:bCs/>
        </w:rPr>
        <w:t>C</w:t>
      </w:r>
      <w:r w:rsidRPr="00DC3E5E">
        <w:rPr>
          <w:rFonts w:ascii="Times New Roman" w:hAnsi="Times New Roman"/>
          <w:b/>
          <w:bCs/>
          <w:iCs/>
        </w:rPr>
        <w:t xml:space="preserve"> (</w:t>
      </w:r>
      <w:r w:rsidRPr="00DC3E5E">
        <w:rPr>
          <w:rFonts w:ascii="Times New Roman" w:hAnsi="Times New Roman" w:hint="eastAsia"/>
          <w:b/>
          <w:bCs/>
          <w:iCs/>
        </w:rPr>
        <w:t>3)</w:t>
      </w:r>
      <w:bookmarkEnd w:id="15"/>
    </w:p>
    <w:p w14:paraId="75E3EF00" w14:textId="77777777" w:rsidR="00497B11" w:rsidRPr="00DC3E5E" w:rsidRDefault="00497B11" w:rsidP="00617B07">
      <w:pPr>
        <w:spacing w:line="360" w:lineRule="auto"/>
        <w:rPr>
          <w:rFonts w:ascii="Times New Roman" w:hAnsi="Times New Roman"/>
        </w:rPr>
      </w:pPr>
      <w:r>
        <w:rPr>
          <w:rFonts w:ascii="Times New Roman" w:hAnsi="Times New Roman"/>
          <w:noProof/>
        </w:rPr>
        <w:drawing>
          <wp:inline distT="0" distB="0" distL="0" distR="0" wp14:anchorId="783142FC" wp14:editId="14E3A2EE">
            <wp:extent cx="5242247" cy="3658429"/>
            <wp:effectExtent l="0" t="0" r="0" b="0"/>
            <wp:docPr id="74299227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64342" cy="3673849"/>
                    </a:xfrm>
                    <a:prstGeom prst="rect">
                      <a:avLst/>
                    </a:prstGeom>
                    <a:noFill/>
                  </pic:spPr>
                </pic:pic>
              </a:graphicData>
            </a:graphic>
          </wp:inline>
        </w:drawing>
      </w:r>
    </w:p>
    <w:p w14:paraId="4454BF0C"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23</w:t>
      </w:r>
      <w:r w:rsidRPr="00DC3E5E">
        <w:rPr>
          <w:rFonts w:ascii="Times New Roman" w:hAnsi="Times New Roman"/>
        </w:rPr>
        <w:t xml:space="preserve"> </w:t>
      </w:r>
      <w:r w:rsidRPr="00DC3E5E">
        <w:rPr>
          <w:rFonts w:ascii="Times New Roman" w:hAnsi="Times New Roman"/>
          <w:vertAlign w:val="superscript"/>
        </w:rPr>
        <w:t>1</w:t>
      </w:r>
      <w:r w:rsidRPr="00DC3E5E">
        <w:rPr>
          <w:rFonts w:ascii="Times New Roman" w:hAnsi="Times New Roman"/>
        </w:rPr>
        <w:t xml:space="preserve">H NMR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C</w:t>
      </w:r>
      <w:r w:rsidRPr="00DC3E5E">
        <w:rPr>
          <w:rFonts w:ascii="Times New Roman" w:hAnsi="Times New Roman"/>
          <w:iCs/>
        </w:rPr>
        <w:t xml:space="preserve"> (</w:t>
      </w:r>
      <w:r w:rsidRPr="002A107A">
        <w:rPr>
          <w:rFonts w:ascii="Times New Roman" w:hAnsi="Times New Roman" w:hint="eastAsia"/>
          <w:b/>
          <w:bCs/>
          <w:iCs/>
        </w:rPr>
        <w:t>3</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6</w:t>
      </w:r>
      <w:r w:rsidRPr="00DC3E5E">
        <w:rPr>
          <w:rFonts w:ascii="Times New Roman" w:hAnsi="Times New Roman"/>
        </w:rPr>
        <w:t>00 MHz).</w:t>
      </w:r>
    </w:p>
    <w:p w14:paraId="02320681" w14:textId="77777777" w:rsidR="00497B11" w:rsidRPr="00DC3E5E" w:rsidRDefault="00497B11" w:rsidP="00617B07">
      <w:pPr>
        <w:spacing w:line="360" w:lineRule="auto"/>
        <w:rPr>
          <w:rFonts w:ascii="Times New Roman" w:hAnsi="Times New Roman"/>
        </w:rPr>
      </w:pPr>
      <w:r>
        <w:rPr>
          <w:rFonts w:ascii="Times New Roman" w:hAnsi="Times New Roman"/>
          <w:noProof/>
        </w:rPr>
        <w:drawing>
          <wp:inline distT="0" distB="0" distL="0" distR="0" wp14:anchorId="7BEE2ECB" wp14:editId="7B8613A2">
            <wp:extent cx="5252788" cy="3890247"/>
            <wp:effectExtent l="0" t="0" r="5080" b="0"/>
            <wp:docPr id="103479629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4292" cy="3906173"/>
                    </a:xfrm>
                    <a:prstGeom prst="rect">
                      <a:avLst/>
                    </a:prstGeom>
                    <a:noFill/>
                  </pic:spPr>
                </pic:pic>
              </a:graphicData>
            </a:graphic>
          </wp:inline>
        </w:drawing>
      </w:r>
    </w:p>
    <w:p w14:paraId="54303FDB"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24</w:t>
      </w:r>
      <w:r w:rsidRPr="00DC3E5E">
        <w:rPr>
          <w:rFonts w:ascii="Times New Roman" w:hAnsi="Times New Roman"/>
        </w:rPr>
        <w:t xml:space="preserve"> </w:t>
      </w:r>
      <w:r w:rsidRPr="00DC3E5E">
        <w:rPr>
          <w:rFonts w:ascii="Times New Roman" w:hAnsi="Times New Roman"/>
          <w:vertAlign w:val="superscript"/>
        </w:rPr>
        <w:t>1</w:t>
      </w:r>
      <w:r w:rsidRPr="00DC3E5E">
        <w:rPr>
          <w:rFonts w:ascii="Times New Roman" w:hAnsi="Times New Roman" w:hint="eastAsia"/>
          <w:vertAlign w:val="superscript"/>
        </w:rPr>
        <w:t>3</w:t>
      </w:r>
      <w:r w:rsidRPr="00DC3E5E">
        <w:rPr>
          <w:rFonts w:ascii="Times New Roman" w:hAnsi="Times New Roman" w:hint="eastAsia"/>
        </w:rPr>
        <w:t>C</w:t>
      </w:r>
      <w:r w:rsidRPr="00DC3E5E">
        <w:rPr>
          <w:rFonts w:ascii="Times New Roman" w:hAnsi="Times New Roman"/>
        </w:rPr>
        <w:t xml:space="preserve"> NMR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C</w:t>
      </w:r>
      <w:r w:rsidRPr="00DC3E5E">
        <w:rPr>
          <w:rFonts w:ascii="Times New Roman" w:hAnsi="Times New Roman"/>
          <w:iCs/>
        </w:rPr>
        <w:t xml:space="preserve"> (</w:t>
      </w:r>
      <w:r w:rsidRPr="002A107A">
        <w:rPr>
          <w:rFonts w:ascii="Times New Roman" w:hAnsi="Times New Roman" w:hint="eastAsia"/>
          <w:b/>
          <w:bCs/>
          <w:iCs/>
        </w:rPr>
        <w:t>3</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150</w:t>
      </w:r>
      <w:r w:rsidRPr="00DC3E5E">
        <w:rPr>
          <w:rFonts w:ascii="Times New Roman" w:hAnsi="Times New Roman"/>
        </w:rPr>
        <w:t xml:space="preserve"> MHz).</w:t>
      </w:r>
      <w:r w:rsidRPr="00DC3E5E">
        <w:rPr>
          <w:rFonts w:ascii="Times New Roman" w:hAnsi="Times New Roman"/>
        </w:rPr>
        <w:br w:type="page"/>
      </w:r>
    </w:p>
    <w:p w14:paraId="5A0E88DB" w14:textId="77777777" w:rsidR="00497B11" w:rsidRPr="00DC3E5E" w:rsidRDefault="00497B11" w:rsidP="0076413A">
      <w:pPr>
        <w:spacing w:line="360" w:lineRule="auto"/>
        <w:rPr>
          <w:rFonts w:ascii="Times New Roman" w:hAnsi="Times New Roman"/>
        </w:rPr>
      </w:pPr>
      <w:r>
        <w:rPr>
          <w:rFonts w:ascii="Times New Roman" w:hAnsi="Times New Roman"/>
          <w:noProof/>
        </w:rPr>
        <w:lastRenderedPageBreak/>
        <w:drawing>
          <wp:inline distT="0" distB="0" distL="0" distR="0" wp14:anchorId="61AC31A6" wp14:editId="25F99AA1">
            <wp:extent cx="5242227" cy="3658415"/>
            <wp:effectExtent l="0" t="0" r="0" b="0"/>
            <wp:docPr id="81770806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2686" cy="3679671"/>
                    </a:xfrm>
                    <a:prstGeom prst="rect">
                      <a:avLst/>
                    </a:prstGeom>
                    <a:noFill/>
                  </pic:spPr>
                </pic:pic>
              </a:graphicData>
            </a:graphic>
          </wp:inline>
        </w:drawing>
      </w:r>
    </w:p>
    <w:p w14:paraId="7AA5114C"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25</w:t>
      </w:r>
      <w:r w:rsidRPr="00502574">
        <w:rPr>
          <w:rFonts w:ascii="Times New Roman" w:hAnsi="Times New Roman"/>
          <w:b/>
          <w:bCs/>
        </w:rPr>
        <w:t xml:space="preserve"> </w:t>
      </w:r>
      <w:r w:rsidRPr="00DC3E5E">
        <w:rPr>
          <w:rFonts w:ascii="Times New Roman" w:hAnsi="Times New Roman" w:hint="eastAsia"/>
        </w:rPr>
        <w:t>HSQC</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C</w:t>
      </w:r>
      <w:r w:rsidRPr="00DC3E5E">
        <w:rPr>
          <w:rFonts w:ascii="Times New Roman" w:hAnsi="Times New Roman"/>
          <w:iCs/>
        </w:rPr>
        <w:t xml:space="preserve"> (</w:t>
      </w:r>
      <w:r w:rsidRPr="002A107A">
        <w:rPr>
          <w:rFonts w:ascii="Times New Roman" w:hAnsi="Times New Roman" w:hint="eastAsia"/>
          <w:b/>
          <w:bCs/>
          <w:iCs/>
        </w:rPr>
        <w:t>3</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600</w:t>
      </w:r>
      <w:r w:rsidRPr="00DC3E5E">
        <w:rPr>
          <w:rFonts w:ascii="Times New Roman" w:hAnsi="Times New Roman"/>
        </w:rPr>
        <w:t xml:space="preserve"> MHz).</w:t>
      </w:r>
    </w:p>
    <w:p w14:paraId="29958559" w14:textId="77777777" w:rsidR="00497B11" w:rsidRPr="00DC3E5E" w:rsidRDefault="00497B11" w:rsidP="0076413A">
      <w:pPr>
        <w:spacing w:line="360" w:lineRule="auto"/>
        <w:rPr>
          <w:rFonts w:ascii="Times New Roman" w:hAnsi="Times New Roman"/>
        </w:rPr>
      </w:pPr>
      <w:r>
        <w:rPr>
          <w:rFonts w:ascii="Times New Roman" w:hAnsi="Times New Roman"/>
          <w:noProof/>
        </w:rPr>
        <w:drawing>
          <wp:inline distT="0" distB="0" distL="0" distR="0" wp14:anchorId="73ADC67C" wp14:editId="6CA4857F">
            <wp:extent cx="5267690" cy="3676186"/>
            <wp:effectExtent l="0" t="0" r="9525" b="635"/>
            <wp:docPr id="180099400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10401" cy="3705993"/>
                    </a:xfrm>
                    <a:prstGeom prst="rect">
                      <a:avLst/>
                    </a:prstGeom>
                    <a:noFill/>
                  </pic:spPr>
                </pic:pic>
              </a:graphicData>
            </a:graphic>
          </wp:inline>
        </w:drawing>
      </w:r>
    </w:p>
    <w:p w14:paraId="6829812B"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26</w:t>
      </w:r>
      <w:r w:rsidRPr="00DC3E5E">
        <w:rPr>
          <w:rFonts w:ascii="Times New Roman" w:hAnsi="Times New Roman"/>
        </w:rPr>
        <w:t xml:space="preserve"> </w:t>
      </w:r>
      <w:r w:rsidRPr="00DC3E5E">
        <w:rPr>
          <w:rFonts w:ascii="Times New Roman" w:hAnsi="Times New Roman" w:hint="eastAsia"/>
        </w:rPr>
        <w:t>HMBC</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C</w:t>
      </w:r>
      <w:r w:rsidRPr="00DC3E5E">
        <w:rPr>
          <w:rFonts w:ascii="Times New Roman" w:hAnsi="Times New Roman"/>
          <w:iCs/>
        </w:rPr>
        <w:t xml:space="preserve"> (</w:t>
      </w:r>
      <w:r w:rsidRPr="002A107A">
        <w:rPr>
          <w:rFonts w:ascii="Times New Roman" w:hAnsi="Times New Roman" w:hint="eastAsia"/>
          <w:b/>
          <w:bCs/>
          <w:iCs/>
        </w:rPr>
        <w:t>3</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600</w:t>
      </w:r>
      <w:r w:rsidRPr="00DC3E5E">
        <w:rPr>
          <w:rFonts w:ascii="Times New Roman" w:hAnsi="Times New Roman"/>
        </w:rPr>
        <w:t xml:space="preserve"> MHz).</w:t>
      </w:r>
      <w:r w:rsidRPr="00DC3E5E">
        <w:rPr>
          <w:rFonts w:ascii="Times New Roman" w:hAnsi="Times New Roman"/>
        </w:rPr>
        <w:br w:type="page"/>
      </w:r>
    </w:p>
    <w:p w14:paraId="1B4D46A9" w14:textId="77777777" w:rsidR="00497B11" w:rsidRPr="00DC3E5E" w:rsidRDefault="00497B11" w:rsidP="0076413A">
      <w:pPr>
        <w:spacing w:line="360" w:lineRule="auto"/>
        <w:rPr>
          <w:rFonts w:ascii="Times New Roman" w:hAnsi="Times New Roman"/>
        </w:rPr>
      </w:pPr>
      <w:r>
        <w:rPr>
          <w:rFonts w:ascii="Times New Roman" w:hAnsi="Times New Roman"/>
          <w:noProof/>
        </w:rPr>
        <w:lastRenderedPageBreak/>
        <w:drawing>
          <wp:inline distT="0" distB="0" distL="0" distR="0" wp14:anchorId="7EA23C1D" wp14:editId="30E922CA">
            <wp:extent cx="5254449" cy="3666945"/>
            <wp:effectExtent l="0" t="0" r="3810" b="0"/>
            <wp:docPr id="144286828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84427" cy="3687866"/>
                    </a:xfrm>
                    <a:prstGeom prst="rect">
                      <a:avLst/>
                    </a:prstGeom>
                    <a:noFill/>
                  </pic:spPr>
                </pic:pic>
              </a:graphicData>
            </a:graphic>
          </wp:inline>
        </w:drawing>
      </w:r>
    </w:p>
    <w:p w14:paraId="7E9C746B"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27</w:t>
      </w:r>
      <w:r w:rsidRPr="00DC3E5E">
        <w:rPr>
          <w:rFonts w:ascii="Times New Roman" w:hAnsi="Times New Roman"/>
        </w:rPr>
        <w:t xml:space="preserve"> </w:t>
      </w:r>
      <w:r w:rsidRPr="00DC3E5E">
        <w:rPr>
          <w:rFonts w:ascii="Times New Roman" w:hAnsi="Times New Roman"/>
          <w:sz w:val="24"/>
          <w:szCs w:val="24"/>
          <w:vertAlign w:val="superscript"/>
        </w:rPr>
        <w:t>1</w:t>
      </w:r>
      <w:r w:rsidRPr="00DC3E5E">
        <w:rPr>
          <w:rFonts w:ascii="Times New Roman" w:hAnsi="Times New Roman"/>
          <w:sz w:val="24"/>
          <w:szCs w:val="24"/>
        </w:rPr>
        <w:t>H-</w:t>
      </w:r>
      <w:r w:rsidRPr="00DC3E5E">
        <w:rPr>
          <w:rFonts w:ascii="Times New Roman" w:hAnsi="Times New Roman"/>
          <w:sz w:val="24"/>
          <w:szCs w:val="24"/>
          <w:vertAlign w:val="superscript"/>
        </w:rPr>
        <w:t>1</w:t>
      </w:r>
      <w:r w:rsidRPr="00DC3E5E">
        <w:rPr>
          <w:rFonts w:ascii="Times New Roman" w:hAnsi="Times New Roman"/>
          <w:sz w:val="24"/>
          <w:szCs w:val="24"/>
        </w:rPr>
        <w:t>H COSY</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C</w:t>
      </w:r>
      <w:r w:rsidRPr="00DC3E5E">
        <w:rPr>
          <w:rFonts w:ascii="Times New Roman" w:hAnsi="Times New Roman"/>
          <w:iCs/>
        </w:rPr>
        <w:t xml:space="preserve"> (</w:t>
      </w:r>
      <w:r w:rsidRPr="002A107A">
        <w:rPr>
          <w:rFonts w:ascii="Times New Roman" w:hAnsi="Times New Roman" w:hint="eastAsia"/>
          <w:b/>
          <w:bCs/>
          <w:iCs/>
        </w:rPr>
        <w:t>3</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600</w:t>
      </w:r>
      <w:r w:rsidRPr="00DC3E5E">
        <w:rPr>
          <w:rFonts w:ascii="Times New Roman" w:hAnsi="Times New Roman"/>
        </w:rPr>
        <w:t xml:space="preserve"> MHz).</w:t>
      </w:r>
    </w:p>
    <w:p w14:paraId="532B2175" w14:textId="77777777" w:rsidR="00497B11" w:rsidRPr="00DC3E5E" w:rsidRDefault="00497B11" w:rsidP="0076413A">
      <w:pPr>
        <w:spacing w:line="360" w:lineRule="auto"/>
        <w:rPr>
          <w:rFonts w:ascii="Times New Roman" w:hAnsi="Times New Roman"/>
        </w:rPr>
      </w:pPr>
      <w:r>
        <w:rPr>
          <w:rFonts w:ascii="Times New Roman" w:hAnsi="Times New Roman"/>
          <w:noProof/>
        </w:rPr>
        <w:drawing>
          <wp:inline distT="0" distB="0" distL="0" distR="0" wp14:anchorId="7AE87BC4" wp14:editId="43E10CFB">
            <wp:extent cx="5253990" cy="3666624"/>
            <wp:effectExtent l="0" t="0" r="3810" b="0"/>
            <wp:docPr id="5432206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96856" cy="3696539"/>
                    </a:xfrm>
                    <a:prstGeom prst="rect">
                      <a:avLst/>
                    </a:prstGeom>
                    <a:noFill/>
                  </pic:spPr>
                </pic:pic>
              </a:graphicData>
            </a:graphic>
          </wp:inline>
        </w:drawing>
      </w:r>
    </w:p>
    <w:p w14:paraId="38AF779F"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28</w:t>
      </w:r>
      <w:r w:rsidRPr="00DC3E5E">
        <w:rPr>
          <w:rFonts w:ascii="Times New Roman" w:hAnsi="Times New Roman"/>
        </w:rPr>
        <w:t xml:space="preserve"> </w:t>
      </w:r>
      <w:r w:rsidRPr="00DC3E5E">
        <w:rPr>
          <w:rFonts w:ascii="Times New Roman" w:hAnsi="Times New Roman" w:hint="eastAsia"/>
          <w:sz w:val="24"/>
          <w:szCs w:val="24"/>
        </w:rPr>
        <w:t>ROESY</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C</w:t>
      </w:r>
      <w:r w:rsidRPr="00DC3E5E">
        <w:rPr>
          <w:rFonts w:ascii="Times New Roman" w:hAnsi="Times New Roman"/>
          <w:iCs/>
        </w:rPr>
        <w:t xml:space="preserve"> (</w:t>
      </w:r>
      <w:r w:rsidRPr="002A107A">
        <w:rPr>
          <w:rFonts w:ascii="Times New Roman" w:hAnsi="Times New Roman" w:hint="eastAsia"/>
          <w:b/>
          <w:bCs/>
          <w:iCs/>
        </w:rPr>
        <w:t>3</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600</w:t>
      </w:r>
      <w:r w:rsidRPr="00DC3E5E">
        <w:rPr>
          <w:rFonts w:ascii="Times New Roman" w:hAnsi="Times New Roman"/>
        </w:rPr>
        <w:t xml:space="preserve"> MHz).</w:t>
      </w:r>
      <w:r w:rsidRPr="00DC3E5E">
        <w:rPr>
          <w:rFonts w:ascii="Times New Roman" w:hAnsi="Times New Roman"/>
        </w:rPr>
        <w:br w:type="page"/>
      </w:r>
    </w:p>
    <w:p w14:paraId="3E8CDABD" w14:textId="77777777" w:rsidR="00497B11" w:rsidRPr="00DC3E5E" w:rsidRDefault="00497B11" w:rsidP="00617B07">
      <w:pPr>
        <w:spacing w:line="360" w:lineRule="auto"/>
        <w:rPr>
          <w:rFonts w:ascii="Times New Roman" w:hAnsi="Times New Roman"/>
        </w:rPr>
      </w:pPr>
      <w:r w:rsidRPr="00DC3E5E">
        <w:rPr>
          <w:rFonts w:ascii="Times New Roman" w:hAnsi="Times New Roman"/>
          <w:noProof/>
        </w:rPr>
        <w:lastRenderedPageBreak/>
        <w:drawing>
          <wp:inline distT="0" distB="0" distL="0" distR="0" wp14:anchorId="2BBBDFE9" wp14:editId="6189C89B">
            <wp:extent cx="5274310" cy="6247765"/>
            <wp:effectExtent l="0" t="0" r="2540" b="635"/>
            <wp:docPr id="10618853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885367" name=""/>
                    <pic:cNvPicPr/>
                  </pic:nvPicPr>
                  <pic:blipFill>
                    <a:blip r:embed="rId37"/>
                    <a:stretch>
                      <a:fillRect/>
                    </a:stretch>
                  </pic:blipFill>
                  <pic:spPr>
                    <a:xfrm>
                      <a:off x="0" y="0"/>
                      <a:ext cx="5274310" cy="6247765"/>
                    </a:xfrm>
                    <a:prstGeom prst="rect">
                      <a:avLst/>
                    </a:prstGeom>
                  </pic:spPr>
                </pic:pic>
              </a:graphicData>
            </a:graphic>
          </wp:inline>
        </w:drawing>
      </w:r>
    </w:p>
    <w:p w14:paraId="3CB0658B" w14:textId="77777777" w:rsidR="00497B11"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29</w:t>
      </w:r>
      <w:r w:rsidRPr="00DC3E5E">
        <w:rPr>
          <w:rFonts w:ascii="Times New Roman" w:hAnsi="Times New Roman"/>
        </w:rPr>
        <w:t xml:space="preserve"> HRESIMS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C</w:t>
      </w:r>
      <w:r w:rsidRPr="00DC3E5E">
        <w:rPr>
          <w:rFonts w:ascii="Times New Roman" w:hAnsi="Times New Roman"/>
          <w:iCs/>
        </w:rPr>
        <w:t xml:space="preserve"> (</w:t>
      </w:r>
      <w:r w:rsidRPr="002A107A">
        <w:rPr>
          <w:rFonts w:ascii="Times New Roman" w:hAnsi="Times New Roman" w:hint="eastAsia"/>
          <w:b/>
          <w:bCs/>
          <w:iCs/>
        </w:rPr>
        <w:t>3</w:t>
      </w:r>
      <w:r w:rsidRPr="00DC3E5E">
        <w:rPr>
          <w:rFonts w:ascii="Times New Roman" w:hAnsi="Times New Roman"/>
          <w:iCs/>
        </w:rPr>
        <w:t>)</w:t>
      </w:r>
      <w:r w:rsidRPr="00DC3E5E">
        <w:rPr>
          <w:rFonts w:ascii="Times New Roman" w:hAnsi="Times New Roman"/>
        </w:rPr>
        <w:t>.</w:t>
      </w:r>
      <w:r>
        <w:rPr>
          <w:rFonts w:ascii="Times New Roman" w:hAnsi="Times New Roman"/>
        </w:rPr>
        <w:br w:type="page"/>
      </w:r>
    </w:p>
    <w:p w14:paraId="56345A04" w14:textId="77777777" w:rsidR="00497B11" w:rsidRDefault="00497B11" w:rsidP="00617B07">
      <w:pPr>
        <w:spacing w:line="360" w:lineRule="auto"/>
        <w:rPr>
          <w:rFonts w:ascii="Times New Roman" w:hAnsi="Times New Roman"/>
        </w:rPr>
      </w:pPr>
      <w:r>
        <w:rPr>
          <w:rFonts w:hint="eastAsia"/>
          <w:noProof/>
        </w:rPr>
        <w:lastRenderedPageBreak/>
        <w:drawing>
          <wp:inline distT="0" distB="0" distL="0" distR="0" wp14:anchorId="7DE1CFC6" wp14:editId="5AECED98">
            <wp:extent cx="5270500" cy="4013200"/>
            <wp:effectExtent l="0" t="0" r="6350" b="6350"/>
            <wp:docPr id="17419432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0500" cy="4013200"/>
                    </a:xfrm>
                    <a:prstGeom prst="rect">
                      <a:avLst/>
                    </a:prstGeom>
                    <a:noFill/>
                    <a:ln>
                      <a:noFill/>
                    </a:ln>
                  </pic:spPr>
                </pic:pic>
              </a:graphicData>
            </a:graphic>
          </wp:inline>
        </w:drawing>
      </w:r>
    </w:p>
    <w:p w14:paraId="316E2119" w14:textId="77777777" w:rsidR="00497B11"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30</w:t>
      </w:r>
      <w:r w:rsidRPr="00DC3E5E">
        <w:rPr>
          <w:rFonts w:ascii="Times New Roman" w:hAnsi="Times New Roman"/>
        </w:rPr>
        <w:t xml:space="preserve"> UV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Pr>
          <w:rFonts w:ascii="Times New Roman" w:hAnsi="Times New Roman" w:hint="eastAsia"/>
        </w:rPr>
        <w:t>C</w:t>
      </w:r>
      <w:r w:rsidRPr="00DC3E5E">
        <w:rPr>
          <w:rFonts w:ascii="Times New Roman" w:hAnsi="Times New Roman"/>
          <w:iCs/>
        </w:rPr>
        <w:t xml:space="preserve"> (</w:t>
      </w:r>
      <w:r>
        <w:rPr>
          <w:rFonts w:ascii="Times New Roman" w:hAnsi="Times New Roman" w:hint="eastAsia"/>
          <w:b/>
          <w:bCs/>
          <w:iCs/>
        </w:rPr>
        <w:t>3</w:t>
      </w:r>
      <w:r w:rsidRPr="00DC3E5E">
        <w:rPr>
          <w:rFonts w:ascii="Times New Roman" w:hAnsi="Times New Roman"/>
          <w:iCs/>
        </w:rPr>
        <w:t>)</w:t>
      </w:r>
      <w:r w:rsidRPr="00DC3E5E">
        <w:rPr>
          <w:rFonts w:ascii="Times New Roman" w:hAnsi="Times New Roman"/>
        </w:rPr>
        <w:t>.</w:t>
      </w:r>
    </w:p>
    <w:p w14:paraId="68F88728" w14:textId="77777777" w:rsidR="00497B11" w:rsidRDefault="00497B11" w:rsidP="00617B07">
      <w:pPr>
        <w:spacing w:line="360" w:lineRule="auto"/>
        <w:rPr>
          <w:rFonts w:ascii="Times New Roman" w:hAnsi="Times New Roman"/>
        </w:rPr>
      </w:pPr>
      <w:r>
        <w:rPr>
          <w:rFonts w:hint="eastAsia"/>
          <w:noProof/>
        </w:rPr>
        <w:drawing>
          <wp:inline distT="0" distB="0" distL="0" distR="0" wp14:anchorId="4E63B410" wp14:editId="61FFAD77">
            <wp:extent cx="5172501" cy="3938579"/>
            <wp:effectExtent l="0" t="0" r="9525" b="5080"/>
            <wp:docPr id="1180305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77531" cy="3942409"/>
                    </a:xfrm>
                    <a:prstGeom prst="rect">
                      <a:avLst/>
                    </a:prstGeom>
                    <a:noFill/>
                    <a:ln>
                      <a:noFill/>
                    </a:ln>
                  </pic:spPr>
                </pic:pic>
              </a:graphicData>
            </a:graphic>
          </wp:inline>
        </w:drawing>
      </w:r>
    </w:p>
    <w:p w14:paraId="216609E3" w14:textId="77777777" w:rsidR="00497B11"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31</w:t>
      </w:r>
      <w:r w:rsidRPr="00DC3E5E">
        <w:rPr>
          <w:rFonts w:ascii="Times New Roman" w:hAnsi="Times New Roman"/>
        </w:rPr>
        <w:t xml:space="preserve"> </w:t>
      </w:r>
      <w:r>
        <w:rPr>
          <w:rFonts w:ascii="Times New Roman" w:hAnsi="Times New Roman" w:hint="eastAsia"/>
        </w:rPr>
        <w:t>ECD</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Pr>
          <w:rFonts w:ascii="Times New Roman" w:hAnsi="Times New Roman" w:hint="eastAsia"/>
        </w:rPr>
        <w:t>C</w:t>
      </w:r>
      <w:r w:rsidRPr="00DC3E5E">
        <w:rPr>
          <w:rFonts w:ascii="Times New Roman" w:hAnsi="Times New Roman"/>
          <w:iCs/>
        </w:rPr>
        <w:t xml:space="preserve"> (</w:t>
      </w:r>
      <w:r>
        <w:rPr>
          <w:rFonts w:ascii="Times New Roman" w:hAnsi="Times New Roman" w:hint="eastAsia"/>
          <w:b/>
          <w:bCs/>
          <w:iCs/>
        </w:rPr>
        <w:t>3</w:t>
      </w:r>
      <w:r w:rsidRPr="00DC3E5E">
        <w:rPr>
          <w:rFonts w:ascii="Times New Roman" w:hAnsi="Times New Roman"/>
          <w:iCs/>
        </w:rPr>
        <w:t>)</w:t>
      </w:r>
      <w:r>
        <w:rPr>
          <w:rFonts w:ascii="Times New Roman" w:hAnsi="Times New Roman" w:hint="eastAsia"/>
        </w:rPr>
        <w:t>.</w:t>
      </w:r>
      <w:r>
        <w:rPr>
          <w:rFonts w:ascii="Times New Roman" w:hAnsi="Times New Roman"/>
        </w:rPr>
        <w:br w:type="page"/>
      </w:r>
    </w:p>
    <w:p w14:paraId="629602B5" w14:textId="77777777" w:rsidR="00497B11" w:rsidRDefault="00497B11" w:rsidP="00617B07">
      <w:pPr>
        <w:spacing w:line="360" w:lineRule="auto"/>
        <w:rPr>
          <w:rFonts w:ascii="Times New Roman" w:hAnsi="Times New Roman"/>
        </w:rPr>
      </w:pPr>
      <w:r w:rsidRPr="00293828">
        <w:rPr>
          <w:rFonts w:ascii="Times New Roman" w:hAnsi="Times New Roman"/>
          <w:noProof/>
        </w:rPr>
        <w:lastRenderedPageBreak/>
        <w:drawing>
          <wp:inline distT="0" distB="0" distL="0" distR="0" wp14:anchorId="28AE9E66" wp14:editId="4DFF85AC">
            <wp:extent cx="5274310" cy="2002790"/>
            <wp:effectExtent l="0" t="0" r="2540" b="0"/>
            <wp:docPr id="16537198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19834" name=""/>
                    <pic:cNvPicPr/>
                  </pic:nvPicPr>
                  <pic:blipFill>
                    <a:blip r:embed="rId40"/>
                    <a:stretch>
                      <a:fillRect/>
                    </a:stretch>
                  </pic:blipFill>
                  <pic:spPr>
                    <a:xfrm>
                      <a:off x="0" y="0"/>
                      <a:ext cx="5274310" cy="2002790"/>
                    </a:xfrm>
                    <a:prstGeom prst="rect">
                      <a:avLst/>
                    </a:prstGeom>
                  </pic:spPr>
                </pic:pic>
              </a:graphicData>
            </a:graphic>
          </wp:inline>
        </w:drawing>
      </w:r>
    </w:p>
    <w:p w14:paraId="2FF2D144" w14:textId="77777777" w:rsidR="00497B11" w:rsidRPr="00DC3E5E" w:rsidRDefault="00497B11" w:rsidP="009816E9">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32</w:t>
      </w:r>
      <w:r w:rsidRPr="00DC3E5E">
        <w:rPr>
          <w:rFonts w:ascii="Times New Roman" w:hAnsi="Times New Roman"/>
        </w:rPr>
        <w:t xml:space="preserve"> </w:t>
      </w:r>
      <w:r>
        <w:rPr>
          <w:rFonts w:ascii="Times New Roman" w:hAnsi="Times New Roman" w:hint="eastAsia"/>
        </w:rPr>
        <w:t>OR</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Pr>
          <w:rFonts w:ascii="Times New Roman" w:hAnsi="Times New Roman" w:hint="eastAsia"/>
        </w:rPr>
        <w:t>C</w:t>
      </w:r>
      <w:r w:rsidRPr="00DC3E5E">
        <w:rPr>
          <w:rFonts w:ascii="Times New Roman" w:hAnsi="Times New Roman"/>
          <w:iCs/>
        </w:rPr>
        <w:t xml:space="preserve"> (</w:t>
      </w:r>
      <w:r>
        <w:rPr>
          <w:rFonts w:ascii="Times New Roman" w:hAnsi="Times New Roman" w:hint="eastAsia"/>
          <w:b/>
          <w:bCs/>
          <w:iCs/>
        </w:rPr>
        <w:t>3</w:t>
      </w:r>
      <w:r w:rsidRPr="00DC3E5E">
        <w:rPr>
          <w:rFonts w:ascii="Times New Roman" w:hAnsi="Times New Roman"/>
          <w:iCs/>
        </w:rPr>
        <w:t>)</w:t>
      </w:r>
      <w:r>
        <w:rPr>
          <w:rFonts w:ascii="Times New Roman" w:hAnsi="Times New Roman" w:hint="eastAsia"/>
        </w:rPr>
        <w:t>.</w:t>
      </w:r>
      <w:r>
        <w:rPr>
          <w:rFonts w:ascii="Times New Roman" w:hAnsi="Times New Roman"/>
        </w:rPr>
        <w:br w:type="page"/>
      </w:r>
    </w:p>
    <w:p w14:paraId="1152ECAE" w14:textId="77777777" w:rsidR="00497B11" w:rsidRPr="00DC3E5E" w:rsidRDefault="00497B11" w:rsidP="00617B07">
      <w:pPr>
        <w:pStyle w:val="a9"/>
        <w:numPr>
          <w:ilvl w:val="0"/>
          <w:numId w:val="4"/>
        </w:numPr>
        <w:spacing w:line="360" w:lineRule="auto"/>
        <w:ind w:left="357" w:firstLineChars="0" w:hanging="357"/>
        <w:outlineLvl w:val="0"/>
        <w:rPr>
          <w:rFonts w:ascii="Times New Roman" w:hAnsi="Times New Roman"/>
          <w:b/>
          <w:bCs/>
          <w:iCs/>
        </w:rPr>
      </w:pPr>
      <w:bookmarkStart w:id="16" w:name="_Toc170918295"/>
      <w:r w:rsidRPr="00DC3E5E">
        <w:rPr>
          <w:rFonts w:ascii="Times New Roman" w:hAnsi="Times New Roman"/>
          <w:b/>
          <w:bCs/>
        </w:rPr>
        <w:lastRenderedPageBreak/>
        <w:t xml:space="preserve">NMR, MS, UV, ECD spectra, and OR of </w:t>
      </w:r>
      <w:proofErr w:type="spellStart"/>
      <w:r w:rsidRPr="00DC3E5E">
        <w:rPr>
          <w:rFonts w:ascii="Times New Roman" w:hAnsi="Times New Roman" w:hint="eastAsia"/>
          <w:b/>
          <w:bCs/>
        </w:rPr>
        <w:t>s</w:t>
      </w:r>
      <w:r w:rsidRPr="00DC3E5E">
        <w:rPr>
          <w:rFonts w:ascii="Times New Roman" w:hAnsi="Times New Roman"/>
          <w:b/>
          <w:bCs/>
        </w:rPr>
        <w:t>ilvaticusin</w:t>
      </w:r>
      <w:proofErr w:type="spellEnd"/>
      <w:r w:rsidRPr="00DC3E5E">
        <w:rPr>
          <w:rFonts w:ascii="Times New Roman" w:hAnsi="Times New Roman"/>
          <w:b/>
          <w:bCs/>
        </w:rPr>
        <w:t xml:space="preserve"> </w:t>
      </w:r>
      <w:r w:rsidRPr="00DC3E5E">
        <w:rPr>
          <w:rFonts w:ascii="Times New Roman" w:hAnsi="Times New Roman" w:hint="eastAsia"/>
          <w:b/>
          <w:bCs/>
        </w:rPr>
        <w:t>D</w:t>
      </w:r>
      <w:r w:rsidRPr="00DC3E5E">
        <w:rPr>
          <w:rFonts w:ascii="Times New Roman" w:hAnsi="Times New Roman"/>
          <w:b/>
          <w:bCs/>
          <w:iCs/>
        </w:rPr>
        <w:t xml:space="preserve"> (</w:t>
      </w:r>
      <w:r w:rsidRPr="00DC3E5E">
        <w:rPr>
          <w:rFonts w:ascii="Times New Roman" w:hAnsi="Times New Roman" w:hint="eastAsia"/>
          <w:b/>
          <w:bCs/>
          <w:iCs/>
        </w:rPr>
        <w:t>4)</w:t>
      </w:r>
      <w:bookmarkEnd w:id="16"/>
    </w:p>
    <w:p w14:paraId="354E93EC" w14:textId="77777777" w:rsidR="00497B11" w:rsidRPr="00DC3E5E" w:rsidRDefault="00497B11" w:rsidP="0076413A">
      <w:pPr>
        <w:spacing w:line="360" w:lineRule="auto"/>
        <w:rPr>
          <w:rFonts w:ascii="Times New Roman" w:hAnsi="Times New Roman"/>
          <w:b/>
          <w:bCs/>
          <w:iCs/>
        </w:rPr>
      </w:pPr>
      <w:r>
        <w:rPr>
          <w:rFonts w:ascii="Times New Roman" w:hAnsi="Times New Roman"/>
          <w:b/>
          <w:bCs/>
          <w:iCs/>
          <w:noProof/>
        </w:rPr>
        <w:drawing>
          <wp:inline distT="0" distB="0" distL="0" distR="0" wp14:anchorId="5EB7F06C" wp14:editId="19276350">
            <wp:extent cx="5233916" cy="3469148"/>
            <wp:effectExtent l="0" t="0" r="0" b="0"/>
            <wp:docPr id="8591088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60110" cy="3486510"/>
                    </a:xfrm>
                    <a:prstGeom prst="rect">
                      <a:avLst/>
                    </a:prstGeom>
                    <a:noFill/>
                  </pic:spPr>
                </pic:pic>
              </a:graphicData>
            </a:graphic>
          </wp:inline>
        </w:drawing>
      </w:r>
    </w:p>
    <w:p w14:paraId="228D8DDE"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33</w:t>
      </w:r>
      <w:r w:rsidRPr="00DC3E5E">
        <w:rPr>
          <w:rFonts w:ascii="Times New Roman" w:hAnsi="Times New Roman"/>
        </w:rPr>
        <w:t xml:space="preserve"> </w:t>
      </w:r>
      <w:r w:rsidRPr="00DC3E5E">
        <w:rPr>
          <w:rFonts w:ascii="Times New Roman" w:hAnsi="Times New Roman"/>
          <w:vertAlign w:val="superscript"/>
        </w:rPr>
        <w:t>1</w:t>
      </w:r>
      <w:r w:rsidRPr="00DC3E5E">
        <w:rPr>
          <w:rFonts w:ascii="Times New Roman" w:hAnsi="Times New Roman"/>
        </w:rPr>
        <w:t xml:space="preserve">H NMR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D</w:t>
      </w:r>
      <w:r w:rsidRPr="00DC3E5E">
        <w:rPr>
          <w:rFonts w:ascii="Times New Roman" w:hAnsi="Times New Roman"/>
          <w:iCs/>
        </w:rPr>
        <w:t xml:space="preserve"> (</w:t>
      </w:r>
      <w:r w:rsidRPr="002A107A">
        <w:rPr>
          <w:rFonts w:ascii="Times New Roman" w:hAnsi="Times New Roman" w:hint="eastAsia"/>
          <w:b/>
          <w:bCs/>
          <w:iCs/>
        </w:rPr>
        <w:t>4</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8</w:t>
      </w:r>
      <w:r w:rsidRPr="00DC3E5E">
        <w:rPr>
          <w:rFonts w:ascii="Times New Roman" w:hAnsi="Times New Roman"/>
        </w:rPr>
        <w:t>00 MHz).</w:t>
      </w:r>
    </w:p>
    <w:p w14:paraId="2B883BEA" w14:textId="77777777" w:rsidR="00497B11" w:rsidRPr="00DC3E5E" w:rsidRDefault="00497B11" w:rsidP="0076413A">
      <w:pPr>
        <w:spacing w:line="360" w:lineRule="auto"/>
        <w:rPr>
          <w:rFonts w:ascii="Times New Roman" w:hAnsi="Times New Roman"/>
          <w:b/>
          <w:bCs/>
          <w:iCs/>
        </w:rPr>
      </w:pPr>
      <w:r>
        <w:rPr>
          <w:rFonts w:ascii="Times New Roman" w:hAnsi="Times New Roman"/>
          <w:b/>
          <w:bCs/>
          <w:iCs/>
          <w:noProof/>
        </w:rPr>
        <w:drawing>
          <wp:inline distT="0" distB="0" distL="0" distR="0" wp14:anchorId="020B575C" wp14:editId="082307CB">
            <wp:extent cx="5247318" cy="3224782"/>
            <wp:effectExtent l="0" t="0" r="0" b="0"/>
            <wp:docPr id="12767667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88958" cy="3250372"/>
                    </a:xfrm>
                    <a:prstGeom prst="rect">
                      <a:avLst/>
                    </a:prstGeom>
                    <a:noFill/>
                  </pic:spPr>
                </pic:pic>
              </a:graphicData>
            </a:graphic>
          </wp:inline>
        </w:drawing>
      </w:r>
    </w:p>
    <w:p w14:paraId="246F57AD"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34</w:t>
      </w:r>
      <w:r w:rsidRPr="00DC3E5E">
        <w:rPr>
          <w:rFonts w:ascii="Times New Roman" w:hAnsi="Times New Roman"/>
        </w:rPr>
        <w:t xml:space="preserve"> </w:t>
      </w:r>
      <w:r w:rsidRPr="00DC3E5E">
        <w:rPr>
          <w:rFonts w:ascii="Times New Roman" w:hAnsi="Times New Roman"/>
          <w:vertAlign w:val="superscript"/>
        </w:rPr>
        <w:t>1</w:t>
      </w:r>
      <w:r w:rsidRPr="00DC3E5E">
        <w:rPr>
          <w:rFonts w:ascii="Times New Roman" w:hAnsi="Times New Roman" w:hint="eastAsia"/>
          <w:vertAlign w:val="superscript"/>
        </w:rPr>
        <w:t>3</w:t>
      </w:r>
      <w:r w:rsidRPr="00DC3E5E">
        <w:rPr>
          <w:rFonts w:ascii="Times New Roman" w:hAnsi="Times New Roman" w:hint="eastAsia"/>
        </w:rPr>
        <w:t>C</w:t>
      </w:r>
      <w:r w:rsidRPr="00DC3E5E">
        <w:rPr>
          <w:rFonts w:ascii="Times New Roman" w:hAnsi="Times New Roman"/>
        </w:rPr>
        <w:t xml:space="preserve"> NMR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D</w:t>
      </w:r>
      <w:r w:rsidRPr="00DC3E5E">
        <w:rPr>
          <w:rFonts w:ascii="Times New Roman" w:hAnsi="Times New Roman"/>
          <w:iCs/>
        </w:rPr>
        <w:t xml:space="preserve"> (</w:t>
      </w:r>
      <w:r w:rsidRPr="002A107A">
        <w:rPr>
          <w:rFonts w:ascii="Times New Roman" w:hAnsi="Times New Roman" w:hint="eastAsia"/>
          <w:b/>
          <w:bCs/>
          <w:iCs/>
        </w:rPr>
        <w:t>4</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200</w:t>
      </w:r>
      <w:r w:rsidRPr="00DC3E5E">
        <w:rPr>
          <w:rFonts w:ascii="Times New Roman" w:hAnsi="Times New Roman"/>
        </w:rPr>
        <w:t xml:space="preserve"> MHz).</w:t>
      </w:r>
    </w:p>
    <w:p w14:paraId="5E834F41" w14:textId="77777777" w:rsidR="00497B11" w:rsidRPr="00DC3E5E" w:rsidRDefault="00497B11" w:rsidP="0076413A">
      <w:pPr>
        <w:spacing w:line="360" w:lineRule="auto"/>
        <w:rPr>
          <w:rFonts w:ascii="Times New Roman" w:hAnsi="Times New Roman"/>
        </w:rPr>
      </w:pPr>
      <w:r>
        <w:rPr>
          <w:rFonts w:ascii="Times New Roman" w:hAnsi="Times New Roman"/>
          <w:noProof/>
        </w:rPr>
        <w:lastRenderedPageBreak/>
        <w:drawing>
          <wp:inline distT="0" distB="0" distL="0" distR="0" wp14:anchorId="42EEA009" wp14:editId="7CA9CCEC">
            <wp:extent cx="5261212" cy="3669399"/>
            <wp:effectExtent l="0" t="0" r="0" b="7620"/>
            <wp:docPr id="16067047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85360" cy="3686241"/>
                    </a:xfrm>
                    <a:prstGeom prst="rect">
                      <a:avLst/>
                    </a:prstGeom>
                    <a:noFill/>
                  </pic:spPr>
                </pic:pic>
              </a:graphicData>
            </a:graphic>
          </wp:inline>
        </w:drawing>
      </w:r>
    </w:p>
    <w:p w14:paraId="6E844E6C"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35</w:t>
      </w:r>
      <w:r w:rsidRPr="00DC3E5E">
        <w:rPr>
          <w:rFonts w:ascii="Times New Roman" w:hAnsi="Times New Roman"/>
        </w:rPr>
        <w:t xml:space="preserve"> </w:t>
      </w:r>
      <w:r w:rsidRPr="00DC3E5E">
        <w:rPr>
          <w:rFonts w:ascii="Times New Roman" w:hAnsi="Times New Roman" w:hint="eastAsia"/>
        </w:rPr>
        <w:t>HSQC</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D</w:t>
      </w:r>
      <w:r w:rsidRPr="00DC3E5E">
        <w:rPr>
          <w:rFonts w:ascii="Times New Roman" w:hAnsi="Times New Roman"/>
          <w:iCs/>
        </w:rPr>
        <w:t xml:space="preserve"> (</w:t>
      </w:r>
      <w:r w:rsidRPr="002A107A">
        <w:rPr>
          <w:rFonts w:ascii="Times New Roman" w:hAnsi="Times New Roman" w:hint="eastAsia"/>
          <w:b/>
          <w:bCs/>
          <w:iCs/>
        </w:rPr>
        <w:t>4</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800</w:t>
      </w:r>
      <w:r w:rsidRPr="00DC3E5E">
        <w:rPr>
          <w:rFonts w:ascii="Times New Roman" w:hAnsi="Times New Roman"/>
        </w:rPr>
        <w:t xml:space="preserve"> MHz).</w:t>
      </w:r>
    </w:p>
    <w:p w14:paraId="64C16EF5" w14:textId="77777777" w:rsidR="00497B11" w:rsidRPr="00DC3E5E" w:rsidRDefault="00497B11" w:rsidP="0076413A">
      <w:pPr>
        <w:spacing w:line="360" w:lineRule="auto"/>
        <w:rPr>
          <w:rFonts w:ascii="Times New Roman" w:hAnsi="Times New Roman"/>
        </w:rPr>
      </w:pPr>
      <w:r>
        <w:rPr>
          <w:rFonts w:ascii="Times New Roman" w:hAnsi="Times New Roman"/>
          <w:noProof/>
        </w:rPr>
        <w:drawing>
          <wp:inline distT="0" distB="0" distL="0" distR="0" wp14:anchorId="227523C9" wp14:editId="2EC5FDE4">
            <wp:extent cx="5131558" cy="3579817"/>
            <wp:effectExtent l="0" t="0" r="0" b="1905"/>
            <wp:docPr id="12763871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54551" cy="3595857"/>
                    </a:xfrm>
                    <a:prstGeom prst="rect">
                      <a:avLst/>
                    </a:prstGeom>
                    <a:noFill/>
                  </pic:spPr>
                </pic:pic>
              </a:graphicData>
            </a:graphic>
          </wp:inline>
        </w:drawing>
      </w:r>
    </w:p>
    <w:p w14:paraId="6BCA923B"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36</w:t>
      </w:r>
      <w:r w:rsidRPr="00DC3E5E">
        <w:rPr>
          <w:rFonts w:ascii="Times New Roman" w:hAnsi="Times New Roman"/>
        </w:rPr>
        <w:t xml:space="preserve"> </w:t>
      </w:r>
      <w:r w:rsidRPr="00DC3E5E">
        <w:rPr>
          <w:rFonts w:ascii="Times New Roman" w:hAnsi="Times New Roman" w:hint="eastAsia"/>
        </w:rPr>
        <w:t>HMBC</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D</w:t>
      </w:r>
      <w:r w:rsidRPr="00DC3E5E">
        <w:rPr>
          <w:rFonts w:ascii="Times New Roman" w:hAnsi="Times New Roman"/>
          <w:iCs/>
        </w:rPr>
        <w:t xml:space="preserve"> (</w:t>
      </w:r>
      <w:r w:rsidRPr="002A107A">
        <w:rPr>
          <w:rFonts w:ascii="Times New Roman" w:hAnsi="Times New Roman" w:hint="eastAsia"/>
          <w:b/>
          <w:bCs/>
          <w:iCs/>
        </w:rPr>
        <w:t>4</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800</w:t>
      </w:r>
      <w:r w:rsidRPr="00DC3E5E">
        <w:rPr>
          <w:rFonts w:ascii="Times New Roman" w:hAnsi="Times New Roman"/>
        </w:rPr>
        <w:t xml:space="preserve"> MHz).</w:t>
      </w:r>
    </w:p>
    <w:p w14:paraId="5558CA7B" w14:textId="77777777" w:rsidR="00497B11" w:rsidRPr="00DC3E5E" w:rsidRDefault="00497B11" w:rsidP="00617B07">
      <w:pPr>
        <w:spacing w:line="360" w:lineRule="auto"/>
        <w:rPr>
          <w:rFonts w:ascii="Times New Roman" w:hAnsi="Times New Roman"/>
        </w:rPr>
      </w:pPr>
      <w:r>
        <w:rPr>
          <w:rFonts w:ascii="Times New Roman" w:hAnsi="Times New Roman"/>
          <w:noProof/>
        </w:rPr>
        <w:lastRenderedPageBreak/>
        <w:drawing>
          <wp:inline distT="0" distB="0" distL="0" distR="0" wp14:anchorId="7C980890" wp14:editId="0CFF0741">
            <wp:extent cx="5254297" cy="3666348"/>
            <wp:effectExtent l="0" t="0" r="3810" b="0"/>
            <wp:docPr id="3409360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76879" cy="3682105"/>
                    </a:xfrm>
                    <a:prstGeom prst="rect">
                      <a:avLst/>
                    </a:prstGeom>
                    <a:noFill/>
                  </pic:spPr>
                </pic:pic>
              </a:graphicData>
            </a:graphic>
          </wp:inline>
        </w:drawing>
      </w:r>
    </w:p>
    <w:p w14:paraId="4A5CC3FF"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37</w:t>
      </w:r>
      <w:r w:rsidRPr="00DC3E5E">
        <w:rPr>
          <w:rFonts w:ascii="Times New Roman" w:hAnsi="Times New Roman"/>
        </w:rPr>
        <w:t xml:space="preserve"> </w:t>
      </w:r>
      <w:r w:rsidRPr="00DC3E5E">
        <w:rPr>
          <w:rFonts w:ascii="Times New Roman" w:hAnsi="Times New Roman" w:hint="eastAsia"/>
          <w:vertAlign w:val="superscript"/>
        </w:rPr>
        <w:t>1</w:t>
      </w:r>
      <w:r w:rsidRPr="00DC3E5E">
        <w:rPr>
          <w:rFonts w:ascii="Times New Roman" w:hAnsi="Times New Roman" w:hint="eastAsia"/>
        </w:rPr>
        <w:t>H</w:t>
      </w:r>
      <w:r w:rsidRPr="00DC3E5E">
        <w:rPr>
          <w:rFonts w:ascii="Times New Roman" w:hAnsi="Times New Roman"/>
        </w:rPr>
        <w:t>–</w:t>
      </w:r>
      <w:r w:rsidRPr="00DC3E5E">
        <w:rPr>
          <w:rFonts w:ascii="Times New Roman" w:hAnsi="Times New Roman" w:hint="eastAsia"/>
          <w:vertAlign w:val="superscript"/>
        </w:rPr>
        <w:t>1</w:t>
      </w:r>
      <w:r w:rsidRPr="00DC3E5E">
        <w:rPr>
          <w:rFonts w:ascii="Times New Roman" w:hAnsi="Times New Roman" w:hint="eastAsia"/>
        </w:rPr>
        <w:t>H COSY</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D</w:t>
      </w:r>
      <w:r w:rsidRPr="00DC3E5E">
        <w:rPr>
          <w:rFonts w:ascii="Times New Roman" w:hAnsi="Times New Roman"/>
          <w:iCs/>
        </w:rPr>
        <w:t xml:space="preserve"> (</w:t>
      </w:r>
      <w:r w:rsidRPr="002A107A">
        <w:rPr>
          <w:rFonts w:ascii="Times New Roman" w:hAnsi="Times New Roman" w:hint="eastAsia"/>
          <w:b/>
          <w:bCs/>
          <w:iCs/>
        </w:rPr>
        <w:t>4</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800</w:t>
      </w:r>
      <w:r w:rsidRPr="00DC3E5E">
        <w:rPr>
          <w:rFonts w:ascii="Times New Roman" w:hAnsi="Times New Roman"/>
        </w:rPr>
        <w:t xml:space="preserve"> MHz).</w:t>
      </w:r>
    </w:p>
    <w:p w14:paraId="63D7FC61" w14:textId="77777777" w:rsidR="00497B11" w:rsidRPr="00DC3E5E" w:rsidRDefault="00497B11" w:rsidP="00617B07">
      <w:pPr>
        <w:spacing w:line="360" w:lineRule="auto"/>
        <w:rPr>
          <w:rFonts w:ascii="Times New Roman" w:hAnsi="Times New Roman"/>
        </w:rPr>
      </w:pPr>
      <w:r>
        <w:rPr>
          <w:rFonts w:ascii="Times New Roman" w:hAnsi="Times New Roman"/>
          <w:noProof/>
        </w:rPr>
        <w:drawing>
          <wp:inline distT="0" distB="0" distL="0" distR="0" wp14:anchorId="1F201CF6" wp14:editId="570C46A5">
            <wp:extent cx="5253509" cy="3665988"/>
            <wp:effectExtent l="0" t="0" r="4445" b="0"/>
            <wp:docPr id="142908267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7288" cy="3682582"/>
                    </a:xfrm>
                    <a:prstGeom prst="rect">
                      <a:avLst/>
                    </a:prstGeom>
                    <a:noFill/>
                  </pic:spPr>
                </pic:pic>
              </a:graphicData>
            </a:graphic>
          </wp:inline>
        </w:drawing>
      </w:r>
    </w:p>
    <w:p w14:paraId="6FFA00E8" w14:textId="77777777" w:rsidR="00497B11" w:rsidRPr="00DC3E5E"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38</w:t>
      </w:r>
      <w:r w:rsidRPr="00DC3E5E">
        <w:rPr>
          <w:rFonts w:ascii="Times New Roman" w:hAnsi="Times New Roman"/>
        </w:rPr>
        <w:t xml:space="preserve"> </w:t>
      </w:r>
      <w:r w:rsidRPr="00DC3E5E">
        <w:rPr>
          <w:rFonts w:ascii="Times New Roman" w:hAnsi="Times New Roman" w:hint="eastAsia"/>
        </w:rPr>
        <w:t>ROESY</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D</w:t>
      </w:r>
      <w:r w:rsidRPr="00DC3E5E">
        <w:rPr>
          <w:rFonts w:ascii="Times New Roman" w:hAnsi="Times New Roman"/>
          <w:iCs/>
        </w:rPr>
        <w:t xml:space="preserve"> (</w:t>
      </w:r>
      <w:r w:rsidRPr="002A107A">
        <w:rPr>
          <w:rFonts w:ascii="Times New Roman" w:hAnsi="Times New Roman" w:hint="eastAsia"/>
          <w:b/>
          <w:bCs/>
          <w:iCs/>
        </w:rPr>
        <w:t>4</w:t>
      </w:r>
      <w:r w:rsidRPr="00DC3E5E">
        <w:rPr>
          <w:rFonts w:ascii="Times New Roman" w:hAnsi="Times New Roman"/>
          <w:iCs/>
        </w:rPr>
        <w:t>)</w:t>
      </w:r>
      <w:r w:rsidRPr="00DC3E5E">
        <w:rPr>
          <w:rFonts w:ascii="Times New Roman" w:hAnsi="Times New Roman"/>
        </w:rPr>
        <w:t xml:space="preserve"> (pyridine-</w:t>
      </w:r>
      <w:r w:rsidRPr="0070630D">
        <w:rPr>
          <w:rFonts w:ascii="Times New Roman" w:hAnsi="Times New Roman"/>
          <w:i/>
          <w:iCs/>
        </w:rPr>
        <w:t>d</w:t>
      </w:r>
      <w:r w:rsidRPr="0070630D">
        <w:rPr>
          <w:rFonts w:ascii="Times New Roman" w:hAnsi="Times New Roman"/>
          <w:vertAlign w:val="subscript"/>
        </w:rPr>
        <w:t>5</w:t>
      </w:r>
      <w:r w:rsidRPr="00DC3E5E">
        <w:rPr>
          <w:rFonts w:ascii="Times New Roman" w:hAnsi="Times New Roman"/>
        </w:rPr>
        <w:t xml:space="preserve">, </w:t>
      </w:r>
      <w:r w:rsidRPr="00DC3E5E">
        <w:rPr>
          <w:rFonts w:ascii="Times New Roman" w:hAnsi="Times New Roman" w:hint="eastAsia"/>
        </w:rPr>
        <w:t>800</w:t>
      </w:r>
      <w:r w:rsidRPr="00DC3E5E">
        <w:rPr>
          <w:rFonts w:ascii="Times New Roman" w:hAnsi="Times New Roman"/>
        </w:rPr>
        <w:t xml:space="preserve"> MHz).</w:t>
      </w:r>
    </w:p>
    <w:p w14:paraId="6501C528" w14:textId="77777777" w:rsidR="00497B11" w:rsidRPr="00DC3E5E" w:rsidRDefault="00497B11" w:rsidP="00617B07">
      <w:pPr>
        <w:spacing w:line="360" w:lineRule="auto"/>
        <w:rPr>
          <w:rFonts w:ascii="Times New Roman" w:hAnsi="Times New Roman"/>
        </w:rPr>
      </w:pPr>
      <w:r w:rsidRPr="00DC3E5E">
        <w:rPr>
          <w:rFonts w:ascii="Times New Roman" w:hAnsi="Times New Roman"/>
          <w:noProof/>
        </w:rPr>
        <w:lastRenderedPageBreak/>
        <w:drawing>
          <wp:inline distT="0" distB="0" distL="0" distR="0" wp14:anchorId="63F153CA" wp14:editId="3C28585B">
            <wp:extent cx="5274310" cy="6150610"/>
            <wp:effectExtent l="0" t="0" r="2540" b="2540"/>
            <wp:docPr id="6588618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861869" name=""/>
                    <pic:cNvPicPr/>
                  </pic:nvPicPr>
                  <pic:blipFill>
                    <a:blip r:embed="rId47"/>
                    <a:stretch>
                      <a:fillRect/>
                    </a:stretch>
                  </pic:blipFill>
                  <pic:spPr>
                    <a:xfrm>
                      <a:off x="0" y="0"/>
                      <a:ext cx="5274310" cy="6150610"/>
                    </a:xfrm>
                    <a:prstGeom prst="rect">
                      <a:avLst/>
                    </a:prstGeom>
                  </pic:spPr>
                </pic:pic>
              </a:graphicData>
            </a:graphic>
          </wp:inline>
        </w:drawing>
      </w:r>
    </w:p>
    <w:p w14:paraId="0FF5798F" w14:textId="77777777" w:rsidR="00497B11"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39</w:t>
      </w:r>
      <w:r w:rsidRPr="00DC3E5E">
        <w:rPr>
          <w:rFonts w:ascii="Times New Roman" w:hAnsi="Times New Roman"/>
        </w:rPr>
        <w:t xml:space="preserve"> HRESIMS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sidRPr="00DC3E5E">
        <w:rPr>
          <w:rFonts w:ascii="Times New Roman" w:hAnsi="Times New Roman" w:hint="eastAsia"/>
        </w:rPr>
        <w:t>D</w:t>
      </w:r>
      <w:r w:rsidRPr="00DC3E5E">
        <w:rPr>
          <w:rFonts w:ascii="Times New Roman" w:hAnsi="Times New Roman"/>
          <w:iCs/>
        </w:rPr>
        <w:t xml:space="preserve"> (</w:t>
      </w:r>
      <w:r w:rsidRPr="002A107A">
        <w:rPr>
          <w:rFonts w:ascii="Times New Roman" w:hAnsi="Times New Roman" w:hint="eastAsia"/>
          <w:b/>
          <w:bCs/>
          <w:iCs/>
        </w:rPr>
        <w:t>4</w:t>
      </w:r>
      <w:r w:rsidRPr="00DC3E5E">
        <w:rPr>
          <w:rFonts w:ascii="Times New Roman" w:hAnsi="Times New Roman"/>
          <w:iCs/>
        </w:rPr>
        <w:t>)</w:t>
      </w:r>
      <w:r w:rsidRPr="00DC3E5E">
        <w:rPr>
          <w:rFonts w:ascii="Times New Roman" w:hAnsi="Times New Roman"/>
        </w:rPr>
        <w:t>.</w:t>
      </w:r>
      <w:r>
        <w:rPr>
          <w:rFonts w:ascii="Times New Roman" w:hAnsi="Times New Roman"/>
        </w:rPr>
        <w:br w:type="page"/>
      </w:r>
    </w:p>
    <w:p w14:paraId="57451740" w14:textId="77777777" w:rsidR="00497B11" w:rsidRDefault="00497B11" w:rsidP="00617B07">
      <w:pPr>
        <w:spacing w:line="360" w:lineRule="auto"/>
        <w:rPr>
          <w:rFonts w:ascii="Times New Roman" w:hAnsi="Times New Roman"/>
        </w:rPr>
      </w:pPr>
      <w:r>
        <w:rPr>
          <w:rFonts w:hint="eastAsia"/>
          <w:noProof/>
        </w:rPr>
        <w:lastRenderedPageBreak/>
        <w:drawing>
          <wp:inline distT="0" distB="0" distL="0" distR="0" wp14:anchorId="72D26B14" wp14:editId="0D62DE2C">
            <wp:extent cx="5270500" cy="4013200"/>
            <wp:effectExtent l="0" t="0" r="6350" b="6350"/>
            <wp:docPr id="109083338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0500" cy="4013200"/>
                    </a:xfrm>
                    <a:prstGeom prst="rect">
                      <a:avLst/>
                    </a:prstGeom>
                    <a:noFill/>
                    <a:ln>
                      <a:noFill/>
                    </a:ln>
                  </pic:spPr>
                </pic:pic>
              </a:graphicData>
            </a:graphic>
          </wp:inline>
        </w:drawing>
      </w:r>
    </w:p>
    <w:p w14:paraId="1099C3DA" w14:textId="77777777" w:rsidR="00497B11" w:rsidRPr="00293828"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40</w:t>
      </w:r>
      <w:r w:rsidRPr="00DC3E5E">
        <w:rPr>
          <w:rFonts w:ascii="Times New Roman" w:hAnsi="Times New Roman"/>
        </w:rPr>
        <w:t xml:space="preserve"> UV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Pr>
          <w:rFonts w:ascii="Times New Roman" w:hAnsi="Times New Roman" w:hint="eastAsia"/>
        </w:rPr>
        <w:t>D</w:t>
      </w:r>
      <w:r w:rsidRPr="00DC3E5E">
        <w:rPr>
          <w:rFonts w:ascii="Times New Roman" w:hAnsi="Times New Roman"/>
          <w:iCs/>
        </w:rPr>
        <w:t xml:space="preserve"> (</w:t>
      </w:r>
      <w:r>
        <w:rPr>
          <w:rFonts w:ascii="Times New Roman" w:hAnsi="Times New Roman" w:hint="eastAsia"/>
          <w:b/>
          <w:bCs/>
          <w:iCs/>
        </w:rPr>
        <w:t>4</w:t>
      </w:r>
      <w:r w:rsidRPr="00DC3E5E">
        <w:rPr>
          <w:rFonts w:ascii="Times New Roman" w:hAnsi="Times New Roman"/>
          <w:iCs/>
        </w:rPr>
        <w:t>)</w:t>
      </w:r>
      <w:r w:rsidRPr="00DC3E5E">
        <w:rPr>
          <w:rFonts w:ascii="Times New Roman" w:hAnsi="Times New Roman"/>
        </w:rPr>
        <w:t>.</w:t>
      </w:r>
    </w:p>
    <w:p w14:paraId="75FB2E40" w14:textId="77777777" w:rsidR="00497B11" w:rsidRDefault="00497B11" w:rsidP="00617B07">
      <w:pPr>
        <w:spacing w:line="360" w:lineRule="auto"/>
        <w:rPr>
          <w:rFonts w:ascii="Times New Roman" w:hAnsi="Times New Roman"/>
        </w:rPr>
      </w:pPr>
      <w:r>
        <w:rPr>
          <w:rFonts w:hint="eastAsia"/>
          <w:noProof/>
        </w:rPr>
        <w:drawing>
          <wp:inline distT="0" distB="0" distL="0" distR="0" wp14:anchorId="24F1F3DC" wp14:editId="71250966">
            <wp:extent cx="5152030" cy="3922992"/>
            <wp:effectExtent l="0" t="0" r="0" b="1905"/>
            <wp:docPr id="1119904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55770" cy="3925839"/>
                    </a:xfrm>
                    <a:prstGeom prst="rect">
                      <a:avLst/>
                    </a:prstGeom>
                    <a:noFill/>
                    <a:ln>
                      <a:noFill/>
                    </a:ln>
                  </pic:spPr>
                </pic:pic>
              </a:graphicData>
            </a:graphic>
          </wp:inline>
        </w:drawing>
      </w:r>
    </w:p>
    <w:p w14:paraId="402A45F6" w14:textId="77777777" w:rsidR="00497B11"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41</w:t>
      </w:r>
      <w:r w:rsidRPr="00DC3E5E">
        <w:rPr>
          <w:rFonts w:ascii="Times New Roman" w:hAnsi="Times New Roman"/>
        </w:rPr>
        <w:t xml:space="preserve"> </w:t>
      </w:r>
      <w:r>
        <w:rPr>
          <w:rFonts w:ascii="Times New Roman" w:hAnsi="Times New Roman" w:hint="eastAsia"/>
        </w:rPr>
        <w:t>ECD</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Pr>
          <w:rFonts w:ascii="Times New Roman" w:hAnsi="Times New Roman" w:hint="eastAsia"/>
        </w:rPr>
        <w:t>D</w:t>
      </w:r>
      <w:r w:rsidRPr="00DC3E5E">
        <w:rPr>
          <w:rFonts w:ascii="Times New Roman" w:hAnsi="Times New Roman"/>
          <w:iCs/>
        </w:rPr>
        <w:t xml:space="preserve"> (</w:t>
      </w:r>
      <w:r>
        <w:rPr>
          <w:rFonts w:ascii="Times New Roman" w:hAnsi="Times New Roman" w:hint="eastAsia"/>
          <w:b/>
          <w:bCs/>
          <w:iCs/>
        </w:rPr>
        <w:t>4</w:t>
      </w:r>
      <w:r w:rsidRPr="00DC3E5E">
        <w:rPr>
          <w:rFonts w:ascii="Times New Roman" w:hAnsi="Times New Roman"/>
          <w:iCs/>
        </w:rPr>
        <w:t>)</w:t>
      </w:r>
      <w:r w:rsidRPr="00DC3E5E">
        <w:rPr>
          <w:rFonts w:ascii="Times New Roman" w:hAnsi="Times New Roman"/>
        </w:rPr>
        <w:t>.</w:t>
      </w:r>
      <w:r>
        <w:rPr>
          <w:rFonts w:ascii="Times New Roman" w:hAnsi="Times New Roman"/>
        </w:rPr>
        <w:br w:type="page"/>
      </w:r>
    </w:p>
    <w:p w14:paraId="30CAB9D2" w14:textId="77777777" w:rsidR="00497B11" w:rsidRDefault="00497B11" w:rsidP="00617B07">
      <w:pPr>
        <w:spacing w:line="360" w:lineRule="auto"/>
        <w:rPr>
          <w:rFonts w:ascii="Times New Roman" w:hAnsi="Times New Roman"/>
        </w:rPr>
      </w:pPr>
      <w:r w:rsidRPr="00293828">
        <w:rPr>
          <w:rFonts w:ascii="Times New Roman" w:hAnsi="Times New Roman"/>
          <w:noProof/>
        </w:rPr>
        <w:lastRenderedPageBreak/>
        <w:drawing>
          <wp:inline distT="0" distB="0" distL="0" distR="0" wp14:anchorId="34E67D06" wp14:editId="09572979">
            <wp:extent cx="5274310" cy="2015490"/>
            <wp:effectExtent l="0" t="0" r="2540" b="3810"/>
            <wp:docPr id="15689309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30949" name=""/>
                    <pic:cNvPicPr/>
                  </pic:nvPicPr>
                  <pic:blipFill>
                    <a:blip r:embed="rId50"/>
                    <a:stretch>
                      <a:fillRect/>
                    </a:stretch>
                  </pic:blipFill>
                  <pic:spPr>
                    <a:xfrm>
                      <a:off x="0" y="0"/>
                      <a:ext cx="5274310" cy="2015490"/>
                    </a:xfrm>
                    <a:prstGeom prst="rect">
                      <a:avLst/>
                    </a:prstGeom>
                  </pic:spPr>
                </pic:pic>
              </a:graphicData>
            </a:graphic>
          </wp:inline>
        </w:drawing>
      </w:r>
    </w:p>
    <w:p w14:paraId="6C4783C1" w14:textId="77777777" w:rsidR="00497B11" w:rsidRDefault="00497B11" w:rsidP="00617B07">
      <w:pPr>
        <w:spacing w:line="360" w:lineRule="auto"/>
        <w:rPr>
          <w:rFonts w:ascii="Times New Roman" w:hAnsi="Times New Roman"/>
        </w:rPr>
      </w:pPr>
      <w:r w:rsidRPr="00502574">
        <w:rPr>
          <w:rFonts w:ascii="Times New Roman" w:hAnsi="Times New Roman"/>
          <w:b/>
          <w:bCs/>
        </w:rPr>
        <w:t>Fig. S</w:t>
      </w:r>
      <w:r w:rsidRPr="00502574">
        <w:rPr>
          <w:rFonts w:ascii="Times New Roman" w:hAnsi="Times New Roman" w:hint="eastAsia"/>
          <w:b/>
          <w:bCs/>
        </w:rPr>
        <w:t>42</w:t>
      </w:r>
      <w:r w:rsidRPr="00DC3E5E">
        <w:rPr>
          <w:rFonts w:ascii="Times New Roman" w:hAnsi="Times New Roman"/>
        </w:rPr>
        <w:t xml:space="preserve"> </w:t>
      </w:r>
      <w:r>
        <w:rPr>
          <w:rFonts w:ascii="Times New Roman" w:hAnsi="Times New Roman" w:hint="eastAsia"/>
        </w:rPr>
        <w:t>OR</w:t>
      </w:r>
      <w:r w:rsidRPr="00DC3E5E">
        <w:rPr>
          <w:rFonts w:ascii="Times New Roman" w:hAnsi="Times New Roman"/>
        </w:rPr>
        <w:t xml:space="preserve"> spectrum of </w:t>
      </w:r>
      <w:proofErr w:type="spellStart"/>
      <w:r w:rsidRPr="00DC3E5E">
        <w:rPr>
          <w:rFonts w:ascii="Times New Roman" w:hAnsi="Times New Roman" w:hint="eastAsia"/>
        </w:rPr>
        <w:t>s</w:t>
      </w:r>
      <w:r w:rsidRPr="00DC3E5E">
        <w:rPr>
          <w:rFonts w:ascii="Times New Roman" w:hAnsi="Times New Roman"/>
        </w:rPr>
        <w:t>ilvaticusin</w:t>
      </w:r>
      <w:proofErr w:type="spellEnd"/>
      <w:r w:rsidRPr="00DC3E5E">
        <w:rPr>
          <w:rFonts w:ascii="Times New Roman" w:hAnsi="Times New Roman"/>
        </w:rPr>
        <w:t xml:space="preserve"> </w:t>
      </w:r>
      <w:r>
        <w:rPr>
          <w:rFonts w:ascii="Times New Roman" w:hAnsi="Times New Roman" w:hint="eastAsia"/>
        </w:rPr>
        <w:t>D</w:t>
      </w:r>
      <w:r w:rsidRPr="00DC3E5E">
        <w:rPr>
          <w:rFonts w:ascii="Times New Roman" w:hAnsi="Times New Roman"/>
          <w:iCs/>
        </w:rPr>
        <w:t xml:space="preserve"> (</w:t>
      </w:r>
      <w:r>
        <w:rPr>
          <w:rFonts w:ascii="Times New Roman" w:hAnsi="Times New Roman" w:hint="eastAsia"/>
          <w:b/>
          <w:bCs/>
          <w:iCs/>
        </w:rPr>
        <w:t>4</w:t>
      </w:r>
      <w:r w:rsidRPr="00DC3E5E">
        <w:rPr>
          <w:rFonts w:ascii="Times New Roman" w:hAnsi="Times New Roman"/>
          <w:iCs/>
        </w:rPr>
        <w:t>)</w:t>
      </w:r>
      <w:r w:rsidRPr="00DC3E5E">
        <w:rPr>
          <w:rFonts w:ascii="Times New Roman" w:hAnsi="Times New Roman"/>
        </w:rPr>
        <w:t>.</w:t>
      </w:r>
    </w:p>
    <w:p w14:paraId="0E96747C" w14:textId="77777777" w:rsidR="00497B11" w:rsidRPr="003D3A86" w:rsidRDefault="00497B11" w:rsidP="00617B07">
      <w:pPr>
        <w:spacing w:line="360" w:lineRule="auto"/>
        <w:rPr>
          <w:rFonts w:ascii="Times New Roman" w:hAnsi="Times New Roman"/>
        </w:rPr>
      </w:pPr>
      <w:r>
        <w:rPr>
          <w:rFonts w:ascii="Times New Roman" w:hAnsi="Times New Roman"/>
        </w:rPr>
        <w:br w:type="page"/>
      </w:r>
    </w:p>
    <w:p w14:paraId="3CFF65C8" w14:textId="77777777" w:rsidR="00497B11" w:rsidRPr="00293828" w:rsidRDefault="00497B11" w:rsidP="00617B07">
      <w:pPr>
        <w:pStyle w:val="a9"/>
        <w:numPr>
          <w:ilvl w:val="0"/>
          <w:numId w:val="4"/>
        </w:numPr>
        <w:spacing w:line="360" w:lineRule="auto"/>
        <w:ind w:left="357" w:firstLineChars="0" w:hanging="357"/>
        <w:outlineLvl w:val="0"/>
        <w:rPr>
          <w:rFonts w:ascii="Times New Roman" w:hAnsi="Times New Roman"/>
          <w:b/>
          <w:bCs/>
        </w:rPr>
      </w:pPr>
      <w:bookmarkStart w:id="17" w:name="_Toc170918296"/>
      <w:r w:rsidRPr="00B70CC3">
        <w:rPr>
          <w:rFonts w:ascii="Times New Roman" w:hAnsi="Times New Roman" w:cs="Times New Roman"/>
          <w:b/>
          <w:bCs/>
          <w:szCs w:val="21"/>
        </w:rPr>
        <w:lastRenderedPageBreak/>
        <w:t xml:space="preserve">Computational data of </w:t>
      </w:r>
      <w:proofErr w:type="spellStart"/>
      <w:r w:rsidRPr="005753D4">
        <w:rPr>
          <w:rFonts w:ascii="Times New Roman" w:hAnsi="Times New Roman" w:cs="Times New Roman" w:hint="eastAsia"/>
          <w:b/>
          <w:bCs/>
          <w:iCs/>
          <w:szCs w:val="21"/>
        </w:rPr>
        <w:t>s</w:t>
      </w:r>
      <w:r w:rsidRPr="005753D4">
        <w:rPr>
          <w:rFonts w:ascii="Times New Roman" w:hAnsi="Times New Roman" w:cs="Times New Roman"/>
          <w:b/>
          <w:bCs/>
          <w:iCs/>
          <w:szCs w:val="21"/>
        </w:rPr>
        <w:t>ilvaticusin</w:t>
      </w:r>
      <w:proofErr w:type="spellEnd"/>
      <w:r w:rsidRPr="005753D4">
        <w:rPr>
          <w:rFonts w:ascii="Times New Roman" w:hAnsi="Times New Roman" w:cs="Times New Roman"/>
          <w:b/>
          <w:bCs/>
          <w:iCs/>
          <w:szCs w:val="21"/>
        </w:rPr>
        <w:t xml:space="preserve"> </w:t>
      </w:r>
      <w:r w:rsidRPr="005753D4">
        <w:rPr>
          <w:rFonts w:ascii="Times New Roman" w:hAnsi="Times New Roman" w:cs="Times New Roman" w:hint="eastAsia"/>
          <w:b/>
          <w:bCs/>
          <w:iCs/>
          <w:szCs w:val="21"/>
        </w:rPr>
        <w:t>D</w:t>
      </w:r>
      <w:r w:rsidRPr="005753D4">
        <w:rPr>
          <w:rFonts w:ascii="Times New Roman" w:hAnsi="Times New Roman" w:cs="Times New Roman"/>
          <w:b/>
          <w:bCs/>
          <w:iCs/>
          <w:szCs w:val="21"/>
        </w:rPr>
        <w:t xml:space="preserve"> (</w:t>
      </w:r>
      <w:r w:rsidRPr="005753D4">
        <w:rPr>
          <w:rFonts w:ascii="Times New Roman" w:hAnsi="Times New Roman" w:cs="Times New Roman" w:hint="eastAsia"/>
          <w:b/>
          <w:bCs/>
          <w:iCs/>
          <w:szCs w:val="21"/>
        </w:rPr>
        <w:t>4</w:t>
      </w:r>
      <w:r w:rsidRPr="005753D4">
        <w:rPr>
          <w:rFonts w:ascii="Times New Roman" w:hAnsi="Times New Roman" w:cs="Times New Roman"/>
          <w:b/>
          <w:bCs/>
          <w:iCs/>
          <w:szCs w:val="21"/>
        </w:rPr>
        <w:t>)</w:t>
      </w:r>
      <w:bookmarkEnd w:id="17"/>
    </w:p>
    <w:p w14:paraId="2CF06DFE" w14:textId="77777777" w:rsidR="00497B11" w:rsidRPr="00293828" w:rsidRDefault="00497B11" w:rsidP="00617B07">
      <w:pPr>
        <w:spacing w:line="360" w:lineRule="auto"/>
        <w:rPr>
          <w:rFonts w:ascii="Times New Roman" w:hAnsi="Times New Roman"/>
          <w:b/>
          <w:bCs/>
        </w:rPr>
      </w:pPr>
      <w:r>
        <w:rPr>
          <w:rFonts w:ascii="Times New Roman" w:hAnsi="Times New Roman" w:hint="eastAsia"/>
          <w:b/>
          <w:bCs/>
        </w:rPr>
        <w:t>9</w:t>
      </w:r>
      <w:r w:rsidRPr="00293828">
        <w:rPr>
          <w:rFonts w:ascii="Times New Roman" w:hAnsi="Times New Roman"/>
          <w:b/>
          <w:bCs/>
        </w:rPr>
        <w:t>.1 Methods for NMR and ECD calculation</w:t>
      </w:r>
    </w:p>
    <w:p w14:paraId="1EB875ED" w14:textId="77777777" w:rsidR="00497B11" w:rsidRPr="00293828" w:rsidRDefault="00497B11" w:rsidP="00617B07">
      <w:pPr>
        <w:widowControl/>
        <w:spacing w:line="360" w:lineRule="auto"/>
        <w:ind w:firstLineChars="100" w:firstLine="210"/>
        <w:contextualSpacing/>
        <w:rPr>
          <w:rFonts w:ascii="Times New Roman" w:eastAsia="宋体" w:hAnsi="Times New Roman" w:cs="Times New Roman"/>
          <w:iCs/>
          <w:color w:val="000000"/>
          <w:kern w:val="0"/>
          <w:szCs w:val="21"/>
          <w14:ligatures w14:val="none"/>
        </w:rPr>
      </w:pPr>
      <w:r w:rsidRPr="00293828">
        <w:rPr>
          <w:rFonts w:ascii="Times New Roman" w:eastAsia="宋体" w:hAnsi="Times New Roman" w:cs="Times New Roman"/>
          <w:iCs/>
          <w:color w:val="000000"/>
          <w:kern w:val="0"/>
          <w:szCs w:val="21"/>
          <w14:ligatures w14:val="none"/>
        </w:rPr>
        <w:t xml:space="preserve">Conformational searching of </w:t>
      </w:r>
      <w:bookmarkStart w:id="18" w:name="_Hlk167992320"/>
      <w:bookmarkStart w:id="19" w:name="_Hlk167979441"/>
      <w:r w:rsidRPr="00293828">
        <w:rPr>
          <w:rFonts w:ascii="Times New Roman" w:eastAsia="宋体" w:hAnsi="Times New Roman" w:cs="Times New Roman" w:hint="eastAsia"/>
          <w:b/>
          <w:bCs/>
          <w:iCs/>
          <w:color w:val="000000"/>
          <w:kern w:val="0"/>
          <w:szCs w:val="21"/>
          <w14:ligatures w14:val="none"/>
        </w:rPr>
        <w:t>4</w:t>
      </w:r>
      <w:r w:rsidRPr="00293828">
        <w:rPr>
          <w:rFonts w:ascii="Times New Roman" w:eastAsia="宋体" w:hAnsi="Times New Roman" w:cs="Times New Roman"/>
          <w:b/>
          <w:bCs/>
          <w:iCs/>
          <w:color w:val="000000"/>
          <w:kern w:val="0"/>
          <w:szCs w:val="21"/>
          <w14:ligatures w14:val="none"/>
        </w:rPr>
        <w:t>a</w:t>
      </w:r>
      <w:r w:rsidRPr="00293828">
        <w:rPr>
          <w:rFonts w:ascii="Times New Roman" w:eastAsia="宋体" w:hAnsi="Times New Roman" w:cs="Times New Roman"/>
          <w:iCs/>
          <w:color w:val="000000"/>
          <w:kern w:val="0"/>
          <w:szCs w:val="21"/>
          <w14:ligatures w14:val="none"/>
        </w:rPr>
        <w:t xml:space="preserve"> and </w:t>
      </w:r>
      <w:r w:rsidRPr="00293828">
        <w:rPr>
          <w:rFonts w:ascii="Times New Roman" w:eastAsia="宋体" w:hAnsi="Times New Roman" w:cs="Times New Roman" w:hint="eastAsia"/>
          <w:b/>
          <w:bCs/>
          <w:iCs/>
          <w:color w:val="000000"/>
          <w:kern w:val="0"/>
          <w:szCs w:val="21"/>
          <w14:ligatures w14:val="none"/>
        </w:rPr>
        <w:t>4</w:t>
      </w:r>
      <w:r w:rsidRPr="00293828">
        <w:rPr>
          <w:rFonts w:ascii="Times New Roman" w:eastAsia="宋体" w:hAnsi="Times New Roman" w:cs="Times New Roman"/>
          <w:b/>
          <w:bCs/>
          <w:iCs/>
          <w:color w:val="000000"/>
          <w:kern w:val="0"/>
          <w:szCs w:val="21"/>
          <w14:ligatures w14:val="none"/>
        </w:rPr>
        <w:t>b</w:t>
      </w:r>
      <w:bookmarkEnd w:id="18"/>
      <w:r>
        <w:rPr>
          <w:rFonts w:ascii="Times New Roman" w:eastAsia="宋体" w:hAnsi="Times New Roman" w:cs="Times New Roman" w:hint="eastAsia"/>
          <w:b/>
          <w:bCs/>
          <w:iCs/>
          <w:color w:val="000000"/>
          <w:kern w:val="0"/>
          <w:szCs w:val="21"/>
          <w14:ligatures w14:val="none"/>
        </w:rPr>
        <w:t xml:space="preserve"> </w:t>
      </w:r>
      <w:r w:rsidRPr="0095144E">
        <w:rPr>
          <w:rFonts w:ascii="Times New Roman" w:eastAsia="宋体" w:hAnsi="Times New Roman" w:cs="Times New Roman" w:hint="eastAsia"/>
          <w:iCs/>
          <w:color w:val="000000"/>
          <w:kern w:val="0"/>
          <w:szCs w:val="21"/>
          <w14:ligatures w14:val="none"/>
        </w:rPr>
        <w:t>(</w:t>
      </w:r>
      <w:r w:rsidRPr="0095144E">
        <w:rPr>
          <w:rFonts w:ascii="Times New Roman" w:hAnsi="Times New Roman" w:cs="Times New Roman"/>
          <w:color w:val="0000FF"/>
          <w:szCs w:val="21"/>
          <w14:ligatures w14:val="none"/>
        </w:rPr>
        <w:t>Fig. S43</w:t>
      </w:r>
      <w:r w:rsidRPr="0095144E">
        <w:rPr>
          <w:rFonts w:ascii="Times New Roman" w:eastAsia="宋体" w:hAnsi="Times New Roman" w:cs="Times New Roman" w:hint="eastAsia"/>
          <w:iCs/>
          <w:color w:val="000000"/>
          <w:kern w:val="0"/>
          <w:szCs w:val="21"/>
          <w14:ligatures w14:val="none"/>
        </w:rPr>
        <w:t>)</w:t>
      </w:r>
      <w:r w:rsidRPr="00293828">
        <w:rPr>
          <w:rFonts w:ascii="Times New Roman" w:eastAsia="宋体" w:hAnsi="Times New Roman" w:cs="Times New Roman"/>
          <w:iCs/>
          <w:color w:val="000000"/>
          <w:kern w:val="0"/>
          <w:szCs w:val="21"/>
          <w14:ligatures w14:val="none"/>
        </w:rPr>
        <w:t xml:space="preserve"> </w:t>
      </w:r>
      <w:bookmarkEnd w:id="19"/>
      <w:r w:rsidRPr="00293828">
        <w:rPr>
          <w:rFonts w:ascii="Times New Roman" w:eastAsia="宋体" w:hAnsi="Times New Roman" w:cs="Times New Roman"/>
          <w:iCs/>
          <w:color w:val="000000"/>
          <w:kern w:val="0"/>
          <w:szCs w:val="21"/>
          <w14:ligatures w14:val="none"/>
        </w:rPr>
        <w:t xml:space="preserve">were performed with the Crest code (version </w:t>
      </w:r>
      <w:r w:rsidRPr="00293828">
        <w:rPr>
          <w:rFonts w:ascii="Times New Roman" w:eastAsia="宋体" w:hAnsi="Times New Roman" w:cs="Times New Roman" w:hint="eastAsia"/>
          <w:iCs/>
          <w:color w:val="000000"/>
          <w:kern w:val="0"/>
          <w:szCs w:val="21"/>
          <w14:ligatures w14:val="none"/>
        </w:rPr>
        <w:t>3</w:t>
      </w:r>
      <w:r w:rsidRPr="00293828">
        <w:rPr>
          <w:rFonts w:ascii="Times New Roman" w:eastAsia="宋体" w:hAnsi="Times New Roman" w:cs="Times New Roman"/>
          <w:iCs/>
          <w:color w:val="000000"/>
          <w:kern w:val="0"/>
          <w:szCs w:val="21"/>
          <w14:ligatures w14:val="none"/>
        </w:rPr>
        <w:t>.</w:t>
      </w:r>
      <w:r w:rsidRPr="00293828">
        <w:rPr>
          <w:rFonts w:ascii="Times New Roman" w:eastAsia="宋体" w:hAnsi="Times New Roman" w:cs="Times New Roman" w:hint="eastAsia"/>
          <w:iCs/>
          <w:color w:val="000000"/>
          <w:kern w:val="0"/>
          <w:szCs w:val="21"/>
          <w14:ligatures w14:val="none"/>
        </w:rPr>
        <w:t>0.1</w:t>
      </w:r>
      <w:r w:rsidRPr="00293828">
        <w:rPr>
          <w:rFonts w:ascii="Times New Roman" w:eastAsia="宋体" w:hAnsi="Times New Roman" w:cs="Times New Roman"/>
          <w:iCs/>
          <w:color w:val="000000"/>
          <w:kern w:val="0"/>
          <w:szCs w:val="21"/>
          <w14:ligatures w14:val="none"/>
        </w:rPr>
        <w:t xml:space="preserve">) using the default procedure </w:t>
      </w:r>
      <w:r w:rsidRPr="0095144E">
        <w:rPr>
          <w:rFonts w:ascii="Times New Roman" w:hAnsi="Times New Roman" w:cs="Times New Roman"/>
          <w:color w:val="0000FF"/>
          <w:szCs w:val="21"/>
          <w14:ligatures w14:val="none"/>
        </w:rPr>
        <w:t>[1]</w:t>
      </w:r>
      <w:r w:rsidRPr="00293828">
        <w:rPr>
          <w:rFonts w:ascii="Times New Roman" w:eastAsia="宋体" w:hAnsi="Times New Roman" w:cs="Times New Roman"/>
          <w:iCs/>
          <w:color w:val="000000"/>
          <w:kern w:val="0"/>
          <w:szCs w:val="21"/>
          <w14:ligatures w14:val="none"/>
        </w:rPr>
        <w:t>.</w:t>
      </w:r>
      <w:bookmarkStart w:id="20" w:name="_Hlk57809209"/>
      <w:r w:rsidRPr="00293828">
        <w:rPr>
          <w:rFonts w:ascii="Times New Roman" w:eastAsia="宋体" w:hAnsi="Times New Roman" w:cs="Times New Roman"/>
          <w:iCs/>
          <w:color w:val="000000"/>
          <w:kern w:val="0"/>
          <w:szCs w:val="21"/>
          <w14:ligatures w14:val="none"/>
        </w:rPr>
        <w:t xml:space="preserve"> </w:t>
      </w:r>
      <w:bookmarkEnd w:id="20"/>
      <w:r w:rsidRPr="00293828">
        <w:rPr>
          <w:rFonts w:ascii="Times New Roman" w:eastAsia="宋体" w:hAnsi="Times New Roman" w:cs="Times New Roman"/>
          <w:iCs/>
          <w:color w:val="000000"/>
          <w:kern w:val="0"/>
          <w:szCs w:val="21"/>
          <w14:ligatures w14:val="none"/>
        </w:rPr>
        <w:t>Th</w:t>
      </w:r>
      <w:r w:rsidRPr="00293828">
        <w:rPr>
          <w:rFonts w:ascii="Times New Roman" w:eastAsia="宋体" w:hAnsi="Times New Roman" w:cs="Times New Roman" w:hint="eastAsia"/>
          <w:iCs/>
          <w:color w:val="000000"/>
          <w:kern w:val="0"/>
          <w:szCs w:val="21"/>
          <w14:ligatures w14:val="none"/>
        </w:rPr>
        <w:t>ose</w:t>
      </w:r>
      <w:r w:rsidRPr="00293828">
        <w:rPr>
          <w:rFonts w:ascii="Times New Roman" w:eastAsia="宋体" w:hAnsi="Times New Roman" w:cs="Times New Roman"/>
          <w:iCs/>
          <w:color w:val="000000"/>
          <w:kern w:val="0"/>
          <w:szCs w:val="21"/>
          <w14:ligatures w14:val="none"/>
        </w:rPr>
        <w:t xml:space="preserve"> conformers </w:t>
      </w:r>
      <w:r w:rsidRPr="00293828">
        <w:rPr>
          <w:rFonts w:ascii="Times New Roman" w:eastAsia="宋体" w:hAnsi="Times New Roman" w:cs="Times New Roman" w:hint="eastAsia"/>
          <w:iCs/>
          <w:color w:val="000000"/>
          <w:kern w:val="0"/>
          <w:szCs w:val="21"/>
          <w14:ligatures w14:val="none"/>
        </w:rPr>
        <w:t>within an energy cut-off of 4 kcal/mol</w:t>
      </w:r>
      <w:r w:rsidRPr="00293828">
        <w:rPr>
          <w:rFonts w:ascii="Times New Roman" w:eastAsia="宋体" w:hAnsi="Times New Roman" w:cs="Times New Roman"/>
          <w:iCs/>
          <w:color w:val="000000"/>
          <w:kern w:val="0"/>
          <w:szCs w:val="21"/>
          <w14:ligatures w14:val="none"/>
        </w:rPr>
        <w:t xml:space="preserve"> were subjected to DFT geometry optimizations at B3LYP-D3BJ/6-31G(d) level of theory in the gas phase. Frequency analys</w:t>
      </w:r>
      <w:r w:rsidRPr="00293828">
        <w:rPr>
          <w:rFonts w:ascii="Times New Roman" w:eastAsia="宋体" w:hAnsi="Times New Roman" w:cs="Times New Roman" w:hint="eastAsia"/>
          <w:iCs/>
          <w:color w:val="000000"/>
          <w:kern w:val="0"/>
          <w:szCs w:val="21"/>
          <w14:ligatures w14:val="none"/>
        </w:rPr>
        <w:t>is</w:t>
      </w:r>
      <w:r w:rsidRPr="00293828">
        <w:rPr>
          <w:rFonts w:ascii="Times New Roman" w:eastAsia="宋体" w:hAnsi="Times New Roman" w:cs="Times New Roman"/>
          <w:iCs/>
          <w:color w:val="000000"/>
          <w:kern w:val="0"/>
          <w:szCs w:val="21"/>
          <w14:ligatures w14:val="none"/>
        </w:rPr>
        <w:t xml:space="preserve"> of all optimized conformers </w:t>
      </w:r>
      <w:proofErr w:type="gramStart"/>
      <w:r w:rsidRPr="00293828">
        <w:rPr>
          <w:rFonts w:ascii="Times New Roman" w:eastAsia="宋体" w:hAnsi="Times New Roman" w:cs="Times New Roman"/>
          <w:iCs/>
          <w:color w:val="000000"/>
          <w:kern w:val="0"/>
          <w:szCs w:val="21"/>
          <w14:ligatures w14:val="none"/>
        </w:rPr>
        <w:t>were</w:t>
      </w:r>
      <w:proofErr w:type="gramEnd"/>
      <w:r w:rsidRPr="00293828">
        <w:rPr>
          <w:rFonts w:ascii="Times New Roman" w:eastAsia="宋体" w:hAnsi="Times New Roman" w:cs="Times New Roman"/>
          <w:iCs/>
          <w:color w:val="000000"/>
          <w:kern w:val="0"/>
          <w:szCs w:val="21"/>
          <w14:ligatures w14:val="none"/>
        </w:rPr>
        <w:t xml:space="preserve"> undertaken at the same level of theory to ensure that no imaginary frequency exists. More accurate energies of optimized conformers were evaluated at M06-2X-D3/6-311+G(2</w:t>
      </w:r>
      <w:proofErr w:type="gramStart"/>
      <w:r w:rsidRPr="00293828">
        <w:rPr>
          <w:rFonts w:ascii="Times New Roman" w:eastAsia="宋体" w:hAnsi="Times New Roman" w:cs="Times New Roman"/>
          <w:iCs/>
          <w:color w:val="000000"/>
          <w:kern w:val="0"/>
          <w:szCs w:val="21"/>
          <w14:ligatures w14:val="none"/>
        </w:rPr>
        <w:t>d,p</w:t>
      </w:r>
      <w:proofErr w:type="gramEnd"/>
      <w:r w:rsidRPr="00293828">
        <w:rPr>
          <w:rFonts w:ascii="Times New Roman" w:eastAsia="宋体" w:hAnsi="Times New Roman" w:cs="Times New Roman"/>
          <w:iCs/>
          <w:color w:val="000000"/>
          <w:kern w:val="0"/>
          <w:szCs w:val="21"/>
          <w14:ligatures w14:val="none"/>
        </w:rPr>
        <w:t>) level of theory in the gas phase, and were then added to “thermal correction to Gibbs free energies” obtained by frequency analysis to get the Gibbs free energy of each conformer. Those two B3LYP geometries with RMSD below 0.15 Å and energy difference below 0.15 kcal were regarded as duplicate conformers, and the one with higher energy was removed. Subsequently, Room-temperature (298.15 K) equilibrium populations were calculated according to Boltzmann distribution law:</w:t>
      </w:r>
    </w:p>
    <w:p w14:paraId="2590D7F8" w14:textId="77777777" w:rsidR="00497B11" w:rsidRPr="00293828" w:rsidRDefault="00000000" w:rsidP="00617B07">
      <w:pPr>
        <w:spacing w:line="360" w:lineRule="auto"/>
        <w:rPr>
          <w:rFonts w:ascii="Times New Roman" w:hAnsi="Times New Roman" w:cs="Times New Roman"/>
          <w:iCs/>
          <w:color w:val="000000"/>
          <w:szCs w:val="21"/>
          <w14:ligatures w14:val="none"/>
        </w:rPr>
      </w:pPr>
      <m:oMathPara>
        <m:oMath>
          <m:sSub>
            <m:sSubPr>
              <m:ctrlPr>
                <w:rPr>
                  <w:rFonts w:ascii="Cambria Math" w:hAnsi="Cambria Math" w:cs="Times New Roman"/>
                  <w:color w:val="000000"/>
                  <w:szCs w:val="21"/>
                  <w14:ligatures w14:val="none"/>
                </w:rPr>
              </m:ctrlPr>
            </m:sSubPr>
            <m:e>
              <m:r>
                <w:rPr>
                  <w:rFonts w:ascii="Cambria Math" w:hAnsi="Cambria Math" w:cs="Times New Roman"/>
                  <w:color w:val="000000"/>
                  <w:szCs w:val="21"/>
                  <w14:ligatures w14:val="none"/>
                </w:rPr>
                <m:t>p</m:t>
              </m:r>
            </m:e>
            <m:sub>
              <m:r>
                <w:rPr>
                  <w:rFonts w:ascii="Cambria Math" w:hAnsi="Cambria Math" w:cs="Times New Roman"/>
                  <w:color w:val="000000"/>
                  <w:szCs w:val="21"/>
                  <w14:ligatures w14:val="none"/>
                </w:rPr>
                <m:t>i</m:t>
              </m:r>
            </m:sub>
          </m:sSub>
          <m:r>
            <m:rPr>
              <m:sty m:val="p"/>
            </m:rPr>
            <w:rPr>
              <w:rFonts w:ascii="Cambria Math" w:hAnsi="Cambria Math" w:cs="Times New Roman"/>
              <w:color w:val="000000"/>
              <w:szCs w:val="21"/>
              <w14:ligatures w14:val="none"/>
            </w:rPr>
            <m:t xml:space="preserve">= </m:t>
          </m:r>
          <m:f>
            <m:fPr>
              <m:ctrlPr>
                <w:rPr>
                  <w:rFonts w:ascii="Cambria Math" w:hAnsi="Cambria Math" w:cs="Times New Roman"/>
                  <w:color w:val="000000"/>
                  <w:szCs w:val="21"/>
                  <w14:ligatures w14:val="none"/>
                </w:rPr>
              </m:ctrlPr>
            </m:fPr>
            <m:num>
              <m:sSub>
                <m:sSubPr>
                  <m:ctrlPr>
                    <w:rPr>
                      <w:rFonts w:ascii="Cambria Math" w:hAnsi="Cambria Math" w:cs="Times New Roman"/>
                      <w:color w:val="000000"/>
                      <w:szCs w:val="21"/>
                      <w14:ligatures w14:val="none"/>
                    </w:rPr>
                  </m:ctrlPr>
                </m:sSubPr>
                <m:e>
                  <m:r>
                    <w:rPr>
                      <w:rFonts w:ascii="Cambria Math" w:hAnsi="Cambria Math" w:cs="Times New Roman"/>
                      <w:color w:val="000000"/>
                      <w:szCs w:val="21"/>
                      <w14:ligatures w14:val="none"/>
                    </w:rPr>
                    <m:t>n</m:t>
                  </m:r>
                </m:e>
                <m:sub>
                  <m:r>
                    <w:rPr>
                      <w:rFonts w:ascii="Cambria Math" w:hAnsi="Cambria Math" w:cs="Times New Roman"/>
                      <w:color w:val="000000"/>
                      <w:szCs w:val="21"/>
                      <w14:ligatures w14:val="none"/>
                    </w:rPr>
                    <m:t>i</m:t>
                  </m:r>
                </m:sub>
              </m:sSub>
            </m:num>
            <m:den>
              <m:nary>
                <m:naryPr>
                  <m:chr m:val="∑"/>
                  <m:limLoc m:val="subSup"/>
                  <m:supHide m:val="1"/>
                  <m:ctrlPr>
                    <w:rPr>
                      <w:rFonts w:ascii="Cambria Math" w:hAnsi="Cambria Math" w:cs="Times New Roman"/>
                      <w:color w:val="000000"/>
                      <w:szCs w:val="21"/>
                      <w14:ligatures w14:val="none"/>
                    </w:rPr>
                  </m:ctrlPr>
                </m:naryPr>
                <m:sub>
                  <m:r>
                    <w:rPr>
                      <w:rFonts w:ascii="Cambria Math" w:hAnsi="Cambria Math" w:cs="Times New Roman"/>
                      <w:color w:val="000000"/>
                      <w:szCs w:val="21"/>
                      <w14:ligatures w14:val="none"/>
                    </w:rPr>
                    <m:t>j</m:t>
                  </m:r>
                </m:sub>
                <m:sup/>
                <m:e>
                  <m:sSub>
                    <m:sSubPr>
                      <m:ctrlPr>
                        <w:rPr>
                          <w:rFonts w:ascii="Cambria Math" w:hAnsi="Cambria Math" w:cs="Times New Roman"/>
                          <w:color w:val="000000"/>
                          <w:szCs w:val="21"/>
                          <w14:ligatures w14:val="none"/>
                        </w:rPr>
                      </m:ctrlPr>
                    </m:sSubPr>
                    <m:e>
                      <m:r>
                        <w:rPr>
                          <w:rFonts w:ascii="Cambria Math" w:hAnsi="Cambria Math" w:cs="Times New Roman"/>
                          <w:color w:val="000000"/>
                          <w:szCs w:val="21"/>
                          <w14:ligatures w14:val="none"/>
                        </w:rPr>
                        <m:t>n</m:t>
                      </m:r>
                    </m:e>
                    <m:sub>
                      <m:r>
                        <w:rPr>
                          <w:rFonts w:ascii="Cambria Math" w:hAnsi="Cambria Math" w:cs="Times New Roman"/>
                          <w:color w:val="000000"/>
                          <w:szCs w:val="21"/>
                          <w14:ligatures w14:val="none"/>
                        </w:rPr>
                        <m:t>j</m:t>
                      </m:r>
                    </m:sub>
                  </m:sSub>
                </m:e>
              </m:nary>
            </m:den>
          </m:f>
          <m:r>
            <m:rPr>
              <m:sty m:val="p"/>
            </m:rPr>
            <w:rPr>
              <w:rFonts w:ascii="Cambria Math" w:hAnsi="Cambria Math" w:cs="Times New Roman"/>
              <w:color w:val="000000"/>
              <w:szCs w:val="21"/>
              <w14:ligatures w14:val="none"/>
            </w:rPr>
            <m:t xml:space="preserve">= </m:t>
          </m:r>
          <m:f>
            <m:fPr>
              <m:ctrlPr>
                <w:rPr>
                  <w:rFonts w:ascii="Cambria Math" w:hAnsi="Cambria Math" w:cs="Times New Roman"/>
                  <w:color w:val="000000"/>
                  <w:szCs w:val="21"/>
                  <w14:ligatures w14:val="none"/>
                </w:rPr>
              </m:ctrlPr>
            </m:fPr>
            <m:num>
              <m:sSup>
                <m:sSupPr>
                  <m:ctrlPr>
                    <w:rPr>
                      <w:rFonts w:ascii="Cambria Math" w:hAnsi="Cambria Math" w:cs="Times New Roman"/>
                      <w:color w:val="000000"/>
                      <w:szCs w:val="21"/>
                      <w14:ligatures w14:val="none"/>
                    </w:rPr>
                  </m:ctrlPr>
                </m:sSupPr>
                <m:e>
                  <m:r>
                    <w:rPr>
                      <w:rFonts w:ascii="Cambria Math" w:hAnsi="Cambria Math" w:cs="Times New Roman"/>
                      <w:color w:val="000000"/>
                      <w:szCs w:val="21"/>
                      <w14:ligatures w14:val="none"/>
                    </w:rPr>
                    <m:t>e</m:t>
                  </m:r>
                </m:e>
                <m:sup>
                  <m:r>
                    <m:rPr>
                      <m:sty m:val="p"/>
                    </m:rPr>
                    <w:rPr>
                      <w:rFonts w:ascii="Cambria Math" w:hAnsi="Cambria Math" w:cs="Times New Roman"/>
                      <w:color w:val="000000"/>
                      <w:szCs w:val="21"/>
                      <w14:ligatures w14:val="none"/>
                    </w:rPr>
                    <m:t>-</m:t>
                  </m:r>
                  <m:r>
                    <w:rPr>
                      <w:rFonts w:ascii="Cambria Math" w:hAnsi="Cambria Math" w:cs="Times New Roman"/>
                      <w:color w:val="000000"/>
                      <w:szCs w:val="21"/>
                      <w14:ligatures w14:val="none"/>
                    </w:rPr>
                    <m:t>Δ</m:t>
                  </m:r>
                  <m:sSub>
                    <m:sSubPr>
                      <m:ctrlPr>
                        <w:rPr>
                          <w:rFonts w:ascii="Cambria Math" w:hAnsi="Cambria Math" w:cs="Times New Roman"/>
                          <w:color w:val="000000"/>
                          <w:szCs w:val="21"/>
                          <w14:ligatures w14:val="none"/>
                        </w:rPr>
                      </m:ctrlPr>
                    </m:sSubPr>
                    <m:e>
                      <m:r>
                        <w:rPr>
                          <w:rFonts w:ascii="Cambria Math" w:hAnsi="Cambria Math" w:cs="Times New Roman"/>
                          <w:color w:val="000000"/>
                          <w:szCs w:val="21"/>
                          <w14:ligatures w14:val="none"/>
                        </w:rPr>
                        <m:t>G</m:t>
                      </m:r>
                    </m:e>
                    <m:sub>
                      <m:r>
                        <w:rPr>
                          <w:rFonts w:ascii="Cambria Math" w:hAnsi="Cambria Math" w:cs="Times New Roman"/>
                          <w:color w:val="000000"/>
                          <w:szCs w:val="21"/>
                          <w14:ligatures w14:val="none"/>
                        </w:rPr>
                        <m:t>i</m:t>
                      </m:r>
                    </m:sub>
                  </m:sSub>
                  <m:r>
                    <m:rPr>
                      <m:sty m:val="p"/>
                    </m:rPr>
                    <w:rPr>
                      <w:rFonts w:ascii="Cambria Math" w:hAnsi="Cambria Math" w:cs="Times New Roman"/>
                      <w:color w:val="000000"/>
                      <w:szCs w:val="21"/>
                      <w14:ligatures w14:val="none"/>
                    </w:rPr>
                    <m:t>/</m:t>
                  </m:r>
                  <m:r>
                    <w:rPr>
                      <w:rFonts w:ascii="Cambria Math" w:hAnsi="Cambria Math" w:cs="Times New Roman"/>
                      <w:color w:val="000000"/>
                      <w:szCs w:val="21"/>
                      <w14:ligatures w14:val="none"/>
                    </w:rPr>
                    <m:t>RT</m:t>
                  </m:r>
                </m:sup>
              </m:sSup>
            </m:num>
            <m:den>
              <m:nary>
                <m:naryPr>
                  <m:chr m:val="∑"/>
                  <m:limLoc m:val="subSup"/>
                  <m:supHide m:val="1"/>
                  <m:ctrlPr>
                    <w:rPr>
                      <w:rFonts w:ascii="Cambria Math" w:hAnsi="Cambria Math" w:cs="Times New Roman"/>
                      <w:color w:val="000000"/>
                      <w:szCs w:val="21"/>
                      <w14:ligatures w14:val="none"/>
                    </w:rPr>
                  </m:ctrlPr>
                </m:naryPr>
                <m:sub>
                  <m:r>
                    <w:rPr>
                      <w:rFonts w:ascii="Cambria Math" w:hAnsi="Cambria Math" w:cs="Times New Roman"/>
                      <w:color w:val="000000"/>
                      <w:szCs w:val="21"/>
                      <w14:ligatures w14:val="none"/>
                    </w:rPr>
                    <m:t>j</m:t>
                  </m:r>
                </m:sub>
                <m:sup/>
                <m:e>
                  <m:sSup>
                    <m:sSupPr>
                      <m:ctrlPr>
                        <w:rPr>
                          <w:rFonts w:ascii="Cambria Math" w:hAnsi="Cambria Math" w:cs="Times New Roman"/>
                          <w:color w:val="000000"/>
                          <w:szCs w:val="21"/>
                          <w14:ligatures w14:val="none"/>
                        </w:rPr>
                      </m:ctrlPr>
                    </m:sSupPr>
                    <m:e>
                      <m:r>
                        <w:rPr>
                          <w:rFonts w:ascii="Cambria Math" w:hAnsi="Cambria Math" w:cs="Times New Roman"/>
                          <w:color w:val="000000"/>
                          <w:szCs w:val="21"/>
                          <w14:ligatures w14:val="none"/>
                        </w:rPr>
                        <m:t>e</m:t>
                      </m:r>
                    </m:e>
                    <m:sup>
                      <m:r>
                        <m:rPr>
                          <m:sty m:val="p"/>
                        </m:rPr>
                        <w:rPr>
                          <w:rFonts w:ascii="Cambria Math" w:hAnsi="Cambria Math" w:cs="Times New Roman"/>
                          <w:color w:val="000000"/>
                          <w:szCs w:val="21"/>
                          <w14:ligatures w14:val="none"/>
                        </w:rPr>
                        <m:t>-</m:t>
                      </m:r>
                      <m:r>
                        <w:rPr>
                          <w:rFonts w:ascii="Cambria Math" w:hAnsi="Cambria Math" w:cs="Times New Roman"/>
                          <w:color w:val="000000"/>
                          <w:szCs w:val="21"/>
                          <w14:ligatures w14:val="none"/>
                        </w:rPr>
                        <m:t>Δ</m:t>
                      </m:r>
                      <m:sSub>
                        <m:sSubPr>
                          <m:ctrlPr>
                            <w:rPr>
                              <w:rFonts w:ascii="Cambria Math" w:hAnsi="Cambria Math" w:cs="Times New Roman"/>
                              <w:color w:val="000000"/>
                              <w:szCs w:val="21"/>
                              <w14:ligatures w14:val="none"/>
                            </w:rPr>
                          </m:ctrlPr>
                        </m:sSubPr>
                        <m:e>
                          <m:r>
                            <w:rPr>
                              <w:rFonts w:ascii="Cambria Math" w:hAnsi="Cambria Math" w:cs="Times New Roman"/>
                              <w:color w:val="000000"/>
                              <w:szCs w:val="21"/>
                              <w14:ligatures w14:val="none"/>
                            </w:rPr>
                            <m:t>G</m:t>
                          </m:r>
                        </m:e>
                        <m:sub>
                          <m:r>
                            <w:rPr>
                              <w:rFonts w:ascii="Cambria Math" w:hAnsi="Cambria Math" w:cs="Times New Roman"/>
                              <w:color w:val="000000"/>
                              <w:szCs w:val="21"/>
                              <w14:ligatures w14:val="none"/>
                            </w:rPr>
                            <m:t>j</m:t>
                          </m:r>
                        </m:sub>
                      </m:sSub>
                      <m:r>
                        <m:rPr>
                          <m:sty m:val="p"/>
                        </m:rPr>
                        <w:rPr>
                          <w:rFonts w:ascii="Cambria Math" w:hAnsi="Cambria Math" w:cs="Times New Roman"/>
                          <w:color w:val="000000"/>
                          <w:szCs w:val="21"/>
                          <w14:ligatures w14:val="none"/>
                        </w:rPr>
                        <m:t>/</m:t>
                      </m:r>
                      <m:r>
                        <w:rPr>
                          <w:rFonts w:ascii="Cambria Math" w:hAnsi="Cambria Math" w:cs="Times New Roman"/>
                          <w:color w:val="000000"/>
                          <w:szCs w:val="21"/>
                          <w14:ligatures w14:val="none"/>
                        </w:rPr>
                        <m:t>RT</m:t>
                      </m:r>
                    </m:sup>
                  </m:sSup>
                </m:e>
              </m:nary>
            </m:den>
          </m:f>
        </m:oMath>
      </m:oMathPara>
    </w:p>
    <w:p w14:paraId="40BA1AE3" w14:textId="77777777" w:rsidR="00497B11" w:rsidRPr="00293828" w:rsidRDefault="00497B11" w:rsidP="00617B07">
      <w:pPr>
        <w:spacing w:line="360" w:lineRule="auto"/>
        <w:ind w:firstLineChars="100" w:firstLine="210"/>
        <w:rPr>
          <w:rFonts w:ascii="Times New Roman" w:hAnsi="Times New Roman" w:cs="Times New Roman"/>
          <w:iCs/>
          <w:color w:val="000000"/>
          <w:szCs w:val="21"/>
          <w14:ligatures w14:val="none"/>
        </w:rPr>
      </w:pPr>
      <w:r w:rsidRPr="00293828">
        <w:rPr>
          <w:rFonts w:ascii="Times New Roman" w:hAnsi="Times New Roman" w:cs="Times New Roman"/>
          <w:iCs/>
          <w:color w:val="000000"/>
          <w:szCs w:val="21"/>
          <w:lang w:val="en-GB"/>
          <w14:ligatures w14:val="none"/>
        </w:rPr>
        <w:t xml:space="preserve">Where </w:t>
      </w:r>
      <w:r w:rsidRPr="00293828">
        <w:rPr>
          <w:rFonts w:ascii="Times New Roman" w:hAnsi="Times New Roman" w:cs="Times New Roman"/>
          <w:i/>
          <w:iCs/>
          <w:color w:val="000000"/>
          <w:szCs w:val="21"/>
          <w:lang w:val="en-GB"/>
          <w14:ligatures w14:val="none"/>
        </w:rPr>
        <w:t>P</w:t>
      </w:r>
      <w:r w:rsidRPr="00293828">
        <w:rPr>
          <w:rFonts w:ascii="Times New Roman" w:hAnsi="Times New Roman" w:cs="Times New Roman"/>
          <w:i/>
          <w:iCs/>
          <w:color w:val="000000"/>
          <w:szCs w:val="21"/>
          <w:vertAlign w:val="subscript"/>
          <w:lang w:val="en-GB"/>
          <w14:ligatures w14:val="none"/>
        </w:rPr>
        <w:t xml:space="preserve">i </w:t>
      </w:r>
      <w:r w:rsidRPr="00293828">
        <w:rPr>
          <w:rFonts w:ascii="Times New Roman" w:hAnsi="Times New Roman" w:cs="Times New Roman"/>
          <w:iCs/>
          <w:color w:val="000000"/>
          <w:szCs w:val="21"/>
          <w:lang w:val="en-GB"/>
          <w14:ligatures w14:val="none"/>
        </w:rPr>
        <w:t xml:space="preserve">is the population of the </w:t>
      </w:r>
      <w:proofErr w:type="spellStart"/>
      <w:r w:rsidRPr="00293828">
        <w:rPr>
          <w:rFonts w:ascii="Times New Roman" w:hAnsi="Times New Roman" w:cs="Times New Roman"/>
          <w:i/>
          <w:iCs/>
          <w:color w:val="000000"/>
          <w:szCs w:val="21"/>
          <w:lang w:val="en-GB"/>
          <w14:ligatures w14:val="none"/>
        </w:rPr>
        <w:t>i</w:t>
      </w:r>
      <w:r w:rsidRPr="00293828">
        <w:rPr>
          <w:rFonts w:ascii="Times New Roman" w:hAnsi="Times New Roman" w:cs="Times New Roman"/>
          <w:i/>
          <w:iCs/>
          <w:color w:val="000000"/>
          <w:szCs w:val="21"/>
          <w:vertAlign w:val="superscript"/>
          <w:lang w:val="en-GB"/>
          <w14:ligatures w14:val="none"/>
        </w:rPr>
        <w:t>th</w:t>
      </w:r>
      <w:proofErr w:type="spellEnd"/>
      <w:r w:rsidRPr="00293828">
        <w:rPr>
          <w:rFonts w:ascii="Times New Roman" w:hAnsi="Times New Roman" w:cs="Times New Roman"/>
          <w:i/>
          <w:iCs/>
          <w:color w:val="000000"/>
          <w:szCs w:val="21"/>
          <w:vertAlign w:val="superscript"/>
          <w:lang w:val="en-GB"/>
          <w14:ligatures w14:val="none"/>
        </w:rPr>
        <w:t xml:space="preserve"> </w:t>
      </w:r>
      <w:r w:rsidRPr="00293828">
        <w:rPr>
          <w:rFonts w:ascii="Times New Roman" w:hAnsi="Times New Roman" w:cs="Times New Roman"/>
          <w:iCs/>
          <w:color w:val="000000"/>
          <w:szCs w:val="21"/>
          <w:lang w:val="en-GB"/>
          <w14:ligatures w14:val="none"/>
        </w:rPr>
        <w:t xml:space="preserve">conformer; </w:t>
      </w:r>
      <w:proofErr w:type="spellStart"/>
      <w:r w:rsidRPr="00293828">
        <w:rPr>
          <w:rFonts w:ascii="Times New Roman" w:hAnsi="Times New Roman" w:cs="Times New Roman"/>
          <w:i/>
          <w:iCs/>
          <w:color w:val="000000"/>
          <w:szCs w:val="21"/>
          <w:lang w:val="en-GB"/>
          <w14:ligatures w14:val="none"/>
        </w:rPr>
        <w:t>n</w:t>
      </w:r>
      <w:r w:rsidRPr="00293828">
        <w:rPr>
          <w:rFonts w:ascii="Times New Roman" w:hAnsi="Times New Roman" w:cs="Times New Roman"/>
          <w:i/>
          <w:iCs/>
          <w:color w:val="000000"/>
          <w:szCs w:val="21"/>
          <w:vertAlign w:val="subscript"/>
          <w:lang w:val="en-GB"/>
          <w14:ligatures w14:val="none"/>
        </w:rPr>
        <w:t>i</w:t>
      </w:r>
      <w:proofErr w:type="spellEnd"/>
      <w:r w:rsidRPr="00293828">
        <w:rPr>
          <w:rFonts w:ascii="Times New Roman" w:hAnsi="Times New Roman" w:cs="Times New Roman"/>
          <w:iCs/>
          <w:color w:val="000000"/>
          <w:szCs w:val="21"/>
          <w:lang w:val="en-GB"/>
          <w14:ligatures w14:val="none"/>
        </w:rPr>
        <w:t xml:space="preserve"> the number of molecules in </w:t>
      </w:r>
      <w:proofErr w:type="spellStart"/>
      <w:r w:rsidRPr="00293828">
        <w:rPr>
          <w:rFonts w:ascii="Times New Roman" w:hAnsi="Times New Roman" w:cs="Times New Roman"/>
          <w:i/>
          <w:iCs/>
          <w:color w:val="000000"/>
          <w:szCs w:val="21"/>
          <w:lang w:val="en-GB"/>
          <w14:ligatures w14:val="none"/>
        </w:rPr>
        <w:t>i</w:t>
      </w:r>
      <w:r w:rsidRPr="00293828">
        <w:rPr>
          <w:rFonts w:ascii="Times New Roman" w:hAnsi="Times New Roman" w:cs="Times New Roman"/>
          <w:i/>
          <w:iCs/>
          <w:color w:val="000000"/>
          <w:szCs w:val="21"/>
          <w:vertAlign w:val="superscript"/>
          <w:lang w:val="en-GB"/>
          <w14:ligatures w14:val="none"/>
        </w:rPr>
        <w:t>th</w:t>
      </w:r>
      <w:proofErr w:type="spellEnd"/>
      <w:r w:rsidRPr="00293828">
        <w:rPr>
          <w:rFonts w:ascii="Times New Roman" w:hAnsi="Times New Roman" w:cs="Times New Roman"/>
          <w:i/>
          <w:iCs/>
          <w:color w:val="000000"/>
          <w:szCs w:val="21"/>
          <w:vertAlign w:val="superscript"/>
          <w:lang w:val="en-GB"/>
          <w14:ligatures w14:val="none"/>
        </w:rPr>
        <w:t xml:space="preserve"> </w:t>
      </w:r>
      <w:r w:rsidRPr="00293828">
        <w:rPr>
          <w:rFonts w:ascii="Times New Roman" w:hAnsi="Times New Roman" w:cs="Times New Roman"/>
          <w:iCs/>
          <w:color w:val="000000"/>
          <w:szCs w:val="21"/>
          <w:lang w:val="en-GB"/>
          <w14:ligatures w14:val="none"/>
        </w:rPr>
        <w:t xml:space="preserve">conformer; </w:t>
      </w:r>
      <w:r w:rsidRPr="00293828">
        <w:rPr>
          <w:rFonts w:ascii="Times New Roman" w:hAnsi="Times New Roman" w:cs="Times New Roman"/>
          <w:i/>
          <w:iCs/>
          <w:color w:val="000000"/>
          <w:szCs w:val="21"/>
          <w:lang w:val="en-GB"/>
          <w14:ligatures w14:val="none"/>
        </w:rPr>
        <w:t>ΔG</w:t>
      </w:r>
      <w:r w:rsidRPr="00293828">
        <w:rPr>
          <w:rFonts w:ascii="Times New Roman" w:hAnsi="Times New Roman" w:cs="Times New Roman"/>
          <w:iCs/>
          <w:color w:val="000000"/>
          <w:szCs w:val="21"/>
          <w:lang w:val="en-GB"/>
          <w14:ligatures w14:val="none"/>
        </w:rPr>
        <w:t xml:space="preserve"> is the relative Gibbs free energy (kcal/mol); </w:t>
      </w:r>
      <w:r w:rsidRPr="00293828">
        <w:rPr>
          <w:rFonts w:ascii="Times New Roman" w:hAnsi="Times New Roman" w:cs="Times New Roman"/>
          <w:i/>
          <w:iCs/>
          <w:color w:val="000000"/>
          <w:szCs w:val="21"/>
          <w:lang w:val="en-GB"/>
          <w14:ligatures w14:val="none"/>
        </w:rPr>
        <w:t xml:space="preserve">T </w:t>
      </w:r>
      <w:r w:rsidRPr="00293828">
        <w:rPr>
          <w:rFonts w:ascii="Times New Roman" w:hAnsi="Times New Roman" w:cs="Times New Roman"/>
          <w:iCs/>
          <w:color w:val="000000"/>
          <w:szCs w:val="21"/>
          <w:lang w:val="en-GB"/>
          <w14:ligatures w14:val="none"/>
        </w:rPr>
        <w:t xml:space="preserve">is room temperature (298.15 K); </w:t>
      </w:r>
      <w:r w:rsidRPr="00293828">
        <w:rPr>
          <w:rFonts w:ascii="Times New Roman" w:hAnsi="Times New Roman" w:cs="Times New Roman"/>
          <w:i/>
          <w:iCs/>
          <w:color w:val="000000"/>
          <w:szCs w:val="21"/>
          <w:lang w:val="en-GB"/>
          <w14:ligatures w14:val="none"/>
        </w:rPr>
        <w:t>R</w:t>
      </w:r>
      <w:r w:rsidRPr="00293828">
        <w:rPr>
          <w:rFonts w:ascii="Times New Roman" w:hAnsi="Times New Roman" w:cs="Times New Roman"/>
          <w:iCs/>
          <w:color w:val="000000"/>
          <w:szCs w:val="21"/>
          <w:lang w:val="en-GB"/>
          <w14:ligatures w14:val="none"/>
        </w:rPr>
        <w:t xml:space="preserve"> is the ideal gas constant (0.0019858995).</w:t>
      </w:r>
    </w:p>
    <w:p w14:paraId="3EA64F7B" w14:textId="77777777" w:rsidR="00497B11" w:rsidRPr="00293828" w:rsidRDefault="00497B11" w:rsidP="00617B07">
      <w:pPr>
        <w:spacing w:line="360" w:lineRule="auto"/>
        <w:ind w:firstLineChars="100" w:firstLine="210"/>
        <w:rPr>
          <w:rFonts w:ascii="Times New Roman" w:hAnsi="Times New Roman" w:cs="Times New Roman"/>
          <w:iCs/>
          <w:szCs w:val="21"/>
          <w14:ligatures w14:val="none"/>
        </w:rPr>
      </w:pPr>
      <w:r w:rsidRPr="00293828">
        <w:rPr>
          <w:rFonts w:ascii="Times New Roman" w:hAnsi="Times New Roman" w:cs="Times New Roman"/>
          <w:iCs/>
          <w:color w:val="000000"/>
          <w:szCs w:val="21"/>
          <w14:ligatures w14:val="none"/>
        </w:rPr>
        <w:t>NMR shielding tensors of all dereplicated conformers were calculated with the GIAO method at mPW1PW91-SCRF/6-31+G(</w:t>
      </w:r>
      <w:proofErr w:type="spellStart"/>
      <w:proofErr w:type="gramStart"/>
      <w:r w:rsidRPr="00293828">
        <w:rPr>
          <w:rFonts w:ascii="Times New Roman" w:hAnsi="Times New Roman" w:cs="Times New Roman"/>
          <w:iCs/>
          <w:color w:val="000000"/>
          <w:szCs w:val="21"/>
          <w14:ligatures w14:val="none"/>
        </w:rPr>
        <w:t>d,p</w:t>
      </w:r>
      <w:proofErr w:type="spellEnd"/>
      <w:proofErr w:type="gramEnd"/>
      <w:r w:rsidRPr="00293828">
        <w:rPr>
          <w:rFonts w:ascii="Times New Roman" w:hAnsi="Times New Roman" w:cs="Times New Roman"/>
          <w:iCs/>
          <w:color w:val="000000"/>
          <w:szCs w:val="21"/>
          <w14:ligatures w14:val="none"/>
        </w:rPr>
        <w:t>) level (</w:t>
      </w:r>
      <w:r w:rsidRPr="00293828">
        <w:rPr>
          <w:rFonts w:ascii="Times New Roman" w:hAnsi="Times New Roman" w:cs="Times New Roman" w:hint="eastAsia"/>
          <w:iCs/>
          <w:color w:val="000000"/>
          <w:szCs w:val="21"/>
          <w14:ligatures w14:val="none"/>
        </w:rPr>
        <w:t>pyridine</w:t>
      </w:r>
      <w:r w:rsidRPr="00293828">
        <w:rPr>
          <w:rFonts w:ascii="Times New Roman" w:hAnsi="Times New Roman" w:cs="Times New Roman"/>
          <w:iCs/>
          <w:color w:val="000000"/>
          <w:szCs w:val="21"/>
          <w14:ligatures w14:val="none"/>
        </w:rPr>
        <w:t>, IEFPCM solvent model). The shielding constants obtained were converted into chemical shifts by referencing to TMS at 0 ppm (</w:t>
      </w:r>
      <w:r w:rsidRPr="00293828">
        <w:rPr>
          <w:rFonts w:ascii="Times New Roman" w:hAnsi="Times New Roman" w:cs="Times New Roman"/>
          <w:i/>
          <w:color w:val="000000"/>
          <w:szCs w:val="21"/>
          <w:lang w:val="zh-CN"/>
          <w14:ligatures w14:val="none"/>
        </w:rPr>
        <w:t>δ</w:t>
      </w:r>
      <w:proofErr w:type="spellStart"/>
      <w:r w:rsidRPr="00293828">
        <w:rPr>
          <w:rFonts w:ascii="Times New Roman" w:hAnsi="Times New Roman" w:cs="Times New Roman"/>
          <w:iCs/>
          <w:color w:val="000000"/>
          <w:szCs w:val="21"/>
          <w:vertAlign w:val="subscript"/>
          <w14:ligatures w14:val="none"/>
        </w:rPr>
        <w:t>cal</w:t>
      </w:r>
      <w:proofErr w:type="spellEnd"/>
      <w:r w:rsidRPr="00293828">
        <w:rPr>
          <w:rFonts w:ascii="Times New Roman" w:hAnsi="Times New Roman" w:cs="Times New Roman"/>
          <w:iCs/>
          <w:color w:val="000000"/>
          <w:szCs w:val="21"/>
          <w14:ligatures w14:val="none"/>
        </w:rPr>
        <w:t xml:space="preserve"> = </w:t>
      </w:r>
      <w:r w:rsidRPr="00293828">
        <w:rPr>
          <w:rFonts w:ascii="Times New Roman" w:hAnsi="Times New Roman" w:cs="Times New Roman"/>
          <w:i/>
          <w:iCs/>
          <w:color w:val="000000"/>
          <w:szCs w:val="21"/>
          <w:lang w:val="zh-CN"/>
          <w14:ligatures w14:val="none"/>
        </w:rPr>
        <w:t>σ</w:t>
      </w:r>
      <w:r w:rsidRPr="00293828">
        <w:rPr>
          <w:rFonts w:ascii="Times New Roman" w:hAnsi="Times New Roman" w:cs="Times New Roman"/>
          <w:iCs/>
          <w:color w:val="000000"/>
          <w:szCs w:val="21"/>
          <w:vertAlign w:val="subscript"/>
          <w14:ligatures w14:val="none"/>
        </w:rPr>
        <w:t>TMS</w:t>
      </w:r>
      <w:r w:rsidRPr="00293828">
        <w:rPr>
          <w:rFonts w:ascii="Times New Roman" w:hAnsi="Times New Roman" w:cs="Times New Roman"/>
          <w:iCs/>
          <w:color w:val="000000"/>
          <w:szCs w:val="21"/>
          <w14:ligatures w14:val="none"/>
        </w:rPr>
        <w:t xml:space="preserve"> – </w:t>
      </w:r>
      <w:r w:rsidRPr="00293828">
        <w:rPr>
          <w:rFonts w:ascii="Times New Roman" w:hAnsi="Times New Roman" w:cs="Times New Roman"/>
          <w:i/>
          <w:iCs/>
          <w:color w:val="000000"/>
          <w:szCs w:val="21"/>
          <w:lang w:val="zh-CN"/>
          <w14:ligatures w14:val="none"/>
        </w:rPr>
        <w:t>σ</w:t>
      </w:r>
      <w:proofErr w:type="spellStart"/>
      <w:r w:rsidRPr="00293828">
        <w:rPr>
          <w:rFonts w:ascii="Times New Roman" w:hAnsi="Times New Roman" w:cs="Times New Roman"/>
          <w:iCs/>
          <w:color w:val="000000"/>
          <w:szCs w:val="21"/>
          <w:vertAlign w:val="subscript"/>
          <w14:ligatures w14:val="none"/>
        </w:rPr>
        <w:t>cal</w:t>
      </w:r>
      <w:proofErr w:type="spellEnd"/>
      <w:r w:rsidRPr="00293828">
        <w:rPr>
          <w:rFonts w:ascii="Times New Roman" w:hAnsi="Times New Roman" w:cs="Times New Roman"/>
          <w:iCs/>
          <w:color w:val="000000"/>
          <w:szCs w:val="21"/>
          <w14:ligatures w14:val="none"/>
        </w:rPr>
        <w:t xml:space="preserve">), where the </w:t>
      </w:r>
      <w:r w:rsidRPr="00293828">
        <w:rPr>
          <w:rFonts w:ascii="Times New Roman" w:hAnsi="Times New Roman" w:cs="Times New Roman"/>
          <w:i/>
          <w:iCs/>
          <w:color w:val="000000"/>
          <w:szCs w:val="21"/>
          <w:lang w:val="zh-CN"/>
          <w14:ligatures w14:val="none"/>
        </w:rPr>
        <w:t>σ</w:t>
      </w:r>
      <w:r w:rsidRPr="00293828">
        <w:rPr>
          <w:rFonts w:ascii="Times New Roman" w:hAnsi="Times New Roman" w:cs="Times New Roman"/>
          <w:iCs/>
          <w:color w:val="000000"/>
          <w:szCs w:val="21"/>
          <w:vertAlign w:val="subscript"/>
          <w14:ligatures w14:val="none"/>
        </w:rPr>
        <w:t>TMS</w:t>
      </w:r>
      <w:r w:rsidRPr="00293828">
        <w:rPr>
          <w:rFonts w:ascii="Times New Roman" w:hAnsi="Times New Roman" w:cs="Times New Roman"/>
          <w:iCs/>
          <w:color w:val="000000"/>
          <w:szCs w:val="21"/>
          <w14:ligatures w14:val="none"/>
        </w:rPr>
        <w:t xml:space="preserve"> was the shielding constant of TMS calculated at the same level.</w:t>
      </w:r>
      <w:r w:rsidRPr="00293828">
        <w:rPr>
          <w:rFonts w:ascii="Times New Roman" w:hAnsi="Times New Roman" w:cs="Times New Roman" w:hint="eastAsia"/>
          <w:iCs/>
          <w:color w:val="000000"/>
          <w:szCs w:val="21"/>
          <w14:ligatures w14:val="none"/>
        </w:rPr>
        <w:t xml:space="preserve"> </w:t>
      </w:r>
      <w:r w:rsidRPr="00293828">
        <w:rPr>
          <w:rFonts w:ascii="Times New Roman" w:hAnsi="Times New Roman" w:cs="Times New Roman"/>
          <w:color w:val="000000"/>
          <w:szCs w:val="21"/>
          <w14:ligatures w14:val="none"/>
        </w:rPr>
        <w:t xml:space="preserve">For </w:t>
      </w:r>
      <w:r w:rsidRPr="00293828">
        <w:rPr>
          <w:rFonts w:ascii="Times New Roman" w:hAnsi="Times New Roman" w:cs="Times New Roman"/>
          <w:b/>
          <w:bCs/>
          <w:iCs/>
          <w:szCs w:val="21"/>
          <w14:ligatures w14:val="none"/>
        </w:rPr>
        <w:t>4a</w:t>
      </w:r>
      <w:r w:rsidRPr="00293828">
        <w:rPr>
          <w:rFonts w:ascii="Times New Roman" w:hAnsi="Times New Roman" w:cs="Times New Roman"/>
          <w:iCs/>
          <w:szCs w:val="21"/>
          <w14:ligatures w14:val="none"/>
        </w:rPr>
        <w:t xml:space="preserve"> and </w:t>
      </w:r>
      <w:r w:rsidRPr="00293828">
        <w:rPr>
          <w:rFonts w:ascii="Times New Roman" w:hAnsi="Times New Roman" w:cs="Times New Roman"/>
          <w:b/>
          <w:bCs/>
          <w:iCs/>
          <w:szCs w:val="21"/>
          <w14:ligatures w14:val="none"/>
        </w:rPr>
        <w:t>4b</w:t>
      </w:r>
      <w:r w:rsidRPr="00293828">
        <w:rPr>
          <w:rFonts w:ascii="Times New Roman" w:hAnsi="Times New Roman" w:cs="Times New Roman"/>
          <w:color w:val="000000"/>
          <w:szCs w:val="21"/>
          <w14:ligatures w14:val="none"/>
        </w:rPr>
        <w:t xml:space="preserve">, the parameters </w:t>
      </w:r>
      <w:r w:rsidRPr="00293828">
        <w:rPr>
          <w:rFonts w:ascii="Times New Roman" w:hAnsi="Times New Roman" w:cs="Times New Roman"/>
          <w:i/>
          <w:iCs/>
          <w:color w:val="000000"/>
          <w:szCs w:val="21"/>
          <w14:ligatures w14:val="none"/>
        </w:rPr>
        <w:t>a</w:t>
      </w:r>
      <w:r w:rsidRPr="00293828">
        <w:rPr>
          <w:rFonts w:ascii="Times New Roman" w:hAnsi="Times New Roman" w:cs="Times New Roman"/>
          <w:color w:val="000000"/>
          <w:szCs w:val="21"/>
          <w14:ligatures w14:val="none"/>
        </w:rPr>
        <w:t xml:space="preserve"> and </w:t>
      </w:r>
      <w:r w:rsidRPr="00293828">
        <w:rPr>
          <w:rFonts w:ascii="Times New Roman" w:hAnsi="Times New Roman" w:cs="Times New Roman"/>
          <w:i/>
          <w:iCs/>
          <w:color w:val="000000"/>
          <w:szCs w:val="21"/>
          <w14:ligatures w14:val="none"/>
        </w:rPr>
        <w:t>b</w:t>
      </w:r>
      <w:r w:rsidRPr="00293828">
        <w:rPr>
          <w:rFonts w:ascii="Times New Roman" w:hAnsi="Times New Roman" w:cs="Times New Roman"/>
          <w:color w:val="000000"/>
          <w:szCs w:val="21"/>
          <w14:ligatures w14:val="none"/>
        </w:rPr>
        <w:t xml:space="preserve"> of the linear regression </w:t>
      </w:r>
      <w:proofErr w:type="spellStart"/>
      <w:r w:rsidRPr="00293828">
        <w:rPr>
          <w:rFonts w:ascii="Times New Roman" w:hAnsi="Times New Roman" w:cs="Times New Roman"/>
          <w:i/>
          <w:color w:val="000000"/>
          <w:szCs w:val="21"/>
          <w14:ligatures w14:val="none"/>
        </w:rPr>
        <w:t>δ</w:t>
      </w:r>
      <w:r w:rsidRPr="00293828">
        <w:rPr>
          <w:rFonts w:ascii="Times New Roman" w:hAnsi="Times New Roman" w:cs="Times New Roman"/>
          <w:color w:val="000000"/>
          <w:szCs w:val="21"/>
          <w:vertAlign w:val="subscript"/>
          <w14:ligatures w14:val="none"/>
        </w:rPr>
        <w:t>cal</w:t>
      </w:r>
      <w:proofErr w:type="spellEnd"/>
      <w:r w:rsidRPr="00293828">
        <w:rPr>
          <w:rFonts w:ascii="Times New Roman" w:hAnsi="Times New Roman" w:cs="Times New Roman"/>
          <w:color w:val="000000"/>
          <w:szCs w:val="21"/>
          <w14:ligatures w14:val="none"/>
        </w:rPr>
        <w:t xml:space="preserve"> = </w:t>
      </w:r>
      <w:proofErr w:type="spellStart"/>
      <w:r w:rsidRPr="00293828">
        <w:rPr>
          <w:rFonts w:ascii="Times New Roman" w:hAnsi="Times New Roman" w:cs="Times New Roman"/>
          <w:i/>
          <w:iCs/>
          <w:color w:val="000000"/>
          <w:szCs w:val="21"/>
          <w14:ligatures w14:val="none"/>
        </w:rPr>
        <w:t>a</w:t>
      </w:r>
      <w:r w:rsidRPr="00293828">
        <w:rPr>
          <w:rFonts w:ascii="Times New Roman" w:hAnsi="Times New Roman" w:cs="Times New Roman"/>
          <w:i/>
          <w:color w:val="000000"/>
          <w:szCs w:val="21"/>
          <w14:ligatures w14:val="none"/>
        </w:rPr>
        <w:t>δ</w:t>
      </w:r>
      <w:r w:rsidRPr="00293828">
        <w:rPr>
          <w:rFonts w:ascii="Times New Roman" w:hAnsi="Times New Roman" w:cs="Times New Roman"/>
          <w:color w:val="000000"/>
          <w:szCs w:val="21"/>
          <w:vertAlign w:val="subscript"/>
          <w14:ligatures w14:val="none"/>
        </w:rPr>
        <w:t>exp</w:t>
      </w:r>
      <w:proofErr w:type="spellEnd"/>
      <w:r w:rsidRPr="00293828">
        <w:rPr>
          <w:rFonts w:ascii="Times New Roman" w:hAnsi="Times New Roman" w:cs="Times New Roman"/>
          <w:color w:val="000000"/>
          <w:szCs w:val="21"/>
          <w14:ligatures w14:val="none"/>
        </w:rPr>
        <w:t xml:space="preserve"> + </w:t>
      </w:r>
      <w:r w:rsidRPr="00293828">
        <w:rPr>
          <w:rFonts w:ascii="Times New Roman" w:hAnsi="Times New Roman" w:cs="Times New Roman"/>
          <w:i/>
          <w:iCs/>
          <w:color w:val="000000"/>
          <w:szCs w:val="21"/>
          <w14:ligatures w14:val="none"/>
        </w:rPr>
        <w:t>b</w:t>
      </w:r>
      <w:r w:rsidRPr="00293828">
        <w:rPr>
          <w:rFonts w:ascii="Times New Roman" w:hAnsi="Times New Roman" w:cs="Times New Roman"/>
          <w:color w:val="000000"/>
          <w:szCs w:val="21"/>
          <w14:ligatures w14:val="none"/>
        </w:rPr>
        <w:t xml:space="preserve">; the correlation coefficient, </w:t>
      </w:r>
      <w:r w:rsidRPr="00293828">
        <w:rPr>
          <w:rFonts w:ascii="Times New Roman" w:hAnsi="Times New Roman" w:cs="Times New Roman"/>
          <w:i/>
          <w:color w:val="000000"/>
          <w:szCs w:val="21"/>
          <w14:ligatures w14:val="none"/>
        </w:rPr>
        <w:t>R</w:t>
      </w:r>
      <w:r w:rsidRPr="00293828">
        <w:rPr>
          <w:rFonts w:ascii="Times New Roman" w:hAnsi="Times New Roman" w:cs="Times New Roman"/>
          <w:i/>
          <w:color w:val="000000"/>
          <w:szCs w:val="21"/>
          <w:vertAlign w:val="superscript"/>
          <w14:ligatures w14:val="none"/>
        </w:rPr>
        <w:t>2</w:t>
      </w:r>
      <w:r w:rsidRPr="00293828">
        <w:rPr>
          <w:rFonts w:ascii="Times New Roman" w:hAnsi="Times New Roman" w:cs="Times New Roman"/>
          <w:color w:val="000000"/>
          <w:szCs w:val="21"/>
          <w14:ligatures w14:val="none"/>
        </w:rPr>
        <w:t>; the mean absolute error (</w:t>
      </w:r>
      <w:r w:rsidRPr="00293828">
        <w:rPr>
          <w:rFonts w:ascii="Times New Roman" w:hAnsi="Times New Roman" w:cs="Times New Roman"/>
          <w:i/>
          <w:color w:val="000000"/>
          <w:szCs w:val="21"/>
          <w14:ligatures w14:val="none"/>
        </w:rPr>
        <w:t>MAE</w:t>
      </w:r>
      <w:r w:rsidRPr="00293828">
        <w:rPr>
          <w:rFonts w:ascii="Times New Roman" w:hAnsi="Times New Roman" w:cs="Times New Roman"/>
          <w:color w:val="000000"/>
          <w:szCs w:val="21"/>
          <w14:ligatures w14:val="none"/>
        </w:rPr>
        <w:t xml:space="preserve">) defined as </w:t>
      </w:r>
      <w:proofErr w:type="spellStart"/>
      <w:r w:rsidRPr="00293828">
        <w:rPr>
          <w:rFonts w:ascii="Times New Roman" w:hAnsi="Times New Roman" w:cs="Times New Roman"/>
          <w:color w:val="000000"/>
          <w:szCs w:val="21"/>
          <w14:ligatures w14:val="none"/>
        </w:rPr>
        <w:t>Σn</w:t>
      </w:r>
      <w:proofErr w:type="spellEnd"/>
      <w:r w:rsidRPr="00293828">
        <w:rPr>
          <w:rFonts w:ascii="Times New Roman" w:hAnsi="Times New Roman" w:cs="Times New Roman"/>
          <w:color w:val="000000"/>
          <w:szCs w:val="21"/>
          <w14:ligatures w14:val="none"/>
        </w:rPr>
        <w:t xml:space="preserve"> |</w:t>
      </w:r>
      <w:proofErr w:type="spellStart"/>
      <w:r w:rsidRPr="00293828">
        <w:rPr>
          <w:rFonts w:ascii="Times New Roman" w:hAnsi="Times New Roman" w:cs="Times New Roman"/>
          <w:i/>
          <w:color w:val="000000"/>
          <w:szCs w:val="21"/>
          <w14:ligatures w14:val="none"/>
        </w:rPr>
        <w:t>δ</w:t>
      </w:r>
      <w:r w:rsidRPr="00293828">
        <w:rPr>
          <w:rFonts w:ascii="Times New Roman" w:hAnsi="Times New Roman" w:cs="Times New Roman"/>
          <w:color w:val="000000"/>
          <w:szCs w:val="21"/>
          <w:vertAlign w:val="subscript"/>
          <w14:ligatures w14:val="none"/>
        </w:rPr>
        <w:t>cal</w:t>
      </w:r>
      <w:proofErr w:type="spellEnd"/>
      <w:r w:rsidRPr="00293828">
        <w:rPr>
          <w:rFonts w:ascii="Times New Roman" w:hAnsi="Times New Roman" w:cs="Times New Roman"/>
          <w:color w:val="000000"/>
          <w:szCs w:val="21"/>
          <w14:ligatures w14:val="none"/>
        </w:rPr>
        <w:t xml:space="preserve"> – </w:t>
      </w:r>
      <w:proofErr w:type="spellStart"/>
      <w:r w:rsidRPr="00293828">
        <w:rPr>
          <w:rFonts w:ascii="Times New Roman" w:hAnsi="Times New Roman" w:cs="Times New Roman"/>
          <w:i/>
          <w:color w:val="000000"/>
          <w:szCs w:val="21"/>
          <w14:ligatures w14:val="none"/>
        </w:rPr>
        <w:t>δ</w:t>
      </w:r>
      <w:r w:rsidRPr="00293828">
        <w:rPr>
          <w:rFonts w:ascii="Times New Roman" w:hAnsi="Times New Roman" w:cs="Times New Roman"/>
          <w:color w:val="000000"/>
          <w:szCs w:val="21"/>
          <w:vertAlign w:val="subscript"/>
          <w14:ligatures w14:val="none"/>
        </w:rPr>
        <w:t>exp</w:t>
      </w:r>
      <w:proofErr w:type="spellEnd"/>
      <w:r w:rsidRPr="00293828">
        <w:rPr>
          <w:rFonts w:ascii="Times New Roman" w:hAnsi="Times New Roman" w:cs="Times New Roman"/>
          <w:color w:val="000000"/>
          <w:szCs w:val="21"/>
          <w14:ligatures w14:val="none"/>
        </w:rPr>
        <w:t xml:space="preserve">|/n; the corrected mean absolute error, </w:t>
      </w:r>
      <w:r w:rsidRPr="00293828">
        <w:rPr>
          <w:rFonts w:ascii="Times New Roman" w:hAnsi="Times New Roman" w:cs="Times New Roman"/>
          <w:i/>
          <w:color w:val="000000"/>
          <w:szCs w:val="21"/>
          <w14:ligatures w14:val="none"/>
        </w:rPr>
        <w:t>CMAE</w:t>
      </w:r>
      <w:r w:rsidRPr="00293828">
        <w:rPr>
          <w:rFonts w:ascii="Times New Roman" w:hAnsi="Times New Roman" w:cs="Times New Roman"/>
          <w:color w:val="000000"/>
          <w:szCs w:val="21"/>
          <w14:ligatures w14:val="none"/>
        </w:rPr>
        <w:t xml:space="preserve">, defined as </w:t>
      </w:r>
      <w:proofErr w:type="spellStart"/>
      <w:r w:rsidRPr="00293828">
        <w:rPr>
          <w:rFonts w:ascii="Times New Roman" w:hAnsi="Times New Roman" w:cs="Times New Roman"/>
          <w:color w:val="000000"/>
          <w:szCs w:val="21"/>
          <w14:ligatures w14:val="none"/>
        </w:rPr>
        <w:t>Σn</w:t>
      </w:r>
      <w:proofErr w:type="spellEnd"/>
      <w:r w:rsidRPr="00293828">
        <w:rPr>
          <w:rFonts w:ascii="Times New Roman" w:hAnsi="Times New Roman" w:cs="Times New Roman"/>
          <w:color w:val="000000"/>
          <w:szCs w:val="21"/>
          <w14:ligatures w14:val="none"/>
        </w:rPr>
        <w:t xml:space="preserve"> |</w:t>
      </w:r>
      <w:proofErr w:type="spellStart"/>
      <w:r w:rsidRPr="00293828">
        <w:rPr>
          <w:rFonts w:ascii="Times New Roman" w:hAnsi="Times New Roman" w:cs="Times New Roman"/>
          <w:i/>
          <w:color w:val="000000"/>
          <w:szCs w:val="21"/>
          <w14:ligatures w14:val="none"/>
        </w:rPr>
        <w:t>δ</w:t>
      </w:r>
      <w:r w:rsidRPr="00293828">
        <w:rPr>
          <w:rFonts w:ascii="Times New Roman" w:hAnsi="Times New Roman" w:cs="Times New Roman"/>
          <w:color w:val="000000"/>
          <w:szCs w:val="21"/>
          <w:vertAlign w:val="subscript"/>
          <w14:ligatures w14:val="none"/>
        </w:rPr>
        <w:t>corr</w:t>
      </w:r>
      <w:proofErr w:type="spellEnd"/>
      <w:r w:rsidRPr="00293828">
        <w:rPr>
          <w:rFonts w:ascii="Times New Roman" w:hAnsi="Times New Roman" w:cs="Times New Roman"/>
          <w:color w:val="000000"/>
          <w:szCs w:val="21"/>
          <w14:ligatures w14:val="none"/>
        </w:rPr>
        <w:t xml:space="preserve"> – </w:t>
      </w:r>
      <w:proofErr w:type="spellStart"/>
      <w:r w:rsidRPr="00293828">
        <w:rPr>
          <w:rFonts w:ascii="Times New Roman" w:hAnsi="Times New Roman" w:cs="Times New Roman"/>
          <w:i/>
          <w:color w:val="000000"/>
          <w:szCs w:val="21"/>
          <w14:ligatures w14:val="none"/>
        </w:rPr>
        <w:t>δ</w:t>
      </w:r>
      <w:r w:rsidRPr="00293828">
        <w:rPr>
          <w:rFonts w:ascii="Times New Roman" w:hAnsi="Times New Roman" w:cs="Times New Roman"/>
          <w:color w:val="000000"/>
          <w:szCs w:val="21"/>
          <w:vertAlign w:val="subscript"/>
          <w14:ligatures w14:val="none"/>
        </w:rPr>
        <w:t>exp</w:t>
      </w:r>
      <w:proofErr w:type="spellEnd"/>
      <w:r w:rsidRPr="00293828">
        <w:rPr>
          <w:rFonts w:ascii="Times New Roman" w:hAnsi="Times New Roman" w:cs="Times New Roman"/>
          <w:color w:val="000000"/>
          <w:szCs w:val="21"/>
          <w14:ligatures w14:val="none"/>
        </w:rPr>
        <w:t xml:space="preserve">|/n, where </w:t>
      </w:r>
      <w:proofErr w:type="spellStart"/>
      <w:r w:rsidRPr="00293828">
        <w:rPr>
          <w:rFonts w:ascii="Times New Roman" w:hAnsi="Times New Roman" w:cs="Times New Roman"/>
          <w:i/>
          <w:color w:val="000000"/>
          <w:szCs w:val="21"/>
          <w14:ligatures w14:val="none"/>
        </w:rPr>
        <w:t>δ</w:t>
      </w:r>
      <w:r w:rsidRPr="00293828">
        <w:rPr>
          <w:rFonts w:ascii="Times New Roman" w:hAnsi="Times New Roman" w:cs="Times New Roman"/>
          <w:color w:val="000000"/>
          <w:szCs w:val="21"/>
          <w:vertAlign w:val="subscript"/>
          <w14:ligatures w14:val="none"/>
        </w:rPr>
        <w:t>corr</w:t>
      </w:r>
      <w:proofErr w:type="spellEnd"/>
      <w:r w:rsidRPr="00293828">
        <w:rPr>
          <w:rFonts w:ascii="Times New Roman" w:hAnsi="Times New Roman" w:cs="Times New Roman"/>
          <w:color w:val="000000"/>
          <w:szCs w:val="21"/>
          <w14:ligatures w14:val="none"/>
        </w:rPr>
        <w:t xml:space="preserve"> = (</w:t>
      </w:r>
      <w:proofErr w:type="spellStart"/>
      <w:r w:rsidRPr="00293828">
        <w:rPr>
          <w:rFonts w:ascii="Times New Roman" w:hAnsi="Times New Roman" w:cs="Times New Roman"/>
          <w:i/>
          <w:color w:val="000000"/>
          <w:szCs w:val="21"/>
          <w14:ligatures w14:val="none"/>
        </w:rPr>
        <w:t>δ</w:t>
      </w:r>
      <w:r w:rsidRPr="00293828">
        <w:rPr>
          <w:rFonts w:ascii="Times New Roman" w:hAnsi="Times New Roman" w:cs="Times New Roman"/>
          <w:color w:val="000000"/>
          <w:szCs w:val="21"/>
          <w:vertAlign w:val="subscript"/>
          <w14:ligatures w14:val="none"/>
        </w:rPr>
        <w:t>cal</w:t>
      </w:r>
      <w:proofErr w:type="spellEnd"/>
      <w:r w:rsidRPr="00293828">
        <w:rPr>
          <w:rFonts w:ascii="Times New Roman" w:hAnsi="Times New Roman" w:cs="Times New Roman"/>
          <w:color w:val="000000"/>
          <w:szCs w:val="21"/>
          <w14:ligatures w14:val="none"/>
        </w:rPr>
        <w:t xml:space="preserve"> – b)/a, were calculated.</w:t>
      </w:r>
      <w:r w:rsidRPr="00293828">
        <w:rPr>
          <w:rFonts w:ascii="Times New Roman" w:hAnsi="Times New Roman" w:cs="Times New Roman"/>
          <w:iCs/>
          <w:color w:val="000000"/>
          <w:szCs w:val="21"/>
          <w14:ligatures w14:val="none"/>
        </w:rPr>
        <w:t xml:space="preserve"> </w:t>
      </w:r>
      <w:r w:rsidRPr="00293828">
        <w:rPr>
          <w:rFonts w:ascii="Times New Roman" w:hAnsi="Times New Roman" w:cs="Times New Roman"/>
          <w:iCs/>
          <w:szCs w:val="21"/>
          <w14:ligatures w14:val="none"/>
        </w:rPr>
        <w:t xml:space="preserve">Then, </w:t>
      </w:r>
      <w:bookmarkStart w:id="21" w:name="_Hlk57832292"/>
      <w:r w:rsidRPr="00293828">
        <w:rPr>
          <w:rFonts w:ascii="Times New Roman" w:hAnsi="Times New Roman" w:cs="Times New Roman"/>
          <w:color w:val="000000" w:themeColor="text1"/>
          <w:szCs w:val="21"/>
          <w14:ligatures w14:val="none"/>
        </w:rPr>
        <w:t xml:space="preserve">DP4+ probability analysis </w:t>
      </w:r>
      <w:bookmarkEnd w:id="21"/>
      <w:r w:rsidRPr="0095144E">
        <w:rPr>
          <w:rFonts w:ascii="Times New Roman" w:hAnsi="Times New Roman" w:cs="Times New Roman"/>
          <w:color w:val="0000FF"/>
          <w:szCs w:val="21"/>
          <w14:ligatures w14:val="none"/>
        </w:rPr>
        <w:t>[2]</w:t>
      </w:r>
      <w:r w:rsidRPr="00293828">
        <w:rPr>
          <w:rFonts w:ascii="Times New Roman" w:hAnsi="Times New Roman" w:cs="Times New Roman"/>
          <w:color w:val="0070C0"/>
          <w:szCs w:val="21"/>
          <w14:ligatures w14:val="none"/>
        </w:rPr>
        <w:t xml:space="preserve"> </w:t>
      </w:r>
      <w:r w:rsidRPr="00293828">
        <w:rPr>
          <w:rFonts w:ascii="Times New Roman" w:hAnsi="Times New Roman" w:cs="Times New Roman"/>
          <w:color w:val="000000" w:themeColor="text1"/>
          <w:szCs w:val="21"/>
          <w14:ligatures w14:val="none"/>
        </w:rPr>
        <w:t xml:space="preserve">were undertaken using the calculated </w:t>
      </w:r>
      <w:r w:rsidRPr="00293828">
        <w:rPr>
          <w:rFonts w:ascii="Times New Roman" w:hAnsi="Times New Roman" w:cs="Times New Roman"/>
          <w:iCs/>
          <w:szCs w:val="21"/>
          <w14:ligatures w14:val="none"/>
        </w:rPr>
        <w:t xml:space="preserve">NMR </w:t>
      </w:r>
      <w:r w:rsidRPr="00293828">
        <w:rPr>
          <w:rFonts w:ascii="Times New Roman" w:hAnsi="Times New Roman" w:cs="Times New Roman" w:hint="eastAsia"/>
          <w:iCs/>
          <w:szCs w:val="21"/>
          <w14:ligatures w14:val="none"/>
        </w:rPr>
        <w:t>chemical shift</w:t>
      </w:r>
      <w:r w:rsidRPr="00293828">
        <w:rPr>
          <w:rFonts w:ascii="Times New Roman" w:hAnsi="Times New Roman" w:cs="Times New Roman"/>
          <w:iCs/>
          <w:szCs w:val="21"/>
          <w14:ligatures w14:val="none"/>
        </w:rPr>
        <w:t xml:space="preserve">s and scripts provided by Sarotti, </w:t>
      </w:r>
      <w:r w:rsidRPr="00293828">
        <w:rPr>
          <w:rFonts w:ascii="Times New Roman" w:hAnsi="Times New Roman" w:cs="Times New Roman"/>
          <w:i/>
          <w:szCs w:val="21"/>
          <w14:ligatures w14:val="none"/>
        </w:rPr>
        <w:t>et al</w:t>
      </w:r>
      <w:r w:rsidRPr="00293828">
        <w:rPr>
          <w:rFonts w:ascii="Times New Roman" w:hAnsi="Times New Roman" w:cs="Times New Roman"/>
          <w:iCs/>
          <w:szCs w:val="21"/>
          <w14:ligatures w14:val="none"/>
        </w:rPr>
        <w:t xml:space="preserve">, and </w:t>
      </w:r>
      <w:r w:rsidRPr="00293828">
        <w:rPr>
          <w:rFonts w:ascii="Times New Roman" w:hAnsi="Times New Roman" w:cs="Times New Roman"/>
          <w:color w:val="000000" w:themeColor="text1"/>
          <w:szCs w:val="21"/>
          <w14:ligatures w14:val="none"/>
        </w:rPr>
        <w:t xml:space="preserve">DP4+ probabilities of </w:t>
      </w:r>
      <w:r w:rsidRPr="00293828">
        <w:rPr>
          <w:rFonts w:ascii="Times New Roman" w:hAnsi="Times New Roman" w:cs="Times New Roman"/>
          <w:b/>
          <w:bCs/>
          <w:iCs/>
          <w:szCs w:val="21"/>
          <w14:ligatures w14:val="none"/>
        </w:rPr>
        <w:t>4a</w:t>
      </w:r>
      <w:r w:rsidRPr="00293828">
        <w:rPr>
          <w:rFonts w:ascii="Times New Roman" w:hAnsi="Times New Roman" w:cs="Times New Roman"/>
          <w:iCs/>
          <w:szCs w:val="21"/>
          <w14:ligatures w14:val="none"/>
        </w:rPr>
        <w:t xml:space="preserve"> and </w:t>
      </w:r>
      <w:r w:rsidRPr="00293828">
        <w:rPr>
          <w:rFonts w:ascii="Times New Roman" w:hAnsi="Times New Roman" w:cs="Times New Roman"/>
          <w:b/>
          <w:bCs/>
          <w:iCs/>
          <w:szCs w:val="21"/>
          <w14:ligatures w14:val="none"/>
        </w:rPr>
        <w:t>4b</w:t>
      </w:r>
      <w:r w:rsidRPr="00293828">
        <w:rPr>
          <w:rFonts w:ascii="Times New Roman" w:hAnsi="Times New Roman" w:cs="Times New Roman"/>
          <w:color w:val="000000" w:themeColor="text1"/>
          <w:szCs w:val="21"/>
          <w14:ligatures w14:val="none"/>
        </w:rPr>
        <w:t xml:space="preserve"> were obtained (</w:t>
      </w:r>
      <w:r w:rsidRPr="0095144E">
        <w:rPr>
          <w:rFonts w:ascii="Times New Roman" w:hAnsi="Times New Roman" w:cs="Times New Roman"/>
          <w:color w:val="0000FF"/>
          <w:szCs w:val="21"/>
          <w14:ligatures w14:val="none"/>
        </w:rPr>
        <w:t>Fig. S</w:t>
      </w:r>
      <w:r w:rsidRPr="0095144E">
        <w:rPr>
          <w:rFonts w:ascii="Times New Roman" w:hAnsi="Times New Roman" w:cs="Times New Roman" w:hint="eastAsia"/>
          <w:color w:val="0000FF"/>
          <w:szCs w:val="21"/>
          <w14:ligatures w14:val="none"/>
        </w:rPr>
        <w:t>46</w:t>
      </w:r>
      <w:r w:rsidRPr="00293828">
        <w:rPr>
          <w:rFonts w:ascii="Times New Roman" w:hAnsi="Times New Roman" w:cs="Times New Roman"/>
          <w:color w:val="000000" w:themeColor="text1"/>
          <w:szCs w:val="21"/>
          <w14:ligatures w14:val="none"/>
        </w:rPr>
        <w:t>)</w:t>
      </w:r>
      <w:r w:rsidRPr="00293828">
        <w:rPr>
          <w:rFonts w:ascii="Times New Roman" w:hAnsi="Times New Roman" w:cs="Times New Roman"/>
          <w:iCs/>
          <w:szCs w:val="21"/>
          <w14:ligatures w14:val="none"/>
        </w:rPr>
        <w:t>.</w:t>
      </w:r>
    </w:p>
    <w:p w14:paraId="0D43F36F" w14:textId="77777777" w:rsidR="00497B11" w:rsidRPr="00293828" w:rsidRDefault="00497B11" w:rsidP="00617B07">
      <w:pPr>
        <w:widowControl/>
        <w:spacing w:line="360" w:lineRule="auto"/>
        <w:ind w:firstLineChars="100" w:firstLine="210"/>
        <w:contextualSpacing/>
        <w:rPr>
          <w:rFonts w:ascii="Times New Roman" w:eastAsia="宋体" w:hAnsi="Times New Roman" w:cs="Times New Roman"/>
          <w:iCs/>
          <w:color w:val="000000"/>
          <w:kern w:val="0"/>
          <w:szCs w:val="21"/>
          <w:lang w:val="en-GB"/>
          <w14:ligatures w14:val="none"/>
        </w:rPr>
      </w:pPr>
      <w:r w:rsidRPr="00293828">
        <w:rPr>
          <w:rFonts w:ascii="Times New Roman" w:eastAsia="宋体" w:hAnsi="Times New Roman" w:cs="Times New Roman"/>
          <w:iCs/>
          <w:color w:val="000000"/>
          <w:kern w:val="0"/>
          <w:szCs w:val="21"/>
          <w14:ligatures w14:val="none"/>
        </w:rPr>
        <w:t>For ECD calculation</w:t>
      </w:r>
      <w:r w:rsidRPr="00293828">
        <w:rPr>
          <w:rFonts w:ascii="Times New Roman" w:eastAsia="宋体" w:hAnsi="Times New Roman" w:cs="Times New Roman"/>
          <w:iCs/>
          <w:color w:val="000000"/>
          <w:kern w:val="0"/>
          <w:szCs w:val="21"/>
          <w:lang w:val="en-GB"/>
          <w14:ligatures w14:val="none"/>
        </w:rPr>
        <w:t xml:space="preserve">, those conformers with a population over 2% were subjected to TDDFT calculations </w:t>
      </w:r>
      <w:r w:rsidRPr="00293828">
        <w:rPr>
          <w:rFonts w:ascii="Times New Roman" w:eastAsia="宋体" w:hAnsi="Times New Roman" w:cs="Times New Roman"/>
          <w:iCs/>
          <w:color w:val="000000"/>
          <w:kern w:val="0"/>
          <w:szCs w:val="21"/>
          <w14:ligatures w14:val="none"/>
        </w:rPr>
        <w:t xml:space="preserve">at </w:t>
      </w:r>
      <w:bookmarkStart w:id="22" w:name="_Hlk167979410"/>
      <w:r w:rsidRPr="00293828">
        <w:rPr>
          <w:rFonts w:ascii="Times New Roman" w:eastAsia="宋体" w:hAnsi="Times New Roman" w:cs="Times New Roman" w:hint="eastAsia"/>
          <w:iCs/>
          <w:color w:val="000000"/>
          <w:kern w:val="0"/>
          <w:szCs w:val="21"/>
          <w14:ligatures w14:val="none"/>
        </w:rPr>
        <w:t>PBE0</w:t>
      </w:r>
      <w:r w:rsidRPr="00293828">
        <w:rPr>
          <w:rFonts w:ascii="Times New Roman" w:eastAsia="宋体" w:hAnsi="Times New Roman" w:cs="Times New Roman"/>
          <w:iCs/>
          <w:color w:val="000000"/>
          <w:kern w:val="0"/>
          <w:szCs w:val="21"/>
          <w14:ligatures w14:val="none"/>
        </w:rPr>
        <w:t>/6-311+G(</w:t>
      </w:r>
      <w:r w:rsidRPr="00293828">
        <w:rPr>
          <w:rFonts w:ascii="Times New Roman" w:eastAsia="宋体" w:hAnsi="Times New Roman" w:cs="Times New Roman" w:hint="eastAsia"/>
          <w:iCs/>
          <w:color w:val="000000"/>
          <w:kern w:val="0"/>
          <w:szCs w:val="21"/>
          <w14:ligatures w14:val="none"/>
        </w:rPr>
        <w:t>2</w:t>
      </w:r>
      <w:proofErr w:type="gramStart"/>
      <w:r w:rsidRPr="00293828">
        <w:rPr>
          <w:rFonts w:ascii="Times New Roman" w:eastAsia="宋体" w:hAnsi="Times New Roman" w:cs="Times New Roman"/>
          <w:iCs/>
          <w:color w:val="000000"/>
          <w:kern w:val="0"/>
          <w:szCs w:val="21"/>
          <w14:ligatures w14:val="none"/>
        </w:rPr>
        <w:t>d,p</w:t>
      </w:r>
      <w:proofErr w:type="gramEnd"/>
      <w:r w:rsidRPr="00293828">
        <w:rPr>
          <w:rFonts w:ascii="Times New Roman" w:eastAsia="宋体" w:hAnsi="Times New Roman" w:cs="Times New Roman"/>
          <w:iCs/>
          <w:color w:val="000000"/>
          <w:kern w:val="0"/>
          <w:szCs w:val="21"/>
          <w14:ligatures w14:val="none"/>
        </w:rPr>
        <w:t>)</w:t>
      </w:r>
      <w:r w:rsidRPr="00293828">
        <w:rPr>
          <w:rFonts w:ascii="Times New Roman" w:eastAsia="宋体" w:hAnsi="Times New Roman" w:cs="Times New Roman" w:hint="eastAsia"/>
          <w:iCs/>
          <w:color w:val="000000"/>
          <w:kern w:val="0"/>
          <w:szCs w:val="21"/>
          <w14:ligatures w14:val="none"/>
        </w:rPr>
        <w:t xml:space="preserve"> and </w:t>
      </w:r>
      <w:r w:rsidRPr="00293828">
        <w:rPr>
          <w:rFonts w:ascii="Times New Roman" w:eastAsia="宋体" w:hAnsi="Times New Roman" w:cs="Times New Roman"/>
          <w:iCs/>
          <w:color w:val="000000"/>
          <w:kern w:val="0"/>
          <w:szCs w:val="21"/>
          <w14:ligatures w14:val="none"/>
        </w:rPr>
        <w:t>CAM-B3LYP/6-311+G(</w:t>
      </w:r>
      <w:r w:rsidRPr="00293828">
        <w:rPr>
          <w:rFonts w:ascii="Times New Roman" w:eastAsia="宋体" w:hAnsi="Times New Roman" w:cs="Times New Roman" w:hint="eastAsia"/>
          <w:iCs/>
          <w:color w:val="000000"/>
          <w:kern w:val="0"/>
          <w:szCs w:val="21"/>
          <w14:ligatures w14:val="none"/>
        </w:rPr>
        <w:t>2</w:t>
      </w:r>
      <w:r w:rsidRPr="00293828">
        <w:rPr>
          <w:rFonts w:ascii="Times New Roman" w:eastAsia="宋体" w:hAnsi="Times New Roman" w:cs="Times New Roman"/>
          <w:iCs/>
          <w:color w:val="000000"/>
          <w:kern w:val="0"/>
          <w:szCs w:val="21"/>
          <w14:ligatures w14:val="none"/>
        </w:rPr>
        <w:t>d,p)</w:t>
      </w:r>
      <w:bookmarkEnd w:id="22"/>
      <w:r w:rsidRPr="00293828">
        <w:rPr>
          <w:rFonts w:ascii="Times New Roman" w:eastAsia="宋体" w:hAnsi="Times New Roman" w:cs="Times New Roman"/>
          <w:iCs/>
          <w:color w:val="000000"/>
          <w:kern w:val="0"/>
          <w:szCs w:val="21"/>
          <w14:ligatures w14:val="none"/>
        </w:rPr>
        <w:t xml:space="preserve"> level of theory (MeOH, </w:t>
      </w:r>
      <w:r w:rsidRPr="00293828">
        <w:rPr>
          <w:rFonts w:ascii="Times New Roman" w:eastAsia="宋体" w:hAnsi="Times New Roman" w:cs="Times New Roman"/>
          <w:iCs/>
          <w:color w:val="000000"/>
          <w:kern w:val="0"/>
          <w:szCs w:val="21"/>
          <w14:ligatures w14:val="none"/>
        </w:rPr>
        <w:lastRenderedPageBreak/>
        <w:t xml:space="preserve">IEFPCM solvent model), and 36 excited states were calculated for each conformer. The </w:t>
      </w:r>
      <w:r w:rsidRPr="00293828">
        <w:rPr>
          <w:rFonts w:ascii="Times New Roman" w:eastAsia="宋体" w:hAnsi="Times New Roman" w:cs="Times New Roman" w:hint="eastAsia"/>
          <w:iCs/>
          <w:color w:val="000000"/>
          <w:kern w:val="0"/>
          <w:szCs w:val="21"/>
          <w14:ligatures w14:val="none"/>
        </w:rPr>
        <w:t>coordinates for calculated</w:t>
      </w:r>
      <w:r w:rsidRPr="00293828">
        <w:rPr>
          <w:rFonts w:ascii="Times New Roman" w:eastAsia="宋体" w:hAnsi="Times New Roman" w:cs="Times New Roman"/>
          <w:iCs/>
          <w:color w:val="000000"/>
          <w:kern w:val="0"/>
          <w:szCs w:val="21"/>
          <w14:ligatures w14:val="none"/>
        </w:rPr>
        <w:t xml:space="preserve"> ECD curves were generated using the </w:t>
      </w:r>
      <w:proofErr w:type="spellStart"/>
      <w:r w:rsidRPr="00293828">
        <w:rPr>
          <w:rFonts w:ascii="Times New Roman" w:eastAsia="宋体" w:hAnsi="Times New Roman" w:cs="Times New Roman"/>
          <w:iCs/>
          <w:color w:val="000000"/>
          <w:kern w:val="0"/>
          <w:szCs w:val="21"/>
          <w14:ligatures w14:val="none"/>
        </w:rPr>
        <w:t>Multiwfn</w:t>
      </w:r>
      <w:proofErr w:type="spellEnd"/>
      <w:r w:rsidRPr="00293828">
        <w:rPr>
          <w:rFonts w:ascii="Times New Roman" w:eastAsia="宋体" w:hAnsi="Times New Roman" w:cs="Times New Roman"/>
          <w:iCs/>
          <w:color w:val="000000"/>
          <w:kern w:val="0"/>
          <w:szCs w:val="21"/>
          <w14:ligatures w14:val="none"/>
        </w:rPr>
        <w:t xml:space="preserve"> software (version 3.8) </w:t>
      </w:r>
      <w:r w:rsidRPr="0095144E">
        <w:rPr>
          <w:rFonts w:ascii="Times New Roman" w:hAnsi="Times New Roman" w:cs="Times New Roman"/>
          <w:color w:val="0000FF"/>
          <w:szCs w:val="21"/>
          <w14:ligatures w14:val="none"/>
        </w:rPr>
        <w:t>[3]</w:t>
      </w:r>
      <w:r w:rsidRPr="00293828">
        <w:rPr>
          <w:rFonts w:ascii="Times New Roman" w:eastAsia="宋体" w:hAnsi="Times New Roman" w:cs="Times New Roman"/>
          <w:iCs/>
          <w:color w:val="000000"/>
          <w:kern w:val="0"/>
          <w:szCs w:val="21"/>
          <w14:ligatures w14:val="none"/>
        </w:rPr>
        <w:t>.</w:t>
      </w:r>
    </w:p>
    <w:p w14:paraId="02DEA353" w14:textId="77777777" w:rsidR="00497B11" w:rsidRPr="00293828" w:rsidRDefault="00497B11" w:rsidP="00617B07">
      <w:pPr>
        <w:spacing w:line="360" w:lineRule="auto"/>
        <w:ind w:firstLineChars="200" w:firstLine="420"/>
        <w:rPr>
          <w:rFonts w:ascii="Times New Roman" w:hAnsi="Times New Roman" w:cs="Times New Roman"/>
          <w:szCs w:val="21"/>
          <w:lang w:val="en-GB"/>
          <w14:ligatures w14:val="none"/>
        </w:rPr>
      </w:pPr>
      <w:r w:rsidRPr="00293828">
        <w:rPr>
          <w:rFonts w:ascii="Times New Roman" w:hAnsi="Times New Roman" w:cs="Times New Roman"/>
          <w:bCs/>
          <w:iCs/>
          <w:color w:val="000000"/>
          <w:szCs w:val="21"/>
          <w:lang w:val="en-GB"/>
          <w14:ligatures w14:val="none"/>
        </w:rPr>
        <w:t>The geometry optimization, single-point energy calculation, NMR shielding constant calculation</w:t>
      </w:r>
      <w:r w:rsidRPr="00293828">
        <w:rPr>
          <w:rFonts w:ascii="Times New Roman" w:hAnsi="Times New Roman" w:cs="Times New Roman" w:hint="eastAsia"/>
          <w:bCs/>
          <w:iCs/>
          <w:color w:val="000000"/>
          <w:szCs w:val="21"/>
          <w:lang w:val="en-GB"/>
          <w14:ligatures w14:val="none"/>
        </w:rPr>
        <w:t>, TDDFT ECD calculation</w:t>
      </w:r>
      <w:r w:rsidRPr="00293828">
        <w:rPr>
          <w:rFonts w:ascii="Times New Roman" w:hAnsi="Times New Roman" w:cs="Times New Roman"/>
          <w:bCs/>
          <w:iCs/>
          <w:color w:val="000000"/>
          <w:szCs w:val="21"/>
          <w:lang w:val="en-GB"/>
          <w14:ligatures w14:val="none"/>
        </w:rPr>
        <w:t xml:space="preserve"> were all completed in Gaussian </w:t>
      </w:r>
      <w:r w:rsidRPr="00293828">
        <w:rPr>
          <w:rFonts w:ascii="Times New Roman" w:hAnsi="Times New Roman" w:cs="Times New Roman" w:hint="eastAsia"/>
          <w:bCs/>
          <w:iCs/>
          <w:color w:val="000000"/>
          <w:szCs w:val="21"/>
          <w:lang w:val="en-GB"/>
          <w14:ligatures w14:val="none"/>
        </w:rPr>
        <w:t>16</w:t>
      </w:r>
      <w:r w:rsidRPr="00293828">
        <w:rPr>
          <w:rFonts w:ascii="Times New Roman" w:hAnsi="Times New Roman" w:cs="Times New Roman"/>
          <w:bCs/>
          <w:iCs/>
          <w:color w:val="000000"/>
          <w:szCs w:val="21"/>
          <w:lang w:val="en-GB"/>
          <w14:ligatures w14:val="none"/>
        </w:rPr>
        <w:t xml:space="preserve"> program </w:t>
      </w:r>
      <w:r w:rsidRPr="0095144E">
        <w:rPr>
          <w:rFonts w:ascii="Times New Roman" w:hAnsi="Times New Roman" w:cs="Times New Roman"/>
          <w:color w:val="0000FF"/>
          <w:szCs w:val="21"/>
          <w14:ligatures w14:val="none"/>
        </w:rPr>
        <w:t>[4]</w:t>
      </w:r>
      <w:r w:rsidRPr="00293828">
        <w:rPr>
          <w:rFonts w:ascii="Times New Roman" w:hAnsi="Times New Roman" w:cs="Times New Roman"/>
          <w:iCs/>
          <w:color w:val="000000"/>
          <w:szCs w:val="21"/>
          <w14:ligatures w14:val="none"/>
        </w:rPr>
        <w:t>.</w:t>
      </w:r>
    </w:p>
    <w:p w14:paraId="322C4AE5" w14:textId="77777777" w:rsidR="00497B11" w:rsidRPr="00293828" w:rsidRDefault="00497B11" w:rsidP="00617B07">
      <w:pPr>
        <w:spacing w:line="360" w:lineRule="auto"/>
        <w:rPr>
          <w:rFonts w:ascii="Times New Roman" w:hAnsi="Times New Roman" w:cs="Times New Roman"/>
          <w:szCs w:val="21"/>
          <w:lang w:val="en-GB"/>
          <w14:ligatures w14:val="none"/>
        </w:rPr>
      </w:pPr>
    </w:p>
    <w:p w14:paraId="6841FF52" w14:textId="77777777" w:rsidR="00497B11" w:rsidRPr="00293828" w:rsidRDefault="00497B11" w:rsidP="00617B07">
      <w:pPr>
        <w:spacing w:line="360" w:lineRule="auto"/>
        <w:ind w:left="315" w:hangingChars="150" w:hanging="315"/>
        <w:rPr>
          <w:rFonts w:ascii="Times New Roman" w:hAnsi="Times New Roman" w:cs="Times New Roman"/>
          <w:szCs w:val="21"/>
          <w:lang w:val="en-GB"/>
          <w14:ligatures w14:val="none"/>
        </w:rPr>
      </w:pPr>
      <w:r w:rsidRPr="00293828">
        <w:rPr>
          <w:rFonts w:ascii="Times New Roman" w:hAnsi="Times New Roman" w:cs="Times New Roman"/>
          <w:szCs w:val="21"/>
          <w14:ligatures w14:val="none"/>
        </w:rPr>
        <w:t xml:space="preserve">[1] </w:t>
      </w:r>
      <w:r w:rsidRPr="00293828">
        <w:rPr>
          <w:rFonts w:ascii="Times New Roman" w:hAnsi="Times New Roman" w:cs="Times New Roman"/>
          <w:szCs w:val="21"/>
          <w:lang w:val="en-GB"/>
          <w14:ligatures w14:val="none"/>
        </w:rPr>
        <w:t>P</w:t>
      </w:r>
      <w:r w:rsidRPr="00293828">
        <w:rPr>
          <w:rFonts w:ascii="Times New Roman" w:hAnsi="Times New Roman" w:cs="Times New Roman" w:hint="eastAsia"/>
          <w:szCs w:val="21"/>
          <w:lang w:val="en-GB"/>
          <w14:ligatures w14:val="none"/>
        </w:rPr>
        <w:t>.</w:t>
      </w:r>
      <w:r w:rsidRPr="00293828">
        <w:rPr>
          <w:rFonts w:ascii="Times New Roman" w:hAnsi="Times New Roman" w:cs="Times New Roman"/>
          <w:szCs w:val="21"/>
          <w:lang w:val="en-GB"/>
          <w14:ligatures w14:val="none"/>
        </w:rPr>
        <w:t xml:space="preserve"> Pracht, S</w:t>
      </w:r>
      <w:r w:rsidRPr="00293828">
        <w:rPr>
          <w:rFonts w:ascii="Times New Roman" w:hAnsi="Times New Roman" w:cs="Times New Roman" w:hint="eastAsia"/>
          <w:szCs w:val="21"/>
          <w:lang w:val="en-GB"/>
          <w14:ligatures w14:val="none"/>
        </w:rPr>
        <w:t>.</w:t>
      </w:r>
      <w:r w:rsidRPr="00293828">
        <w:rPr>
          <w:rFonts w:ascii="Times New Roman" w:hAnsi="Times New Roman" w:cs="Times New Roman"/>
          <w:szCs w:val="21"/>
          <w:lang w:val="en-GB"/>
          <w14:ligatures w14:val="none"/>
        </w:rPr>
        <w:t xml:space="preserve"> Grimme, C</w:t>
      </w:r>
      <w:r w:rsidRPr="00293828">
        <w:rPr>
          <w:rFonts w:ascii="Times New Roman" w:hAnsi="Times New Roman" w:cs="Times New Roman" w:hint="eastAsia"/>
          <w:szCs w:val="21"/>
          <w:lang w:val="en-GB"/>
          <w14:ligatures w14:val="none"/>
        </w:rPr>
        <w:t>.</w:t>
      </w:r>
      <w:r w:rsidRPr="00293828">
        <w:rPr>
          <w:rFonts w:ascii="Times New Roman" w:hAnsi="Times New Roman" w:cs="Times New Roman"/>
          <w:szCs w:val="21"/>
          <w:lang w:val="en-GB"/>
          <w14:ligatures w14:val="none"/>
        </w:rPr>
        <w:t xml:space="preserve"> </w:t>
      </w:r>
      <w:proofErr w:type="spellStart"/>
      <w:r w:rsidRPr="00293828">
        <w:rPr>
          <w:rFonts w:ascii="Times New Roman" w:hAnsi="Times New Roman" w:cs="Times New Roman"/>
          <w:szCs w:val="21"/>
          <w:lang w:val="en-GB"/>
          <w14:ligatures w14:val="none"/>
        </w:rPr>
        <w:t>Bannwarth</w:t>
      </w:r>
      <w:proofErr w:type="spellEnd"/>
      <w:r w:rsidRPr="00293828">
        <w:rPr>
          <w:rFonts w:ascii="Times New Roman" w:hAnsi="Times New Roman" w:cs="Times New Roman"/>
          <w:szCs w:val="21"/>
          <w:lang w:val="en-GB"/>
          <w14:ligatures w14:val="none"/>
        </w:rPr>
        <w:t>, F</w:t>
      </w:r>
      <w:r w:rsidRPr="00293828">
        <w:rPr>
          <w:rFonts w:ascii="Times New Roman" w:hAnsi="Times New Roman" w:cs="Times New Roman" w:hint="eastAsia"/>
          <w:szCs w:val="21"/>
          <w:lang w:val="en-GB"/>
          <w14:ligatures w14:val="none"/>
        </w:rPr>
        <w:t>.</w:t>
      </w:r>
      <w:r w:rsidRPr="00293828">
        <w:rPr>
          <w:rFonts w:ascii="Times New Roman" w:hAnsi="Times New Roman" w:cs="Times New Roman"/>
          <w:szCs w:val="21"/>
          <w:lang w:val="en-GB"/>
          <w14:ligatures w14:val="none"/>
        </w:rPr>
        <w:t xml:space="preserve"> Bohle, S</w:t>
      </w:r>
      <w:r w:rsidRPr="00293828">
        <w:rPr>
          <w:rFonts w:ascii="Times New Roman" w:hAnsi="Times New Roman" w:cs="Times New Roman" w:hint="eastAsia"/>
          <w:szCs w:val="21"/>
          <w:lang w:val="en-GB"/>
          <w14:ligatures w14:val="none"/>
        </w:rPr>
        <w:t>.</w:t>
      </w:r>
      <w:r w:rsidRPr="00293828">
        <w:rPr>
          <w:rFonts w:ascii="Times New Roman" w:hAnsi="Times New Roman" w:cs="Times New Roman"/>
          <w:szCs w:val="21"/>
          <w:lang w:val="en-GB"/>
          <w14:ligatures w14:val="none"/>
        </w:rPr>
        <w:t xml:space="preserve"> Ehlert, G</w:t>
      </w:r>
      <w:r w:rsidRPr="00293828">
        <w:rPr>
          <w:rFonts w:ascii="Times New Roman" w:hAnsi="Times New Roman" w:cs="Times New Roman" w:hint="eastAsia"/>
          <w:szCs w:val="21"/>
          <w:lang w:val="en-GB"/>
          <w14:ligatures w14:val="none"/>
        </w:rPr>
        <w:t>.</w:t>
      </w:r>
      <w:r w:rsidRPr="00293828">
        <w:rPr>
          <w:rFonts w:ascii="Times New Roman" w:hAnsi="Times New Roman" w:cs="Times New Roman"/>
          <w:szCs w:val="21"/>
          <w:lang w:val="en-GB"/>
          <w14:ligatures w14:val="none"/>
        </w:rPr>
        <w:t xml:space="preserve"> Feldmann, J</w:t>
      </w:r>
      <w:r w:rsidRPr="00293828">
        <w:rPr>
          <w:rFonts w:ascii="Times New Roman" w:hAnsi="Times New Roman" w:cs="Times New Roman" w:hint="eastAsia"/>
          <w:szCs w:val="21"/>
          <w:lang w:val="en-GB"/>
          <w14:ligatures w14:val="none"/>
        </w:rPr>
        <w:t>.</w:t>
      </w:r>
      <w:r w:rsidRPr="00293828">
        <w:rPr>
          <w:rFonts w:ascii="Times New Roman" w:hAnsi="Times New Roman" w:cs="Times New Roman"/>
          <w:szCs w:val="21"/>
          <w:lang w:val="en-GB"/>
          <w14:ligatures w14:val="none"/>
        </w:rPr>
        <w:t xml:space="preserve"> Gorges, M</w:t>
      </w:r>
      <w:r w:rsidRPr="00293828">
        <w:rPr>
          <w:rFonts w:ascii="Times New Roman" w:hAnsi="Times New Roman" w:cs="Times New Roman" w:hint="eastAsia"/>
          <w:szCs w:val="21"/>
          <w:lang w:val="en-GB"/>
          <w14:ligatures w14:val="none"/>
        </w:rPr>
        <w:t>.</w:t>
      </w:r>
      <w:r w:rsidRPr="00293828">
        <w:rPr>
          <w:rFonts w:ascii="Times New Roman" w:hAnsi="Times New Roman" w:cs="Times New Roman"/>
          <w:szCs w:val="21"/>
          <w:lang w:val="en-GB"/>
          <w14:ligatures w14:val="none"/>
        </w:rPr>
        <w:t xml:space="preserve"> Müller, T</w:t>
      </w:r>
      <w:r w:rsidRPr="00293828">
        <w:rPr>
          <w:rFonts w:ascii="Times New Roman" w:hAnsi="Times New Roman" w:cs="Times New Roman" w:hint="eastAsia"/>
          <w:szCs w:val="21"/>
          <w:lang w:val="en-GB"/>
          <w14:ligatures w14:val="none"/>
        </w:rPr>
        <w:t>.</w:t>
      </w:r>
      <w:r w:rsidRPr="00293828">
        <w:rPr>
          <w:rFonts w:ascii="Times New Roman" w:hAnsi="Times New Roman" w:cs="Times New Roman"/>
          <w:szCs w:val="21"/>
          <w:lang w:val="en-GB"/>
          <w14:ligatures w14:val="none"/>
        </w:rPr>
        <w:t xml:space="preserve"> Neudecker, C</w:t>
      </w:r>
      <w:r w:rsidRPr="00293828">
        <w:rPr>
          <w:rFonts w:ascii="Times New Roman" w:hAnsi="Times New Roman" w:cs="Times New Roman" w:hint="eastAsia"/>
          <w:szCs w:val="21"/>
          <w:lang w:val="en-GB"/>
          <w14:ligatures w14:val="none"/>
        </w:rPr>
        <w:t>.</w:t>
      </w:r>
      <w:r w:rsidRPr="00293828">
        <w:rPr>
          <w:rFonts w:ascii="Times New Roman" w:hAnsi="Times New Roman" w:cs="Times New Roman"/>
          <w:szCs w:val="21"/>
          <w:lang w:val="en-GB"/>
          <w14:ligatures w14:val="none"/>
        </w:rPr>
        <w:t xml:space="preserve"> Plett, S</w:t>
      </w:r>
      <w:r w:rsidRPr="00293828">
        <w:rPr>
          <w:rFonts w:ascii="Times New Roman" w:hAnsi="Times New Roman" w:cs="Times New Roman" w:hint="eastAsia"/>
          <w:szCs w:val="21"/>
          <w:lang w:val="en-GB"/>
          <w14:ligatures w14:val="none"/>
        </w:rPr>
        <w:t>.</w:t>
      </w:r>
      <w:r w:rsidRPr="00293828">
        <w:rPr>
          <w:rFonts w:ascii="Times New Roman" w:hAnsi="Times New Roman" w:cs="Times New Roman"/>
          <w:szCs w:val="21"/>
          <w:lang w:val="en-GB"/>
          <w14:ligatures w14:val="none"/>
        </w:rPr>
        <w:t xml:space="preserve"> Spicher, P</w:t>
      </w:r>
      <w:r w:rsidRPr="00293828">
        <w:rPr>
          <w:rFonts w:ascii="Times New Roman" w:hAnsi="Times New Roman" w:cs="Times New Roman" w:hint="eastAsia"/>
          <w:szCs w:val="21"/>
          <w:lang w:val="en-GB"/>
          <w14:ligatures w14:val="none"/>
        </w:rPr>
        <w:t>.</w:t>
      </w:r>
      <w:r w:rsidRPr="00293828">
        <w:rPr>
          <w:rFonts w:ascii="Times New Roman" w:hAnsi="Times New Roman" w:cs="Times New Roman"/>
          <w:szCs w:val="21"/>
          <w:lang w:val="en-GB"/>
          <w14:ligatures w14:val="none"/>
        </w:rPr>
        <w:t xml:space="preserve"> Steinbach, P</w:t>
      </w:r>
      <w:r w:rsidRPr="00293828">
        <w:rPr>
          <w:rFonts w:ascii="Times New Roman" w:hAnsi="Times New Roman" w:cs="Times New Roman" w:hint="eastAsia"/>
          <w:szCs w:val="21"/>
          <w:lang w:val="en-GB"/>
          <w14:ligatures w14:val="none"/>
        </w:rPr>
        <w:t>.</w:t>
      </w:r>
      <w:r w:rsidRPr="00293828">
        <w:rPr>
          <w:rFonts w:ascii="Times New Roman" w:hAnsi="Times New Roman" w:cs="Times New Roman"/>
          <w:szCs w:val="21"/>
          <w:lang w:val="en-GB"/>
          <w14:ligatures w14:val="none"/>
        </w:rPr>
        <w:t>A</w:t>
      </w:r>
      <w:r w:rsidRPr="00293828">
        <w:rPr>
          <w:rFonts w:ascii="Times New Roman" w:hAnsi="Times New Roman" w:cs="Times New Roman" w:hint="eastAsia"/>
          <w:szCs w:val="21"/>
          <w:lang w:val="en-GB"/>
          <w14:ligatures w14:val="none"/>
        </w:rPr>
        <w:t>.</w:t>
      </w:r>
      <w:r w:rsidRPr="00293828">
        <w:rPr>
          <w:rFonts w:ascii="Times New Roman" w:hAnsi="Times New Roman" w:cs="Times New Roman"/>
          <w:szCs w:val="21"/>
          <w:lang w:val="en-GB"/>
          <w14:ligatures w14:val="none"/>
        </w:rPr>
        <w:t xml:space="preserve"> </w:t>
      </w:r>
      <w:proofErr w:type="spellStart"/>
      <w:r w:rsidRPr="00293828">
        <w:rPr>
          <w:rFonts w:ascii="Times New Roman" w:hAnsi="Times New Roman" w:cs="Times New Roman"/>
          <w:szCs w:val="21"/>
          <w:lang w:val="en-GB"/>
          <w14:ligatures w14:val="none"/>
        </w:rPr>
        <w:t>Wesołowski</w:t>
      </w:r>
      <w:proofErr w:type="spellEnd"/>
      <w:r w:rsidRPr="00293828">
        <w:rPr>
          <w:rFonts w:ascii="Times New Roman" w:hAnsi="Times New Roman" w:cs="Times New Roman"/>
          <w:szCs w:val="21"/>
          <w:lang w:val="en-GB"/>
          <w14:ligatures w14:val="none"/>
        </w:rPr>
        <w:t>, F</w:t>
      </w:r>
      <w:r w:rsidRPr="00293828">
        <w:rPr>
          <w:rFonts w:ascii="Times New Roman" w:hAnsi="Times New Roman" w:cs="Times New Roman" w:hint="eastAsia"/>
          <w:szCs w:val="21"/>
          <w:lang w:val="en-GB"/>
          <w14:ligatures w14:val="none"/>
        </w:rPr>
        <w:t>.</w:t>
      </w:r>
      <w:r w:rsidRPr="00293828">
        <w:rPr>
          <w:rFonts w:ascii="Times New Roman" w:hAnsi="Times New Roman" w:cs="Times New Roman"/>
          <w:szCs w:val="21"/>
          <w:lang w:val="en-GB"/>
          <w14:ligatures w14:val="none"/>
        </w:rPr>
        <w:t xml:space="preserve"> Zeller</w:t>
      </w:r>
      <w:r w:rsidRPr="00293828">
        <w:rPr>
          <w:rFonts w:ascii="Times New Roman" w:hAnsi="Times New Roman" w:cs="Times New Roman" w:hint="eastAsia"/>
          <w:szCs w:val="21"/>
          <w:lang w:val="en-GB"/>
          <w14:ligatures w14:val="none"/>
        </w:rPr>
        <w:t xml:space="preserve">, </w:t>
      </w:r>
      <w:r w:rsidRPr="00293828">
        <w:rPr>
          <w:rFonts w:ascii="Times New Roman" w:hAnsi="Times New Roman" w:cs="Times New Roman"/>
          <w:szCs w:val="21"/>
          <w:lang w:val="en-GB"/>
          <w14:ligatures w14:val="none"/>
        </w:rPr>
        <w:t xml:space="preserve">CREST—A program for the exploration of low-energy molecular chemical space. </w:t>
      </w:r>
      <w:r w:rsidRPr="00293828">
        <w:rPr>
          <w:rFonts w:ascii="Times New Roman" w:hAnsi="Times New Roman" w:cs="Times New Roman"/>
          <w:i/>
          <w:iCs/>
          <w:szCs w:val="21"/>
          <w:lang w:val="en-GB"/>
          <w14:ligatures w14:val="none"/>
        </w:rPr>
        <w:t>J. Chem. Phys.</w:t>
      </w:r>
      <w:r w:rsidRPr="00293828">
        <w:rPr>
          <w:rFonts w:ascii="Times New Roman" w:hAnsi="Times New Roman" w:cs="Times New Roman"/>
          <w:szCs w:val="21"/>
          <w:lang w:val="en-GB"/>
          <w14:ligatures w14:val="none"/>
        </w:rPr>
        <w:t xml:space="preserve"> 21</w:t>
      </w:r>
      <w:r w:rsidRPr="00293828">
        <w:rPr>
          <w:rFonts w:ascii="Times New Roman" w:hAnsi="Times New Roman" w:cs="Times New Roman" w:hint="eastAsia"/>
          <w:szCs w:val="21"/>
          <w:lang w:val="en-GB"/>
          <w14:ligatures w14:val="none"/>
        </w:rPr>
        <w:t xml:space="preserve"> (</w:t>
      </w:r>
      <w:r w:rsidRPr="00293828">
        <w:rPr>
          <w:rFonts w:ascii="Times New Roman" w:hAnsi="Times New Roman" w:cs="Times New Roman"/>
          <w:szCs w:val="21"/>
          <w:lang w:val="en-GB"/>
          <w14:ligatures w14:val="none"/>
        </w:rPr>
        <w:t>2024</w:t>
      </w:r>
      <w:r w:rsidRPr="00293828">
        <w:rPr>
          <w:rFonts w:ascii="Times New Roman" w:hAnsi="Times New Roman" w:cs="Times New Roman" w:hint="eastAsia"/>
          <w:szCs w:val="21"/>
          <w:lang w:val="en-GB"/>
          <w14:ligatures w14:val="none"/>
        </w:rPr>
        <w:t xml:space="preserve">) </w:t>
      </w:r>
      <w:r w:rsidRPr="00293828">
        <w:rPr>
          <w:rFonts w:ascii="Times New Roman" w:hAnsi="Times New Roman" w:cs="Times New Roman"/>
          <w:szCs w:val="21"/>
          <w:lang w:val="en-GB"/>
          <w14:ligatures w14:val="none"/>
        </w:rPr>
        <w:t>14110.</w:t>
      </w:r>
    </w:p>
    <w:p w14:paraId="46ECCC3F" w14:textId="77777777" w:rsidR="00497B11" w:rsidRPr="00293828" w:rsidRDefault="00497B11" w:rsidP="00617B07">
      <w:pPr>
        <w:widowControl/>
        <w:spacing w:line="360" w:lineRule="auto"/>
        <w:ind w:left="315" w:hangingChars="150" w:hanging="315"/>
        <w:contextualSpacing/>
        <w:rPr>
          <w:rFonts w:ascii="Times New Roman" w:eastAsia="等线" w:hAnsi="Times New Roman" w:cs="Times New Roman"/>
          <w:noProof/>
          <w:color w:val="000000"/>
          <w:kern w:val="0"/>
          <w:szCs w:val="21"/>
          <w14:ligatures w14:val="none"/>
        </w:rPr>
      </w:pPr>
      <w:r w:rsidRPr="00293828">
        <w:rPr>
          <w:rFonts w:ascii="Times New Roman" w:eastAsia="等线" w:hAnsi="Times New Roman" w:cs="Times New Roman"/>
          <w:noProof/>
          <w:color w:val="000000"/>
          <w:kern w:val="0"/>
          <w:szCs w:val="21"/>
          <w14:ligatures w14:val="none"/>
        </w:rPr>
        <w:t>[2] N</w:t>
      </w:r>
      <w:r w:rsidRPr="00293828">
        <w:rPr>
          <w:rFonts w:ascii="Times New Roman" w:eastAsia="等线" w:hAnsi="Times New Roman" w:cs="Times New Roman" w:hint="eastAsia"/>
          <w:noProof/>
          <w:color w:val="000000"/>
          <w:kern w:val="0"/>
          <w:szCs w:val="21"/>
          <w14:ligatures w14:val="none"/>
        </w:rPr>
        <w:t>.</w:t>
      </w:r>
      <w:r w:rsidRPr="00293828">
        <w:rPr>
          <w:rFonts w:ascii="Times New Roman" w:eastAsia="等线" w:hAnsi="Times New Roman" w:cs="Times New Roman"/>
          <w:noProof/>
          <w:color w:val="000000"/>
          <w:kern w:val="0"/>
          <w:szCs w:val="21"/>
          <w14:ligatures w14:val="none"/>
        </w:rPr>
        <w:t xml:space="preserve"> Grimblat, M.M. Zanardi, A.M. Sarotti</w:t>
      </w:r>
      <w:r w:rsidRPr="00293828">
        <w:rPr>
          <w:rFonts w:ascii="Times New Roman" w:eastAsia="等线" w:hAnsi="Times New Roman" w:cs="Times New Roman" w:hint="eastAsia"/>
          <w:noProof/>
          <w:color w:val="000000"/>
          <w:kern w:val="0"/>
          <w:szCs w:val="21"/>
          <w14:ligatures w14:val="none"/>
        </w:rPr>
        <w:t xml:space="preserve">, </w:t>
      </w:r>
      <w:r w:rsidRPr="00293828">
        <w:rPr>
          <w:rFonts w:ascii="Times New Roman" w:eastAsia="等线" w:hAnsi="Times New Roman" w:cs="Times New Roman"/>
          <w:noProof/>
          <w:color w:val="000000"/>
          <w:kern w:val="0"/>
          <w:szCs w:val="21"/>
          <w14:ligatures w14:val="none"/>
        </w:rPr>
        <w:t>Beyond DP4: an Improved Probability for the</w:t>
      </w:r>
      <w:r w:rsidRPr="00293828">
        <w:rPr>
          <w:rFonts w:ascii="Times New Roman" w:eastAsia="等线" w:hAnsi="Times New Roman" w:cs="Times New Roman" w:hint="eastAsia"/>
          <w:noProof/>
          <w:color w:val="000000"/>
          <w:kern w:val="0"/>
          <w:szCs w:val="21"/>
          <w14:ligatures w14:val="none"/>
        </w:rPr>
        <w:t xml:space="preserve"> </w:t>
      </w:r>
      <w:r w:rsidRPr="00293828">
        <w:rPr>
          <w:rFonts w:ascii="Times New Roman" w:eastAsia="等线" w:hAnsi="Times New Roman" w:cs="Times New Roman"/>
          <w:noProof/>
          <w:color w:val="000000"/>
          <w:kern w:val="0"/>
          <w:szCs w:val="21"/>
          <w14:ligatures w14:val="none"/>
        </w:rPr>
        <w:t>Stereochemical Assignment of Isomeric Compounds using Quantum Chemical Calculations of NMR Shifts</w:t>
      </w:r>
      <w:r w:rsidRPr="00293828">
        <w:rPr>
          <w:rFonts w:ascii="Times New Roman" w:eastAsia="等线" w:hAnsi="Times New Roman" w:cs="Times New Roman" w:hint="eastAsia"/>
          <w:noProof/>
          <w:color w:val="000000"/>
          <w:kern w:val="0"/>
          <w:szCs w:val="21"/>
          <w14:ligatures w14:val="none"/>
        </w:rPr>
        <w:t>,</w:t>
      </w:r>
      <w:r w:rsidRPr="00293828">
        <w:rPr>
          <w:rFonts w:ascii="Times New Roman" w:eastAsia="等线" w:hAnsi="Times New Roman" w:cs="Times New Roman"/>
          <w:noProof/>
          <w:color w:val="000000"/>
          <w:kern w:val="0"/>
          <w:szCs w:val="21"/>
          <w14:ligatures w14:val="none"/>
        </w:rPr>
        <w:t xml:space="preserve"> </w:t>
      </w:r>
      <w:r w:rsidRPr="00293828">
        <w:rPr>
          <w:rFonts w:ascii="Times New Roman" w:eastAsia="等线" w:hAnsi="Times New Roman" w:cs="Times New Roman"/>
          <w:i/>
          <w:iCs/>
          <w:noProof/>
          <w:color w:val="000000"/>
          <w:kern w:val="0"/>
          <w:szCs w:val="21"/>
          <w14:ligatures w14:val="none"/>
        </w:rPr>
        <w:t>J. Org. Chem.</w:t>
      </w:r>
      <w:r w:rsidRPr="00293828">
        <w:rPr>
          <w:rFonts w:ascii="Times New Roman" w:eastAsia="等线" w:hAnsi="Times New Roman" w:cs="Times New Roman"/>
          <w:noProof/>
          <w:color w:val="000000"/>
          <w:kern w:val="0"/>
          <w:szCs w:val="21"/>
          <w14:ligatures w14:val="none"/>
        </w:rPr>
        <w:t xml:space="preserve"> 80</w:t>
      </w:r>
      <w:r w:rsidRPr="00293828">
        <w:rPr>
          <w:rFonts w:ascii="Times New Roman" w:eastAsia="等线" w:hAnsi="Times New Roman" w:cs="Times New Roman" w:hint="eastAsia"/>
          <w:noProof/>
          <w:color w:val="000000"/>
          <w:kern w:val="0"/>
          <w:szCs w:val="21"/>
          <w14:ligatures w14:val="none"/>
        </w:rPr>
        <w:t xml:space="preserve"> (</w:t>
      </w:r>
      <w:r w:rsidRPr="00293828">
        <w:rPr>
          <w:rFonts w:ascii="Times New Roman" w:eastAsia="等线" w:hAnsi="Times New Roman" w:cs="Times New Roman"/>
          <w:noProof/>
          <w:color w:val="000000"/>
          <w:kern w:val="0"/>
          <w:szCs w:val="21"/>
          <w14:ligatures w14:val="none"/>
        </w:rPr>
        <w:t>2015</w:t>
      </w:r>
      <w:r w:rsidRPr="00293828">
        <w:rPr>
          <w:rFonts w:ascii="Times New Roman" w:eastAsia="等线" w:hAnsi="Times New Roman" w:cs="Times New Roman" w:hint="eastAsia"/>
          <w:noProof/>
          <w:color w:val="000000"/>
          <w:kern w:val="0"/>
          <w:szCs w:val="21"/>
          <w14:ligatures w14:val="none"/>
        </w:rPr>
        <w:t>)</w:t>
      </w:r>
      <w:r w:rsidRPr="00293828">
        <w:rPr>
          <w:rFonts w:ascii="Times New Roman" w:eastAsia="等线" w:hAnsi="Times New Roman" w:cs="Times New Roman"/>
          <w:noProof/>
          <w:color w:val="000000"/>
          <w:kern w:val="0"/>
          <w:szCs w:val="21"/>
          <w14:ligatures w14:val="none"/>
        </w:rPr>
        <w:t>, 12526–12534</w:t>
      </w:r>
      <w:r w:rsidRPr="00293828">
        <w:rPr>
          <w:rFonts w:ascii="Times New Roman" w:eastAsia="等线" w:hAnsi="Times New Roman" w:cs="Times New Roman" w:hint="eastAsia"/>
          <w:noProof/>
          <w:color w:val="000000"/>
          <w:kern w:val="0"/>
          <w:szCs w:val="21"/>
          <w14:ligatures w14:val="none"/>
        </w:rPr>
        <w:t>.</w:t>
      </w:r>
    </w:p>
    <w:p w14:paraId="05647677" w14:textId="77777777" w:rsidR="00497B11" w:rsidRPr="00293828" w:rsidRDefault="00497B11" w:rsidP="00617B07">
      <w:pPr>
        <w:widowControl/>
        <w:spacing w:line="360" w:lineRule="auto"/>
        <w:ind w:left="315" w:hangingChars="150" w:hanging="315"/>
        <w:contextualSpacing/>
        <w:rPr>
          <w:rFonts w:ascii="Times New Roman" w:eastAsia="等线" w:hAnsi="Times New Roman" w:cs="Times New Roman"/>
          <w:noProof/>
          <w:color w:val="000000"/>
          <w:kern w:val="0"/>
          <w:szCs w:val="21"/>
          <w14:ligatures w14:val="none"/>
        </w:rPr>
      </w:pPr>
      <w:r w:rsidRPr="00293828">
        <w:rPr>
          <w:rFonts w:ascii="Times New Roman" w:eastAsia="等线" w:hAnsi="Times New Roman" w:cs="Times New Roman"/>
          <w:noProof/>
          <w:color w:val="000000"/>
          <w:kern w:val="0"/>
          <w:szCs w:val="21"/>
          <w14:ligatures w14:val="none"/>
        </w:rPr>
        <w:t xml:space="preserve">[3] T. Lu, F. Chen, Multiwfn: A multifunctional wavefunction analyzer, </w:t>
      </w:r>
      <w:r w:rsidRPr="00293828">
        <w:rPr>
          <w:rFonts w:ascii="Times New Roman" w:eastAsia="等线" w:hAnsi="Times New Roman" w:cs="Times New Roman"/>
          <w:i/>
          <w:iCs/>
          <w:noProof/>
          <w:color w:val="000000"/>
          <w:kern w:val="0"/>
          <w:szCs w:val="21"/>
          <w14:ligatures w14:val="none"/>
        </w:rPr>
        <w:t>J. Comput. Chem.</w:t>
      </w:r>
      <w:r w:rsidRPr="00293828">
        <w:rPr>
          <w:rFonts w:ascii="Times New Roman" w:eastAsia="等线" w:hAnsi="Times New Roman" w:cs="Times New Roman"/>
          <w:noProof/>
          <w:color w:val="000000"/>
          <w:kern w:val="0"/>
          <w:szCs w:val="21"/>
          <w14:ligatures w14:val="none"/>
        </w:rPr>
        <w:t xml:space="preserve"> 33 (2012) 580–592.</w:t>
      </w:r>
    </w:p>
    <w:p w14:paraId="7A216415" w14:textId="77777777" w:rsidR="00497B11" w:rsidRPr="00293828" w:rsidRDefault="00497B11" w:rsidP="00617B07">
      <w:pPr>
        <w:spacing w:line="360" w:lineRule="auto"/>
        <w:ind w:left="315" w:hangingChars="150" w:hanging="315"/>
        <w:rPr>
          <w:rFonts w:ascii="Times New Roman" w:hAnsi="Times New Roman" w:cs="Times New Roman"/>
          <w:szCs w:val="21"/>
          <w14:ligatures w14:val="none"/>
        </w:rPr>
      </w:pPr>
      <w:r w:rsidRPr="00293828">
        <w:rPr>
          <w:rFonts w:ascii="Times New Roman" w:hAnsi="Times New Roman" w:cs="Times New Roman"/>
          <w:szCs w:val="21"/>
          <w14:ligatures w14:val="none"/>
        </w:rPr>
        <w:t xml:space="preserve">[4] M.J. Frisch, G.W. Trucks, H.B. Schlegel, G.E. </w:t>
      </w:r>
      <w:proofErr w:type="spellStart"/>
      <w:r w:rsidRPr="00293828">
        <w:rPr>
          <w:rFonts w:ascii="Times New Roman" w:hAnsi="Times New Roman" w:cs="Times New Roman"/>
          <w:szCs w:val="21"/>
          <w14:ligatures w14:val="none"/>
        </w:rPr>
        <w:t>Scuseria</w:t>
      </w:r>
      <w:proofErr w:type="spellEnd"/>
      <w:r w:rsidRPr="00293828">
        <w:rPr>
          <w:rFonts w:ascii="Times New Roman" w:hAnsi="Times New Roman" w:cs="Times New Roman"/>
          <w:szCs w:val="21"/>
          <w14:ligatures w14:val="none"/>
        </w:rPr>
        <w:t xml:space="preserve">, M.A. Robb, J.R. Cheeseman, G. </w:t>
      </w:r>
      <w:proofErr w:type="spellStart"/>
      <w:r w:rsidRPr="00293828">
        <w:rPr>
          <w:rFonts w:ascii="Times New Roman" w:hAnsi="Times New Roman" w:cs="Times New Roman"/>
          <w:szCs w:val="21"/>
          <w14:ligatures w14:val="none"/>
        </w:rPr>
        <w:t>Scalmani</w:t>
      </w:r>
      <w:proofErr w:type="spellEnd"/>
      <w:r w:rsidRPr="00293828">
        <w:rPr>
          <w:rFonts w:ascii="Times New Roman" w:hAnsi="Times New Roman" w:cs="Times New Roman"/>
          <w:szCs w:val="21"/>
          <w14:ligatures w14:val="none"/>
        </w:rPr>
        <w:t xml:space="preserve">, V. Barone, B. </w:t>
      </w:r>
      <w:proofErr w:type="spellStart"/>
      <w:r w:rsidRPr="00293828">
        <w:rPr>
          <w:rFonts w:ascii="Times New Roman" w:hAnsi="Times New Roman" w:cs="Times New Roman"/>
          <w:szCs w:val="21"/>
          <w14:ligatures w14:val="none"/>
        </w:rPr>
        <w:t>Mennucci</w:t>
      </w:r>
      <w:proofErr w:type="spellEnd"/>
      <w:r w:rsidRPr="00293828">
        <w:rPr>
          <w:rFonts w:ascii="Times New Roman" w:hAnsi="Times New Roman" w:cs="Times New Roman"/>
          <w:szCs w:val="21"/>
          <w14:ligatures w14:val="none"/>
        </w:rPr>
        <w:t xml:space="preserve">, G.A. Petersson, H. </w:t>
      </w:r>
      <w:proofErr w:type="spellStart"/>
      <w:r w:rsidRPr="00293828">
        <w:rPr>
          <w:rFonts w:ascii="Times New Roman" w:hAnsi="Times New Roman" w:cs="Times New Roman"/>
          <w:szCs w:val="21"/>
          <w14:ligatures w14:val="none"/>
        </w:rPr>
        <w:t>Nakatsuji</w:t>
      </w:r>
      <w:proofErr w:type="spellEnd"/>
      <w:r w:rsidRPr="00293828">
        <w:rPr>
          <w:rFonts w:ascii="Times New Roman" w:hAnsi="Times New Roman" w:cs="Times New Roman"/>
          <w:szCs w:val="21"/>
          <w14:ligatures w14:val="none"/>
        </w:rPr>
        <w:t xml:space="preserve">, M. Caricato, X. Li, H.P. </w:t>
      </w:r>
      <w:proofErr w:type="spellStart"/>
      <w:r w:rsidRPr="00293828">
        <w:rPr>
          <w:rFonts w:ascii="Times New Roman" w:hAnsi="Times New Roman" w:cs="Times New Roman"/>
          <w:szCs w:val="21"/>
          <w14:ligatures w14:val="none"/>
        </w:rPr>
        <w:t>Hratchian</w:t>
      </w:r>
      <w:proofErr w:type="spellEnd"/>
      <w:r w:rsidRPr="00293828">
        <w:rPr>
          <w:rFonts w:ascii="Times New Roman" w:hAnsi="Times New Roman" w:cs="Times New Roman"/>
          <w:szCs w:val="21"/>
          <w14:ligatures w14:val="none"/>
        </w:rPr>
        <w:t xml:space="preserve">, A.F. Izmaylov, J. </w:t>
      </w:r>
      <w:proofErr w:type="spellStart"/>
      <w:r w:rsidRPr="00293828">
        <w:rPr>
          <w:rFonts w:ascii="Times New Roman" w:hAnsi="Times New Roman" w:cs="Times New Roman"/>
          <w:szCs w:val="21"/>
          <w14:ligatures w14:val="none"/>
        </w:rPr>
        <w:t>Bloino</w:t>
      </w:r>
      <w:proofErr w:type="spellEnd"/>
      <w:r w:rsidRPr="00293828">
        <w:rPr>
          <w:rFonts w:ascii="Times New Roman" w:hAnsi="Times New Roman" w:cs="Times New Roman"/>
          <w:szCs w:val="21"/>
          <w14:ligatures w14:val="none"/>
        </w:rPr>
        <w:t xml:space="preserve">, G. Zheng, J.L. Sonnenberg, M. Hada, M. Ehara, K. Toyota, R. Fukuda, J. Hasegawa, M. Ishida, T. Nakajima, Y. Honda, O. Kitao, H. Nakai, T. </w:t>
      </w:r>
      <w:proofErr w:type="spellStart"/>
      <w:r w:rsidRPr="00293828">
        <w:rPr>
          <w:rFonts w:ascii="Times New Roman" w:hAnsi="Times New Roman" w:cs="Times New Roman"/>
          <w:szCs w:val="21"/>
          <w14:ligatures w14:val="none"/>
        </w:rPr>
        <w:t>Vreven</w:t>
      </w:r>
      <w:proofErr w:type="spellEnd"/>
      <w:r w:rsidRPr="00293828">
        <w:rPr>
          <w:rFonts w:ascii="Times New Roman" w:hAnsi="Times New Roman" w:cs="Times New Roman"/>
          <w:szCs w:val="21"/>
          <w14:ligatures w14:val="none"/>
        </w:rPr>
        <w:t xml:space="preserve">, J.A. Montgomery, J.E.P. Jr., F. </w:t>
      </w:r>
      <w:proofErr w:type="spellStart"/>
      <w:r w:rsidRPr="00293828">
        <w:rPr>
          <w:rFonts w:ascii="Times New Roman" w:hAnsi="Times New Roman" w:cs="Times New Roman"/>
          <w:szCs w:val="21"/>
          <w14:ligatures w14:val="none"/>
        </w:rPr>
        <w:t>Ogliaro</w:t>
      </w:r>
      <w:proofErr w:type="spellEnd"/>
      <w:r w:rsidRPr="00293828">
        <w:rPr>
          <w:rFonts w:ascii="Times New Roman" w:hAnsi="Times New Roman" w:cs="Times New Roman"/>
          <w:szCs w:val="21"/>
          <w14:ligatures w14:val="none"/>
        </w:rPr>
        <w:t xml:space="preserve">, M. Bearpark, J.J. Heyd, E. Brothers, K.N. Kudin, V.N. Staroverov, T. Keith, R. Kobayashi, J. Normand, K. </w:t>
      </w:r>
      <w:proofErr w:type="spellStart"/>
      <w:r w:rsidRPr="00293828">
        <w:rPr>
          <w:rFonts w:ascii="Times New Roman" w:hAnsi="Times New Roman" w:cs="Times New Roman"/>
          <w:szCs w:val="21"/>
          <w14:ligatures w14:val="none"/>
        </w:rPr>
        <w:t>Raghavachari</w:t>
      </w:r>
      <w:proofErr w:type="spellEnd"/>
      <w:r w:rsidRPr="00293828">
        <w:rPr>
          <w:rFonts w:ascii="Times New Roman" w:hAnsi="Times New Roman" w:cs="Times New Roman"/>
          <w:szCs w:val="21"/>
          <w14:ligatures w14:val="none"/>
        </w:rPr>
        <w:t xml:space="preserve">, A. Rendell, J.C. Burant, S.S. Iyengar, J. Tomasi, M. Cossi, N. Rega, J.M. Millam, M. Klene, J.E. Knox, J.B. Cross, V. Bakken, C. Adamo, J. Jaramillo, R. Gomperts, R.E. Stratmann, O. </w:t>
      </w:r>
      <w:proofErr w:type="spellStart"/>
      <w:r w:rsidRPr="00293828">
        <w:rPr>
          <w:rFonts w:ascii="Times New Roman" w:hAnsi="Times New Roman" w:cs="Times New Roman"/>
          <w:szCs w:val="21"/>
          <w14:ligatures w14:val="none"/>
        </w:rPr>
        <w:t>Yazyev</w:t>
      </w:r>
      <w:proofErr w:type="spellEnd"/>
      <w:r w:rsidRPr="00293828">
        <w:rPr>
          <w:rFonts w:ascii="Times New Roman" w:hAnsi="Times New Roman" w:cs="Times New Roman"/>
          <w:szCs w:val="21"/>
          <w14:ligatures w14:val="none"/>
        </w:rPr>
        <w:t xml:space="preserve">, A.J. Austin, R. Cammi, C. </w:t>
      </w:r>
      <w:proofErr w:type="spellStart"/>
      <w:r w:rsidRPr="00293828">
        <w:rPr>
          <w:rFonts w:ascii="Times New Roman" w:hAnsi="Times New Roman" w:cs="Times New Roman"/>
          <w:szCs w:val="21"/>
          <w14:ligatures w14:val="none"/>
        </w:rPr>
        <w:t>Pomelli</w:t>
      </w:r>
      <w:proofErr w:type="spellEnd"/>
      <w:r w:rsidRPr="00293828">
        <w:rPr>
          <w:rFonts w:ascii="Times New Roman" w:hAnsi="Times New Roman" w:cs="Times New Roman"/>
          <w:szCs w:val="21"/>
          <w14:ligatures w14:val="none"/>
        </w:rPr>
        <w:t xml:space="preserve">, J.W. </w:t>
      </w:r>
      <w:proofErr w:type="spellStart"/>
      <w:r w:rsidRPr="00293828">
        <w:rPr>
          <w:rFonts w:ascii="Times New Roman" w:hAnsi="Times New Roman" w:cs="Times New Roman"/>
          <w:szCs w:val="21"/>
          <w14:ligatures w14:val="none"/>
        </w:rPr>
        <w:t>Ochterski</w:t>
      </w:r>
      <w:proofErr w:type="spellEnd"/>
      <w:r w:rsidRPr="00293828">
        <w:rPr>
          <w:rFonts w:ascii="Times New Roman" w:hAnsi="Times New Roman" w:cs="Times New Roman"/>
          <w:szCs w:val="21"/>
          <w14:ligatures w14:val="none"/>
        </w:rPr>
        <w:t xml:space="preserve">, R.L. Martin, K. </w:t>
      </w:r>
      <w:proofErr w:type="spellStart"/>
      <w:r w:rsidRPr="00293828">
        <w:rPr>
          <w:rFonts w:ascii="Times New Roman" w:hAnsi="Times New Roman" w:cs="Times New Roman"/>
          <w:szCs w:val="21"/>
          <w14:ligatures w14:val="none"/>
        </w:rPr>
        <w:t>Morokuma</w:t>
      </w:r>
      <w:proofErr w:type="spellEnd"/>
      <w:r w:rsidRPr="00293828">
        <w:rPr>
          <w:rFonts w:ascii="Times New Roman" w:hAnsi="Times New Roman" w:cs="Times New Roman"/>
          <w:szCs w:val="21"/>
          <w14:ligatures w14:val="none"/>
        </w:rPr>
        <w:t xml:space="preserve">, V.G. Zakrzewski, G.A. Voth, P. Salvador, J.J. Dannenberg, S. Dapprich, A.D. Daniels, O. Farkas, J.B. Foresman, J.V. Ortiz, J. </w:t>
      </w:r>
      <w:proofErr w:type="spellStart"/>
      <w:r w:rsidRPr="00293828">
        <w:rPr>
          <w:rFonts w:ascii="Times New Roman" w:hAnsi="Times New Roman" w:cs="Times New Roman"/>
          <w:szCs w:val="21"/>
          <w14:ligatures w14:val="none"/>
        </w:rPr>
        <w:t>Cioslowski</w:t>
      </w:r>
      <w:proofErr w:type="spellEnd"/>
      <w:r w:rsidRPr="00293828">
        <w:rPr>
          <w:rFonts w:ascii="Times New Roman" w:hAnsi="Times New Roman" w:cs="Times New Roman"/>
          <w:szCs w:val="21"/>
          <w14:ligatures w14:val="none"/>
        </w:rPr>
        <w:t xml:space="preserve">, D.J. Fox, Gaussian </w:t>
      </w:r>
      <w:r w:rsidRPr="00293828">
        <w:rPr>
          <w:rFonts w:ascii="Times New Roman" w:hAnsi="Times New Roman" w:cs="Times New Roman" w:hint="eastAsia"/>
          <w:szCs w:val="21"/>
          <w14:ligatures w14:val="none"/>
        </w:rPr>
        <w:t>16</w:t>
      </w:r>
      <w:r w:rsidRPr="00293828">
        <w:rPr>
          <w:rFonts w:ascii="Times New Roman" w:hAnsi="Times New Roman" w:cs="Times New Roman"/>
          <w:szCs w:val="21"/>
          <w14:ligatures w14:val="none"/>
        </w:rPr>
        <w:t xml:space="preserve">, Revision </w:t>
      </w:r>
      <w:r w:rsidRPr="00293828">
        <w:rPr>
          <w:rFonts w:ascii="Times New Roman" w:hAnsi="Times New Roman" w:cs="Times New Roman" w:hint="eastAsia"/>
          <w:szCs w:val="21"/>
          <w14:ligatures w14:val="none"/>
        </w:rPr>
        <w:t>C</w:t>
      </w:r>
      <w:r w:rsidRPr="00293828">
        <w:rPr>
          <w:rFonts w:ascii="Times New Roman" w:hAnsi="Times New Roman" w:cs="Times New Roman"/>
          <w:szCs w:val="21"/>
          <w14:ligatures w14:val="none"/>
        </w:rPr>
        <w:t xml:space="preserve">.01; Gaussian, Inc., Wallingford CT: </w:t>
      </w:r>
      <w:r w:rsidRPr="00293828">
        <w:rPr>
          <w:rFonts w:ascii="Times New Roman" w:hAnsi="Times New Roman" w:cs="Times New Roman"/>
          <w:b/>
          <w:bCs/>
          <w:szCs w:val="21"/>
          <w14:ligatures w14:val="none"/>
        </w:rPr>
        <w:t>201</w:t>
      </w:r>
      <w:r w:rsidRPr="00293828">
        <w:rPr>
          <w:rFonts w:ascii="Times New Roman" w:hAnsi="Times New Roman" w:cs="Times New Roman" w:hint="eastAsia"/>
          <w:b/>
          <w:bCs/>
          <w:szCs w:val="21"/>
          <w14:ligatures w14:val="none"/>
        </w:rPr>
        <w:t>6</w:t>
      </w:r>
      <w:r w:rsidRPr="00293828">
        <w:rPr>
          <w:rFonts w:ascii="Times New Roman" w:hAnsi="Times New Roman" w:cs="Times New Roman"/>
          <w:szCs w:val="21"/>
          <w14:ligatures w14:val="none"/>
        </w:rPr>
        <w:t>.</w:t>
      </w:r>
    </w:p>
    <w:p w14:paraId="6E0963F3" w14:textId="77777777" w:rsidR="00497B11" w:rsidRPr="00293828" w:rsidRDefault="00497B11" w:rsidP="00293828">
      <w:pPr>
        <w:spacing w:line="360" w:lineRule="auto"/>
        <w:rPr>
          <w:rFonts w:ascii="Times New Roman" w:hAnsi="Times New Roman" w:cs="Times New Roman"/>
          <w:szCs w:val="21"/>
          <w14:ligatures w14:val="none"/>
        </w:rPr>
      </w:pPr>
    </w:p>
    <w:p w14:paraId="794C57E3" w14:textId="77777777" w:rsidR="00497B11" w:rsidRPr="00293828" w:rsidRDefault="00497B11" w:rsidP="00293828">
      <w:pPr>
        <w:spacing w:line="360" w:lineRule="auto"/>
        <w:rPr>
          <w:rFonts w:ascii="Times New Roman" w:hAnsi="Times New Roman" w:cs="Times New Roman"/>
          <w:b/>
          <w:bCs/>
          <w:szCs w:val="21"/>
          <w14:ligatures w14:val="none"/>
        </w:rPr>
      </w:pPr>
      <w:r w:rsidRPr="00293828">
        <w:rPr>
          <w:rFonts w:ascii="Times New Roman" w:hAnsi="Times New Roman" w:cs="Times New Roman"/>
          <w:b/>
          <w:bCs/>
          <w:szCs w:val="21"/>
          <w14:ligatures w14:val="none"/>
        </w:rPr>
        <w:br w:type="page"/>
      </w:r>
    </w:p>
    <w:p w14:paraId="00D48DFD" w14:textId="77777777" w:rsidR="00497B11" w:rsidRPr="00293828" w:rsidRDefault="00497B11" w:rsidP="00293828">
      <w:pPr>
        <w:spacing w:line="360" w:lineRule="auto"/>
        <w:rPr>
          <w:rFonts w:ascii="Times New Roman" w:hAnsi="Times New Roman" w:cs="Times New Roman"/>
          <w:b/>
          <w:bCs/>
          <w:szCs w:val="21"/>
          <w14:ligatures w14:val="none"/>
        </w:rPr>
      </w:pPr>
      <w:r>
        <w:rPr>
          <w:rFonts w:ascii="Times New Roman" w:hAnsi="Times New Roman" w:cs="Times New Roman" w:hint="eastAsia"/>
          <w:b/>
          <w:bCs/>
          <w:szCs w:val="21"/>
          <w14:ligatures w14:val="none"/>
        </w:rPr>
        <w:lastRenderedPageBreak/>
        <w:t>9</w:t>
      </w:r>
      <w:r w:rsidRPr="00293828">
        <w:rPr>
          <w:rFonts w:ascii="Times New Roman" w:hAnsi="Times New Roman" w:cs="Times New Roman"/>
          <w:b/>
          <w:bCs/>
          <w:szCs w:val="21"/>
          <w14:ligatures w14:val="none"/>
        </w:rPr>
        <w:t>.2 General results for NMR calculation</w:t>
      </w:r>
    </w:p>
    <w:p w14:paraId="7557D363" w14:textId="77777777" w:rsidR="00497B11" w:rsidRPr="00293828" w:rsidRDefault="00497B11" w:rsidP="00293828">
      <w:pPr>
        <w:spacing w:line="360" w:lineRule="auto"/>
        <w:jc w:val="center"/>
        <w:rPr>
          <w:rFonts w:ascii="Times New Roman" w:hAnsi="Times New Roman" w:cs="Times New Roman"/>
          <w:szCs w:val="21"/>
          <w14:ligatures w14:val="none"/>
        </w:rPr>
      </w:pPr>
      <w:r w:rsidRPr="00293828">
        <w:rPr>
          <w14:ligatures w14:val="none"/>
        </w:rPr>
        <w:object w:dxaOrig="7075" w:dyaOrig="2284" w14:anchorId="6FDEB5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65pt;height:114.75pt" o:ole="">
            <v:imagedata r:id="rId51" o:title=""/>
          </v:shape>
          <o:OLEObject Type="Embed" ProgID="ChemDraw.Document.6.0" ShapeID="_x0000_i1025" DrawAspect="Content" ObjectID="_1781538503" r:id="rId52"/>
        </w:object>
      </w:r>
    </w:p>
    <w:p w14:paraId="45556AD0" w14:textId="77777777" w:rsidR="00497B11" w:rsidRPr="00293828" w:rsidRDefault="00497B11" w:rsidP="00293828">
      <w:pPr>
        <w:spacing w:line="360" w:lineRule="auto"/>
        <w:rPr>
          <w:rFonts w:ascii="Times New Roman" w:hAnsi="Times New Roman" w:cs="Times New Roman"/>
          <w:szCs w:val="21"/>
          <w14:ligatures w14:val="none"/>
        </w:rPr>
      </w:pPr>
      <w:bookmarkStart w:id="23" w:name="_Hlk168066217"/>
      <w:r>
        <w:rPr>
          <w:rFonts w:ascii="Times New Roman" w:hAnsi="Times New Roman" w:cs="Times New Roman"/>
          <w:b/>
          <w:bCs/>
          <w:szCs w:val="21"/>
          <w14:ligatures w14:val="none"/>
        </w:rPr>
        <w:t>Fig.</w:t>
      </w:r>
      <w:r w:rsidRPr="009A52A7">
        <w:rPr>
          <w:rFonts w:ascii="Times New Roman" w:hAnsi="Times New Roman" w:cs="Times New Roman"/>
          <w:b/>
          <w:bCs/>
          <w:szCs w:val="21"/>
          <w14:ligatures w14:val="none"/>
        </w:rPr>
        <w:t xml:space="preserve"> S</w:t>
      </w:r>
      <w:r w:rsidRPr="009A52A7">
        <w:rPr>
          <w:rFonts w:ascii="Times New Roman" w:hAnsi="Times New Roman" w:cs="Times New Roman" w:hint="eastAsia"/>
          <w:b/>
          <w:bCs/>
          <w:szCs w:val="21"/>
          <w14:ligatures w14:val="none"/>
        </w:rPr>
        <w:t>43</w:t>
      </w:r>
      <w:bookmarkEnd w:id="23"/>
      <w:r w:rsidRPr="00293828">
        <w:rPr>
          <w:rFonts w:ascii="Times New Roman" w:hAnsi="Times New Roman" w:cs="Times New Roman"/>
          <w:szCs w:val="21"/>
          <w14:ligatures w14:val="none"/>
        </w:rPr>
        <w:t xml:space="preserve"> </w:t>
      </w:r>
      <w:r w:rsidRPr="00293828">
        <w:rPr>
          <w:rFonts w:ascii="Times New Roman" w:hAnsi="Times New Roman" w:cs="Times New Roman" w:hint="eastAsia"/>
          <w:szCs w:val="21"/>
          <w14:ligatures w14:val="none"/>
        </w:rPr>
        <w:t>Chemical s</w:t>
      </w:r>
      <w:r w:rsidRPr="00293828">
        <w:rPr>
          <w:rFonts w:ascii="Times New Roman" w:hAnsi="Times New Roman" w:cs="Times New Roman"/>
          <w:szCs w:val="21"/>
          <w14:ligatures w14:val="none"/>
        </w:rPr>
        <w:t xml:space="preserve">tructures of </w:t>
      </w:r>
      <w:r w:rsidRPr="00293828">
        <w:rPr>
          <w:rFonts w:ascii="Times New Roman" w:hAnsi="Times New Roman" w:cs="Times New Roman"/>
          <w:iCs/>
          <w:kern w:val="21"/>
          <w:szCs w:val="21"/>
          <w14:ligatures w14:val="none"/>
        </w:rPr>
        <w:t>(1</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5</w:t>
      </w:r>
      <w:r w:rsidRPr="00293828">
        <w:rPr>
          <w:rFonts w:ascii="Times New Roman" w:hAnsi="Times New Roman" w:cs="Times New Roman"/>
          <w:i/>
          <w:iCs/>
          <w:kern w:val="21"/>
          <w:szCs w:val="21"/>
          <w14:ligatures w14:val="none"/>
        </w:rPr>
        <w:t>R</w:t>
      </w:r>
      <w:r w:rsidRPr="00293828">
        <w:rPr>
          <w:rFonts w:ascii="Times New Roman" w:hAnsi="Times New Roman" w:cs="Times New Roman"/>
          <w:iCs/>
          <w:kern w:val="21"/>
          <w:szCs w:val="21"/>
          <w14:ligatures w14:val="none"/>
        </w:rPr>
        <w:t>*, 6</w:t>
      </w:r>
      <w:r w:rsidRPr="00293828">
        <w:rPr>
          <w:rFonts w:ascii="Times New Roman" w:hAnsi="Times New Roman" w:cs="Times New Roman"/>
          <w:i/>
          <w:iCs/>
          <w:kern w:val="21"/>
          <w:szCs w:val="21"/>
          <w14:ligatures w14:val="none"/>
        </w:rPr>
        <w:t>R</w:t>
      </w:r>
      <w:r w:rsidRPr="00293828">
        <w:rPr>
          <w:rFonts w:ascii="Times New Roman" w:hAnsi="Times New Roman" w:cs="Times New Roman"/>
          <w:iCs/>
          <w:kern w:val="21"/>
          <w:szCs w:val="21"/>
          <w14:ligatures w14:val="none"/>
        </w:rPr>
        <w:t>*, 8</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9</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10</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11</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13</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16</w:t>
      </w:r>
      <w:r w:rsidRPr="00293828">
        <w:rPr>
          <w:rFonts w:ascii="Times New Roman" w:hAnsi="Times New Roman" w:cs="Times New Roman"/>
          <w:i/>
          <w:iCs/>
          <w:kern w:val="21"/>
          <w:szCs w:val="21"/>
          <w14:ligatures w14:val="none"/>
        </w:rPr>
        <w:t>R</w:t>
      </w:r>
      <w:r w:rsidRPr="00293828">
        <w:rPr>
          <w:rFonts w:ascii="Times New Roman" w:hAnsi="Times New Roman" w:cs="Times New Roman"/>
          <w:iCs/>
          <w:kern w:val="21"/>
          <w:szCs w:val="21"/>
          <w14:ligatures w14:val="none"/>
        </w:rPr>
        <w:t>*, 1'</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3'</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5'</w:t>
      </w:r>
      <w:r w:rsidRPr="00293828">
        <w:rPr>
          <w:rFonts w:ascii="Times New Roman" w:hAnsi="Times New Roman" w:cs="Times New Roman"/>
          <w:i/>
          <w:iCs/>
          <w:kern w:val="21"/>
          <w:szCs w:val="21"/>
          <w14:ligatures w14:val="none"/>
        </w:rPr>
        <w:t>R</w:t>
      </w:r>
      <w:r w:rsidRPr="00293828">
        <w:rPr>
          <w:rFonts w:ascii="Times New Roman" w:hAnsi="Times New Roman" w:cs="Times New Roman"/>
          <w:iCs/>
          <w:kern w:val="21"/>
          <w:szCs w:val="21"/>
          <w14:ligatures w14:val="none"/>
        </w:rPr>
        <w:t>*, 6'</w:t>
      </w:r>
      <w:r w:rsidRPr="00293828">
        <w:rPr>
          <w:rFonts w:ascii="Times New Roman" w:hAnsi="Times New Roman" w:cs="Times New Roman"/>
          <w:i/>
          <w:iCs/>
          <w:kern w:val="21"/>
          <w:szCs w:val="21"/>
          <w14:ligatures w14:val="none"/>
        </w:rPr>
        <w:t>R</w:t>
      </w:r>
      <w:r w:rsidRPr="00293828">
        <w:rPr>
          <w:rFonts w:ascii="Times New Roman" w:hAnsi="Times New Roman" w:cs="Times New Roman"/>
          <w:iCs/>
          <w:kern w:val="21"/>
          <w:szCs w:val="21"/>
          <w14:ligatures w14:val="none"/>
        </w:rPr>
        <w:t>*, 8'</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9'</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10'</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13'</w:t>
      </w:r>
      <w:r w:rsidRPr="00293828">
        <w:rPr>
          <w:rFonts w:ascii="Times New Roman" w:hAnsi="Times New Roman" w:cs="Times New Roman"/>
          <w:i/>
          <w:iCs/>
          <w:kern w:val="21"/>
          <w:szCs w:val="21"/>
          <w14:ligatures w14:val="none"/>
        </w:rPr>
        <w:t>R</w:t>
      </w:r>
      <w:r w:rsidRPr="00293828">
        <w:rPr>
          <w:rFonts w:ascii="Times New Roman" w:hAnsi="Times New Roman" w:cs="Times New Roman"/>
          <w:iCs/>
          <w:kern w:val="21"/>
          <w:szCs w:val="21"/>
          <w14:ligatures w14:val="none"/>
        </w:rPr>
        <w:t>*, 16'</w:t>
      </w:r>
      <w:r w:rsidRPr="00293828">
        <w:rPr>
          <w:rFonts w:ascii="Times New Roman" w:hAnsi="Times New Roman" w:cs="Times New Roman"/>
          <w:i/>
          <w:iCs/>
          <w:kern w:val="21"/>
          <w:szCs w:val="21"/>
          <w14:ligatures w14:val="none"/>
        </w:rPr>
        <w:t>R</w:t>
      </w:r>
      <w:r w:rsidRPr="00293828">
        <w:rPr>
          <w:rFonts w:ascii="Times New Roman" w:hAnsi="Times New Roman" w:cs="Times New Roman"/>
          <w:iCs/>
          <w:kern w:val="21"/>
          <w:szCs w:val="21"/>
          <w14:ligatures w14:val="none"/>
        </w:rPr>
        <w:t>*)-</w:t>
      </w:r>
      <w:r w:rsidRPr="00293828">
        <w:rPr>
          <w:rFonts w:ascii="Times New Roman" w:hAnsi="Times New Roman" w:cs="Times New Roman" w:hint="eastAsia"/>
          <w:b/>
          <w:bCs/>
          <w:iCs/>
          <w:kern w:val="21"/>
          <w:szCs w:val="21"/>
          <w14:ligatures w14:val="none"/>
        </w:rPr>
        <w:t>4</w:t>
      </w:r>
      <w:r w:rsidRPr="00293828">
        <w:rPr>
          <w:rFonts w:ascii="Times New Roman" w:hAnsi="Times New Roman" w:cs="Times New Roman"/>
          <w:iCs/>
          <w:kern w:val="21"/>
          <w:szCs w:val="21"/>
          <w14:ligatures w14:val="none"/>
        </w:rPr>
        <w:t xml:space="preserve"> (</w:t>
      </w:r>
      <w:r w:rsidRPr="00293828">
        <w:rPr>
          <w:rFonts w:ascii="Times New Roman" w:hAnsi="Times New Roman" w:cs="Times New Roman" w:hint="eastAsia"/>
          <w:b/>
          <w:bCs/>
          <w:iCs/>
          <w:kern w:val="21"/>
          <w:szCs w:val="21"/>
          <w14:ligatures w14:val="none"/>
        </w:rPr>
        <w:t>4</w:t>
      </w:r>
      <w:r w:rsidRPr="00293828">
        <w:rPr>
          <w:rFonts w:ascii="Times New Roman" w:hAnsi="Times New Roman" w:cs="Times New Roman"/>
          <w:b/>
          <w:bCs/>
          <w:iCs/>
          <w:kern w:val="21"/>
          <w:szCs w:val="21"/>
          <w14:ligatures w14:val="none"/>
        </w:rPr>
        <w:t>a</w:t>
      </w:r>
      <w:r w:rsidRPr="00293828">
        <w:rPr>
          <w:rFonts w:ascii="Times New Roman" w:hAnsi="Times New Roman" w:cs="Times New Roman"/>
          <w:iCs/>
          <w:kern w:val="21"/>
          <w:szCs w:val="21"/>
          <w14:ligatures w14:val="none"/>
        </w:rPr>
        <w:t xml:space="preserve">) </w:t>
      </w:r>
      <w:r w:rsidRPr="00293828">
        <w:rPr>
          <w:rFonts w:ascii="Times New Roman" w:hAnsi="Times New Roman" w:cs="Times New Roman" w:hint="eastAsia"/>
          <w:iCs/>
          <w:kern w:val="21"/>
          <w:szCs w:val="21"/>
          <w14:ligatures w14:val="none"/>
        </w:rPr>
        <w:t>and</w:t>
      </w:r>
      <w:r w:rsidRPr="00293828">
        <w:rPr>
          <w:rFonts w:ascii="Times New Roman" w:hAnsi="Times New Roman" w:cs="Times New Roman"/>
          <w:iCs/>
          <w:kern w:val="21"/>
          <w:szCs w:val="21"/>
          <w14:ligatures w14:val="none"/>
        </w:rPr>
        <w:t xml:space="preserve"> (1</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5</w:t>
      </w:r>
      <w:r w:rsidRPr="00293828">
        <w:rPr>
          <w:rFonts w:ascii="Times New Roman" w:hAnsi="Times New Roman" w:cs="Times New Roman"/>
          <w:i/>
          <w:iCs/>
          <w:kern w:val="21"/>
          <w:szCs w:val="21"/>
          <w14:ligatures w14:val="none"/>
        </w:rPr>
        <w:t>R</w:t>
      </w:r>
      <w:r w:rsidRPr="00293828">
        <w:rPr>
          <w:rFonts w:ascii="Times New Roman" w:hAnsi="Times New Roman" w:cs="Times New Roman"/>
          <w:iCs/>
          <w:kern w:val="21"/>
          <w:szCs w:val="21"/>
          <w14:ligatures w14:val="none"/>
        </w:rPr>
        <w:t>*, 6</w:t>
      </w:r>
      <w:r w:rsidRPr="00293828">
        <w:rPr>
          <w:rFonts w:ascii="Times New Roman" w:hAnsi="Times New Roman" w:cs="Times New Roman"/>
          <w:i/>
          <w:iCs/>
          <w:kern w:val="21"/>
          <w:szCs w:val="21"/>
          <w14:ligatures w14:val="none"/>
        </w:rPr>
        <w:t>R</w:t>
      </w:r>
      <w:r w:rsidRPr="00293828">
        <w:rPr>
          <w:rFonts w:ascii="Times New Roman" w:hAnsi="Times New Roman" w:cs="Times New Roman"/>
          <w:iCs/>
          <w:kern w:val="21"/>
          <w:szCs w:val="21"/>
          <w14:ligatures w14:val="none"/>
        </w:rPr>
        <w:t>*, 8</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9</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10</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11</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13</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16</w:t>
      </w:r>
      <w:r w:rsidRPr="00293828">
        <w:rPr>
          <w:rFonts w:ascii="Times New Roman" w:hAnsi="Times New Roman" w:cs="Times New Roman"/>
          <w:i/>
          <w:iCs/>
          <w:kern w:val="21"/>
          <w:szCs w:val="21"/>
          <w14:ligatures w14:val="none"/>
        </w:rPr>
        <w:t>R</w:t>
      </w:r>
      <w:r w:rsidRPr="00293828">
        <w:rPr>
          <w:rFonts w:ascii="Times New Roman" w:hAnsi="Times New Roman" w:cs="Times New Roman"/>
          <w:iCs/>
          <w:kern w:val="21"/>
          <w:szCs w:val="21"/>
          <w14:ligatures w14:val="none"/>
        </w:rPr>
        <w:t>*, 1'</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3'</w:t>
      </w:r>
      <w:r w:rsidRPr="00293828">
        <w:rPr>
          <w:rFonts w:ascii="Times New Roman" w:hAnsi="Times New Roman" w:cs="Times New Roman"/>
          <w:i/>
          <w:iCs/>
          <w:kern w:val="21"/>
          <w:szCs w:val="21"/>
          <w14:ligatures w14:val="none"/>
        </w:rPr>
        <w:t>R</w:t>
      </w:r>
      <w:r w:rsidRPr="00293828">
        <w:rPr>
          <w:rFonts w:ascii="Times New Roman" w:hAnsi="Times New Roman" w:cs="Times New Roman"/>
          <w:iCs/>
          <w:kern w:val="21"/>
          <w:szCs w:val="21"/>
          <w14:ligatures w14:val="none"/>
        </w:rPr>
        <w:t>*, 5'</w:t>
      </w:r>
      <w:r w:rsidRPr="00293828">
        <w:rPr>
          <w:rFonts w:ascii="Times New Roman" w:hAnsi="Times New Roman" w:cs="Times New Roman"/>
          <w:i/>
          <w:iCs/>
          <w:kern w:val="21"/>
          <w:szCs w:val="21"/>
          <w14:ligatures w14:val="none"/>
        </w:rPr>
        <w:t>R</w:t>
      </w:r>
      <w:r w:rsidRPr="00293828">
        <w:rPr>
          <w:rFonts w:ascii="Times New Roman" w:hAnsi="Times New Roman" w:cs="Times New Roman"/>
          <w:iCs/>
          <w:kern w:val="21"/>
          <w:szCs w:val="21"/>
          <w14:ligatures w14:val="none"/>
        </w:rPr>
        <w:t>*, 6'</w:t>
      </w:r>
      <w:r w:rsidRPr="00293828">
        <w:rPr>
          <w:rFonts w:ascii="Times New Roman" w:hAnsi="Times New Roman" w:cs="Times New Roman"/>
          <w:i/>
          <w:iCs/>
          <w:kern w:val="21"/>
          <w:szCs w:val="21"/>
          <w14:ligatures w14:val="none"/>
        </w:rPr>
        <w:t>R</w:t>
      </w:r>
      <w:r w:rsidRPr="00293828">
        <w:rPr>
          <w:rFonts w:ascii="Times New Roman" w:hAnsi="Times New Roman" w:cs="Times New Roman"/>
          <w:iCs/>
          <w:kern w:val="21"/>
          <w:szCs w:val="21"/>
          <w14:ligatures w14:val="none"/>
        </w:rPr>
        <w:t>*, 8'</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9'</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10'</w:t>
      </w:r>
      <w:r w:rsidRPr="00293828">
        <w:rPr>
          <w:rFonts w:ascii="Times New Roman" w:hAnsi="Times New Roman" w:cs="Times New Roman"/>
          <w:i/>
          <w:iCs/>
          <w:kern w:val="21"/>
          <w:szCs w:val="21"/>
          <w14:ligatures w14:val="none"/>
        </w:rPr>
        <w:t>S</w:t>
      </w:r>
      <w:r w:rsidRPr="00293828">
        <w:rPr>
          <w:rFonts w:ascii="Times New Roman" w:hAnsi="Times New Roman" w:cs="Times New Roman"/>
          <w:iCs/>
          <w:kern w:val="21"/>
          <w:szCs w:val="21"/>
          <w14:ligatures w14:val="none"/>
        </w:rPr>
        <w:t>*, 13'</w:t>
      </w:r>
      <w:r w:rsidRPr="00293828">
        <w:rPr>
          <w:rFonts w:ascii="Times New Roman" w:hAnsi="Times New Roman" w:cs="Times New Roman"/>
          <w:i/>
          <w:iCs/>
          <w:kern w:val="21"/>
          <w:szCs w:val="21"/>
          <w14:ligatures w14:val="none"/>
        </w:rPr>
        <w:t>R</w:t>
      </w:r>
      <w:r w:rsidRPr="00293828">
        <w:rPr>
          <w:rFonts w:ascii="Times New Roman" w:hAnsi="Times New Roman" w:cs="Times New Roman"/>
          <w:iCs/>
          <w:kern w:val="21"/>
          <w:szCs w:val="21"/>
          <w14:ligatures w14:val="none"/>
        </w:rPr>
        <w:t>*, 16'</w:t>
      </w:r>
      <w:r w:rsidRPr="00293828">
        <w:rPr>
          <w:rFonts w:ascii="Times New Roman" w:hAnsi="Times New Roman" w:cs="Times New Roman"/>
          <w:i/>
          <w:iCs/>
          <w:kern w:val="21"/>
          <w:szCs w:val="21"/>
          <w14:ligatures w14:val="none"/>
        </w:rPr>
        <w:t>R</w:t>
      </w:r>
      <w:r w:rsidRPr="00293828">
        <w:rPr>
          <w:rFonts w:ascii="Times New Roman" w:hAnsi="Times New Roman" w:cs="Times New Roman"/>
          <w:iCs/>
          <w:kern w:val="21"/>
          <w:szCs w:val="21"/>
          <w14:ligatures w14:val="none"/>
        </w:rPr>
        <w:t>*)-</w:t>
      </w:r>
      <w:r w:rsidRPr="00293828">
        <w:rPr>
          <w:rFonts w:ascii="Times New Roman" w:hAnsi="Times New Roman" w:cs="Times New Roman" w:hint="eastAsia"/>
          <w:b/>
          <w:bCs/>
          <w:iCs/>
          <w:kern w:val="21"/>
          <w:szCs w:val="21"/>
          <w14:ligatures w14:val="none"/>
        </w:rPr>
        <w:t>4</w:t>
      </w:r>
      <w:r w:rsidRPr="00293828">
        <w:rPr>
          <w:rFonts w:ascii="Times New Roman" w:hAnsi="Times New Roman" w:cs="Times New Roman"/>
          <w:iCs/>
          <w:kern w:val="21"/>
          <w:szCs w:val="21"/>
          <w14:ligatures w14:val="none"/>
        </w:rPr>
        <w:t xml:space="preserve"> (</w:t>
      </w:r>
      <w:r w:rsidRPr="00293828">
        <w:rPr>
          <w:rFonts w:ascii="Times New Roman" w:hAnsi="Times New Roman" w:cs="Times New Roman" w:hint="eastAsia"/>
          <w:b/>
          <w:bCs/>
          <w:iCs/>
          <w:kern w:val="21"/>
          <w:szCs w:val="21"/>
          <w14:ligatures w14:val="none"/>
        </w:rPr>
        <w:t>4</w:t>
      </w:r>
      <w:r w:rsidRPr="00293828">
        <w:rPr>
          <w:rFonts w:ascii="Times New Roman" w:hAnsi="Times New Roman" w:cs="Times New Roman"/>
          <w:b/>
          <w:bCs/>
          <w:iCs/>
          <w:kern w:val="21"/>
          <w:szCs w:val="21"/>
          <w14:ligatures w14:val="none"/>
        </w:rPr>
        <w:t>b</w:t>
      </w:r>
      <w:r w:rsidRPr="00293828">
        <w:rPr>
          <w:rFonts w:ascii="Times New Roman" w:hAnsi="Times New Roman" w:cs="Times New Roman"/>
          <w:iCs/>
          <w:kern w:val="21"/>
          <w:szCs w:val="21"/>
          <w14:ligatures w14:val="none"/>
        </w:rPr>
        <w:t>)</w:t>
      </w:r>
      <w:r w:rsidRPr="00293828">
        <w:rPr>
          <w:rFonts w:ascii="Times New Roman" w:hAnsi="Times New Roman" w:cs="Times New Roman"/>
          <w:szCs w:val="21"/>
          <w14:ligatures w14:val="none"/>
        </w:rPr>
        <w:t>.</w:t>
      </w:r>
    </w:p>
    <w:p w14:paraId="78EF7783" w14:textId="77777777" w:rsidR="00497B11" w:rsidRPr="00293828" w:rsidRDefault="00497B11" w:rsidP="00293828">
      <w:pPr>
        <w:spacing w:line="360" w:lineRule="auto"/>
        <w:rPr>
          <w:rFonts w:ascii="Times New Roman" w:hAnsi="Times New Roman" w:cs="Times New Roman"/>
          <w:szCs w:val="21"/>
          <w14:ligatures w14:val="none"/>
        </w:rPr>
      </w:pPr>
    </w:p>
    <w:p w14:paraId="15C8E783" w14:textId="77777777" w:rsidR="00497B11" w:rsidRPr="00293828" w:rsidRDefault="00497B11" w:rsidP="00293828">
      <w:pPr>
        <w:spacing w:line="360" w:lineRule="auto"/>
        <w:rPr>
          <w:rFonts w:ascii="Times New Roman" w:hAnsi="Times New Roman" w:cs="Times New Roman"/>
          <w:szCs w:val="21"/>
          <w14:ligatures w14:val="none"/>
        </w:rPr>
      </w:pPr>
      <w:r w:rsidRPr="009A52A7">
        <w:rPr>
          <w:rFonts w:ascii="Times New Roman" w:hAnsi="Times New Roman" w:cs="Times New Roman"/>
          <w:b/>
          <w:bCs/>
          <w:szCs w:val="21"/>
          <w14:ligatures w14:val="none"/>
        </w:rPr>
        <w:t>Table S1</w:t>
      </w:r>
      <w:r w:rsidRPr="00293828">
        <w:rPr>
          <w:rFonts w:ascii="Times New Roman" w:hAnsi="Times New Roman" w:cs="Times New Roman"/>
          <w:szCs w:val="21"/>
          <w14:ligatures w14:val="none"/>
        </w:rPr>
        <w:t xml:space="preserve"> Experimental and calculated </w:t>
      </w:r>
      <w:r w:rsidRPr="00293828">
        <w:rPr>
          <w:rFonts w:ascii="Times New Roman" w:hAnsi="Times New Roman" w:cs="Times New Roman"/>
          <w:szCs w:val="21"/>
          <w:vertAlign w:val="superscript"/>
          <w14:ligatures w14:val="none"/>
        </w:rPr>
        <w:t>13</w:t>
      </w:r>
      <w:r w:rsidRPr="00293828">
        <w:rPr>
          <w:rFonts w:ascii="Times New Roman" w:hAnsi="Times New Roman" w:cs="Times New Roman"/>
          <w:szCs w:val="21"/>
          <w14:ligatures w14:val="none"/>
        </w:rPr>
        <w:t xml:space="preserve">C NMR chemical shifts of </w:t>
      </w: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a</w:t>
      </w:r>
      <w:r w:rsidRPr="00293828">
        <w:rPr>
          <w:rFonts w:ascii="Times New Roman" w:hAnsi="Times New Roman" w:cs="Times New Roman"/>
          <w:szCs w:val="21"/>
          <w14:ligatures w14:val="none"/>
        </w:rPr>
        <w:t xml:space="preserve"> and </w:t>
      </w: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b</w:t>
      </w:r>
      <w:r w:rsidRPr="00293828">
        <w:rPr>
          <w:rFonts w:ascii="Times New Roman" w:hAnsi="Times New Roman" w:cs="Times New Roman"/>
          <w:szCs w:val="21"/>
          <w14:ligatures w14:val="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500"/>
        <w:gridCol w:w="846"/>
        <w:gridCol w:w="846"/>
        <w:gridCol w:w="1010"/>
        <w:gridCol w:w="1500"/>
        <w:gridCol w:w="974"/>
        <w:gridCol w:w="974"/>
      </w:tblGrid>
      <w:tr w:rsidR="00497B11" w:rsidRPr="00293828" w14:paraId="6BFAE73D" w14:textId="77777777" w:rsidTr="009D45BD">
        <w:trPr>
          <w:trHeight w:val="79"/>
        </w:trPr>
        <w:tc>
          <w:tcPr>
            <w:tcW w:w="389" w:type="pct"/>
            <w:vMerge w:val="restart"/>
            <w:noWrap/>
            <w:vAlign w:val="center"/>
            <w:hideMark/>
          </w:tcPr>
          <w:p w14:paraId="57663713"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hAnsi="Times New Roman" w:cs="Times New Roman"/>
                <w:b/>
                <w:bCs/>
                <w:szCs w:val="21"/>
                <w14:ligatures w14:val="none"/>
              </w:rPr>
              <w:t>No.</w:t>
            </w:r>
          </w:p>
        </w:tc>
        <w:tc>
          <w:tcPr>
            <w:tcW w:w="904" w:type="pct"/>
            <w:vMerge w:val="restart"/>
            <w:noWrap/>
            <w:vAlign w:val="center"/>
            <w:hideMark/>
          </w:tcPr>
          <w:p w14:paraId="075BAD5F"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proofErr w:type="spellStart"/>
            <w:r w:rsidRPr="00293828">
              <w:rPr>
                <w:rFonts w:ascii="Times New Roman" w:hAnsi="Times New Roman" w:cs="Times New Roman"/>
                <w:b/>
                <w:bCs/>
                <w:i/>
                <w:iCs/>
                <w:szCs w:val="21"/>
                <w14:ligatures w14:val="none"/>
              </w:rPr>
              <w:t>δ</w:t>
            </w:r>
            <w:r w:rsidRPr="00293828">
              <w:rPr>
                <w:rFonts w:ascii="Times New Roman" w:hAnsi="Times New Roman" w:cs="Times New Roman"/>
                <w:b/>
                <w:bCs/>
                <w:i/>
                <w:iCs/>
                <w:szCs w:val="21"/>
                <w:vertAlign w:val="subscript"/>
                <w14:ligatures w14:val="none"/>
              </w:rPr>
              <w:t>exptl</w:t>
            </w:r>
            <w:proofErr w:type="spellEnd"/>
            <w:r w:rsidRPr="00293828">
              <w:rPr>
                <w:rFonts w:ascii="Times New Roman" w:hAnsi="Times New Roman" w:cs="Times New Roman"/>
                <w:b/>
                <w:bCs/>
                <w:i/>
                <w:iCs/>
                <w:szCs w:val="21"/>
                <w:vertAlign w:val="subscript"/>
                <w14:ligatures w14:val="none"/>
              </w:rPr>
              <w:t xml:space="preserve">. </w:t>
            </w:r>
            <w:r w:rsidRPr="00293828">
              <w:rPr>
                <w:rFonts w:ascii="Times New Roman" w:hAnsi="Times New Roman" w:cs="Times New Roman"/>
                <w:b/>
                <w:bCs/>
                <w:szCs w:val="21"/>
                <w14:ligatures w14:val="none"/>
              </w:rPr>
              <w:t>(ppm)</w:t>
            </w:r>
          </w:p>
        </w:tc>
        <w:tc>
          <w:tcPr>
            <w:tcW w:w="1019" w:type="pct"/>
            <w:gridSpan w:val="2"/>
            <w:noWrap/>
            <w:vAlign w:val="center"/>
            <w:hideMark/>
          </w:tcPr>
          <w:p w14:paraId="6316C457"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proofErr w:type="spellStart"/>
            <w:r w:rsidRPr="00293828">
              <w:rPr>
                <w:rFonts w:ascii="Times New Roman" w:eastAsia="等线" w:hAnsi="Times New Roman" w:cs="Times New Roman"/>
                <w:b/>
                <w:bCs/>
                <w:i/>
                <w:color w:val="000000"/>
                <w:szCs w:val="21"/>
                <w14:ligatures w14:val="none"/>
              </w:rPr>
              <w:t>δ</w:t>
            </w:r>
            <w:r w:rsidRPr="00293828">
              <w:rPr>
                <w:rFonts w:ascii="Times New Roman" w:eastAsia="等线" w:hAnsi="Times New Roman" w:cs="Times New Roman"/>
                <w:b/>
                <w:bCs/>
                <w:i/>
                <w:color w:val="000000"/>
                <w:szCs w:val="21"/>
                <w:vertAlign w:val="subscript"/>
                <w14:ligatures w14:val="none"/>
              </w:rPr>
              <w:t>calcd</w:t>
            </w:r>
            <w:proofErr w:type="spellEnd"/>
            <w:r w:rsidRPr="00293828">
              <w:rPr>
                <w:rFonts w:ascii="Times New Roman" w:eastAsia="等线" w:hAnsi="Times New Roman" w:cs="Times New Roman"/>
                <w:b/>
                <w:bCs/>
                <w:i/>
                <w:color w:val="000000"/>
                <w:szCs w:val="21"/>
                <w:vertAlign w:val="subscript"/>
                <w14:ligatures w14:val="none"/>
              </w:rPr>
              <w:t>.</w:t>
            </w:r>
            <w:r w:rsidRPr="00293828">
              <w:rPr>
                <w:rFonts w:ascii="Times New Roman" w:eastAsia="等线" w:hAnsi="Times New Roman" w:cs="Times New Roman"/>
                <w:b/>
                <w:bCs/>
                <w:iCs/>
                <w:color w:val="000000"/>
                <w:szCs w:val="21"/>
                <w14:ligatures w14:val="none"/>
              </w:rPr>
              <w:t xml:space="preserve"> (ppm)</w:t>
            </w:r>
          </w:p>
        </w:tc>
        <w:tc>
          <w:tcPr>
            <w:tcW w:w="609" w:type="pct"/>
            <w:vMerge w:val="restart"/>
            <w:noWrap/>
            <w:vAlign w:val="center"/>
            <w:hideMark/>
          </w:tcPr>
          <w:p w14:paraId="7B772B99"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hAnsi="Times New Roman" w:cs="Times New Roman"/>
                <w:b/>
                <w:bCs/>
                <w:szCs w:val="21"/>
                <w14:ligatures w14:val="none"/>
              </w:rPr>
              <w:t>No.</w:t>
            </w:r>
          </w:p>
        </w:tc>
        <w:tc>
          <w:tcPr>
            <w:tcW w:w="904" w:type="pct"/>
            <w:vMerge w:val="restart"/>
            <w:noWrap/>
            <w:vAlign w:val="center"/>
            <w:hideMark/>
          </w:tcPr>
          <w:p w14:paraId="25D07F4D"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proofErr w:type="spellStart"/>
            <w:r w:rsidRPr="00293828">
              <w:rPr>
                <w:rFonts w:ascii="Times New Roman" w:hAnsi="Times New Roman" w:cs="Times New Roman"/>
                <w:b/>
                <w:bCs/>
                <w:i/>
                <w:iCs/>
                <w:szCs w:val="21"/>
                <w14:ligatures w14:val="none"/>
              </w:rPr>
              <w:t>δ</w:t>
            </w:r>
            <w:r w:rsidRPr="00293828">
              <w:rPr>
                <w:rFonts w:ascii="Times New Roman" w:hAnsi="Times New Roman" w:cs="Times New Roman"/>
                <w:b/>
                <w:bCs/>
                <w:i/>
                <w:iCs/>
                <w:szCs w:val="21"/>
                <w:vertAlign w:val="subscript"/>
                <w14:ligatures w14:val="none"/>
              </w:rPr>
              <w:t>exptl</w:t>
            </w:r>
            <w:proofErr w:type="spellEnd"/>
            <w:r w:rsidRPr="00293828">
              <w:rPr>
                <w:rFonts w:ascii="Times New Roman" w:hAnsi="Times New Roman" w:cs="Times New Roman"/>
                <w:b/>
                <w:bCs/>
                <w:i/>
                <w:iCs/>
                <w:szCs w:val="21"/>
                <w:vertAlign w:val="subscript"/>
                <w14:ligatures w14:val="none"/>
              </w:rPr>
              <w:t xml:space="preserve">. </w:t>
            </w:r>
            <w:r w:rsidRPr="00293828">
              <w:rPr>
                <w:rFonts w:ascii="Times New Roman" w:hAnsi="Times New Roman" w:cs="Times New Roman"/>
                <w:b/>
                <w:bCs/>
                <w:szCs w:val="21"/>
                <w14:ligatures w14:val="none"/>
              </w:rPr>
              <w:t>(ppm)</w:t>
            </w:r>
          </w:p>
        </w:tc>
        <w:tc>
          <w:tcPr>
            <w:tcW w:w="1175" w:type="pct"/>
            <w:gridSpan w:val="2"/>
            <w:noWrap/>
            <w:vAlign w:val="center"/>
            <w:hideMark/>
          </w:tcPr>
          <w:p w14:paraId="4AB0640B"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proofErr w:type="spellStart"/>
            <w:r w:rsidRPr="00293828">
              <w:rPr>
                <w:rFonts w:ascii="Times New Roman" w:eastAsia="等线" w:hAnsi="Times New Roman" w:cs="Times New Roman"/>
                <w:b/>
                <w:bCs/>
                <w:i/>
                <w:color w:val="000000"/>
                <w:szCs w:val="21"/>
                <w14:ligatures w14:val="none"/>
              </w:rPr>
              <w:t>δ</w:t>
            </w:r>
            <w:r w:rsidRPr="00293828">
              <w:rPr>
                <w:rFonts w:ascii="Times New Roman" w:eastAsia="等线" w:hAnsi="Times New Roman" w:cs="Times New Roman"/>
                <w:b/>
                <w:bCs/>
                <w:i/>
                <w:color w:val="000000"/>
                <w:szCs w:val="21"/>
                <w:vertAlign w:val="subscript"/>
                <w14:ligatures w14:val="none"/>
              </w:rPr>
              <w:t>calcd</w:t>
            </w:r>
            <w:proofErr w:type="spellEnd"/>
            <w:r w:rsidRPr="00293828">
              <w:rPr>
                <w:rFonts w:ascii="Times New Roman" w:eastAsia="等线" w:hAnsi="Times New Roman" w:cs="Times New Roman"/>
                <w:b/>
                <w:bCs/>
                <w:i/>
                <w:color w:val="000000"/>
                <w:szCs w:val="21"/>
                <w:vertAlign w:val="subscript"/>
                <w14:ligatures w14:val="none"/>
              </w:rPr>
              <w:t>.</w:t>
            </w:r>
            <w:r w:rsidRPr="00293828">
              <w:rPr>
                <w:rFonts w:ascii="Times New Roman" w:eastAsia="等线" w:hAnsi="Times New Roman" w:cs="Times New Roman"/>
                <w:b/>
                <w:bCs/>
                <w:iCs/>
                <w:color w:val="000000"/>
                <w:szCs w:val="21"/>
                <w14:ligatures w14:val="none"/>
              </w:rPr>
              <w:t xml:space="preserve"> (ppm)</w:t>
            </w:r>
          </w:p>
        </w:tc>
      </w:tr>
      <w:tr w:rsidR="00497B11" w:rsidRPr="00293828" w14:paraId="0880603A" w14:textId="77777777" w:rsidTr="009D45BD">
        <w:trPr>
          <w:trHeight w:val="79"/>
        </w:trPr>
        <w:tc>
          <w:tcPr>
            <w:tcW w:w="389" w:type="pct"/>
            <w:vMerge/>
            <w:noWrap/>
            <w:vAlign w:val="center"/>
          </w:tcPr>
          <w:p w14:paraId="138608EC" w14:textId="77777777" w:rsidR="00497B11" w:rsidRPr="00293828" w:rsidRDefault="00497B11" w:rsidP="00293828">
            <w:pPr>
              <w:widowControl/>
              <w:jc w:val="center"/>
              <w:rPr>
                <w:rFonts w:ascii="Times New Roman" w:hAnsi="Times New Roman" w:cs="Times New Roman"/>
                <w:b/>
                <w:bCs/>
                <w:szCs w:val="21"/>
                <w14:ligatures w14:val="none"/>
              </w:rPr>
            </w:pPr>
          </w:p>
        </w:tc>
        <w:tc>
          <w:tcPr>
            <w:tcW w:w="904" w:type="pct"/>
            <w:vMerge/>
            <w:noWrap/>
            <w:vAlign w:val="center"/>
          </w:tcPr>
          <w:p w14:paraId="1810FFA8" w14:textId="77777777" w:rsidR="00497B11" w:rsidRPr="00293828" w:rsidRDefault="00497B11" w:rsidP="00293828">
            <w:pPr>
              <w:widowControl/>
              <w:jc w:val="center"/>
              <w:rPr>
                <w:rFonts w:ascii="Times New Roman" w:hAnsi="Times New Roman" w:cs="Times New Roman"/>
                <w:b/>
                <w:bCs/>
                <w:i/>
                <w:iCs/>
                <w:szCs w:val="21"/>
                <w14:ligatures w14:val="none"/>
              </w:rPr>
            </w:pPr>
          </w:p>
        </w:tc>
        <w:tc>
          <w:tcPr>
            <w:tcW w:w="510" w:type="pct"/>
            <w:noWrap/>
            <w:vAlign w:val="center"/>
          </w:tcPr>
          <w:p w14:paraId="5F2C932A"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a</w:t>
            </w:r>
          </w:p>
        </w:tc>
        <w:tc>
          <w:tcPr>
            <w:tcW w:w="510" w:type="pct"/>
            <w:vAlign w:val="center"/>
          </w:tcPr>
          <w:p w14:paraId="4C16A8DE"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hAnsi="Times New Roman" w:cs="Times New Roman" w:hint="eastAsia"/>
                <w:b/>
                <w:bCs/>
                <w:szCs w:val="21"/>
                <w14:ligatures w14:val="none"/>
              </w:rPr>
              <w:t>4b</w:t>
            </w:r>
          </w:p>
        </w:tc>
        <w:tc>
          <w:tcPr>
            <w:tcW w:w="609" w:type="pct"/>
            <w:vMerge/>
            <w:noWrap/>
            <w:vAlign w:val="center"/>
          </w:tcPr>
          <w:p w14:paraId="1C593B18" w14:textId="77777777" w:rsidR="00497B11" w:rsidRPr="00293828" w:rsidRDefault="00497B11" w:rsidP="00293828">
            <w:pPr>
              <w:widowControl/>
              <w:jc w:val="center"/>
              <w:rPr>
                <w:rFonts w:ascii="Times New Roman" w:hAnsi="Times New Roman" w:cs="Times New Roman"/>
                <w:b/>
                <w:bCs/>
                <w:szCs w:val="21"/>
                <w14:ligatures w14:val="none"/>
              </w:rPr>
            </w:pPr>
          </w:p>
        </w:tc>
        <w:tc>
          <w:tcPr>
            <w:tcW w:w="904" w:type="pct"/>
            <w:vMerge/>
            <w:noWrap/>
            <w:vAlign w:val="center"/>
          </w:tcPr>
          <w:p w14:paraId="263CD785" w14:textId="77777777" w:rsidR="00497B11" w:rsidRPr="00293828" w:rsidRDefault="00497B11" w:rsidP="00293828">
            <w:pPr>
              <w:widowControl/>
              <w:jc w:val="center"/>
              <w:rPr>
                <w:rFonts w:ascii="Times New Roman" w:hAnsi="Times New Roman" w:cs="Times New Roman"/>
                <w:b/>
                <w:bCs/>
                <w:i/>
                <w:iCs/>
                <w:szCs w:val="21"/>
                <w14:ligatures w14:val="none"/>
              </w:rPr>
            </w:pPr>
          </w:p>
        </w:tc>
        <w:tc>
          <w:tcPr>
            <w:tcW w:w="587" w:type="pct"/>
            <w:noWrap/>
            <w:vAlign w:val="center"/>
          </w:tcPr>
          <w:p w14:paraId="0724CDF4"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a</w:t>
            </w:r>
          </w:p>
        </w:tc>
        <w:tc>
          <w:tcPr>
            <w:tcW w:w="587" w:type="pct"/>
            <w:vAlign w:val="center"/>
          </w:tcPr>
          <w:p w14:paraId="29FDCBCE"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hAnsi="Times New Roman" w:cs="Times New Roman" w:hint="eastAsia"/>
                <w:b/>
                <w:bCs/>
                <w:szCs w:val="21"/>
                <w14:ligatures w14:val="none"/>
              </w:rPr>
              <w:t>4b</w:t>
            </w:r>
          </w:p>
        </w:tc>
      </w:tr>
      <w:tr w:rsidR="00497B11" w:rsidRPr="00293828" w14:paraId="2F5C5B4B" w14:textId="77777777" w:rsidTr="009D45BD">
        <w:trPr>
          <w:trHeight w:val="315"/>
        </w:trPr>
        <w:tc>
          <w:tcPr>
            <w:tcW w:w="389" w:type="pct"/>
            <w:noWrap/>
            <w:vAlign w:val="center"/>
            <w:hideMark/>
          </w:tcPr>
          <w:p w14:paraId="3FF8420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w:t>
            </w:r>
          </w:p>
        </w:tc>
        <w:tc>
          <w:tcPr>
            <w:tcW w:w="904" w:type="pct"/>
            <w:noWrap/>
            <w:vAlign w:val="center"/>
            <w:hideMark/>
          </w:tcPr>
          <w:p w14:paraId="3208C4E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78.5</w:t>
            </w:r>
          </w:p>
        </w:tc>
        <w:tc>
          <w:tcPr>
            <w:tcW w:w="510" w:type="pct"/>
            <w:shd w:val="clear" w:color="auto" w:fill="auto"/>
            <w:noWrap/>
            <w:vAlign w:val="center"/>
            <w:hideMark/>
          </w:tcPr>
          <w:p w14:paraId="1577AA8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75.9</w:t>
            </w:r>
          </w:p>
        </w:tc>
        <w:tc>
          <w:tcPr>
            <w:tcW w:w="510" w:type="pct"/>
            <w:shd w:val="clear" w:color="auto" w:fill="auto"/>
            <w:noWrap/>
            <w:vAlign w:val="center"/>
            <w:hideMark/>
          </w:tcPr>
          <w:p w14:paraId="2AD54B7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77.6</w:t>
            </w:r>
          </w:p>
        </w:tc>
        <w:tc>
          <w:tcPr>
            <w:tcW w:w="609" w:type="pct"/>
            <w:noWrap/>
            <w:vAlign w:val="center"/>
            <w:hideMark/>
          </w:tcPr>
          <w:p w14:paraId="53BBFE7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w:t>
            </w:r>
          </w:p>
        </w:tc>
        <w:tc>
          <w:tcPr>
            <w:tcW w:w="904" w:type="pct"/>
            <w:noWrap/>
            <w:vAlign w:val="center"/>
            <w:hideMark/>
          </w:tcPr>
          <w:p w14:paraId="6E1D57C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34.5</w:t>
            </w:r>
          </w:p>
        </w:tc>
        <w:tc>
          <w:tcPr>
            <w:tcW w:w="587" w:type="pct"/>
            <w:shd w:val="clear" w:color="auto" w:fill="auto"/>
            <w:noWrap/>
            <w:vAlign w:val="center"/>
            <w:hideMark/>
          </w:tcPr>
          <w:p w14:paraId="76BDF4A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37.9</w:t>
            </w:r>
          </w:p>
        </w:tc>
        <w:tc>
          <w:tcPr>
            <w:tcW w:w="587" w:type="pct"/>
            <w:shd w:val="clear" w:color="auto" w:fill="auto"/>
            <w:noWrap/>
            <w:vAlign w:val="center"/>
            <w:hideMark/>
          </w:tcPr>
          <w:p w14:paraId="7060099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38.7</w:t>
            </w:r>
          </w:p>
        </w:tc>
      </w:tr>
      <w:tr w:rsidR="00497B11" w:rsidRPr="00293828" w14:paraId="6D86878A" w14:textId="77777777" w:rsidTr="009D45BD">
        <w:trPr>
          <w:trHeight w:val="315"/>
        </w:trPr>
        <w:tc>
          <w:tcPr>
            <w:tcW w:w="389" w:type="pct"/>
            <w:shd w:val="clear" w:color="auto" w:fill="auto"/>
            <w:noWrap/>
            <w:vAlign w:val="center"/>
            <w:hideMark/>
          </w:tcPr>
          <w:p w14:paraId="05270EB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w:t>
            </w:r>
          </w:p>
        </w:tc>
        <w:tc>
          <w:tcPr>
            <w:tcW w:w="904" w:type="pct"/>
            <w:shd w:val="clear" w:color="auto" w:fill="auto"/>
            <w:noWrap/>
            <w:vAlign w:val="center"/>
            <w:hideMark/>
          </w:tcPr>
          <w:p w14:paraId="466C140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23.7</w:t>
            </w:r>
          </w:p>
        </w:tc>
        <w:tc>
          <w:tcPr>
            <w:tcW w:w="510" w:type="pct"/>
            <w:shd w:val="clear" w:color="auto" w:fill="auto"/>
            <w:noWrap/>
            <w:vAlign w:val="center"/>
            <w:hideMark/>
          </w:tcPr>
          <w:p w14:paraId="3B48A44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25.7</w:t>
            </w:r>
          </w:p>
        </w:tc>
        <w:tc>
          <w:tcPr>
            <w:tcW w:w="510" w:type="pct"/>
            <w:shd w:val="clear" w:color="auto" w:fill="auto"/>
            <w:noWrap/>
            <w:vAlign w:val="center"/>
            <w:hideMark/>
          </w:tcPr>
          <w:p w14:paraId="6CD26AC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26.1</w:t>
            </w:r>
          </w:p>
        </w:tc>
        <w:tc>
          <w:tcPr>
            <w:tcW w:w="609" w:type="pct"/>
            <w:shd w:val="clear" w:color="auto" w:fill="auto"/>
            <w:noWrap/>
            <w:vAlign w:val="center"/>
            <w:hideMark/>
          </w:tcPr>
          <w:p w14:paraId="5F56C58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w:t>
            </w:r>
          </w:p>
        </w:tc>
        <w:tc>
          <w:tcPr>
            <w:tcW w:w="904" w:type="pct"/>
            <w:shd w:val="clear" w:color="auto" w:fill="auto"/>
            <w:noWrap/>
            <w:vAlign w:val="center"/>
            <w:hideMark/>
          </w:tcPr>
          <w:p w14:paraId="1EE4D4A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51.2</w:t>
            </w:r>
          </w:p>
        </w:tc>
        <w:tc>
          <w:tcPr>
            <w:tcW w:w="587" w:type="pct"/>
            <w:shd w:val="clear" w:color="auto" w:fill="auto"/>
            <w:noWrap/>
            <w:vAlign w:val="center"/>
            <w:hideMark/>
          </w:tcPr>
          <w:p w14:paraId="4BBE501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51.9</w:t>
            </w:r>
          </w:p>
        </w:tc>
        <w:tc>
          <w:tcPr>
            <w:tcW w:w="587" w:type="pct"/>
            <w:shd w:val="clear" w:color="auto" w:fill="auto"/>
            <w:noWrap/>
            <w:vAlign w:val="center"/>
            <w:hideMark/>
          </w:tcPr>
          <w:p w14:paraId="5F12C11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53.6</w:t>
            </w:r>
          </w:p>
        </w:tc>
      </w:tr>
      <w:tr w:rsidR="00497B11" w:rsidRPr="00293828" w14:paraId="210AB1DA" w14:textId="77777777" w:rsidTr="009D45BD">
        <w:trPr>
          <w:trHeight w:val="315"/>
        </w:trPr>
        <w:tc>
          <w:tcPr>
            <w:tcW w:w="389" w:type="pct"/>
            <w:shd w:val="clear" w:color="auto" w:fill="auto"/>
            <w:noWrap/>
            <w:vAlign w:val="center"/>
            <w:hideMark/>
          </w:tcPr>
          <w:p w14:paraId="5D0AA07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w:t>
            </w:r>
          </w:p>
        </w:tc>
        <w:tc>
          <w:tcPr>
            <w:tcW w:w="904" w:type="pct"/>
            <w:shd w:val="clear" w:color="auto" w:fill="auto"/>
            <w:noWrap/>
            <w:vAlign w:val="center"/>
            <w:hideMark/>
          </w:tcPr>
          <w:p w14:paraId="7BBA94E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37.1</w:t>
            </w:r>
          </w:p>
        </w:tc>
        <w:tc>
          <w:tcPr>
            <w:tcW w:w="510" w:type="pct"/>
            <w:shd w:val="clear" w:color="auto" w:fill="auto"/>
            <w:noWrap/>
            <w:vAlign w:val="center"/>
            <w:hideMark/>
          </w:tcPr>
          <w:p w14:paraId="3FF01B9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37.8</w:t>
            </w:r>
          </w:p>
        </w:tc>
        <w:tc>
          <w:tcPr>
            <w:tcW w:w="510" w:type="pct"/>
            <w:shd w:val="clear" w:color="auto" w:fill="auto"/>
            <w:noWrap/>
            <w:vAlign w:val="center"/>
            <w:hideMark/>
          </w:tcPr>
          <w:p w14:paraId="795E710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37.9</w:t>
            </w:r>
          </w:p>
        </w:tc>
        <w:tc>
          <w:tcPr>
            <w:tcW w:w="609" w:type="pct"/>
            <w:shd w:val="clear" w:color="auto" w:fill="auto"/>
            <w:noWrap/>
            <w:vAlign w:val="center"/>
            <w:hideMark/>
          </w:tcPr>
          <w:p w14:paraId="3721F95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w:t>
            </w:r>
          </w:p>
        </w:tc>
        <w:tc>
          <w:tcPr>
            <w:tcW w:w="904" w:type="pct"/>
            <w:shd w:val="clear" w:color="auto" w:fill="auto"/>
            <w:noWrap/>
            <w:vAlign w:val="center"/>
            <w:hideMark/>
          </w:tcPr>
          <w:p w14:paraId="2D6797F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101.8</w:t>
            </w:r>
          </w:p>
        </w:tc>
        <w:tc>
          <w:tcPr>
            <w:tcW w:w="587" w:type="pct"/>
            <w:shd w:val="clear" w:color="auto" w:fill="auto"/>
            <w:noWrap/>
            <w:vAlign w:val="center"/>
            <w:hideMark/>
          </w:tcPr>
          <w:p w14:paraId="7A3E716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103.5</w:t>
            </w:r>
          </w:p>
        </w:tc>
        <w:tc>
          <w:tcPr>
            <w:tcW w:w="587" w:type="pct"/>
            <w:shd w:val="clear" w:color="auto" w:fill="auto"/>
            <w:noWrap/>
            <w:vAlign w:val="center"/>
            <w:hideMark/>
          </w:tcPr>
          <w:p w14:paraId="4891EBA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103</w:t>
            </w:r>
          </w:p>
        </w:tc>
      </w:tr>
      <w:tr w:rsidR="00497B11" w:rsidRPr="00293828" w14:paraId="7425245E" w14:textId="77777777" w:rsidTr="009D45BD">
        <w:trPr>
          <w:trHeight w:val="315"/>
        </w:trPr>
        <w:tc>
          <w:tcPr>
            <w:tcW w:w="389" w:type="pct"/>
            <w:shd w:val="clear" w:color="auto" w:fill="auto"/>
            <w:noWrap/>
            <w:vAlign w:val="center"/>
            <w:hideMark/>
          </w:tcPr>
          <w:p w14:paraId="3255AA8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w:t>
            </w:r>
          </w:p>
        </w:tc>
        <w:tc>
          <w:tcPr>
            <w:tcW w:w="904" w:type="pct"/>
            <w:shd w:val="clear" w:color="auto" w:fill="auto"/>
            <w:noWrap/>
            <w:vAlign w:val="center"/>
            <w:hideMark/>
          </w:tcPr>
          <w:p w14:paraId="1B7C991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31.3</w:t>
            </w:r>
          </w:p>
        </w:tc>
        <w:tc>
          <w:tcPr>
            <w:tcW w:w="510" w:type="pct"/>
            <w:shd w:val="clear" w:color="auto" w:fill="auto"/>
            <w:noWrap/>
            <w:vAlign w:val="center"/>
            <w:hideMark/>
          </w:tcPr>
          <w:p w14:paraId="160A1E9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33.4</w:t>
            </w:r>
          </w:p>
        </w:tc>
        <w:tc>
          <w:tcPr>
            <w:tcW w:w="510" w:type="pct"/>
            <w:shd w:val="clear" w:color="auto" w:fill="auto"/>
            <w:noWrap/>
            <w:vAlign w:val="center"/>
            <w:hideMark/>
          </w:tcPr>
          <w:p w14:paraId="1D4342E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34.1</w:t>
            </w:r>
          </w:p>
        </w:tc>
        <w:tc>
          <w:tcPr>
            <w:tcW w:w="609" w:type="pct"/>
            <w:shd w:val="clear" w:color="auto" w:fill="auto"/>
            <w:noWrap/>
            <w:vAlign w:val="center"/>
            <w:hideMark/>
          </w:tcPr>
          <w:p w14:paraId="386B0B9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w:t>
            </w:r>
          </w:p>
        </w:tc>
        <w:tc>
          <w:tcPr>
            <w:tcW w:w="904" w:type="pct"/>
            <w:shd w:val="clear" w:color="auto" w:fill="auto"/>
            <w:noWrap/>
            <w:vAlign w:val="center"/>
            <w:hideMark/>
          </w:tcPr>
          <w:p w14:paraId="7DA847A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172</w:t>
            </w:r>
          </w:p>
        </w:tc>
        <w:tc>
          <w:tcPr>
            <w:tcW w:w="587" w:type="pct"/>
            <w:shd w:val="clear" w:color="auto" w:fill="auto"/>
            <w:noWrap/>
            <w:vAlign w:val="center"/>
            <w:hideMark/>
          </w:tcPr>
          <w:p w14:paraId="3BD149B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171.1</w:t>
            </w:r>
          </w:p>
        </w:tc>
        <w:tc>
          <w:tcPr>
            <w:tcW w:w="587" w:type="pct"/>
            <w:shd w:val="clear" w:color="auto" w:fill="auto"/>
            <w:noWrap/>
            <w:vAlign w:val="center"/>
            <w:hideMark/>
          </w:tcPr>
          <w:p w14:paraId="670634D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170.9</w:t>
            </w:r>
          </w:p>
        </w:tc>
      </w:tr>
      <w:tr w:rsidR="00497B11" w:rsidRPr="00293828" w14:paraId="5A2BBB0A" w14:textId="77777777" w:rsidTr="009D45BD">
        <w:trPr>
          <w:trHeight w:val="315"/>
        </w:trPr>
        <w:tc>
          <w:tcPr>
            <w:tcW w:w="389" w:type="pct"/>
            <w:shd w:val="clear" w:color="auto" w:fill="auto"/>
            <w:noWrap/>
            <w:vAlign w:val="center"/>
            <w:hideMark/>
          </w:tcPr>
          <w:p w14:paraId="4FF1204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w:t>
            </w:r>
          </w:p>
        </w:tc>
        <w:tc>
          <w:tcPr>
            <w:tcW w:w="904" w:type="pct"/>
            <w:shd w:val="clear" w:color="auto" w:fill="auto"/>
            <w:noWrap/>
            <w:vAlign w:val="center"/>
            <w:hideMark/>
          </w:tcPr>
          <w:p w14:paraId="707161C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55.6</w:t>
            </w:r>
          </w:p>
        </w:tc>
        <w:tc>
          <w:tcPr>
            <w:tcW w:w="510" w:type="pct"/>
            <w:shd w:val="clear" w:color="auto" w:fill="auto"/>
            <w:noWrap/>
            <w:vAlign w:val="center"/>
            <w:hideMark/>
          </w:tcPr>
          <w:p w14:paraId="48C0B20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52.3</w:t>
            </w:r>
          </w:p>
        </w:tc>
        <w:tc>
          <w:tcPr>
            <w:tcW w:w="510" w:type="pct"/>
            <w:shd w:val="clear" w:color="auto" w:fill="auto"/>
            <w:noWrap/>
            <w:vAlign w:val="center"/>
            <w:hideMark/>
          </w:tcPr>
          <w:p w14:paraId="237BCE1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53.4</w:t>
            </w:r>
          </w:p>
        </w:tc>
        <w:tc>
          <w:tcPr>
            <w:tcW w:w="609" w:type="pct"/>
            <w:shd w:val="clear" w:color="auto" w:fill="auto"/>
            <w:noWrap/>
            <w:vAlign w:val="center"/>
            <w:hideMark/>
          </w:tcPr>
          <w:p w14:paraId="5F9DACE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8'</w:t>
            </w:r>
          </w:p>
        </w:tc>
        <w:tc>
          <w:tcPr>
            <w:tcW w:w="904" w:type="pct"/>
            <w:shd w:val="clear" w:color="auto" w:fill="auto"/>
            <w:noWrap/>
            <w:vAlign w:val="center"/>
            <w:hideMark/>
          </w:tcPr>
          <w:p w14:paraId="3F00143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58</w:t>
            </w:r>
          </w:p>
        </w:tc>
        <w:tc>
          <w:tcPr>
            <w:tcW w:w="587" w:type="pct"/>
            <w:shd w:val="clear" w:color="auto" w:fill="auto"/>
            <w:noWrap/>
            <w:vAlign w:val="center"/>
            <w:hideMark/>
          </w:tcPr>
          <w:p w14:paraId="0114F93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62</w:t>
            </w:r>
          </w:p>
        </w:tc>
        <w:tc>
          <w:tcPr>
            <w:tcW w:w="587" w:type="pct"/>
            <w:shd w:val="clear" w:color="auto" w:fill="auto"/>
            <w:noWrap/>
            <w:vAlign w:val="center"/>
            <w:hideMark/>
          </w:tcPr>
          <w:p w14:paraId="1CAAA94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62.1</w:t>
            </w:r>
          </w:p>
        </w:tc>
      </w:tr>
      <w:tr w:rsidR="00497B11" w:rsidRPr="00293828" w14:paraId="137535EC" w14:textId="77777777" w:rsidTr="009D45BD">
        <w:trPr>
          <w:trHeight w:val="315"/>
        </w:trPr>
        <w:tc>
          <w:tcPr>
            <w:tcW w:w="389" w:type="pct"/>
            <w:shd w:val="clear" w:color="auto" w:fill="auto"/>
            <w:noWrap/>
            <w:vAlign w:val="center"/>
            <w:hideMark/>
          </w:tcPr>
          <w:p w14:paraId="5AB35C3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w:t>
            </w:r>
          </w:p>
        </w:tc>
        <w:tc>
          <w:tcPr>
            <w:tcW w:w="904" w:type="pct"/>
            <w:shd w:val="clear" w:color="auto" w:fill="auto"/>
            <w:noWrap/>
            <w:vAlign w:val="center"/>
            <w:hideMark/>
          </w:tcPr>
          <w:p w14:paraId="2DE5899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101.8</w:t>
            </w:r>
          </w:p>
        </w:tc>
        <w:tc>
          <w:tcPr>
            <w:tcW w:w="510" w:type="pct"/>
            <w:shd w:val="clear" w:color="auto" w:fill="auto"/>
            <w:noWrap/>
            <w:vAlign w:val="center"/>
            <w:hideMark/>
          </w:tcPr>
          <w:p w14:paraId="59DC370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103.2</w:t>
            </w:r>
          </w:p>
        </w:tc>
        <w:tc>
          <w:tcPr>
            <w:tcW w:w="510" w:type="pct"/>
            <w:shd w:val="clear" w:color="auto" w:fill="auto"/>
            <w:noWrap/>
            <w:vAlign w:val="center"/>
            <w:hideMark/>
          </w:tcPr>
          <w:p w14:paraId="7036F05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104.1</w:t>
            </w:r>
          </w:p>
        </w:tc>
        <w:tc>
          <w:tcPr>
            <w:tcW w:w="609" w:type="pct"/>
            <w:shd w:val="clear" w:color="auto" w:fill="auto"/>
            <w:noWrap/>
            <w:vAlign w:val="center"/>
            <w:hideMark/>
          </w:tcPr>
          <w:p w14:paraId="06AEFE5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9'</w:t>
            </w:r>
          </w:p>
        </w:tc>
        <w:tc>
          <w:tcPr>
            <w:tcW w:w="904" w:type="pct"/>
            <w:shd w:val="clear" w:color="auto" w:fill="auto"/>
            <w:noWrap/>
            <w:vAlign w:val="center"/>
            <w:hideMark/>
          </w:tcPr>
          <w:p w14:paraId="025F32A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47.6</w:t>
            </w:r>
          </w:p>
        </w:tc>
        <w:tc>
          <w:tcPr>
            <w:tcW w:w="587" w:type="pct"/>
            <w:shd w:val="clear" w:color="auto" w:fill="auto"/>
            <w:noWrap/>
            <w:vAlign w:val="center"/>
            <w:hideMark/>
          </w:tcPr>
          <w:p w14:paraId="1926361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50.5</w:t>
            </w:r>
          </w:p>
        </w:tc>
        <w:tc>
          <w:tcPr>
            <w:tcW w:w="587" w:type="pct"/>
            <w:shd w:val="clear" w:color="auto" w:fill="auto"/>
            <w:noWrap/>
            <w:vAlign w:val="center"/>
            <w:hideMark/>
          </w:tcPr>
          <w:p w14:paraId="69F5BD8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49.5</w:t>
            </w:r>
          </w:p>
        </w:tc>
      </w:tr>
      <w:tr w:rsidR="00497B11" w:rsidRPr="00293828" w14:paraId="59555372" w14:textId="77777777" w:rsidTr="009D45BD">
        <w:trPr>
          <w:trHeight w:val="315"/>
        </w:trPr>
        <w:tc>
          <w:tcPr>
            <w:tcW w:w="389" w:type="pct"/>
            <w:shd w:val="clear" w:color="auto" w:fill="auto"/>
            <w:noWrap/>
            <w:vAlign w:val="center"/>
            <w:hideMark/>
          </w:tcPr>
          <w:p w14:paraId="12A2499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w:t>
            </w:r>
          </w:p>
        </w:tc>
        <w:tc>
          <w:tcPr>
            <w:tcW w:w="904" w:type="pct"/>
            <w:shd w:val="clear" w:color="auto" w:fill="auto"/>
            <w:noWrap/>
            <w:vAlign w:val="center"/>
            <w:hideMark/>
          </w:tcPr>
          <w:p w14:paraId="76EE222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172.4</w:t>
            </w:r>
          </w:p>
        </w:tc>
        <w:tc>
          <w:tcPr>
            <w:tcW w:w="510" w:type="pct"/>
            <w:shd w:val="clear" w:color="auto" w:fill="auto"/>
            <w:noWrap/>
            <w:vAlign w:val="center"/>
            <w:hideMark/>
          </w:tcPr>
          <w:p w14:paraId="28A165D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170.5</w:t>
            </w:r>
          </w:p>
        </w:tc>
        <w:tc>
          <w:tcPr>
            <w:tcW w:w="510" w:type="pct"/>
            <w:shd w:val="clear" w:color="auto" w:fill="auto"/>
            <w:noWrap/>
            <w:vAlign w:val="center"/>
            <w:hideMark/>
          </w:tcPr>
          <w:p w14:paraId="52CCFF7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170.2</w:t>
            </w:r>
          </w:p>
        </w:tc>
        <w:tc>
          <w:tcPr>
            <w:tcW w:w="609" w:type="pct"/>
            <w:shd w:val="clear" w:color="auto" w:fill="auto"/>
            <w:noWrap/>
            <w:vAlign w:val="center"/>
            <w:hideMark/>
          </w:tcPr>
          <w:p w14:paraId="1D72271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10'</w:t>
            </w:r>
          </w:p>
        </w:tc>
        <w:tc>
          <w:tcPr>
            <w:tcW w:w="904" w:type="pct"/>
            <w:shd w:val="clear" w:color="auto" w:fill="auto"/>
            <w:noWrap/>
            <w:vAlign w:val="center"/>
            <w:hideMark/>
          </w:tcPr>
          <w:p w14:paraId="3F527E8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49.7</w:t>
            </w:r>
          </w:p>
        </w:tc>
        <w:tc>
          <w:tcPr>
            <w:tcW w:w="587" w:type="pct"/>
            <w:shd w:val="clear" w:color="auto" w:fill="auto"/>
            <w:noWrap/>
            <w:vAlign w:val="center"/>
            <w:hideMark/>
          </w:tcPr>
          <w:p w14:paraId="5ACD3E2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52.3</w:t>
            </w:r>
          </w:p>
        </w:tc>
        <w:tc>
          <w:tcPr>
            <w:tcW w:w="587" w:type="pct"/>
            <w:shd w:val="clear" w:color="auto" w:fill="auto"/>
            <w:noWrap/>
            <w:vAlign w:val="center"/>
            <w:hideMark/>
          </w:tcPr>
          <w:p w14:paraId="0ED6966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52.1</w:t>
            </w:r>
          </w:p>
        </w:tc>
      </w:tr>
      <w:tr w:rsidR="00497B11" w:rsidRPr="00293828" w14:paraId="31FA804E" w14:textId="77777777" w:rsidTr="009D45BD">
        <w:trPr>
          <w:trHeight w:val="315"/>
        </w:trPr>
        <w:tc>
          <w:tcPr>
            <w:tcW w:w="389" w:type="pct"/>
            <w:shd w:val="clear" w:color="auto" w:fill="auto"/>
            <w:noWrap/>
            <w:vAlign w:val="center"/>
            <w:hideMark/>
          </w:tcPr>
          <w:p w14:paraId="396F2EA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8</w:t>
            </w:r>
          </w:p>
        </w:tc>
        <w:tc>
          <w:tcPr>
            <w:tcW w:w="904" w:type="pct"/>
            <w:shd w:val="clear" w:color="auto" w:fill="auto"/>
            <w:noWrap/>
            <w:vAlign w:val="center"/>
            <w:hideMark/>
          </w:tcPr>
          <w:p w14:paraId="795EA31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57.8</w:t>
            </w:r>
          </w:p>
        </w:tc>
        <w:tc>
          <w:tcPr>
            <w:tcW w:w="510" w:type="pct"/>
            <w:shd w:val="clear" w:color="auto" w:fill="auto"/>
            <w:noWrap/>
            <w:vAlign w:val="center"/>
            <w:hideMark/>
          </w:tcPr>
          <w:p w14:paraId="3EA4DB4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62.1</w:t>
            </w:r>
          </w:p>
        </w:tc>
        <w:tc>
          <w:tcPr>
            <w:tcW w:w="510" w:type="pct"/>
            <w:shd w:val="clear" w:color="auto" w:fill="auto"/>
            <w:noWrap/>
            <w:vAlign w:val="center"/>
            <w:hideMark/>
          </w:tcPr>
          <w:p w14:paraId="557C950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61.5</w:t>
            </w:r>
          </w:p>
        </w:tc>
        <w:tc>
          <w:tcPr>
            <w:tcW w:w="609" w:type="pct"/>
            <w:shd w:val="clear" w:color="auto" w:fill="auto"/>
            <w:noWrap/>
            <w:vAlign w:val="center"/>
            <w:hideMark/>
          </w:tcPr>
          <w:p w14:paraId="276EC2E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11'</w:t>
            </w:r>
          </w:p>
        </w:tc>
        <w:tc>
          <w:tcPr>
            <w:tcW w:w="904" w:type="pct"/>
            <w:shd w:val="clear" w:color="auto" w:fill="auto"/>
            <w:noWrap/>
            <w:vAlign w:val="center"/>
            <w:hideMark/>
          </w:tcPr>
          <w:p w14:paraId="5F38E89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19.1</w:t>
            </w:r>
          </w:p>
        </w:tc>
        <w:tc>
          <w:tcPr>
            <w:tcW w:w="587" w:type="pct"/>
            <w:shd w:val="clear" w:color="auto" w:fill="auto"/>
            <w:noWrap/>
            <w:vAlign w:val="center"/>
            <w:hideMark/>
          </w:tcPr>
          <w:p w14:paraId="253F072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22.2</w:t>
            </w:r>
          </w:p>
        </w:tc>
        <w:tc>
          <w:tcPr>
            <w:tcW w:w="587" w:type="pct"/>
            <w:shd w:val="clear" w:color="auto" w:fill="auto"/>
            <w:noWrap/>
            <w:vAlign w:val="center"/>
            <w:hideMark/>
          </w:tcPr>
          <w:p w14:paraId="7E021C0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w:t>
            </w:r>
          </w:p>
        </w:tc>
      </w:tr>
      <w:tr w:rsidR="00497B11" w:rsidRPr="00293828" w14:paraId="194987DD" w14:textId="77777777" w:rsidTr="009D45BD">
        <w:trPr>
          <w:trHeight w:val="315"/>
        </w:trPr>
        <w:tc>
          <w:tcPr>
            <w:tcW w:w="389" w:type="pct"/>
            <w:shd w:val="clear" w:color="auto" w:fill="auto"/>
            <w:noWrap/>
            <w:vAlign w:val="center"/>
            <w:hideMark/>
          </w:tcPr>
          <w:p w14:paraId="7218EDB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9</w:t>
            </w:r>
          </w:p>
        </w:tc>
        <w:tc>
          <w:tcPr>
            <w:tcW w:w="904" w:type="pct"/>
            <w:shd w:val="clear" w:color="auto" w:fill="auto"/>
            <w:noWrap/>
            <w:vAlign w:val="center"/>
            <w:hideMark/>
          </w:tcPr>
          <w:p w14:paraId="4163E32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49.7</w:t>
            </w:r>
          </w:p>
        </w:tc>
        <w:tc>
          <w:tcPr>
            <w:tcW w:w="510" w:type="pct"/>
            <w:shd w:val="clear" w:color="auto" w:fill="auto"/>
            <w:noWrap/>
            <w:vAlign w:val="center"/>
            <w:hideMark/>
          </w:tcPr>
          <w:p w14:paraId="300E94E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53.3</w:t>
            </w:r>
          </w:p>
        </w:tc>
        <w:tc>
          <w:tcPr>
            <w:tcW w:w="510" w:type="pct"/>
            <w:shd w:val="clear" w:color="auto" w:fill="auto"/>
            <w:noWrap/>
            <w:vAlign w:val="center"/>
            <w:hideMark/>
          </w:tcPr>
          <w:p w14:paraId="3A73492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54.8</w:t>
            </w:r>
          </w:p>
        </w:tc>
        <w:tc>
          <w:tcPr>
            <w:tcW w:w="609" w:type="pct"/>
            <w:shd w:val="clear" w:color="auto" w:fill="auto"/>
            <w:noWrap/>
            <w:vAlign w:val="center"/>
            <w:hideMark/>
          </w:tcPr>
          <w:p w14:paraId="73CADBF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12'</w:t>
            </w:r>
          </w:p>
        </w:tc>
        <w:tc>
          <w:tcPr>
            <w:tcW w:w="904" w:type="pct"/>
            <w:shd w:val="clear" w:color="auto" w:fill="auto"/>
            <w:noWrap/>
            <w:vAlign w:val="center"/>
            <w:hideMark/>
          </w:tcPr>
          <w:p w14:paraId="4866BC9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21.6</w:t>
            </w:r>
          </w:p>
        </w:tc>
        <w:tc>
          <w:tcPr>
            <w:tcW w:w="587" w:type="pct"/>
            <w:shd w:val="clear" w:color="auto" w:fill="auto"/>
            <w:noWrap/>
            <w:vAlign w:val="center"/>
            <w:hideMark/>
          </w:tcPr>
          <w:p w14:paraId="285F0AB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23.7</w:t>
            </w:r>
          </w:p>
        </w:tc>
        <w:tc>
          <w:tcPr>
            <w:tcW w:w="587" w:type="pct"/>
            <w:shd w:val="clear" w:color="auto" w:fill="auto"/>
            <w:noWrap/>
            <w:vAlign w:val="center"/>
            <w:hideMark/>
          </w:tcPr>
          <w:p w14:paraId="6129BD2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24.3</w:t>
            </w:r>
          </w:p>
        </w:tc>
      </w:tr>
      <w:tr w:rsidR="00497B11" w:rsidRPr="00293828" w14:paraId="108B2106" w14:textId="77777777" w:rsidTr="009D45BD">
        <w:trPr>
          <w:trHeight w:val="315"/>
        </w:trPr>
        <w:tc>
          <w:tcPr>
            <w:tcW w:w="389" w:type="pct"/>
            <w:shd w:val="clear" w:color="auto" w:fill="auto"/>
            <w:noWrap/>
            <w:vAlign w:val="center"/>
            <w:hideMark/>
          </w:tcPr>
          <w:p w14:paraId="34EDD9D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10</w:t>
            </w:r>
          </w:p>
        </w:tc>
        <w:tc>
          <w:tcPr>
            <w:tcW w:w="904" w:type="pct"/>
            <w:shd w:val="clear" w:color="auto" w:fill="auto"/>
            <w:noWrap/>
            <w:vAlign w:val="center"/>
            <w:hideMark/>
          </w:tcPr>
          <w:p w14:paraId="23CADB8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49.6</w:t>
            </w:r>
          </w:p>
        </w:tc>
        <w:tc>
          <w:tcPr>
            <w:tcW w:w="510" w:type="pct"/>
            <w:shd w:val="clear" w:color="auto" w:fill="auto"/>
            <w:noWrap/>
            <w:vAlign w:val="center"/>
            <w:hideMark/>
          </w:tcPr>
          <w:p w14:paraId="3855B73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53.3</w:t>
            </w:r>
          </w:p>
        </w:tc>
        <w:tc>
          <w:tcPr>
            <w:tcW w:w="510" w:type="pct"/>
            <w:shd w:val="clear" w:color="auto" w:fill="auto"/>
            <w:noWrap/>
            <w:vAlign w:val="center"/>
            <w:hideMark/>
          </w:tcPr>
          <w:p w14:paraId="4B63AB8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51.9</w:t>
            </w:r>
          </w:p>
        </w:tc>
        <w:tc>
          <w:tcPr>
            <w:tcW w:w="609" w:type="pct"/>
            <w:shd w:val="clear" w:color="auto" w:fill="auto"/>
            <w:noWrap/>
            <w:vAlign w:val="center"/>
            <w:hideMark/>
          </w:tcPr>
          <w:p w14:paraId="49B72F8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13'</w:t>
            </w:r>
          </w:p>
        </w:tc>
        <w:tc>
          <w:tcPr>
            <w:tcW w:w="904" w:type="pct"/>
            <w:shd w:val="clear" w:color="auto" w:fill="auto"/>
            <w:noWrap/>
            <w:vAlign w:val="center"/>
            <w:hideMark/>
          </w:tcPr>
          <w:p w14:paraId="13A6582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33.9</w:t>
            </w:r>
          </w:p>
        </w:tc>
        <w:tc>
          <w:tcPr>
            <w:tcW w:w="587" w:type="pct"/>
            <w:shd w:val="clear" w:color="auto" w:fill="auto"/>
            <w:noWrap/>
            <w:vAlign w:val="center"/>
            <w:hideMark/>
          </w:tcPr>
          <w:p w14:paraId="6F91C14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37.8</w:t>
            </w:r>
          </w:p>
        </w:tc>
        <w:tc>
          <w:tcPr>
            <w:tcW w:w="587" w:type="pct"/>
            <w:shd w:val="clear" w:color="auto" w:fill="auto"/>
            <w:noWrap/>
            <w:vAlign w:val="center"/>
            <w:hideMark/>
          </w:tcPr>
          <w:p w14:paraId="45B01E6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39.1</w:t>
            </w:r>
          </w:p>
        </w:tc>
      </w:tr>
      <w:tr w:rsidR="00497B11" w:rsidRPr="00293828" w14:paraId="7E44FD25" w14:textId="77777777" w:rsidTr="009D45BD">
        <w:trPr>
          <w:trHeight w:val="315"/>
        </w:trPr>
        <w:tc>
          <w:tcPr>
            <w:tcW w:w="389" w:type="pct"/>
            <w:shd w:val="clear" w:color="auto" w:fill="auto"/>
            <w:noWrap/>
            <w:vAlign w:val="center"/>
            <w:hideMark/>
          </w:tcPr>
          <w:p w14:paraId="447EA13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11</w:t>
            </w:r>
          </w:p>
        </w:tc>
        <w:tc>
          <w:tcPr>
            <w:tcW w:w="904" w:type="pct"/>
            <w:shd w:val="clear" w:color="auto" w:fill="auto"/>
            <w:noWrap/>
            <w:vAlign w:val="center"/>
            <w:hideMark/>
          </w:tcPr>
          <w:p w14:paraId="48FBCA7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65.1</w:t>
            </w:r>
          </w:p>
        </w:tc>
        <w:tc>
          <w:tcPr>
            <w:tcW w:w="510" w:type="pct"/>
            <w:shd w:val="clear" w:color="auto" w:fill="auto"/>
            <w:noWrap/>
            <w:vAlign w:val="center"/>
            <w:hideMark/>
          </w:tcPr>
          <w:p w14:paraId="7E93315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65.7</w:t>
            </w:r>
          </w:p>
        </w:tc>
        <w:tc>
          <w:tcPr>
            <w:tcW w:w="510" w:type="pct"/>
            <w:shd w:val="clear" w:color="auto" w:fill="auto"/>
            <w:noWrap/>
            <w:vAlign w:val="center"/>
            <w:hideMark/>
          </w:tcPr>
          <w:p w14:paraId="6FD9997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65.5</w:t>
            </w:r>
          </w:p>
        </w:tc>
        <w:tc>
          <w:tcPr>
            <w:tcW w:w="609" w:type="pct"/>
            <w:shd w:val="clear" w:color="auto" w:fill="auto"/>
            <w:noWrap/>
            <w:vAlign w:val="center"/>
            <w:hideMark/>
          </w:tcPr>
          <w:p w14:paraId="09E184F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14'</w:t>
            </w:r>
          </w:p>
        </w:tc>
        <w:tc>
          <w:tcPr>
            <w:tcW w:w="904" w:type="pct"/>
            <w:shd w:val="clear" w:color="auto" w:fill="auto"/>
            <w:noWrap/>
            <w:vAlign w:val="center"/>
            <w:hideMark/>
          </w:tcPr>
          <w:p w14:paraId="2BB6884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32.2</w:t>
            </w:r>
          </w:p>
        </w:tc>
        <w:tc>
          <w:tcPr>
            <w:tcW w:w="587" w:type="pct"/>
            <w:shd w:val="clear" w:color="auto" w:fill="auto"/>
            <w:noWrap/>
            <w:vAlign w:val="center"/>
            <w:hideMark/>
          </w:tcPr>
          <w:p w14:paraId="14975E3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34.8</w:t>
            </w:r>
          </w:p>
        </w:tc>
        <w:tc>
          <w:tcPr>
            <w:tcW w:w="587" w:type="pct"/>
            <w:shd w:val="clear" w:color="auto" w:fill="auto"/>
            <w:noWrap/>
            <w:vAlign w:val="center"/>
            <w:hideMark/>
          </w:tcPr>
          <w:p w14:paraId="0E05597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35.9</w:t>
            </w:r>
          </w:p>
        </w:tc>
      </w:tr>
      <w:tr w:rsidR="00497B11" w:rsidRPr="00293828" w14:paraId="72E5C58A" w14:textId="77777777" w:rsidTr="009D45BD">
        <w:trPr>
          <w:trHeight w:val="315"/>
        </w:trPr>
        <w:tc>
          <w:tcPr>
            <w:tcW w:w="389" w:type="pct"/>
            <w:shd w:val="clear" w:color="auto" w:fill="auto"/>
            <w:noWrap/>
            <w:vAlign w:val="center"/>
            <w:hideMark/>
          </w:tcPr>
          <w:p w14:paraId="37B05E0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12</w:t>
            </w:r>
          </w:p>
        </w:tc>
        <w:tc>
          <w:tcPr>
            <w:tcW w:w="904" w:type="pct"/>
            <w:shd w:val="clear" w:color="auto" w:fill="auto"/>
            <w:noWrap/>
            <w:vAlign w:val="center"/>
            <w:hideMark/>
          </w:tcPr>
          <w:p w14:paraId="041396C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33.4</w:t>
            </w:r>
          </w:p>
        </w:tc>
        <w:tc>
          <w:tcPr>
            <w:tcW w:w="510" w:type="pct"/>
            <w:shd w:val="clear" w:color="auto" w:fill="auto"/>
            <w:noWrap/>
            <w:vAlign w:val="center"/>
            <w:hideMark/>
          </w:tcPr>
          <w:p w14:paraId="7E8AE85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36</w:t>
            </w:r>
          </w:p>
        </w:tc>
        <w:tc>
          <w:tcPr>
            <w:tcW w:w="510" w:type="pct"/>
            <w:shd w:val="clear" w:color="auto" w:fill="auto"/>
            <w:noWrap/>
            <w:vAlign w:val="center"/>
            <w:hideMark/>
          </w:tcPr>
          <w:p w14:paraId="31FF377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36.5</w:t>
            </w:r>
          </w:p>
        </w:tc>
        <w:tc>
          <w:tcPr>
            <w:tcW w:w="609" w:type="pct"/>
            <w:shd w:val="clear" w:color="auto" w:fill="auto"/>
            <w:noWrap/>
            <w:vAlign w:val="center"/>
            <w:hideMark/>
          </w:tcPr>
          <w:p w14:paraId="27002B3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15'</w:t>
            </w:r>
          </w:p>
        </w:tc>
        <w:tc>
          <w:tcPr>
            <w:tcW w:w="904" w:type="pct"/>
            <w:shd w:val="clear" w:color="auto" w:fill="auto"/>
            <w:noWrap/>
            <w:vAlign w:val="center"/>
            <w:hideMark/>
          </w:tcPr>
          <w:p w14:paraId="4C87E74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216.5</w:t>
            </w:r>
          </w:p>
        </w:tc>
        <w:tc>
          <w:tcPr>
            <w:tcW w:w="587" w:type="pct"/>
            <w:shd w:val="clear" w:color="auto" w:fill="auto"/>
            <w:noWrap/>
            <w:vAlign w:val="center"/>
            <w:hideMark/>
          </w:tcPr>
          <w:p w14:paraId="14BF7A8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218.1</w:t>
            </w:r>
          </w:p>
        </w:tc>
        <w:tc>
          <w:tcPr>
            <w:tcW w:w="587" w:type="pct"/>
            <w:shd w:val="clear" w:color="auto" w:fill="auto"/>
            <w:noWrap/>
            <w:vAlign w:val="center"/>
            <w:hideMark/>
          </w:tcPr>
          <w:p w14:paraId="10CBBB8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220</w:t>
            </w:r>
          </w:p>
        </w:tc>
      </w:tr>
      <w:tr w:rsidR="00497B11" w:rsidRPr="00293828" w14:paraId="47D0D85B" w14:textId="77777777" w:rsidTr="009D45BD">
        <w:trPr>
          <w:trHeight w:val="315"/>
        </w:trPr>
        <w:tc>
          <w:tcPr>
            <w:tcW w:w="389" w:type="pct"/>
            <w:shd w:val="clear" w:color="auto" w:fill="auto"/>
            <w:noWrap/>
            <w:vAlign w:val="center"/>
            <w:hideMark/>
          </w:tcPr>
          <w:p w14:paraId="73D8325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13</w:t>
            </w:r>
          </w:p>
        </w:tc>
        <w:tc>
          <w:tcPr>
            <w:tcW w:w="904" w:type="pct"/>
            <w:shd w:val="clear" w:color="auto" w:fill="auto"/>
            <w:noWrap/>
            <w:vAlign w:val="center"/>
            <w:hideMark/>
          </w:tcPr>
          <w:p w14:paraId="48114E7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34.2</w:t>
            </w:r>
          </w:p>
        </w:tc>
        <w:tc>
          <w:tcPr>
            <w:tcW w:w="510" w:type="pct"/>
            <w:shd w:val="clear" w:color="auto" w:fill="auto"/>
            <w:noWrap/>
            <w:vAlign w:val="center"/>
            <w:hideMark/>
          </w:tcPr>
          <w:p w14:paraId="5AFAF62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37.5</w:t>
            </w:r>
          </w:p>
        </w:tc>
        <w:tc>
          <w:tcPr>
            <w:tcW w:w="510" w:type="pct"/>
            <w:shd w:val="clear" w:color="auto" w:fill="auto"/>
            <w:noWrap/>
            <w:vAlign w:val="center"/>
            <w:hideMark/>
          </w:tcPr>
          <w:p w14:paraId="68C128D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38.9</w:t>
            </w:r>
          </w:p>
        </w:tc>
        <w:tc>
          <w:tcPr>
            <w:tcW w:w="609" w:type="pct"/>
            <w:shd w:val="clear" w:color="auto" w:fill="auto"/>
            <w:noWrap/>
            <w:vAlign w:val="center"/>
            <w:hideMark/>
          </w:tcPr>
          <w:p w14:paraId="55491D5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16'</w:t>
            </w:r>
          </w:p>
        </w:tc>
        <w:tc>
          <w:tcPr>
            <w:tcW w:w="904" w:type="pct"/>
            <w:shd w:val="clear" w:color="auto" w:fill="auto"/>
            <w:noWrap/>
            <w:vAlign w:val="center"/>
            <w:hideMark/>
          </w:tcPr>
          <w:p w14:paraId="70F887B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63.2</w:t>
            </w:r>
          </w:p>
        </w:tc>
        <w:tc>
          <w:tcPr>
            <w:tcW w:w="587" w:type="pct"/>
            <w:shd w:val="clear" w:color="auto" w:fill="auto"/>
            <w:noWrap/>
            <w:vAlign w:val="center"/>
            <w:hideMark/>
          </w:tcPr>
          <w:p w14:paraId="097C9A1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65.8</w:t>
            </w:r>
          </w:p>
        </w:tc>
        <w:tc>
          <w:tcPr>
            <w:tcW w:w="587" w:type="pct"/>
            <w:shd w:val="clear" w:color="auto" w:fill="auto"/>
            <w:noWrap/>
            <w:vAlign w:val="center"/>
            <w:hideMark/>
          </w:tcPr>
          <w:p w14:paraId="0C30D10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66</w:t>
            </w:r>
          </w:p>
        </w:tc>
      </w:tr>
      <w:tr w:rsidR="00497B11" w:rsidRPr="00293828" w14:paraId="7447B761" w14:textId="77777777" w:rsidTr="009D45BD">
        <w:trPr>
          <w:trHeight w:val="315"/>
        </w:trPr>
        <w:tc>
          <w:tcPr>
            <w:tcW w:w="389" w:type="pct"/>
            <w:shd w:val="clear" w:color="auto" w:fill="auto"/>
            <w:noWrap/>
            <w:vAlign w:val="center"/>
            <w:hideMark/>
          </w:tcPr>
          <w:p w14:paraId="320905D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14</w:t>
            </w:r>
          </w:p>
        </w:tc>
        <w:tc>
          <w:tcPr>
            <w:tcW w:w="904" w:type="pct"/>
            <w:shd w:val="clear" w:color="auto" w:fill="auto"/>
            <w:noWrap/>
            <w:vAlign w:val="center"/>
            <w:hideMark/>
          </w:tcPr>
          <w:p w14:paraId="1F31900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33.3</w:t>
            </w:r>
          </w:p>
        </w:tc>
        <w:tc>
          <w:tcPr>
            <w:tcW w:w="510" w:type="pct"/>
            <w:shd w:val="clear" w:color="auto" w:fill="auto"/>
            <w:noWrap/>
            <w:vAlign w:val="center"/>
            <w:hideMark/>
          </w:tcPr>
          <w:p w14:paraId="4B6E1EC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34.8</w:t>
            </w:r>
          </w:p>
        </w:tc>
        <w:tc>
          <w:tcPr>
            <w:tcW w:w="510" w:type="pct"/>
            <w:shd w:val="clear" w:color="auto" w:fill="auto"/>
            <w:noWrap/>
            <w:vAlign w:val="center"/>
            <w:hideMark/>
          </w:tcPr>
          <w:p w14:paraId="5A9E81E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36.1</w:t>
            </w:r>
          </w:p>
        </w:tc>
        <w:tc>
          <w:tcPr>
            <w:tcW w:w="609" w:type="pct"/>
            <w:shd w:val="clear" w:color="auto" w:fill="auto"/>
            <w:noWrap/>
            <w:vAlign w:val="center"/>
            <w:hideMark/>
          </w:tcPr>
          <w:p w14:paraId="0DEAE9D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w:t>
            </w:r>
          </w:p>
        </w:tc>
        <w:tc>
          <w:tcPr>
            <w:tcW w:w="904" w:type="pct"/>
            <w:shd w:val="clear" w:color="auto" w:fill="auto"/>
            <w:noWrap/>
            <w:vAlign w:val="center"/>
            <w:hideMark/>
          </w:tcPr>
          <w:p w14:paraId="081AA6C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23.9</w:t>
            </w:r>
          </w:p>
        </w:tc>
        <w:tc>
          <w:tcPr>
            <w:tcW w:w="587" w:type="pct"/>
            <w:shd w:val="clear" w:color="auto" w:fill="auto"/>
            <w:noWrap/>
            <w:vAlign w:val="center"/>
            <w:hideMark/>
          </w:tcPr>
          <w:p w14:paraId="017D759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26</w:t>
            </w:r>
          </w:p>
        </w:tc>
        <w:tc>
          <w:tcPr>
            <w:tcW w:w="587" w:type="pct"/>
            <w:shd w:val="clear" w:color="auto" w:fill="auto"/>
            <w:noWrap/>
            <w:vAlign w:val="center"/>
            <w:hideMark/>
          </w:tcPr>
          <w:p w14:paraId="4515E6E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27.6</w:t>
            </w:r>
          </w:p>
        </w:tc>
      </w:tr>
      <w:tr w:rsidR="00497B11" w:rsidRPr="00293828" w14:paraId="4D1E9F45" w14:textId="77777777" w:rsidTr="009D45BD">
        <w:trPr>
          <w:trHeight w:val="315"/>
        </w:trPr>
        <w:tc>
          <w:tcPr>
            <w:tcW w:w="389" w:type="pct"/>
            <w:shd w:val="clear" w:color="auto" w:fill="auto"/>
            <w:noWrap/>
            <w:vAlign w:val="center"/>
            <w:hideMark/>
          </w:tcPr>
          <w:p w14:paraId="7E5307E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15</w:t>
            </w:r>
          </w:p>
        </w:tc>
        <w:tc>
          <w:tcPr>
            <w:tcW w:w="904" w:type="pct"/>
            <w:shd w:val="clear" w:color="auto" w:fill="auto"/>
            <w:noWrap/>
            <w:vAlign w:val="center"/>
            <w:hideMark/>
          </w:tcPr>
          <w:p w14:paraId="52626ED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216.8</w:t>
            </w:r>
          </w:p>
        </w:tc>
        <w:tc>
          <w:tcPr>
            <w:tcW w:w="510" w:type="pct"/>
            <w:shd w:val="clear" w:color="auto" w:fill="auto"/>
            <w:noWrap/>
            <w:vAlign w:val="center"/>
            <w:hideMark/>
          </w:tcPr>
          <w:p w14:paraId="25435D8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218</w:t>
            </w:r>
          </w:p>
        </w:tc>
        <w:tc>
          <w:tcPr>
            <w:tcW w:w="510" w:type="pct"/>
            <w:shd w:val="clear" w:color="auto" w:fill="auto"/>
            <w:noWrap/>
            <w:vAlign w:val="center"/>
            <w:hideMark/>
          </w:tcPr>
          <w:p w14:paraId="24674CE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220</w:t>
            </w:r>
          </w:p>
        </w:tc>
        <w:tc>
          <w:tcPr>
            <w:tcW w:w="609" w:type="pct"/>
            <w:shd w:val="clear" w:color="auto" w:fill="auto"/>
            <w:noWrap/>
            <w:vAlign w:val="center"/>
            <w:hideMark/>
          </w:tcPr>
          <w:p w14:paraId="29FDD30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18'</w:t>
            </w:r>
          </w:p>
        </w:tc>
        <w:tc>
          <w:tcPr>
            <w:tcW w:w="904" w:type="pct"/>
            <w:shd w:val="clear" w:color="auto" w:fill="auto"/>
            <w:noWrap/>
            <w:vAlign w:val="center"/>
            <w:hideMark/>
          </w:tcPr>
          <w:p w14:paraId="09953AE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27.3</w:t>
            </w:r>
          </w:p>
        </w:tc>
        <w:tc>
          <w:tcPr>
            <w:tcW w:w="587" w:type="pct"/>
            <w:shd w:val="clear" w:color="auto" w:fill="auto"/>
            <w:noWrap/>
            <w:vAlign w:val="center"/>
            <w:hideMark/>
          </w:tcPr>
          <w:p w14:paraId="3D00E8A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27</w:t>
            </w:r>
          </w:p>
        </w:tc>
        <w:tc>
          <w:tcPr>
            <w:tcW w:w="587" w:type="pct"/>
            <w:shd w:val="clear" w:color="auto" w:fill="auto"/>
            <w:noWrap/>
            <w:vAlign w:val="center"/>
            <w:hideMark/>
          </w:tcPr>
          <w:p w14:paraId="66EA7F3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27.8</w:t>
            </w:r>
          </w:p>
        </w:tc>
      </w:tr>
      <w:tr w:rsidR="00497B11" w:rsidRPr="00293828" w14:paraId="7D629242" w14:textId="77777777" w:rsidTr="009D45BD">
        <w:trPr>
          <w:trHeight w:val="315"/>
        </w:trPr>
        <w:tc>
          <w:tcPr>
            <w:tcW w:w="389" w:type="pct"/>
            <w:shd w:val="clear" w:color="auto" w:fill="auto"/>
            <w:noWrap/>
            <w:vAlign w:val="center"/>
            <w:hideMark/>
          </w:tcPr>
          <w:p w14:paraId="2AD0E87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16</w:t>
            </w:r>
          </w:p>
        </w:tc>
        <w:tc>
          <w:tcPr>
            <w:tcW w:w="904" w:type="pct"/>
            <w:shd w:val="clear" w:color="auto" w:fill="auto"/>
            <w:noWrap/>
            <w:vAlign w:val="center"/>
            <w:hideMark/>
          </w:tcPr>
          <w:p w14:paraId="2B7210B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63.3</w:t>
            </w:r>
          </w:p>
        </w:tc>
        <w:tc>
          <w:tcPr>
            <w:tcW w:w="510" w:type="pct"/>
            <w:shd w:val="clear" w:color="auto" w:fill="auto"/>
            <w:noWrap/>
            <w:vAlign w:val="center"/>
            <w:hideMark/>
          </w:tcPr>
          <w:p w14:paraId="51F90CC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66.3</w:t>
            </w:r>
          </w:p>
        </w:tc>
        <w:tc>
          <w:tcPr>
            <w:tcW w:w="510" w:type="pct"/>
            <w:shd w:val="clear" w:color="auto" w:fill="auto"/>
            <w:noWrap/>
            <w:vAlign w:val="center"/>
            <w:hideMark/>
          </w:tcPr>
          <w:p w14:paraId="5A6B501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67</w:t>
            </w:r>
          </w:p>
        </w:tc>
        <w:tc>
          <w:tcPr>
            <w:tcW w:w="609" w:type="pct"/>
            <w:shd w:val="clear" w:color="auto" w:fill="auto"/>
            <w:noWrap/>
            <w:vAlign w:val="center"/>
            <w:hideMark/>
          </w:tcPr>
          <w:p w14:paraId="61ED0FA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19'</w:t>
            </w:r>
          </w:p>
        </w:tc>
        <w:tc>
          <w:tcPr>
            <w:tcW w:w="904" w:type="pct"/>
            <w:shd w:val="clear" w:color="auto" w:fill="auto"/>
            <w:noWrap/>
            <w:vAlign w:val="center"/>
            <w:hideMark/>
          </w:tcPr>
          <w:p w14:paraId="5E7E261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22.5</w:t>
            </w:r>
          </w:p>
        </w:tc>
        <w:tc>
          <w:tcPr>
            <w:tcW w:w="587" w:type="pct"/>
            <w:shd w:val="clear" w:color="auto" w:fill="auto"/>
            <w:noWrap/>
            <w:vAlign w:val="center"/>
            <w:hideMark/>
          </w:tcPr>
          <w:p w14:paraId="2888824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23.9</w:t>
            </w:r>
          </w:p>
        </w:tc>
        <w:tc>
          <w:tcPr>
            <w:tcW w:w="587" w:type="pct"/>
            <w:shd w:val="clear" w:color="auto" w:fill="auto"/>
            <w:noWrap/>
            <w:vAlign w:val="center"/>
            <w:hideMark/>
          </w:tcPr>
          <w:p w14:paraId="17FA6E3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18.5</w:t>
            </w:r>
          </w:p>
        </w:tc>
      </w:tr>
      <w:tr w:rsidR="00497B11" w:rsidRPr="00293828" w14:paraId="3F765530" w14:textId="77777777" w:rsidTr="009D45BD">
        <w:trPr>
          <w:trHeight w:val="315"/>
        </w:trPr>
        <w:tc>
          <w:tcPr>
            <w:tcW w:w="389" w:type="pct"/>
            <w:shd w:val="clear" w:color="auto" w:fill="auto"/>
            <w:noWrap/>
            <w:vAlign w:val="center"/>
            <w:hideMark/>
          </w:tcPr>
          <w:p w14:paraId="4991F83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w:t>
            </w:r>
          </w:p>
        </w:tc>
        <w:tc>
          <w:tcPr>
            <w:tcW w:w="904" w:type="pct"/>
            <w:shd w:val="clear" w:color="auto" w:fill="auto"/>
            <w:noWrap/>
            <w:vAlign w:val="center"/>
            <w:hideMark/>
          </w:tcPr>
          <w:p w14:paraId="7FEC5B2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24.3</w:t>
            </w:r>
          </w:p>
        </w:tc>
        <w:tc>
          <w:tcPr>
            <w:tcW w:w="510" w:type="pct"/>
            <w:shd w:val="clear" w:color="auto" w:fill="auto"/>
            <w:noWrap/>
            <w:vAlign w:val="center"/>
            <w:hideMark/>
          </w:tcPr>
          <w:p w14:paraId="2970D23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26.4</w:t>
            </w:r>
          </w:p>
        </w:tc>
        <w:tc>
          <w:tcPr>
            <w:tcW w:w="510" w:type="pct"/>
            <w:shd w:val="clear" w:color="auto" w:fill="auto"/>
            <w:noWrap/>
            <w:vAlign w:val="center"/>
            <w:hideMark/>
          </w:tcPr>
          <w:p w14:paraId="683D378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27.5</w:t>
            </w:r>
          </w:p>
        </w:tc>
        <w:tc>
          <w:tcPr>
            <w:tcW w:w="609" w:type="pct"/>
            <w:shd w:val="clear" w:color="auto" w:fill="auto"/>
            <w:noWrap/>
            <w:vAlign w:val="center"/>
            <w:hideMark/>
          </w:tcPr>
          <w:p w14:paraId="0F894FE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20'</w:t>
            </w:r>
          </w:p>
        </w:tc>
        <w:tc>
          <w:tcPr>
            <w:tcW w:w="904" w:type="pct"/>
            <w:shd w:val="clear" w:color="auto" w:fill="auto"/>
            <w:noWrap/>
            <w:vAlign w:val="center"/>
            <w:hideMark/>
          </w:tcPr>
          <w:p w14:paraId="21CB1A6D"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74.3</w:t>
            </w:r>
          </w:p>
        </w:tc>
        <w:tc>
          <w:tcPr>
            <w:tcW w:w="587" w:type="pct"/>
            <w:shd w:val="clear" w:color="auto" w:fill="auto"/>
            <w:noWrap/>
            <w:vAlign w:val="center"/>
            <w:hideMark/>
          </w:tcPr>
          <w:p w14:paraId="07C1825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75.3</w:t>
            </w:r>
          </w:p>
        </w:tc>
        <w:tc>
          <w:tcPr>
            <w:tcW w:w="587" w:type="pct"/>
            <w:shd w:val="clear" w:color="auto" w:fill="auto"/>
            <w:noWrap/>
            <w:vAlign w:val="center"/>
            <w:hideMark/>
          </w:tcPr>
          <w:p w14:paraId="25B22D0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75.1</w:t>
            </w:r>
          </w:p>
        </w:tc>
      </w:tr>
      <w:tr w:rsidR="00497B11" w:rsidRPr="00293828" w14:paraId="380CE5DF" w14:textId="77777777" w:rsidTr="009D45BD">
        <w:trPr>
          <w:trHeight w:val="315"/>
        </w:trPr>
        <w:tc>
          <w:tcPr>
            <w:tcW w:w="389" w:type="pct"/>
            <w:shd w:val="clear" w:color="auto" w:fill="auto"/>
            <w:noWrap/>
            <w:vAlign w:val="center"/>
            <w:hideMark/>
          </w:tcPr>
          <w:p w14:paraId="39AEDEA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18</w:t>
            </w:r>
          </w:p>
        </w:tc>
        <w:tc>
          <w:tcPr>
            <w:tcW w:w="904" w:type="pct"/>
            <w:shd w:val="clear" w:color="auto" w:fill="auto"/>
            <w:noWrap/>
            <w:vAlign w:val="center"/>
            <w:hideMark/>
          </w:tcPr>
          <w:p w14:paraId="04A0090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32.9</w:t>
            </w:r>
          </w:p>
        </w:tc>
        <w:tc>
          <w:tcPr>
            <w:tcW w:w="510" w:type="pct"/>
            <w:shd w:val="clear" w:color="auto" w:fill="auto"/>
            <w:noWrap/>
            <w:vAlign w:val="center"/>
            <w:hideMark/>
          </w:tcPr>
          <w:p w14:paraId="0A86338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31.6</w:t>
            </w:r>
          </w:p>
        </w:tc>
        <w:tc>
          <w:tcPr>
            <w:tcW w:w="510" w:type="pct"/>
            <w:shd w:val="clear" w:color="auto" w:fill="auto"/>
            <w:noWrap/>
            <w:vAlign w:val="center"/>
            <w:hideMark/>
          </w:tcPr>
          <w:p w14:paraId="59734C1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31.7</w:t>
            </w:r>
          </w:p>
        </w:tc>
        <w:tc>
          <w:tcPr>
            <w:tcW w:w="609" w:type="pct"/>
            <w:shd w:val="clear" w:color="auto" w:fill="auto"/>
            <w:noWrap/>
            <w:vAlign w:val="center"/>
            <w:hideMark/>
          </w:tcPr>
          <w:p w14:paraId="373AA88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21'</w:t>
            </w:r>
          </w:p>
        </w:tc>
        <w:tc>
          <w:tcPr>
            <w:tcW w:w="904" w:type="pct"/>
            <w:shd w:val="clear" w:color="auto" w:fill="auto"/>
            <w:noWrap/>
            <w:vAlign w:val="center"/>
            <w:hideMark/>
          </w:tcPr>
          <w:p w14:paraId="605F45C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169.8</w:t>
            </w:r>
          </w:p>
        </w:tc>
        <w:tc>
          <w:tcPr>
            <w:tcW w:w="587" w:type="pct"/>
            <w:shd w:val="clear" w:color="auto" w:fill="auto"/>
            <w:noWrap/>
            <w:vAlign w:val="center"/>
            <w:hideMark/>
          </w:tcPr>
          <w:p w14:paraId="42042F1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168.7</w:t>
            </w:r>
          </w:p>
        </w:tc>
        <w:tc>
          <w:tcPr>
            <w:tcW w:w="587" w:type="pct"/>
            <w:shd w:val="clear" w:color="auto" w:fill="auto"/>
            <w:noWrap/>
            <w:vAlign w:val="center"/>
            <w:hideMark/>
          </w:tcPr>
          <w:p w14:paraId="358E883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169.5</w:t>
            </w:r>
          </w:p>
        </w:tc>
      </w:tr>
      <w:tr w:rsidR="00497B11" w:rsidRPr="00293828" w14:paraId="63AA2517" w14:textId="77777777" w:rsidTr="009D45BD">
        <w:trPr>
          <w:trHeight w:val="315"/>
        </w:trPr>
        <w:tc>
          <w:tcPr>
            <w:tcW w:w="389" w:type="pct"/>
            <w:shd w:val="clear" w:color="auto" w:fill="auto"/>
            <w:noWrap/>
            <w:vAlign w:val="center"/>
            <w:hideMark/>
          </w:tcPr>
          <w:p w14:paraId="61DB7CD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19</w:t>
            </w:r>
          </w:p>
        </w:tc>
        <w:tc>
          <w:tcPr>
            <w:tcW w:w="904" w:type="pct"/>
            <w:shd w:val="clear" w:color="auto" w:fill="auto"/>
            <w:noWrap/>
            <w:vAlign w:val="center"/>
            <w:hideMark/>
          </w:tcPr>
          <w:p w14:paraId="3C5051D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23.1</w:t>
            </w:r>
          </w:p>
        </w:tc>
        <w:tc>
          <w:tcPr>
            <w:tcW w:w="510" w:type="pct"/>
            <w:shd w:val="clear" w:color="auto" w:fill="auto"/>
            <w:noWrap/>
            <w:vAlign w:val="center"/>
            <w:hideMark/>
          </w:tcPr>
          <w:p w14:paraId="70607ED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24.1</w:t>
            </w:r>
          </w:p>
        </w:tc>
        <w:tc>
          <w:tcPr>
            <w:tcW w:w="510" w:type="pct"/>
            <w:shd w:val="clear" w:color="auto" w:fill="auto"/>
            <w:noWrap/>
            <w:vAlign w:val="center"/>
            <w:hideMark/>
          </w:tcPr>
          <w:p w14:paraId="40EFFBB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24.3</w:t>
            </w:r>
          </w:p>
        </w:tc>
        <w:tc>
          <w:tcPr>
            <w:tcW w:w="609" w:type="pct"/>
            <w:shd w:val="clear" w:color="auto" w:fill="auto"/>
            <w:noWrap/>
            <w:vAlign w:val="center"/>
            <w:hideMark/>
          </w:tcPr>
          <w:p w14:paraId="5198791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w:t>
            </w:r>
          </w:p>
        </w:tc>
        <w:tc>
          <w:tcPr>
            <w:tcW w:w="904" w:type="pct"/>
            <w:shd w:val="clear" w:color="auto" w:fill="auto"/>
            <w:noWrap/>
            <w:vAlign w:val="center"/>
            <w:hideMark/>
          </w:tcPr>
          <w:p w14:paraId="616955F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20.6</w:t>
            </w:r>
          </w:p>
        </w:tc>
        <w:tc>
          <w:tcPr>
            <w:tcW w:w="587" w:type="pct"/>
            <w:shd w:val="clear" w:color="auto" w:fill="auto"/>
            <w:noWrap/>
            <w:vAlign w:val="center"/>
            <w:hideMark/>
          </w:tcPr>
          <w:p w14:paraId="2114E2C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22.1</w:t>
            </w:r>
          </w:p>
        </w:tc>
        <w:tc>
          <w:tcPr>
            <w:tcW w:w="587" w:type="pct"/>
            <w:shd w:val="clear" w:color="auto" w:fill="auto"/>
            <w:noWrap/>
            <w:vAlign w:val="center"/>
            <w:hideMark/>
          </w:tcPr>
          <w:p w14:paraId="394D405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22.1</w:t>
            </w:r>
          </w:p>
        </w:tc>
      </w:tr>
      <w:tr w:rsidR="00497B11" w:rsidRPr="00293828" w14:paraId="6F8CA59D" w14:textId="77777777" w:rsidTr="009D45BD">
        <w:trPr>
          <w:trHeight w:val="315"/>
        </w:trPr>
        <w:tc>
          <w:tcPr>
            <w:tcW w:w="389" w:type="pct"/>
            <w:shd w:val="clear" w:color="auto" w:fill="auto"/>
            <w:noWrap/>
            <w:vAlign w:val="center"/>
            <w:hideMark/>
          </w:tcPr>
          <w:p w14:paraId="115DDB3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20</w:t>
            </w:r>
          </w:p>
        </w:tc>
        <w:tc>
          <w:tcPr>
            <w:tcW w:w="904" w:type="pct"/>
            <w:shd w:val="clear" w:color="auto" w:fill="auto"/>
            <w:noWrap/>
            <w:vAlign w:val="center"/>
            <w:hideMark/>
          </w:tcPr>
          <w:p w14:paraId="58B0A4F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73.9</w:t>
            </w:r>
          </w:p>
        </w:tc>
        <w:tc>
          <w:tcPr>
            <w:tcW w:w="510" w:type="pct"/>
            <w:shd w:val="clear" w:color="auto" w:fill="auto"/>
            <w:noWrap/>
            <w:vAlign w:val="center"/>
            <w:hideMark/>
          </w:tcPr>
          <w:p w14:paraId="0BB5E14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74.8</w:t>
            </w:r>
          </w:p>
        </w:tc>
        <w:tc>
          <w:tcPr>
            <w:tcW w:w="510" w:type="pct"/>
            <w:shd w:val="clear" w:color="auto" w:fill="auto"/>
            <w:noWrap/>
            <w:vAlign w:val="center"/>
            <w:hideMark/>
          </w:tcPr>
          <w:p w14:paraId="5B909EE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74.7</w:t>
            </w:r>
          </w:p>
        </w:tc>
        <w:tc>
          <w:tcPr>
            <w:tcW w:w="609" w:type="pct"/>
            <w:shd w:val="clear" w:color="auto" w:fill="auto"/>
            <w:noWrap/>
            <w:vAlign w:val="bottom"/>
            <w:hideMark/>
          </w:tcPr>
          <w:p w14:paraId="562C3D7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p>
        </w:tc>
        <w:tc>
          <w:tcPr>
            <w:tcW w:w="904" w:type="pct"/>
            <w:shd w:val="clear" w:color="auto" w:fill="auto"/>
            <w:noWrap/>
            <w:vAlign w:val="bottom"/>
            <w:hideMark/>
          </w:tcPr>
          <w:p w14:paraId="7A3FA1C6" w14:textId="77777777" w:rsidR="00497B11" w:rsidRPr="00293828" w:rsidRDefault="00497B11" w:rsidP="00293828">
            <w:pPr>
              <w:widowControl/>
              <w:jc w:val="left"/>
              <w:rPr>
                <w:rFonts w:ascii="Times New Roman" w:eastAsia="Times New Roman" w:hAnsi="Times New Roman" w:cs="Times New Roman"/>
                <w:kern w:val="0"/>
                <w:szCs w:val="21"/>
                <w14:ligatures w14:val="none"/>
              </w:rPr>
            </w:pPr>
          </w:p>
        </w:tc>
        <w:tc>
          <w:tcPr>
            <w:tcW w:w="587" w:type="pct"/>
            <w:shd w:val="clear" w:color="auto" w:fill="auto"/>
            <w:noWrap/>
            <w:vAlign w:val="bottom"/>
            <w:hideMark/>
          </w:tcPr>
          <w:p w14:paraId="762E2010" w14:textId="77777777" w:rsidR="00497B11" w:rsidRPr="00293828" w:rsidRDefault="00497B11" w:rsidP="00293828">
            <w:pPr>
              <w:widowControl/>
              <w:jc w:val="left"/>
              <w:rPr>
                <w:rFonts w:ascii="Times New Roman" w:eastAsia="Times New Roman" w:hAnsi="Times New Roman" w:cs="Times New Roman"/>
                <w:kern w:val="0"/>
                <w:szCs w:val="21"/>
                <w14:ligatures w14:val="none"/>
              </w:rPr>
            </w:pPr>
          </w:p>
        </w:tc>
        <w:tc>
          <w:tcPr>
            <w:tcW w:w="587" w:type="pct"/>
            <w:shd w:val="clear" w:color="auto" w:fill="auto"/>
            <w:noWrap/>
            <w:vAlign w:val="bottom"/>
            <w:hideMark/>
          </w:tcPr>
          <w:p w14:paraId="6290FED2" w14:textId="77777777" w:rsidR="00497B11" w:rsidRPr="00293828" w:rsidRDefault="00497B11" w:rsidP="00293828">
            <w:pPr>
              <w:widowControl/>
              <w:jc w:val="left"/>
              <w:rPr>
                <w:rFonts w:ascii="Times New Roman" w:eastAsia="Times New Roman" w:hAnsi="Times New Roman" w:cs="Times New Roman"/>
                <w:kern w:val="0"/>
                <w:szCs w:val="21"/>
                <w14:ligatures w14:val="none"/>
              </w:rPr>
            </w:pPr>
          </w:p>
        </w:tc>
      </w:tr>
      <w:tr w:rsidR="00497B11" w:rsidRPr="00293828" w14:paraId="3DE2A06E" w14:textId="77777777" w:rsidTr="009D45BD">
        <w:trPr>
          <w:trHeight w:val="315"/>
        </w:trPr>
        <w:tc>
          <w:tcPr>
            <w:tcW w:w="389" w:type="pct"/>
            <w:shd w:val="clear" w:color="auto" w:fill="auto"/>
            <w:noWrap/>
            <w:vAlign w:val="center"/>
            <w:hideMark/>
          </w:tcPr>
          <w:p w14:paraId="01BA646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w:t>
            </w:r>
          </w:p>
        </w:tc>
        <w:tc>
          <w:tcPr>
            <w:tcW w:w="904" w:type="pct"/>
            <w:shd w:val="clear" w:color="auto" w:fill="auto"/>
            <w:noWrap/>
            <w:vAlign w:val="center"/>
            <w:hideMark/>
          </w:tcPr>
          <w:p w14:paraId="66A9D04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72.9</w:t>
            </w:r>
          </w:p>
        </w:tc>
        <w:tc>
          <w:tcPr>
            <w:tcW w:w="510" w:type="pct"/>
            <w:shd w:val="clear" w:color="auto" w:fill="auto"/>
            <w:noWrap/>
            <w:vAlign w:val="center"/>
            <w:hideMark/>
          </w:tcPr>
          <w:p w14:paraId="1BA7207D"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72.5</w:t>
            </w:r>
          </w:p>
        </w:tc>
        <w:tc>
          <w:tcPr>
            <w:tcW w:w="510" w:type="pct"/>
            <w:shd w:val="clear" w:color="auto" w:fill="auto"/>
            <w:noWrap/>
            <w:vAlign w:val="center"/>
            <w:hideMark/>
          </w:tcPr>
          <w:p w14:paraId="759621D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74.5</w:t>
            </w:r>
          </w:p>
        </w:tc>
        <w:tc>
          <w:tcPr>
            <w:tcW w:w="609" w:type="pct"/>
            <w:shd w:val="clear" w:color="auto" w:fill="auto"/>
            <w:noWrap/>
            <w:vAlign w:val="center"/>
            <w:hideMark/>
          </w:tcPr>
          <w:p w14:paraId="1B9D2B6B"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eastAsia="宋体" w:hAnsi="Times New Roman" w:cs="Times New Roman"/>
                <w:b/>
                <w:bCs/>
                <w:color w:val="000000"/>
                <w:kern w:val="0"/>
                <w:szCs w:val="21"/>
                <w14:ligatures w14:val="none"/>
              </w:rPr>
              <w:t>R</w:t>
            </w:r>
            <w:r w:rsidRPr="00293828">
              <w:rPr>
                <w:rFonts w:ascii="Times New Roman" w:eastAsia="宋体" w:hAnsi="Times New Roman" w:cs="Times New Roman"/>
                <w:b/>
                <w:bCs/>
                <w:color w:val="000000"/>
                <w:kern w:val="0"/>
                <w:szCs w:val="21"/>
                <w:vertAlign w:val="superscript"/>
                <w14:ligatures w14:val="none"/>
              </w:rPr>
              <w:t>2</w:t>
            </w:r>
          </w:p>
        </w:tc>
        <w:tc>
          <w:tcPr>
            <w:tcW w:w="904" w:type="pct"/>
            <w:shd w:val="clear" w:color="auto" w:fill="auto"/>
            <w:noWrap/>
            <w:vAlign w:val="center"/>
            <w:hideMark/>
          </w:tcPr>
          <w:p w14:paraId="77977A84"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eastAsia="宋体" w:hAnsi="Times New Roman" w:cs="Times New Roman"/>
                <w:b/>
                <w:bCs/>
                <w:color w:val="000000"/>
                <w:kern w:val="0"/>
                <w:szCs w:val="21"/>
                <w14:ligatures w14:val="none"/>
              </w:rPr>
              <w:t>-</w:t>
            </w:r>
          </w:p>
        </w:tc>
        <w:tc>
          <w:tcPr>
            <w:tcW w:w="587" w:type="pct"/>
            <w:shd w:val="clear" w:color="auto" w:fill="auto"/>
            <w:noWrap/>
            <w:vAlign w:val="center"/>
            <w:hideMark/>
          </w:tcPr>
          <w:p w14:paraId="09440135"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eastAsia="宋体" w:hAnsi="Times New Roman" w:cs="Times New Roman"/>
                <w:b/>
                <w:bCs/>
                <w:color w:val="000000"/>
                <w:kern w:val="0"/>
                <w:szCs w:val="21"/>
                <w14:ligatures w14:val="none"/>
              </w:rPr>
              <w:t>0.9989</w:t>
            </w:r>
          </w:p>
        </w:tc>
        <w:tc>
          <w:tcPr>
            <w:tcW w:w="587" w:type="pct"/>
            <w:shd w:val="clear" w:color="auto" w:fill="auto"/>
            <w:noWrap/>
            <w:vAlign w:val="center"/>
            <w:hideMark/>
          </w:tcPr>
          <w:p w14:paraId="10EF0D6C"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eastAsia="宋体" w:hAnsi="Times New Roman" w:cs="Times New Roman"/>
                <w:b/>
                <w:bCs/>
                <w:color w:val="000000"/>
                <w:kern w:val="0"/>
                <w:szCs w:val="21"/>
                <w14:ligatures w14:val="none"/>
              </w:rPr>
              <w:t>0.9983</w:t>
            </w:r>
          </w:p>
        </w:tc>
      </w:tr>
      <w:tr w:rsidR="00497B11" w:rsidRPr="00293828" w14:paraId="44A1BE7E" w14:textId="77777777" w:rsidTr="009D45BD">
        <w:trPr>
          <w:trHeight w:val="315"/>
        </w:trPr>
        <w:tc>
          <w:tcPr>
            <w:tcW w:w="389" w:type="pct"/>
            <w:shd w:val="clear" w:color="auto" w:fill="auto"/>
            <w:noWrap/>
            <w:vAlign w:val="center"/>
            <w:hideMark/>
          </w:tcPr>
          <w:p w14:paraId="3A317EA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w:t>
            </w:r>
          </w:p>
        </w:tc>
        <w:tc>
          <w:tcPr>
            <w:tcW w:w="904" w:type="pct"/>
            <w:shd w:val="clear" w:color="auto" w:fill="auto"/>
            <w:noWrap/>
            <w:vAlign w:val="center"/>
            <w:hideMark/>
          </w:tcPr>
          <w:p w14:paraId="17D43BE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27.2</w:t>
            </w:r>
          </w:p>
        </w:tc>
        <w:tc>
          <w:tcPr>
            <w:tcW w:w="510" w:type="pct"/>
            <w:shd w:val="clear" w:color="auto" w:fill="auto"/>
            <w:noWrap/>
            <w:vAlign w:val="center"/>
            <w:hideMark/>
          </w:tcPr>
          <w:p w14:paraId="440A32E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30.1</w:t>
            </w:r>
          </w:p>
        </w:tc>
        <w:tc>
          <w:tcPr>
            <w:tcW w:w="510" w:type="pct"/>
            <w:shd w:val="clear" w:color="auto" w:fill="auto"/>
            <w:noWrap/>
            <w:vAlign w:val="center"/>
            <w:hideMark/>
          </w:tcPr>
          <w:p w14:paraId="5650A88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30.5</w:t>
            </w:r>
          </w:p>
        </w:tc>
        <w:tc>
          <w:tcPr>
            <w:tcW w:w="609" w:type="pct"/>
            <w:shd w:val="clear" w:color="auto" w:fill="auto"/>
            <w:noWrap/>
            <w:vAlign w:val="center"/>
            <w:hideMark/>
          </w:tcPr>
          <w:p w14:paraId="6F5E3B9A"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eastAsia="宋体" w:hAnsi="Times New Roman" w:cs="Times New Roman"/>
                <w:b/>
                <w:bCs/>
                <w:color w:val="000000"/>
                <w:kern w:val="0"/>
                <w:szCs w:val="21"/>
                <w14:ligatures w14:val="none"/>
              </w:rPr>
              <w:t>MAE</w:t>
            </w:r>
          </w:p>
        </w:tc>
        <w:tc>
          <w:tcPr>
            <w:tcW w:w="904" w:type="pct"/>
            <w:shd w:val="clear" w:color="auto" w:fill="auto"/>
            <w:noWrap/>
            <w:vAlign w:val="center"/>
            <w:hideMark/>
          </w:tcPr>
          <w:p w14:paraId="0D2166C1"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eastAsia="宋体" w:hAnsi="Times New Roman" w:cs="Times New Roman"/>
                <w:b/>
                <w:bCs/>
                <w:color w:val="000000"/>
                <w:kern w:val="0"/>
                <w:szCs w:val="21"/>
                <w14:ligatures w14:val="none"/>
              </w:rPr>
              <w:t>-</w:t>
            </w:r>
          </w:p>
        </w:tc>
        <w:tc>
          <w:tcPr>
            <w:tcW w:w="587" w:type="pct"/>
            <w:shd w:val="clear" w:color="auto" w:fill="auto"/>
            <w:noWrap/>
            <w:vAlign w:val="center"/>
            <w:hideMark/>
          </w:tcPr>
          <w:p w14:paraId="556FAB7D"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eastAsia="宋体" w:hAnsi="Times New Roman" w:cs="Times New Roman"/>
                <w:b/>
                <w:bCs/>
                <w:color w:val="000000"/>
                <w:kern w:val="0"/>
                <w:szCs w:val="21"/>
                <w14:ligatures w14:val="none"/>
              </w:rPr>
              <w:t>2.1</w:t>
            </w:r>
          </w:p>
        </w:tc>
        <w:tc>
          <w:tcPr>
            <w:tcW w:w="587" w:type="pct"/>
            <w:shd w:val="clear" w:color="auto" w:fill="auto"/>
            <w:noWrap/>
            <w:vAlign w:val="center"/>
            <w:hideMark/>
          </w:tcPr>
          <w:p w14:paraId="3812CF26"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eastAsia="宋体" w:hAnsi="Times New Roman" w:cs="Times New Roman"/>
                <w:b/>
                <w:bCs/>
                <w:color w:val="000000"/>
                <w:kern w:val="0"/>
                <w:szCs w:val="21"/>
                <w14:ligatures w14:val="none"/>
              </w:rPr>
              <w:t>2.5</w:t>
            </w:r>
          </w:p>
        </w:tc>
      </w:tr>
      <w:tr w:rsidR="00497B11" w:rsidRPr="00293828" w14:paraId="5C69CA4A" w14:textId="77777777" w:rsidTr="009D45BD">
        <w:trPr>
          <w:trHeight w:val="315"/>
        </w:trPr>
        <w:tc>
          <w:tcPr>
            <w:tcW w:w="389" w:type="pct"/>
            <w:shd w:val="clear" w:color="auto" w:fill="auto"/>
            <w:noWrap/>
            <w:vAlign w:val="center"/>
            <w:hideMark/>
          </w:tcPr>
          <w:p w14:paraId="0C15D1E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w:t>
            </w:r>
          </w:p>
        </w:tc>
        <w:tc>
          <w:tcPr>
            <w:tcW w:w="904" w:type="pct"/>
            <w:shd w:val="clear" w:color="auto" w:fill="auto"/>
            <w:noWrap/>
            <w:vAlign w:val="center"/>
            <w:hideMark/>
          </w:tcPr>
          <w:p w14:paraId="3C2139A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77.3</w:t>
            </w:r>
          </w:p>
        </w:tc>
        <w:tc>
          <w:tcPr>
            <w:tcW w:w="510" w:type="pct"/>
            <w:shd w:val="clear" w:color="auto" w:fill="auto"/>
            <w:noWrap/>
            <w:vAlign w:val="center"/>
            <w:hideMark/>
          </w:tcPr>
          <w:p w14:paraId="61AD3C6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76.7</w:t>
            </w:r>
          </w:p>
        </w:tc>
        <w:tc>
          <w:tcPr>
            <w:tcW w:w="510" w:type="pct"/>
            <w:shd w:val="clear" w:color="auto" w:fill="auto"/>
            <w:noWrap/>
            <w:vAlign w:val="center"/>
            <w:hideMark/>
          </w:tcPr>
          <w:p w14:paraId="4DF3A7A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74.7</w:t>
            </w:r>
          </w:p>
        </w:tc>
        <w:tc>
          <w:tcPr>
            <w:tcW w:w="609" w:type="pct"/>
            <w:shd w:val="clear" w:color="auto" w:fill="auto"/>
            <w:noWrap/>
            <w:vAlign w:val="center"/>
            <w:hideMark/>
          </w:tcPr>
          <w:p w14:paraId="177419F3"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eastAsia="宋体" w:hAnsi="Times New Roman" w:cs="Times New Roman"/>
                <w:b/>
                <w:bCs/>
                <w:color w:val="000000"/>
                <w:kern w:val="0"/>
                <w:szCs w:val="21"/>
                <w14:ligatures w14:val="none"/>
              </w:rPr>
              <w:t>CMAE</w:t>
            </w:r>
          </w:p>
        </w:tc>
        <w:tc>
          <w:tcPr>
            <w:tcW w:w="904" w:type="pct"/>
            <w:shd w:val="clear" w:color="auto" w:fill="auto"/>
            <w:noWrap/>
            <w:vAlign w:val="center"/>
            <w:hideMark/>
          </w:tcPr>
          <w:p w14:paraId="5C14360C"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eastAsia="宋体" w:hAnsi="Times New Roman" w:cs="Times New Roman"/>
                <w:b/>
                <w:bCs/>
                <w:color w:val="000000"/>
                <w:kern w:val="0"/>
                <w:szCs w:val="21"/>
                <w14:ligatures w14:val="none"/>
              </w:rPr>
              <w:t>-</w:t>
            </w:r>
          </w:p>
        </w:tc>
        <w:tc>
          <w:tcPr>
            <w:tcW w:w="587" w:type="pct"/>
            <w:shd w:val="clear" w:color="auto" w:fill="auto"/>
            <w:noWrap/>
            <w:vAlign w:val="center"/>
            <w:hideMark/>
          </w:tcPr>
          <w:p w14:paraId="0E6A6219"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eastAsia="宋体" w:hAnsi="Times New Roman" w:cs="Times New Roman"/>
                <w:b/>
                <w:bCs/>
                <w:color w:val="000000"/>
                <w:kern w:val="0"/>
                <w:szCs w:val="21"/>
                <w14:ligatures w14:val="none"/>
              </w:rPr>
              <w:t>1.4</w:t>
            </w:r>
          </w:p>
        </w:tc>
        <w:tc>
          <w:tcPr>
            <w:tcW w:w="587" w:type="pct"/>
            <w:shd w:val="clear" w:color="auto" w:fill="auto"/>
            <w:noWrap/>
            <w:vAlign w:val="center"/>
            <w:hideMark/>
          </w:tcPr>
          <w:p w14:paraId="2242169A"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eastAsia="宋体" w:hAnsi="Times New Roman" w:cs="Times New Roman"/>
                <w:b/>
                <w:bCs/>
                <w:color w:val="000000"/>
                <w:kern w:val="0"/>
                <w:szCs w:val="21"/>
                <w14:ligatures w14:val="none"/>
              </w:rPr>
              <w:t>1.7</w:t>
            </w:r>
          </w:p>
        </w:tc>
      </w:tr>
    </w:tbl>
    <w:p w14:paraId="61826980" w14:textId="77777777" w:rsidR="00497B11" w:rsidRPr="00293828" w:rsidRDefault="00497B11" w:rsidP="00293828">
      <w:pPr>
        <w:spacing w:line="360" w:lineRule="auto"/>
        <w:rPr>
          <w:rFonts w:ascii="Times New Roman" w:hAnsi="Times New Roman" w:cs="Times New Roman"/>
          <w:szCs w:val="21"/>
          <w14:ligatures w14:val="none"/>
        </w:rPr>
      </w:pPr>
    </w:p>
    <w:p w14:paraId="63162D90" w14:textId="77777777" w:rsidR="00497B11" w:rsidRPr="00293828" w:rsidRDefault="00497B11" w:rsidP="00293828">
      <w:pPr>
        <w:spacing w:line="360" w:lineRule="auto"/>
        <w:rPr>
          <w:rFonts w:ascii="Times New Roman" w:hAnsi="Times New Roman" w:cs="Times New Roman"/>
          <w:szCs w:val="21"/>
          <w14:ligatures w14:val="none"/>
        </w:rPr>
      </w:pPr>
      <w:r w:rsidRPr="009A52A7">
        <w:rPr>
          <w:rFonts w:ascii="Times New Roman" w:hAnsi="Times New Roman" w:cs="Times New Roman"/>
          <w:b/>
          <w:bCs/>
          <w:iCs/>
          <w:szCs w:val="21"/>
          <w14:ligatures w14:val="none"/>
        </w:rPr>
        <w:lastRenderedPageBreak/>
        <w:t>Table S2</w:t>
      </w:r>
      <w:r w:rsidRPr="00293828">
        <w:rPr>
          <w:rFonts w:ascii="Times New Roman" w:hAnsi="Times New Roman" w:cs="Times New Roman"/>
          <w:iCs/>
          <w:szCs w:val="21"/>
          <w14:ligatures w14:val="none"/>
        </w:rPr>
        <w:t xml:space="preserve"> Experimental and calculated </w:t>
      </w:r>
      <w:r w:rsidRPr="00293828">
        <w:rPr>
          <w:rFonts w:ascii="Times New Roman" w:hAnsi="Times New Roman" w:cs="Times New Roman"/>
          <w:iCs/>
          <w:szCs w:val="21"/>
          <w:vertAlign w:val="superscript"/>
          <w14:ligatures w14:val="none"/>
        </w:rPr>
        <w:t>1</w:t>
      </w:r>
      <w:r w:rsidRPr="00293828">
        <w:rPr>
          <w:rFonts w:ascii="Times New Roman" w:hAnsi="Times New Roman" w:cs="Times New Roman"/>
          <w:iCs/>
          <w:szCs w:val="21"/>
          <w14:ligatures w14:val="none"/>
        </w:rPr>
        <w:t xml:space="preserve">H NMR chemical shifts of </w:t>
      </w: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a</w:t>
      </w:r>
      <w:r w:rsidRPr="00293828">
        <w:rPr>
          <w:rFonts w:ascii="Times New Roman" w:hAnsi="Times New Roman" w:cs="Times New Roman"/>
          <w:szCs w:val="21"/>
          <w14:ligatures w14:val="none"/>
        </w:rPr>
        <w:t xml:space="preserve"> and </w:t>
      </w: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b</w:t>
      </w:r>
      <w:r w:rsidRPr="00293828">
        <w:rPr>
          <w:rFonts w:ascii="Times New Roman" w:hAnsi="Times New Roman" w:cs="Times New Roman"/>
          <w:szCs w:val="21"/>
          <w14:ligatures w14:val="none"/>
        </w:rPr>
        <w:t>.</w:t>
      </w: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309"/>
        <w:gridCol w:w="1258"/>
        <w:gridCol w:w="1155"/>
        <w:gridCol w:w="858"/>
        <w:gridCol w:w="1222"/>
        <w:gridCol w:w="823"/>
        <w:gridCol w:w="821"/>
      </w:tblGrid>
      <w:tr w:rsidR="00497B11" w:rsidRPr="00293828" w14:paraId="4E6EC550" w14:textId="77777777" w:rsidTr="009D45BD">
        <w:trPr>
          <w:trHeight w:val="79"/>
        </w:trPr>
        <w:tc>
          <w:tcPr>
            <w:tcW w:w="513" w:type="pct"/>
            <w:vMerge w:val="restart"/>
            <w:noWrap/>
            <w:vAlign w:val="center"/>
          </w:tcPr>
          <w:p w14:paraId="64DED3E3"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hAnsi="Times New Roman" w:cs="Times New Roman"/>
                <w:b/>
                <w:bCs/>
                <w:szCs w:val="21"/>
                <w14:ligatures w14:val="none"/>
              </w:rPr>
              <w:t>No.</w:t>
            </w:r>
          </w:p>
        </w:tc>
        <w:tc>
          <w:tcPr>
            <w:tcW w:w="793" w:type="pct"/>
            <w:vMerge w:val="restart"/>
            <w:noWrap/>
            <w:vAlign w:val="center"/>
          </w:tcPr>
          <w:p w14:paraId="53739EDB"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proofErr w:type="spellStart"/>
            <w:r w:rsidRPr="00293828">
              <w:rPr>
                <w:rFonts w:ascii="Times New Roman" w:hAnsi="Times New Roman" w:cs="Times New Roman"/>
                <w:b/>
                <w:bCs/>
                <w:i/>
                <w:iCs/>
                <w:szCs w:val="21"/>
                <w14:ligatures w14:val="none"/>
              </w:rPr>
              <w:t>δ</w:t>
            </w:r>
            <w:r w:rsidRPr="00293828">
              <w:rPr>
                <w:rFonts w:ascii="Times New Roman" w:hAnsi="Times New Roman" w:cs="Times New Roman"/>
                <w:b/>
                <w:bCs/>
                <w:i/>
                <w:iCs/>
                <w:szCs w:val="21"/>
                <w:vertAlign w:val="subscript"/>
                <w14:ligatures w14:val="none"/>
              </w:rPr>
              <w:t>exptl</w:t>
            </w:r>
            <w:proofErr w:type="spellEnd"/>
            <w:r w:rsidRPr="00293828">
              <w:rPr>
                <w:rFonts w:ascii="Times New Roman" w:hAnsi="Times New Roman" w:cs="Times New Roman"/>
                <w:b/>
                <w:bCs/>
                <w:i/>
                <w:iCs/>
                <w:szCs w:val="21"/>
                <w:vertAlign w:val="subscript"/>
                <w14:ligatures w14:val="none"/>
              </w:rPr>
              <w:t xml:space="preserve">. </w:t>
            </w:r>
            <w:r w:rsidRPr="00293828">
              <w:rPr>
                <w:rFonts w:ascii="Times New Roman" w:hAnsi="Times New Roman" w:cs="Times New Roman"/>
                <w:b/>
                <w:bCs/>
                <w:szCs w:val="21"/>
                <w14:ligatures w14:val="none"/>
              </w:rPr>
              <w:t>(ppm)</w:t>
            </w:r>
          </w:p>
        </w:tc>
        <w:tc>
          <w:tcPr>
            <w:tcW w:w="1462" w:type="pct"/>
            <w:gridSpan w:val="2"/>
            <w:noWrap/>
            <w:vAlign w:val="center"/>
          </w:tcPr>
          <w:p w14:paraId="15A206E9"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proofErr w:type="spellStart"/>
            <w:r w:rsidRPr="00293828">
              <w:rPr>
                <w:rFonts w:ascii="Times New Roman" w:eastAsia="等线" w:hAnsi="Times New Roman" w:cs="Times New Roman"/>
                <w:b/>
                <w:bCs/>
                <w:i/>
                <w:color w:val="000000"/>
                <w:szCs w:val="21"/>
                <w14:ligatures w14:val="none"/>
              </w:rPr>
              <w:t>δ</w:t>
            </w:r>
            <w:r w:rsidRPr="00293828">
              <w:rPr>
                <w:rFonts w:ascii="Times New Roman" w:eastAsia="等线" w:hAnsi="Times New Roman" w:cs="Times New Roman"/>
                <w:b/>
                <w:bCs/>
                <w:i/>
                <w:color w:val="000000"/>
                <w:szCs w:val="21"/>
                <w:vertAlign w:val="subscript"/>
                <w14:ligatures w14:val="none"/>
              </w:rPr>
              <w:t>calcd</w:t>
            </w:r>
            <w:proofErr w:type="spellEnd"/>
            <w:r w:rsidRPr="00293828">
              <w:rPr>
                <w:rFonts w:ascii="Times New Roman" w:eastAsia="等线" w:hAnsi="Times New Roman" w:cs="Times New Roman"/>
                <w:b/>
                <w:bCs/>
                <w:i/>
                <w:color w:val="000000"/>
                <w:szCs w:val="21"/>
                <w:vertAlign w:val="subscript"/>
                <w14:ligatures w14:val="none"/>
              </w:rPr>
              <w:t>.</w:t>
            </w:r>
            <w:r w:rsidRPr="00293828">
              <w:rPr>
                <w:rFonts w:ascii="Times New Roman" w:eastAsia="等线" w:hAnsi="Times New Roman" w:cs="Times New Roman"/>
                <w:b/>
                <w:bCs/>
                <w:iCs/>
                <w:color w:val="000000"/>
                <w:szCs w:val="21"/>
                <w14:ligatures w14:val="none"/>
              </w:rPr>
              <w:t xml:space="preserve"> (ppm)</w:t>
            </w:r>
          </w:p>
        </w:tc>
        <w:tc>
          <w:tcPr>
            <w:tcW w:w="496" w:type="pct"/>
            <w:vMerge w:val="restart"/>
            <w:noWrap/>
            <w:vAlign w:val="center"/>
          </w:tcPr>
          <w:p w14:paraId="03EFD9D6"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hAnsi="Times New Roman" w:cs="Times New Roman"/>
                <w:b/>
                <w:bCs/>
                <w:szCs w:val="21"/>
                <w14:ligatures w14:val="none"/>
              </w:rPr>
              <w:t>No.</w:t>
            </w:r>
          </w:p>
        </w:tc>
        <w:tc>
          <w:tcPr>
            <w:tcW w:w="737" w:type="pct"/>
            <w:vMerge w:val="restart"/>
            <w:noWrap/>
            <w:vAlign w:val="center"/>
          </w:tcPr>
          <w:p w14:paraId="23849B45"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proofErr w:type="spellStart"/>
            <w:r w:rsidRPr="00293828">
              <w:rPr>
                <w:rFonts w:ascii="Times New Roman" w:hAnsi="Times New Roman" w:cs="Times New Roman"/>
                <w:b/>
                <w:bCs/>
                <w:i/>
                <w:iCs/>
                <w:szCs w:val="21"/>
                <w14:ligatures w14:val="none"/>
              </w:rPr>
              <w:t>δ</w:t>
            </w:r>
            <w:r w:rsidRPr="00293828">
              <w:rPr>
                <w:rFonts w:ascii="Times New Roman" w:hAnsi="Times New Roman" w:cs="Times New Roman"/>
                <w:b/>
                <w:bCs/>
                <w:i/>
                <w:iCs/>
                <w:szCs w:val="21"/>
                <w:vertAlign w:val="subscript"/>
                <w14:ligatures w14:val="none"/>
              </w:rPr>
              <w:t>exptl</w:t>
            </w:r>
            <w:proofErr w:type="spellEnd"/>
            <w:r w:rsidRPr="00293828">
              <w:rPr>
                <w:rFonts w:ascii="Times New Roman" w:hAnsi="Times New Roman" w:cs="Times New Roman"/>
                <w:b/>
                <w:bCs/>
                <w:i/>
                <w:iCs/>
                <w:szCs w:val="21"/>
                <w:vertAlign w:val="subscript"/>
                <w14:ligatures w14:val="none"/>
              </w:rPr>
              <w:t xml:space="preserve">. </w:t>
            </w:r>
            <w:r w:rsidRPr="00293828">
              <w:rPr>
                <w:rFonts w:ascii="Times New Roman" w:hAnsi="Times New Roman" w:cs="Times New Roman"/>
                <w:b/>
                <w:bCs/>
                <w:szCs w:val="21"/>
                <w14:ligatures w14:val="none"/>
              </w:rPr>
              <w:t>(ppm)</w:t>
            </w:r>
          </w:p>
        </w:tc>
        <w:tc>
          <w:tcPr>
            <w:tcW w:w="999" w:type="pct"/>
            <w:gridSpan w:val="2"/>
            <w:shd w:val="clear" w:color="auto" w:fill="auto"/>
            <w:noWrap/>
            <w:vAlign w:val="center"/>
          </w:tcPr>
          <w:p w14:paraId="31456635"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proofErr w:type="spellStart"/>
            <w:r w:rsidRPr="00293828">
              <w:rPr>
                <w:rFonts w:ascii="Times New Roman" w:eastAsia="等线" w:hAnsi="Times New Roman" w:cs="Times New Roman"/>
                <w:b/>
                <w:bCs/>
                <w:i/>
                <w:color w:val="000000"/>
                <w:szCs w:val="21"/>
                <w14:ligatures w14:val="none"/>
              </w:rPr>
              <w:t>δ</w:t>
            </w:r>
            <w:r w:rsidRPr="00293828">
              <w:rPr>
                <w:rFonts w:ascii="Times New Roman" w:eastAsia="等线" w:hAnsi="Times New Roman" w:cs="Times New Roman"/>
                <w:b/>
                <w:bCs/>
                <w:i/>
                <w:color w:val="000000"/>
                <w:szCs w:val="21"/>
                <w:vertAlign w:val="subscript"/>
                <w14:ligatures w14:val="none"/>
              </w:rPr>
              <w:t>calcd</w:t>
            </w:r>
            <w:proofErr w:type="spellEnd"/>
            <w:r w:rsidRPr="00293828">
              <w:rPr>
                <w:rFonts w:ascii="Times New Roman" w:eastAsia="等线" w:hAnsi="Times New Roman" w:cs="Times New Roman"/>
                <w:b/>
                <w:bCs/>
                <w:i/>
                <w:color w:val="000000"/>
                <w:szCs w:val="21"/>
                <w:vertAlign w:val="subscript"/>
                <w14:ligatures w14:val="none"/>
              </w:rPr>
              <w:t>.</w:t>
            </w:r>
            <w:r w:rsidRPr="00293828">
              <w:rPr>
                <w:rFonts w:ascii="Times New Roman" w:eastAsia="等线" w:hAnsi="Times New Roman" w:cs="Times New Roman"/>
                <w:b/>
                <w:bCs/>
                <w:iCs/>
                <w:color w:val="000000"/>
                <w:szCs w:val="21"/>
                <w14:ligatures w14:val="none"/>
              </w:rPr>
              <w:t xml:space="preserve"> (ppm)</w:t>
            </w:r>
          </w:p>
        </w:tc>
      </w:tr>
      <w:tr w:rsidR="00497B11" w:rsidRPr="00293828" w14:paraId="4E81B7F6" w14:textId="77777777" w:rsidTr="009D45BD">
        <w:trPr>
          <w:trHeight w:val="79"/>
        </w:trPr>
        <w:tc>
          <w:tcPr>
            <w:tcW w:w="513" w:type="pct"/>
            <w:vMerge/>
            <w:noWrap/>
            <w:vAlign w:val="center"/>
          </w:tcPr>
          <w:p w14:paraId="0A946189" w14:textId="77777777" w:rsidR="00497B11" w:rsidRPr="00293828" w:rsidRDefault="00497B11" w:rsidP="00293828">
            <w:pPr>
              <w:widowControl/>
              <w:jc w:val="center"/>
              <w:rPr>
                <w:rFonts w:ascii="Times New Roman" w:hAnsi="Times New Roman" w:cs="Times New Roman"/>
                <w:b/>
                <w:bCs/>
                <w:szCs w:val="21"/>
                <w14:ligatures w14:val="none"/>
              </w:rPr>
            </w:pPr>
          </w:p>
        </w:tc>
        <w:tc>
          <w:tcPr>
            <w:tcW w:w="793" w:type="pct"/>
            <w:vMerge/>
            <w:noWrap/>
            <w:vAlign w:val="center"/>
          </w:tcPr>
          <w:p w14:paraId="796E8594" w14:textId="77777777" w:rsidR="00497B11" w:rsidRPr="00293828" w:rsidRDefault="00497B11" w:rsidP="00293828">
            <w:pPr>
              <w:widowControl/>
              <w:jc w:val="center"/>
              <w:rPr>
                <w:rFonts w:ascii="Times New Roman" w:hAnsi="Times New Roman" w:cs="Times New Roman"/>
                <w:b/>
                <w:bCs/>
                <w:i/>
                <w:iCs/>
                <w:szCs w:val="21"/>
                <w14:ligatures w14:val="none"/>
              </w:rPr>
            </w:pPr>
          </w:p>
        </w:tc>
        <w:tc>
          <w:tcPr>
            <w:tcW w:w="762" w:type="pct"/>
            <w:noWrap/>
            <w:vAlign w:val="center"/>
          </w:tcPr>
          <w:p w14:paraId="2007838A"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a</w:t>
            </w:r>
          </w:p>
        </w:tc>
        <w:tc>
          <w:tcPr>
            <w:tcW w:w="700" w:type="pct"/>
            <w:vAlign w:val="center"/>
          </w:tcPr>
          <w:p w14:paraId="5B4E19E0"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b</w:t>
            </w:r>
          </w:p>
        </w:tc>
        <w:tc>
          <w:tcPr>
            <w:tcW w:w="496" w:type="pct"/>
            <w:vMerge/>
            <w:noWrap/>
            <w:vAlign w:val="center"/>
          </w:tcPr>
          <w:p w14:paraId="5E4390EC" w14:textId="77777777" w:rsidR="00497B11" w:rsidRPr="00293828" w:rsidRDefault="00497B11" w:rsidP="00293828">
            <w:pPr>
              <w:widowControl/>
              <w:jc w:val="center"/>
              <w:rPr>
                <w:rFonts w:ascii="Times New Roman" w:hAnsi="Times New Roman" w:cs="Times New Roman"/>
                <w:b/>
                <w:bCs/>
                <w:szCs w:val="21"/>
                <w14:ligatures w14:val="none"/>
              </w:rPr>
            </w:pPr>
          </w:p>
        </w:tc>
        <w:tc>
          <w:tcPr>
            <w:tcW w:w="737" w:type="pct"/>
            <w:vMerge/>
            <w:noWrap/>
            <w:vAlign w:val="center"/>
          </w:tcPr>
          <w:p w14:paraId="611B92D0" w14:textId="77777777" w:rsidR="00497B11" w:rsidRPr="00293828" w:rsidRDefault="00497B11" w:rsidP="00293828">
            <w:pPr>
              <w:widowControl/>
              <w:jc w:val="center"/>
              <w:rPr>
                <w:rFonts w:ascii="Times New Roman" w:hAnsi="Times New Roman" w:cs="Times New Roman"/>
                <w:b/>
                <w:bCs/>
                <w:i/>
                <w:iCs/>
                <w:szCs w:val="21"/>
                <w14:ligatures w14:val="none"/>
              </w:rPr>
            </w:pPr>
          </w:p>
        </w:tc>
        <w:tc>
          <w:tcPr>
            <w:tcW w:w="500" w:type="pct"/>
            <w:noWrap/>
            <w:vAlign w:val="center"/>
          </w:tcPr>
          <w:p w14:paraId="79DC10AC"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a</w:t>
            </w:r>
          </w:p>
        </w:tc>
        <w:tc>
          <w:tcPr>
            <w:tcW w:w="499" w:type="pct"/>
            <w:vAlign w:val="center"/>
          </w:tcPr>
          <w:p w14:paraId="0A7891E5" w14:textId="77777777" w:rsidR="00497B11" w:rsidRPr="00293828" w:rsidRDefault="00497B11" w:rsidP="00293828">
            <w:pPr>
              <w:widowControl/>
              <w:jc w:val="center"/>
              <w:rPr>
                <w:rFonts w:ascii="Times New Roman" w:eastAsia="宋体" w:hAnsi="Times New Roman" w:cs="Times New Roman"/>
                <w:b/>
                <w:bCs/>
                <w:color w:val="000000"/>
                <w:kern w:val="0"/>
                <w:szCs w:val="21"/>
                <w14:ligatures w14:val="none"/>
              </w:rPr>
            </w:pP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a</w:t>
            </w:r>
          </w:p>
        </w:tc>
      </w:tr>
      <w:tr w:rsidR="00497B11" w:rsidRPr="00293828" w14:paraId="3EA7B51B" w14:textId="77777777" w:rsidTr="009D45BD">
        <w:trPr>
          <w:trHeight w:val="315"/>
        </w:trPr>
        <w:tc>
          <w:tcPr>
            <w:tcW w:w="513" w:type="pct"/>
            <w:noWrap/>
            <w:vAlign w:val="center"/>
            <w:hideMark/>
          </w:tcPr>
          <w:p w14:paraId="617B33E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w:t>
            </w:r>
          </w:p>
        </w:tc>
        <w:tc>
          <w:tcPr>
            <w:tcW w:w="793" w:type="pct"/>
            <w:noWrap/>
            <w:vAlign w:val="center"/>
            <w:hideMark/>
          </w:tcPr>
          <w:p w14:paraId="4E8409F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5.65</w:t>
            </w:r>
          </w:p>
        </w:tc>
        <w:tc>
          <w:tcPr>
            <w:tcW w:w="762" w:type="pct"/>
            <w:shd w:val="clear" w:color="auto" w:fill="auto"/>
            <w:noWrap/>
            <w:vAlign w:val="center"/>
            <w:hideMark/>
          </w:tcPr>
          <w:p w14:paraId="3A7E9CF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4.41</w:t>
            </w:r>
          </w:p>
        </w:tc>
        <w:tc>
          <w:tcPr>
            <w:tcW w:w="700" w:type="pct"/>
            <w:shd w:val="clear" w:color="auto" w:fill="auto"/>
            <w:noWrap/>
            <w:vAlign w:val="center"/>
            <w:hideMark/>
          </w:tcPr>
          <w:p w14:paraId="2658D34D"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4.4</w:t>
            </w:r>
          </w:p>
        </w:tc>
        <w:tc>
          <w:tcPr>
            <w:tcW w:w="496" w:type="pct"/>
            <w:noWrap/>
            <w:vAlign w:val="center"/>
            <w:hideMark/>
          </w:tcPr>
          <w:p w14:paraId="38AEF87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2'a</w:t>
            </w:r>
          </w:p>
        </w:tc>
        <w:tc>
          <w:tcPr>
            <w:tcW w:w="737" w:type="pct"/>
            <w:noWrap/>
            <w:vAlign w:val="center"/>
            <w:hideMark/>
          </w:tcPr>
          <w:p w14:paraId="2B7E5EE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2.13</w:t>
            </w:r>
          </w:p>
        </w:tc>
        <w:tc>
          <w:tcPr>
            <w:tcW w:w="500" w:type="pct"/>
            <w:shd w:val="clear" w:color="auto" w:fill="auto"/>
            <w:noWrap/>
            <w:vAlign w:val="center"/>
            <w:hideMark/>
          </w:tcPr>
          <w:p w14:paraId="2A0C42F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1.74</w:t>
            </w:r>
          </w:p>
        </w:tc>
        <w:tc>
          <w:tcPr>
            <w:tcW w:w="499" w:type="pct"/>
            <w:shd w:val="clear" w:color="auto" w:fill="auto"/>
            <w:noWrap/>
            <w:vAlign w:val="center"/>
            <w:hideMark/>
          </w:tcPr>
          <w:p w14:paraId="33722FF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1.79</w:t>
            </w:r>
          </w:p>
        </w:tc>
      </w:tr>
      <w:tr w:rsidR="00497B11" w:rsidRPr="00293828" w14:paraId="0973466D" w14:textId="77777777" w:rsidTr="009D45BD">
        <w:trPr>
          <w:trHeight w:val="315"/>
        </w:trPr>
        <w:tc>
          <w:tcPr>
            <w:tcW w:w="513" w:type="pct"/>
            <w:shd w:val="clear" w:color="auto" w:fill="auto"/>
            <w:noWrap/>
            <w:vAlign w:val="center"/>
            <w:hideMark/>
          </w:tcPr>
          <w:p w14:paraId="42DBAF7D"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2b</w:t>
            </w:r>
          </w:p>
        </w:tc>
        <w:tc>
          <w:tcPr>
            <w:tcW w:w="793" w:type="pct"/>
            <w:shd w:val="clear" w:color="auto" w:fill="auto"/>
            <w:noWrap/>
            <w:vAlign w:val="center"/>
            <w:hideMark/>
          </w:tcPr>
          <w:p w14:paraId="00E830B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2.04</w:t>
            </w:r>
          </w:p>
        </w:tc>
        <w:tc>
          <w:tcPr>
            <w:tcW w:w="762" w:type="pct"/>
            <w:shd w:val="clear" w:color="auto" w:fill="auto"/>
            <w:noWrap/>
            <w:vAlign w:val="center"/>
            <w:hideMark/>
          </w:tcPr>
          <w:p w14:paraId="66A1C24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w:t>
            </w:r>
          </w:p>
        </w:tc>
        <w:tc>
          <w:tcPr>
            <w:tcW w:w="700" w:type="pct"/>
            <w:shd w:val="clear" w:color="auto" w:fill="auto"/>
            <w:noWrap/>
            <w:vAlign w:val="center"/>
            <w:hideMark/>
          </w:tcPr>
          <w:p w14:paraId="66A824C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1.72</w:t>
            </w:r>
          </w:p>
        </w:tc>
        <w:tc>
          <w:tcPr>
            <w:tcW w:w="496" w:type="pct"/>
            <w:shd w:val="clear" w:color="auto" w:fill="auto"/>
            <w:noWrap/>
            <w:vAlign w:val="center"/>
            <w:hideMark/>
          </w:tcPr>
          <w:p w14:paraId="5B97773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w:t>
            </w:r>
          </w:p>
        </w:tc>
        <w:tc>
          <w:tcPr>
            <w:tcW w:w="737" w:type="pct"/>
            <w:shd w:val="clear" w:color="auto" w:fill="auto"/>
            <w:noWrap/>
            <w:vAlign w:val="center"/>
            <w:hideMark/>
          </w:tcPr>
          <w:p w14:paraId="5CC5C7D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5.01</w:t>
            </w:r>
          </w:p>
        </w:tc>
        <w:tc>
          <w:tcPr>
            <w:tcW w:w="500" w:type="pct"/>
            <w:shd w:val="clear" w:color="auto" w:fill="auto"/>
            <w:noWrap/>
            <w:vAlign w:val="center"/>
            <w:hideMark/>
          </w:tcPr>
          <w:p w14:paraId="2A9109F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5.12</w:t>
            </w:r>
          </w:p>
        </w:tc>
        <w:tc>
          <w:tcPr>
            <w:tcW w:w="499" w:type="pct"/>
            <w:shd w:val="clear" w:color="auto" w:fill="auto"/>
            <w:noWrap/>
            <w:vAlign w:val="center"/>
            <w:hideMark/>
          </w:tcPr>
          <w:p w14:paraId="1937B6F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4.48</w:t>
            </w:r>
          </w:p>
        </w:tc>
      </w:tr>
      <w:tr w:rsidR="00497B11" w:rsidRPr="00293828" w14:paraId="7E22C9E5" w14:textId="77777777" w:rsidTr="009D45BD">
        <w:trPr>
          <w:trHeight w:val="315"/>
        </w:trPr>
        <w:tc>
          <w:tcPr>
            <w:tcW w:w="513" w:type="pct"/>
            <w:shd w:val="clear" w:color="auto" w:fill="auto"/>
            <w:noWrap/>
            <w:vAlign w:val="center"/>
            <w:hideMark/>
          </w:tcPr>
          <w:p w14:paraId="2661808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2a</w:t>
            </w:r>
          </w:p>
        </w:tc>
        <w:tc>
          <w:tcPr>
            <w:tcW w:w="793" w:type="pct"/>
            <w:shd w:val="clear" w:color="auto" w:fill="auto"/>
            <w:noWrap/>
            <w:vAlign w:val="center"/>
            <w:hideMark/>
          </w:tcPr>
          <w:p w14:paraId="058C154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1.83</w:t>
            </w:r>
          </w:p>
        </w:tc>
        <w:tc>
          <w:tcPr>
            <w:tcW w:w="762" w:type="pct"/>
            <w:shd w:val="clear" w:color="auto" w:fill="auto"/>
            <w:noWrap/>
            <w:vAlign w:val="center"/>
            <w:hideMark/>
          </w:tcPr>
          <w:p w14:paraId="6A19300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1.69</w:t>
            </w:r>
          </w:p>
        </w:tc>
        <w:tc>
          <w:tcPr>
            <w:tcW w:w="700" w:type="pct"/>
            <w:shd w:val="clear" w:color="auto" w:fill="auto"/>
            <w:noWrap/>
            <w:vAlign w:val="center"/>
            <w:hideMark/>
          </w:tcPr>
          <w:p w14:paraId="6353E08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w:t>
            </w:r>
          </w:p>
        </w:tc>
        <w:tc>
          <w:tcPr>
            <w:tcW w:w="496" w:type="pct"/>
            <w:shd w:val="clear" w:color="auto" w:fill="auto"/>
            <w:noWrap/>
            <w:vAlign w:val="center"/>
            <w:hideMark/>
          </w:tcPr>
          <w:p w14:paraId="23D92AB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w:t>
            </w:r>
          </w:p>
        </w:tc>
        <w:tc>
          <w:tcPr>
            <w:tcW w:w="737" w:type="pct"/>
            <w:shd w:val="clear" w:color="auto" w:fill="auto"/>
            <w:noWrap/>
            <w:vAlign w:val="center"/>
            <w:hideMark/>
          </w:tcPr>
          <w:p w14:paraId="5D4813C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2.42</w:t>
            </w:r>
          </w:p>
        </w:tc>
        <w:tc>
          <w:tcPr>
            <w:tcW w:w="500" w:type="pct"/>
            <w:shd w:val="clear" w:color="auto" w:fill="auto"/>
            <w:noWrap/>
            <w:vAlign w:val="center"/>
            <w:hideMark/>
          </w:tcPr>
          <w:p w14:paraId="312CAC9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w:t>
            </w:r>
          </w:p>
        </w:tc>
        <w:tc>
          <w:tcPr>
            <w:tcW w:w="499" w:type="pct"/>
            <w:shd w:val="clear" w:color="auto" w:fill="auto"/>
            <w:noWrap/>
            <w:vAlign w:val="center"/>
            <w:hideMark/>
          </w:tcPr>
          <w:p w14:paraId="19E4EB4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1.82</w:t>
            </w:r>
          </w:p>
        </w:tc>
      </w:tr>
      <w:tr w:rsidR="00497B11" w:rsidRPr="00293828" w14:paraId="79F490EC" w14:textId="77777777" w:rsidTr="009D45BD">
        <w:trPr>
          <w:trHeight w:val="315"/>
        </w:trPr>
        <w:tc>
          <w:tcPr>
            <w:tcW w:w="513" w:type="pct"/>
            <w:shd w:val="clear" w:color="auto" w:fill="auto"/>
            <w:noWrap/>
            <w:vAlign w:val="center"/>
            <w:hideMark/>
          </w:tcPr>
          <w:p w14:paraId="17A864D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3a</w:t>
            </w:r>
          </w:p>
        </w:tc>
        <w:tc>
          <w:tcPr>
            <w:tcW w:w="793" w:type="pct"/>
            <w:shd w:val="clear" w:color="auto" w:fill="auto"/>
            <w:noWrap/>
            <w:vAlign w:val="center"/>
            <w:hideMark/>
          </w:tcPr>
          <w:p w14:paraId="3231F96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1.3</w:t>
            </w:r>
          </w:p>
        </w:tc>
        <w:tc>
          <w:tcPr>
            <w:tcW w:w="762" w:type="pct"/>
            <w:shd w:val="clear" w:color="auto" w:fill="auto"/>
            <w:noWrap/>
            <w:vAlign w:val="center"/>
            <w:hideMark/>
          </w:tcPr>
          <w:p w14:paraId="4239C81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1.23</w:t>
            </w:r>
          </w:p>
        </w:tc>
        <w:tc>
          <w:tcPr>
            <w:tcW w:w="700" w:type="pct"/>
            <w:shd w:val="clear" w:color="auto" w:fill="auto"/>
            <w:noWrap/>
            <w:vAlign w:val="center"/>
            <w:hideMark/>
          </w:tcPr>
          <w:p w14:paraId="3DBD4AB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1.23</w:t>
            </w:r>
          </w:p>
        </w:tc>
        <w:tc>
          <w:tcPr>
            <w:tcW w:w="496" w:type="pct"/>
            <w:shd w:val="clear" w:color="auto" w:fill="auto"/>
            <w:noWrap/>
            <w:vAlign w:val="center"/>
            <w:hideMark/>
          </w:tcPr>
          <w:p w14:paraId="21E7D86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w:t>
            </w:r>
          </w:p>
        </w:tc>
        <w:tc>
          <w:tcPr>
            <w:tcW w:w="737" w:type="pct"/>
            <w:shd w:val="clear" w:color="auto" w:fill="auto"/>
            <w:noWrap/>
            <w:vAlign w:val="center"/>
            <w:hideMark/>
          </w:tcPr>
          <w:p w14:paraId="56648D7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5.78</w:t>
            </w:r>
          </w:p>
        </w:tc>
        <w:tc>
          <w:tcPr>
            <w:tcW w:w="500" w:type="pct"/>
            <w:shd w:val="clear" w:color="auto" w:fill="auto"/>
            <w:noWrap/>
            <w:vAlign w:val="center"/>
            <w:hideMark/>
          </w:tcPr>
          <w:p w14:paraId="6A9365E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5.28</w:t>
            </w:r>
          </w:p>
        </w:tc>
        <w:tc>
          <w:tcPr>
            <w:tcW w:w="499" w:type="pct"/>
            <w:shd w:val="clear" w:color="auto" w:fill="auto"/>
            <w:noWrap/>
            <w:vAlign w:val="center"/>
            <w:hideMark/>
          </w:tcPr>
          <w:p w14:paraId="33B9CCD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5.28</w:t>
            </w:r>
          </w:p>
        </w:tc>
      </w:tr>
      <w:tr w:rsidR="00497B11" w:rsidRPr="00293828" w14:paraId="5AC840C7" w14:textId="77777777" w:rsidTr="009D45BD">
        <w:trPr>
          <w:trHeight w:val="315"/>
        </w:trPr>
        <w:tc>
          <w:tcPr>
            <w:tcW w:w="513" w:type="pct"/>
            <w:shd w:val="clear" w:color="auto" w:fill="auto"/>
            <w:noWrap/>
            <w:vAlign w:val="center"/>
            <w:hideMark/>
          </w:tcPr>
          <w:p w14:paraId="3668A3B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3b</w:t>
            </w:r>
          </w:p>
        </w:tc>
        <w:tc>
          <w:tcPr>
            <w:tcW w:w="793" w:type="pct"/>
            <w:shd w:val="clear" w:color="auto" w:fill="auto"/>
            <w:noWrap/>
            <w:vAlign w:val="center"/>
            <w:hideMark/>
          </w:tcPr>
          <w:p w14:paraId="675EB38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1.46</w:t>
            </w:r>
          </w:p>
        </w:tc>
        <w:tc>
          <w:tcPr>
            <w:tcW w:w="762" w:type="pct"/>
            <w:shd w:val="clear" w:color="auto" w:fill="auto"/>
            <w:noWrap/>
            <w:vAlign w:val="center"/>
            <w:hideMark/>
          </w:tcPr>
          <w:p w14:paraId="3719ED0D"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1.24</w:t>
            </w:r>
          </w:p>
        </w:tc>
        <w:tc>
          <w:tcPr>
            <w:tcW w:w="700" w:type="pct"/>
            <w:shd w:val="clear" w:color="auto" w:fill="auto"/>
            <w:noWrap/>
            <w:vAlign w:val="center"/>
            <w:hideMark/>
          </w:tcPr>
          <w:p w14:paraId="78A7EF9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1.28</w:t>
            </w:r>
          </w:p>
        </w:tc>
        <w:tc>
          <w:tcPr>
            <w:tcW w:w="496" w:type="pct"/>
            <w:shd w:val="clear" w:color="auto" w:fill="auto"/>
            <w:noWrap/>
            <w:vAlign w:val="center"/>
            <w:hideMark/>
          </w:tcPr>
          <w:p w14:paraId="5D9FC5A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9'</w:t>
            </w:r>
          </w:p>
        </w:tc>
        <w:tc>
          <w:tcPr>
            <w:tcW w:w="737" w:type="pct"/>
            <w:shd w:val="clear" w:color="auto" w:fill="auto"/>
            <w:noWrap/>
            <w:vAlign w:val="center"/>
            <w:hideMark/>
          </w:tcPr>
          <w:p w14:paraId="556E884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2.84</w:t>
            </w:r>
          </w:p>
        </w:tc>
        <w:tc>
          <w:tcPr>
            <w:tcW w:w="500" w:type="pct"/>
            <w:shd w:val="clear" w:color="auto" w:fill="auto"/>
            <w:noWrap/>
            <w:vAlign w:val="center"/>
            <w:hideMark/>
          </w:tcPr>
          <w:p w14:paraId="0C6F329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2.34</w:t>
            </w:r>
          </w:p>
        </w:tc>
        <w:tc>
          <w:tcPr>
            <w:tcW w:w="499" w:type="pct"/>
            <w:shd w:val="clear" w:color="auto" w:fill="auto"/>
            <w:noWrap/>
            <w:vAlign w:val="center"/>
            <w:hideMark/>
          </w:tcPr>
          <w:p w14:paraId="20F464B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2.36</w:t>
            </w:r>
          </w:p>
        </w:tc>
      </w:tr>
      <w:tr w:rsidR="00497B11" w:rsidRPr="00293828" w14:paraId="3841C1E2" w14:textId="77777777" w:rsidTr="009D45BD">
        <w:trPr>
          <w:trHeight w:val="315"/>
        </w:trPr>
        <w:tc>
          <w:tcPr>
            <w:tcW w:w="513" w:type="pct"/>
            <w:shd w:val="clear" w:color="auto" w:fill="auto"/>
            <w:noWrap/>
            <w:vAlign w:val="center"/>
            <w:hideMark/>
          </w:tcPr>
          <w:p w14:paraId="4F6A080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w:t>
            </w:r>
          </w:p>
        </w:tc>
        <w:tc>
          <w:tcPr>
            <w:tcW w:w="793" w:type="pct"/>
            <w:shd w:val="clear" w:color="auto" w:fill="auto"/>
            <w:noWrap/>
            <w:vAlign w:val="center"/>
            <w:hideMark/>
          </w:tcPr>
          <w:p w14:paraId="31C1F5E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2.71</w:t>
            </w:r>
          </w:p>
        </w:tc>
        <w:tc>
          <w:tcPr>
            <w:tcW w:w="762" w:type="pct"/>
            <w:shd w:val="clear" w:color="auto" w:fill="auto"/>
            <w:noWrap/>
            <w:vAlign w:val="center"/>
            <w:hideMark/>
          </w:tcPr>
          <w:p w14:paraId="7903ECE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3.5</w:t>
            </w:r>
          </w:p>
        </w:tc>
        <w:tc>
          <w:tcPr>
            <w:tcW w:w="700" w:type="pct"/>
            <w:shd w:val="clear" w:color="auto" w:fill="auto"/>
            <w:noWrap/>
            <w:vAlign w:val="center"/>
            <w:hideMark/>
          </w:tcPr>
          <w:p w14:paraId="26A3F3B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3.48</w:t>
            </w:r>
          </w:p>
        </w:tc>
        <w:tc>
          <w:tcPr>
            <w:tcW w:w="496" w:type="pct"/>
            <w:shd w:val="clear" w:color="auto" w:fill="auto"/>
            <w:noWrap/>
            <w:vAlign w:val="center"/>
            <w:hideMark/>
          </w:tcPr>
          <w:p w14:paraId="7AC8B9B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11'b</w:t>
            </w:r>
          </w:p>
        </w:tc>
        <w:tc>
          <w:tcPr>
            <w:tcW w:w="737" w:type="pct"/>
            <w:shd w:val="clear" w:color="auto" w:fill="auto"/>
            <w:noWrap/>
            <w:vAlign w:val="center"/>
            <w:hideMark/>
          </w:tcPr>
          <w:p w14:paraId="0189C1A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1.56</w:t>
            </w:r>
          </w:p>
        </w:tc>
        <w:tc>
          <w:tcPr>
            <w:tcW w:w="500" w:type="pct"/>
            <w:shd w:val="clear" w:color="auto" w:fill="auto"/>
            <w:noWrap/>
            <w:vAlign w:val="center"/>
            <w:hideMark/>
          </w:tcPr>
          <w:p w14:paraId="1CD7F12D"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1.47</w:t>
            </w:r>
          </w:p>
        </w:tc>
        <w:tc>
          <w:tcPr>
            <w:tcW w:w="499" w:type="pct"/>
            <w:shd w:val="clear" w:color="auto" w:fill="auto"/>
            <w:noWrap/>
            <w:vAlign w:val="center"/>
            <w:hideMark/>
          </w:tcPr>
          <w:p w14:paraId="234C115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1.28</w:t>
            </w:r>
          </w:p>
        </w:tc>
      </w:tr>
      <w:tr w:rsidR="00497B11" w:rsidRPr="00293828" w14:paraId="49473D69" w14:textId="77777777" w:rsidTr="009D45BD">
        <w:trPr>
          <w:trHeight w:val="315"/>
        </w:trPr>
        <w:tc>
          <w:tcPr>
            <w:tcW w:w="513" w:type="pct"/>
            <w:shd w:val="clear" w:color="auto" w:fill="auto"/>
            <w:noWrap/>
            <w:vAlign w:val="center"/>
            <w:hideMark/>
          </w:tcPr>
          <w:p w14:paraId="4DB7CEA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6</w:t>
            </w:r>
          </w:p>
        </w:tc>
        <w:tc>
          <w:tcPr>
            <w:tcW w:w="793" w:type="pct"/>
            <w:shd w:val="clear" w:color="auto" w:fill="auto"/>
            <w:noWrap/>
            <w:vAlign w:val="center"/>
            <w:hideMark/>
          </w:tcPr>
          <w:p w14:paraId="1F80EDF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5.77</w:t>
            </w:r>
          </w:p>
        </w:tc>
        <w:tc>
          <w:tcPr>
            <w:tcW w:w="762" w:type="pct"/>
            <w:shd w:val="clear" w:color="auto" w:fill="auto"/>
            <w:noWrap/>
            <w:vAlign w:val="center"/>
            <w:hideMark/>
          </w:tcPr>
          <w:p w14:paraId="3036B14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5.28</w:t>
            </w:r>
          </w:p>
        </w:tc>
        <w:tc>
          <w:tcPr>
            <w:tcW w:w="700" w:type="pct"/>
            <w:shd w:val="clear" w:color="auto" w:fill="auto"/>
            <w:noWrap/>
            <w:vAlign w:val="center"/>
            <w:hideMark/>
          </w:tcPr>
          <w:p w14:paraId="3D3C4E6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5.29</w:t>
            </w:r>
          </w:p>
        </w:tc>
        <w:tc>
          <w:tcPr>
            <w:tcW w:w="496" w:type="pct"/>
            <w:shd w:val="clear" w:color="auto" w:fill="auto"/>
            <w:noWrap/>
            <w:vAlign w:val="center"/>
            <w:hideMark/>
          </w:tcPr>
          <w:p w14:paraId="4D99B70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11'a</w:t>
            </w:r>
          </w:p>
        </w:tc>
        <w:tc>
          <w:tcPr>
            <w:tcW w:w="737" w:type="pct"/>
            <w:shd w:val="clear" w:color="auto" w:fill="auto"/>
            <w:noWrap/>
            <w:vAlign w:val="center"/>
            <w:hideMark/>
          </w:tcPr>
          <w:p w14:paraId="1D0FD5C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2.11</w:t>
            </w:r>
          </w:p>
        </w:tc>
        <w:tc>
          <w:tcPr>
            <w:tcW w:w="500" w:type="pct"/>
            <w:shd w:val="clear" w:color="auto" w:fill="auto"/>
            <w:noWrap/>
            <w:vAlign w:val="center"/>
            <w:hideMark/>
          </w:tcPr>
          <w:p w14:paraId="0387D56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1.66</w:t>
            </w:r>
          </w:p>
        </w:tc>
        <w:tc>
          <w:tcPr>
            <w:tcW w:w="499" w:type="pct"/>
            <w:shd w:val="clear" w:color="auto" w:fill="auto"/>
            <w:noWrap/>
            <w:vAlign w:val="center"/>
            <w:hideMark/>
          </w:tcPr>
          <w:p w14:paraId="0D13BD0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1.64</w:t>
            </w:r>
          </w:p>
        </w:tc>
      </w:tr>
      <w:tr w:rsidR="00497B11" w:rsidRPr="00293828" w14:paraId="3A9BB76E" w14:textId="77777777" w:rsidTr="009D45BD">
        <w:trPr>
          <w:trHeight w:val="315"/>
        </w:trPr>
        <w:tc>
          <w:tcPr>
            <w:tcW w:w="513" w:type="pct"/>
            <w:shd w:val="clear" w:color="auto" w:fill="auto"/>
            <w:noWrap/>
            <w:vAlign w:val="center"/>
            <w:hideMark/>
          </w:tcPr>
          <w:p w14:paraId="4D0BC1C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9</w:t>
            </w:r>
          </w:p>
        </w:tc>
        <w:tc>
          <w:tcPr>
            <w:tcW w:w="793" w:type="pct"/>
            <w:shd w:val="clear" w:color="auto" w:fill="auto"/>
            <w:noWrap/>
            <w:vAlign w:val="center"/>
            <w:hideMark/>
          </w:tcPr>
          <w:p w14:paraId="5714F66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2.8</w:t>
            </w:r>
          </w:p>
        </w:tc>
        <w:tc>
          <w:tcPr>
            <w:tcW w:w="762" w:type="pct"/>
            <w:shd w:val="clear" w:color="auto" w:fill="auto"/>
            <w:noWrap/>
            <w:vAlign w:val="center"/>
            <w:hideMark/>
          </w:tcPr>
          <w:p w14:paraId="5A3EDAB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2.21</w:t>
            </w:r>
          </w:p>
        </w:tc>
        <w:tc>
          <w:tcPr>
            <w:tcW w:w="700" w:type="pct"/>
            <w:shd w:val="clear" w:color="auto" w:fill="auto"/>
            <w:noWrap/>
            <w:vAlign w:val="center"/>
            <w:hideMark/>
          </w:tcPr>
          <w:p w14:paraId="38586E0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2.26</w:t>
            </w:r>
          </w:p>
        </w:tc>
        <w:tc>
          <w:tcPr>
            <w:tcW w:w="496" w:type="pct"/>
            <w:shd w:val="clear" w:color="auto" w:fill="auto"/>
            <w:noWrap/>
            <w:vAlign w:val="center"/>
            <w:hideMark/>
          </w:tcPr>
          <w:p w14:paraId="3381BF1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12'a</w:t>
            </w:r>
          </w:p>
        </w:tc>
        <w:tc>
          <w:tcPr>
            <w:tcW w:w="737" w:type="pct"/>
            <w:shd w:val="clear" w:color="auto" w:fill="auto"/>
            <w:noWrap/>
            <w:vAlign w:val="center"/>
            <w:hideMark/>
          </w:tcPr>
          <w:p w14:paraId="138C7FD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1.36</w:t>
            </w:r>
          </w:p>
        </w:tc>
        <w:tc>
          <w:tcPr>
            <w:tcW w:w="500" w:type="pct"/>
            <w:shd w:val="clear" w:color="auto" w:fill="auto"/>
            <w:noWrap/>
            <w:vAlign w:val="center"/>
            <w:hideMark/>
          </w:tcPr>
          <w:p w14:paraId="1011349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1.3</w:t>
            </w:r>
          </w:p>
        </w:tc>
        <w:tc>
          <w:tcPr>
            <w:tcW w:w="499" w:type="pct"/>
            <w:shd w:val="clear" w:color="auto" w:fill="auto"/>
            <w:noWrap/>
            <w:vAlign w:val="center"/>
            <w:hideMark/>
          </w:tcPr>
          <w:p w14:paraId="7F1A9A3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1.24</w:t>
            </w:r>
          </w:p>
        </w:tc>
      </w:tr>
      <w:tr w:rsidR="00497B11" w:rsidRPr="00293828" w14:paraId="4428B605" w14:textId="77777777" w:rsidTr="009D45BD">
        <w:trPr>
          <w:trHeight w:val="315"/>
        </w:trPr>
        <w:tc>
          <w:tcPr>
            <w:tcW w:w="513" w:type="pct"/>
            <w:shd w:val="clear" w:color="auto" w:fill="auto"/>
            <w:noWrap/>
            <w:vAlign w:val="center"/>
            <w:hideMark/>
          </w:tcPr>
          <w:p w14:paraId="02D8C35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11</w:t>
            </w:r>
          </w:p>
        </w:tc>
        <w:tc>
          <w:tcPr>
            <w:tcW w:w="793" w:type="pct"/>
            <w:shd w:val="clear" w:color="auto" w:fill="auto"/>
            <w:noWrap/>
            <w:vAlign w:val="center"/>
            <w:hideMark/>
          </w:tcPr>
          <w:p w14:paraId="50C9B16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5</w:t>
            </w:r>
          </w:p>
        </w:tc>
        <w:tc>
          <w:tcPr>
            <w:tcW w:w="762" w:type="pct"/>
            <w:shd w:val="clear" w:color="auto" w:fill="auto"/>
            <w:noWrap/>
            <w:vAlign w:val="center"/>
            <w:hideMark/>
          </w:tcPr>
          <w:p w14:paraId="64A8628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3.98</w:t>
            </w:r>
          </w:p>
        </w:tc>
        <w:tc>
          <w:tcPr>
            <w:tcW w:w="700" w:type="pct"/>
            <w:shd w:val="clear" w:color="auto" w:fill="auto"/>
            <w:noWrap/>
            <w:vAlign w:val="center"/>
            <w:hideMark/>
          </w:tcPr>
          <w:p w14:paraId="2AD82A1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3.96</w:t>
            </w:r>
          </w:p>
        </w:tc>
        <w:tc>
          <w:tcPr>
            <w:tcW w:w="496" w:type="pct"/>
            <w:shd w:val="clear" w:color="auto" w:fill="auto"/>
            <w:noWrap/>
            <w:vAlign w:val="center"/>
            <w:hideMark/>
          </w:tcPr>
          <w:p w14:paraId="41D44AF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12'b</w:t>
            </w:r>
          </w:p>
        </w:tc>
        <w:tc>
          <w:tcPr>
            <w:tcW w:w="737" w:type="pct"/>
            <w:shd w:val="clear" w:color="auto" w:fill="auto"/>
            <w:noWrap/>
            <w:vAlign w:val="center"/>
            <w:hideMark/>
          </w:tcPr>
          <w:p w14:paraId="084BC01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1.37</w:t>
            </w:r>
          </w:p>
        </w:tc>
        <w:tc>
          <w:tcPr>
            <w:tcW w:w="500" w:type="pct"/>
            <w:shd w:val="clear" w:color="auto" w:fill="auto"/>
            <w:noWrap/>
            <w:vAlign w:val="center"/>
            <w:hideMark/>
          </w:tcPr>
          <w:p w14:paraId="5D140EB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1.81</w:t>
            </w:r>
          </w:p>
        </w:tc>
        <w:tc>
          <w:tcPr>
            <w:tcW w:w="499" w:type="pct"/>
            <w:shd w:val="clear" w:color="auto" w:fill="auto"/>
            <w:noWrap/>
            <w:vAlign w:val="center"/>
            <w:hideMark/>
          </w:tcPr>
          <w:p w14:paraId="6585415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1.75</w:t>
            </w:r>
          </w:p>
        </w:tc>
      </w:tr>
      <w:tr w:rsidR="00497B11" w:rsidRPr="00293828" w14:paraId="6572D442" w14:textId="77777777" w:rsidTr="009D45BD">
        <w:trPr>
          <w:trHeight w:val="315"/>
        </w:trPr>
        <w:tc>
          <w:tcPr>
            <w:tcW w:w="513" w:type="pct"/>
            <w:shd w:val="clear" w:color="auto" w:fill="auto"/>
            <w:noWrap/>
            <w:vAlign w:val="center"/>
            <w:hideMark/>
          </w:tcPr>
          <w:p w14:paraId="68DBAA9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12a</w:t>
            </w:r>
          </w:p>
        </w:tc>
        <w:tc>
          <w:tcPr>
            <w:tcW w:w="793" w:type="pct"/>
            <w:shd w:val="clear" w:color="auto" w:fill="auto"/>
            <w:noWrap/>
            <w:vAlign w:val="center"/>
            <w:hideMark/>
          </w:tcPr>
          <w:p w14:paraId="4E2D503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2.55</w:t>
            </w:r>
          </w:p>
        </w:tc>
        <w:tc>
          <w:tcPr>
            <w:tcW w:w="762" w:type="pct"/>
            <w:shd w:val="clear" w:color="auto" w:fill="auto"/>
            <w:noWrap/>
            <w:vAlign w:val="center"/>
            <w:hideMark/>
          </w:tcPr>
          <w:p w14:paraId="3B6ACEC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0.93</w:t>
            </w:r>
          </w:p>
        </w:tc>
        <w:tc>
          <w:tcPr>
            <w:tcW w:w="700" w:type="pct"/>
            <w:shd w:val="clear" w:color="auto" w:fill="auto"/>
            <w:noWrap/>
            <w:vAlign w:val="center"/>
            <w:hideMark/>
          </w:tcPr>
          <w:p w14:paraId="0B8C8E9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0.88</w:t>
            </w:r>
          </w:p>
        </w:tc>
        <w:tc>
          <w:tcPr>
            <w:tcW w:w="496" w:type="pct"/>
            <w:shd w:val="clear" w:color="auto" w:fill="auto"/>
            <w:noWrap/>
            <w:vAlign w:val="center"/>
            <w:hideMark/>
          </w:tcPr>
          <w:p w14:paraId="2A4774A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13'</w:t>
            </w:r>
          </w:p>
        </w:tc>
        <w:tc>
          <w:tcPr>
            <w:tcW w:w="737" w:type="pct"/>
            <w:shd w:val="clear" w:color="auto" w:fill="auto"/>
            <w:noWrap/>
            <w:vAlign w:val="center"/>
            <w:hideMark/>
          </w:tcPr>
          <w:p w14:paraId="1252E1D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3.12</w:t>
            </w:r>
          </w:p>
        </w:tc>
        <w:tc>
          <w:tcPr>
            <w:tcW w:w="500" w:type="pct"/>
            <w:shd w:val="clear" w:color="auto" w:fill="auto"/>
            <w:noWrap/>
            <w:vAlign w:val="center"/>
            <w:hideMark/>
          </w:tcPr>
          <w:p w14:paraId="10ADDCC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2.62</w:t>
            </w:r>
          </w:p>
        </w:tc>
        <w:tc>
          <w:tcPr>
            <w:tcW w:w="499" w:type="pct"/>
            <w:shd w:val="clear" w:color="auto" w:fill="auto"/>
            <w:noWrap/>
            <w:vAlign w:val="center"/>
            <w:hideMark/>
          </w:tcPr>
          <w:p w14:paraId="78FB8D9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2.48</w:t>
            </w:r>
          </w:p>
        </w:tc>
      </w:tr>
      <w:tr w:rsidR="00497B11" w:rsidRPr="00293828" w14:paraId="466C5936" w14:textId="77777777" w:rsidTr="009D45BD">
        <w:trPr>
          <w:trHeight w:val="315"/>
        </w:trPr>
        <w:tc>
          <w:tcPr>
            <w:tcW w:w="513" w:type="pct"/>
            <w:shd w:val="clear" w:color="auto" w:fill="auto"/>
            <w:noWrap/>
            <w:vAlign w:val="center"/>
            <w:hideMark/>
          </w:tcPr>
          <w:p w14:paraId="0145C71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12b</w:t>
            </w:r>
          </w:p>
        </w:tc>
        <w:tc>
          <w:tcPr>
            <w:tcW w:w="793" w:type="pct"/>
            <w:shd w:val="clear" w:color="auto" w:fill="auto"/>
            <w:noWrap/>
            <w:vAlign w:val="center"/>
            <w:hideMark/>
          </w:tcPr>
          <w:p w14:paraId="6CF2778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3.8</w:t>
            </w:r>
          </w:p>
        </w:tc>
        <w:tc>
          <w:tcPr>
            <w:tcW w:w="762" w:type="pct"/>
            <w:shd w:val="clear" w:color="auto" w:fill="auto"/>
            <w:noWrap/>
            <w:vAlign w:val="center"/>
            <w:hideMark/>
          </w:tcPr>
          <w:p w14:paraId="2CE0FB5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2.16</w:t>
            </w:r>
          </w:p>
        </w:tc>
        <w:tc>
          <w:tcPr>
            <w:tcW w:w="700" w:type="pct"/>
            <w:shd w:val="clear" w:color="auto" w:fill="auto"/>
            <w:noWrap/>
            <w:vAlign w:val="center"/>
            <w:hideMark/>
          </w:tcPr>
          <w:p w14:paraId="4E16467D"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2.17</w:t>
            </w:r>
          </w:p>
        </w:tc>
        <w:tc>
          <w:tcPr>
            <w:tcW w:w="496" w:type="pct"/>
            <w:shd w:val="clear" w:color="auto" w:fill="auto"/>
            <w:noWrap/>
            <w:vAlign w:val="center"/>
            <w:hideMark/>
          </w:tcPr>
          <w:p w14:paraId="479B111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14a'</w:t>
            </w:r>
          </w:p>
        </w:tc>
        <w:tc>
          <w:tcPr>
            <w:tcW w:w="737" w:type="pct"/>
            <w:shd w:val="clear" w:color="auto" w:fill="auto"/>
            <w:noWrap/>
            <w:vAlign w:val="center"/>
            <w:hideMark/>
          </w:tcPr>
          <w:p w14:paraId="22EC480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2.47</w:t>
            </w:r>
          </w:p>
        </w:tc>
        <w:tc>
          <w:tcPr>
            <w:tcW w:w="500" w:type="pct"/>
            <w:shd w:val="clear" w:color="auto" w:fill="auto"/>
            <w:noWrap/>
            <w:vAlign w:val="center"/>
            <w:hideMark/>
          </w:tcPr>
          <w:p w14:paraId="5D92DFE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w:t>
            </w:r>
          </w:p>
        </w:tc>
        <w:tc>
          <w:tcPr>
            <w:tcW w:w="499" w:type="pct"/>
            <w:shd w:val="clear" w:color="auto" w:fill="auto"/>
            <w:noWrap/>
            <w:vAlign w:val="center"/>
            <w:hideMark/>
          </w:tcPr>
          <w:p w14:paraId="66A4415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1.95</w:t>
            </w:r>
          </w:p>
        </w:tc>
      </w:tr>
      <w:tr w:rsidR="00497B11" w:rsidRPr="00293828" w14:paraId="38B84B7C" w14:textId="77777777" w:rsidTr="009D45BD">
        <w:trPr>
          <w:trHeight w:val="315"/>
        </w:trPr>
        <w:tc>
          <w:tcPr>
            <w:tcW w:w="513" w:type="pct"/>
            <w:shd w:val="clear" w:color="auto" w:fill="auto"/>
            <w:noWrap/>
            <w:vAlign w:val="center"/>
            <w:hideMark/>
          </w:tcPr>
          <w:p w14:paraId="45A750F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13</w:t>
            </w:r>
          </w:p>
        </w:tc>
        <w:tc>
          <w:tcPr>
            <w:tcW w:w="793" w:type="pct"/>
            <w:shd w:val="clear" w:color="auto" w:fill="auto"/>
            <w:noWrap/>
            <w:vAlign w:val="center"/>
            <w:hideMark/>
          </w:tcPr>
          <w:p w14:paraId="3ED9361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3.32</w:t>
            </w:r>
          </w:p>
        </w:tc>
        <w:tc>
          <w:tcPr>
            <w:tcW w:w="762" w:type="pct"/>
            <w:shd w:val="clear" w:color="auto" w:fill="auto"/>
            <w:noWrap/>
            <w:vAlign w:val="center"/>
            <w:hideMark/>
          </w:tcPr>
          <w:p w14:paraId="2DFC286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2.66</w:t>
            </w:r>
          </w:p>
        </w:tc>
        <w:tc>
          <w:tcPr>
            <w:tcW w:w="700" w:type="pct"/>
            <w:shd w:val="clear" w:color="auto" w:fill="auto"/>
            <w:noWrap/>
            <w:vAlign w:val="center"/>
            <w:hideMark/>
          </w:tcPr>
          <w:p w14:paraId="3DA7E04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2.5</w:t>
            </w:r>
          </w:p>
        </w:tc>
        <w:tc>
          <w:tcPr>
            <w:tcW w:w="496" w:type="pct"/>
            <w:shd w:val="clear" w:color="auto" w:fill="auto"/>
            <w:noWrap/>
            <w:vAlign w:val="center"/>
            <w:hideMark/>
          </w:tcPr>
          <w:p w14:paraId="6C53AEE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14b'</w:t>
            </w:r>
          </w:p>
        </w:tc>
        <w:tc>
          <w:tcPr>
            <w:tcW w:w="737" w:type="pct"/>
            <w:shd w:val="clear" w:color="auto" w:fill="auto"/>
            <w:noWrap/>
            <w:vAlign w:val="center"/>
            <w:hideMark/>
          </w:tcPr>
          <w:p w14:paraId="6168B23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2.5</w:t>
            </w:r>
          </w:p>
        </w:tc>
        <w:tc>
          <w:tcPr>
            <w:tcW w:w="500" w:type="pct"/>
            <w:shd w:val="clear" w:color="auto" w:fill="auto"/>
            <w:noWrap/>
            <w:vAlign w:val="center"/>
            <w:hideMark/>
          </w:tcPr>
          <w:p w14:paraId="088A0F7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2.28</w:t>
            </w:r>
          </w:p>
        </w:tc>
        <w:tc>
          <w:tcPr>
            <w:tcW w:w="499" w:type="pct"/>
            <w:shd w:val="clear" w:color="auto" w:fill="auto"/>
            <w:noWrap/>
            <w:vAlign w:val="center"/>
            <w:hideMark/>
          </w:tcPr>
          <w:p w14:paraId="337F60F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2.29</w:t>
            </w:r>
          </w:p>
        </w:tc>
      </w:tr>
      <w:tr w:rsidR="00497B11" w:rsidRPr="00293828" w14:paraId="1FF918A2" w14:textId="77777777" w:rsidTr="009D45BD">
        <w:trPr>
          <w:trHeight w:val="315"/>
        </w:trPr>
        <w:tc>
          <w:tcPr>
            <w:tcW w:w="513" w:type="pct"/>
            <w:shd w:val="clear" w:color="auto" w:fill="auto"/>
            <w:noWrap/>
            <w:vAlign w:val="center"/>
            <w:hideMark/>
          </w:tcPr>
          <w:p w14:paraId="1134A6C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14a</w:t>
            </w:r>
          </w:p>
        </w:tc>
        <w:tc>
          <w:tcPr>
            <w:tcW w:w="793" w:type="pct"/>
            <w:shd w:val="clear" w:color="auto" w:fill="auto"/>
            <w:noWrap/>
            <w:vAlign w:val="center"/>
            <w:hideMark/>
          </w:tcPr>
          <w:p w14:paraId="2BEE9B6D"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1.75</w:t>
            </w:r>
          </w:p>
        </w:tc>
        <w:tc>
          <w:tcPr>
            <w:tcW w:w="762" w:type="pct"/>
            <w:shd w:val="clear" w:color="auto" w:fill="auto"/>
            <w:noWrap/>
            <w:vAlign w:val="center"/>
            <w:hideMark/>
          </w:tcPr>
          <w:p w14:paraId="7BCD5F7D"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2.11</w:t>
            </w:r>
          </w:p>
        </w:tc>
        <w:tc>
          <w:tcPr>
            <w:tcW w:w="700" w:type="pct"/>
            <w:shd w:val="clear" w:color="auto" w:fill="auto"/>
            <w:noWrap/>
            <w:vAlign w:val="center"/>
            <w:hideMark/>
          </w:tcPr>
          <w:p w14:paraId="10D535C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1.87</w:t>
            </w:r>
          </w:p>
        </w:tc>
        <w:tc>
          <w:tcPr>
            <w:tcW w:w="496" w:type="pct"/>
            <w:shd w:val="clear" w:color="auto" w:fill="auto"/>
            <w:noWrap/>
            <w:vAlign w:val="center"/>
            <w:hideMark/>
          </w:tcPr>
          <w:p w14:paraId="5E7CAE0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17'a</w:t>
            </w:r>
          </w:p>
        </w:tc>
        <w:tc>
          <w:tcPr>
            <w:tcW w:w="737" w:type="pct"/>
            <w:shd w:val="clear" w:color="auto" w:fill="auto"/>
            <w:noWrap/>
            <w:vAlign w:val="center"/>
            <w:hideMark/>
          </w:tcPr>
          <w:p w14:paraId="702DAFE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1.91</w:t>
            </w:r>
          </w:p>
        </w:tc>
        <w:tc>
          <w:tcPr>
            <w:tcW w:w="500" w:type="pct"/>
            <w:shd w:val="clear" w:color="auto" w:fill="auto"/>
            <w:noWrap/>
            <w:vAlign w:val="center"/>
            <w:hideMark/>
          </w:tcPr>
          <w:p w14:paraId="23C28EA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1.86</w:t>
            </w:r>
          </w:p>
        </w:tc>
        <w:tc>
          <w:tcPr>
            <w:tcW w:w="499" w:type="pct"/>
            <w:shd w:val="clear" w:color="auto" w:fill="auto"/>
            <w:noWrap/>
            <w:vAlign w:val="center"/>
            <w:hideMark/>
          </w:tcPr>
          <w:p w14:paraId="79E6A29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1.67</w:t>
            </w:r>
          </w:p>
        </w:tc>
      </w:tr>
      <w:tr w:rsidR="00497B11" w:rsidRPr="00293828" w14:paraId="060B2A97" w14:textId="77777777" w:rsidTr="009D45BD">
        <w:trPr>
          <w:trHeight w:val="315"/>
        </w:trPr>
        <w:tc>
          <w:tcPr>
            <w:tcW w:w="513" w:type="pct"/>
            <w:shd w:val="clear" w:color="auto" w:fill="auto"/>
            <w:noWrap/>
            <w:vAlign w:val="center"/>
            <w:hideMark/>
          </w:tcPr>
          <w:p w14:paraId="3232D04D"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14b</w:t>
            </w:r>
          </w:p>
        </w:tc>
        <w:tc>
          <w:tcPr>
            <w:tcW w:w="793" w:type="pct"/>
            <w:shd w:val="clear" w:color="auto" w:fill="auto"/>
            <w:noWrap/>
            <w:vAlign w:val="center"/>
            <w:hideMark/>
          </w:tcPr>
          <w:p w14:paraId="626DDE7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2.09</w:t>
            </w:r>
          </w:p>
        </w:tc>
        <w:tc>
          <w:tcPr>
            <w:tcW w:w="762" w:type="pct"/>
            <w:shd w:val="clear" w:color="auto" w:fill="auto"/>
            <w:noWrap/>
            <w:vAlign w:val="center"/>
            <w:hideMark/>
          </w:tcPr>
          <w:p w14:paraId="2BFC091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2.24</w:t>
            </w:r>
          </w:p>
        </w:tc>
        <w:tc>
          <w:tcPr>
            <w:tcW w:w="700" w:type="pct"/>
            <w:shd w:val="clear" w:color="auto" w:fill="auto"/>
            <w:noWrap/>
            <w:vAlign w:val="center"/>
            <w:hideMark/>
          </w:tcPr>
          <w:p w14:paraId="7EF5A85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2.25</w:t>
            </w:r>
          </w:p>
        </w:tc>
        <w:tc>
          <w:tcPr>
            <w:tcW w:w="496" w:type="pct"/>
            <w:shd w:val="clear" w:color="auto" w:fill="auto"/>
            <w:noWrap/>
            <w:vAlign w:val="center"/>
            <w:hideMark/>
          </w:tcPr>
          <w:p w14:paraId="314834E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17'b</w:t>
            </w:r>
          </w:p>
        </w:tc>
        <w:tc>
          <w:tcPr>
            <w:tcW w:w="737" w:type="pct"/>
            <w:shd w:val="clear" w:color="auto" w:fill="auto"/>
            <w:noWrap/>
            <w:vAlign w:val="center"/>
            <w:hideMark/>
          </w:tcPr>
          <w:p w14:paraId="3A21476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2.21</w:t>
            </w:r>
          </w:p>
        </w:tc>
        <w:tc>
          <w:tcPr>
            <w:tcW w:w="500" w:type="pct"/>
            <w:shd w:val="clear" w:color="auto" w:fill="auto"/>
            <w:noWrap/>
            <w:vAlign w:val="center"/>
            <w:hideMark/>
          </w:tcPr>
          <w:p w14:paraId="29BDD01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2.09</w:t>
            </w:r>
          </w:p>
        </w:tc>
        <w:tc>
          <w:tcPr>
            <w:tcW w:w="499" w:type="pct"/>
            <w:shd w:val="clear" w:color="auto" w:fill="auto"/>
            <w:noWrap/>
            <w:vAlign w:val="center"/>
            <w:hideMark/>
          </w:tcPr>
          <w:p w14:paraId="71E5556D"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2.33</w:t>
            </w:r>
          </w:p>
        </w:tc>
      </w:tr>
      <w:tr w:rsidR="00497B11" w:rsidRPr="00293828" w14:paraId="04E71D98" w14:textId="77777777" w:rsidTr="009D45BD">
        <w:trPr>
          <w:trHeight w:val="315"/>
        </w:trPr>
        <w:tc>
          <w:tcPr>
            <w:tcW w:w="513" w:type="pct"/>
            <w:shd w:val="clear" w:color="auto" w:fill="auto"/>
            <w:noWrap/>
            <w:vAlign w:val="center"/>
            <w:hideMark/>
          </w:tcPr>
          <w:p w14:paraId="756D9D3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17b</w:t>
            </w:r>
          </w:p>
        </w:tc>
        <w:tc>
          <w:tcPr>
            <w:tcW w:w="793" w:type="pct"/>
            <w:shd w:val="clear" w:color="auto" w:fill="auto"/>
            <w:noWrap/>
            <w:vAlign w:val="center"/>
            <w:hideMark/>
          </w:tcPr>
          <w:p w14:paraId="093580A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1.89</w:t>
            </w:r>
          </w:p>
        </w:tc>
        <w:tc>
          <w:tcPr>
            <w:tcW w:w="762" w:type="pct"/>
            <w:shd w:val="clear" w:color="auto" w:fill="auto"/>
            <w:noWrap/>
            <w:vAlign w:val="center"/>
            <w:hideMark/>
          </w:tcPr>
          <w:p w14:paraId="649564B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1.87</w:t>
            </w:r>
          </w:p>
        </w:tc>
        <w:tc>
          <w:tcPr>
            <w:tcW w:w="700" w:type="pct"/>
            <w:shd w:val="clear" w:color="auto" w:fill="auto"/>
            <w:noWrap/>
            <w:vAlign w:val="center"/>
            <w:hideMark/>
          </w:tcPr>
          <w:p w14:paraId="524525A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1.71</w:t>
            </w:r>
          </w:p>
        </w:tc>
        <w:tc>
          <w:tcPr>
            <w:tcW w:w="496" w:type="pct"/>
            <w:shd w:val="clear" w:color="auto" w:fill="auto"/>
            <w:noWrap/>
            <w:vAlign w:val="center"/>
            <w:hideMark/>
          </w:tcPr>
          <w:p w14:paraId="41C276D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18'</w:t>
            </w:r>
          </w:p>
        </w:tc>
        <w:tc>
          <w:tcPr>
            <w:tcW w:w="737" w:type="pct"/>
            <w:shd w:val="clear" w:color="auto" w:fill="auto"/>
            <w:noWrap/>
            <w:vAlign w:val="center"/>
            <w:hideMark/>
          </w:tcPr>
          <w:p w14:paraId="5C55397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1.33</w:t>
            </w:r>
          </w:p>
        </w:tc>
        <w:tc>
          <w:tcPr>
            <w:tcW w:w="500" w:type="pct"/>
            <w:shd w:val="clear" w:color="auto" w:fill="auto"/>
            <w:noWrap/>
            <w:vAlign w:val="center"/>
            <w:hideMark/>
          </w:tcPr>
          <w:p w14:paraId="4C8B837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0.7</w:t>
            </w:r>
          </w:p>
        </w:tc>
        <w:tc>
          <w:tcPr>
            <w:tcW w:w="499" w:type="pct"/>
            <w:shd w:val="clear" w:color="auto" w:fill="auto"/>
            <w:noWrap/>
            <w:vAlign w:val="center"/>
            <w:hideMark/>
          </w:tcPr>
          <w:p w14:paraId="1F40681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0.78</w:t>
            </w:r>
          </w:p>
        </w:tc>
      </w:tr>
      <w:tr w:rsidR="00497B11" w:rsidRPr="00293828" w14:paraId="79442574" w14:textId="77777777" w:rsidTr="009D45BD">
        <w:trPr>
          <w:trHeight w:val="315"/>
        </w:trPr>
        <w:tc>
          <w:tcPr>
            <w:tcW w:w="513" w:type="pct"/>
            <w:shd w:val="clear" w:color="auto" w:fill="auto"/>
            <w:noWrap/>
            <w:vAlign w:val="center"/>
            <w:hideMark/>
          </w:tcPr>
          <w:p w14:paraId="316709C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17a</w:t>
            </w:r>
          </w:p>
        </w:tc>
        <w:tc>
          <w:tcPr>
            <w:tcW w:w="793" w:type="pct"/>
            <w:shd w:val="clear" w:color="auto" w:fill="auto"/>
            <w:noWrap/>
            <w:vAlign w:val="center"/>
            <w:hideMark/>
          </w:tcPr>
          <w:p w14:paraId="58EE6ADC"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w:t>
            </w:r>
          </w:p>
        </w:tc>
        <w:tc>
          <w:tcPr>
            <w:tcW w:w="762" w:type="pct"/>
            <w:shd w:val="clear" w:color="auto" w:fill="auto"/>
            <w:noWrap/>
            <w:vAlign w:val="center"/>
            <w:hideMark/>
          </w:tcPr>
          <w:p w14:paraId="4D865EC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2.1</w:t>
            </w:r>
          </w:p>
        </w:tc>
        <w:tc>
          <w:tcPr>
            <w:tcW w:w="700" w:type="pct"/>
            <w:shd w:val="clear" w:color="auto" w:fill="auto"/>
            <w:noWrap/>
            <w:vAlign w:val="center"/>
            <w:hideMark/>
          </w:tcPr>
          <w:p w14:paraId="36EEBE8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2.32</w:t>
            </w:r>
          </w:p>
        </w:tc>
        <w:tc>
          <w:tcPr>
            <w:tcW w:w="496" w:type="pct"/>
            <w:shd w:val="clear" w:color="auto" w:fill="auto"/>
            <w:noWrap/>
            <w:vAlign w:val="center"/>
            <w:hideMark/>
          </w:tcPr>
          <w:p w14:paraId="000F15E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19'</w:t>
            </w:r>
          </w:p>
        </w:tc>
        <w:tc>
          <w:tcPr>
            <w:tcW w:w="737" w:type="pct"/>
            <w:shd w:val="clear" w:color="auto" w:fill="auto"/>
            <w:noWrap/>
            <w:vAlign w:val="center"/>
            <w:hideMark/>
          </w:tcPr>
          <w:p w14:paraId="5DC84437"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0.99</w:t>
            </w:r>
          </w:p>
        </w:tc>
        <w:tc>
          <w:tcPr>
            <w:tcW w:w="500" w:type="pct"/>
            <w:shd w:val="clear" w:color="auto" w:fill="auto"/>
            <w:noWrap/>
            <w:vAlign w:val="center"/>
            <w:hideMark/>
          </w:tcPr>
          <w:p w14:paraId="66EDD12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0.82</w:t>
            </w:r>
          </w:p>
        </w:tc>
        <w:tc>
          <w:tcPr>
            <w:tcW w:w="499" w:type="pct"/>
            <w:shd w:val="clear" w:color="auto" w:fill="auto"/>
            <w:noWrap/>
            <w:vAlign w:val="center"/>
            <w:hideMark/>
          </w:tcPr>
          <w:p w14:paraId="4C7D2D6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0.87</w:t>
            </w:r>
          </w:p>
        </w:tc>
      </w:tr>
      <w:tr w:rsidR="00497B11" w:rsidRPr="00293828" w14:paraId="7EE5D7A2" w14:textId="77777777" w:rsidTr="009D45BD">
        <w:trPr>
          <w:trHeight w:val="315"/>
        </w:trPr>
        <w:tc>
          <w:tcPr>
            <w:tcW w:w="513" w:type="pct"/>
            <w:shd w:val="clear" w:color="auto" w:fill="auto"/>
            <w:noWrap/>
            <w:vAlign w:val="center"/>
            <w:hideMark/>
          </w:tcPr>
          <w:p w14:paraId="465DCD3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18</w:t>
            </w:r>
          </w:p>
        </w:tc>
        <w:tc>
          <w:tcPr>
            <w:tcW w:w="793" w:type="pct"/>
            <w:shd w:val="clear" w:color="auto" w:fill="auto"/>
            <w:noWrap/>
            <w:vAlign w:val="center"/>
            <w:hideMark/>
          </w:tcPr>
          <w:p w14:paraId="1795F35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0.98</w:t>
            </w:r>
          </w:p>
        </w:tc>
        <w:tc>
          <w:tcPr>
            <w:tcW w:w="762" w:type="pct"/>
            <w:shd w:val="clear" w:color="auto" w:fill="auto"/>
            <w:noWrap/>
            <w:vAlign w:val="center"/>
            <w:hideMark/>
          </w:tcPr>
          <w:p w14:paraId="6EA469CD"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0.8</w:t>
            </w:r>
          </w:p>
        </w:tc>
        <w:tc>
          <w:tcPr>
            <w:tcW w:w="700" w:type="pct"/>
            <w:shd w:val="clear" w:color="auto" w:fill="auto"/>
            <w:noWrap/>
            <w:vAlign w:val="center"/>
            <w:hideMark/>
          </w:tcPr>
          <w:p w14:paraId="347BD59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0.8</w:t>
            </w:r>
          </w:p>
        </w:tc>
        <w:tc>
          <w:tcPr>
            <w:tcW w:w="496" w:type="pct"/>
            <w:shd w:val="clear" w:color="auto" w:fill="auto"/>
            <w:noWrap/>
            <w:vAlign w:val="center"/>
            <w:hideMark/>
          </w:tcPr>
          <w:p w14:paraId="0DBD959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20'b</w:t>
            </w:r>
          </w:p>
        </w:tc>
        <w:tc>
          <w:tcPr>
            <w:tcW w:w="737" w:type="pct"/>
            <w:shd w:val="clear" w:color="auto" w:fill="auto"/>
            <w:noWrap/>
            <w:vAlign w:val="center"/>
            <w:hideMark/>
          </w:tcPr>
          <w:p w14:paraId="3D1F866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4.25</w:t>
            </w:r>
          </w:p>
        </w:tc>
        <w:tc>
          <w:tcPr>
            <w:tcW w:w="500" w:type="pct"/>
            <w:shd w:val="clear" w:color="auto" w:fill="auto"/>
            <w:noWrap/>
            <w:vAlign w:val="center"/>
            <w:hideMark/>
          </w:tcPr>
          <w:p w14:paraId="7D734BF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4.01</w:t>
            </w:r>
          </w:p>
        </w:tc>
        <w:tc>
          <w:tcPr>
            <w:tcW w:w="499" w:type="pct"/>
            <w:shd w:val="clear" w:color="auto" w:fill="auto"/>
            <w:noWrap/>
            <w:vAlign w:val="center"/>
            <w:hideMark/>
          </w:tcPr>
          <w:p w14:paraId="4B36584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4.06</w:t>
            </w:r>
          </w:p>
        </w:tc>
      </w:tr>
      <w:tr w:rsidR="00497B11" w:rsidRPr="00293828" w14:paraId="128C3409" w14:textId="77777777" w:rsidTr="009D45BD">
        <w:trPr>
          <w:trHeight w:val="315"/>
        </w:trPr>
        <w:tc>
          <w:tcPr>
            <w:tcW w:w="513" w:type="pct"/>
            <w:shd w:val="clear" w:color="auto" w:fill="auto"/>
            <w:noWrap/>
            <w:vAlign w:val="center"/>
            <w:hideMark/>
          </w:tcPr>
          <w:p w14:paraId="528E705D"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19</w:t>
            </w:r>
          </w:p>
        </w:tc>
        <w:tc>
          <w:tcPr>
            <w:tcW w:w="793" w:type="pct"/>
            <w:shd w:val="clear" w:color="auto" w:fill="auto"/>
            <w:noWrap/>
            <w:vAlign w:val="center"/>
            <w:hideMark/>
          </w:tcPr>
          <w:p w14:paraId="3D798C3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0.96</w:t>
            </w:r>
          </w:p>
        </w:tc>
        <w:tc>
          <w:tcPr>
            <w:tcW w:w="762" w:type="pct"/>
            <w:shd w:val="clear" w:color="auto" w:fill="auto"/>
            <w:noWrap/>
            <w:vAlign w:val="center"/>
            <w:hideMark/>
          </w:tcPr>
          <w:p w14:paraId="7B04A0B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0.78</w:t>
            </w:r>
          </w:p>
        </w:tc>
        <w:tc>
          <w:tcPr>
            <w:tcW w:w="700" w:type="pct"/>
            <w:shd w:val="clear" w:color="auto" w:fill="auto"/>
            <w:noWrap/>
            <w:vAlign w:val="center"/>
            <w:hideMark/>
          </w:tcPr>
          <w:p w14:paraId="7B96C061"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0.78</w:t>
            </w:r>
          </w:p>
        </w:tc>
        <w:tc>
          <w:tcPr>
            <w:tcW w:w="496" w:type="pct"/>
            <w:shd w:val="clear" w:color="auto" w:fill="auto"/>
            <w:noWrap/>
            <w:vAlign w:val="center"/>
            <w:hideMark/>
          </w:tcPr>
          <w:p w14:paraId="615F4E16"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20'a</w:t>
            </w:r>
          </w:p>
        </w:tc>
        <w:tc>
          <w:tcPr>
            <w:tcW w:w="737" w:type="pct"/>
            <w:shd w:val="clear" w:color="auto" w:fill="auto"/>
            <w:noWrap/>
            <w:vAlign w:val="center"/>
            <w:hideMark/>
          </w:tcPr>
          <w:p w14:paraId="20437DC8"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4.46</w:t>
            </w:r>
          </w:p>
        </w:tc>
        <w:tc>
          <w:tcPr>
            <w:tcW w:w="500" w:type="pct"/>
            <w:shd w:val="clear" w:color="auto" w:fill="auto"/>
            <w:noWrap/>
            <w:vAlign w:val="center"/>
            <w:hideMark/>
          </w:tcPr>
          <w:p w14:paraId="583D28B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4.08</w:t>
            </w:r>
          </w:p>
        </w:tc>
        <w:tc>
          <w:tcPr>
            <w:tcW w:w="499" w:type="pct"/>
            <w:shd w:val="clear" w:color="auto" w:fill="auto"/>
            <w:noWrap/>
            <w:vAlign w:val="center"/>
            <w:hideMark/>
          </w:tcPr>
          <w:p w14:paraId="3D4EC94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4.06</w:t>
            </w:r>
          </w:p>
        </w:tc>
      </w:tr>
      <w:tr w:rsidR="00497B11" w:rsidRPr="00293828" w14:paraId="54AA292A" w14:textId="77777777" w:rsidTr="009D45BD">
        <w:trPr>
          <w:trHeight w:val="315"/>
        </w:trPr>
        <w:tc>
          <w:tcPr>
            <w:tcW w:w="513" w:type="pct"/>
            <w:shd w:val="clear" w:color="auto" w:fill="auto"/>
            <w:noWrap/>
            <w:vAlign w:val="center"/>
            <w:hideMark/>
          </w:tcPr>
          <w:p w14:paraId="27B4FA3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20a</w:t>
            </w:r>
          </w:p>
        </w:tc>
        <w:tc>
          <w:tcPr>
            <w:tcW w:w="793" w:type="pct"/>
            <w:shd w:val="clear" w:color="auto" w:fill="auto"/>
            <w:noWrap/>
            <w:vAlign w:val="center"/>
            <w:hideMark/>
          </w:tcPr>
          <w:p w14:paraId="64EED0C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4.27</w:t>
            </w:r>
          </w:p>
        </w:tc>
        <w:tc>
          <w:tcPr>
            <w:tcW w:w="762" w:type="pct"/>
            <w:shd w:val="clear" w:color="auto" w:fill="auto"/>
            <w:noWrap/>
            <w:vAlign w:val="center"/>
            <w:hideMark/>
          </w:tcPr>
          <w:p w14:paraId="38CBB41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w:t>
            </w:r>
          </w:p>
        </w:tc>
        <w:tc>
          <w:tcPr>
            <w:tcW w:w="700" w:type="pct"/>
            <w:shd w:val="clear" w:color="auto" w:fill="auto"/>
            <w:noWrap/>
            <w:vAlign w:val="center"/>
            <w:hideMark/>
          </w:tcPr>
          <w:p w14:paraId="79C7A0E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4.01</w:t>
            </w:r>
          </w:p>
        </w:tc>
        <w:tc>
          <w:tcPr>
            <w:tcW w:w="496" w:type="pct"/>
            <w:shd w:val="clear" w:color="auto" w:fill="auto"/>
            <w:noWrap/>
            <w:vAlign w:val="center"/>
            <w:hideMark/>
          </w:tcPr>
          <w:p w14:paraId="7A73B41F"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w:t>
            </w:r>
          </w:p>
        </w:tc>
        <w:tc>
          <w:tcPr>
            <w:tcW w:w="737" w:type="pct"/>
            <w:shd w:val="clear" w:color="auto" w:fill="auto"/>
            <w:noWrap/>
            <w:vAlign w:val="center"/>
            <w:hideMark/>
          </w:tcPr>
          <w:p w14:paraId="43D2081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2.23</w:t>
            </w:r>
          </w:p>
        </w:tc>
        <w:tc>
          <w:tcPr>
            <w:tcW w:w="500" w:type="pct"/>
            <w:shd w:val="clear" w:color="auto" w:fill="auto"/>
            <w:noWrap/>
            <w:vAlign w:val="center"/>
            <w:hideMark/>
          </w:tcPr>
          <w:p w14:paraId="6B8E2E4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2.03</w:t>
            </w:r>
          </w:p>
        </w:tc>
        <w:tc>
          <w:tcPr>
            <w:tcW w:w="499" w:type="pct"/>
            <w:shd w:val="clear" w:color="auto" w:fill="auto"/>
            <w:noWrap/>
            <w:vAlign w:val="center"/>
            <w:hideMark/>
          </w:tcPr>
          <w:p w14:paraId="4893442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1.98</w:t>
            </w:r>
          </w:p>
        </w:tc>
      </w:tr>
      <w:tr w:rsidR="00497B11" w:rsidRPr="00293828" w14:paraId="4A4CC19E" w14:textId="77777777" w:rsidTr="009D45BD">
        <w:trPr>
          <w:trHeight w:val="315"/>
        </w:trPr>
        <w:tc>
          <w:tcPr>
            <w:tcW w:w="513" w:type="pct"/>
            <w:shd w:val="clear" w:color="auto" w:fill="auto"/>
            <w:noWrap/>
            <w:vAlign w:val="center"/>
            <w:hideMark/>
          </w:tcPr>
          <w:p w14:paraId="1EFA156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20b</w:t>
            </w:r>
          </w:p>
        </w:tc>
        <w:tc>
          <w:tcPr>
            <w:tcW w:w="793" w:type="pct"/>
            <w:shd w:val="clear" w:color="auto" w:fill="auto"/>
            <w:noWrap/>
            <w:vAlign w:val="center"/>
            <w:hideMark/>
          </w:tcPr>
          <w:p w14:paraId="7B143F39"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4.52</w:t>
            </w:r>
          </w:p>
        </w:tc>
        <w:tc>
          <w:tcPr>
            <w:tcW w:w="762" w:type="pct"/>
            <w:shd w:val="clear" w:color="auto" w:fill="auto"/>
            <w:noWrap/>
            <w:vAlign w:val="center"/>
            <w:hideMark/>
          </w:tcPr>
          <w:p w14:paraId="52CA64FE"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4.05</w:t>
            </w:r>
          </w:p>
        </w:tc>
        <w:tc>
          <w:tcPr>
            <w:tcW w:w="700" w:type="pct"/>
            <w:shd w:val="clear" w:color="auto" w:fill="auto"/>
            <w:noWrap/>
            <w:vAlign w:val="center"/>
            <w:hideMark/>
          </w:tcPr>
          <w:p w14:paraId="399144B5"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4.07</w:t>
            </w:r>
          </w:p>
        </w:tc>
        <w:tc>
          <w:tcPr>
            <w:tcW w:w="496" w:type="pct"/>
            <w:shd w:val="clear" w:color="auto" w:fill="auto"/>
            <w:noWrap/>
            <w:vAlign w:val="bottom"/>
            <w:hideMark/>
          </w:tcPr>
          <w:p w14:paraId="1505A4D4" w14:textId="77777777" w:rsidR="00497B11" w:rsidRPr="009E2629" w:rsidRDefault="00497B11" w:rsidP="00293828">
            <w:pPr>
              <w:widowControl/>
              <w:jc w:val="center"/>
              <w:rPr>
                <w:rFonts w:ascii="Times New Roman" w:eastAsia="宋体" w:hAnsi="Times New Roman" w:cs="Times New Roman"/>
                <w:b/>
                <w:bCs/>
                <w:color w:val="000000"/>
                <w:kern w:val="0"/>
                <w:szCs w:val="21"/>
                <w14:ligatures w14:val="none"/>
              </w:rPr>
            </w:pPr>
            <w:r w:rsidRPr="009E2629">
              <w:rPr>
                <w:rFonts w:ascii="Times New Roman" w:eastAsia="宋体" w:hAnsi="Times New Roman" w:cs="Times New Roman"/>
                <w:b/>
                <w:bCs/>
                <w:color w:val="000000"/>
                <w:kern w:val="0"/>
                <w:szCs w:val="21"/>
                <w14:ligatures w14:val="none"/>
              </w:rPr>
              <w:t>R</w:t>
            </w:r>
            <w:r w:rsidRPr="009E2629">
              <w:rPr>
                <w:rFonts w:ascii="Times New Roman" w:eastAsia="宋体" w:hAnsi="Times New Roman" w:cs="Times New Roman"/>
                <w:b/>
                <w:bCs/>
                <w:color w:val="000000"/>
                <w:kern w:val="0"/>
                <w:szCs w:val="21"/>
                <w:vertAlign w:val="superscript"/>
                <w14:ligatures w14:val="none"/>
              </w:rPr>
              <w:t>2</w:t>
            </w:r>
          </w:p>
        </w:tc>
        <w:tc>
          <w:tcPr>
            <w:tcW w:w="737" w:type="pct"/>
            <w:shd w:val="clear" w:color="auto" w:fill="auto"/>
            <w:noWrap/>
            <w:vAlign w:val="bottom"/>
            <w:hideMark/>
          </w:tcPr>
          <w:p w14:paraId="14912106" w14:textId="77777777" w:rsidR="00497B11" w:rsidRPr="009E2629" w:rsidRDefault="00497B11" w:rsidP="00293828">
            <w:pPr>
              <w:widowControl/>
              <w:jc w:val="center"/>
              <w:rPr>
                <w:rFonts w:ascii="Times New Roman" w:eastAsia="宋体" w:hAnsi="Times New Roman" w:cs="Times New Roman"/>
                <w:b/>
                <w:bCs/>
                <w:color w:val="000000"/>
                <w:kern w:val="0"/>
                <w:szCs w:val="21"/>
                <w14:ligatures w14:val="none"/>
              </w:rPr>
            </w:pPr>
            <w:r w:rsidRPr="009E2629">
              <w:rPr>
                <w:rFonts w:ascii="Times New Roman" w:eastAsia="宋体" w:hAnsi="Times New Roman" w:cs="Times New Roman"/>
                <w:b/>
                <w:bCs/>
                <w:color w:val="000000"/>
                <w:kern w:val="0"/>
                <w:szCs w:val="21"/>
                <w14:ligatures w14:val="none"/>
              </w:rPr>
              <w:t>-</w:t>
            </w:r>
          </w:p>
        </w:tc>
        <w:tc>
          <w:tcPr>
            <w:tcW w:w="500" w:type="pct"/>
            <w:shd w:val="clear" w:color="auto" w:fill="auto"/>
            <w:noWrap/>
            <w:vAlign w:val="bottom"/>
            <w:hideMark/>
          </w:tcPr>
          <w:p w14:paraId="1EACAC03" w14:textId="77777777" w:rsidR="00497B11" w:rsidRPr="009E2629" w:rsidRDefault="00497B11" w:rsidP="00293828">
            <w:pPr>
              <w:widowControl/>
              <w:jc w:val="center"/>
              <w:rPr>
                <w:rFonts w:ascii="Times New Roman" w:eastAsia="宋体" w:hAnsi="Times New Roman" w:cs="Times New Roman"/>
                <w:b/>
                <w:bCs/>
                <w:color w:val="000000"/>
                <w:kern w:val="0"/>
                <w:szCs w:val="21"/>
                <w14:ligatures w14:val="none"/>
              </w:rPr>
            </w:pPr>
            <w:r w:rsidRPr="009E2629">
              <w:rPr>
                <w:rFonts w:ascii="Times New Roman" w:eastAsia="宋体" w:hAnsi="Times New Roman" w:cs="Times New Roman"/>
                <w:b/>
                <w:bCs/>
                <w:color w:val="000000"/>
                <w:kern w:val="0"/>
                <w:szCs w:val="21"/>
                <w14:ligatures w14:val="none"/>
              </w:rPr>
              <w:t>0.8945</w:t>
            </w:r>
          </w:p>
        </w:tc>
        <w:tc>
          <w:tcPr>
            <w:tcW w:w="499" w:type="pct"/>
            <w:shd w:val="clear" w:color="auto" w:fill="auto"/>
            <w:noWrap/>
            <w:vAlign w:val="center"/>
            <w:hideMark/>
          </w:tcPr>
          <w:p w14:paraId="614FB7D8" w14:textId="77777777" w:rsidR="00497B11" w:rsidRPr="009E2629" w:rsidRDefault="00497B11" w:rsidP="00293828">
            <w:pPr>
              <w:widowControl/>
              <w:jc w:val="center"/>
              <w:rPr>
                <w:rFonts w:ascii="Times New Roman" w:eastAsia="宋体" w:hAnsi="Times New Roman" w:cs="Times New Roman"/>
                <w:b/>
                <w:bCs/>
                <w:color w:val="000000"/>
                <w:kern w:val="0"/>
                <w:szCs w:val="21"/>
                <w14:ligatures w14:val="none"/>
              </w:rPr>
            </w:pPr>
            <w:r w:rsidRPr="009E2629">
              <w:rPr>
                <w:rFonts w:ascii="Times New Roman" w:eastAsia="宋体" w:hAnsi="Times New Roman" w:cs="Times New Roman"/>
                <w:b/>
                <w:bCs/>
                <w:color w:val="000000"/>
                <w:kern w:val="0"/>
                <w:szCs w:val="21"/>
                <w14:ligatures w14:val="none"/>
              </w:rPr>
              <w:t>0.8969</w:t>
            </w:r>
          </w:p>
        </w:tc>
      </w:tr>
      <w:tr w:rsidR="00497B11" w:rsidRPr="00293828" w14:paraId="07AB5935" w14:textId="77777777" w:rsidTr="009D45BD">
        <w:trPr>
          <w:trHeight w:val="315"/>
        </w:trPr>
        <w:tc>
          <w:tcPr>
            <w:tcW w:w="513" w:type="pct"/>
            <w:shd w:val="clear" w:color="auto" w:fill="auto"/>
            <w:noWrap/>
            <w:vAlign w:val="center"/>
            <w:hideMark/>
          </w:tcPr>
          <w:p w14:paraId="7DACB6AB"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w:t>
            </w:r>
          </w:p>
        </w:tc>
        <w:tc>
          <w:tcPr>
            <w:tcW w:w="793" w:type="pct"/>
            <w:shd w:val="clear" w:color="auto" w:fill="auto"/>
            <w:noWrap/>
            <w:vAlign w:val="center"/>
            <w:hideMark/>
          </w:tcPr>
          <w:p w14:paraId="65E8AA0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4.88</w:t>
            </w:r>
          </w:p>
        </w:tc>
        <w:tc>
          <w:tcPr>
            <w:tcW w:w="762" w:type="pct"/>
            <w:shd w:val="clear" w:color="auto" w:fill="auto"/>
            <w:noWrap/>
            <w:vAlign w:val="center"/>
            <w:hideMark/>
          </w:tcPr>
          <w:p w14:paraId="29CF4AE0"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4.71</w:t>
            </w:r>
          </w:p>
        </w:tc>
        <w:tc>
          <w:tcPr>
            <w:tcW w:w="700" w:type="pct"/>
            <w:shd w:val="clear" w:color="auto" w:fill="auto"/>
            <w:noWrap/>
            <w:vAlign w:val="center"/>
            <w:hideMark/>
          </w:tcPr>
          <w:p w14:paraId="10782AAD"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4.34</w:t>
            </w:r>
          </w:p>
        </w:tc>
        <w:tc>
          <w:tcPr>
            <w:tcW w:w="496" w:type="pct"/>
            <w:shd w:val="clear" w:color="auto" w:fill="auto"/>
            <w:noWrap/>
            <w:vAlign w:val="bottom"/>
            <w:hideMark/>
          </w:tcPr>
          <w:p w14:paraId="6D09E445" w14:textId="77777777" w:rsidR="00497B11" w:rsidRPr="009E2629" w:rsidRDefault="00497B11" w:rsidP="00293828">
            <w:pPr>
              <w:widowControl/>
              <w:jc w:val="center"/>
              <w:rPr>
                <w:rFonts w:ascii="Times New Roman" w:eastAsia="宋体" w:hAnsi="Times New Roman" w:cs="Times New Roman"/>
                <w:b/>
                <w:bCs/>
                <w:color w:val="000000"/>
                <w:kern w:val="0"/>
                <w:szCs w:val="21"/>
                <w14:ligatures w14:val="none"/>
              </w:rPr>
            </w:pPr>
            <w:r w:rsidRPr="009E2629">
              <w:rPr>
                <w:rFonts w:ascii="Times New Roman" w:eastAsia="宋体" w:hAnsi="Times New Roman" w:cs="Times New Roman"/>
                <w:b/>
                <w:bCs/>
                <w:color w:val="000000"/>
                <w:kern w:val="0"/>
                <w:szCs w:val="21"/>
                <w14:ligatures w14:val="none"/>
              </w:rPr>
              <w:t>MAE</w:t>
            </w:r>
          </w:p>
        </w:tc>
        <w:tc>
          <w:tcPr>
            <w:tcW w:w="737" w:type="pct"/>
            <w:shd w:val="clear" w:color="auto" w:fill="auto"/>
            <w:noWrap/>
            <w:vAlign w:val="bottom"/>
            <w:hideMark/>
          </w:tcPr>
          <w:p w14:paraId="2F871877" w14:textId="77777777" w:rsidR="00497B11" w:rsidRPr="009E2629" w:rsidRDefault="00497B11" w:rsidP="00293828">
            <w:pPr>
              <w:widowControl/>
              <w:jc w:val="center"/>
              <w:rPr>
                <w:rFonts w:ascii="Times New Roman" w:eastAsia="宋体" w:hAnsi="Times New Roman" w:cs="Times New Roman"/>
                <w:b/>
                <w:bCs/>
                <w:color w:val="000000"/>
                <w:kern w:val="0"/>
                <w:szCs w:val="21"/>
                <w14:ligatures w14:val="none"/>
              </w:rPr>
            </w:pPr>
            <w:r w:rsidRPr="009E2629">
              <w:rPr>
                <w:rFonts w:ascii="Times New Roman" w:eastAsia="宋体" w:hAnsi="Times New Roman" w:cs="Times New Roman"/>
                <w:b/>
                <w:bCs/>
                <w:color w:val="000000"/>
                <w:kern w:val="0"/>
                <w:szCs w:val="21"/>
                <w14:ligatures w14:val="none"/>
              </w:rPr>
              <w:t>-</w:t>
            </w:r>
          </w:p>
        </w:tc>
        <w:tc>
          <w:tcPr>
            <w:tcW w:w="500" w:type="pct"/>
            <w:shd w:val="clear" w:color="auto" w:fill="auto"/>
            <w:noWrap/>
            <w:vAlign w:val="bottom"/>
            <w:hideMark/>
          </w:tcPr>
          <w:p w14:paraId="6CC24832" w14:textId="77777777" w:rsidR="00497B11" w:rsidRPr="009E2629" w:rsidRDefault="00497B11" w:rsidP="00293828">
            <w:pPr>
              <w:widowControl/>
              <w:jc w:val="center"/>
              <w:rPr>
                <w:rFonts w:ascii="Times New Roman" w:eastAsia="宋体" w:hAnsi="Times New Roman" w:cs="Times New Roman"/>
                <w:b/>
                <w:bCs/>
                <w:color w:val="000000"/>
                <w:kern w:val="0"/>
                <w:szCs w:val="21"/>
                <w14:ligatures w14:val="none"/>
              </w:rPr>
            </w:pPr>
            <w:r w:rsidRPr="009E2629">
              <w:rPr>
                <w:rFonts w:ascii="Times New Roman" w:eastAsia="宋体" w:hAnsi="Times New Roman" w:cs="Times New Roman"/>
                <w:b/>
                <w:bCs/>
                <w:color w:val="000000"/>
                <w:kern w:val="0"/>
                <w:szCs w:val="21"/>
                <w14:ligatures w14:val="none"/>
              </w:rPr>
              <w:t>0.41</w:t>
            </w:r>
          </w:p>
        </w:tc>
        <w:tc>
          <w:tcPr>
            <w:tcW w:w="499" w:type="pct"/>
            <w:shd w:val="clear" w:color="auto" w:fill="auto"/>
            <w:noWrap/>
            <w:vAlign w:val="center"/>
            <w:hideMark/>
          </w:tcPr>
          <w:p w14:paraId="7458A47E" w14:textId="77777777" w:rsidR="00497B11" w:rsidRPr="009E2629" w:rsidRDefault="00497B11" w:rsidP="00293828">
            <w:pPr>
              <w:widowControl/>
              <w:jc w:val="center"/>
              <w:rPr>
                <w:rFonts w:ascii="Times New Roman" w:eastAsia="宋体" w:hAnsi="Times New Roman" w:cs="Times New Roman"/>
                <w:b/>
                <w:bCs/>
                <w:color w:val="000000"/>
                <w:kern w:val="0"/>
                <w:szCs w:val="21"/>
                <w14:ligatures w14:val="none"/>
              </w:rPr>
            </w:pPr>
            <w:r w:rsidRPr="009E2629">
              <w:rPr>
                <w:rFonts w:ascii="Times New Roman" w:eastAsia="宋体" w:hAnsi="Times New Roman" w:cs="Times New Roman"/>
                <w:b/>
                <w:bCs/>
                <w:color w:val="000000"/>
                <w:kern w:val="0"/>
                <w:szCs w:val="21"/>
                <w14:ligatures w14:val="none"/>
              </w:rPr>
              <w:t>0.45</w:t>
            </w:r>
          </w:p>
        </w:tc>
      </w:tr>
      <w:tr w:rsidR="00497B11" w:rsidRPr="00293828" w14:paraId="77783BC8" w14:textId="77777777" w:rsidTr="009D45BD">
        <w:trPr>
          <w:trHeight w:val="315"/>
        </w:trPr>
        <w:tc>
          <w:tcPr>
            <w:tcW w:w="513" w:type="pct"/>
            <w:shd w:val="clear" w:color="auto" w:fill="auto"/>
            <w:noWrap/>
            <w:vAlign w:val="center"/>
            <w:hideMark/>
          </w:tcPr>
          <w:p w14:paraId="5389FB3A"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2'b</w:t>
            </w:r>
          </w:p>
        </w:tc>
        <w:tc>
          <w:tcPr>
            <w:tcW w:w="793" w:type="pct"/>
            <w:shd w:val="clear" w:color="auto" w:fill="auto"/>
            <w:noWrap/>
            <w:vAlign w:val="center"/>
            <w:hideMark/>
          </w:tcPr>
          <w:p w14:paraId="6F77CA04"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2.27</w:t>
            </w:r>
          </w:p>
        </w:tc>
        <w:tc>
          <w:tcPr>
            <w:tcW w:w="762" w:type="pct"/>
            <w:shd w:val="clear" w:color="auto" w:fill="auto"/>
            <w:noWrap/>
            <w:vAlign w:val="center"/>
            <w:hideMark/>
          </w:tcPr>
          <w:p w14:paraId="618DF582"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1.91</w:t>
            </w:r>
          </w:p>
        </w:tc>
        <w:tc>
          <w:tcPr>
            <w:tcW w:w="700" w:type="pct"/>
            <w:shd w:val="clear" w:color="auto" w:fill="auto"/>
            <w:noWrap/>
            <w:vAlign w:val="center"/>
            <w:hideMark/>
          </w:tcPr>
          <w:p w14:paraId="1E107863" w14:textId="77777777" w:rsidR="00497B11" w:rsidRPr="00293828" w:rsidRDefault="00497B11" w:rsidP="00293828">
            <w:pPr>
              <w:widowControl/>
              <w:jc w:val="center"/>
              <w:rPr>
                <w:rFonts w:ascii="Times New Roman" w:eastAsia="宋体" w:hAnsi="Times New Roman" w:cs="Times New Roman"/>
                <w:color w:val="000000"/>
                <w:kern w:val="0"/>
                <w:szCs w:val="21"/>
                <w14:ligatures w14:val="none"/>
              </w:rPr>
            </w:pPr>
            <w:r w:rsidRPr="00293828">
              <w:rPr>
                <w:rFonts w:ascii="Times New Roman" w:eastAsia="宋体" w:hAnsi="Times New Roman" w:cs="Times New Roman"/>
                <w:color w:val="000000"/>
                <w:kern w:val="0"/>
                <w:szCs w:val="21"/>
                <w14:ligatures w14:val="none"/>
              </w:rPr>
              <w:t>1.79</w:t>
            </w:r>
          </w:p>
        </w:tc>
        <w:tc>
          <w:tcPr>
            <w:tcW w:w="496" w:type="pct"/>
            <w:shd w:val="clear" w:color="auto" w:fill="auto"/>
            <w:noWrap/>
            <w:vAlign w:val="bottom"/>
            <w:hideMark/>
          </w:tcPr>
          <w:p w14:paraId="78E7209D" w14:textId="77777777" w:rsidR="00497B11" w:rsidRPr="009E2629" w:rsidRDefault="00497B11" w:rsidP="00293828">
            <w:pPr>
              <w:widowControl/>
              <w:jc w:val="center"/>
              <w:rPr>
                <w:rFonts w:ascii="Times New Roman" w:eastAsia="宋体" w:hAnsi="Times New Roman" w:cs="Times New Roman"/>
                <w:b/>
                <w:bCs/>
                <w:color w:val="000000"/>
                <w:kern w:val="0"/>
                <w:szCs w:val="21"/>
                <w14:ligatures w14:val="none"/>
              </w:rPr>
            </w:pPr>
            <w:r w:rsidRPr="009E2629">
              <w:rPr>
                <w:rFonts w:ascii="Times New Roman" w:eastAsia="宋体" w:hAnsi="Times New Roman" w:cs="Times New Roman"/>
                <w:b/>
                <w:bCs/>
                <w:color w:val="000000"/>
                <w:kern w:val="0"/>
                <w:szCs w:val="21"/>
                <w14:ligatures w14:val="none"/>
              </w:rPr>
              <w:t>CMAE</w:t>
            </w:r>
          </w:p>
        </w:tc>
        <w:tc>
          <w:tcPr>
            <w:tcW w:w="737" w:type="pct"/>
            <w:shd w:val="clear" w:color="auto" w:fill="auto"/>
            <w:noWrap/>
            <w:vAlign w:val="bottom"/>
            <w:hideMark/>
          </w:tcPr>
          <w:p w14:paraId="55DB1F25" w14:textId="77777777" w:rsidR="00497B11" w:rsidRPr="009E2629" w:rsidRDefault="00497B11" w:rsidP="00293828">
            <w:pPr>
              <w:widowControl/>
              <w:jc w:val="center"/>
              <w:rPr>
                <w:rFonts w:ascii="Times New Roman" w:eastAsia="宋体" w:hAnsi="Times New Roman" w:cs="Times New Roman"/>
                <w:b/>
                <w:bCs/>
                <w:color w:val="000000"/>
                <w:kern w:val="0"/>
                <w:szCs w:val="21"/>
                <w14:ligatures w14:val="none"/>
              </w:rPr>
            </w:pPr>
            <w:r w:rsidRPr="009E2629">
              <w:rPr>
                <w:rFonts w:ascii="Times New Roman" w:eastAsia="宋体" w:hAnsi="Times New Roman" w:cs="Times New Roman"/>
                <w:b/>
                <w:bCs/>
                <w:color w:val="000000"/>
                <w:kern w:val="0"/>
                <w:szCs w:val="21"/>
                <w14:ligatures w14:val="none"/>
              </w:rPr>
              <w:t>-</w:t>
            </w:r>
          </w:p>
        </w:tc>
        <w:tc>
          <w:tcPr>
            <w:tcW w:w="500" w:type="pct"/>
            <w:shd w:val="clear" w:color="auto" w:fill="auto"/>
            <w:noWrap/>
            <w:vAlign w:val="bottom"/>
            <w:hideMark/>
          </w:tcPr>
          <w:p w14:paraId="5246AEE0" w14:textId="77777777" w:rsidR="00497B11" w:rsidRPr="009E2629" w:rsidRDefault="00497B11" w:rsidP="00293828">
            <w:pPr>
              <w:widowControl/>
              <w:jc w:val="center"/>
              <w:rPr>
                <w:rFonts w:ascii="Times New Roman" w:eastAsia="宋体" w:hAnsi="Times New Roman" w:cs="Times New Roman"/>
                <w:b/>
                <w:bCs/>
                <w:color w:val="000000"/>
                <w:kern w:val="0"/>
                <w:szCs w:val="21"/>
                <w14:ligatures w14:val="none"/>
              </w:rPr>
            </w:pPr>
            <w:r w:rsidRPr="009E2629">
              <w:rPr>
                <w:rFonts w:ascii="Times New Roman" w:eastAsia="宋体" w:hAnsi="Times New Roman" w:cs="Times New Roman"/>
                <w:b/>
                <w:bCs/>
                <w:color w:val="000000"/>
                <w:kern w:val="0"/>
                <w:szCs w:val="21"/>
                <w14:ligatures w14:val="none"/>
              </w:rPr>
              <w:t>0.33</w:t>
            </w:r>
          </w:p>
        </w:tc>
        <w:tc>
          <w:tcPr>
            <w:tcW w:w="499" w:type="pct"/>
            <w:shd w:val="clear" w:color="auto" w:fill="auto"/>
            <w:noWrap/>
            <w:vAlign w:val="center"/>
            <w:hideMark/>
          </w:tcPr>
          <w:p w14:paraId="7CAF9872" w14:textId="77777777" w:rsidR="00497B11" w:rsidRPr="009E2629" w:rsidRDefault="00497B11" w:rsidP="00293828">
            <w:pPr>
              <w:widowControl/>
              <w:jc w:val="center"/>
              <w:rPr>
                <w:rFonts w:ascii="Times New Roman" w:eastAsia="宋体" w:hAnsi="Times New Roman" w:cs="Times New Roman"/>
                <w:b/>
                <w:bCs/>
                <w:color w:val="000000"/>
                <w:kern w:val="0"/>
                <w:szCs w:val="21"/>
                <w14:ligatures w14:val="none"/>
              </w:rPr>
            </w:pPr>
            <w:r w:rsidRPr="009E2629">
              <w:rPr>
                <w:rFonts w:ascii="Times New Roman" w:eastAsia="宋体" w:hAnsi="Times New Roman" w:cs="Times New Roman"/>
                <w:b/>
                <w:bCs/>
                <w:color w:val="000000"/>
                <w:kern w:val="0"/>
                <w:szCs w:val="21"/>
                <w14:ligatures w14:val="none"/>
              </w:rPr>
              <w:t>0.33</w:t>
            </w:r>
          </w:p>
        </w:tc>
      </w:tr>
    </w:tbl>
    <w:p w14:paraId="5A9A56EC" w14:textId="77777777" w:rsidR="00497B11" w:rsidRPr="00293828" w:rsidRDefault="00497B11" w:rsidP="00293828">
      <w:pPr>
        <w:spacing w:line="360" w:lineRule="auto"/>
        <w:rPr>
          <w:rFonts w:ascii="Times New Roman" w:hAnsi="Times New Roman" w:cs="Times New Roman"/>
          <w:szCs w:val="21"/>
          <w14:ligatures w14:val="none"/>
        </w:rPr>
      </w:pPr>
    </w:p>
    <w:p w14:paraId="6E0591E5" w14:textId="77777777" w:rsidR="00497B11" w:rsidRPr="00293828" w:rsidRDefault="00497B11" w:rsidP="00293828">
      <w:pPr>
        <w:spacing w:line="360" w:lineRule="auto"/>
        <w:jc w:val="left"/>
        <w:rPr>
          <w:rFonts w:ascii="Times New Roman" w:eastAsia="黑体" w:hAnsi="Times New Roman" w:cs="Times New Roman"/>
          <w:b/>
          <w:bCs/>
          <w:szCs w:val="21"/>
          <w14:ligatures w14:val="none"/>
        </w:rPr>
      </w:pPr>
      <w:r w:rsidRPr="00293828">
        <w:rPr>
          <w:rFonts w:ascii="Times New Roman" w:eastAsia="黑体" w:hAnsi="Times New Roman" w:cs="Times New Roman"/>
          <w:b/>
          <w:bCs/>
          <w:noProof/>
          <w:szCs w:val="21"/>
          <w14:ligatures w14:val="none"/>
        </w:rPr>
        <w:drawing>
          <wp:inline distT="0" distB="0" distL="0" distR="0" wp14:anchorId="4DEDEE25" wp14:editId="3BD5D1FD">
            <wp:extent cx="2520000" cy="2520000"/>
            <wp:effectExtent l="0" t="0" r="0" b="0"/>
            <wp:docPr id="11393683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68382" name="图片 113936838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r w:rsidRPr="00293828">
        <w:rPr>
          <w:rFonts w:ascii="Times New Roman" w:eastAsia="黑体" w:hAnsi="Times New Roman" w:cs="Times New Roman"/>
          <w:b/>
          <w:bCs/>
          <w:szCs w:val="21"/>
          <w14:ligatures w14:val="none"/>
        </w:rPr>
        <w:t xml:space="preserve"> </w:t>
      </w:r>
      <w:r w:rsidRPr="00293828">
        <w:rPr>
          <w:rFonts w:ascii="Times New Roman" w:eastAsia="黑体" w:hAnsi="Times New Roman" w:cs="Times New Roman"/>
          <w:b/>
          <w:bCs/>
          <w:noProof/>
          <w:szCs w:val="21"/>
          <w14:ligatures w14:val="none"/>
        </w:rPr>
        <w:drawing>
          <wp:inline distT="0" distB="0" distL="0" distR="0" wp14:anchorId="14E5BADE" wp14:editId="4C3E95F6">
            <wp:extent cx="2520000" cy="2520000"/>
            <wp:effectExtent l="0" t="0" r="0" b="0"/>
            <wp:docPr id="12755445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44591" name="图片 127554459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p w14:paraId="66BAE930" w14:textId="77777777" w:rsidR="00497B11" w:rsidRPr="00293828" w:rsidRDefault="00497B11" w:rsidP="00293828">
      <w:pPr>
        <w:spacing w:line="360" w:lineRule="auto"/>
        <w:jc w:val="left"/>
        <w:rPr>
          <w:rFonts w:ascii="Times New Roman" w:eastAsia="黑体" w:hAnsi="Times New Roman" w:cs="Times New Roman"/>
          <w:szCs w:val="21"/>
          <w14:ligatures w14:val="none"/>
        </w:rPr>
      </w:pPr>
      <w:r>
        <w:rPr>
          <w:rFonts w:ascii="Times New Roman" w:eastAsia="黑体" w:hAnsi="Times New Roman" w:cs="Times New Roman"/>
          <w:b/>
          <w:bCs/>
          <w:szCs w:val="21"/>
          <w14:ligatures w14:val="none"/>
        </w:rPr>
        <w:t>Fig.</w:t>
      </w:r>
      <w:r w:rsidRPr="00293828">
        <w:rPr>
          <w:rFonts w:ascii="Times New Roman" w:eastAsia="黑体" w:hAnsi="Times New Roman" w:cs="Times New Roman"/>
          <w:b/>
          <w:bCs/>
          <w:szCs w:val="21"/>
          <w14:ligatures w14:val="none"/>
        </w:rPr>
        <w:t xml:space="preserve"> S</w:t>
      </w:r>
      <w:r>
        <w:rPr>
          <w:rFonts w:ascii="Times New Roman" w:eastAsia="黑体" w:hAnsi="Times New Roman" w:cs="Times New Roman" w:hint="eastAsia"/>
          <w:b/>
          <w:bCs/>
          <w:szCs w:val="21"/>
          <w14:ligatures w14:val="none"/>
        </w:rPr>
        <w:t>44</w:t>
      </w:r>
      <w:r w:rsidRPr="00293828">
        <w:rPr>
          <w:rFonts w:ascii="Times New Roman" w:eastAsia="黑体" w:hAnsi="Times New Roman" w:cs="Times New Roman"/>
          <w:szCs w:val="21"/>
          <w14:ligatures w14:val="none"/>
        </w:rPr>
        <w:t xml:space="preserve"> Linear regression analysis between the experimental and calculated NMR chemical shifts of </w:t>
      </w:r>
      <w:r w:rsidRPr="00293828">
        <w:rPr>
          <w:rFonts w:ascii="Times New Roman" w:eastAsia="黑体" w:hAnsi="Times New Roman" w:cs="Times New Roman" w:hint="eastAsia"/>
          <w:b/>
          <w:szCs w:val="21"/>
          <w14:ligatures w14:val="none"/>
        </w:rPr>
        <w:t>4</w:t>
      </w:r>
      <w:r w:rsidRPr="00293828">
        <w:rPr>
          <w:rFonts w:ascii="Times New Roman" w:eastAsia="黑体" w:hAnsi="Times New Roman" w:cs="Times New Roman"/>
          <w:b/>
          <w:szCs w:val="21"/>
          <w14:ligatures w14:val="none"/>
        </w:rPr>
        <w:t>a</w:t>
      </w:r>
      <w:r w:rsidRPr="00293828">
        <w:rPr>
          <w:rFonts w:ascii="Times New Roman" w:eastAsia="黑体" w:hAnsi="Times New Roman" w:cs="Times New Roman"/>
          <w:szCs w:val="21"/>
          <w14:ligatures w14:val="none"/>
        </w:rPr>
        <w:t>.</w:t>
      </w:r>
    </w:p>
    <w:p w14:paraId="2B90BEF7" w14:textId="77777777" w:rsidR="00497B11" w:rsidRPr="00293828" w:rsidRDefault="00497B11" w:rsidP="00293828">
      <w:pPr>
        <w:rPr>
          <w:rFonts w:ascii="Times New Roman" w:hAnsi="Times New Roman" w:cs="Times New Roman"/>
          <w:szCs w:val="21"/>
          <w14:ligatures w14:val="none"/>
        </w:rPr>
      </w:pPr>
      <w:r w:rsidRPr="00293828">
        <w:rPr>
          <w:rFonts w:ascii="Times New Roman" w:hAnsi="Times New Roman" w:cs="Times New Roman"/>
          <w:noProof/>
          <w:szCs w:val="21"/>
          <w14:ligatures w14:val="none"/>
        </w:rPr>
        <w:lastRenderedPageBreak/>
        <w:drawing>
          <wp:inline distT="0" distB="0" distL="0" distR="0" wp14:anchorId="180BEADE" wp14:editId="1C3DFABA">
            <wp:extent cx="2520000" cy="2520000"/>
            <wp:effectExtent l="0" t="0" r="0" b="0"/>
            <wp:docPr id="19665374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537430" name="图片 1966537430"/>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r w:rsidRPr="00293828">
        <w:rPr>
          <w:rFonts w:ascii="Times New Roman" w:hAnsi="Times New Roman" w:cs="Times New Roman" w:hint="eastAsia"/>
          <w:szCs w:val="21"/>
          <w14:ligatures w14:val="none"/>
        </w:rPr>
        <w:t xml:space="preserve"> </w:t>
      </w:r>
      <w:r w:rsidRPr="00293828">
        <w:rPr>
          <w:rFonts w:ascii="Times New Roman" w:hAnsi="Times New Roman" w:cs="Times New Roman"/>
          <w:noProof/>
          <w:szCs w:val="21"/>
          <w14:ligatures w14:val="none"/>
        </w:rPr>
        <w:drawing>
          <wp:inline distT="0" distB="0" distL="0" distR="0" wp14:anchorId="10C86E44" wp14:editId="743ADF1F">
            <wp:extent cx="2520000" cy="2520000"/>
            <wp:effectExtent l="0" t="0" r="0" b="0"/>
            <wp:docPr id="8536218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21813" name="图片 853621813"/>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p w14:paraId="6AFACC1D" w14:textId="77777777" w:rsidR="00497B11" w:rsidRPr="00293828" w:rsidRDefault="00497B11" w:rsidP="00293828">
      <w:pPr>
        <w:spacing w:line="360" w:lineRule="auto"/>
        <w:jc w:val="left"/>
        <w:rPr>
          <w:rFonts w:ascii="Times New Roman" w:eastAsia="黑体" w:hAnsi="Times New Roman" w:cs="Times New Roman"/>
          <w:szCs w:val="21"/>
          <w14:ligatures w14:val="none"/>
        </w:rPr>
      </w:pPr>
      <w:r>
        <w:rPr>
          <w:rFonts w:ascii="Times New Roman" w:eastAsia="黑体" w:hAnsi="Times New Roman" w:cs="Times New Roman"/>
          <w:b/>
          <w:bCs/>
          <w:szCs w:val="21"/>
          <w14:ligatures w14:val="none"/>
        </w:rPr>
        <w:t>Fig.</w:t>
      </w:r>
      <w:r w:rsidRPr="00293828">
        <w:rPr>
          <w:rFonts w:ascii="Times New Roman" w:eastAsia="黑体" w:hAnsi="Times New Roman" w:cs="Times New Roman"/>
          <w:b/>
          <w:bCs/>
          <w:szCs w:val="21"/>
          <w14:ligatures w14:val="none"/>
        </w:rPr>
        <w:t xml:space="preserve"> S</w:t>
      </w:r>
      <w:r>
        <w:rPr>
          <w:rFonts w:ascii="Times New Roman" w:eastAsia="黑体" w:hAnsi="Times New Roman" w:cs="Times New Roman" w:hint="eastAsia"/>
          <w:b/>
          <w:bCs/>
          <w:szCs w:val="21"/>
          <w14:ligatures w14:val="none"/>
        </w:rPr>
        <w:t>45</w:t>
      </w:r>
      <w:r w:rsidRPr="00293828">
        <w:rPr>
          <w:rFonts w:ascii="Times New Roman" w:eastAsia="黑体" w:hAnsi="Times New Roman" w:cs="Times New Roman"/>
          <w:szCs w:val="21"/>
          <w14:ligatures w14:val="none"/>
        </w:rPr>
        <w:t xml:space="preserve"> Linear regression analysis between the experimental and calculated NMR chemical shifts of </w:t>
      </w:r>
      <w:r w:rsidRPr="00293828">
        <w:rPr>
          <w:rFonts w:ascii="Times New Roman" w:eastAsia="黑体" w:hAnsi="Times New Roman" w:cs="Times New Roman" w:hint="eastAsia"/>
          <w:b/>
          <w:szCs w:val="21"/>
          <w14:ligatures w14:val="none"/>
        </w:rPr>
        <w:t>4</w:t>
      </w:r>
      <w:r w:rsidRPr="00293828">
        <w:rPr>
          <w:rFonts w:ascii="Times New Roman" w:eastAsia="黑体" w:hAnsi="Times New Roman" w:cs="Times New Roman"/>
          <w:b/>
          <w:szCs w:val="21"/>
          <w14:ligatures w14:val="none"/>
        </w:rPr>
        <w:t>b</w:t>
      </w:r>
      <w:r w:rsidRPr="00293828">
        <w:rPr>
          <w:rFonts w:ascii="Times New Roman" w:eastAsia="黑体" w:hAnsi="Times New Roman" w:cs="Times New Roman"/>
          <w:szCs w:val="21"/>
          <w14:ligatures w14:val="none"/>
        </w:rPr>
        <w:t>.</w:t>
      </w:r>
    </w:p>
    <w:p w14:paraId="32757231" w14:textId="77777777" w:rsidR="00497B11" w:rsidRPr="00293828" w:rsidRDefault="00497B11" w:rsidP="00293828">
      <w:pPr>
        <w:spacing w:line="360" w:lineRule="auto"/>
        <w:rPr>
          <w:rFonts w:ascii="Times New Roman" w:hAnsi="Times New Roman" w:cs="Times New Roman"/>
          <w:szCs w:val="21"/>
          <w14:ligatures w14:val="none"/>
        </w:rPr>
      </w:pPr>
    </w:p>
    <w:p w14:paraId="5EAA8CCD" w14:textId="77777777" w:rsidR="00497B11" w:rsidRPr="00293828" w:rsidRDefault="00497B11" w:rsidP="00293828">
      <w:pPr>
        <w:spacing w:line="360" w:lineRule="auto"/>
        <w:rPr>
          <w:rFonts w:ascii="Times New Roman" w:hAnsi="Times New Roman" w:cs="Times New Roman"/>
          <w:szCs w:val="21"/>
          <w14:ligatures w14:val="none"/>
        </w:rPr>
      </w:pPr>
      <w:r w:rsidRPr="00293828">
        <w:rPr>
          <w:rFonts w:ascii="Times New Roman" w:hAnsi="Times New Roman" w:cs="Times New Roman"/>
          <w:noProof/>
          <w:szCs w:val="21"/>
          <w14:ligatures w14:val="none"/>
        </w:rPr>
        <w:drawing>
          <wp:inline distT="0" distB="0" distL="0" distR="0" wp14:anchorId="118E9FDA" wp14:editId="27971DC7">
            <wp:extent cx="5274310" cy="2015490"/>
            <wp:effectExtent l="0" t="0" r="2540" b="3810"/>
            <wp:docPr id="13755883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88328" name=""/>
                    <pic:cNvPicPr/>
                  </pic:nvPicPr>
                  <pic:blipFill>
                    <a:blip r:embed="rId57"/>
                    <a:stretch>
                      <a:fillRect/>
                    </a:stretch>
                  </pic:blipFill>
                  <pic:spPr>
                    <a:xfrm>
                      <a:off x="0" y="0"/>
                      <a:ext cx="5274310" cy="2015490"/>
                    </a:xfrm>
                    <a:prstGeom prst="rect">
                      <a:avLst/>
                    </a:prstGeom>
                  </pic:spPr>
                </pic:pic>
              </a:graphicData>
            </a:graphic>
          </wp:inline>
        </w:drawing>
      </w:r>
    </w:p>
    <w:p w14:paraId="4FE88DDB" w14:textId="77777777" w:rsidR="00497B11" w:rsidRPr="00293828" w:rsidRDefault="00497B11" w:rsidP="00293828">
      <w:pPr>
        <w:spacing w:line="360" w:lineRule="auto"/>
        <w:rPr>
          <w:rFonts w:ascii="Times New Roman" w:hAnsi="Times New Roman" w:cs="Times New Roman"/>
          <w:szCs w:val="21"/>
          <w14:ligatures w14:val="none"/>
        </w:rPr>
      </w:pPr>
      <w:bookmarkStart w:id="24" w:name="_Toc58364748"/>
      <w:bookmarkStart w:id="25" w:name="_Toc58365677"/>
      <w:r>
        <w:rPr>
          <w:rFonts w:ascii="Times New Roman" w:hAnsi="Times New Roman" w:cs="Times New Roman"/>
          <w:b/>
          <w:bCs/>
          <w:szCs w:val="21"/>
          <w14:ligatures w14:val="none"/>
        </w:rPr>
        <w:t>Fig.</w:t>
      </w:r>
      <w:r w:rsidRPr="009A52A7">
        <w:rPr>
          <w:rFonts w:ascii="Times New Roman" w:hAnsi="Times New Roman" w:cs="Times New Roman"/>
          <w:b/>
          <w:bCs/>
          <w:szCs w:val="21"/>
          <w14:ligatures w14:val="none"/>
        </w:rPr>
        <w:t xml:space="preserve"> S4</w:t>
      </w:r>
      <w:r w:rsidRPr="009A52A7">
        <w:rPr>
          <w:rFonts w:ascii="Times New Roman" w:hAnsi="Times New Roman" w:cs="Times New Roman" w:hint="eastAsia"/>
          <w:b/>
          <w:bCs/>
          <w:szCs w:val="21"/>
          <w14:ligatures w14:val="none"/>
        </w:rPr>
        <w:t>6</w:t>
      </w:r>
      <w:r w:rsidRPr="00293828">
        <w:rPr>
          <w:rFonts w:ascii="Times New Roman" w:hAnsi="Times New Roman" w:cs="Times New Roman"/>
          <w:szCs w:val="21"/>
          <w14:ligatures w14:val="none"/>
        </w:rPr>
        <w:t xml:space="preserve"> DP4+ analysis of </w:t>
      </w: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a</w:t>
      </w:r>
      <w:r w:rsidRPr="00293828">
        <w:rPr>
          <w:rFonts w:ascii="Times New Roman" w:hAnsi="Times New Roman" w:cs="Times New Roman"/>
          <w:szCs w:val="21"/>
          <w14:ligatures w14:val="none"/>
        </w:rPr>
        <w:t xml:space="preserve"> and </w:t>
      </w: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b</w:t>
      </w:r>
      <w:r w:rsidRPr="00293828">
        <w:rPr>
          <w:rFonts w:ascii="Times New Roman" w:hAnsi="Times New Roman" w:cs="Times New Roman"/>
          <w:szCs w:val="21"/>
          <w14:ligatures w14:val="none"/>
        </w:rPr>
        <w:t>.</w:t>
      </w:r>
      <w:bookmarkEnd w:id="24"/>
      <w:bookmarkEnd w:id="25"/>
    </w:p>
    <w:p w14:paraId="2796EE4A" w14:textId="77777777" w:rsidR="00497B11" w:rsidRPr="00293828" w:rsidRDefault="00497B11" w:rsidP="00293828">
      <w:pPr>
        <w:spacing w:line="360" w:lineRule="auto"/>
        <w:rPr>
          <w:rFonts w:ascii="Times New Roman" w:hAnsi="Times New Roman" w:cs="Times New Roman"/>
          <w:szCs w:val="21"/>
          <w14:ligatures w14:val="none"/>
        </w:rPr>
      </w:pPr>
      <w:r w:rsidRPr="00293828">
        <w:rPr>
          <w:rFonts w:ascii="Times New Roman" w:hAnsi="Times New Roman" w:cs="Times New Roman"/>
          <w:szCs w:val="21"/>
          <w14:ligatures w14:val="none"/>
        </w:rPr>
        <w:br w:type="page"/>
      </w:r>
    </w:p>
    <w:p w14:paraId="64405DA7" w14:textId="77777777" w:rsidR="00497B11" w:rsidRPr="00293828" w:rsidRDefault="00497B11" w:rsidP="00293828">
      <w:pPr>
        <w:spacing w:line="360" w:lineRule="auto"/>
        <w:rPr>
          <w:rFonts w:ascii="Times New Roman" w:hAnsi="Times New Roman" w:cs="Times New Roman"/>
          <w:b/>
          <w:bCs/>
          <w:szCs w:val="21"/>
          <w14:ligatures w14:val="none"/>
        </w:rPr>
      </w:pPr>
      <w:r>
        <w:rPr>
          <w:rFonts w:ascii="Times New Roman" w:hAnsi="Times New Roman" w:cs="Times New Roman" w:hint="eastAsia"/>
          <w:b/>
          <w:bCs/>
          <w:szCs w:val="21"/>
          <w14:ligatures w14:val="none"/>
        </w:rPr>
        <w:lastRenderedPageBreak/>
        <w:t>9</w:t>
      </w:r>
      <w:r w:rsidRPr="00293828">
        <w:rPr>
          <w:rFonts w:ascii="Times New Roman" w:hAnsi="Times New Roman" w:cs="Times New Roman"/>
          <w:b/>
          <w:bCs/>
          <w:szCs w:val="21"/>
          <w14:ligatures w14:val="none"/>
        </w:rPr>
        <w:t xml:space="preserve">.3 Computational data of </w:t>
      </w: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a</w:t>
      </w:r>
    </w:p>
    <w:p w14:paraId="1455C888" w14:textId="77777777" w:rsidR="00497B11" w:rsidRPr="00293828" w:rsidRDefault="00497B11" w:rsidP="00293828">
      <w:pPr>
        <w:widowControl/>
        <w:spacing w:line="360" w:lineRule="auto"/>
        <w:rPr>
          <w:rFonts w:ascii="Times New Roman" w:eastAsia="宋体" w:hAnsi="Times New Roman" w:cs="Times New Roman"/>
          <w:kern w:val="0"/>
          <w:szCs w:val="21"/>
          <w:lang w:eastAsia="en-US"/>
          <w14:ligatures w14:val="none"/>
        </w:rPr>
      </w:pPr>
      <w:r w:rsidRPr="00293828">
        <w:rPr>
          <w:rFonts w:ascii="Times New Roman" w:eastAsia="宋体" w:hAnsi="Times New Roman" w:cs="Times New Roman"/>
          <w:b/>
          <w:bCs/>
          <w:kern w:val="0"/>
          <w:szCs w:val="21"/>
          <w:lang w:eastAsia="en-US"/>
          <w14:ligatures w14:val="none"/>
        </w:rPr>
        <w:t>Table S3</w:t>
      </w:r>
      <w:r w:rsidRPr="00293828">
        <w:rPr>
          <w:rFonts w:ascii="Times New Roman" w:eastAsia="宋体" w:hAnsi="Times New Roman" w:cs="Times New Roman"/>
          <w:kern w:val="0"/>
          <w:szCs w:val="21"/>
          <w:lang w:eastAsia="en-US"/>
          <w14:ligatures w14:val="none"/>
        </w:rPr>
        <w:t xml:space="preserve"> Conformational analysis of the B3LYP-D3BJ/6-31G(d) optimized conformers of </w:t>
      </w:r>
      <w:r w:rsidRPr="00293828">
        <w:rPr>
          <w:rFonts w:ascii="Times New Roman" w:eastAsia="宋体" w:hAnsi="Times New Roman" w:cs="Times New Roman" w:hint="eastAsia"/>
          <w:b/>
          <w:bCs/>
          <w:kern w:val="0"/>
          <w:szCs w:val="21"/>
          <w14:ligatures w14:val="none"/>
        </w:rPr>
        <w:t>4</w:t>
      </w:r>
      <w:r w:rsidRPr="00293828">
        <w:rPr>
          <w:rFonts w:ascii="Times New Roman" w:eastAsia="宋体" w:hAnsi="Times New Roman" w:cs="Times New Roman"/>
          <w:b/>
          <w:bCs/>
          <w:kern w:val="0"/>
          <w:szCs w:val="21"/>
          <w:lang w:eastAsia="en-US"/>
          <w14:ligatures w14:val="none"/>
        </w:rPr>
        <w:t>a</w:t>
      </w:r>
      <w:r w:rsidRPr="00293828">
        <w:rPr>
          <w:rFonts w:ascii="Times New Roman" w:eastAsia="宋体" w:hAnsi="Times New Roman" w:cs="Times New Roman"/>
          <w:kern w:val="0"/>
          <w:szCs w:val="21"/>
          <w:lang w:eastAsia="en-US"/>
          <w14:ligatures w14:val="none"/>
        </w:rPr>
        <w:t xml:space="preserve"> in the gas phase (T=298.15 K)</w:t>
      </w:r>
    </w:p>
    <w:tbl>
      <w:tblPr>
        <w:tblStyle w:val="ad"/>
        <w:tblW w:w="5000" w:type="pct"/>
        <w:tblLook w:val="04A0" w:firstRow="1" w:lastRow="0" w:firstColumn="1" w:lastColumn="0" w:noHBand="0" w:noVBand="1"/>
      </w:tblPr>
      <w:tblGrid>
        <w:gridCol w:w="1158"/>
        <w:gridCol w:w="1412"/>
        <w:gridCol w:w="1269"/>
        <w:gridCol w:w="1734"/>
        <w:gridCol w:w="1515"/>
        <w:gridCol w:w="1208"/>
      </w:tblGrid>
      <w:tr w:rsidR="00497B11" w:rsidRPr="00293828" w14:paraId="6A9FD93B" w14:textId="77777777" w:rsidTr="009D45BD">
        <w:tc>
          <w:tcPr>
            <w:tcW w:w="698" w:type="pct"/>
            <w:vAlign w:val="center"/>
          </w:tcPr>
          <w:p w14:paraId="39FABC5C"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szCs w:val="21"/>
              </w:rPr>
              <w:t>Conformer</w:t>
            </w:r>
          </w:p>
        </w:tc>
        <w:tc>
          <w:tcPr>
            <w:tcW w:w="851" w:type="pct"/>
            <w:vAlign w:val="center"/>
          </w:tcPr>
          <w:p w14:paraId="6318DCAD"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szCs w:val="21"/>
              </w:rPr>
              <w:t>E (Hartree)</w:t>
            </w:r>
            <w:r w:rsidRPr="00293828">
              <w:rPr>
                <w:rFonts w:ascii="Times New Roman" w:hAnsi="Times New Roman" w:cs="Times New Roman"/>
                <w:i/>
                <w:iCs/>
                <w:szCs w:val="21"/>
                <w:vertAlign w:val="superscript"/>
              </w:rPr>
              <w:t>a</w:t>
            </w:r>
          </w:p>
        </w:tc>
        <w:tc>
          <w:tcPr>
            <w:tcW w:w="765" w:type="pct"/>
            <w:vAlign w:val="center"/>
          </w:tcPr>
          <w:p w14:paraId="4BD6CF16"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szCs w:val="21"/>
              </w:rPr>
              <w:t>C (Hartree)</w:t>
            </w:r>
            <w:r w:rsidRPr="00293828">
              <w:rPr>
                <w:rFonts w:ascii="Times New Roman" w:hAnsi="Times New Roman" w:cs="Times New Roman"/>
                <w:i/>
                <w:iCs/>
                <w:szCs w:val="21"/>
                <w:vertAlign w:val="superscript"/>
              </w:rPr>
              <w:t>b</w:t>
            </w:r>
          </w:p>
        </w:tc>
        <w:tc>
          <w:tcPr>
            <w:tcW w:w="1045" w:type="pct"/>
            <w:vAlign w:val="center"/>
          </w:tcPr>
          <w:p w14:paraId="0AD34A99"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szCs w:val="21"/>
              </w:rPr>
              <w:t>G (kcal/</w:t>
            </w:r>
            <w:proofErr w:type="gramStart"/>
            <w:r w:rsidRPr="00293828">
              <w:rPr>
                <w:rFonts w:ascii="Times New Roman" w:hAnsi="Times New Roman" w:cs="Times New Roman"/>
                <w:szCs w:val="21"/>
              </w:rPr>
              <w:t>mol)</w:t>
            </w:r>
            <w:r w:rsidRPr="00293828">
              <w:rPr>
                <w:rFonts w:ascii="Times New Roman" w:hAnsi="Times New Roman" w:cs="Times New Roman"/>
                <w:i/>
                <w:iCs/>
                <w:szCs w:val="21"/>
                <w:vertAlign w:val="superscript"/>
              </w:rPr>
              <w:t>c</w:t>
            </w:r>
            <w:proofErr w:type="gramEnd"/>
          </w:p>
        </w:tc>
        <w:tc>
          <w:tcPr>
            <w:tcW w:w="913" w:type="pct"/>
            <w:vAlign w:val="center"/>
          </w:tcPr>
          <w:p w14:paraId="66E18D9F"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i/>
                <w:iCs/>
                <w:szCs w:val="21"/>
              </w:rPr>
              <w:t>Δ</w:t>
            </w:r>
            <w:r w:rsidRPr="00293828">
              <w:rPr>
                <w:rFonts w:ascii="Times New Roman" w:hAnsi="Times New Roman" w:cs="Times New Roman"/>
                <w:szCs w:val="21"/>
              </w:rPr>
              <w:t>G (kcal/</w:t>
            </w:r>
            <w:proofErr w:type="gramStart"/>
            <w:r w:rsidRPr="00293828">
              <w:rPr>
                <w:rFonts w:ascii="Times New Roman" w:hAnsi="Times New Roman" w:cs="Times New Roman"/>
                <w:szCs w:val="21"/>
              </w:rPr>
              <w:t>mol)</w:t>
            </w:r>
            <w:r w:rsidRPr="00293828">
              <w:rPr>
                <w:rFonts w:ascii="Times New Roman" w:hAnsi="Times New Roman" w:cs="Times New Roman"/>
                <w:i/>
                <w:iCs/>
                <w:szCs w:val="21"/>
                <w:vertAlign w:val="superscript"/>
              </w:rPr>
              <w:t>d</w:t>
            </w:r>
            <w:proofErr w:type="gramEnd"/>
          </w:p>
        </w:tc>
        <w:tc>
          <w:tcPr>
            <w:tcW w:w="729" w:type="pct"/>
            <w:vAlign w:val="center"/>
          </w:tcPr>
          <w:p w14:paraId="7602F5E2" w14:textId="77777777" w:rsidR="00497B11" w:rsidRPr="00293828" w:rsidRDefault="00497B11" w:rsidP="00293828">
            <w:pPr>
              <w:spacing w:line="360" w:lineRule="auto"/>
              <w:jc w:val="center"/>
              <w:rPr>
                <w:rFonts w:ascii="Times New Roman" w:hAnsi="Times New Roman" w:cs="Times New Roman"/>
              </w:rPr>
            </w:pPr>
            <w:proofErr w:type="spellStart"/>
            <w:r w:rsidRPr="00293828">
              <w:rPr>
                <w:rFonts w:ascii="Times New Roman" w:hAnsi="Times New Roman" w:cs="Times New Roman"/>
                <w:szCs w:val="21"/>
              </w:rPr>
              <w:t>Population</w:t>
            </w:r>
            <w:r w:rsidRPr="00293828">
              <w:rPr>
                <w:rFonts w:ascii="Times New Roman" w:hAnsi="Times New Roman" w:cs="Times New Roman"/>
                <w:i/>
                <w:iCs/>
                <w:szCs w:val="21"/>
                <w:vertAlign w:val="superscript"/>
              </w:rPr>
              <w:t>e</w:t>
            </w:r>
            <w:proofErr w:type="spellEnd"/>
          </w:p>
        </w:tc>
      </w:tr>
      <w:tr w:rsidR="00497B11" w:rsidRPr="00293828" w14:paraId="4A2A5A57" w14:textId="77777777" w:rsidTr="009D45BD">
        <w:tc>
          <w:tcPr>
            <w:tcW w:w="698" w:type="pct"/>
            <w:vAlign w:val="center"/>
          </w:tcPr>
          <w:p w14:paraId="115DAFA3" w14:textId="77777777" w:rsidR="00497B11" w:rsidRPr="00293828" w:rsidRDefault="00497B11" w:rsidP="00293828">
            <w:pPr>
              <w:spacing w:line="360" w:lineRule="auto"/>
              <w:jc w:val="center"/>
              <w:rPr>
                <w:rFonts w:ascii="Times New Roman" w:hAnsi="Times New Roman" w:cs="Times New Roman"/>
                <w:b/>
                <w:bCs/>
              </w:rPr>
            </w:pPr>
            <w:r w:rsidRPr="00293828">
              <w:rPr>
                <w:rFonts w:ascii="Times New Roman" w:hAnsi="Times New Roman" w:cs="Times New Roman"/>
                <w:b/>
                <w:bCs/>
              </w:rPr>
              <w:t>4a-1</w:t>
            </w:r>
          </w:p>
        </w:tc>
        <w:tc>
          <w:tcPr>
            <w:tcW w:w="851" w:type="pct"/>
            <w:vAlign w:val="center"/>
          </w:tcPr>
          <w:p w14:paraId="5227B5B6"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-2610.714755</w:t>
            </w:r>
          </w:p>
        </w:tc>
        <w:tc>
          <w:tcPr>
            <w:tcW w:w="765" w:type="pct"/>
            <w:vAlign w:val="center"/>
          </w:tcPr>
          <w:p w14:paraId="5872FB7B"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0.836925</w:t>
            </w:r>
          </w:p>
        </w:tc>
        <w:tc>
          <w:tcPr>
            <w:tcW w:w="1045" w:type="pct"/>
            <w:vAlign w:val="center"/>
          </w:tcPr>
          <w:p w14:paraId="4E267AE5"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-1637698.338275</w:t>
            </w:r>
          </w:p>
        </w:tc>
        <w:tc>
          <w:tcPr>
            <w:tcW w:w="913" w:type="pct"/>
            <w:vAlign w:val="center"/>
          </w:tcPr>
          <w:p w14:paraId="35457B88"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0.0</w:t>
            </w:r>
          </w:p>
        </w:tc>
        <w:tc>
          <w:tcPr>
            <w:tcW w:w="729" w:type="pct"/>
            <w:vAlign w:val="center"/>
          </w:tcPr>
          <w:p w14:paraId="45A0F02A"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64.58%</w:t>
            </w:r>
          </w:p>
        </w:tc>
      </w:tr>
      <w:tr w:rsidR="00497B11" w:rsidRPr="00293828" w14:paraId="1A0DC87B" w14:textId="77777777" w:rsidTr="009D45BD">
        <w:tc>
          <w:tcPr>
            <w:tcW w:w="698" w:type="pct"/>
            <w:vAlign w:val="center"/>
          </w:tcPr>
          <w:p w14:paraId="55D8A8B3" w14:textId="77777777" w:rsidR="00497B11" w:rsidRPr="00293828" w:rsidRDefault="00497B11" w:rsidP="00293828">
            <w:pPr>
              <w:spacing w:line="360" w:lineRule="auto"/>
              <w:jc w:val="center"/>
              <w:rPr>
                <w:rFonts w:ascii="Times New Roman" w:hAnsi="Times New Roman" w:cs="Times New Roman"/>
                <w:b/>
                <w:bCs/>
              </w:rPr>
            </w:pPr>
            <w:r w:rsidRPr="00293828">
              <w:rPr>
                <w:rFonts w:ascii="Times New Roman" w:hAnsi="Times New Roman" w:cs="Times New Roman"/>
                <w:b/>
                <w:bCs/>
              </w:rPr>
              <w:t>4a-2</w:t>
            </w:r>
          </w:p>
        </w:tc>
        <w:tc>
          <w:tcPr>
            <w:tcW w:w="851" w:type="pct"/>
            <w:vAlign w:val="center"/>
          </w:tcPr>
          <w:p w14:paraId="73CCC6D9"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-2610.715307</w:t>
            </w:r>
          </w:p>
        </w:tc>
        <w:tc>
          <w:tcPr>
            <w:tcW w:w="765" w:type="pct"/>
            <w:vAlign w:val="center"/>
          </w:tcPr>
          <w:p w14:paraId="11F55B49"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0.838044</w:t>
            </w:r>
          </w:p>
        </w:tc>
        <w:tc>
          <w:tcPr>
            <w:tcW w:w="1045" w:type="pct"/>
            <w:vAlign w:val="center"/>
          </w:tcPr>
          <w:p w14:paraId="0CBBBB17"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-1637697.982765</w:t>
            </w:r>
          </w:p>
        </w:tc>
        <w:tc>
          <w:tcPr>
            <w:tcW w:w="913" w:type="pct"/>
            <w:vAlign w:val="center"/>
          </w:tcPr>
          <w:p w14:paraId="19052458"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0.35551</w:t>
            </w:r>
          </w:p>
        </w:tc>
        <w:tc>
          <w:tcPr>
            <w:tcW w:w="729" w:type="pct"/>
            <w:vAlign w:val="center"/>
          </w:tcPr>
          <w:p w14:paraId="75500647"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35.42%</w:t>
            </w:r>
          </w:p>
        </w:tc>
      </w:tr>
    </w:tbl>
    <w:p w14:paraId="1DD0E5BC" w14:textId="77777777" w:rsidR="00497B11" w:rsidRPr="00293828" w:rsidRDefault="00497B11" w:rsidP="00293828">
      <w:pPr>
        <w:spacing w:line="360" w:lineRule="auto"/>
        <w:rPr>
          <w:rFonts w:ascii="Times New Roman" w:hAnsi="Times New Roman" w:cs="Times New Roman"/>
          <w:szCs w:val="21"/>
          <w14:ligatures w14:val="none"/>
        </w:rPr>
      </w:pPr>
      <w:proofErr w:type="spellStart"/>
      <w:r w:rsidRPr="00293828">
        <w:rPr>
          <w:rFonts w:ascii="Times New Roman" w:hAnsi="Times New Roman" w:cs="Times New Roman"/>
          <w:i/>
          <w:iCs/>
          <w:szCs w:val="21"/>
          <w:vertAlign w:val="superscript"/>
          <w14:ligatures w14:val="none"/>
        </w:rPr>
        <w:t>a</w:t>
      </w:r>
      <w:r w:rsidRPr="00293828">
        <w:rPr>
          <w:rFonts w:ascii="Times New Roman" w:hAnsi="Times New Roman" w:cs="Times New Roman"/>
          <w:szCs w:val="21"/>
          <w14:ligatures w14:val="none"/>
        </w:rPr>
        <w:t>Electronic</w:t>
      </w:r>
      <w:proofErr w:type="spellEnd"/>
      <w:r w:rsidRPr="00293828">
        <w:rPr>
          <w:rFonts w:ascii="Times New Roman" w:hAnsi="Times New Roman" w:cs="Times New Roman"/>
          <w:szCs w:val="21"/>
          <w14:ligatures w14:val="none"/>
        </w:rPr>
        <w:t xml:space="preserve"> energy obtained at </w:t>
      </w:r>
      <w:r w:rsidRPr="00293828">
        <w:rPr>
          <w:rFonts w:ascii="Times New Roman" w:hAnsi="Times New Roman" w:cs="Times New Roman"/>
          <w:iCs/>
          <w:szCs w:val="21"/>
          <w14:ligatures w14:val="none"/>
        </w:rPr>
        <w:t>M06-2X-D3/6-311+G(2</w:t>
      </w:r>
      <w:proofErr w:type="gramStart"/>
      <w:r w:rsidRPr="00293828">
        <w:rPr>
          <w:rFonts w:ascii="Times New Roman" w:hAnsi="Times New Roman" w:cs="Times New Roman"/>
          <w:iCs/>
          <w:szCs w:val="21"/>
          <w14:ligatures w14:val="none"/>
        </w:rPr>
        <w:t>d,p</w:t>
      </w:r>
      <w:proofErr w:type="gramEnd"/>
      <w:r w:rsidRPr="00293828">
        <w:rPr>
          <w:rFonts w:ascii="Times New Roman" w:hAnsi="Times New Roman" w:cs="Times New Roman"/>
          <w:iCs/>
          <w:szCs w:val="21"/>
          <w14:ligatures w14:val="none"/>
        </w:rPr>
        <w:t>)</w:t>
      </w:r>
      <w:r w:rsidRPr="00293828">
        <w:rPr>
          <w:rFonts w:ascii="Times New Roman" w:hAnsi="Times New Roman" w:cs="Times New Roman"/>
          <w:szCs w:val="21"/>
          <w14:ligatures w14:val="none"/>
        </w:rPr>
        <w:t xml:space="preserve"> level of theory; </w:t>
      </w:r>
      <w:proofErr w:type="spellStart"/>
      <w:r w:rsidRPr="00293828">
        <w:rPr>
          <w:rFonts w:ascii="Times New Roman" w:hAnsi="Times New Roman" w:cs="Times New Roman"/>
          <w:i/>
          <w:iCs/>
          <w:szCs w:val="21"/>
          <w:vertAlign w:val="superscript"/>
          <w14:ligatures w14:val="none"/>
        </w:rPr>
        <w:t>b</w:t>
      </w:r>
      <w:r w:rsidRPr="00293828">
        <w:rPr>
          <w:rFonts w:ascii="Times New Roman" w:hAnsi="Times New Roman" w:cs="Times New Roman"/>
          <w:szCs w:val="21"/>
          <w14:ligatures w14:val="none"/>
        </w:rPr>
        <w:t>Thermal</w:t>
      </w:r>
      <w:proofErr w:type="spellEnd"/>
      <w:r w:rsidRPr="00293828">
        <w:rPr>
          <w:rFonts w:ascii="Times New Roman" w:hAnsi="Times New Roman" w:cs="Times New Roman"/>
          <w:szCs w:val="21"/>
          <w14:ligatures w14:val="none"/>
        </w:rPr>
        <w:t xml:space="preserve"> correction to Gibbs free energy obtained at </w:t>
      </w:r>
      <w:r w:rsidRPr="00293828">
        <w:rPr>
          <w:rFonts w:ascii="Times New Roman" w:hAnsi="Times New Roman" w:cs="Times New Roman"/>
          <w:iCs/>
          <w:szCs w:val="21"/>
          <w14:ligatures w14:val="none"/>
        </w:rPr>
        <w:t>B3LYP-D3BJ/6-31G(d)</w:t>
      </w:r>
      <w:r w:rsidRPr="00293828">
        <w:rPr>
          <w:rFonts w:ascii="Times New Roman" w:hAnsi="Times New Roman" w:cs="Times New Roman"/>
          <w:szCs w:val="21"/>
          <w14:ligatures w14:val="none"/>
        </w:rPr>
        <w:t xml:space="preserve"> level of theory;</w:t>
      </w:r>
      <w:r w:rsidRPr="00293828">
        <w:rPr>
          <w:rFonts w:ascii="Times New Roman" w:hAnsi="Times New Roman" w:cs="Times New Roman"/>
          <w:i/>
          <w:iCs/>
          <w:szCs w:val="21"/>
          <w14:ligatures w14:val="none"/>
        </w:rPr>
        <w:t xml:space="preserve"> </w:t>
      </w:r>
      <w:proofErr w:type="spellStart"/>
      <w:r w:rsidRPr="00293828">
        <w:rPr>
          <w:rFonts w:ascii="Times New Roman" w:hAnsi="Times New Roman" w:cs="Times New Roman"/>
          <w:i/>
          <w:iCs/>
          <w:szCs w:val="21"/>
          <w:vertAlign w:val="superscript"/>
          <w14:ligatures w14:val="none"/>
        </w:rPr>
        <w:t>c</w:t>
      </w:r>
      <w:r w:rsidRPr="00293828">
        <w:rPr>
          <w:rFonts w:ascii="Times New Roman" w:hAnsi="Times New Roman" w:cs="Times New Roman"/>
          <w:szCs w:val="21"/>
          <w14:ligatures w14:val="none"/>
        </w:rPr>
        <w:t>Gibbs</w:t>
      </w:r>
      <w:proofErr w:type="spellEnd"/>
      <w:r w:rsidRPr="00293828">
        <w:rPr>
          <w:rFonts w:ascii="Times New Roman" w:hAnsi="Times New Roman" w:cs="Times New Roman"/>
          <w:szCs w:val="21"/>
          <w14:ligatures w14:val="none"/>
        </w:rPr>
        <w:t xml:space="preserve"> free energy (E + C); </w:t>
      </w:r>
      <w:proofErr w:type="spellStart"/>
      <w:r w:rsidRPr="00293828">
        <w:rPr>
          <w:rFonts w:ascii="Times New Roman" w:hAnsi="Times New Roman" w:cs="Times New Roman"/>
          <w:i/>
          <w:iCs/>
          <w:szCs w:val="21"/>
          <w:vertAlign w:val="superscript"/>
          <w14:ligatures w14:val="none"/>
        </w:rPr>
        <w:t>d</w:t>
      </w:r>
      <w:r w:rsidRPr="00293828">
        <w:rPr>
          <w:rFonts w:ascii="Times New Roman" w:hAnsi="Times New Roman" w:cs="Times New Roman"/>
          <w:szCs w:val="21"/>
          <w14:ligatures w14:val="none"/>
        </w:rPr>
        <w:t>The</w:t>
      </w:r>
      <w:proofErr w:type="spellEnd"/>
      <w:r w:rsidRPr="00293828">
        <w:rPr>
          <w:rFonts w:ascii="Times New Roman" w:hAnsi="Times New Roman" w:cs="Times New Roman"/>
          <w:szCs w:val="21"/>
          <w14:ligatures w14:val="none"/>
        </w:rPr>
        <w:t xml:space="preserve"> relative Gibbs free energy; </w:t>
      </w:r>
      <w:proofErr w:type="spellStart"/>
      <w:r w:rsidRPr="00293828">
        <w:rPr>
          <w:rFonts w:ascii="Times New Roman" w:hAnsi="Times New Roman" w:cs="Times New Roman"/>
          <w:i/>
          <w:iCs/>
          <w:szCs w:val="21"/>
          <w:vertAlign w:val="superscript"/>
          <w14:ligatures w14:val="none"/>
        </w:rPr>
        <w:t>e</w:t>
      </w:r>
      <w:r w:rsidRPr="00293828">
        <w:rPr>
          <w:rFonts w:ascii="Times New Roman" w:hAnsi="Times New Roman" w:cs="Times New Roman"/>
          <w:szCs w:val="21"/>
          <w14:ligatures w14:val="none"/>
        </w:rPr>
        <w:t>The</w:t>
      </w:r>
      <w:proofErr w:type="spellEnd"/>
      <w:r w:rsidRPr="00293828">
        <w:rPr>
          <w:rFonts w:ascii="Times New Roman" w:hAnsi="Times New Roman" w:cs="Times New Roman"/>
          <w:szCs w:val="21"/>
          <w14:ligatures w14:val="none"/>
        </w:rPr>
        <w:t xml:space="preserve"> Boltzmann distribution of each conformer.</w:t>
      </w:r>
    </w:p>
    <w:p w14:paraId="720A28F9" w14:textId="77777777" w:rsidR="00497B11" w:rsidRPr="00293828" w:rsidRDefault="00497B11" w:rsidP="00293828">
      <w:pPr>
        <w:spacing w:line="360" w:lineRule="auto"/>
        <w:rPr>
          <w:rFonts w:ascii="Times New Roman" w:hAnsi="Times New Roman" w:cs="Times New Roman"/>
          <w:szCs w:val="21"/>
          <w14:ligatures w14:val="none"/>
        </w:rPr>
      </w:pPr>
      <w:r w:rsidRPr="00293828">
        <w:rPr>
          <w:rFonts w:ascii="Times New Roman" w:hAnsi="Times New Roman" w:cs="Times New Roman"/>
          <w:szCs w:val="21"/>
          <w14:ligatures w14:val="none"/>
        </w:rPr>
        <w:br w:type="page"/>
      </w:r>
    </w:p>
    <w:p w14:paraId="0AD2C3D5" w14:textId="77777777" w:rsidR="00497B11" w:rsidRPr="00293828" w:rsidRDefault="00497B11" w:rsidP="00293828">
      <w:pPr>
        <w:spacing w:line="360" w:lineRule="auto"/>
        <w:rPr>
          <w:rFonts w:ascii="Times New Roman" w:hAnsi="Times New Roman" w:cs="Times New Roman"/>
          <w:szCs w:val="21"/>
          <w14:ligatures w14:val="none"/>
        </w:rPr>
      </w:pPr>
      <w:r w:rsidRPr="00293828">
        <w:rPr>
          <w:rFonts w:ascii="Times New Roman" w:hAnsi="Times New Roman" w:cs="Times New Roman"/>
          <w:b/>
          <w:bCs/>
          <w:szCs w:val="21"/>
          <w14:ligatures w14:val="none"/>
        </w:rPr>
        <w:lastRenderedPageBreak/>
        <w:t>Table S4</w:t>
      </w:r>
      <w:r w:rsidRPr="00293828">
        <w:rPr>
          <w:rFonts w:ascii="Times New Roman" w:hAnsi="Times New Roman" w:cs="Times New Roman"/>
          <w:szCs w:val="21"/>
          <w14:ligatures w14:val="none"/>
        </w:rPr>
        <w:t xml:space="preserve"> Atomic coordinates (Å) of </w:t>
      </w: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a-1</w:t>
      </w:r>
      <w:r w:rsidRPr="00293828">
        <w:rPr>
          <w:rFonts w:ascii="Times New Roman" w:hAnsi="Times New Roman" w:cs="Times New Roman"/>
          <w:szCs w:val="21"/>
          <w14:ligatures w14:val="none"/>
        </w:rPr>
        <w:t xml:space="preserve"> obtained at the </w:t>
      </w:r>
      <w:bookmarkStart w:id="26" w:name="_Hlk63343266"/>
      <w:r w:rsidRPr="00293828">
        <w:rPr>
          <w:rFonts w:ascii="Times New Roman" w:hAnsi="Times New Roman" w:cs="Times New Roman"/>
          <w:szCs w:val="21"/>
          <w14:ligatures w14:val="none"/>
        </w:rPr>
        <w:t>B3LYP-D3BJ/6-31G(d)</w:t>
      </w:r>
      <w:bookmarkEnd w:id="26"/>
      <w:r w:rsidRPr="00293828">
        <w:rPr>
          <w:rFonts w:ascii="Times New Roman" w:hAnsi="Times New Roman" w:cs="Times New Roman"/>
          <w:szCs w:val="21"/>
          <w14:ligatures w14:val="none"/>
        </w:rPr>
        <w:t xml:space="preserve"> level of theory in the gas phase.</w:t>
      </w:r>
    </w:p>
    <w:tbl>
      <w:tblPr>
        <w:tblStyle w:val="ad"/>
        <w:tblW w:w="5000" w:type="pct"/>
        <w:tblLook w:val="04A0" w:firstRow="1" w:lastRow="0" w:firstColumn="1" w:lastColumn="0" w:noHBand="0" w:noVBand="1"/>
      </w:tblPr>
      <w:tblGrid>
        <w:gridCol w:w="419"/>
        <w:gridCol w:w="1223"/>
        <w:gridCol w:w="1223"/>
        <w:gridCol w:w="1223"/>
        <w:gridCol w:w="420"/>
        <w:gridCol w:w="1342"/>
        <w:gridCol w:w="1223"/>
        <w:gridCol w:w="1223"/>
      </w:tblGrid>
      <w:tr w:rsidR="00497B11" w:rsidRPr="00293828" w14:paraId="3E6650D4" w14:textId="77777777" w:rsidTr="009D45BD">
        <w:tc>
          <w:tcPr>
            <w:tcW w:w="253" w:type="pct"/>
            <w:vAlign w:val="center"/>
          </w:tcPr>
          <w:p w14:paraId="52AF811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31F850D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-5.215283</w:t>
            </w:r>
          </w:p>
        </w:tc>
        <w:tc>
          <w:tcPr>
            <w:tcW w:w="737" w:type="pct"/>
            <w:vAlign w:val="center"/>
          </w:tcPr>
          <w:p w14:paraId="1E41D06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1.826997</w:t>
            </w:r>
          </w:p>
        </w:tc>
        <w:tc>
          <w:tcPr>
            <w:tcW w:w="737" w:type="pct"/>
            <w:vAlign w:val="center"/>
          </w:tcPr>
          <w:p w14:paraId="5DE59F4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0.691743</w:t>
            </w:r>
          </w:p>
        </w:tc>
        <w:tc>
          <w:tcPr>
            <w:tcW w:w="253" w:type="pct"/>
            <w:vAlign w:val="center"/>
          </w:tcPr>
          <w:p w14:paraId="4D1CD4D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809" w:type="pct"/>
            <w:vAlign w:val="center"/>
          </w:tcPr>
          <w:p w14:paraId="661E18B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1.264506</w:t>
            </w:r>
          </w:p>
        </w:tc>
        <w:tc>
          <w:tcPr>
            <w:tcW w:w="737" w:type="pct"/>
            <w:vAlign w:val="center"/>
          </w:tcPr>
          <w:p w14:paraId="2BA711C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-2.697893</w:t>
            </w:r>
          </w:p>
        </w:tc>
        <w:tc>
          <w:tcPr>
            <w:tcW w:w="737" w:type="pct"/>
            <w:vAlign w:val="center"/>
          </w:tcPr>
          <w:p w14:paraId="4362BFD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0.741388</w:t>
            </w:r>
          </w:p>
        </w:tc>
      </w:tr>
      <w:tr w:rsidR="00497B11" w:rsidRPr="00293828" w14:paraId="10B8E1DA" w14:textId="77777777" w:rsidTr="009D45BD">
        <w:tc>
          <w:tcPr>
            <w:tcW w:w="253" w:type="pct"/>
            <w:vAlign w:val="center"/>
          </w:tcPr>
          <w:p w14:paraId="7637B7E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5297A99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-6.360408</w:t>
            </w:r>
          </w:p>
        </w:tc>
        <w:tc>
          <w:tcPr>
            <w:tcW w:w="737" w:type="pct"/>
            <w:vAlign w:val="center"/>
          </w:tcPr>
          <w:p w14:paraId="1F5192A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2.789802</w:t>
            </w:r>
          </w:p>
        </w:tc>
        <w:tc>
          <w:tcPr>
            <w:tcW w:w="737" w:type="pct"/>
            <w:vAlign w:val="center"/>
          </w:tcPr>
          <w:p w14:paraId="1774864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0.939062</w:t>
            </w:r>
          </w:p>
        </w:tc>
        <w:tc>
          <w:tcPr>
            <w:tcW w:w="253" w:type="pct"/>
            <w:vAlign w:val="center"/>
          </w:tcPr>
          <w:p w14:paraId="6C50620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62CD99A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5.312635</w:t>
            </w:r>
          </w:p>
        </w:tc>
        <w:tc>
          <w:tcPr>
            <w:tcW w:w="737" w:type="pct"/>
            <w:vAlign w:val="center"/>
          </w:tcPr>
          <w:p w14:paraId="048BB5B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-3.452780</w:t>
            </w:r>
          </w:p>
        </w:tc>
        <w:tc>
          <w:tcPr>
            <w:tcW w:w="737" w:type="pct"/>
            <w:vAlign w:val="center"/>
          </w:tcPr>
          <w:p w14:paraId="7EC618F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-1.893812</w:t>
            </w:r>
          </w:p>
        </w:tc>
      </w:tr>
      <w:tr w:rsidR="00497B11" w:rsidRPr="00293828" w14:paraId="3E3C0EBB" w14:textId="77777777" w:rsidTr="009D45BD">
        <w:tc>
          <w:tcPr>
            <w:tcW w:w="253" w:type="pct"/>
            <w:vAlign w:val="center"/>
          </w:tcPr>
          <w:p w14:paraId="1FBD102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3320BB1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-7.528420</w:t>
            </w:r>
          </w:p>
        </w:tc>
        <w:tc>
          <w:tcPr>
            <w:tcW w:w="737" w:type="pct"/>
            <w:vAlign w:val="center"/>
          </w:tcPr>
          <w:p w14:paraId="09B58FC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2.027458</w:t>
            </w:r>
          </w:p>
        </w:tc>
        <w:tc>
          <w:tcPr>
            <w:tcW w:w="737" w:type="pct"/>
            <w:vAlign w:val="center"/>
          </w:tcPr>
          <w:p w14:paraId="1558E6B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1.565185</w:t>
            </w:r>
          </w:p>
        </w:tc>
        <w:tc>
          <w:tcPr>
            <w:tcW w:w="253" w:type="pct"/>
            <w:vAlign w:val="center"/>
          </w:tcPr>
          <w:p w14:paraId="0E988B4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0D24A3A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-5.649357</w:t>
            </w:r>
          </w:p>
        </w:tc>
        <w:tc>
          <w:tcPr>
            <w:tcW w:w="737" w:type="pct"/>
            <w:vAlign w:val="center"/>
          </w:tcPr>
          <w:p w14:paraId="51A6E44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-2.465704</w:t>
            </w:r>
          </w:p>
        </w:tc>
        <w:tc>
          <w:tcPr>
            <w:tcW w:w="737" w:type="pct"/>
            <w:vAlign w:val="center"/>
          </w:tcPr>
          <w:p w14:paraId="0A8F805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0.608965</w:t>
            </w:r>
          </w:p>
        </w:tc>
      </w:tr>
      <w:tr w:rsidR="00497B11" w:rsidRPr="00293828" w14:paraId="464B7A21" w14:textId="77777777" w:rsidTr="009D45BD">
        <w:tc>
          <w:tcPr>
            <w:tcW w:w="253" w:type="pct"/>
            <w:vAlign w:val="center"/>
          </w:tcPr>
          <w:p w14:paraId="210DF67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2FB45D7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-8.098180</w:t>
            </w:r>
          </w:p>
        </w:tc>
        <w:tc>
          <w:tcPr>
            <w:tcW w:w="737" w:type="pct"/>
            <w:vAlign w:val="center"/>
          </w:tcPr>
          <w:p w14:paraId="35716C5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0.948391</w:t>
            </w:r>
          </w:p>
        </w:tc>
        <w:tc>
          <w:tcPr>
            <w:tcW w:w="737" w:type="pct"/>
            <w:vAlign w:val="center"/>
          </w:tcPr>
          <w:p w14:paraId="5B568A4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0.622183</w:t>
            </w:r>
          </w:p>
        </w:tc>
        <w:tc>
          <w:tcPr>
            <w:tcW w:w="253" w:type="pct"/>
            <w:vAlign w:val="center"/>
          </w:tcPr>
          <w:p w14:paraId="220431A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15F23F7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-6.582866</w:t>
            </w:r>
          </w:p>
        </w:tc>
        <w:tc>
          <w:tcPr>
            <w:tcW w:w="737" w:type="pct"/>
            <w:vAlign w:val="center"/>
          </w:tcPr>
          <w:p w14:paraId="0979A9F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-2.464360</w:t>
            </w:r>
          </w:p>
        </w:tc>
        <w:tc>
          <w:tcPr>
            <w:tcW w:w="737" w:type="pct"/>
            <w:vAlign w:val="center"/>
          </w:tcPr>
          <w:p w14:paraId="1B7A84F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-1.858013</w:t>
            </w:r>
          </w:p>
        </w:tc>
      </w:tr>
      <w:tr w:rsidR="00497B11" w:rsidRPr="00293828" w14:paraId="42AB8A5E" w14:textId="77777777" w:rsidTr="009D45BD">
        <w:tc>
          <w:tcPr>
            <w:tcW w:w="253" w:type="pct"/>
            <w:vAlign w:val="center"/>
          </w:tcPr>
          <w:p w14:paraId="589916A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04062C1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-6.954660</w:t>
            </w:r>
          </w:p>
        </w:tc>
        <w:tc>
          <w:tcPr>
            <w:tcW w:w="737" w:type="pct"/>
            <w:vAlign w:val="center"/>
          </w:tcPr>
          <w:p w14:paraId="7BD6C6D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-0.056237</w:t>
            </w:r>
          </w:p>
        </w:tc>
        <w:tc>
          <w:tcPr>
            <w:tcW w:w="737" w:type="pct"/>
            <w:vAlign w:val="center"/>
          </w:tcPr>
          <w:p w14:paraId="79965D4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0.259392</w:t>
            </w:r>
          </w:p>
        </w:tc>
        <w:tc>
          <w:tcPr>
            <w:tcW w:w="253" w:type="pct"/>
            <w:vAlign w:val="center"/>
          </w:tcPr>
          <w:p w14:paraId="1885315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48C32B5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7.785403</w:t>
            </w:r>
          </w:p>
        </w:tc>
        <w:tc>
          <w:tcPr>
            <w:tcW w:w="737" w:type="pct"/>
            <w:vAlign w:val="center"/>
          </w:tcPr>
          <w:p w14:paraId="026202F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1.765922</w:t>
            </w:r>
          </w:p>
        </w:tc>
        <w:tc>
          <w:tcPr>
            <w:tcW w:w="737" w:type="pct"/>
            <w:vAlign w:val="center"/>
          </w:tcPr>
          <w:p w14:paraId="05199D1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1.289744</w:t>
            </w:r>
          </w:p>
        </w:tc>
      </w:tr>
      <w:tr w:rsidR="00497B11" w:rsidRPr="00293828" w14:paraId="3A828984" w14:textId="77777777" w:rsidTr="009D45BD">
        <w:tc>
          <w:tcPr>
            <w:tcW w:w="253" w:type="pct"/>
            <w:vAlign w:val="center"/>
          </w:tcPr>
          <w:p w14:paraId="49E805E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6537C16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-7.253836</w:t>
            </w:r>
          </w:p>
        </w:tc>
        <w:tc>
          <w:tcPr>
            <w:tcW w:w="737" w:type="pct"/>
            <w:vAlign w:val="center"/>
          </w:tcPr>
          <w:p w14:paraId="2702FBF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-0.838130</w:t>
            </w:r>
          </w:p>
        </w:tc>
        <w:tc>
          <w:tcPr>
            <w:tcW w:w="737" w:type="pct"/>
            <w:vAlign w:val="center"/>
          </w:tcPr>
          <w:p w14:paraId="3887DB2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-1.019082</w:t>
            </w:r>
          </w:p>
        </w:tc>
        <w:tc>
          <w:tcPr>
            <w:tcW w:w="253" w:type="pct"/>
            <w:vAlign w:val="center"/>
          </w:tcPr>
          <w:p w14:paraId="4EEF9DD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809" w:type="pct"/>
            <w:vAlign w:val="center"/>
          </w:tcPr>
          <w:p w14:paraId="59873B2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6.327683</w:t>
            </w:r>
          </w:p>
        </w:tc>
        <w:tc>
          <w:tcPr>
            <w:tcW w:w="737" w:type="pct"/>
            <w:vAlign w:val="center"/>
          </w:tcPr>
          <w:p w14:paraId="33F58FF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2.246368</w:t>
            </w:r>
          </w:p>
        </w:tc>
        <w:tc>
          <w:tcPr>
            <w:tcW w:w="737" w:type="pct"/>
            <w:vAlign w:val="center"/>
          </w:tcPr>
          <w:p w14:paraId="6EA13BD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-0.093407</w:t>
            </w:r>
          </w:p>
        </w:tc>
      </w:tr>
      <w:tr w:rsidR="00497B11" w:rsidRPr="00293828" w14:paraId="0F37191D" w14:textId="77777777" w:rsidTr="009D45BD">
        <w:tc>
          <w:tcPr>
            <w:tcW w:w="253" w:type="pct"/>
            <w:vAlign w:val="center"/>
          </w:tcPr>
          <w:p w14:paraId="3CE26D1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557FC08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-3.104471</w:t>
            </w:r>
          </w:p>
        </w:tc>
        <w:tc>
          <w:tcPr>
            <w:tcW w:w="737" w:type="pct"/>
            <w:vAlign w:val="center"/>
          </w:tcPr>
          <w:p w14:paraId="210AE01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1.867759</w:t>
            </w:r>
          </w:p>
        </w:tc>
        <w:tc>
          <w:tcPr>
            <w:tcW w:w="737" w:type="pct"/>
            <w:vAlign w:val="center"/>
          </w:tcPr>
          <w:p w14:paraId="3943269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-0.451422</w:t>
            </w:r>
          </w:p>
        </w:tc>
        <w:tc>
          <w:tcPr>
            <w:tcW w:w="253" w:type="pct"/>
            <w:vAlign w:val="center"/>
          </w:tcPr>
          <w:p w14:paraId="602C926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28FA271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1.843504</w:t>
            </w:r>
          </w:p>
        </w:tc>
        <w:tc>
          <w:tcPr>
            <w:tcW w:w="737" w:type="pct"/>
            <w:vAlign w:val="center"/>
          </w:tcPr>
          <w:p w14:paraId="1FBA0F0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0.914976</w:t>
            </w:r>
          </w:p>
        </w:tc>
        <w:tc>
          <w:tcPr>
            <w:tcW w:w="737" w:type="pct"/>
            <w:vAlign w:val="center"/>
          </w:tcPr>
          <w:p w14:paraId="3FDFFE9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-3.062708</w:t>
            </w:r>
          </w:p>
        </w:tc>
      </w:tr>
      <w:tr w:rsidR="00497B11" w:rsidRPr="00293828" w14:paraId="568C9C93" w14:textId="77777777" w:rsidTr="009D45BD">
        <w:tc>
          <w:tcPr>
            <w:tcW w:w="253" w:type="pct"/>
            <w:vAlign w:val="center"/>
          </w:tcPr>
          <w:p w14:paraId="4FCB25B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3F73599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-3.008013</w:t>
            </w:r>
          </w:p>
        </w:tc>
        <w:tc>
          <w:tcPr>
            <w:tcW w:w="737" w:type="pct"/>
            <w:vAlign w:val="center"/>
          </w:tcPr>
          <w:p w14:paraId="4741BE5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0.400023</w:t>
            </w:r>
          </w:p>
        </w:tc>
        <w:tc>
          <w:tcPr>
            <w:tcW w:w="737" w:type="pct"/>
            <w:vAlign w:val="center"/>
          </w:tcPr>
          <w:p w14:paraId="402FF56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-0.075395</w:t>
            </w:r>
          </w:p>
        </w:tc>
        <w:tc>
          <w:tcPr>
            <w:tcW w:w="253" w:type="pct"/>
            <w:vAlign w:val="center"/>
          </w:tcPr>
          <w:p w14:paraId="0AE7776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6CDC2FE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1.781854</w:t>
            </w:r>
          </w:p>
        </w:tc>
        <w:tc>
          <w:tcPr>
            <w:tcW w:w="737" w:type="pct"/>
            <w:vAlign w:val="center"/>
          </w:tcPr>
          <w:p w14:paraId="5625FB4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-0.829518</w:t>
            </w:r>
          </w:p>
        </w:tc>
        <w:tc>
          <w:tcPr>
            <w:tcW w:w="737" w:type="pct"/>
            <w:vAlign w:val="center"/>
          </w:tcPr>
          <w:p w14:paraId="0A255DD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-2.938614</w:t>
            </w:r>
          </w:p>
        </w:tc>
      </w:tr>
      <w:tr w:rsidR="00497B11" w:rsidRPr="00293828" w14:paraId="00231CD3" w14:textId="77777777" w:rsidTr="009D45BD">
        <w:tc>
          <w:tcPr>
            <w:tcW w:w="253" w:type="pct"/>
            <w:vAlign w:val="center"/>
          </w:tcPr>
          <w:p w14:paraId="6B5F8D1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4BB4957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-4.359055</w:t>
            </w:r>
          </w:p>
        </w:tc>
        <w:tc>
          <w:tcPr>
            <w:tcW w:w="737" w:type="pct"/>
            <w:vAlign w:val="center"/>
          </w:tcPr>
          <w:p w14:paraId="69D664C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-0.416304</w:t>
            </w:r>
          </w:p>
        </w:tc>
        <w:tc>
          <w:tcPr>
            <w:tcW w:w="737" w:type="pct"/>
            <w:vAlign w:val="center"/>
          </w:tcPr>
          <w:p w14:paraId="60E4CD6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0.086514</w:t>
            </w:r>
          </w:p>
        </w:tc>
        <w:tc>
          <w:tcPr>
            <w:tcW w:w="253" w:type="pct"/>
            <w:vAlign w:val="center"/>
          </w:tcPr>
          <w:p w14:paraId="44A8E19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1DE2B99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5.614840</w:t>
            </w:r>
          </w:p>
        </w:tc>
        <w:tc>
          <w:tcPr>
            <w:tcW w:w="737" w:type="pct"/>
            <w:vAlign w:val="center"/>
          </w:tcPr>
          <w:p w14:paraId="1DF6B2F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2.030789</w:t>
            </w:r>
          </w:p>
        </w:tc>
        <w:tc>
          <w:tcPr>
            <w:tcW w:w="737" w:type="pct"/>
            <w:vAlign w:val="center"/>
          </w:tcPr>
          <w:p w14:paraId="1C3D8BA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2.453143</w:t>
            </w:r>
          </w:p>
        </w:tc>
      </w:tr>
      <w:tr w:rsidR="00497B11" w:rsidRPr="00293828" w14:paraId="2466EB82" w14:textId="77777777" w:rsidTr="009D45BD">
        <w:tc>
          <w:tcPr>
            <w:tcW w:w="253" w:type="pct"/>
            <w:vAlign w:val="center"/>
          </w:tcPr>
          <w:p w14:paraId="5E1582F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7A4F614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-5.563979</w:t>
            </w:r>
          </w:p>
        </w:tc>
        <w:tc>
          <w:tcPr>
            <w:tcW w:w="737" w:type="pct"/>
            <w:vAlign w:val="center"/>
          </w:tcPr>
          <w:p w14:paraId="5252E31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0.560388</w:t>
            </w:r>
          </w:p>
        </w:tc>
        <w:tc>
          <w:tcPr>
            <w:tcW w:w="737" w:type="pct"/>
            <w:vAlign w:val="center"/>
          </w:tcPr>
          <w:p w14:paraId="50DDBEB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-0.095785</w:t>
            </w:r>
          </w:p>
        </w:tc>
        <w:tc>
          <w:tcPr>
            <w:tcW w:w="253" w:type="pct"/>
            <w:vAlign w:val="center"/>
          </w:tcPr>
          <w:p w14:paraId="65EB685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130FED3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6.187388</w:t>
            </w:r>
          </w:p>
        </w:tc>
        <w:tc>
          <w:tcPr>
            <w:tcW w:w="737" w:type="pct"/>
            <w:vAlign w:val="center"/>
          </w:tcPr>
          <w:p w14:paraId="650B1AC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0.382799</w:t>
            </w:r>
          </w:p>
        </w:tc>
        <w:tc>
          <w:tcPr>
            <w:tcW w:w="737" w:type="pct"/>
            <w:vAlign w:val="center"/>
          </w:tcPr>
          <w:p w14:paraId="760E79E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2.683886</w:t>
            </w:r>
          </w:p>
        </w:tc>
      </w:tr>
      <w:tr w:rsidR="00497B11" w:rsidRPr="00293828" w14:paraId="60FCEB1E" w14:textId="77777777" w:rsidTr="009D45BD">
        <w:tc>
          <w:tcPr>
            <w:tcW w:w="253" w:type="pct"/>
            <w:vAlign w:val="center"/>
          </w:tcPr>
          <w:p w14:paraId="1B659F6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24A0658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-4.285880</w:t>
            </w:r>
          </w:p>
        </w:tc>
        <w:tc>
          <w:tcPr>
            <w:tcW w:w="737" w:type="pct"/>
            <w:vAlign w:val="center"/>
          </w:tcPr>
          <w:p w14:paraId="3864516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-1.277190</w:t>
            </w:r>
          </w:p>
        </w:tc>
        <w:tc>
          <w:tcPr>
            <w:tcW w:w="737" w:type="pct"/>
            <w:vAlign w:val="center"/>
          </w:tcPr>
          <w:p w14:paraId="7B938FF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1.370640</w:t>
            </w:r>
          </w:p>
        </w:tc>
        <w:tc>
          <w:tcPr>
            <w:tcW w:w="253" w:type="pct"/>
            <w:vAlign w:val="center"/>
          </w:tcPr>
          <w:p w14:paraId="6706F5B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110E02A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1.968440</w:t>
            </w:r>
          </w:p>
        </w:tc>
        <w:tc>
          <w:tcPr>
            <w:tcW w:w="737" w:type="pct"/>
            <w:vAlign w:val="center"/>
          </w:tcPr>
          <w:p w14:paraId="6188232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1.671969</w:t>
            </w:r>
          </w:p>
        </w:tc>
        <w:tc>
          <w:tcPr>
            <w:tcW w:w="737" w:type="pct"/>
            <w:vAlign w:val="center"/>
          </w:tcPr>
          <w:p w14:paraId="3EB92CE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-0.178070</w:t>
            </w:r>
          </w:p>
        </w:tc>
      </w:tr>
      <w:tr w:rsidR="00497B11" w:rsidRPr="00293828" w14:paraId="0FD752E7" w14:textId="77777777" w:rsidTr="009D45BD">
        <w:tc>
          <w:tcPr>
            <w:tcW w:w="253" w:type="pct"/>
            <w:vAlign w:val="center"/>
          </w:tcPr>
          <w:p w14:paraId="61D4BD2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3968960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-2.944664</w:t>
            </w:r>
          </w:p>
        </w:tc>
        <w:tc>
          <w:tcPr>
            <w:tcW w:w="737" w:type="pct"/>
            <w:vAlign w:val="center"/>
          </w:tcPr>
          <w:p w14:paraId="7C50216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-2.047641</w:t>
            </w:r>
          </w:p>
        </w:tc>
        <w:tc>
          <w:tcPr>
            <w:tcW w:w="737" w:type="pct"/>
            <w:vAlign w:val="center"/>
          </w:tcPr>
          <w:p w14:paraId="291E08E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1.448429</w:t>
            </w:r>
          </w:p>
        </w:tc>
        <w:tc>
          <w:tcPr>
            <w:tcW w:w="253" w:type="pct"/>
            <w:vAlign w:val="center"/>
          </w:tcPr>
          <w:p w14:paraId="0047ED9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6271AC3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0.592380</w:t>
            </w:r>
          </w:p>
        </w:tc>
        <w:tc>
          <w:tcPr>
            <w:tcW w:w="737" w:type="pct"/>
            <w:vAlign w:val="center"/>
          </w:tcPr>
          <w:p w14:paraId="3DE994D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1.038209</w:t>
            </w:r>
          </w:p>
        </w:tc>
        <w:tc>
          <w:tcPr>
            <w:tcW w:w="737" w:type="pct"/>
            <w:vAlign w:val="center"/>
          </w:tcPr>
          <w:p w14:paraId="44FF43C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0.717227</w:t>
            </w:r>
          </w:p>
        </w:tc>
      </w:tr>
      <w:tr w:rsidR="00497B11" w:rsidRPr="00293828" w14:paraId="47036E1D" w14:textId="77777777" w:rsidTr="009D45BD">
        <w:tc>
          <w:tcPr>
            <w:tcW w:w="253" w:type="pct"/>
            <w:vAlign w:val="center"/>
          </w:tcPr>
          <w:p w14:paraId="5294313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1A303DB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-1.693416</w:t>
            </w:r>
          </w:p>
        </w:tc>
        <w:tc>
          <w:tcPr>
            <w:tcW w:w="737" w:type="pct"/>
            <w:vAlign w:val="center"/>
          </w:tcPr>
          <w:p w14:paraId="47BCFE5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-1.201202</w:t>
            </w:r>
          </w:p>
        </w:tc>
        <w:tc>
          <w:tcPr>
            <w:tcW w:w="737" w:type="pct"/>
            <w:vAlign w:val="center"/>
          </w:tcPr>
          <w:p w14:paraId="3876D79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1.096122</w:t>
            </w:r>
          </w:p>
        </w:tc>
        <w:tc>
          <w:tcPr>
            <w:tcW w:w="253" w:type="pct"/>
            <w:vAlign w:val="center"/>
          </w:tcPr>
          <w:p w14:paraId="42391F8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247B8B4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9.157356</w:t>
            </w:r>
          </w:p>
        </w:tc>
        <w:tc>
          <w:tcPr>
            <w:tcW w:w="737" w:type="pct"/>
            <w:vAlign w:val="center"/>
          </w:tcPr>
          <w:p w14:paraId="329B320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0.821235</w:t>
            </w:r>
          </w:p>
        </w:tc>
        <w:tc>
          <w:tcPr>
            <w:tcW w:w="737" w:type="pct"/>
            <w:vAlign w:val="center"/>
          </w:tcPr>
          <w:p w14:paraId="06DC285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-0.613548</w:t>
            </w:r>
          </w:p>
        </w:tc>
      </w:tr>
      <w:tr w:rsidR="00497B11" w:rsidRPr="00293828" w14:paraId="7A94F7F9" w14:textId="77777777" w:rsidTr="009D45BD">
        <w:tc>
          <w:tcPr>
            <w:tcW w:w="253" w:type="pct"/>
            <w:vAlign w:val="center"/>
          </w:tcPr>
          <w:p w14:paraId="69A41B5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57B9930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-2.098867</w:t>
            </w:r>
          </w:p>
        </w:tc>
        <w:tc>
          <w:tcPr>
            <w:tcW w:w="737" w:type="pct"/>
            <w:vAlign w:val="center"/>
          </w:tcPr>
          <w:p w14:paraId="054B274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0.278338</w:t>
            </w:r>
          </w:p>
        </w:tc>
        <w:tc>
          <w:tcPr>
            <w:tcW w:w="737" w:type="pct"/>
            <w:vAlign w:val="center"/>
          </w:tcPr>
          <w:p w14:paraId="2F2E823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1.173447</w:t>
            </w:r>
          </w:p>
        </w:tc>
        <w:tc>
          <w:tcPr>
            <w:tcW w:w="253" w:type="pct"/>
            <w:vAlign w:val="center"/>
          </w:tcPr>
          <w:p w14:paraId="264582D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53BA5C2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7.809505</w:t>
            </w:r>
          </w:p>
        </w:tc>
        <w:tc>
          <w:tcPr>
            <w:tcW w:w="737" w:type="pct"/>
            <w:vAlign w:val="center"/>
          </w:tcPr>
          <w:p w14:paraId="2F6E5EB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0.977344</w:t>
            </w:r>
          </w:p>
        </w:tc>
        <w:tc>
          <w:tcPr>
            <w:tcW w:w="737" w:type="pct"/>
            <w:vAlign w:val="center"/>
          </w:tcPr>
          <w:p w14:paraId="383594A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-1.752083</w:t>
            </w:r>
          </w:p>
        </w:tc>
      </w:tr>
      <w:tr w:rsidR="00497B11" w:rsidRPr="00293828" w14:paraId="4ABA2793" w14:textId="77777777" w:rsidTr="009D45BD">
        <w:tc>
          <w:tcPr>
            <w:tcW w:w="253" w:type="pct"/>
            <w:vAlign w:val="center"/>
          </w:tcPr>
          <w:p w14:paraId="3FFA10D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77647B2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-2.212188</w:t>
            </w:r>
          </w:p>
        </w:tc>
        <w:tc>
          <w:tcPr>
            <w:tcW w:w="737" w:type="pct"/>
            <w:vAlign w:val="center"/>
          </w:tcPr>
          <w:p w14:paraId="64D5040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-0.399084</w:t>
            </w:r>
          </w:p>
        </w:tc>
        <w:tc>
          <w:tcPr>
            <w:tcW w:w="737" w:type="pct"/>
            <w:vAlign w:val="center"/>
          </w:tcPr>
          <w:p w14:paraId="5B081C0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-1.121340</w:t>
            </w:r>
          </w:p>
        </w:tc>
        <w:tc>
          <w:tcPr>
            <w:tcW w:w="253" w:type="pct"/>
            <w:vAlign w:val="center"/>
          </w:tcPr>
          <w:p w14:paraId="61289ED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6E63B8C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8.578039</w:t>
            </w:r>
          </w:p>
        </w:tc>
        <w:tc>
          <w:tcPr>
            <w:tcW w:w="737" w:type="pct"/>
            <w:vAlign w:val="center"/>
          </w:tcPr>
          <w:p w14:paraId="02B4E6D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-0.595079</w:t>
            </w:r>
          </w:p>
        </w:tc>
        <w:tc>
          <w:tcPr>
            <w:tcW w:w="737" w:type="pct"/>
            <w:vAlign w:val="center"/>
          </w:tcPr>
          <w:p w14:paraId="710793B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-1.508291</w:t>
            </w:r>
          </w:p>
        </w:tc>
      </w:tr>
      <w:tr w:rsidR="00497B11" w:rsidRPr="00293828" w14:paraId="291DA909" w14:textId="77777777" w:rsidTr="009D45BD">
        <w:tc>
          <w:tcPr>
            <w:tcW w:w="253" w:type="pct"/>
            <w:vAlign w:val="center"/>
          </w:tcPr>
          <w:p w14:paraId="628D126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59072D9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-1.289602</w:t>
            </w:r>
          </w:p>
        </w:tc>
        <w:tc>
          <w:tcPr>
            <w:tcW w:w="737" w:type="pct"/>
            <w:vAlign w:val="center"/>
          </w:tcPr>
          <w:p w14:paraId="036CDA9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-1.368151</w:t>
            </w:r>
          </w:p>
        </w:tc>
        <w:tc>
          <w:tcPr>
            <w:tcW w:w="737" w:type="pct"/>
            <w:vAlign w:val="center"/>
          </w:tcPr>
          <w:p w14:paraId="020A997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-0.386081</w:t>
            </w:r>
          </w:p>
        </w:tc>
        <w:tc>
          <w:tcPr>
            <w:tcW w:w="253" w:type="pct"/>
            <w:vAlign w:val="center"/>
          </w:tcPr>
          <w:p w14:paraId="6BAD3B9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6FD340B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-2.858415</w:t>
            </w:r>
          </w:p>
        </w:tc>
        <w:tc>
          <w:tcPr>
            <w:tcW w:w="737" w:type="pct"/>
            <w:vAlign w:val="center"/>
          </w:tcPr>
          <w:p w14:paraId="16673E0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-2.451104</w:t>
            </w:r>
          </w:p>
        </w:tc>
        <w:tc>
          <w:tcPr>
            <w:tcW w:w="737" w:type="pct"/>
            <w:vAlign w:val="center"/>
          </w:tcPr>
          <w:p w14:paraId="11C40C6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2.461712</w:t>
            </w:r>
          </w:p>
        </w:tc>
      </w:tr>
      <w:tr w:rsidR="00497B11" w:rsidRPr="00293828" w14:paraId="32D86918" w14:textId="77777777" w:rsidTr="009D45BD">
        <w:tc>
          <w:tcPr>
            <w:tcW w:w="253" w:type="pct"/>
            <w:vAlign w:val="center"/>
          </w:tcPr>
          <w:p w14:paraId="71EA864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4D2E1A9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-1.253876</w:t>
            </w:r>
          </w:p>
        </w:tc>
        <w:tc>
          <w:tcPr>
            <w:tcW w:w="737" w:type="pct"/>
            <w:vAlign w:val="center"/>
          </w:tcPr>
          <w:p w14:paraId="7CC034E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-2.759027</w:t>
            </w:r>
          </w:p>
        </w:tc>
        <w:tc>
          <w:tcPr>
            <w:tcW w:w="737" w:type="pct"/>
            <w:vAlign w:val="center"/>
          </w:tcPr>
          <w:p w14:paraId="74B983E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-1.071759</w:t>
            </w:r>
          </w:p>
        </w:tc>
        <w:tc>
          <w:tcPr>
            <w:tcW w:w="253" w:type="pct"/>
            <w:vAlign w:val="center"/>
          </w:tcPr>
          <w:p w14:paraId="0C0587E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4B3AE30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-3.026931</w:t>
            </w:r>
          </w:p>
        </w:tc>
        <w:tc>
          <w:tcPr>
            <w:tcW w:w="737" w:type="pct"/>
            <w:vAlign w:val="center"/>
          </w:tcPr>
          <w:p w14:paraId="2D23B1D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-2.914918</w:t>
            </w:r>
          </w:p>
        </w:tc>
        <w:tc>
          <w:tcPr>
            <w:tcW w:w="737" w:type="pct"/>
            <w:vAlign w:val="center"/>
          </w:tcPr>
          <w:p w14:paraId="4D6B924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0.783687</w:t>
            </w:r>
          </w:p>
        </w:tc>
      </w:tr>
      <w:tr w:rsidR="00497B11" w:rsidRPr="00293828" w14:paraId="174A9996" w14:textId="77777777" w:rsidTr="009D45BD">
        <w:tc>
          <w:tcPr>
            <w:tcW w:w="253" w:type="pct"/>
            <w:vAlign w:val="center"/>
          </w:tcPr>
          <w:p w14:paraId="33447E6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65B1461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-9.184138</w:t>
            </w:r>
          </w:p>
        </w:tc>
        <w:tc>
          <w:tcPr>
            <w:tcW w:w="737" w:type="pct"/>
            <w:vAlign w:val="center"/>
          </w:tcPr>
          <w:p w14:paraId="5CDA23E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0.159487</w:t>
            </w:r>
          </w:p>
        </w:tc>
        <w:tc>
          <w:tcPr>
            <w:tcW w:w="737" w:type="pct"/>
            <w:vAlign w:val="center"/>
          </w:tcPr>
          <w:p w14:paraId="379FA54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1.376592</w:t>
            </w:r>
          </w:p>
        </w:tc>
        <w:tc>
          <w:tcPr>
            <w:tcW w:w="253" w:type="pct"/>
            <w:vAlign w:val="center"/>
          </w:tcPr>
          <w:p w14:paraId="0293E77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7F2377D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5.353816</w:t>
            </w:r>
          </w:p>
        </w:tc>
        <w:tc>
          <w:tcPr>
            <w:tcW w:w="737" w:type="pct"/>
            <w:vAlign w:val="center"/>
          </w:tcPr>
          <w:p w14:paraId="0EB8D15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-1.802785</w:t>
            </w:r>
          </w:p>
        </w:tc>
        <w:tc>
          <w:tcPr>
            <w:tcW w:w="737" w:type="pct"/>
            <w:vAlign w:val="center"/>
          </w:tcPr>
          <w:p w14:paraId="6342DDF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2.164644</w:t>
            </w:r>
          </w:p>
        </w:tc>
      </w:tr>
      <w:tr w:rsidR="00497B11" w:rsidRPr="00293828" w14:paraId="6D5FE427" w14:textId="77777777" w:rsidTr="009D45BD">
        <w:tc>
          <w:tcPr>
            <w:tcW w:w="253" w:type="pct"/>
            <w:vAlign w:val="center"/>
          </w:tcPr>
          <w:p w14:paraId="23F2DA3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36A98DA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-8.769369</w:t>
            </w:r>
          </w:p>
        </w:tc>
        <w:tc>
          <w:tcPr>
            <w:tcW w:w="737" w:type="pct"/>
            <w:vAlign w:val="center"/>
          </w:tcPr>
          <w:p w14:paraId="21ACF3B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1.633732</w:t>
            </w:r>
          </w:p>
        </w:tc>
        <w:tc>
          <w:tcPr>
            <w:tcW w:w="737" w:type="pct"/>
            <w:vAlign w:val="center"/>
          </w:tcPr>
          <w:p w14:paraId="030DE94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-0.587995</w:t>
            </w:r>
          </w:p>
        </w:tc>
        <w:tc>
          <w:tcPr>
            <w:tcW w:w="253" w:type="pct"/>
            <w:vAlign w:val="center"/>
          </w:tcPr>
          <w:p w14:paraId="47BC0F8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14AD999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3.941672</w:t>
            </w:r>
          </w:p>
        </w:tc>
        <w:tc>
          <w:tcPr>
            <w:tcW w:w="737" w:type="pct"/>
            <w:vAlign w:val="center"/>
          </w:tcPr>
          <w:p w14:paraId="62EA595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-2.486126</w:t>
            </w:r>
          </w:p>
        </w:tc>
        <w:tc>
          <w:tcPr>
            <w:tcW w:w="737" w:type="pct"/>
            <w:vAlign w:val="center"/>
          </w:tcPr>
          <w:p w14:paraId="5372923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1.344949</w:t>
            </w:r>
          </w:p>
        </w:tc>
      </w:tr>
      <w:tr w:rsidR="00497B11" w:rsidRPr="00293828" w14:paraId="71AF31F5" w14:textId="77777777" w:rsidTr="009D45BD">
        <w:tc>
          <w:tcPr>
            <w:tcW w:w="253" w:type="pct"/>
            <w:vAlign w:val="center"/>
          </w:tcPr>
          <w:p w14:paraId="12C0916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0096B8D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-5.727960</w:t>
            </w:r>
          </w:p>
        </w:tc>
        <w:tc>
          <w:tcPr>
            <w:tcW w:w="737" w:type="pct"/>
            <w:vAlign w:val="center"/>
          </w:tcPr>
          <w:p w14:paraId="313CFDB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0.831224</w:t>
            </w:r>
          </w:p>
        </w:tc>
        <w:tc>
          <w:tcPr>
            <w:tcW w:w="737" w:type="pct"/>
            <w:vAlign w:val="center"/>
          </w:tcPr>
          <w:p w14:paraId="0BDD725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-1.613525</w:t>
            </w:r>
          </w:p>
        </w:tc>
        <w:tc>
          <w:tcPr>
            <w:tcW w:w="253" w:type="pct"/>
            <w:vAlign w:val="center"/>
          </w:tcPr>
          <w:p w14:paraId="4978C01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86F4A2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-2.590288</w:t>
            </w:r>
          </w:p>
        </w:tc>
        <w:tc>
          <w:tcPr>
            <w:tcW w:w="737" w:type="pct"/>
            <w:vAlign w:val="center"/>
          </w:tcPr>
          <w:p w14:paraId="207C971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0.549155</w:t>
            </w:r>
          </w:p>
        </w:tc>
        <w:tc>
          <w:tcPr>
            <w:tcW w:w="737" w:type="pct"/>
            <w:vAlign w:val="center"/>
          </w:tcPr>
          <w:p w14:paraId="66BCBD1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2.110316</w:t>
            </w:r>
          </w:p>
        </w:tc>
      </w:tr>
      <w:tr w:rsidR="00497B11" w:rsidRPr="00293828" w14:paraId="07283093" w14:textId="77777777" w:rsidTr="009D45BD">
        <w:tc>
          <w:tcPr>
            <w:tcW w:w="253" w:type="pct"/>
            <w:vAlign w:val="center"/>
          </w:tcPr>
          <w:p w14:paraId="691C87F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0698708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4.553558</w:t>
            </w:r>
          </w:p>
        </w:tc>
        <w:tc>
          <w:tcPr>
            <w:tcW w:w="737" w:type="pct"/>
            <w:vAlign w:val="center"/>
          </w:tcPr>
          <w:p w14:paraId="212209E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0.576543</w:t>
            </w:r>
          </w:p>
        </w:tc>
        <w:tc>
          <w:tcPr>
            <w:tcW w:w="737" w:type="pct"/>
            <w:vAlign w:val="center"/>
          </w:tcPr>
          <w:p w14:paraId="31E24CA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1.286981</w:t>
            </w:r>
          </w:p>
        </w:tc>
        <w:tc>
          <w:tcPr>
            <w:tcW w:w="253" w:type="pct"/>
            <w:vAlign w:val="center"/>
          </w:tcPr>
          <w:p w14:paraId="51A3F19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19792EC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-1.245748</w:t>
            </w:r>
          </w:p>
        </w:tc>
        <w:tc>
          <w:tcPr>
            <w:tcW w:w="737" w:type="pct"/>
            <w:vAlign w:val="center"/>
          </w:tcPr>
          <w:p w14:paraId="5903CC0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0.946646</w:t>
            </w:r>
          </w:p>
        </w:tc>
        <w:tc>
          <w:tcPr>
            <w:tcW w:w="737" w:type="pct"/>
            <w:vAlign w:val="center"/>
          </w:tcPr>
          <w:p w14:paraId="01B7E71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1.049197</w:t>
            </w:r>
          </w:p>
        </w:tc>
      </w:tr>
      <w:tr w:rsidR="00497B11" w:rsidRPr="00293828" w14:paraId="72DC60CE" w14:textId="77777777" w:rsidTr="009D45BD">
        <w:tc>
          <w:tcPr>
            <w:tcW w:w="253" w:type="pct"/>
            <w:vAlign w:val="center"/>
          </w:tcPr>
          <w:p w14:paraId="2BDC302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392F195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5.825838</w:t>
            </w:r>
          </w:p>
        </w:tc>
        <w:tc>
          <w:tcPr>
            <w:tcW w:w="737" w:type="pct"/>
            <w:vAlign w:val="center"/>
          </w:tcPr>
          <w:p w14:paraId="5EEC653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1.090810</w:t>
            </w:r>
          </w:p>
        </w:tc>
        <w:tc>
          <w:tcPr>
            <w:tcW w:w="737" w:type="pct"/>
            <w:vAlign w:val="center"/>
          </w:tcPr>
          <w:p w14:paraId="2DF3536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1.933691</w:t>
            </w:r>
          </w:p>
        </w:tc>
        <w:tc>
          <w:tcPr>
            <w:tcW w:w="253" w:type="pct"/>
            <w:vAlign w:val="center"/>
          </w:tcPr>
          <w:p w14:paraId="6AD39C9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532C191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-7.190478</w:t>
            </w:r>
          </w:p>
        </w:tc>
        <w:tc>
          <w:tcPr>
            <w:tcW w:w="737" w:type="pct"/>
            <w:vAlign w:val="center"/>
          </w:tcPr>
          <w:p w14:paraId="5DCB4A1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1.549706</w:t>
            </w:r>
          </w:p>
        </w:tc>
        <w:tc>
          <w:tcPr>
            <w:tcW w:w="737" w:type="pct"/>
            <w:vAlign w:val="center"/>
          </w:tcPr>
          <w:p w14:paraId="5AE734A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2.496378</w:t>
            </w:r>
          </w:p>
        </w:tc>
      </w:tr>
      <w:tr w:rsidR="00497B11" w:rsidRPr="00293828" w14:paraId="470125AC" w14:textId="77777777" w:rsidTr="009D45BD">
        <w:tc>
          <w:tcPr>
            <w:tcW w:w="253" w:type="pct"/>
            <w:vAlign w:val="center"/>
          </w:tcPr>
          <w:p w14:paraId="0B7AB32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7D36A8D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6.891073</w:t>
            </w:r>
          </w:p>
        </w:tc>
        <w:tc>
          <w:tcPr>
            <w:tcW w:w="737" w:type="pct"/>
            <w:vAlign w:val="center"/>
          </w:tcPr>
          <w:p w14:paraId="34F9291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1.307065</w:t>
            </w:r>
          </w:p>
        </w:tc>
        <w:tc>
          <w:tcPr>
            <w:tcW w:w="737" w:type="pct"/>
            <w:vAlign w:val="center"/>
          </w:tcPr>
          <w:p w14:paraId="55AAF6B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0.864796</w:t>
            </w:r>
          </w:p>
        </w:tc>
        <w:tc>
          <w:tcPr>
            <w:tcW w:w="253" w:type="pct"/>
            <w:vAlign w:val="center"/>
          </w:tcPr>
          <w:p w14:paraId="1AC747E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6A1F6EE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-8.328065</w:t>
            </w:r>
          </w:p>
        </w:tc>
        <w:tc>
          <w:tcPr>
            <w:tcW w:w="737" w:type="pct"/>
            <w:vAlign w:val="center"/>
          </w:tcPr>
          <w:p w14:paraId="52EF181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2.723336</w:t>
            </w:r>
          </w:p>
        </w:tc>
        <w:tc>
          <w:tcPr>
            <w:tcW w:w="737" w:type="pct"/>
            <w:vAlign w:val="center"/>
          </w:tcPr>
          <w:p w14:paraId="397B373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1.845172</w:t>
            </w:r>
          </w:p>
        </w:tc>
      </w:tr>
      <w:tr w:rsidR="00497B11" w:rsidRPr="00293828" w14:paraId="7FF3377A" w14:textId="77777777" w:rsidTr="009D45BD">
        <w:tc>
          <w:tcPr>
            <w:tcW w:w="253" w:type="pct"/>
            <w:vAlign w:val="center"/>
          </w:tcPr>
          <w:p w14:paraId="120F0D4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667D35C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7.276240</w:t>
            </w:r>
          </w:p>
        </w:tc>
        <w:tc>
          <w:tcPr>
            <w:tcW w:w="737" w:type="pct"/>
            <w:vAlign w:val="center"/>
          </w:tcPr>
          <w:p w14:paraId="6C8617F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0.002919</w:t>
            </w:r>
          </w:p>
        </w:tc>
        <w:tc>
          <w:tcPr>
            <w:tcW w:w="737" w:type="pct"/>
            <w:vAlign w:val="center"/>
          </w:tcPr>
          <w:p w14:paraId="6F517F4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0.136687</w:t>
            </w:r>
          </w:p>
        </w:tc>
        <w:tc>
          <w:tcPr>
            <w:tcW w:w="253" w:type="pct"/>
            <w:vAlign w:val="center"/>
          </w:tcPr>
          <w:p w14:paraId="248C6AB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9E595B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-4.369736</w:t>
            </w:r>
          </w:p>
        </w:tc>
        <w:tc>
          <w:tcPr>
            <w:tcW w:w="737" w:type="pct"/>
            <w:vAlign w:val="center"/>
          </w:tcPr>
          <w:p w14:paraId="37AD54A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-0.623102</w:t>
            </w:r>
          </w:p>
        </w:tc>
        <w:tc>
          <w:tcPr>
            <w:tcW w:w="737" w:type="pct"/>
            <w:vAlign w:val="center"/>
          </w:tcPr>
          <w:p w14:paraId="0F95C6A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2.246925</w:t>
            </w:r>
          </w:p>
        </w:tc>
      </w:tr>
      <w:tr w:rsidR="00497B11" w:rsidRPr="00293828" w14:paraId="0E57CCF2" w14:textId="77777777" w:rsidTr="009D45BD">
        <w:tc>
          <w:tcPr>
            <w:tcW w:w="253" w:type="pct"/>
            <w:vAlign w:val="center"/>
          </w:tcPr>
          <w:p w14:paraId="30A44DB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2A462BD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5.999223</w:t>
            </w:r>
          </w:p>
        </w:tc>
        <w:tc>
          <w:tcPr>
            <w:tcW w:w="737" w:type="pct"/>
            <w:vAlign w:val="center"/>
          </w:tcPr>
          <w:p w14:paraId="610CA01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-0.641627</w:t>
            </w:r>
          </w:p>
        </w:tc>
        <w:tc>
          <w:tcPr>
            <w:tcW w:w="737" w:type="pct"/>
            <w:vAlign w:val="center"/>
          </w:tcPr>
          <w:p w14:paraId="3C6642A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-0.493760</w:t>
            </w:r>
          </w:p>
        </w:tc>
        <w:tc>
          <w:tcPr>
            <w:tcW w:w="253" w:type="pct"/>
            <w:vAlign w:val="center"/>
          </w:tcPr>
          <w:p w14:paraId="3A19137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6F0D42B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-6.011031</w:t>
            </w:r>
          </w:p>
        </w:tc>
        <w:tc>
          <w:tcPr>
            <w:tcW w:w="737" w:type="pct"/>
            <w:vAlign w:val="center"/>
          </w:tcPr>
          <w:p w14:paraId="6AC4D83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3.591350</w:t>
            </w:r>
          </w:p>
        </w:tc>
        <w:tc>
          <w:tcPr>
            <w:tcW w:w="737" w:type="pct"/>
            <w:vAlign w:val="center"/>
          </w:tcPr>
          <w:p w14:paraId="1CA8AF3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1.598510</w:t>
            </w:r>
          </w:p>
        </w:tc>
      </w:tr>
      <w:tr w:rsidR="00497B11" w:rsidRPr="00293828" w14:paraId="36D71E01" w14:textId="77777777" w:rsidTr="009D45BD">
        <w:tc>
          <w:tcPr>
            <w:tcW w:w="253" w:type="pct"/>
            <w:vAlign w:val="center"/>
          </w:tcPr>
          <w:p w14:paraId="595E173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09AD4E6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6.169454</w:t>
            </w:r>
          </w:p>
        </w:tc>
        <w:tc>
          <w:tcPr>
            <w:tcW w:w="737" w:type="pct"/>
            <w:vAlign w:val="center"/>
          </w:tcPr>
          <w:p w14:paraId="58A5B2D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-2.135543</w:t>
            </w:r>
          </w:p>
        </w:tc>
        <w:tc>
          <w:tcPr>
            <w:tcW w:w="737" w:type="pct"/>
            <w:vAlign w:val="center"/>
          </w:tcPr>
          <w:p w14:paraId="67C9B6E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-0.769679</w:t>
            </w:r>
          </w:p>
        </w:tc>
        <w:tc>
          <w:tcPr>
            <w:tcW w:w="253" w:type="pct"/>
            <w:vAlign w:val="center"/>
          </w:tcPr>
          <w:p w14:paraId="407A472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2E08ACD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-6.657092</w:t>
            </w:r>
          </w:p>
        </w:tc>
        <w:tc>
          <w:tcPr>
            <w:tcW w:w="737" w:type="pct"/>
            <w:vAlign w:val="center"/>
          </w:tcPr>
          <w:p w14:paraId="1DDA74E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3.264096</w:t>
            </w:r>
          </w:p>
        </w:tc>
        <w:tc>
          <w:tcPr>
            <w:tcW w:w="737" w:type="pct"/>
            <w:vAlign w:val="center"/>
          </w:tcPr>
          <w:p w14:paraId="60C313B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-0.001388</w:t>
            </w:r>
          </w:p>
        </w:tc>
      </w:tr>
      <w:tr w:rsidR="00497B11" w:rsidRPr="00293828" w14:paraId="4EA7F041" w14:textId="77777777" w:rsidTr="009D45BD">
        <w:tc>
          <w:tcPr>
            <w:tcW w:w="253" w:type="pct"/>
            <w:vAlign w:val="center"/>
          </w:tcPr>
          <w:p w14:paraId="75A6E8B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1F3BE62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2.426265</w:t>
            </w:r>
          </w:p>
        </w:tc>
        <w:tc>
          <w:tcPr>
            <w:tcW w:w="737" w:type="pct"/>
            <w:vAlign w:val="center"/>
          </w:tcPr>
          <w:p w14:paraId="57F9BFF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-0.260197</w:t>
            </w:r>
          </w:p>
        </w:tc>
        <w:tc>
          <w:tcPr>
            <w:tcW w:w="737" w:type="pct"/>
            <w:vAlign w:val="center"/>
          </w:tcPr>
          <w:p w14:paraId="2347018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1.987751</w:t>
            </w:r>
          </w:p>
        </w:tc>
        <w:tc>
          <w:tcPr>
            <w:tcW w:w="253" w:type="pct"/>
            <w:vAlign w:val="center"/>
          </w:tcPr>
          <w:p w14:paraId="7611C5B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22DA25F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3.632649</w:t>
            </w:r>
          </w:p>
        </w:tc>
        <w:tc>
          <w:tcPr>
            <w:tcW w:w="737" w:type="pct"/>
            <w:vAlign w:val="center"/>
          </w:tcPr>
          <w:p w14:paraId="25EF489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1.123559</w:t>
            </w:r>
          </w:p>
        </w:tc>
        <w:tc>
          <w:tcPr>
            <w:tcW w:w="737" w:type="pct"/>
            <w:vAlign w:val="center"/>
          </w:tcPr>
          <w:p w14:paraId="67C0130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-1.506915</w:t>
            </w:r>
          </w:p>
        </w:tc>
      </w:tr>
      <w:tr w:rsidR="00497B11" w:rsidRPr="00293828" w14:paraId="11437B13" w14:textId="77777777" w:rsidTr="009D45BD">
        <w:tc>
          <w:tcPr>
            <w:tcW w:w="253" w:type="pct"/>
            <w:vAlign w:val="center"/>
          </w:tcPr>
          <w:p w14:paraId="1BB8C43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lastRenderedPageBreak/>
              <w:t>C</w:t>
            </w:r>
          </w:p>
        </w:tc>
        <w:tc>
          <w:tcPr>
            <w:tcW w:w="737" w:type="pct"/>
            <w:vAlign w:val="center"/>
          </w:tcPr>
          <w:p w14:paraId="1A4CE46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2.162225</w:t>
            </w:r>
          </w:p>
        </w:tc>
        <w:tc>
          <w:tcPr>
            <w:tcW w:w="737" w:type="pct"/>
            <w:vAlign w:val="center"/>
          </w:tcPr>
          <w:p w14:paraId="12E201A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-0.437912</w:t>
            </w:r>
          </w:p>
        </w:tc>
        <w:tc>
          <w:tcPr>
            <w:tcW w:w="737" w:type="pct"/>
            <w:vAlign w:val="center"/>
          </w:tcPr>
          <w:p w14:paraId="0366482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0.503300</w:t>
            </w:r>
          </w:p>
        </w:tc>
        <w:tc>
          <w:tcPr>
            <w:tcW w:w="253" w:type="pct"/>
            <w:vAlign w:val="center"/>
          </w:tcPr>
          <w:p w14:paraId="05EAA38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15908E6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7.203460</w:t>
            </w:r>
          </w:p>
        </w:tc>
        <w:tc>
          <w:tcPr>
            <w:tcW w:w="737" w:type="pct"/>
            <w:vAlign w:val="center"/>
          </w:tcPr>
          <w:p w14:paraId="65B47BE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-2.444983</w:t>
            </w:r>
          </w:p>
        </w:tc>
        <w:tc>
          <w:tcPr>
            <w:tcW w:w="737" w:type="pct"/>
            <w:vAlign w:val="center"/>
          </w:tcPr>
          <w:p w14:paraId="58034A3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-0.958527</w:t>
            </w:r>
          </w:p>
        </w:tc>
      </w:tr>
      <w:tr w:rsidR="00497B11" w:rsidRPr="00293828" w14:paraId="384AA414" w14:textId="77777777" w:rsidTr="009D45BD">
        <w:tc>
          <w:tcPr>
            <w:tcW w:w="253" w:type="pct"/>
            <w:vAlign w:val="center"/>
          </w:tcPr>
          <w:p w14:paraId="64D53FD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6400422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3.397667</w:t>
            </w:r>
          </w:p>
        </w:tc>
        <w:tc>
          <w:tcPr>
            <w:tcW w:w="737" w:type="pct"/>
            <w:vAlign w:val="center"/>
          </w:tcPr>
          <w:p w14:paraId="78F69A7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-0.756102</w:t>
            </w:r>
          </w:p>
        </w:tc>
        <w:tc>
          <w:tcPr>
            <w:tcW w:w="737" w:type="pct"/>
            <w:vAlign w:val="center"/>
          </w:tcPr>
          <w:p w14:paraId="2790F8A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-0.439896</w:t>
            </w:r>
          </w:p>
        </w:tc>
        <w:tc>
          <w:tcPr>
            <w:tcW w:w="253" w:type="pct"/>
            <w:vAlign w:val="center"/>
          </w:tcPr>
          <w:p w14:paraId="7FA04A0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4344D83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-0.866596</w:t>
            </w:r>
          </w:p>
        </w:tc>
        <w:tc>
          <w:tcPr>
            <w:tcW w:w="737" w:type="pct"/>
            <w:vAlign w:val="center"/>
          </w:tcPr>
          <w:p w14:paraId="4326AE2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-1.438303</w:t>
            </w:r>
          </w:p>
        </w:tc>
        <w:tc>
          <w:tcPr>
            <w:tcW w:w="737" w:type="pct"/>
            <w:vAlign w:val="center"/>
          </w:tcPr>
          <w:p w14:paraId="3DF3427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1.767568</w:t>
            </w:r>
          </w:p>
        </w:tc>
      </w:tr>
      <w:tr w:rsidR="00497B11" w:rsidRPr="00293828" w14:paraId="371742CB" w14:textId="77777777" w:rsidTr="009D45BD">
        <w:tc>
          <w:tcPr>
            <w:tcW w:w="253" w:type="pct"/>
            <w:vAlign w:val="center"/>
          </w:tcPr>
          <w:p w14:paraId="228577F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755843B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4.713700</w:t>
            </w:r>
          </w:p>
        </w:tc>
        <w:tc>
          <w:tcPr>
            <w:tcW w:w="737" w:type="pct"/>
            <w:vAlign w:val="center"/>
          </w:tcPr>
          <w:p w14:paraId="562B203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-0.650290</w:t>
            </w:r>
          </w:p>
        </w:tc>
        <w:tc>
          <w:tcPr>
            <w:tcW w:w="737" w:type="pct"/>
            <w:vAlign w:val="center"/>
          </w:tcPr>
          <w:p w14:paraId="4F7FE2A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0.386174</w:t>
            </w:r>
          </w:p>
        </w:tc>
        <w:tc>
          <w:tcPr>
            <w:tcW w:w="253" w:type="pct"/>
            <w:vAlign w:val="center"/>
          </w:tcPr>
          <w:p w14:paraId="7827FAF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0D4843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-4.808408</w:t>
            </w:r>
          </w:p>
        </w:tc>
        <w:tc>
          <w:tcPr>
            <w:tcW w:w="737" w:type="pct"/>
            <w:vAlign w:val="center"/>
          </w:tcPr>
          <w:p w14:paraId="63E116C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1.530501</w:t>
            </w:r>
          </w:p>
        </w:tc>
        <w:tc>
          <w:tcPr>
            <w:tcW w:w="737" w:type="pct"/>
            <w:vAlign w:val="center"/>
          </w:tcPr>
          <w:p w14:paraId="4D32F61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1.667823</w:t>
            </w:r>
          </w:p>
        </w:tc>
      </w:tr>
      <w:tr w:rsidR="00497B11" w:rsidRPr="00293828" w14:paraId="731E7F6D" w14:textId="77777777" w:rsidTr="009D45BD">
        <w:tc>
          <w:tcPr>
            <w:tcW w:w="253" w:type="pct"/>
            <w:vAlign w:val="center"/>
          </w:tcPr>
          <w:p w14:paraId="126A444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11CB470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3.321164</w:t>
            </w:r>
          </w:p>
        </w:tc>
        <w:tc>
          <w:tcPr>
            <w:tcW w:w="737" w:type="pct"/>
            <w:vAlign w:val="center"/>
          </w:tcPr>
          <w:p w14:paraId="3E7046C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0.092841</w:t>
            </w:r>
          </w:p>
        </w:tc>
        <w:tc>
          <w:tcPr>
            <w:tcW w:w="737" w:type="pct"/>
            <w:vAlign w:val="center"/>
          </w:tcPr>
          <w:p w14:paraId="7457664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-1.718040</w:t>
            </w:r>
          </w:p>
        </w:tc>
        <w:tc>
          <w:tcPr>
            <w:tcW w:w="253" w:type="pct"/>
            <w:vAlign w:val="center"/>
          </w:tcPr>
          <w:p w14:paraId="57FC926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0F89722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-0.304249</w:t>
            </w:r>
          </w:p>
        </w:tc>
        <w:tc>
          <w:tcPr>
            <w:tcW w:w="737" w:type="pct"/>
            <w:vAlign w:val="center"/>
          </w:tcPr>
          <w:p w14:paraId="26EC275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-1.914793</w:t>
            </w:r>
          </w:p>
        </w:tc>
        <w:tc>
          <w:tcPr>
            <w:tcW w:w="737" w:type="pct"/>
            <w:vAlign w:val="center"/>
          </w:tcPr>
          <w:p w14:paraId="4CAF10A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-2.858973</w:t>
            </w:r>
          </w:p>
        </w:tc>
      </w:tr>
      <w:tr w:rsidR="00497B11" w:rsidRPr="00293828" w14:paraId="5BC0D926" w14:textId="77777777" w:rsidTr="009D45BD">
        <w:tc>
          <w:tcPr>
            <w:tcW w:w="253" w:type="pct"/>
            <w:vAlign w:val="center"/>
          </w:tcPr>
          <w:p w14:paraId="740B719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76122EA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1.910636</w:t>
            </w:r>
          </w:p>
        </w:tc>
        <w:tc>
          <w:tcPr>
            <w:tcW w:w="737" w:type="pct"/>
            <w:vAlign w:val="center"/>
          </w:tcPr>
          <w:p w14:paraId="3293E94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0.085612</w:t>
            </w:r>
          </w:p>
        </w:tc>
        <w:tc>
          <w:tcPr>
            <w:tcW w:w="737" w:type="pct"/>
            <w:vAlign w:val="center"/>
          </w:tcPr>
          <w:p w14:paraId="6F68F5F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-2.350684</w:t>
            </w:r>
          </w:p>
        </w:tc>
        <w:tc>
          <w:tcPr>
            <w:tcW w:w="253" w:type="pct"/>
            <w:vAlign w:val="center"/>
          </w:tcPr>
          <w:p w14:paraId="28B13F9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2E1D16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0.786714</w:t>
            </w:r>
          </w:p>
        </w:tc>
        <w:tc>
          <w:tcPr>
            <w:tcW w:w="737" w:type="pct"/>
            <w:vAlign w:val="center"/>
          </w:tcPr>
          <w:p w14:paraId="1C2A7FA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-3.045006</w:t>
            </w:r>
          </w:p>
        </w:tc>
        <w:tc>
          <w:tcPr>
            <w:tcW w:w="737" w:type="pct"/>
            <w:vAlign w:val="center"/>
          </w:tcPr>
          <w:p w14:paraId="25702ED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-1.994178</w:t>
            </w:r>
          </w:p>
        </w:tc>
      </w:tr>
      <w:tr w:rsidR="00497B11" w:rsidRPr="00293828" w14:paraId="02EA5CFE" w14:textId="77777777" w:rsidTr="009D45BD">
        <w:tc>
          <w:tcPr>
            <w:tcW w:w="253" w:type="pct"/>
            <w:vAlign w:val="center"/>
          </w:tcPr>
          <w:p w14:paraId="10575CC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028DF25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0.760911</w:t>
            </w:r>
          </w:p>
        </w:tc>
        <w:tc>
          <w:tcPr>
            <w:tcW w:w="737" w:type="pct"/>
            <w:vAlign w:val="center"/>
          </w:tcPr>
          <w:p w14:paraId="1A96BD1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0.210018</w:t>
            </w:r>
          </w:p>
        </w:tc>
        <w:tc>
          <w:tcPr>
            <w:tcW w:w="737" w:type="pct"/>
            <w:vAlign w:val="center"/>
          </w:tcPr>
          <w:p w14:paraId="23E1BC4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-1.310600</w:t>
            </w:r>
          </w:p>
        </w:tc>
        <w:tc>
          <w:tcPr>
            <w:tcW w:w="253" w:type="pct"/>
            <w:vAlign w:val="center"/>
          </w:tcPr>
          <w:p w14:paraId="2600F03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0D0C7AE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4.130127</w:t>
            </w:r>
          </w:p>
        </w:tc>
        <w:tc>
          <w:tcPr>
            <w:tcW w:w="737" w:type="pct"/>
            <w:vAlign w:val="center"/>
          </w:tcPr>
          <w:p w14:paraId="32D47CC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1.393234</w:t>
            </w:r>
          </w:p>
        </w:tc>
        <w:tc>
          <w:tcPr>
            <w:tcW w:w="737" w:type="pct"/>
            <w:vAlign w:val="center"/>
          </w:tcPr>
          <w:p w14:paraId="1CC3143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0.694654</w:t>
            </w:r>
          </w:p>
        </w:tc>
      </w:tr>
      <w:tr w:rsidR="00497B11" w:rsidRPr="00293828" w14:paraId="48935AEB" w14:textId="77777777" w:rsidTr="009D45BD">
        <w:tc>
          <w:tcPr>
            <w:tcW w:w="253" w:type="pct"/>
            <w:vAlign w:val="center"/>
          </w:tcPr>
          <w:p w14:paraId="73FE30C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79A2E89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1.358981</w:t>
            </w:r>
          </w:p>
        </w:tc>
        <w:tc>
          <w:tcPr>
            <w:tcW w:w="737" w:type="pct"/>
            <w:vAlign w:val="center"/>
          </w:tcPr>
          <w:p w14:paraId="79C2AC2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0.780143</w:t>
            </w:r>
          </w:p>
        </w:tc>
        <w:tc>
          <w:tcPr>
            <w:tcW w:w="737" w:type="pct"/>
            <w:vAlign w:val="center"/>
          </w:tcPr>
          <w:p w14:paraId="3C53E56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-0.015054</w:t>
            </w:r>
          </w:p>
        </w:tc>
        <w:tc>
          <w:tcPr>
            <w:tcW w:w="253" w:type="pct"/>
            <w:vAlign w:val="center"/>
          </w:tcPr>
          <w:p w14:paraId="799597E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7AF09AA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-8.318910</w:t>
            </w:r>
          </w:p>
        </w:tc>
        <w:tc>
          <w:tcPr>
            <w:tcW w:w="737" w:type="pct"/>
            <w:vAlign w:val="center"/>
          </w:tcPr>
          <w:p w14:paraId="7B6A0C0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-0.988792</w:t>
            </w:r>
          </w:p>
        </w:tc>
        <w:tc>
          <w:tcPr>
            <w:tcW w:w="737" w:type="pct"/>
            <w:vAlign w:val="center"/>
          </w:tcPr>
          <w:p w14:paraId="2E5D33A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-1.218657</w:t>
            </w:r>
          </w:p>
        </w:tc>
      </w:tr>
      <w:tr w:rsidR="00497B11" w:rsidRPr="00293828" w14:paraId="2164DF49" w14:textId="77777777" w:rsidTr="009D45BD">
        <w:tc>
          <w:tcPr>
            <w:tcW w:w="253" w:type="pct"/>
            <w:vAlign w:val="center"/>
          </w:tcPr>
          <w:p w14:paraId="5813CDA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0AC44E5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1.193052</w:t>
            </w:r>
          </w:p>
        </w:tc>
        <w:tc>
          <w:tcPr>
            <w:tcW w:w="737" w:type="pct"/>
            <w:vAlign w:val="center"/>
          </w:tcPr>
          <w:p w14:paraId="27FD2F1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-1.597993</w:t>
            </w:r>
          </w:p>
        </w:tc>
        <w:tc>
          <w:tcPr>
            <w:tcW w:w="737" w:type="pct"/>
            <w:vAlign w:val="center"/>
          </w:tcPr>
          <w:p w14:paraId="3703C7D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0.236936</w:t>
            </w:r>
          </w:p>
        </w:tc>
        <w:tc>
          <w:tcPr>
            <w:tcW w:w="253" w:type="pct"/>
            <w:vAlign w:val="center"/>
          </w:tcPr>
          <w:p w14:paraId="2716581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1F3DA9F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-1.004548</w:t>
            </w:r>
          </w:p>
        </w:tc>
        <w:tc>
          <w:tcPr>
            <w:tcW w:w="737" w:type="pct"/>
            <w:vAlign w:val="center"/>
          </w:tcPr>
          <w:p w14:paraId="1BAF4DF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-3.538438</w:t>
            </w:r>
          </w:p>
        </w:tc>
        <w:tc>
          <w:tcPr>
            <w:tcW w:w="737" w:type="pct"/>
            <w:vAlign w:val="center"/>
          </w:tcPr>
          <w:p w14:paraId="2F4FBF2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-0.349356</w:t>
            </w:r>
          </w:p>
        </w:tc>
      </w:tr>
      <w:tr w:rsidR="00497B11" w:rsidRPr="00293828" w14:paraId="2CED15C9" w14:textId="77777777" w:rsidTr="009D45BD">
        <w:tc>
          <w:tcPr>
            <w:tcW w:w="253" w:type="pct"/>
            <w:vAlign w:val="center"/>
          </w:tcPr>
          <w:p w14:paraId="35D6BC2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09FBF1D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0.227498</w:t>
            </w:r>
          </w:p>
        </w:tc>
        <w:tc>
          <w:tcPr>
            <w:tcW w:w="737" w:type="pct"/>
            <w:vAlign w:val="center"/>
          </w:tcPr>
          <w:p w14:paraId="2179934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-1.171983</w:t>
            </w:r>
          </w:p>
        </w:tc>
        <w:tc>
          <w:tcPr>
            <w:tcW w:w="737" w:type="pct"/>
            <w:vAlign w:val="center"/>
          </w:tcPr>
          <w:p w14:paraId="50130FC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-0.868104</w:t>
            </w:r>
          </w:p>
        </w:tc>
        <w:tc>
          <w:tcPr>
            <w:tcW w:w="253" w:type="pct"/>
            <w:vAlign w:val="center"/>
          </w:tcPr>
          <w:p w14:paraId="06507BF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58AF86B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-2.145892</w:t>
            </w:r>
          </w:p>
        </w:tc>
        <w:tc>
          <w:tcPr>
            <w:tcW w:w="737" w:type="pct"/>
            <w:vAlign w:val="center"/>
          </w:tcPr>
          <w:p w14:paraId="60CF32B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-3.037660</w:t>
            </w:r>
          </w:p>
        </w:tc>
        <w:tc>
          <w:tcPr>
            <w:tcW w:w="737" w:type="pct"/>
            <w:vAlign w:val="center"/>
          </w:tcPr>
          <w:p w14:paraId="07D90DA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-1.638823</w:t>
            </w:r>
          </w:p>
        </w:tc>
      </w:tr>
      <w:tr w:rsidR="00497B11" w:rsidRPr="00293828" w14:paraId="1DF74D75" w14:textId="77777777" w:rsidTr="009D45BD">
        <w:tc>
          <w:tcPr>
            <w:tcW w:w="253" w:type="pct"/>
            <w:vAlign w:val="center"/>
          </w:tcPr>
          <w:p w14:paraId="1E69854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5129E22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-0.021325</w:t>
            </w:r>
          </w:p>
        </w:tc>
        <w:tc>
          <w:tcPr>
            <w:tcW w:w="737" w:type="pct"/>
            <w:vAlign w:val="center"/>
          </w:tcPr>
          <w:p w14:paraId="4ED606A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-2.317270</w:t>
            </w:r>
          </w:p>
        </w:tc>
        <w:tc>
          <w:tcPr>
            <w:tcW w:w="737" w:type="pct"/>
            <w:vAlign w:val="center"/>
          </w:tcPr>
          <w:p w14:paraId="03CAF52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-1.884398</w:t>
            </w:r>
          </w:p>
        </w:tc>
        <w:tc>
          <w:tcPr>
            <w:tcW w:w="253" w:type="pct"/>
            <w:vAlign w:val="center"/>
          </w:tcPr>
          <w:p w14:paraId="1C2B14D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BCB166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8.445602</w:t>
            </w:r>
          </w:p>
        </w:tc>
        <w:tc>
          <w:tcPr>
            <w:tcW w:w="737" w:type="pct"/>
            <w:vAlign w:val="center"/>
          </w:tcPr>
          <w:p w14:paraId="7927644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-1.772104</w:t>
            </w:r>
          </w:p>
        </w:tc>
        <w:tc>
          <w:tcPr>
            <w:tcW w:w="737" w:type="pct"/>
            <w:vAlign w:val="center"/>
          </w:tcPr>
          <w:p w14:paraId="773DEE9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0.667919</w:t>
            </w:r>
          </w:p>
        </w:tc>
      </w:tr>
      <w:tr w:rsidR="00497B11" w:rsidRPr="00293828" w14:paraId="7C4EF4AE" w14:textId="77777777" w:rsidTr="009D45BD">
        <w:tc>
          <w:tcPr>
            <w:tcW w:w="253" w:type="pct"/>
            <w:vAlign w:val="center"/>
          </w:tcPr>
          <w:p w14:paraId="33634E4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03BFE72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8.262907</w:t>
            </w:r>
          </w:p>
        </w:tc>
        <w:tc>
          <w:tcPr>
            <w:tcW w:w="737" w:type="pct"/>
            <w:vAlign w:val="center"/>
          </w:tcPr>
          <w:p w14:paraId="741343F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0.323437</w:t>
            </w:r>
          </w:p>
        </w:tc>
        <w:tc>
          <w:tcPr>
            <w:tcW w:w="737" w:type="pct"/>
            <w:vAlign w:val="center"/>
          </w:tcPr>
          <w:p w14:paraId="2224410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-1.001656</w:t>
            </w:r>
          </w:p>
        </w:tc>
        <w:tc>
          <w:tcPr>
            <w:tcW w:w="253" w:type="pct"/>
            <w:vAlign w:val="center"/>
          </w:tcPr>
          <w:p w14:paraId="63DFE77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1FC06B7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8.848633</w:t>
            </w:r>
          </w:p>
        </w:tc>
        <w:tc>
          <w:tcPr>
            <w:tcW w:w="737" w:type="pct"/>
            <w:vAlign w:val="center"/>
          </w:tcPr>
          <w:p w14:paraId="33E8ACB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-0.328434</w:t>
            </w:r>
          </w:p>
        </w:tc>
        <w:tc>
          <w:tcPr>
            <w:tcW w:w="737" w:type="pct"/>
            <w:vAlign w:val="center"/>
          </w:tcPr>
          <w:p w14:paraId="0037EB6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1.595164</w:t>
            </w:r>
          </w:p>
        </w:tc>
      </w:tr>
      <w:tr w:rsidR="00497B11" w:rsidRPr="00293828" w14:paraId="595CD336" w14:textId="77777777" w:rsidTr="009D45BD">
        <w:tc>
          <w:tcPr>
            <w:tcW w:w="253" w:type="pct"/>
            <w:vAlign w:val="center"/>
          </w:tcPr>
          <w:p w14:paraId="7C0DB9B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359B598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8.018389</w:t>
            </w:r>
          </w:p>
        </w:tc>
        <w:tc>
          <w:tcPr>
            <w:tcW w:w="737" w:type="pct"/>
            <w:vAlign w:val="center"/>
          </w:tcPr>
          <w:p w14:paraId="23C78AF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-0.892405</w:t>
            </w:r>
          </w:p>
        </w:tc>
        <w:tc>
          <w:tcPr>
            <w:tcW w:w="737" w:type="pct"/>
            <w:vAlign w:val="center"/>
          </w:tcPr>
          <w:p w14:paraId="392AA1D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1.154895</w:t>
            </w:r>
          </w:p>
        </w:tc>
        <w:tc>
          <w:tcPr>
            <w:tcW w:w="253" w:type="pct"/>
            <w:vAlign w:val="center"/>
          </w:tcPr>
          <w:p w14:paraId="338F578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1D1C8B4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7.386640</w:t>
            </w:r>
          </w:p>
        </w:tc>
        <w:tc>
          <w:tcPr>
            <w:tcW w:w="737" w:type="pct"/>
            <w:vAlign w:val="center"/>
          </w:tcPr>
          <w:p w14:paraId="6B185BC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-1.249728</w:t>
            </w:r>
          </w:p>
        </w:tc>
        <w:tc>
          <w:tcPr>
            <w:tcW w:w="737" w:type="pct"/>
            <w:vAlign w:val="center"/>
          </w:tcPr>
          <w:p w14:paraId="2086404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1.968521</w:t>
            </w:r>
          </w:p>
        </w:tc>
      </w:tr>
      <w:tr w:rsidR="00497B11" w:rsidRPr="00293828" w14:paraId="29BB25B3" w14:textId="77777777" w:rsidTr="009D45BD">
        <w:tc>
          <w:tcPr>
            <w:tcW w:w="253" w:type="pct"/>
            <w:vAlign w:val="center"/>
          </w:tcPr>
          <w:p w14:paraId="591F9C4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2CBB2B9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4.890954</w:t>
            </w:r>
          </w:p>
        </w:tc>
        <w:tc>
          <w:tcPr>
            <w:tcW w:w="737" w:type="pct"/>
            <w:vAlign w:val="center"/>
          </w:tcPr>
          <w:p w14:paraId="2383BA2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-1.964985</w:t>
            </w:r>
          </w:p>
        </w:tc>
        <w:tc>
          <w:tcPr>
            <w:tcW w:w="737" w:type="pct"/>
            <w:vAlign w:val="center"/>
          </w:tcPr>
          <w:p w14:paraId="0F89983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1.185866</w:t>
            </w:r>
          </w:p>
        </w:tc>
        <w:tc>
          <w:tcPr>
            <w:tcW w:w="253" w:type="pct"/>
            <w:vAlign w:val="center"/>
          </w:tcPr>
          <w:p w14:paraId="2CA1C10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5477598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-0.038547</w:t>
            </w:r>
          </w:p>
        </w:tc>
        <w:tc>
          <w:tcPr>
            <w:tcW w:w="737" w:type="pct"/>
            <w:vAlign w:val="center"/>
          </w:tcPr>
          <w:p w14:paraId="01B3438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0.839232</w:t>
            </w:r>
          </w:p>
        </w:tc>
        <w:tc>
          <w:tcPr>
            <w:tcW w:w="737" w:type="pct"/>
            <w:vAlign w:val="center"/>
          </w:tcPr>
          <w:p w14:paraId="55333D1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-1.705424</w:t>
            </w:r>
          </w:p>
        </w:tc>
      </w:tr>
      <w:tr w:rsidR="00497B11" w:rsidRPr="00293828" w14:paraId="06591D5C" w14:textId="77777777" w:rsidTr="009D45BD">
        <w:tc>
          <w:tcPr>
            <w:tcW w:w="253" w:type="pct"/>
            <w:vAlign w:val="center"/>
          </w:tcPr>
          <w:p w14:paraId="0BA2110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6375156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7.059601</w:t>
            </w:r>
          </w:p>
        </w:tc>
        <w:tc>
          <w:tcPr>
            <w:tcW w:w="737" w:type="pct"/>
            <w:vAlign w:val="center"/>
          </w:tcPr>
          <w:p w14:paraId="1DC42AE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3.344332</w:t>
            </w:r>
          </w:p>
        </w:tc>
        <w:tc>
          <w:tcPr>
            <w:tcW w:w="737" w:type="pct"/>
            <w:vAlign w:val="center"/>
          </w:tcPr>
          <w:p w14:paraId="09ADAE4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-0.414946</w:t>
            </w:r>
          </w:p>
        </w:tc>
        <w:tc>
          <w:tcPr>
            <w:tcW w:w="253" w:type="pct"/>
            <w:vAlign w:val="center"/>
          </w:tcPr>
          <w:p w14:paraId="670326D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7EF5F28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-4.806721</w:t>
            </w:r>
          </w:p>
        </w:tc>
        <w:tc>
          <w:tcPr>
            <w:tcW w:w="737" w:type="pct"/>
            <w:vAlign w:val="center"/>
          </w:tcPr>
          <w:p w14:paraId="3C65F88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0.657732</w:t>
            </w:r>
          </w:p>
        </w:tc>
        <w:tc>
          <w:tcPr>
            <w:tcW w:w="737" w:type="pct"/>
            <w:vAlign w:val="center"/>
          </w:tcPr>
          <w:p w14:paraId="2EFBA0E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-2.177697</w:t>
            </w:r>
          </w:p>
        </w:tc>
      </w:tr>
      <w:tr w:rsidR="00497B11" w:rsidRPr="00293828" w14:paraId="2A31A202" w14:textId="77777777" w:rsidTr="009D45BD">
        <w:tc>
          <w:tcPr>
            <w:tcW w:w="253" w:type="pct"/>
            <w:vAlign w:val="center"/>
          </w:tcPr>
          <w:p w14:paraId="23C7F89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4997713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6.316836</w:t>
            </w:r>
          </w:p>
        </w:tc>
        <w:tc>
          <w:tcPr>
            <w:tcW w:w="737" w:type="pct"/>
            <w:vAlign w:val="center"/>
          </w:tcPr>
          <w:p w14:paraId="51E05BE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4.185959</w:t>
            </w:r>
          </w:p>
        </w:tc>
        <w:tc>
          <w:tcPr>
            <w:tcW w:w="737" w:type="pct"/>
            <w:vAlign w:val="center"/>
          </w:tcPr>
          <w:p w14:paraId="2733450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-1.423060</w:t>
            </w:r>
          </w:p>
        </w:tc>
        <w:tc>
          <w:tcPr>
            <w:tcW w:w="253" w:type="pct"/>
            <w:vAlign w:val="center"/>
          </w:tcPr>
          <w:p w14:paraId="74EAE9C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7317CD9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-6.065951</w:t>
            </w:r>
          </w:p>
        </w:tc>
        <w:tc>
          <w:tcPr>
            <w:tcW w:w="737" w:type="pct"/>
            <w:vAlign w:val="center"/>
          </w:tcPr>
          <w:p w14:paraId="7336E03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1.850859</w:t>
            </w:r>
          </w:p>
        </w:tc>
        <w:tc>
          <w:tcPr>
            <w:tcW w:w="737" w:type="pct"/>
            <w:vAlign w:val="center"/>
          </w:tcPr>
          <w:p w14:paraId="1B44670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-1.820613</w:t>
            </w:r>
          </w:p>
        </w:tc>
      </w:tr>
      <w:tr w:rsidR="00497B11" w:rsidRPr="00293828" w14:paraId="15F4F75B" w14:textId="77777777" w:rsidTr="009D45BD">
        <w:tc>
          <w:tcPr>
            <w:tcW w:w="253" w:type="pct"/>
            <w:vAlign w:val="center"/>
          </w:tcPr>
          <w:p w14:paraId="4D20E31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01B5DF2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-6.731348</w:t>
            </w:r>
          </w:p>
        </w:tc>
        <w:tc>
          <w:tcPr>
            <w:tcW w:w="737" w:type="pct"/>
            <w:vAlign w:val="center"/>
          </w:tcPr>
          <w:p w14:paraId="393F7CB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-0.087412</w:t>
            </w:r>
          </w:p>
        </w:tc>
        <w:tc>
          <w:tcPr>
            <w:tcW w:w="737" w:type="pct"/>
            <w:vAlign w:val="center"/>
          </w:tcPr>
          <w:p w14:paraId="539F66B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-2.084097</w:t>
            </w:r>
          </w:p>
        </w:tc>
        <w:tc>
          <w:tcPr>
            <w:tcW w:w="253" w:type="pct"/>
            <w:vAlign w:val="center"/>
          </w:tcPr>
          <w:p w14:paraId="2535931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1357B95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-9.517706</w:t>
            </w:r>
          </w:p>
        </w:tc>
        <w:tc>
          <w:tcPr>
            <w:tcW w:w="737" w:type="pct"/>
            <w:vAlign w:val="center"/>
          </w:tcPr>
          <w:p w14:paraId="276CE62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2.347556</w:t>
            </w:r>
          </w:p>
        </w:tc>
        <w:tc>
          <w:tcPr>
            <w:tcW w:w="737" w:type="pct"/>
            <w:vAlign w:val="center"/>
          </w:tcPr>
          <w:p w14:paraId="17C5AFC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-0.224592</w:t>
            </w:r>
          </w:p>
        </w:tc>
      </w:tr>
      <w:tr w:rsidR="00497B11" w:rsidRPr="00293828" w14:paraId="70DDE923" w14:textId="77777777" w:rsidTr="009D45BD">
        <w:tc>
          <w:tcPr>
            <w:tcW w:w="253" w:type="pct"/>
            <w:vAlign w:val="center"/>
          </w:tcPr>
          <w:p w14:paraId="71C208E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3BDCF55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5.757234</w:t>
            </w:r>
          </w:p>
        </w:tc>
        <w:tc>
          <w:tcPr>
            <w:tcW w:w="737" w:type="pct"/>
            <w:vAlign w:val="center"/>
          </w:tcPr>
          <w:p w14:paraId="26BBE51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-2.802841</w:t>
            </w:r>
          </w:p>
        </w:tc>
        <w:tc>
          <w:tcPr>
            <w:tcW w:w="737" w:type="pct"/>
            <w:vAlign w:val="center"/>
          </w:tcPr>
          <w:p w14:paraId="115073D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0.402460</w:t>
            </w:r>
          </w:p>
        </w:tc>
        <w:tc>
          <w:tcPr>
            <w:tcW w:w="253" w:type="pct"/>
            <w:vAlign w:val="center"/>
          </w:tcPr>
          <w:p w14:paraId="5678690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64610EC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-8.070869</w:t>
            </w:r>
          </w:p>
        </w:tc>
        <w:tc>
          <w:tcPr>
            <w:tcW w:w="737" w:type="pct"/>
            <w:vAlign w:val="center"/>
          </w:tcPr>
          <w:p w14:paraId="7A81943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2.181579</w:t>
            </w:r>
          </w:p>
        </w:tc>
        <w:tc>
          <w:tcPr>
            <w:tcW w:w="737" w:type="pct"/>
            <w:vAlign w:val="center"/>
          </w:tcPr>
          <w:p w14:paraId="5820796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-1.222288</w:t>
            </w:r>
          </w:p>
        </w:tc>
      </w:tr>
      <w:tr w:rsidR="00497B11" w:rsidRPr="00293828" w14:paraId="5E2425BC" w14:textId="77777777" w:rsidTr="009D45BD">
        <w:tc>
          <w:tcPr>
            <w:tcW w:w="253" w:type="pct"/>
            <w:vAlign w:val="center"/>
          </w:tcPr>
          <w:p w14:paraId="0C45CE9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6D12450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-6.630929</w:t>
            </w:r>
          </w:p>
        </w:tc>
        <w:tc>
          <w:tcPr>
            <w:tcW w:w="737" w:type="pct"/>
            <w:vAlign w:val="center"/>
          </w:tcPr>
          <w:p w14:paraId="70EFDC4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-2.127654</w:t>
            </w:r>
          </w:p>
        </w:tc>
        <w:tc>
          <w:tcPr>
            <w:tcW w:w="737" w:type="pct"/>
            <w:vAlign w:val="center"/>
          </w:tcPr>
          <w:p w14:paraId="3CE2D15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-0.948414</w:t>
            </w:r>
          </w:p>
        </w:tc>
        <w:tc>
          <w:tcPr>
            <w:tcW w:w="253" w:type="pct"/>
            <w:vAlign w:val="center"/>
          </w:tcPr>
          <w:p w14:paraId="64858A9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72236F9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-9.289673</w:t>
            </w:r>
          </w:p>
        </w:tc>
        <w:tc>
          <w:tcPr>
            <w:tcW w:w="737" w:type="pct"/>
            <w:vAlign w:val="center"/>
          </w:tcPr>
          <w:p w14:paraId="547DDE4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0.914870</w:t>
            </w:r>
          </w:p>
        </w:tc>
        <w:tc>
          <w:tcPr>
            <w:tcW w:w="737" w:type="pct"/>
            <w:vAlign w:val="center"/>
          </w:tcPr>
          <w:p w14:paraId="7BC560E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-1.226647</w:t>
            </w:r>
          </w:p>
        </w:tc>
      </w:tr>
      <w:tr w:rsidR="00497B11" w:rsidRPr="00293828" w14:paraId="7996F540" w14:textId="77777777" w:rsidTr="009D45BD">
        <w:tc>
          <w:tcPr>
            <w:tcW w:w="253" w:type="pct"/>
            <w:vAlign w:val="center"/>
          </w:tcPr>
          <w:p w14:paraId="2BC87BA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37" w:type="pct"/>
            <w:vAlign w:val="center"/>
          </w:tcPr>
          <w:p w14:paraId="453BC3A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4.031903</w:t>
            </w:r>
          </w:p>
        </w:tc>
        <w:tc>
          <w:tcPr>
            <w:tcW w:w="737" w:type="pct"/>
            <w:vAlign w:val="center"/>
          </w:tcPr>
          <w:p w14:paraId="20CCBFC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-0.305818</w:t>
            </w:r>
          </w:p>
        </w:tc>
        <w:tc>
          <w:tcPr>
            <w:tcW w:w="737" w:type="pct"/>
            <w:vAlign w:val="center"/>
          </w:tcPr>
          <w:p w14:paraId="69E6B37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-2.445038</w:t>
            </w:r>
          </w:p>
        </w:tc>
        <w:tc>
          <w:tcPr>
            <w:tcW w:w="253" w:type="pct"/>
            <w:vAlign w:val="center"/>
          </w:tcPr>
          <w:p w14:paraId="527F216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7231A2C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-10.015668</w:t>
            </w:r>
          </w:p>
        </w:tc>
        <w:tc>
          <w:tcPr>
            <w:tcW w:w="737" w:type="pct"/>
            <w:vAlign w:val="center"/>
          </w:tcPr>
          <w:p w14:paraId="753F23E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0.817005</w:t>
            </w:r>
          </w:p>
        </w:tc>
        <w:tc>
          <w:tcPr>
            <w:tcW w:w="737" w:type="pct"/>
            <w:vAlign w:val="center"/>
          </w:tcPr>
          <w:p w14:paraId="125247B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1.655581</w:t>
            </w:r>
          </w:p>
        </w:tc>
      </w:tr>
      <w:tr w:rsidR="00497B11" w:rsidRPr="00293828" w14:paraId="4F53BDBA" w14:textId="77777777" w:rsidTr="009D45BD">
        <w:tc>
          <w:tcPr>
            <w:tcW w:w="253" w:type="pct"/>
            <w:vAlign w:val="center"/>
          </w:tcPr>
          <w:p w14:paraId="2F4B7F0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7E55F7A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-5.352800</w:t>
            </w:r>
          </w:p>
        </w:tc>
        <w:tc>
          <w:tcPr>
            <w:tcW w:w="737" w:type="pct"/>
            <w:vAlign w:val="center"/>
          </w:tcPr>
          <w:p w14:paraId="430AAB0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-2.205889</w:t>
            </w:r>
          </w:p>
        </w:tc>
        <w:tc>
          <w:tcPr>
            <w:tcW w:w="737" w:type="pct"/>
            <w:vAlign w:val="center"/>
          </w:tcPr>
          <w:p w14:paraId="0B4FA14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1.502494</w:t>
            </w:r>
          </w:p>
        </w:tc>
        <w:tc>
          <w:tcPr>
            <w:tcW w:w="253" w:type="pct"/>
            <w:vAlign w:val="center"/>
          </w:tcPr>
          <w:p w14:paraId="08EAFF0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A4782E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-9.593745</w:t>
            </w:r>
          </w:p>
        </w:tc>
        <w:tc>
          <w:tcPr>
            <w:tcW w:w="737" w:type="pct"/>
            <w:vAlign w:val="center"/>
          </w:tcPr>
          <w:p w14:paraId="6475579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-0.649055</w:t>
            </w:r>
          </w:p>
        </w:tc>
        <w:tc>
          <w:tcPr>
            <w:tcW w:w="737" w:type="pct"/>
            <w:vAlign w:val="center"/>
          </w:tcPr>
          <w:p w14:paraId="04AF2CB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0.760039</w:t>
            </w:r>
          </w:p>
        </w:tc>
      </w:tr>
      <w:tr w:rsidR="00497B11" w:rsidRPr="00293828" w14:paraId="6544E9B7" w14:textId="77777777" w:rsidTr="009D45BD">
        <w:tc>
          <w:tcPr>
            <w:tcW w:w="253" w:type="pct"/>
            <w:vAlign w:val="center"/>
          </w:tcPr>
          <w:p w14:paraId="5AA2607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225B6B2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-4.183134</w:t>
            </w:r>
          </w:p>
        </w:tc>
        <w:tc>
          <w:tcPr>
            <w:tcW w:w="737" w:type="pct"/>
            <w:vAlign w:val="center"/>
          </w:tcPr>
          <w:p w14:paraId="282B952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2.557356</w:t>
            </w:r>
          </w:p>
        </w:tc>
        <w:tc>
          <w:tcPr>
            <w:tcW w:w="737" w:type="pct"/>
            <w:vAlign w:val="center"/>
          </w:tcPr>
          <w:p w14:paraId="2B060A6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-0.017247</w:t>
            </w:r>
          </w:p>
        </w:tc>
        <w:tc>
          <w:tcPr>
            <w:tcW w:w="253" w:type="pct"/>
            <w:vAlign w:val="center"/>
          </w:tcPr>
          <w:p w14:paraId="21C905D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7F160A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-8.782910</w:t>
            </w:r>
          </w:p>
        </w:tc>
        <w:tc>
          <w:tcPr>
            <w:tcW w:w="737" w:type="pct"/>
            <w:vAlign w:val="center"/>
          </w:tcPr>
          <w:p w14:paraId="4215707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-0.289194</w:t>
            </w:r>
          </w:p>
        </w:tc>
        <w:tc>
          <w:tcPr>
            <w:tcW w:w="737" w:type="pct"/>
            <w:vAlign w:val="center"/>
          </w:tcPr>
          <w:p w14:paraId="4B89170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2.292232</w:t>
            </w:r>
          </w:p>
        </w:tc>
      </w:tr>
      <w:tr w:rsidR="00497B11" w:rsidRPr="00293828" w14:paraId="07EAED4D" w14:textId="77777777" w:rsidTr="009D45BD">
        <w:tc>
          <w:tcPr>
            <w:tcW w:w="253" w:type="pct"/>
            <w:vAlign w:val="center"/>
          </w:tcPr>
          <w:p w14:paraId="1FC6F59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37" w:type="pct"/>
            <w:vAlign w:val="center"/>
          </w:tcPr>
          <w:p w14:paraId="2EC848B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-4.412183</w:t>
            </w:r>
          </w:p>
        </w:tc>
        <w:tc>
          <w:tcPr>
            <w:tcW w:w="737" w:type="pct"/>
            <w:vAlign w:val="center"/>
          </w:tcPr>
          <w:p w14:paraId="549B854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-1.127055</w:t>
            </w:r>
          </w:p>
        </w:tc>
        <w:tc>
          <w:tcPr>
            <w:tcW w:w="737" w:type="pct"/>
            <w:vAlign w:val="center"/>
          </w:tcPr>
          <w:p w14:paraId="6D54CFF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-0.743204</w:t>
            </w:r>
          </w:p>
        </w:tc>
        <w:tc>
          <w:tcPr>
            <w:tcW w:w="253" w:type="pct"/>
            <w:vAlign w:val="center"/>
          </w:tcPr>
          <w:p w14:paraId="69BBAC3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809" w:type="pct"/>
            <w:vAlign w:val="center"/>
          </w:tcPr>
          <w:p w14:paraId="5FC9D61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-2.215538</w:t>
            </w:r>
          </w:p>
        </w:tc>
        <w:tc>
          <w:tcPr>
            <w:tcW w:w="737" w:type="pct"/>
            <w:vAlign w:val="center"/>
          </w:tcPr>
          <w:p w14:paraId="5D27786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2.445224</w:t>
            </w:r>
          </w:p>
        </w:tc>
        <w:tc>
          <w:tcPr>
            <w:tcW w:w="737" w:type="pct"/>
            <w:vAlign w:val="center"/>
          </w:tcPr>
          <w:p w14:paraId="4E43539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-1.034351</w:t>
            </w:r>
          </w:p>
        </w:tc>
      </w:tr>
      <w:tr w:rsidR="00497B11" w:rsidRPr="00293828" w14:paraId="67B4B80F" w14:textId="77777777" w:rsidTr="009D45BD">
        <w:tc>
          <w:tcPr>
            <w:tcW w:w="253" w:type="pct"/>
            <w:vAlign w:val="center"/>
          </w:tcPr>
          <w:p w14:paraId="5A9E58D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37" w:type="pct"/>
            <w:vAlign w:val="center"/>
          </w:tcPr>
          <w:p w14:paraId="07C3475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3.315466</w:t>
            </w:r>
          </w:p>
        </w:tc>
        <w:tc>
          <w:tcPr>
            <w:tcW w:w="737" w:type="pct"/>
            <w:vAlign w:val="center"/>
          </w:tcPr>
          <w:p w14:paraId="699390A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-1.797743</w:t>
            </w:r>
          </w:p>
        </w:tc>
        <w:tc>
          <w:tcPr>
            <w:tcW w:w="737" w:type="pct"/>
            <w:vAlign w:val="center"/>
          </w:tcPr>
          <w:p w14:paraId="5D21CA5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-0.757152</w:t>
            </w:r>
          </w:p>
        </w:tc>
        <w:tc>
          <w:tcPr>
            <w:tcW w:w="253" w:type="pct"/>
            <w:vAlign w:val="center"/>
          </w:tcPr>
          <w:p w14:paraId="745C136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809" w:type="pct"/>
            <w:vAlign w:val="center"/>
          </w:tcPr>
          <w:p w14:paraId="0B60CE7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1.589608</w:t>
            </w:r>
          </w:p>
        </w:tc>
        <w:tc>
          <w:tcPr>
            <w:tcW w:w="737" w:type="pct"/>
            <w:vAlign w:val="center"/>
          </w:tcPr>
          <w:p w14:paraId="1BDDEE9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-0.487406</w:t>
            </w:r>
          </w:p>
        </w:tc>
        <w:tc>
          <w:tcPr>
            <w:tcW w:w="737" w:type="pct"/>
            <w:vAlign w:val="center"/>
          </w:tcPr>
          <w:p w14:paraId="2C161F1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2.830441</w:t>
            </w:r>
          </w:p>
        </w:tc>
      </w:tr>
      <w:tr w:rsidR="00497B11" w:rsidRPr="00293828" w14:paraId="143183AB" w14:textId="77777777" w:rsidTr="009D45BD">
        <w:tc>
          <w:tcPr>
            <w:tcW w:w="253" w:type="pct"/>
            <w:vAlign w:val="center"/>
          </w:tcPr>
          <w:p w14:paraId="1B06027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37" w:type="pct"/>
            <w:vAlign w:val="center"/>
          </w:tcPr>
          <w:p w14:paraId="5098B7F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-6.850033</w:t>
            </w:r>
          </w:p>
        </w:tc>
        <w:tc>
          <w:tcPr>
            <w:tcW w:w="737" w:type="pct"/>
            <w:vAlign w:val="center"/>
          </w:tcPr>
          <w:p w14:paraId="0DD55AF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-0.741895</w:t>
            </w:r>
          </w:p>
        </w:tc>
        <w:tc>
          <w:tcPr>
            <w:tcW w:w="737" w:type="pct"/>
            <w:vAlign w:val="center"/>
          </w:tcPr>
          <w:p w14:paraId="4D0E807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1.099041</w:t>
            </w:r>
          </w:p>
        </w:tc>
        <w:tc>
          <w:tcPr>
            <w:tcW w:w="253" w:type="pct"/>
            <w:vAlign w:val="center"/>
          </w:tcPr>
          <w:p w14:paraId="4063B99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809" w:type="pct"/>
            <w:vAlign w:val="center"/>
          </w:tcPr>
          <w:p w14:paraId="4CD4881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8.149112</w:t>
            </w:r>
          </w:p>
        </w:tc>
        <w:tc>
          <w:tcPr>
            <w:tcW w:w="737" w:type="pct"/>
            <w:vAlign w:val="center"/>
          </w:tcPr>
          <w:p w14:paraId="10759BD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3.595381</w:t>
            </w:r>
          </w:p>
        </w:tc>
        <w:tc>
          <w:tcPr>
            <w:tcW w:w="737" w:type="pct"/>
            <w:vAlign w:val="center"/>
          </w:tcPr>
          <w:p w14:paraId="0AE87DD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0.046758</w:t>
            </w:r>
          </w:p>
        </w:tc>
      </w:tr>
      <w:tr w:rsidR="00497B11" w:rsidRPr="00293828" w14:paraId="1314F878" w14:textId="77777777" w:rsidTr="009D45BD">
        <w:tc>
          <w:tcPr>
            <w:tcW w:w="253" w:type="pct"/>
            <w:vAlign w:val="center"/>
          </w:tcPr>
          <w:p w14:paraId="4A94FEA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37" w:type="pct"/>
            <w:vAlign w:val="center"/>
          </w:tcPr>
          <w:p w14:paraId="50FB1E9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5.813565</w:t>
            </w:r>
          </w:p>
        </w:tc>
        <w:tc>
          <w:tcPr>
            <w:tcW w:w="737" w:type="pct"/>
            <w:vAlign w:val="center"/>
          </w:tcPr>
          <w:p w14:paraId="4CD18EB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-0.113838</w:t>
            </w:r>
          </w:p>
        </w:tc>
        <w:tc>
          <w:tcPr>
            <w:tcW w:w="737" w:type="pct"/>
            <w:vAlign w:val="center"/>
          </w:tcPr>
          <w:p w14:paraId="1E5C4EE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-1.427767</w:t>
            </w:r>
          </w:p>
        </w:tc>
        <w:tc>
          <w:tcPr>
            <w:tcW w:w="253" w:type="pct"/>
            <w:vAlign w:val="center"/>
          </w:tcPr>
          <w:p w14:paraId="564CDB7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5D8D8B9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6.904880</w:t>
            </w:r>
          </w:p>
        </w:tc>
        <w:tc>
          <w:tcPr>
            <w:tcW w:w="737" w:type="pct"/>
            <w:vAlign w:val="center"/>
          </w:tcPr>
          <w:p w14:paraId="1A306A9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5.071800</w:t>
            </w:r>
          </w:p>
        </w:tc>
        <w:tc>
          <w:tcPr>
            <w:tcW w:w="737" w:type="pct"/>
            <w:vAlign w:val="center"/>
          </w:tcPr>
          <w:p w14:paraId="4E75AA5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-1.663242</w:t>
            </w:r>
          </w:p>
        </w:tc>
      </w:tr>
      <w:tr w:rsidR="00497B11" w:rsidRPr="00293828" w14:paraId="7B081260" w14:textId="77777777" w:rsidTr="009D45BD">
        <w:tc>
          <w:tcPr>
            <w:tcW w:w="253" w:type="pct"/>
            <w:vAlign w:val="center"/>
          </w:tcPr>
          <w:p w14:paraId="268CC8C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01FFEC3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5.367396</w:t>
            </w:r>
          </w:p>
        </w:tc>
        <w:tc>
          <w:tcPr>
            <w:tcW w:w="737" w:type="pct"/>
            <w:vAlign w:val="center"/>
          </w:tcPr>
          <w:p w14:paraId="5216A77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-2.483145</w:t>
            </w:r>
          </w:p>
        </w:tc>
        <w:tc>
          <w:tcPr>
            <w:tcW w:w="737" w:type="pct"/>
            <w:vAlign w:val="center"/>
          </w:tcPr>
          <w:p w14:paraId="4A24639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-1.886905</w:t>
            </w:r>
          </w:p>
        </w:tc>
        <w:tc>
          <w:tcPr>
            <w:tcW w:w="253" w:type="pct"/>
            <w:vAlign w:val="center"/>
          </w:tcPr>
          <w:p w14:paraId="710E82E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54BFF3D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6.132718</w:t>
            </w:r>
          </w:p>
        </w:tc>
        <w:tc>
          <w:tcPr>
            <w:tcW w:w="737" w:type="pct"/>
            <w:vAlign w:val="center"/>
          </w:tcPr>
          <w:p w14:paraId="62F958F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3.603148</w:t>
            </w:r>
          </w:p>
        </w:tc>
        <w:tc>
          <w:tcPr>
            <w:tcW w:w="737" w:type="pct"/>
            <w:vAlign w:val="center"/>
          </w:tcPr>
          <w:p w14:paraId="12D7C75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-2.331659</w:t>
            </w:r>
          </w:p>
        </w:tc>
      </w:tr>
      <w:tr w:rsidR="00497B11" w:rsidRPr="00293828" w14:paraId="1E86D3C0" w14:textId="77777777" w:rsidTr="009D45BD">
        <w:tc>
          <w:tcPr>
            <w:tcW w:w="253" w:type="pct"/>
            <w:vAlign w:val="center"/>
          </w:tcPr>
          <w:p w14:paraId="7FB5D3A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7D8675C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3.621628</w:t>
            </w:r>
          </w:p>
        </w:tc>
        <w:tc>
          <w:tcPr>
            <w:tcW w:w="737" w:type="pct"/>
            <w:vAlign w:val="center"/>
          </w:tcPr>
          <w:p w14:paraId="2A613CB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0.265205</w:t>
            </w:r>
          </w:p>
        </w:tc>
        <w:tc>
          <w:tcPr>
            <w:tcW w:w="737" w:type="pct"/>
            <w:vAlign w:val="center"/>
          </w:tcPr>
          <w:p w14:paraId="6F63283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2.350046</w:t>
            </w:r>
          </w:p>
        </w:tc>
        <w:tc>
          <w:tcPr>
            <w:tcW w:w="253" w:type="pct"/>
            <w:vAlign w:val="center"/>
          </w:tcPr>
          <w:p w14:paraId="4A09FFB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7CA3417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5.342093</w:t>
            </w:r>
          </w:p>
        </w:tc>
        <w:tc>
          <w:tcPr>
            <w:tcW w:w="737" w:type="pct"/>
            <w:vAlign w:val="center"/>
          </w:tcPr>
          <w:p w14:paraId="1E13E22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4.480948</w:t>
            </w:r>
          </w:p>
        </w:tc>
        <w:tc>
          <w:tcPr>
            <w:tcW w:w="737" w:type="pct"/>
            <w:vAlign w:val="center"/>
          </w:tcPr>
          <w:p w14:paraId="7BD7BD5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-1.021573</w:t>
            </w:r>
          </w:p>
        </w:tc>
      </w:tr>
      <w:tr w:rsidR="00497B11" w:rsidRPr="00293828" w14:paraId="3D716476" w14:textId="77777777" w:rsidTr="009D45BD">
        <w:tc>
          <w:tcPr>
            <w:tcW w:w="253" w:type="pct"/>
            <w:vAlign w:val="center"/>
          </w:tcPr>
          <w:p w14:paraId="3576220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10041FA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-2.382187</w:t>
            </w:r>
          </w:p>
        </w:tc>
        <w:tc>
          <w:tcPr>
            <w:tcW w:w="737" w:type="pct"/>
            <w:vAlign w:val="center"/>
          </w:tcPr>
          <w:p w14:paraId="093E99C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-0.339202</w:t>
            </w:r>
          </w:p>
        </w:tc>
        <w:tc>
          <w:tcPr>
            <w:tcW w:w="737" w:type="pct"/>
            <w:vAlign w:val="center"/>
          </w:tcPr>
          <w:p w14:paraId="419EB19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-2.320278</w:t>
            </w:r>
          </w:p>
        </w:tc>
        <w:tc>
          <w:tcPr>
            <w:tcW w:w="253" w:type="pct"/>
            <w:vAlign w:val="center"/>
          </w:tcPr>
          <w:p w14:paraId="001024E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c>
          <w:tcPr>
            <w:tcW w:w="809" w:type="pct"/>
            <w:vAlign w:val="center"/>
          </w:tcPr>
          <w:p w14:paraId="0664A87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c>
          <w:tcPr>
            <w:tcW w:w="737" w:type="pct"/>
            <w:vAlign w:val="center"/>
          </w:tcPr>
          <w:p w14:paraId="5E9F519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c>
          <w:tcPr>
            <w:tcW w:w="737" w:type="pct"/>
            <w:vAlign w:val="center"/>
          </w:tcPr>
          <w:p w14:paraId="210AFBF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r>
    </w:tbl>
    <w:p w14:paraId="4227D703" w14:textId="77777777" w:rsidR="00497B11" w:rsidRPr="00293828" w:rsidRDefault="00497B11" w:rsidP="00293828">
      <w:pPr>
        <w:spacing w:line="360" w:lineRule="auto"/>
        <w:rPr>
          <w:rFonts w:ascii="Times New Roman" w:hAnsi="Times New Roman" w:cs="Times New Roman"/>
          <w:szCs w:val="21"/>
          <w14:ligatures w14:val="none"/>
        </w:rPr>
      </w:pPr>
      <w:r w:rsidRPr="00293828">
        <w:rPr>
          <w:rFonts w:ascii="Times New Roman" w:hAnsi="Times New Roman" w:cs="Times New Roman"/>
          <w:szCs w:val="21"/>
          <w14:ligatures w14:val="none"/>
        </w:rPr>
        <w:br w:type="page"/>
      </w:r>
    </w:p>
    <w:p w14:paraId="0D706742" w14:textId="77777777" w:rsidR="00497B11" w:rsidRPr="00293828" w:rsidRDefault="00497B11" w:rsidP="00293828">
      <w:pPr>
        <w:spacing w:line="360" w:lineRule="auto"/>
        <w:rPr>
          <w:rFonts w:ascii="Times New Roman" w:hAnsi="Times New Roman" w:cs="Times New Roman"/>
          <w:szCs w:val="21"/>
          <w14:ligatures w14:val="none"/>
        </w:rPr>
      </w:pPr>
      <w:r w:rsidRPr="00293828">
        <w:rPr>
          <w:rFonts w:ascii="Times New Roman" w:hAnsi="Times New Roman" w:cs="Times New Roman"/>
          <w:b/>
          <w:bCs/>
          <w:szCs w:val="21"/>
          <w14:ligatures w14:val="none"/>
        </w:rPr>
        <w:lastRenderedPageBreak/>
        <w:t>Table S5</w:t>
      </w:r>
      <w:r w:rsidRPr="00293828">
        <w:rPr>
          <w:rFonts w:ascii="Times New Roman" w:hAnsi="Times New Roman" w:cs="Times New Roman"/>
          <w:szCs w:val="21"/>
          <w14:ligatures w14:val="none"/>
        </w:rPr>
        <w:t xml:space="preserve"> Atomic coordinates (Å) of </w:t>
      </w: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a-2</w:t>
      </w:r>
      <w:r w:rsidRPr="00293828">
        <w:rPr>
          <w:rFonts w:ascii="Times New Roman" w:hAnsi="Times New Roman" w:cs="Times New Roman"/>
          <w:szCs w:val="21"/>
          <w14:ligatures w14:val="none"/>
        </w:rPr>
        <w:t xml:space="preserve"> obtained at the B3LYP-D3BJ/6-31G(d) level of theory in the gas phase.</w:t>
      </w:r>
    </w:p>
    <w:tbl>
      <w:tblPr>
        <w:tblStyle w:val="ad"/>
        <w:tblW w:w="5000" w:type="pct"/>
        <w:tblLook w:val="04A0" w:firstRow="1" w:lastRow="0" w:firstColumn="1" w:lastColumn="0" w:noHBand="0" w:noVBand="1"/>
      </w:tblPr>
      <w:tblGrid>
        <w:gridCol w:w="410"/>
        <w:gridCol w:w="1246"/>
        <w:gridCol w:w="1246"/>
        <w:gridCol w:w="1246"/>
        <w:gridCol w:w="410"/>
        <w:gridCol w:w="1246"/>
        <w:gridCol w:w="1246"/>
        <w:gridCol w:w="1246"/>
      </w:tblGrid>
      <w:tr w:rsidR="00497B11" w:rsidRPr="00293828" w14:paraId="20B6339C" w14:textId="77777777" w:rsidTr="009D45BD">
        <w:tc>
          <w:tcPr>
            <w:tcW w:w="247" w:type="pct"/>
            <w:vAlign w:val="center"/>
          </w:tcPr>
          <w:p w14:paraId="2C36084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2FE923B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4.641360</w:t>
            </w:r>
          </w:p>
        </w:tc>
        <w:tc>
          <w:tcPr>
            <w:tcW w:w="751" w:type="pct"/>
            <w:vAlign w:val="center"/>
          </w:tcPr>
          <w:p w14:paraId="1E0C616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1.574628</w:t>
            </w:r>
          </w:p>
        </w:tc>
        <w:tc>
          <w:tcPr>
            <w:tcW w:w="751" w:type="pct"/>
            <w:vAlign w:val="center"/>
          </w:tcPr>
          <w:p w14:paraId="5C0257A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-1.125503</w:t>
            </w:r>
          </w:p>
        </w:tc>
        <w:tc>
          <w:tcPr>
            <w:tcW w:w="247" w:type="pct"/>
            <w:vAlign w:val="center"/>
          </w:tcPr>
          <w:p w14:paraId="60EA9A2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51" w:type="pct"/>
            <w:vAlign w:val="center"/>
          </w:tcPr>
          <w:p w14:paraId="2329CD1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-1.102176</w:t>
            </w:r>
          </w:p>
        </w:tc>
        <w:tc>
          <w:tcPr>
            <w:tcW w:w="751" w:type="pct"/>
            <w:vAlign w:val="center"/>
          </w:tcPr>
          <w:p w14:paraId="15AE11A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-2.530722</w:t>
            </w:r>
          </w:p>
        </w:tc>
        <w:tc>
          <w:tcPr>
            <w:tcW w:w="751" w:type="pct"/>
            <w:vAlign w:val="center"/>
          </w:tcPr>
          <w:p w14:paraId="51E6DCE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-1.405229</w:t>
            </w:r>
          </w:p>
        </w:tc>
      </w:tr>
      <w:tr w:rsidR="00497B11" w:rsidRPr="00293828" w14:paraId="24C15315" w14:textId="77777777" w:rsidTr="009D45BD">
        <w:tc>
          <w:tcPr>
            <w:tcW w:w="247" w:type="pct"/>
            <w:vAlign w:val="center"/>
          </w:tcPr>
          <w:p w14:paraId="08E6B46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15A386E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5.563625</w:t>
            </w:r>
          </w:p>
        </w:tc>
        <w:tc>
          <w:tcPr>
            <w:tcW w:w="751" w:type="pct"/>
            <w:vAlign w:val="center"/>
          </w:tcPr>
          <w:p w14:paraId="3D7AD0D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2.662214</w:t>
            </w:r>
          </w:p>
        </w:tc>
        <w:tc>
          <w:tcPr>
            <w:tcW w:w="751" w:type="pct"/>
            <w:vAlign w:val="center"/>
          </w:tcPr>
          <w:p w14:paraId="2BAB87A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-1.641168</w:t>
            </w:r>
          </w:p>
        </w:tc>
        <w:tc>
          <w:tcPr>
            <w:tcW w:w="247" w:type="pct"/>
            <w:vAlign w:val="center"/>
          </w:tcPr>
          <w:p w14:paraId="6E80C61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5D3B92A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-5.659740</w:t>
            </w:r>
          </w:p>
        </w:tc>
        <w:tc>
          <w:tcPr>
            <w:tcW w:w="751" w:type="pct"/>
            <w:vAlign w:val="center"/>
          </w:tcPr>
          <w:p w14:paraId="5176031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-3.768071</w:t>
            </w:r>
          </w:p>
        </w:tc>
        <w:tc>
          <w:tcPr>
            <w:tcW w:w="751" w:type="pct"/>
            <w:vAlign w:val="center"/>
          </w:tcPr>
          <w:p w14:paraId="3761247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-0.299206</w:t>
            </w:r>
          </w:p>
        </w:tc>
      </w:tr>
      <w:tr w:rsidR="00497B11" w:rsidRPr="00293828" w14:paraId="7D8B6E33" w14:textId="77777777" w:rsidTr="009D45BD">
        <w:tc>
          <w:tcPr>
            <w:tcW w:w="247" w:type="pct"/>
            <w:vAlign w:val="center"/>
          </w:tcPr>
          <w:p w14:paraId="279D22A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524701D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6.915567</w:t>
            </w:r>
          </w:p>
        </w:tc>
        <w:tc>
          <w:tcPr>
            <w:tcW w:w="751" w:type="pct"/>
            <w:vAlign w:val="center"/>
          </w:tcPr>
          <w:p w14:paraId="091F40A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2.042943</w:t>
            </w:r>
          </w:p>
        </w:tc>
        <w:tc>
          <w:tcPr>
            <w:tcW w:w="751" w:type="pct"/>
            <w:vAlign w:val="center"/>
          </w:tcPr>
          <w:p w14:paraId="0F00C19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-1.995300</w:t>
            </w:r>
          </w:p>
        </w:tc>
        <w:tc>
          <w:tcPr>
            <w:tcW w:w="247" w:type="pct"/>
            <w:vAlign w:val="center"/>
          </w:tcPr>
          <w:p w14:paraId="2B1016D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23495DD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5.987205</w:t>
            </w:r>
          </w:p>
        </w:tc>
        <w:tc>
          <w:tcPr>
            <w:tcW w:w="751" w:type="pct"/>
            <w:vAlign w:val="center"/>
          </w:tcPr>
          <w:p w14:paraId="50A3021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-2.268689</w:t>
            </w:r>
          </w:p>
        </w:tc>
        <w:tc>
          <w:tcPr>
            <w:tcW w:w="751" w:type="pct"/>
            <w:vAlign w:val="center"/>
          </w:tcPr>
          <w:p w14:paraId="1893EA2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0.265511</w:t>
            </w:r>
          </w:p>
        </w:tc>
      </w:tr>
      <w:tr w:rsidR="00497B11" w:rsidRPr="00293828" w14:paraId="64F6EFF8" w14:textId="77777777" w:rsidTr="009D45BD">
        <w:tc>
          <w:tcPr>
            <w:tcW w:w="247" w:type="pct"/>
            <w:vAlign w:val="center"/>
          </w:tcPr>
          <w:p w14:paraId="690FA10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17A13ED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7.629868</w:t>
            </w:r>
          </w:p>
        </w:tc>
        <w:tc>
          <w:tcPr>
            <w:tcW w:w="751" w:type="pct"/>
            <w:vAlign w:val="center"/>
          </w:tcPr>
          <w:p w14:paraId="1FF3B76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1.448969</w:t>
            </w:r>
          </w:p>
        </w:tc>
        <w:tc>
          <w:tcPr>
            <w:tcW w:w="751" w:type="pct"/>
            <w:vAlign w:val="center"/>
          </w:tcPr>
          <w:p w14:paraId="63CF142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-0.764209</w:t>
            </w:r>
          </w:p>
        </w:tc>
        <w:tc>
          <w:tcPr>
            <w:tcW w:w="247" w:type="pct"/>
            <w:vAlign w:val="center"/>
          </w:tcPr>
          <w:p w14:paraId="1A45D99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04B853A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6.683277</w:t>
            </w:r>
          </w:p>
        </w:tc>
        <w:tc>
          <w:tcPr>
            <w:tcW w:w="751" w:type="pct"/>
            <w:vAlign w:val="center"/>
          </w:tcPr>
          <w:p w14:paraId="2E6D646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-1.335561</w:t>
            </w:r>
          </w:p>
        </w:tc>
        <w:tc>
          <w:tcPr>
            <w:tcW w:w="751" w:type="pct"/>
            <w:vAlign w:val="center"/>
          </w:tcPr>
          <w:p w14:paraId="35B1117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2.619454</w:t>
            </w:r>
          </w:p>
        </w:tc>
      </w:tr>
      <w:tr w:rsidR="00497B11" w:rsidRPr="00293828" w14:paraId="45217BF5" w14:textId="77777777" w:rsidTr="009D45BD">
        <w:tc>
          <w:tcPr>
            <w:tcW w:w="247" w:type="pct"/>
            <w:vAlign w:val="center"/>
          </w:tcPr>
          <w:p w14:paraId="7060E7B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50A6438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6.708199</w:t>
            </w:r>
          </w:p>
        </w:tc>
        <w:tc>
          <w:tcPr>
            <w:tcW w:w="751" w:type="pct"/>
            <w:vAlign w:val="center"/>
          </w:tcPr>
          <w:p w14:paraId="1579693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0.357142</w:t>
            </w:r>
          </w:p>
        </w:tc>
        <w:tc>
          <w:tcPr>
            <w:tcW w:w="751" w:type="pct"/>
            <w:vAlign w:val="center"/>
          </w:tcPr>
          <w:p w14:paraId="6DC5136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-0.124926</w:t>
            </w:r>
          </w:p>
        </w:tc>
        <w:tc>
          <w:tcPr>
            <w:tcW w:w="247" w:type="pct"/>
            <w:vAlign w:val="center"/>
          </w:tcPr>
          <w:p w14:paraId="3C87374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2A5F9FC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-7.096658</w:t>
            </w:r>
          </w:p>
        </w:tc>
        <w:tc>
          <w:tcPr>
            <w:tcW w:w="751" w:type="pct"/>
            <w:vAlign w:val="center"/>
          </w:tcPr>
          <w:p w14:paraId="3181E6C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2.653671</w:t>
            </w:r>
          </w:p>
        </w:tc>
        <w:tc>
          <w:tcPr>
            <w:tcW w:w="751" w:type="pct"/>
            <w:vAlign w:val="center"/>
          </w:tcPr>
          <w:p w14:paraId="5F7FCE7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-0.722528</w:t>
            </w:r>
          </w:p>
        </w:tc>
      </w:tr>
      <w:tr w:rsidR="00497B11" w:rsidRPr="00293828" w14:paraId="4F54E7F2" w14:textId="77777777" w:rsidTr="009D45BD">
        <w:tc>
          <w:tcPr>
            <w:tcW w:w="247" w:type="pct"/>
            <w:vAlign w:val="center"/>
          </w:tcPr>
          <w:p w14:paraId="309D4B1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1D563FB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7.069202</w:t>
            </w:r>
          </w:p>
        </w:tc>
        <w:tc>
          <w:tcPr>
            <w:tcW w:w="751" w:type="pct"/>
            <w:vAlign w:val="center"/>
          </w:tcPr>
          <w:p w14:paraId="10D8311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0.075874</w:t>
            </w:r>
          </w:p>
        </w:tc>
        <w:tc>
          <w:tcPr>
            <w:tcW w:w="751" w:type="pct"/>
            <w:vAlign w:val="center"/>
          </w:tcPr>
          <w:p w14:paraId="50DF393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1.332879</w:t>
            </w:r>
          </w:p>
        </w:tc>
        <w:tc>
          <w:tcPr>
            <w:tcW w:w="247" w:type="pct"/>
            <w:vAlign w:val="center"/>
          </w:tcPr>
          <w:p w14:paraId="1EA3876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51" w:type="pct"/>
            <w:vAlign w:val="center"/>
          </w:tcPr>
          <w:p w14:paraId="028DE3F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-5.947042</w:t>
            </w:r>
          </w:p>
        </w:tc>
        <w:tc>
          <w:tcPr>
            <w:tcW w:w="751" w:type="pct"/>
            <w:vAlign w:val="center"/>
          </w:tcPr>
          <w:p w14:paraId="186E5B8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2.162144</w:t>
            </w:r>
          </w:p>
        </w:tc>
        <w:tc>
          <w:tcPr>
            <w:tcW w:w="751" w:type="pct"/>
            <w:vAlign w:val="center"/>
          </w:tcPr>
          <w:p w14:paraId="5CB9649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0.922269</w:t>
            </w:r>
          </w:p>
        </w:tc>
      </w:tr>
      <w:tr w:rsidR="00497B11" w:rsidRPr="00293828" w14:paraId="02BF1DCF" w14:textId="77777777" w:rsidTr="009D45BD">
        <w:tc>
          <w:tcPr>
            <w:tcW w:w="247" w:type="pct"/>
            <w:vAlign w:val="center"/>
          </w:tcPr>
          <w:p w14:paraId="075308C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1783A5C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2.507067</w:t>
            </w:r>
          </w:p>
        </w:tc>
        <w:tc>
          <w:tcPr>
            <w:tcW w:w="751" w:type="pct"/>
            <w:vAlign w:val="center"/>
          </w:tcPr>
          <w:p w14:paraId="307BE96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1.464673</w:t>
            </w:r>
          </w:p>
        </w:tc>
        <w:tc>
          <w:tcPr>
            <w:tcW w:w="751" w:type="pct"/>
            <w:vAlign w:val="center"/>
          </w:tcPr>
          <w:p w14:paraId="1CB62F5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-0.030563</w:t>
            </w:r>
          </w:p>
        </w:tc>
        <w:tc>
          <w:tcPr>
            <w:tcW w:w="247" w:type="pct"/>
            <w:vAlign w:val="center"/>
          </w:tcPr>
          <w:p w14:paraId="14441B4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13D6CBA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-2.315973</w:t>
            </w:r>
          </w:p>
        </w:tc>
        <w:tc>
          <w:tcPr>
            <w:tcW w:w="751" w:type="pct"/>
            <w:vAlign w:val="center"/>
          </w:tcPr>
          <w:p w14:paraId="3250B31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-1.145945</w:t>
            </w:r>
          </w:p>
        </w:tc>
        <w:tc>
          <w:tcPr>
            <w:tcW w:w="751" w:type="pct"/>
            <w:vAlign w:val="center"/>
          </w:tcPr>
          <w:p w14:paraId="5CF3743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3.468660</w:t>
            </w:r>
          </w:p>
        </w:tc>
      </w:tr>
      <w:tr w:rsidR="00497B11" w:rsidRPr="00293828" w14:paraId="39728358" w14:textId="77777777" w:rsidTr="009D45BD">
        <w:tc>
          <w:tcPr>
            <w:tcW w:w="247" w:type="pct"/>
            <w:vAlign w:val="center"/>
          </w:tcPr>
          <w:p w14:paraId="78E732E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589914F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2.734942</w:t>
            </w:r>
          </w:p>
        </w:tc>
        <w:tc>
          <w:tcPr>
            <w:tcW w:w="751" w:type="pct"/>
            <w:vAlign w:val="center"/>
          </w:tcPr>
          <w:p w14:paraId="03C7714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-0.037330</w:t>
            </w:r>
          </w:p>
        </w:tc>
        <w:tc>
          <w:tcPr>
            <w:tcW w:w="751" w:type="pct"/>
            <w:vAlign w:val="center"/>
          </w:tcPr>
          <w:p w14:paraId="15506C5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0.005139</w:t>
            </w:r>
          </w:p>
        </w:tc>
        <w:tc>
          <w:tcPr>
            <w:tcW w:w="247" w:type="pct"/>
            <w:vAlign w:val="center"/>
          </w:tcPr>
          <w:p w14:paraId="4958C8A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6E177FD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-2.302548</w:t>
            </w:r>
          </w:p>
        </w:tc>
        <w:tc>
          <w:tcPr>
            <w:tcW w:w="751" w:type="pct"/>
            <w:vAlign w:val="center"/>
          </w:tcPr>
          <w:p w14:paraId="169069F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-2.565071</w:t>
            </w:r>
          </w:p>
        </w:tc>
        <w:tc>
          <w:tcPr>
            <w:tcW w:w="751" w:type="pct"/>
            <w:vAlign w:val="center"/>
          </w:tcPr>
          <w:p w14:paraId="3D3F1E1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2.447833</w:t>
            </w:r>
          </w:p>
        </w:tc>
      </w:tr>
      <w:tr w:rsidR="00497B11" w:rsidRPr="00293828" w14:paraId="2CE7CA26" w14:textId="77777777" w:rsidTr="009D45BD">
        <w:tc>
          <w:tcPr>
            <w:tcW w:w="247" w:type="pct"/>
            <w:vAlign w:val="center"/>
          </w:tcPr>
          <w:p w14:paraId="79258DC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30BCD7B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4.243978</w:t>
            </w:r>
          </w:p>
        </w:tc>
        <w:tc>
          <w:tcPr>
            <w:tcW w:w="751" w:type="pct"/>
            <w:vAlign w:val="center"/>
          </w:tcPr>
          <w:p w14:paraId="57AC922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-0.524910</w:t>
            </w:r>
          </w:p>
        </w:tc>
        <w:tc>
          <w:tcPr>
            <w:tcW w:w="751" w:type="pct"/>
            <w:vAlign w:val="center"/>
          </w:tcPr>
          <w:p w14:paraId="1270842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0.119107</w:t>
            </w:r>
          </w:p>
        </w:tc>
        <w:tc>
          <w:tcPr>
            <w:tcW w:w="247" w:type="pct"/>
            <w:vAlign w:val="center"/>
          </w:tcPr>
          <w:p w14:paraId="018A30F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2D85766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-4.713686</w:t>
            </w:r>
          </w:p>
        </w:tc>
        <w:tc>
          <w:tcPr>
            <w:tcW w:w="751" w:type="pct"/>
            <w:vAlign w:val="center"/>
          </w:tcPr>
          <w:p w14:paraId="741C453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3.105112</w:t>
            </w:r>
          </w:p>
        </w:tc>
        <w:tc>
          <w:tcPr>
            <w:tcW w:w="751" w:type="pct"/>
            <w:vAlign w:val="center"/>
          </w:tcPr>
          <w:p w14:paraId="7B98B86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-1.228841</w:t>
            </w:r>
          </w:p>
        </w:tc>
      </w:tr>
      <w:tr w:rsidR="00497B11" w:rsidRPr="00293828" w14:paraId="39ADFF6D" w14:textId="77777777" w:rsidTr="009D45BD">
        <w:tc>
          <w:tcPr>
            <w:tcW w:w="247" w:type="pct"/>
            <w:vAlign w:val="center"/>
          </w:tcPr>
          <w:p w14:paraId="5342CF3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4514991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5.192740</w:t>
            </w:r>
          </w:p>
        </w:tc>
        <w:tc>
          <w:tcPr>
            <w:tcW w:w="751" w:type="pct"/>
            <w:vAlign w:val="center"/>
          </w:tcPr>
          <w:p w14:paraId="424304D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0.711141</w:t>
            </w:r>
          </w:p>
        </w:tc>
        <w:tc>
          <w:tcPr>
            <w:tcW w:w="751" w:type="pct"/>
            <w:vAlign w:val="center"/>
          </w:tcPr>
          <w:p w14:paraId="201C958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0.012958</w:t>
            </w:r>
          </w:p>
        </w:tc>
        <w:tc>
          <w:tcPr>
            <w:tcW w:w="247" w:type="pct"/>
            <w:vAlign w:val="center"/>
          </w:tcPr>
          <w:p w14:paraId="03A0259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31CF06B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-5.315243</w:t>
            </w:r>
          </w:p>
        </w:tc>
        <w:tc>
          <w:tcPr>
            <w:tcW w:w="751" w:type="pct"/>
            <w:vAlign w:val="center"/>
          </w:tcPr>
          <w:p w14:paraId="6E428EA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1.892739</w:t>
            </w:r>
          </w:p>
        </w:tc>
        <w:tc>
          <w:tcPr>
            <w:tcW w:w="751" w:type="pct"/>
            <w:vAlign w:val="center"/>
          </w:tcPr>
          <w:p w14:paraId="0A67582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-2.353936</w:t>
            </w:r>
          </w:p>
        </w:tc>
      </w:tr>
      <w:tr w:rsidR="00497B11" w:rsidRPr="00293828" w14:paraId="653C159E" w14:textId="77777777" w:rsidTr="009D45BD">
        <w:tc>
          <w:tcPr>
            <w:tcW w:w="247" w:type="pct"/>
            <w:vAlign w:val="center"/>
          </w:tcPr>
          <w:p w14:paraId="632CCCF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48C00DC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4.473225</w:t>
            </w:r>
          </w:p>
        </w:tc>
        <w:tc>
          <w:tcPr>
            <w:tcW w:w="751" w:type="pct"/>
            <w:vAlign w:val="center"/>
          </w:tcPr>
          <w:p w14:paraId="0ADE44C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-1.705679</w:t>
            </w:r>
          </w:p>
        </w:tc>
        <w:tc>
          <w:tcPr>
            <w:tcW w:w="751" w:type="pct"/>
            <w:vAlign w:val="center"/>
          </w:tcPr>
          <w:p w14:paraId="0C01F8F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-0.851463</w:t>
            </w:r>
          </w:p>
        </w:tc>
        <w:tc>
          <w:tcPr>
            <w:tcW w:w="247" w:type="pct"/>
            <w:vAlign w:val="center"/>
          </w:tcPr>
          <w:p w14:paraId="42B9C23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6B5BF28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-1.791080</w:t>
            </w:r>
          </w:p>
        </w:tc>
        <w:tc>
          <w:tcPr>
            <w:tcW w:w="751" w:type="pct"/>
            <w:vAlign w:val="center"/>
          </w:tcPr>
          <w:p w14:paraId="4173C9E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0.974349</w:t>
            </w:r>
          </w:p>
        </w:tc>
        <w:tc>
          <w:tcPr>
            <w:tcW w:w="751" w:type="pct"/>
            <w:vAlign w:val="center"/>
          </w:tcPr>
          <w:p w14:paraId="1215B13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1.369886</w:t>
            </w:r>
          </w:p>
        </w:tc>
      </w:tr>
      <w:tr w:rsidR="00497B11" w:rsidRPr="00293828" w14:paraId="1E76FCB5" w14:textId="77777777" w:rsidTr="009D45BD">
        <w:tc>
          <w:tcPr>
            <w:tcW w:w="247" w:type="pct"/>
            <w:vAlign w:val="center"/>
          </w:tcPr>
          <w:p w14:paraId="4D1646A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6AA1895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3.337149</w:t>
            </w:r>
          </w:p>
        </w:tc>
        <w:tc>
          <w:tcPr>
            <w:tcW w:w="751" w:type="pct"/>
            <w:vAlign w:val="center"/>
          </w:tcPr>
          <w:p w14:paraId="521E1D6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-2.745711</w:t>
            </w:r>
          </w:p>
        </w:tc>
        <w:tc>
          <w:tcPr>
            <w:tcW w:w="751" w:type="pct"/>
            <w:vAlign w:val="center"/>
          </w:tcPr>
          <w:p w14:paraId="6859DF1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-0.728621</w:t>
            </w:r>
          </w:p>
        </w:tc>
        <w:tc>
          <w:tcPr>
            <w:tcW w:w="247" w:type="pct"/>
            <w:vAlign w:val="center"/>
          </w:tcPr>
          <w:p w14:paraId="5AD1434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29101D7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-0.265661</w:t>
            </w:r>
          </w:p>
        </w:tc>
        <w:tc>
          <w:tcPr>
            <w:tcW w:w="751" w:type="pct"/>
            <w:vAlign w:val="center"/>
          </w:tcPr>
          <w:p w14:paraId="6A4844E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0.682088</w:t>
            </w:r>
          </w:p>
        </w:tc>
        <w:tc>
          <w:tcPr>
            <w:tcW w:w="751" w:type="pct"/>
            <w:vAlign w:val="center"/>
          </w:tcPr>
          <w:p w14:paraId="71888C3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0.555575</w:t>
            </w:r>
          </w:p>
        </w:tc>
      </w:tr>
      <w:tr w:rsidR="00497B11" w:rsidRPr="00293828" w14:paraId="07041051" w14:textId="77777777" w:rsidTr="009D45BD">
        <w:tc>
          <w:tcPr>
            <w:tcW w:w="247" w:type="pct"/>
            <w:vAlign w:val="center"/>
          </w:tcPr>
          <w:p w14:paraId="55C97B8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2D95BB3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1.907077</w:t>
            </w:r>
          </w:p>
        </w:tc>
        <w:tc>
          <w:tcPr>
            <w:tcW w:w="751" w:type="pct"/>
            <w:vAlign w:val="center"/>
          </w:tcPr>
          <w:p w14:paraId="643C3BD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-2.145135</w:t>
            </w:r>
          </w:p>
        </w:tc>
        <w:tc>
          <w:tcPr>
            <w:tcW w:w="751" w:type="pct"/>
            <w:vAlign w:val="center"/>
          </w:tcPr>
          <w:p w14:paraId="75D19C6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-0.718394</w:t>
            </w:r>
          </w:p>
        </w:tc>
        <w:tc>
          <w:tcPr>
            <w:tcW w:w="247" w:type="pct"/>
            <w:vAlign w:val="center"/>
          </w:tcPr>
          <w:p w14:paraId="0569CC5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46D13D5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-8.608883</w:t>
            </w:r>
          </w:p>
        </w:tc>
        <w:tc>
          <w:tcPr>
            <w:tcW w:w="751" w:type="pct"/>
            <w:vAlign w:val="center"/>
          </w:tcPr>
          <w:p w14:paraId="642ADF4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-0.610693</w:t>
            </w:r>
          </w:p>
        </w:tc>
        <w:tc>
          <w:tcPr>
            <w:tcW w:w="751" w:type="pct"/>
            <w:vAlign w:val="center"/>
          </w:tcPr>
          <w:p w14:paraId="5BC3F11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0.317419</w:t>
            </w:r>
          </w:p>
        </w:tc>
      </w:tr>
      <w:tr w:rsidR="00497B11" w:rsidRPr="00293828" w14:paraId="503A8B76" w14:textId="77777777" w:rsidTr="009D45BD">
        <w:tc>
          <w:tcPr>
            <w:tcW w:w="247" w:type="pct"/>
            <w:vAlign w:val="center"/>
          </w:tcPr>
          <w:p w14:paraId="41F29F8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13E00A4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1.999981</w:t>
            </w:r>
          </w:p>
        </w:tc>
        <w:tc>
          <w:tcPr>
            <w:tcW w:w="751" w:type="pct"/>
            <w:vAlign w:val="center"/>
          </w:tcPr>
          <w:p w14:paraId="14F699F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-0.687962</w:t>
            </w:r>
          </w:p>
        </w:tc>
        <w:tc>
          <w:tcPr>
            <w:tcW w:w="751" w:type="pct"/>
            <w:vAlign w:val="center"/>
          </w:tcPr>
          <w:p w14:paraId="537D423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-1.197639</w:t>
            </w:r>
          </w:p>
        </w:tc>
        <w:tc>
          <w:tcPr>
            <w:tcW w:w="247" w:type="pct"/>
            <w:vAlign w:val="center"/>
          </w:tcPr>
          <w:p w14:paraId="0763102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7E6E800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-8.898563</w:t>
            </w:r>
          </w:p>
        </w:tc>
        <w:tc>
          <w:tcPr>
            <w:tcW w:w="751" w:type="pct"/>
            <w:vAlign w:val="center"/>
          </w:tcPr>
          <w:p w14:paraId="703275A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1.133410</w:t>
            </w:r>
          </w:p>
        </w:tc>
        <w:tc>
          <w:tcPr>
            <w:tcW w:w="751" w:type="pct"/>
            <w:vAlign w:val="center"/>
          </w:tcPr>
          <w:p w14:paraId="5AD8F4F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0.188540</w:t>
            </w:r>
          </w:p>
        </w:tc>
      </w:tr>
      <w:tr w:rsidR="00497B11" w:rsidRPr="00293828" w14:paraId="5287B3FC" w14:textId="77777777" w:rsidTr="009D45BD">
        <w:tc>
          <w:tcPr>
            <w:tcW w:w="247" w:type="pct"/>
            <w:vAlign w:val="center"/>
          </w:tcPr>
          <w:p w14:paraId="7104FEA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67A9AC1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2.023235</w:t>
            </w:r>
          </w:p>
        </w:tc>
        <w:tc>
          <w:tcPr>
            <w:tcW w:w="751" w:type="pct"/>
            <w:vAlign w:val="center"/>
          </w:tcPr>
          <w:p w14:paraId="733B2E4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-0.702658</w:t>
            </w:r>
          </w:p>
        </w:tc>
        <w:tc>
          <w:tcPr>
            <w:tcW w:w="751" w:type="pct"/>
            <w:vAlign w:val="center"/>
          </w:tcPr>
          <w:p w14:paraId="406BC17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1.199520</w:t>
            </w:r>
          </w:p>
        </w:tc>
        <w:tc>
          <w:tcPr>
            <w:tcW w:w="247" w:type="pct"/>
            <w:vAlign w:val="center"/>
          </w:tcPr>
          <w:p w14:paraId="00EA0AB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2DA9B41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-7.823169</w:t>
            </w:r>
          </w:p>
        </w:tc>
        <w:tc>
          <w:tcPr>
            <w:tcW w:w="751" w:type="pct"/>
            <w:vAlign w:val="center"/>
          </w:tcPr>
          <w:p w14:paraId="626EDD9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0.500010</w:t>
            </w:r>
          </w:p>
        </w:tc>
        <w:tc>
          <w:tcPr>
            <w:tcW w:w="751" w:type="pct"/>
            <w:vAlign w:val="center"/>
          </w:tcPr>
          <w:p w14:paraId="52383CF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1.445282</w:t>
            </w:r>
          </w:p>
        </w:tc>
      </w:tr>
      <w:tr w:rsidR="00497B11" w:rsidRPr="00293828" w14:paraId="7828D70B" w14:textId="77777777" w:rsidTr="009D45BD">
        <w:tc>
          <w:tcPr>
            <w:tcW w:w="247" w:type="pct"/>
            <w:vAlign w:val="center"/>
          </w:tcPr>
          <w:p w14:paraId="3B10A5B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08B2F95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1.338711</w:t>
            </w:r>
          </w:p>
        </w:tc>
        <w:tc>
          <w:tcPr>
            <w:tcW w:w="751" w:type="pct"/>
            <w:vAlign w:val="center"/>
          </w:tcPr>
          <w:p w14:paraId="551327A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-1.973764</w:t>
            </w:r>
          </w:p>
        </w:tc>
        <w:tc>
          <w:tcPr>
            <w:tcW w:w="751" w:type="pct"/>
            <w:vAlign w:val="center"/>
          </w:tcPr>
          <w:p w14:paraId="5AE46D2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0.713800</w:t>
            </w:r>
          </w:p>
        </w:tc>
        <w:tc>
          <w:tcPr>
            <w:tcW w:w="247" w:type="pct"/>
            <w:vAlign w:val="center"/>
          </w:tcPr>
          <w:p w14:paraId="083D7D2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39F78CF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3.447930</w:t>
            </w:r>
          </w:p>
        </w:tc>
        <w:tc>
          <w:tcPr>
            <w:tcW w:w="751" w:type="pct"/>
            <w:vAlign w:val="center"/>
          </w:tcPr>
          <w:p w14:paraId="68E808B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-3.450206</w:t>
            </w:r>
          </w:p>
        </w:tc>
        <w:tc>
          <w:tcPr>
            <w:tcW w:w="751" w:type="pct"/>
            <w:vAlign w:val="center"/>
          </w:tcPr>
          <w:p w14:paraId="28A25F2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-1.558540</w:t>
            </w:r>
          </w:p>
        </w:tc>
      </w:tr>
      <w:tr w:rsidR="00497B11" w:rsidRPr="00293828" w14:paraId="1706168F" w14:textId="77777777" w:rsidTr="009D45BD">
        <w:tc>
          <w:tcPr>
            <w:tcW w:w="247" w:type="pct"/>
            <w:vAlign w:val="center"/>
          </w:tcPr>
          <w:p w14:paraId="51CEC19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03E4F28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1.356101</w:t>
            </w:r>
          </w:p>
        </w:tc>
        <w:tc>
          <w:tcPr>
            <w:tcW w:w="751" w:type="pct"/>
            <w:vAlign w:val="center"/>
          </w:tcPr>
          <w:p w14:paraId="0139F66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-3.199590</w:t>
            </w:r>
          </w:p>
        </w:tc>
        <w:tc>
          <w:tcPr>
            <w:tcW w:w="751" w:type="pct"/>
            <w:vAlign w:val="center"/>
          </w:tcPr>
          <w:p w14:paraId="27AD6A9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1.655398</w:t>
            </w:r>
          </w:p>
        </w:tc>
        <w:tc>
          <w:tcPr>
            <w:tcW w:w="247" w:type="pct"/>
            <w:vAlign w:val="center"/>
          </w:tcPr>
          <w:p w14:paraId="42DFC32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1D4F9F4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3.535898</w:t>
            </w:r>
          </w:p>
        </w:tc>
        <w:tc>
          <w:tcPr>
            <w:tcW w:w="751" w:type="pct"/>
            <w:vAlign w:val="center"/>
          </w:tcPr>
          <w:p w14:paraId="129D533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-3.321559</w:t>
            </w:r>
          </w:p>
        </w:tc>
        <w:tc>
          <w:tcPr>
            <w:tcW w:w="751" w:type="pct"/>
            <w:vAlign w:val="center"/>
          </w:tcPr>
          <w:p w14:paraId="388D125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0.181593</w:t>
            </w:r>
          </w:p>
        </w:tc>
      </w:tr>
      <w:tr w:rsidR="00497B11" w:rsidRPr="00293828" w14:paraId="74FC3257" w14:textId="77777777" w:rsidTr="009D45BD">
        <w:tc>
          <w:tcPr>
            <w:tcW w:w="247" w:type="pct"/>
            <w:vAlign w:val="center"/>
          </w:tcPr>
          <w:p w14:paraId="5F9C3C3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07BE389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8.918201</w:t>
            </w:r>
          </w:p>
        </w:tc>
        <w:tc>
          <w:tcPr>
            <w:tcW w:w="751" w:type="pct"/>
            <w:vAlign w:val="center"/>
          </w:tcPr>
          <w:p w14:paraId="278E887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0.748680</w:t>
            </w:r>
          </w:p>
        </w:tc>
        <w:tc>
          <w:tcPr>
            <w:tcW w:w="751" w:type="pct"/>
            <w:vAlign w:val="center"/>
          </w:tcPr>
          <w:p w14:paraId="22164E9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-1.233928</w:t>
            </w:r>
          </w:p>
        </w:tc>
        <w:tc>
          <w:tcPr>
            <w:tcW w:w="247" w:type="pct"/>
            <w:vAlign w:val="center"/>
          </w:tcPr>
          <w:p w14:paraId="4CD1DF6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2A7374F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-4.737213</w:t>
            </w:r>
          </w:p>
        </w:tc>
        <w:tc>
          <w:tcPr>
            <w:tcW w:w="751" w:type="pct"/>
            <w:vAlign w:val="center"/>
          </w:tcPr>
          <w:p w14:paraId="2A5BE53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-0.372968</w:t>
            </w:r>
          </w:p>
        </w:tc>
        <w:tc>
          <w:tcPr>
            <w:tcW w:w="751" w:type="pct"/>
            <w:vAlign w:val="center"/>
          </w:tcPr>
          <w:p w14:paraId="2274C6D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-2.896769</w:t>
            </w:r>
          </w:p>
        </w:tc>
      </w:tr>
      <w:tr w:rsidR="00497B11" w:rsidRPr="00293828" w14:paraId="16AC9F2A" w14:textId="77777777" w:rsidTr="009D45BD">
        <w:tc>
          <w:tcPr>
            <w:tcW w:w="247" w:type="pct"/>
            <w:vAlign w:val="center"/>
          </w:tcPr>
          <w:p w14:paraId="0A241B7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263E280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8.036781</w:t>
            </w:r>
          </w:p>
        </w:tc>
        <w:tc>
          <w:tcPr>
            <w:tcW w:w="751" w:type="pct"/>
            <w:vAlign w:val="center"/>
          </w:tcPr>
          <w:p w14:paraId="39935EA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2.593991</w:t>
            </w:r>
          </w:p>
        </w:tc>
        <w:tc>
          <w:tcPr>
            <w:tcW w:w="751" w:type="pct"/>
            <w:vAlign w:val="center"/>
          </w:tcPr>
          <w:p w14:paraId="65A3F88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0.188646</w:t>
            </w:r>
          </w:p>
        </w:tc>
        <w:tc>
          <w:tcPr>
            <w:tcW w:w="247" w:type="pct"/>
            <w:vAlign w:val="center"/>
          </w:tcPr>
          <w:p w14:paraId="5E82192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400CADC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-3.581379</w:t>
            </w:r>
          </w:p>
        </w:tc>
        <w:tc>
          <w:tcPr>
            <w:tcW w:w="751" w:type="pct"/>
            <w:vAlign w:val="center"/>
          </w:tcPr>
          <w:p w14:paraId="4173DB1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-1.584480</w:t>
            </w:r>
          </w:p>
        </w:tc>
        <w:tc>
          <w:tcPr>
            <w:tcW w:w="751" w:type="pct"/>
            <w:vAlign w:val="center"/>
          </w:tcPr>
          <w:p w14:paraId="14A846B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-2.322432</w:t>
            </w:r>
          </w:p>
        </w:tc>
      </w:tr>
      <w:tr w:rsidR="00497B11" w:rsidRPr="00293828" w14:paraId="78440E7A" w14:textId="77777777" w:rsidTr="009D45BD">
        <w:tc>
          <w:tcPr>
            <w:tcW w:w="247" w:type="pct"/>
            <w:vAlign w:val="center"/>
          </w:tcPr>
          <w:p w14:paraId="7762BDD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2219A1B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5.172448</w:t>
            </w:r>
          </w:p>
        </w:tc>
        <w:tc>
          <w:tcPr>
            <w:tcW w:w="751" w:type="pct"/>
            <w:vAlign w:val="center"/>
          </w:tcPr>
          <w:p w14:paraId="4C5CF35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1.442291</w:t>
            </w:r>
          </w:p>
        </w:tc>
        <w:tc>
          <w:tcPr>
            <w:tcW w:w="751" w:type="pct"/>
            <w:vAlign w:val="center"/>
          </w:tcPr>
          <w:p w14:paraId="24EF597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1.380053</w:t>
            </w:r>
          </w:p>
        </w:tc>
        <w:tc>
          <w:tcPr>
            <w:tcW w:w="247" w:type="pct"/>
            <w:vAlign w:val="center"/>
          </w:tcPr>
          <w:p w14:paraId="0D4831C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25AA695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2.527526</w:t>
            </w:r>
          </w:p>
        </w:tc>
        <w:tc>
          <w:tcPr>
            <w:tcW w:w="751" w:type="pct"/>
            <w:vAlign w:val="center"/>
          </w:tcPr>
          <w:p w14:paraId="15975A5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-0.577508</w:t>
            </w:r>
          </w:p>
        </w:tc>
        <w:tc>
          <w:tcPr>
            <w:tcW w:w="751" w:type="pct"/>
            <w:vAlign w:val="center"/>
          </w:tcPr>
          <w:p w14:paraId="6A707BA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-2.147267</w:t>
            </w:r>
          </w:p>
        </w:tc>
      </w:tr>
      <w:tr w:rsidR="00497B11" w:rsidRPr="00293828" w14:paraId="2D070404" w14:textId="77777777" w:rsidTr="009D45BD">
        <w:tc>
          <w:tcPr>
            <w:tcW w:w="247" w:type="pct"/>
            <w:vAlign w:val="center"/>
          </w:tcPr>
          <w:p w14:paraId="65EC5E9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37F5EC3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-4.015430</w:t>
            </w:r>
          </w:p>
        </w:tc>
        <w:tc>
          <w:tcPr>
            <w:tcW w:w="751" w:type="pct"/>
            <w:vAlign w:val="center"/>
          </w:tcPr>
          <w:p w14:paraId="70741BF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1.119942</w:t>
            </w:r>
          </w:p>
        </w:tc>
        <w:tc>
          <w:tcPr>
            <w:tcW w:w="751" w:type="pct"/>
            <w:vAlign w:val="center"/>
          </w:tcPr>
          <w:p w14:paraId="3162146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-0.813689</w:t>
            </w:r>
          </w:p>
        </w:tc>
        <w:tc>
          <w:tcPr>
            <w:tcW w:w="247" w:type="pct"/>
            <w:vAlign w:val="center"/>
          </w:tcPr>
          <w:p w14:paraId="1AB63B8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5C1701D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1.014654</w:t>
            </w:r>
          </w:p>
        </w:tc>
        <w:tc>
          <w:tcPr>
            <w:tcW w:w="751" w:type="pct"/>
            <w:vAlign w:val="center"/>
          </w:tcPr>
          <w:p w14:paraId="79AE4D6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-0.237034</w:t>
            </w:r>
          </w:p>
        </w:tc>
        <w:tc>
          <w:tcPr>
            <w:tcW w:w="751" w:type="pct"/>
            <w:vAlign w:val="center"/>
          </w:tcPr>
          <w:p w14:paraId="2EDB458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-1.333417</w:t>
            </w:r>
          </w:p>
        </w:tc>
      </w:tr>
      <w:tr w:rsidR="00497B11" w:rsidRPr="00293828" w14:paraId="02BF3CBD" w14:textId="77777777" w:rsidTr="009D45BD">
        <w:tc>
          <w:tcPr>
            <w:tcW w:w="247" w:type="pct"/>
            <w:vAlign w:val="center"/>
          </w:tcPr>
          <w:p w14:paraId="0131DB3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70B42EB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-5.085372</w:t>
            </w:r>
          </w:p>
        </w:tc>
        <w:tc>
          <w:tcPr>
            <w:tcW w:w="751" w:type="pct"/>
            <w:vAlign w:val="center"/>
          </w:tcPr>
          <w:p w14:paraId="4B71ED5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2.078271</w:t>
            </w:r>
          </w:p>
        </w:tc>
        <w:tc>
          <w:tcPr>
            <w:tcW w:w="751" w:type="pct"/>
            <w:vAlign w:val="center"/>
          </w:tcPr>
          <w:p w14:paraId="6CABF2F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-1.301552</w:t>
            </w:r>
          </w:p>
        </w:tc>
        <w:tc>
          <w:tcPr>
            <w:tcW w:w="247" w:type="pct"/>
            <w:vAlign w:val="center"/>
          </w:tcPr>
          <w:p w14:paraId="1B94899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2C6FC8A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6.765093</w:t>
            </w:r>
          </w:p>
        </w:tc>
        <w:tc>
          <w:tcPr>
            <w:tcW w:w="751" w:type="pct"/>
            <w:vAlign w:val="center"/>
          </w:tcPr>
          <w:p w14:paraId="5771F4E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1.249454</w:t>
            </w:r>
          </w:p>
        </w:tc>
        <w:tc>
          <w:tcPr>
            <w:tcW w:w="751" w:type="pct"/>
            <w:vAlign w:val="center"/>
          </w:tcPr>
          <w:p w14:paraId="49CE19C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-2.741846</w:t>
            </w:r>
          </w:p>
        </w:tc>
      </w:tr>
      <w:tr w:rsidR="00497B11" w:rsidRPr="00293828" w14:paraId="2B38A5CD" w14:textId="77777777" w:rsidTr="009D45BD">
        <w:tc>
          <w:tcPr>
            <w:tcW w:w="247" w:type="pct"/>
            <w:vAlign w:val="center"/>
          </w:tcPr>
          <w:p w14:paraId="7D89CB8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2A5265C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-6.342477</w:t>
            </w:r>
          </w:p>
        </w:tc>
        <w:tc>
          <w:tcPr>
            <w:tcW w:w="751" w:type="pct"/>
            <w:vAlign w:val="center"/>
          </w:tcPr>
          <w:p w14:paraId="3617120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1.911382</w:t>
            </w:r>
          </w:p>
        </w:tc>
        <w:tc>
          <w:tcPr>
            <w:tcW w:w="751" w:type="pct"/>
            <w:vAlign w:val="center"/>
          </w:tcPr>
          <w:p w14:paraId="2E1C749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-0.455686</w:t>
            </w:r>
          </w:p>
        </w:tc>
        <w:tc>
          <w:tcPr>
            <w:tcW w:w="247" w:type="pct"/>
            <w:vAlign w:val="center"/>
          </w:tcPr>
          <w:p w14:paraId="14B2502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17B8B21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7.564451</w:t>
            </w:r>
          </w:p>
        </w:tc>
        <w:tc>
          <w:tcPr>
            <w:tcW w:w="751" w:type="pct"/>
            <w:vAlign w:val="center"/>
          </w:tcPr>
          <w:p w14:paraId="23950DB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2.791987</w:t>
            </w:r>
          </w:p>
        </w:tc>
        <w:tc>
          <w:tcPr>
            <w:tcW w:w="751" w:type="pct"/>
            <w:vAlign w:val="center"/>
          </w:tcPr>
          <w:p w14:paraId="283C453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-2.464355</w:t>
            </w:r>
          </w:p>
        </w:tc>
      </w:tr>
      <w:tr w:rsidR="00497B11" w:rsidRPr="00293828" w14:paraId="656D3C33" w14:textId="77777777" w:rsidTr="009D45BD">
        <w:tc>
          <w:tcPr>
            <w:tcW w:w="247" w:type="pct"/>
            <w:vAlign w:val="center"/>
          </w:tcPr>
          <w:p w14:paraId="373D7A3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4C87956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-6.949289</w:t>
            </w:r>
          </w:p>
        </w:tc>
        <w:tc>
          <w:tcPr>
            <w:tcW w:w="751" w:type="pct"/>
            <w:vAlign w:val="center"/>
          </w:tcPr>
          <w:p w14:paraId="087AA9E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0.497357</w:t>
            </w:r>
          </w:p>
        </w:tc>
        <w:tc>
          <w:tcPr>
            <w:tcW w:w="751" w:type="pct"/>
            <w:vAlign w:val="center"/>
          </w:tcPr>
          <w:p w14:paraId="64D563A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-0.564075</w:t>
            </w:r>
          </w:p>
        </w:tc>
        <w:tc>
          <w:tcPr>
            <w:tcW w:w="247" w:type="pct"/>
            <w:vAlign w:val="center"/>
          </w:tcPr>
          <w:p w14:paraId="695BE75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05C7A66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4.501288</w:t>
            </w:r>
          </w:p>
        </w:tc>
        <w:tc>
          <w:tcPr>
            <w:tcW w:w="751" w:type="pct"/>
            <w:vAlign w:val="center"/>
          </w:tcPr>
          <w:p w14:paraId="5747085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-1.327456</w:t>
            </w:r>
          </w:p>
        </w:tc>
        <w:tc>
          <w:tcPr>
            <w:tcW w:w="751" w:type="pct"/>
            <w:vAlign w:val="center"/>
          </w:tcPr>
          <w:p w14:paraId="5B18E74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-1.880210</w:t>
            </w:r>
          </w:p>
        </w:tc>
      </w:tr>
      <w:tr w:rsidR="00497B11" w:rsidRPr="00293828" w14:paraId="323DA499" w14:textId="77777777" w:rsidTr="009D45BD">
        <w:tc>
          <w:tcPr>
            <w:tcW w:w="247" w:type="pct"/>
            <w:vAlign w:val="center"/>
          </w:tcPr>
          <w:p w14:paraId="2AAB4D3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08BE04E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-5.877944</w:t>
            </w:r>
          </w:p>
        </w:tc>
        <w:tc>
          <w:tcPr>
            <w:tcW w:w="751" w:type="pct"/>
            <w:vAlign w:val="center"/>
          </w:tcPr>
          <w:p w14:paraId="7CCF0E8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-0.565745</w:t>
            </w:r>
          </w:p>
        </w:tc>
        <w:tc>
          <w:tcPr>
            <w:tcW w:w="751" w:type="pct"/>
            <w:vAlign w:val="center"/>
          </w:tcPr>
          <w:p w14:paraId="2E6D072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-0.155897</w:t>
            </w:r>
          </w:p>
        </w:tc>
        <w:tc>
          <w:tcPr>
            <w:tcW w:w="247" w:type="pct"/>
            <w:vAlign w:val="center"/>
          </w:tcPr>
          <w:p w14:paraId="27B7CF9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51A4843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5.100744</w:t>
            </w:r>
          </w:p>
        </w:tc>
        <w:tc>
          <w:tcPr>
            <w:tcW w:w="751" w:type="pct"/>
            <w:vAlign w:val="center"/>
          </w:tcPr>
          <w:p w14:paraId="2F71051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3.131252</w:t>
            </w:r>
          </w:p>
        </w:tc>
        <w:tc>
          <w:tcPr>
            <w:tcW w:w="751" w:type="pct"/>
            <w:vAlign w:val="center"/>
          </w:tcPr>
          <w:p w14:paraId="1DDC949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-2.515832</w:t>
            </w:r>
          </w:p>
        </w:tc>
      </w:tr>
      <w:tr w:rsidR="00497B11" w:rsidRPr="00293828" w14:paraId="3EB62493" w14:textId="77777777" w:rsidTr="009D45BD">
        <w:tc>
          <w:tcPr>
            <w:tcW w:w="247" w:type="pct"/>
            <w:vAlign w:val="center"/>
          </w:tcPr>
          <w:p w14:paraId="01E0547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1614BBF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-6.188788</w:t>
            </w:r>
          </w:p>
        </w:tc>
        <w:tc>
          <w:tcPr>
            <w:tcW w:w="751" w:type="pct"/>
            <w:vAlign w:val="center"/>
          </w:tcPr>
          <w:p w14:paraId="347A98D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-1.956090</w:t>
            </w:r>
          </w:p>
        </w:tc>
        <w:tc>
          <w:tcPr>
            <w:tcW w:w="751" w:type="pct"/>
            <w:vAlign w:val="center"/>
          </w:tcPr>
          <w:p w14:paraId="5E4658D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-0.709298</w:t>
            </w:r>
          </w:p>
        </w:tc>
        <w:tc>
          <w:tcPr>
            <w:tcW w:w="247" w:type="pct"/>
            <w:vAlign w:val="center"/>
          </w:tcPr>
          <w:p w14:paraId="4BCBA0D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5DE6961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5.673522</w:t>
            </w:r>
          </w:p>
        </w:tc>
        <w:tc>
          <w:tcPr>
            <w:tcW w:w="751" w:type="pct"/>
            <w:vAlign w:val="center"/>
          </w:tcPr>
          <w:p w14:paraId="721A15A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3.446273</w:t>
            </w:r>
          </w:p>
        </w:tc>
        <w:tc>
          <w:tcPr>
            <w:tcW w:w="751" w:type="pct"/>
            <w:vAlign w:val="center"/>
          </w:tcPr>
          <w:p w14:paraId="6DBE75B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-0.885720</w:t>
            </w:r>
          </w:p>
        </w:tc>
      </w:tr>
      <w:tr w:rsidR="00497B11" w:rsidRPr="00293828" w14:paraId="02A993F9" w14:textId="77777777" w:rsidTr="009D45BD">
        <w:tc>
          <w:tcPr>
            <w:tcW w:w="247" w:type="pct"/>
            <w:vAlign w:val="center"/>
          </w:tcPr>
          <w:p w14:paraId="6CA5FF6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37450B9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-1.854081</w:t>
            </w:r>
          </w:p>
        </w:tc>
        <w:tc>
          <w:tcPr>
            <w:tcW w:w="751" w:type="pct"/>
            <w:vAlign w:val="center"/>
          </w:tcPr>
          <w:p w14:paraId="6EDB21D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0.377624</w:t>
            </w:r>
          </w:p>
        </w:tc>
        <w:tc>
          <w:tcPr>
            <w:tcW w:w="751" w:type="pct"/>
            <w:vAlign w:val="center"/>
          </w:tcPr>
          <w:p w14:paraId="67ADD12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-1.520750</w:t>
            </w:r>
          </w:p>
        </w:tc>
        <w:tc>
          <w:tcPr>
            <w:tcW w:w="247" w:type="pct"/>
            <w:vAlign w:val="center"/>
          </w:tcPr>
          <w:p w14:paraId="123CB66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3E2F72D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-3.698676</w:t>
            </w:r>
          </w:p>
        </w:tc>
        <w:tc>
          <w:tcPr>
            <w:tcW w:w="751" w:type="pct"/>
            <w:vAlign w:val="center"/>
          </w:tcPr>
          <w:p w14:paraId="3D54F2D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0.095898</w:t>
            </w:r>
          </w:p>
        </w:tc>
        <w:tc>
          <w:tcPr>
            <w:tcW w:w="751" w:type="pct"/>
            <w:vAlign w:val="center"/>
          </w:tcPr>
          <w:p w14:paraId="7EF4714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1.963873</w:t>
            </w:r>
          </w:p>
        </w:tc>
      </w:tr>
      <w:tr w:rsidR="00497B11" w:rsidRPr="00293828" w14:paraId="088B8817" w14:textId="77777777" w:rsidTr="009D45BD">
        <w:tc>
          <w:tcPr>
            <w:tcW w:w="247" w:type="pct"/>
            <w:vAlign w:val="center"/>
          </w:tcPr>
          <w:p w14:paraId="3E9E645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lastRenderedPageBreak/>
              <w:t>C</w:t>
            </w:r>
          </w:p>
        </w:tc>
        <w:tc>
          <w:tcPr>
            <w:tcW w:w="751" w:type="pct"/>
            <w:vAlign w:val="center"/>
          </w:tcPr>
          <w:p w14:paraId="5D7C2FE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-1.903724</w:t>
            </w:r>
          </w:p>
        </w:tc>
        <w:tc>
          <w:tcPr>
            <w:tcW w:w="751" w:type="pct"/>
            <w:vAlign w:val="center"/>
          </w:tcPr>
          <w:p w14:paraId="0045A62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-0.506662</w:t>
            </w:r>
          </w:p>
        </w:tc>
        <w:tc>
          <w:tcPr>
            <w:tcW w:w="751" w:type="pct"/>
            <w:vAlign w:val="center"/>
          </w:tcPr>
          <w:p w14:paraId="0B03F0B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-0.286072</w:t>
            </w:r>
          </w:p>
        </w:tc>
        <w:tc>
          <w:tcPr>
            <w:tcW w:w="247" w:type="pct"/>
            <w:vAlign w:val="center"/>
          </w:tcPr>
          <w:p w14:paraId="3136B8C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1B5BB52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-7.255226</w:t>
            </w:r>
          </w:p>
        </w:tc>
        <w:tc>
          <w:tcPr>
            <w:tcW w:w="751" w:type="pct"/>
            <w:vAlign w:val="center"/>
          </w:tcPr>
          <w:p w14:paraId="28406D7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-2.151102</w:t>
            </w:r>
          </w:p>
        </w:tc>
        <w:tc>
          <w:tcPr>
            <w:tcW w:w="751" w:type="pct"/>
            <w:vAlign w:val="center"/>
          </w:tcPr>
          <w:p w14:paraId="4AB478C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-0.868662</w:t>
            </w:r>
          </w:p>
        </w:tc>
      </w:tr>
      <w:tr w:rsidR="00497B11" w:rsidRPr="00293828" w14:paraId="56B95049" w14:textId="77777777" w:rsidTr="009D45BD">
        <w:tc>
          <w:tcPr>
            <w:tcW w:w="247" w:type="pct"/>
            <w:vAlign w:val="center"/>
          </w:tcPr>
          <w:p w14:paraId="6BF07EE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0441EFC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-3.334099</w:t>
            </w:r>
          </w:p>
        </w:tc>
        <w:tc>
          <w:tcPr>
            <w:tcW w:w="751" w:type="pct"/>
            <w:vAlign w:val="center"/>
          </w:tcPr>
          <w:p w14:paraId="7098D9F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-1.045203</w:t>
            </w:r>
          </w:p>
        </w:tc>
        <w:tc>
          <w:tcPr>
            <w:tcW w:w="751" w:type="pct"/>
            <w:vAlign w:val="center"/>
          </w:tcPr>
          <w:p w14:paraId="32EDF04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0.149261</w:t>
            </w:r>
          </w:p>
        </w:tc>
        <w:tc>
          <w:tcPr>
            <w:tcW w:w="247" w:type="pct"/>
            <w:vAlign w:val="center"/>
          </w:tcPr>
          <w:p w14:paraId="6D27CC3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2AD1BCC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1.236090</w:t>
            </w:r>
          </w:p>
        </w:tc>
        <w:tc>
          <w:tcPr>
            <w:tcW w:w="751" w:type="pct"/>
            <w:vAlign w:val="center"/>
          </w:tcPr>
          <w:p w14:paraId="4B433E9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-2.738065</w:t>
            </w:r>
          </w:p>
        </w:tc>
        <w:tc>
          <w:tcPr>
            <w:tcW w:w="751" w:type="pct"/>
            <w:vAlign w:val="center"/>
          </w:tcPr>
          <w:p w14:paraId="6DC5C23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-1.340244</w:t>
            </w:r>
          </w:p>
        </w:tc>
      </w:tr>
      <w:tr w:rsidR="00497B11" w:rsidRPr="00293828" w14:paraId="367F2D3F" w14:textId="77777777" w:rsidTr="009D45BD">
        <w:tc>
          <w:tcPr>
            <w:tcW w:w="247" w:type="pct"/>
            <w:vAlign w:val="center"/>
          </w:tcPr>
          <w:p w14:paraId="1E49EE4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15476AB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-4.435188</w:t>
            </w:r>
          </w:p>
        </w:tc>
        <w:tc>
          <w:tcPr>
            <w:tcW w:w="751" w:type="pct"/>
            <w:vAlign w:val="center"/>
          </w:tcPr>
          <w:p w14:paraId="6FD4F20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-0.347369</w:t>
            </w:r>
          </w:p>
        </w:tc>
        <w:tc>
          <w:tcPr>
            <w:tcW w:w="751" w:type="pct"/>
            <w:vAlign w:val="center"/>
          </w:tcPr>
          <w:p w14:paraId="5755B55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-0.702547</w:t>
            </w:r>
          </w:p>
        </w:tc>
        <w:tc>
          <w:tcPr>
            <w:tcW w:w="247" w:type="pct"/>
            <w:vAlign w:val="center"/>
          </w:tcPr>
          <w:p w14:paraId="0E1A601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24E5F10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4.387372</w:t>
            </w:r>
          </w:p>
        </w:tc>
        <w:tc>
          <w:tcPr>
            <w:tcW w:w="751" w:type="pct"/>
            <w:vAlign w:val="center"/>
          </w:tcPr>
          <w:p w14:paraId="245C981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0.921032</w:t>
            </w:r>
          </w:p>
        </w:tc>
        <w:tc>
          <w:tcPr>
            <w:tcW w:w="751" w:type="pct"/>
            <w:vAlign w:val="center"/>
          </w:tcPr>
          <w:p w14:paraId="0F43C8E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-1.970175</w:t>
            </w:r>
          </w:p>
        </w:tc>
      </w:tr>
      <w:tr w:rsidR="00497B11" w:rsidRPr="00293828" w14:paraId="514CD646" w14:textId="77777777" w:rsidTr="009D45BD">
        <w:tc>
          <w:tcPr>
            <w:tcW w:w="247" w:type="pct"/>
            <w:vAlign w:val="center"/>
          </w:tcPr>
          <w:p w14:paraId="47F78FD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7F572A8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-3.494676</w:t>
            </w:r>
          </w:p>
        </w:tc>
        <w:tc>
          <w:tcPr>
            <w:tcW w:w="751" w:type="pct"/>
            <w:vAlign w:val="center"/>
          </w:tcPr>
          <w:p w14:paraId="4E06CEE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-0.941634</w:t>
            </w:r>
          </w:p>
        </w:tc>
        <w:tc>
          <w:tcPr>
            <w:tcW w:w="751" w:type="pct"/>
            <w:vAlign w:val="center"/>
          </w:tcPr>
          <w:p w14:paraId="763BB87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1.671753</w:t>
            </w:r>
          </w:p>
        </w:tc>
        <w:tc>
          <w:tcPr>
            <w:tcW w:w="247" w:type="pct"/>
            <w:vAlign w:val="center"/>
          </w:tcPr>
          <w:p w14:paraId="6C21DEC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6A6BDE2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-0.767357</w:t>
            </w:r>
          </w:p>
        </w:tc>
        <w:tc>
          <w:tcPr>
            <w:tcW w:w="751" w:type="pct"/>
            <w:vAlign w:val="center"/>
          </w:tcPr>
          <w:p w14:paraId="4735FC4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-3.818125</w:t>
            </w:r>
          </w:p>
        </w:tc>
        <w:tc>
          <w:tcPr>
            <w:tcW w:w="751" w:type="pct"/>
            <w:vAlign w:val="center"/>
          </w:tcPr>
          <w:p w14:paraId="7D1CB4B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2.117062</w:t>
            </w:r>
          </w:p>
        </w:tc>
      </w:tr>
      <w:tr w:rsidR="00497B11" w:rsidRPr="00293828" w14:paraId="7FBFAB3F" w14:textId="77777777" w:rsidTr="009D45BD">
        <w:tc>
          <w:tcPr>
            <w:tcW w:w="247" w:type="pct"/>
            <w:vAlign w:val="center"/>
          </w:tcPr>
          <w:p w14:paraId="0BC50B8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21581A8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-2.256857</w:t>
            </w:r>
          </w:p>
        </w:tc>
        <w:tc>
          <w:tcPr>
            <w:tcW w:w="751" w:type="pct"/>
            <w:vAlign w:val="center"/>
          </w:tcPr>
          <w:p w14:paraId="4BFF6B4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-1.471525</w:t>
            </w:r>
          </w:p>
        </w:tc>
        <w:tc>
          <w:tcPr>
            <w:tcW w:w="751" w:type="pct"/>
            <w:vAlign w:val="center"/>
          </w:tcPr>
          <w:p w14:paraId="20C2D39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2.424467</w:t>
            </w:r>
          </w:p>
        </w:tc>
        <w:tc>
          <w:tcPr>
            <w:tcW w:w="247" w:type="pct"/>
            <w:vAlign w:val="center"/>
          </w:tcPr>
          <w:p w14:paraId="6D3C110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3467580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-0.218273</w:t>
            </w:r>
          </w:p>
        </w:tc>
        <w:tc>
          <w:tcPr>
            <w:tcW w:w="751" w:type="pct"/>
            <w:vAlign w:val="center"/>
          </w:tcPr>
          <w:p w14:paraId="7BA997E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-4.163476</w:t>
            </w:r>
          </w:p>
        </w:tc>
        <w:tc>
          <w:tcPr>
            <w:tcW w:w="751" w:type="pct"/>
            <w:vAlign w:val="center"/>
          </w:tcPr>
          <w:p w14:paraId="3435671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0.458632</w:t>
            </w:r>
          </w:p>
        </w:tc>
      </w:tr>
      <w:tr w:rsidR="00497B11" w:rsidRPr="00293828" w14:paraId="7F1A081D" w14:textId="77777777" w:rsidTr="009D45BD">
        <w:tc>
          <w:tcPr>
            <w:tcW w:w="247" w:type="pct"/>
            <w:vAlign w:val="center"/>
          </w:tcPr>
          <w:p w14:paraId="7719994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2C1B244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-0.905350</w:t>
            </w:r>
          </w:p>
        </w:tc>
        <w:tc>
          <w:tcPr>
            <w:tcW w:w="751" w:type="pct"/>
            <w:vAlign w:val="center"/>
          </w:tcPr>
          <w:p w14:paraId="284B4A4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-0.995744</w:t>
            </w:r>
          </w:p>
        </w:tc>
        <w:tc>
          <w:tcPr>
            <w:tcW w:w="751" w:type="pct"/>
            <w:vAlign w:val="center"/>
          </w:tcPr>
          <w:p w14:paraId="6B6E40A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1.817837</w:t>
            </w:r>
          </w:p>
        </w:tc>
        <w:tc>
          <w:tcPr>
            <w:tcW w:w="247" w:type="pct"/>
            <w:vAlign w:val="center"/>
          </w:tcPr>
          <w:p w14:paraId="7FB2B72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062962C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-3.683976</w:t>
            </w:r>
          </w:p>
        </w:tc>
        <w:tc>
          <w:tcPr>
            <w:tcW w:w="751" w:type="pct"/>
            <w:vAlign w:val="center"/>
          </w:tcPr>
          <w:p w14:paraId="7CC05A9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1.466383</w:t>
            </w:r>
          </w:p>
        </w:tc>
        <w:tc>
          <w:tcPr>
            <w:tcW w:w="751" w:type="pct"/>
            <w:vAlign w:val="center"/>
          </w:tcPr>
          <w:p w14:paraId="7A613AC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0.169230</w:t>
            </w:r>
          </w:p>
        </w:tc>
      </w:tr>
      <w:tr w:rsidR="00497B11" w:rsidRPr="00293828" w14:paraId="1A801186" w14:textId="77777777" w:rsidTr="009D45BD">
        <w:tc>
          <w:tcPr>
            <w:tcW w:w="247" w:type="pct"/>
            <w:vAlign w:val="center"/>
          </w:tcPr>
          <w:p w14:paraId="24B6368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7D5775F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-1.185260</w:t>
            </w:r>
          </w:p>
        </w:tc>
        <w:tc>
          <w:tcPr>
            <w:tcW w:w="751" w:type="pct"/>
            <w:vAlign w:val="center"/>
          </w:tcPr>
          <w:p w14:paraId="1F56890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0.200203</w:t>
            </w:r>
          </w:p>
        </w:tc>
        <w:tc>
          <w:tcPr>
            <w:tcW w:w="751" w:type="pct"/>
            <w:vAlign w:val="center"/>
          </w:tcPr>
          <w:p w14:paraId="55D2F5C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0.893757</w:t>
            </w:r>
          </w:p>
        </w:tc>
        <w:tc>
          <w:tcPr>
            <w:tcW w:w="247" w:type="pct"/>
            <w:vAlign w:val="center"/>
          </w:tcPr>
          <w:p w14:paraId="192AD9C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1BF0CFD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8.122323</w:t>
            </w:r>
          </w:p>
        </w:tc>
        <w:tc>
          <w:tcPr>
            <w:tcW w:w="751" w:type="pct"/>
            <w:vAlign w:val="center"/>
          </w:tcPr>
          <w:p w14:paraId="0062B90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0.241335</w:t>
            </w:r>
          </w:p>
        </w:tc>
        <w:tc>
          <w:tcPr>
            <w:tcW w:w="751" w:type="pct"/>
            <w:vAlign w:val="center"/>
          </w:tcPr>
          <w:p w14:paraId="6660614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1.578649</w:t>
            </w:r>
          </w:p>
        </w:tc>
      </w:tr>
      <w:tr w:rsidR="00497B11" w:rsidRPr="00293828" w14:paraId="4FA440E6" w14:textId="77777777" w:rsidTr="009D45BD">
        <w:tc>
          <w:tcPr>
            <w:tcW w:w="247" w:type="pct"/>
            <w:vAlign w:val="center"/>
          </w:tcPr>
          <w:p w14:paraId="3E2CFCC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5EEB040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-1.058786</w:t>
            </w:r>
          </w:p>
        </w:tc>
        <w:tc>
          <w:tcPr>
            <w:tcW w:w="751" w:type="pct"/>
            <w:vAlign w:val="center"/>
          </w:tcPr>
          <w:p w14:paraId="7905C22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-1.780870</w:t>
            </w:r>
          </w:p>
        </w:tc>
        <w:tc>
          <w:tcPr>
            <w:tcW w:w="751" w:type="pct"/>
            <w:vAlign w:val="center"/>
          </w:tcPr>
          <w:p w14:paraId="6CF53A1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-0.452637</w:t>
            </w:r>
          </w:p>
        </w:tc>
        <w:tc>
          <w:tcPr>
            <w:tcW w:w="247" w:type="pct"/>
            <w:vAlign w:val="center"/>
          </w:tcPr>
          <w:p w14:paraId="16C15C2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12F8B35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2.086787</w:t>
            </w:r>
          </w:p>
        </w:tc>
        <w:tc>
          <w:tcPr>
            <w:tcW w:w="751" w:type="pct"/>
            <w:vAlign w:val="center"/>
          </w:tcPr>
          <w:p w14:paraId="6A03BC8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-3.980845</w:t>
            </w:r>
          </w:p>
        </w:tc>
        <w:tc>
          <w:tcPr>
            <w:tcW w:w="751" w:type="pct"/>
            <w:vAlign w:val="center"/>
          </w:tcPr>
          <w:p w14:paraId="2C65922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1.432690</w:t>
            </w:r>
          </w:p>
        </w:tc>
      </w:tr>
      <w:tr w:rsidR="00497B11" w:rsidRPr="00293828" w14:paraId="48872F9A" w14:textId="77777777" w:rsidTr="009D45BD">
        <w:tc>
          <w:tcPr>
            <w:tcW w:w="247" w:type="pct"/>
            <w:vAlign w:val="center"/>
          </w:tcPr>
          <w:p w14:paraId="6B5A9EE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0E8E0A1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-0.280434</w:t>
            </w:r>
          </w:p>
        </w:tc>
        <w:tc>
          <w:tcPr>
            <w:tcW w:w="751" w:type="pct"/>
            <w:vAlign w:val="center"/>
          </w:tcPr>
          <w:p w14:paraId="7A25BAA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-2.020409</w:t>
            </w:r>
          </w:p>
        </w:tc>
        <w:tc>
          <w:tcPr>
            <w:tcW w:w="751" w:type="pct"/>
            <w:vAlign w:val="center"/>
          </w:tcPr>
          <w:p w14:paraId="14761ED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0.835379</w:t>
            </w:r>
          </w:p>
        </w:tc>
        <w:tc>
          <w:tcPr>
            <w:tcW w:w="247" w:type="pct"/>
            <w:vAlign w:val="center"/>
          </w:tcPr>
          <w:p w14:paraId="1288E78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292626D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1.484464</w:t>
            </w:r>
          </w:p>
        </w:tc>
        <w:tc>
          <w:tcPr>
            <w:tcW w:w="751" w:type="pct"/>
            <w:vAlign w:val="center"/>
          </w:tcPr>
          <w:p w14:paraId="37ABE96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-2.873318</w:t>
            </w:r>
          </w:p>
        </w:tc>
        <w:tc>
          <w:tcPr>
            <w:tcW w:w="751" w:type="pct"/>
            <w:vAlign w:val="center"/>
          </w:tcPr>
          <w:p w14:paraId="5927021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2.691696</w:t>
            </w:r>
          </w:p>
        </w:tc>
      </w:tr>
      <w:tr w:rsidR="00497B11" w:rsidRPr="00293828" w14:paraId="437619EC" w14:textId="77777777" w:rsidTr="009D45BD">
        <w:tc>
          <w:tcPr>
            <w:tcW w:w="247" w:type="pct"/>
            <w:vAlign w:val="center"/>
          </w:tcPr>
          <w:p w14:paraId="0539F03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1AC1AD4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-0.113903</w:t>
            </w:r>
          </w:p>
        </w:tc>
        <w:tc>
          <w:tcPr>
            <w:tcW w:w="751" w:type="pct"/>
            <w:vAlign w:val="center"/>
          </w:tcPr>
          <w:p w14:paraId="132125D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-3.482505</w:t>
            </w:r>
          </w:p>
        </w:tc>
        <w:tc>
          <w:tcPr>
            <w:tcW w:w="751" w:type="pct"/>
            <w:vAlign w:val="center"/>
          </w:tcPr>
          <w:p w14:paraId="79B60AB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1.308380</w:t>
            </w:r>
          </w:p>
        </w:tc>
        <w:tc>
          <w:tcPr>
            <w:tcW w:w="247" w:type="pct"/>
            <w:vAlign w:val="center"/>
          </w:tcPr>
          <w:p w14:paraId="57C5E53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5DF888E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-8.075470</w:t>
            </w:r>
          </w:p>
        </w:tc>
        <w:tc>
          <w:tcPr>
            <w:tcW w:w="751" w:type="pct"/>
            <w:vAlign w:val="center"/>
          </w:tcPr>
          <w:p w14:paraId="22A9497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-0.583568</w:t>
            </w:r>
          </w:p>
        </w:tc>
        <w:tc>
          <w:tcPr>
            <w:tcW w:w="751" w:type="pct"/>
            <w:vAlign w:val="center"/>
          </w:tcPr>
          <w:p w14:paraId="5374D0A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-2.101269</w:t>
            </w:r>
          </w:p>
        </w:tc>
      </w:tr>
      <w:tr w:rsidR="00497B11" w:rsidRPr="00293828" w14:paraId="6D4B0FDA" w14:textId="77777777" w:rsidTr="009D45BD">
        <w:tc>
          <w:tcPr>
            <w:tcW w:w="247" w:type="pct"/>
            <w:vAlign w:val="center"/>
          </w:tcPr>
          <w:p w14:paraId="24CD387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6FFD17B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-8.139513</w:t>
            </w:r>
          </w:p>
        </w:tc>
        <w:tc>
          <w:tcPr>
            <w:tcW w:w="751" w:type="pct"/>
            <w:vAlign w:val="center"/>
          </w:tcPr>
          <w:p w14:paraId="5B84589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0.375009</w:t>
            </w:r>
          </w:p>
        </w:tc>
        <w:tc>
          <w:tcPr>
            <w:tcW w:w="751" w:type="pct"/>
            <w:vAlign w:val="center"/>
          </w:tcPr>
          <w:p w14:paraId="7F479C3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0.405754</w:t>
            </w:r>
          </w:p>
        </w:tc>
        <w:tc>
          <w:tcPr>
            <w:tcW w:w="247" w:type="pct"/>
            <w:vAlign w:val="center"/>
          </w:tcPr>
          <w:p w14:paraId="794060B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35CA2C0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-8.182965</w:t>
            </w:r>
          </w:p>
        </w:tc>
        <w:tc>
          <w:tcPr>
            <w:tcW w:w="751" w:type="pct"/>
            <w:vAlign w:val="center"/>
          </w:tcPr>
          <w:p w14:paraId="2809197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1.171939</w:t>
            </w:r>
          </w:p>
        </w:tc>
        <w:tc>
          <w:tcPr>
            <w:tcW w:w="751" w:type="pct"/>
            <w:vAlign w:val="center"/>
          </w:tcPr>
          <w:p w14:paraId="0023825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-2.217047</w:t>
            </w:r>
          </w:p>
        </w:tc>
      </w:tr>
      <w:tr w:rsidR="00497B11" w:rsidRPr="00293828" w14:paraId="44CFE013" w14:textId="77777777" w:rsidTr="009D45BD">
        <w:tc>
          <w:tcPr>
            <w:tcW w:w="247" w:type="pct"/>
            <w:vAlign w:val="center"/>
          </w:tcPr>
          <w:p w14:paraId="73AC016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28BEA12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-7.502479</w:t>
            </w:r>
          </w:p>
        </w:tc>
        <w:tc>
          <w:tcPr>
            <w:tcW w:w="751" w:type="pct"/>
            <w:vAlign w:val="center"/>
          </w:tcPr>
          <w:p w14:paraId="34398C8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0.340950</w:t>
            </w:r>
          </w:p>
        </w:tc>
        <w:tc>
          <w:tcPr>
            <w:tcW w:w="751" w:type="pct"/>
            <w:vAlign w:val="center"/>
          </w:tcPr>
          <w:p w14:paraId="1ED0900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-1.998751</w:t>
            </w:r>
          </w:p>
        </w:tc>
        <w:tc>
          <w:tcPr>
            <w:tcW w:w="247" w:type="pct"/>
            <w:vAlign w:val="center"/>
          </w:tcPr>
          <w:p w14:paraId="423126F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72B1B3B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-6.730467</w:t>
            </w:r>
          </w:p>
        </w:tc>
        <w:tc>
          <w:tcPr>
            <w:tcW w:w="751" w:type="pct"/>
            <w:vAlign w:val="center"/>
          </w:tcPr>
          <w:p w14:paraId="264769D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0.328272</w:t>
            </w:r>
          </w:p>
        </w:tc>
        <w:tc>
          <w:tcPr>
            <w:tcW w:w="751" w:type="pct"/>
            <w:vAlign w:val="center"/>
          </w:tcPr>
          <w:p w14:paraId="1CB41D2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-2.768513</w:t>
            </w:r>
          </w:p>
        </w:tc>
      </w:tr>
      <w:tr w:rsidR="00497B11" w:rsidRPr="00293828" w14:paraId="2365EFFC" w14:textId="77777777" w:rsidTr="009D45BD">
        <w:tc>
          <w:tcPr>
            <w:tcW w:w="247" w:type="pct"/>
            <w:vAlign w:val="center"/>
          </w:tcPr>
          <w:p w14:paraId="75D4107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6389989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-4.510397</w:t>
            </w:r>
          </w:p>
        </w:tc>
        <w:tc>
          <w:tcPr>
            <w:tcW w:w="751" w:type="pct"/>
            <w:vAlign w:val="center"/>
          </w:tcPr>
          <w:p w14:paraId="30AF215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-1.060658</w:t>
            </w:r>
          </w:p>
        </w:tc>
        <w:tc>
          <w:tcPr>
            <w:tcW w:w="751" w:type="pct"/>
            <w:vAlign w:val="center"/>
          </w:tcPr>
          <w:p w14:paraId="499EA33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-2.075794</w:t>
            </w:r>
          </w:p>
        </w:tc>
        <w:tc>
          <w:tcPr>
            <w:tcW w:w="247" w:type="pct"/>
            <w:vAlign w:val="center"/>
          </w:tcPr>
          <w:p w14:paraId="65E8D0B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2F9CFFB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-0.204556</w:t>
            </w:r>
          </w:p>
        </w:tc>
        <w:tc>
          <w:tcPr>
            <w:tcW w:w="751" w:type="pct"/>
            <w:vAlign w:val="center"/>
          </w:tcPr>
          <w:p w14:paraId="350AB82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-0.740552</w:t>
            </w:r>
          </w:p>
        </w:tc>
        <w:tc>
          <w:tcPr>
            <w:tcW w:w="751" w:type="pct"/>
            <w:vAlign w:val="center"/>
          </w:tcPr>
          <w:p w14:paraId="7748154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2.613432</w:t>
            </w:r>
          </w:p>
        </w:tc>
      </w:tr>
      <w:tr w:rsidR="00497B11" w:rsidRPr="00293828" w14:paraId="52670805" w14:textId="77777777" w:rsidTr="009D45BD">
        <w:tc>
          <w:tcPr>
            <w:tcW w:w="247" w:type="pct"/>
            <w:vAlign w:val="center"/>
          </w:tcPr>
          <w:p w14:paraId="18B4554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5937C67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-6.663477</w:t>
            </w:r>
          </w:p>
        </w:tc>
        <w:tc>
          <w:tcPr>
            <w:tcW w:w="751" w:type="pct"/>
            <w:vAlign w:val="center"/>
          </w:tcPr>
          <w:p w14:paraId="4BC5252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3.068065</w:t>
            </w:r>
          </w:p>
        </w:tc>
        <w:tc>
          <w:tcPr>
            <w:tcW w:w="751" w:type="pct"/>
            <w:vAlign w:val="center"/>
          </w:tcPr>
          <w:p w14:paraId="65305C2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1.636245</w:t>
            </w:r>
          </w:p>
        </w:tc>
        <w:tc>
          <w:tcPr>
            <w:tcW w:w="247" w:type="pct"/>
            <w:vAlign w:val="center"/>
          </w:tcPr>
          <w:p w14:paraId="0B4B58F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64A0188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4.270496</w:t>
            </w:r>
          </w:p>
        </w:tc>
        <w:tc>
          <w:tcPr>
            <w:tcW w:w="751" w:type="pct"/>
            <w:vAlign w:val="center"/>
          </w:tcPr>
          <w:p w14:paraId="6CD9B9F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1.227438</w:t>
            </w:r>
          </w:p>
        </w:tc>
        <w:tc>
          <w:tcPr>
            <w:tcW w:w="751" w:type="pct"/>
            <w:vAlign w:val="center"/>
          </w:tcPr>
          <w:p w14:paraId="77C16C5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1.961235</w:t>
            </w:r>
          </w:p>
        </w:tc>
      </w:tr>
      <w:tr w:rsidR="00497B11" w:rsidRPr="00293828" w14:paraId="3F7988D0" w14:textId="77777777" w:rsidTr="009D45BD">
        <w:tc>
          <w:tcPr>
            <w:tcW w:w="247" w:type="pct"/>
            <w:vAlign w:val="center"/>
          </w:tcPr>
          <w:p w14:paraId="55AB98B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51" w:type="pct"/>
            <w:vAlign w:val="center"/>
          </w:tcPr>
          <w:p w14:paraId="330F33D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-6.100439</w:t>
            </w:r>
          </w:p>
        </w:tc>
        <w:tc>
          <w:tcPr>
            <w:tcW w:w="751" w:type="pct"/>
            <w:vAlign w:val="center"/>
          </w:tcPr>
          <w:p w14:paraId="6945C81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3.191573</w:t>
            </w:r>
          </w:p>
        </w:tc>
        <w:tc>
          <w:tcPr>
            <w:tcW w:w="751" w:type="pct"/>
            <w:vAlign w:val="center"/>
          </w:tcPr>
          <w:p w14:paraId="351A825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3.030607</w:t>
            </w:r>
          </w:p>
        </w:tc>
        <w:tc>
          <w:tcPr>
            <w:tcW w:w="247" w:type="pct"/>
            <w:vAlign w:val="center"/>
          </w:tcPr>
          <w:p w14:paraId="5506DE8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0392DCB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5.258665</w:t>
            </w:r>
          </w:p>
        </w:tc>
        <w:tc>
          <w:tcPr>
            <w:tcW w:w="751" w:type="pct"/>
            <w:vAlign w:val="center"/>
          </w:tcPr>
          <w:p w14:paraId="342A613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2.527762</w:t>
            </w:r>
          </w:p>
        </w:tc>
        <w:tc>
          <w:tcPr>
            <w:tcW w:w="751" w:type="pct"/>
            <w:vAlign w:val="center"/>
          </w:tcPr>
          <w:p w14:paraId="58E0B48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1.275236</w:t>
            </w:r>
          </w:p>
        </w:tc>
      </w:tr>
      <w:tr w:rsidR="00497B11" w:rsidRPr="00293828" w14:paraId="056D6440" w14:textId="77777777" w:rsidTr="009D45BD">
        <w:tc>
          <w:tcPr>
            <w:tcW w:w="247" w:type="pct"/>
            <w:vAlign w:val="center"/>
          </w:tcPr>
          <w:p w14:paraId="3482662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51" w:type="pct"/>
            <w:vAlign w:val="center"/>
          </w:tcPr>
          <w:p w14:paraId="099506A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6.312996</w:t>
            </w:r>
          </w:p>
        </w:tc>
        <w:tc>
          <w:tcPr>
            <w:tcW w:w="751" w:type="pct"/>
            <w:vAlign w:val="center"/>
          </w:tcPr>
          <w:p w14:paraId="352C5E5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0.962226</w:t>
            </w:r>
          </w:p>
        </w:tc>
        <w:tc>
          <w:tcPr>
            <w:tcW w:w="751" w:type="pct"/>
            <w:vAlign w:val="center"/>
          </w:tcPr>
          <w:p w14:paraId="022C72F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2.115555</w:t>
            </w:r>
          </w:p>
        </w:tc>
        <w:tc>
          <w:tcPr>
            <w:tcW w:w="247" w:type="pct"/>
            <w:vAlign w:val="center"/>
          </w:tcPr>
          <w:p w14:paraId="7E4275F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56B5877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8.637079</w:t>
            </w:r>
          </w:p>
        </w:tc>
        <w:tc>
          <w:tcPr>
            <w:tcW w:w="751" w:type="pct"/>
            <w:vAlign w:val="center"/>
          </w:tcPr>
          <w:p w14:paraId="0D19AF5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3.324310</w:t>
            </w:r>
          </w:p>
        </w:tc>
        <w:tc>
          <w:tcPr>
            <w:tcW w:w="751" w:type="pct"/>
            <w:vAlign w:val="center"/>
          </w:tcPr>
          <w:p w14:paraId="2D67E29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-0.366244</w:t>
            </w:r>
          </w:p>
        </w:tc>
      </w:tr>
      <w:tr w:rsidR="00497B11" w:rsidRPr="00293828" w14:paraId="57DD1C7A" w14:textId="77777777" w:rsidTr="009D45BD">
        <w:tc>
          <w:tcPr>
            <w:tcW w:w="247" w:type="pct"/>
            <w:vAlign w:val="center"/>
          </w:tcPr>
          <w:p w14:paraId="50AB9C1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51" w:type="pct"/>
            <w:vAlign w:val="center"/>
          </w:tcPr>
          <w:p w14:paraId="62907BC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-5.574048</w:t>
            </w:r>
          </w:p>
        </w:tc>
        <w:tc>
          <w:tcPr>
            <w:tcW w:w="751" w:type="pct"/>
            <w:vAlign w:val="center"/>
          </w:tcPr>
          <w:p w14:paraId="5BE904B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-2.022575</w:t>
            </w:r>
          </w:p>
        </w:tc>
        <w:tc>
          <w:tcPr>
            <w:tcW w:w="751" w:type="pct"/>
            <w:vAlign w:val="center"/>
          </w:tcPr>
          <w:p w14:paraId="1567AE2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-1.976679</w:t>
            </w:r>
          </w:p>
        </w:tc>
        <w:tc>
          <w:tcPr>
            <w:tcW w:w="247" w:type="pct"/>
            <w:vAlign w:val="center"/>
          </w:tcPr>
          <w:p w14:paraId="459048A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4B3F597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7.187030</w:t>
            </w:r>
          </w:p>
        </w:tc>
        <w:tc>
          <w:tcPr>
            <w:tcW w:w="751" w:type="pct"/>
            <w:vAlign w:val="center"/>
          </w:tcPr>
          <w:p w14:paraId="5858630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3.124795</w:t>
            </w:r>
          </w:p>
        </w:tc>
        <w:tc>
          <w:tcPr>
            <w:tcW w:w="751" w:type="pct"/>
            <w:vAlign w:val="center"/>
          </w:tcPr>
          <w:p w14:paraId="51DAF45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0.620530</w:t>
            </w:r>
          </w:p>
        </w:tc>
      </w:tr>
      <w:tr w:rsidR="00497B11" w:rsidRPr="00293828" w14:paraId="6CABE4DF" w14:textId="77777777" w:rsidTr="009D45BD">
        <w:tc>
          <w:tcPr>
            <w:tcW w:w="247" w:type="pct"/>
            <w:vAlign w:val="center"/>
          </w:tcPr>
          <w:p w14:paraId="589A50D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51" w:type="pct"/>
            <w:vAlign w:val="center"/>
          </w:tcPr>
          <w:p w14:paraId="331CC7E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6.750314</w:t>
            </w:r>
          </w:p>
        </w:tc>
        <w:tc>
          <w:tcPr>
            <w:tcW w:w="751" w:type="pct"/>
            <w:vAlign w:val="center"/>
          </w:tcPr>
          <w:p w14:paraId="722E142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-1.285564</w:t>
            </w:r>
          </w:p>
        </w:tc>
        <w:tc>
          <w:tcPr>
            <w:tcW w:w="751" w:type="pct"/>
            <w:vAlign w:val="center"/>
          </w:tcPr>
          <w:p w14:paraId="6CC711B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1.651930</w:t>
            </w:r>
          </w:p>
        </w:tc>
        <w:tc>
          <w:tcPr>
            <w:tcW w:w="247" w:type="pct"/>
            <w:vAlign w:val="center"/>
          </w:tcPr>
          <w:p w14:paraId="2BFEE67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6CDBD5A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8.649302</w:t>
            </w:r>
          </w:p>
        </w:tc>
        <w:tc>
          <w:tcPr>
            <w:tcW w:w="751" w:type="pct"/>
            <w:vAlign w:val="center"/>
          </w:tcPr>
          <w:p w14:paraId="48A0DFA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2.234567</w:t>
            </w:r>
          </w:p>
        </w:tc>
        <w:tc>
          <w:tcPr>
            <w:tcW w:w="751" w:type="pct"/>
            <w:vAlign w:val="center"/>
          </w:tcPr>
          <w:p w14:paraId="5EB1F90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1.019941</w:t>
            </w:r>
          </w:p>
        </w:tc>
      </w:tr>
      <w:tr w:rsidR="00497B11" w:rsidRPr="00293828" w14:paraId="18547CD5" w14:textId="77777777" w:rsidTr="009D45BD">
        <w:tc>
          <w:tcPr>
            <w:tcW w:w="247" w:type="pct"/>
            <w:vAlign w:val="center"/>
          </w:tcPr>
          <w:p w14:paraId="197842F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35ADAC4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-4.364323</w:t>
            </w:r>
          </w:p>
        </w:tc>
        <w:tc>
          <w:tcPr>
            <w:tcW w:w="751" w:type="pct"/>
            <w:vAlign w:val="center"/>
          </w:tcPr>
          <w:p w14:paraId="62B6587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-1.529535</w:t>
            </w:r>
          </w:p>
        </w:tc>
        <w:tc>
          <w:tcPr>
            <w:tcW w:w="751" w:type="pct"/>
            <w:vAlign w:val="center"/>
          </w:tcPr>
          <w:p w14:paraId="086C83B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1.973133</w:t>
            </w:r>
          </w:p>
        </w:tc>
        <w:tc>
          <w:tcPr>
            <w:tcW w:w="247" w:type="pct"/>
            <w:vAlign w:val="center"/>
          </w:tcPr>
          <w:p w14:paraId="46056C4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5916C79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8.698379</w:t>
            </w:r>
          </w:p>
        </w:tc>
        <w:tc>
          <w:tcPr>
            <w:tcW w:w="751" w:type="pct"/>
            <w:vAlign w:val="center"/>
          </w:tcPr>
          <w:p w14:paraId="59F4AF3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-0.027922</w:t>
            </w:r>
          </w:p>
        </w:tc>
        <w:tc>
          <w:tcPr>
            <w:tcW w:w="751" w:type="pct"/>
            <w:vAlign w:val="center"/>
          </w:tcPr>
          <w:p w14:paraId="1AF3DC3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-1.975078</w:t>
            </w:r>
          </w:p>
        </w:tc>
      </w:tr>
      <w:tr w:rsidR="00497B11" w:rsidRPr="00293828" w14:paraId="728DD600" w14:textId="77777777" w:rsidTr="009D45BD">
        <w:tc>
          <w:tcPr>
            <w:tcW w:w="247" w:type="pct"/>
            <w:vAlign w:val="center"/>
          </w:tcPr>
          <w:p w14:paraId="7C45B01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51" w:type="pct"/>
            <w:vAlign w:val="center"/>
          </w:tcPr>
          <w:p w14:paraId="18819C2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5.715602</w:t>
            </w:r>
          </w:p>
        </w:tc>
        <w:tc>
          <w:tcPr>
            <w:tcW w:w="751" w:type="pct"/>
            <w:vAlign w:val="center"/>
          </w:tcPr>
          <w:p w14:paraId="3F51562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-2.371173</w:t>
            </w:r>
          </w:p>
        </w:tc>
        <w:tc>
          <w:tcPr>
            <w:tcW w:w="751" w:type="pct"/>
            <w:vAlign w:val="center"/>
          </w:tcPr>
          <w:p w14:paraId="2E63981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-0.667114</w:t>
            </w:r>
          </w:p>
        </w:tc>
        <w:tc>
          <w:tcPr>
            <w:tcW w:w="247" w:type="pct"/>
            <w:vAlign w:val="center"/>
          </w:tcPr>
          <w:p w14:paraId="3DCDCC5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1B24413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9.605386</w:t>
            </w:r>
          </w:p>
        </w:tc>
        <w:tc>
          <w:tcPr>
            <w:tcW w:w="751" w:type="pct"/>
            <w:vAlign w:val="center"/>
          </w:tcPr>
          <w:p w14:paraId="58E6327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1.470366</w:t>
            </w:r>
          </w:p>
        </w:tc>
        <w:tc>
          <w:tcPr>
            <w:tcW w:w="751" w:type="pct"/>
            <w:vAlign w:val="center"/>
          </w:tcPr>
          <w:p w14:paraId="122A0EF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-1.690650</w:t>
            </w:r>
          </w:p>
        </w:tc>
      </w:tr>
      <w:tr w:rsidR="00497B11" w:rsidRPr="00293828" w14:paraId="40FDB7BB" w14:textId="77777777" w:rsidTr="009D45BD">
        <w:tc>
          <w:tcPr>
            <w:tcW w:w="247" w:type="pct"/>
            <w:vAlign w:val="center"/>
          </w:tcPr>
          <w:p w14:paraId="4657B2E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51" w:type="pct"/>
            <w:vAlign w:val="center"/>
          </w:tcPr>
          <w:p w14:paraId="2D76961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3.425329</w:t>
            </w:r>
          </w:p>
        </w:tc>
        <w:tc>
          <w:tcPr>
            <w:tcW w:w="751" w:type="pct"/>
            <w:vAlign w:val="center"/>
          </w:tcPr>
          <w:p w14:paraId="3968D23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2.217769</w:t>
            </w:r>
          </w:p>
        </w:tc>
        <w:tc>
          <w:tcPr>
            <w:tcW w:w="751" w:type="pct"/>
            <w:vAlign w:val="center"/>
          </w:tcPr>
          <w:p w14:paraId="0555440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-0.674944</w:t>
            </w:r>
          </w:p>
        </w:tc>
        <w:tc>
          <w:tcPr>
            <w:tcW w:w="247" w:type="pct"/>
            <w:vAlign w:val="center"/>
          </w:tcPr>
          <w:p w14:paraId="331E7A6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334BC44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9.444587</w:t>
            </w:r>
          </w:p>
        </w:tc>
        <w:tc>
          <w:tcPr>
            <w:tcW w:w="751" w:type="pct"/>
            <w:vAlign w:val="center"/>
          </w:tcPr>
          <w:p w14:paraId="7CB583F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0.273394</w:t>
            </w:r>
          </w:p>
        </w:tc>
        <w:tc>
          <w:tcPr>
            <w:tcW w:w="751" w:type="pct"/>
            <w:vAlign w:val="center"/>
          </w:tcPr>
          <w:p w14:paraId="5A95D44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-0.398030</w:t>
            </w:r>
          </w:p>
        </w:tc>
      </w:tr>
      <w:tr w:rsidR="00497B11" w:rsidRPr="00293828" w14:paraId="6E3B8005" w14:textId="77777777" w:rsidTr="009D45BD">
        <w:tc>
          <w:tcPr>
            <w:tcW w:w="247" w:type="pct"/>
            <w:vAlign w:val="center"/>
          </w:tcPr>
          <w:p w14:paraId="607E582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6A08942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4.377401</w:t>
            </w:r>
          </w:p>
        </w:tc>
        <w:tc>
          <w:tcPr>
            <w:tcW w:w="751" w:type="pct"/>
            <w:vAlign w:val="center"/>
          </w:tcPr>
          <w:p w14:paraId="6627862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-0.932687</w:t>
            </w:r>
          </w:p>
        </w:tc>
        <w:tc>
          <w:tcPr>
            <w:tcW w:w="751" w:type="pct"/>
            <w:vAlign w:val="center"/>
          </w:tcPr>
          <w:p w14:paraId="1552BA6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1.125189</w:t>
            </w:r>
          </w:p>
        </w:tc>
        <w:tc>
          <w:tcPr>
            <w:tcW w:w="247" w:type="pct"/>
            <w:vAlign w:val="center"/>
          </w:tcPr>
          <w:p w14:paraId="21C4A26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51" w:type="pct"/>
            <w:vAlign w:val="center"/>
          </w:tcPr>
          <w:p w14:paraId="0F98409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1.513920</w:t>
            </w:r>
          </w:p>
        </w:tc>
        <w:tc>
          <w:tcPr>
            <w:tcW w:w="751" w:type="pct"/>
            <w:vAlign w:val="center"/>
          </w:tcPr>
          <w:p w14:paraId="5EF2802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1.994530</w:t>
            </w:r>
          </w:p>
        </w:tc>
        <w:tc>
          <w:tcPr>
            <w:tcW w:w="751" w:type="pct"/>
            <w:vAlign w:val="center"/>
          </w:tcPr>
          <w:p w14:paraId="182C155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0.413042</w:t>
            </w:r>
          </w:p>
        </w:tc>
      </w:tr>
      <w:tr w:rsidR="00497B11" w:rsidRPr="00293828" w14:paraId="11B2E0AF" w14:textId="77777777" w:rsidTr="009D45BD">
        <w:tc>
          <w:tcPr>
            <w:tcW w:w="247" w:type="pct"/>
            <w:vAlign w:val="center"/>
          </w:tcPr>
          <w:p w14:paraId="7BAB42B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742B4CE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-3.377113</w:t>
            </w:r>
          </w:p>
        </w:tc>
        <w:tc>
          <w:tcPr>
            <w:tcW w:w="751" w:type="pct"/>
            <w:vAlign w:val="center"/>
          </w:tcPr>
          <w:p w14:paraId="3C3245C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-2.108075</w:t>
            </w:r>
          </w:p>
        </w:tc>
        <w:tc>
          <w:tcPr>
            <w:tcW w:w="751" w:type="pct"/>
            <w:vAlign w:val="center"/>
          </w:tcPr>
          <w:p w14:paraId="6FACF4D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-0.096823</w:t>
            </w:r>
          </w:p>
        </w:tc>
        <w:tc>
          <w:tcPr>
            <w:tcW w:w="247" w:type="pct"/>
            <w:vAlign w:val="center"/>
          </w:tcPr>
          <w:p w14:paraId="5939790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51" w:type="pct"/>
            <w:vAlign w:val="center"/>
          </w:tcPr>
          <w:p w14:paraId="0CE4DFE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-0.908435</w:t>
            </w:r>
          </w:p>
        </w:tc>
        <w:tc>
          <w:tcPr>
            <w:tcW w:w="751" w:type="pct"/>
            <w:vAlign w:val="center"/>
          </w:tcPr>
          <w:p w14:paraId="436D888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0.417376</w:t>
            </w:r>
          </w:p>
        </w:tc>
        <w:tc>
          <w:tcPr>
            <w:tcW w:w="751" w:type="pct"/>
            <w:vAlign w:val="center"/>
          </w:tcPr>
          <w:p w14:paraId="5C1AF84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-2.273860</w:t>
            </w:r>
          </w:p>
        </w:tc>
      </w:tr>
      <w:tr w:rsidR="00497B11" w:rsidRPr="00293828" w14:paraId="13560AFD" w14:textId="77777777" w:rsidTr="009D45BD">
        <w:tc>
          <w:tcPr>
            <w:tcW w:w="247" w:type="pct"/>
            <w:vAlign w:val="center"/>
          </w:tcPr>
          <w:p w14:paraId="166251D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54EAB51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6.823598</w:t>
            </w:r>
          </w:p>
        </w:tc>
        <w:tc>
          <w:tcPr>
            <w:tcW w:w="751" w:type="pct"/>
            <w:vAlign w:val="center"/>
          </w:tcPr>
          <w:p w14:paraId="4B331E1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-0.548720</w:t>
            </w:r>
          </w:p>
        </w:tc>
        <w:tc>
          <w:tcPr>
            <w:tcW w:w="751" w:type="pct"/>
            <w:vAlign w:val="center"/>
          </w:tcPr>
          <w:p w14:paraId="0315F1D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-0.718402</w:t>
            </w:r>
          </w:p>
        </w:tc>
        <w:tc>
          <w:tcPr>
            <w:tcW w:w="247" w:type="pct"/>
            <w:vAlign w:val="center"/>
          </w:tcPr>
          <w:p w14:paraId="7BEB48E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51" w:type="pct"/>
            <w:vAlign w:val="center"/>
          </w:tcPr>
          <w:p w14:paraId="0C59900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-7.613644</w:t>
            </w:r>
          </w:p>
        </w:tc>
        <w:tc>
          <w:tcPr>
            <w:tcW w:w="751" w:type="pct"/>
            <w:vAlign w:val="center"/>
          </w:tcPr>
          <w:p w14:paraId="62F83F7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3.678871</w:t>
            </w:r>
          </w:p>
        </w:tc>
        <w:tc>
          <w:tcPr>
            <w:tcW w:w="751" w:type="pct"/>
            <w:vAlign w:val="center"/>
          </w:tcPr>
          <w:p w14:paraId="68A815B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1.203209</w:t>
            </w:r>
          </w:p>
        </w:tc>
      </w:tr>
      <w:tr w:rsidR="00497B11" w:rsidRPr="00293828" w14:paraId="03C00162" w14:textId="77777777" w:rsidTr="009D45BD">
        <w:tc>
          <w:tcPr>
            <w:tcW w:w="247" w:type="pct"/>
            <w:vAlign w:val="center"/>
          </w:tcPr>
          <w:p w14:paraId="66F048E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2B299A3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-5.869698</w:t>
            </w:r>
          </w:p>
        </w:tc>
        <w:tc>
          <w:tcPr>
            <w:tcW w:w="751" w:type="pct"/>
            <w:vAlign w:val="center"/>
          </w:tcPr>
          <w:p w14:paraId="760DF0B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-0.596263</w:t>
            </w:r>
          </w:p>
        </w:tc>
        <w:tc>
          <w:tcPr>
            <w:tcW w:w="751" w:type="pct"/>
            <w:vAlign w:val="center"/>
          </w:tcPr>
          <w:p w14:paraId="0FD89A4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0.932304</w:t>
            </w:r>
          </w:p>
        </w:tc>
        <w:tc>
          <w:tcPr>
            <w:tcW w:w="247" w:type="pct"/>
            <w:vAlign w:val="center"/>
          </w:tcPr>
          <w:p w14:paraId="03A3BB7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3B5B68A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-6.119858</w:t>
            </w:r>
          </w:p>
        </w:tc>
        <w:tc>
          <w:tcPr>
            <w:tcW w:w="751" w:type="pct"/>
            <w:vAlign w:val="center"/>
          </w:tcPr>
          <w:p w14:paraId="3CCA666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2.217063</w:t>
            </w:r>
          </w:p>
        </w:tc>
        <w:tc>
          <w:tcPr>
            <w:tcW w:w="751" w:type="pct"/>
            <w:vAlign w:val="center"/>
          </w:tcPr>
          <w:p w14:paraId="3BC806F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3.529412</w:t>
            </w:r>
          </w:p>
        </w:tc>
      </w:tr>
      <w:tr w:rsidR="00497B11" w:rsidRPr="00293828" w14:paraId="6F44CD1C" w14:textId="77777777" w:rsidTr="009D45BD">
        <w:tc>
          <w:tcPr>
            <w:tcW w:w="247" w:type="pct"/>
            <w:vAlign w:val="center"/>
          </w:tcPr>
          <w:p w14:paraId="7801C34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51" w:type="pct"/>
            <w:vAlign w:val="center"/>
          </w:tcPr>
          <w:p w14:paraId="76AE2B6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-5.665936</w:t>
            </w:r>
          </w:p>
        </w:tc>
        <w:tc>
          <w:tcPr>
            <w:tcW w:w="751" w:type="pct"/>
            <w:vAlign w:val="center"/>
          </w:tcPr>
          <w:p w14:paraId="12C2E9F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-2.925909</w:t>
            </w:r>
          </w:p>
        </w:tc>
        <w:tc>
          <w:tcPr>
            <w:tcW w:w="751" w:type="pct"/>
            <w:vAlign w:val="center"/>
          </w:tcPr>
          <w:p w14:paraId="5A95F4A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0.184507</w:t>
            </w:r>
          </w:p>
        </w:tc>
        <w:tc>
          <w:tcPr>
            <w:tcW w:w="247" w:type="pct"/>
            <w:vAlign w:val="center"/>
          </w:tcPr>
          <w:p w14:paraId="45D7A1A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7C616E9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-5.055312</w:t>
            </w:r>
          </w:p>
        </w:tc>
        <w:tc>
          <w:tcPr>
            <w:tcW w:w="751" w:type="pct"/>
            <w:vAlign w:val="center"/>
          </w:tcPr>
          <w:p w14:paraId="40DC786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3.514451</w:t>
            </w:r>
          </w:p>
        </w:tc>
        <w:tc>
          <w:tcPr>
            <w:tcW w:w="751" w:type="pct"/>
            <w:vAlign w:val="center"/>
          </w:tcPr>
          <w:p w14:paraId="6504412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2.984999</w:t>
            </w:r>
          </w:p>
        </w:tc>
      </w:tr>
      <w:tr w:rsidR="00497B11" w:rsidRPr="00293828" w14:paraId="330909B1" w14:textId="77777777" w:rsidTr="009D45BD">
        <w:tc>
          <w:tcPr>
            <w:tcW w:w="247" w:type="pct"/>
            <w:vAlign w:val="center"/>
          </w:tcPr>
          <w:p w14:paraId="3D7D97B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51" w:type="pct"/>
            <w:vAlign w:val="center"/>
          </w:tcPr>
          <w:p w14:paraId="1633358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-2.897328</w:t>
            </w:r>
          </w:p>
        </w:tc>
        <w:tc>
          <w:tcPr>
            <w:tcW w:w="751" w:type="pct"/>
            <w:vAlign w:val="center"/>
          </w:tcPr>
          <w:p w14:paraId="45987BC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1.216146</w:t>
            </w:r>
          </w:p>
        </w:tc>
        <w:tc>
          <w:tcPr>
            <w:tcW w:w="751" w:type="pct"/>
            <w:vAlign w:val="center"/>
          </w:tcPr>
          <w:p w14:paraId="05D0E93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-1.725308</w:t>
            </w:r>
          </w:p>
        </w:tc>
        <w:tc>
          <w:tcPr>
            <w:tcW w:w="247" w:type="pct"/>
            <w:vAlign w:val="center"/>
          </w:tcPr>
          <w:p w14:paraId="3A90BD9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51" w:type="pct"/>
            <w:vAlign w:val="center"/>
          </w:tcPr>
          <w:p w14:paraId="5DC67AC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-6.687861</w:t>
            </w:r>
          </w:p>
        </w:tc>
        <w:tc>
          <w:tcPr>
            <w:tcW w:w="751" w:type="pct"/>
            <w:vAlign w:val="center"/>
          </w:tcPr>
          <w:p w14:paraId="22605F1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3.912740</w:t>
            </w:r>
          </w:p>
        </w:tc>
        <w:tc>
          <w:tcPr>
            <w:tcW w:w="751" w:type="pct"/>
            <w:vAlign w:val="center"/>
          </w:tcPr>
          <w:p w14:paraId="662BA29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3.599033</w:t>
            </w:r>
          </w:p>
        </w:tc>
      </w:tr>
      <w:tr w:rsidR="00497B11" w:rsidRPr="00293828" w14:paraId="38A9D7B4" w14:textId="77777777" w:rsidTr="009D45BD">
        <w:tc>
          <w:tcPr>
            <w:tcW w:w="247" w:type="pct"/>
            <w:vAlign w:val="center"/>
          </w:tcPr>
          <w:p w14:paraId="7CC5A3C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51" w:type="pct"/>
            <w:vAlign w:val="center"/>
          </w:tcPr>
          <w:p w14:paraId="45296A1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2.103124</w:t>
            </w:r>
          </w:p>
        </w:tc>
        <w:tc>
          <w:tcPr>
            <w:tcW w:w="751" w:type="pct"/>
            <w:vAlign w:val="center"/>
          </w:tcPr>
          <w:p w14:paraId="60D7581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-0.334270</w:t>
            </w:r>
          </w:p>
        </w:tc>
        <w:tc>
          <w:tcPr>
            <w:tcW w:w="751" w:type="pct"/>
            <w:vAlign w:val="center"/>
          </w:tcPr>
          <w:p w14:paraId="405BF1A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2.352765</w:t>
            </w:r>
          </w:p>
        </w:tc>
        <w:tc>
          <w:tcPr>
            <w:tcW w:w="247" w:type="pct"/>
            <w:vAlign w:val="center"/>
          </w:tcPr>
          <w:p w14:paraId="2252787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c>
          <w:tcPr>
            <w:tcW w:w="751" w:type="pct"/>
            <w:vAlign w:val="center"/>
          </w:tcPr>
          <w:p w14:paraId="50E3930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c>
          <w:tcPr>
            <w:tcW w:w="751" w:type="pct"/>
            <w:vAlign w:val="center"/>
          </w:tcPr>
          <w:p w14:paraId="458BE5F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c>
          <w:tcPr>
            <w:tcW w:w="751" w:type="pct"/>
            <w:vAlign w:val="center"/>
          </w:tcPr>
          <w:p w14:paraId="2302ACB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r>
    </w:tbl>
    <w:p w14:paraId="66C4F6B2" w14:textId="77777777" w:rsidR="00497B11" w:rsidRPr="00293828" w:rsidRDefault="00497B11" w:rsidP="00293828">
      <w:pPr>
        <w:spacing w:line="360" w:lineRule="auto"/>
        <w:rPr>
          <w:rFonts w:ascii="Times New Roman" w:hAnsi="Times New Roman" w:cs="Times New Roman"/>
          <w:szCs w:val="21"/>
          <w14:ligatures w14:val="none"/>
        </w:rPr>
      </w:pPr>
      <w:r w:rsidRPr="00293828">
        <w:rPr>
          <w:rFonts w:ascii="Times New Roman" w:hAnsi="Times New Roman" w:cs="Times New Roman"/>
          <w:szCs w:val="21"/>
          <w14:ligatures w14:val="none"/>
        </w:rPr>
        <w:br w:type="page"/>
      </w:r>
    </w:p>
    <w:p w14:paraId="2D38F07E" w14:textId="77777777" w:rsidR="00497B11" w:rsidRPr="00293828" w:rsidRDefault="00497B11" w:rsidP="00293828">
      <w:pPr>
        <w:spacing w:line="360" w:lineRule="auto"/>
        <w:rPr>
          <w:rFonts w:ascii="Times New Roman" w:hAnsi="Times New Roman" w:cs="Times New Roman"/>
          <w:szCs w:val="21"/>
          <w14:ligatures w14:val="none"/>
        </w:rPr>
      </w:pPr>
      <w:r w:rsidRPr="00293828">
        <w:rPr>
          <w:rFonts w:ascii="Times New Roman" w:hAnsi="Times New Roman" w:cs="Times New Roman"/>
          <w:b/>
          <w:bCs/>
          <w:szCs w:val="21"/>
          <w14:ligatures w14:val="none"/>
        </w:rPr>
        <w:lastRenderedPageBreak/>
        <w:t>Table S</w:t>
      </w:r>
      <w:r>
        <w:rPr>
          <w:rFonts w:ascii="Times New Roman" w:hAnsi="Times New Roman" w:cs="Times New Roman" w:hint="eastAsia"/>
          <w:b/>
          <w:bCs/>
          <w:szCs w:val="21"/>
          <w14:ligatures w14:val="none"/>
        </w:rPr>
        <w:t>6</w:t>
      </w:r>
      <w:r w:rsidRPr="00293828">
        <w:rPr>
          <w:rFonts w:ascii="Times New Roman" w:hAnsi="Times New Roman" w:cs="Times New Roman"/>
          <w:szCs w:val="21"/>
          <w14:ligatures w14:val="none"/>
        </w:rPr>
        <w:t xml:space="preserve"> Key transitions, oscillator strengths, and rotatory strengths in the ECD spectrum of conformer </w:t>
      </w:r>
      <w:r w:rsidRPr="00293828">
        <w:rPr>
          <w:rFonts w:ascii="Times New Roman" w:hAnsi="Times New Roman" w:cs="Times New Roman" w:hint="eastAsia"/>
          <w:b/>
          <w:bCs/>
          <w:szCs w:val="21"/>
          <w14:ligatures w14:val="none"/>
        </w:rPr>
        <w:t>4A</w:t>
      </w:r>
      <w:r w:rsidRPr="00293828">
        <w:rPr>
          <w:rFonts w:ascii="Times New Roman" w:hAnsi="Times New Roman" w:cs="Times New Roman"/>
          <w:b/>
          <w:bCs/>
          <w:szCs w:val="21"/>
          <w14:ligatures w14:val="none"/>
        </w:rPr>
        <w:t>-1</w:t>
      </w:r>
      <w:r w:rsidRPr="00293828">
        <w:rPr>
          <w:rFonts w:ascii="Times New Roman" w:hAnsi="Times New Roman" w:cs="Times New Roman"/>
          <w:szCs w:val="21"/>
          <w14:ligatures w14:val="none"/>
        </w:rPr>
        <w:t xml:space="preserve"> at the </w:t>
      </w:r>
      <w:r w:rsidRPr="00293828">
        <w:rPr>
          <w:rFonts w:ascii="Times New Roman" w:hAnsi="Times New Roman" w:cs="Times New Roman" w:hint="eastAsia"/>
          <w:szCs w:val="21"/>
          <w14:ligatures w14:val="none"/>
        </w:rPr>
        <w:t>PBE0</w:t>
      </w:r>
      <w:r w:rsidRPr="00293828">
        <w:rPr>
          <w:rFonts w:ascii="Times New Roman" w:hAnsi="Times New Roman" w:cs="Times New Roman"/>
          <w:szCs w:val="21"/>
          <w14:ligatures w14:val="none"/>
        </w:rPr>
        <w:t>/6-311+G(</w:t>
      </w:r>
      <w:r w:rsidRPr="00293828">
        <w:rPr>
          <w:rFonts w:ascii="Times New Roman" w:hAnsi="Times New Roman" w:cs="Times New Roman" w:hint="eastAsia"/>
          <w:szCs w:val="21"/>
          <w14:ligatures w14:val="none"/>
        </w:rPr>
        <w:t>2</w:t>
      </w:r>
      <w:proofErr w:type="gramStart"/>
      <w:r w:rsidRPr="00293828">
        <w:rPr>
          <w:rFonts w:ascii="Times New Roman" w:hAnsi="Times New Roman" w:cs="Times New Roman"/>
          <w:szCs w:val="21"/>
          <w14:ligatures w14:val="none"/>
        </w:rPr>
        <w:t>d,p</w:t>
      </w:r>
      <w:proofErr w:type="gramEnd"/>
      <w:r w:rsidRPr="00293828">
        <w:rPr>
          <w:rFonts w:ascii="Times New Roman" w:hAnsi="Times New Roman" w:cs="Times New Roman"/>
          <w:szCs w:val="21"/>
          <w14:ligatures w14:val="none"/>
        </w:rPr>
        <w:t>) level of theory in MeOH with IEFPCM solvent model.</w:t>
      </w:r>
    </w:p>
    <w:tbl>
      <w:tblPr>
        <w:tblStyle w:val="ad"/>
        <w:tblW w:w="0" w:type="auto"/>
        <w:tblLook w:val="04A0" w:firstRow="1" w:lastRow="0" w:firstColumn="1" w:lastColumn="0" w:noHBand="0" w:noVBand="1"/>
      </w:tblPr>
      <w:tblGrid>
        <w:gridCol w:w="978"/>
        <w:gridCol w:w="1150"/>
        <w:gridCol w:w="1041"/>
        <w:gridCol w:w="1015"/>
        <w:gridCol w:w="1015"/>
        <w:gridCol w:w="1015"/>
        <w:gridCol w:w="1041"/>
        <w:gridCol w:w="1041"/>
      </w:tblGrid>
      <w:tr w:rsidR="00497B11" w:rsidRPr="00293828" w14:paraId="5D9E5C29" w14:textId="77777777" w:rsidTr="009D45BD">
        <w:trPr>
          <w:tblHeader/>
        </w:trPr>
        <w:tc>
          <w:tcPr>
            <w:tcW w:w="982" w:type="dxa"/>
            <w:vAlign w:val="center"/>
          </w:tcPr>
          <w:p w14:paraId="7C6EE5D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Num</w:t>
            </w:r>
            <w:r w:rsidRPr="00293828">
              <w:rPr>
                <w:rFonts w:ascii="Times New Roman" w:hAnsi="Times New Roman" w:cs="Times New Roman"/>
                <w:i/>
                <w:iCs/>
                <w:szCs w:val="21"/>
                <w:vertAlign w:val="superscript"/>
              </w:rPr>
              <w:t>a</w:t>
            </w:r>
          </w:p>
        </w:tc>
        <w:tc>
          <w:tcPr>
            <w:tcW w:w="1125" w:type="dxa"/>
            <w:vAlign w:val="center"/>
          </w:tcPr>
          <w:p w14:paraId="457461AA" w14:textId="77777777" w:rsidR="00497B11" w:rsidRPr="00293828" w:rsidRDefault="00497B11" w:rsidP="00293828">
            <w:pPr>
              <w:jc w:val="center"/>
              <w:rPr>
                <w:rFonts w:ascii="Times New Roman" w:hAnsi="Times New Roman" w:cs="Times New Roman"/>
                <w:szCs w:val="21"/>
              </w:rPr>
            </w:pPr>
            <w:proofErr w:type="spellStart"/>
            <w:r w:rsidRPr="00293828">
              <w:rPr>
                <w:rFonts w:ascii="Times New Roman" w:hAnsi="Times New Roman" w:cs="Times New Roman"/>
                <w:i/>
                <w:iCs/>
                <w:szCs w:val="21"/>
              </w:rPr>
              <w:t>Transition</w:t>
            </w:r>
            <w:r w:rsidRPr="00293828">
              <w:rPr>
                <w:rFonts w:ascii="Times New Roman" w:hAnsi="Times New Roman" w:cs="Times New Roman"/>
                <w:i/>
                <w:iCs/>
                <w:szCs w:val="21"/>
                <w:vertAlign w:val="superscript"/>
              </w:rPr>
              <w:t>b</w:t>
            </w:r>
            <w:proofErr w:type="spellEnd"/>
          </w:p>
        </w:tc>
        <w:tc>
          <w:tcPr>
            <w:tcW w:w="1044" w:type="dxa"/>
            <w:vAlign w:val="center"/>
          </w:tcPr>
          <w:p w14:paraId="1CD39AA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CI-</w:t>
            </w:r>
            <w:proofErr w:type="spellStart"/>
            <w:r w:rsidRPr="00293828">
              <w:rPr>
                <w:rFonts w:ascii="Times New Roman" w:hAnsi="Times New Roman" w:cs="Times New Roman"/>
                <w:i/>
                <w:iCs/>
                <w:szCs w:val="21"/>
              </w:rPr>
              <w:t>coeff</w:t>
            </w:r>
            <w:r w:rsidRPr="00293828">
              <w:rPr>
                <w:rFonts w:ascii="Times New Roman" w:hAnsi="Times New Roman" w:cs="Times New Roman"/>
                <w:i/>
                <w:iCs/>
                <w:szCs w:val="21"/>
                <w:vertAlign w:val="superscript"/>
              </w:rPr>
              <w:t>b</w:t>
            </w:r>
            <w:proofErr w:type="spellEnd"/>
          </w:p>
        </w:tc>
        <w:tc>
          <w:tcPr>
            <w:tcW w:w="1019" w:type="dxa"/>
            <w:vAlign w:val="center"/>
          </w:tcPr>
          <w:p w14:paraId="7CE03DE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ΔE (eV)</w:t>
            </w:r>
            <w:r w:rsidRPr="00293828">
              <w:rPr>
                <w:rFonts w:ascii="Times New Roman" w:hAnsi="Times New Roman" w:cs="Times New Roman"/>
                <w:i/>
                <w:iCs/>
                <w:szCs w:val="21"/>
                <w:vertAlign w:val="superscript"/>
              </w:rPr>
              <w:t>d</w:t>
            </w:r>
          </w:p>
        </w:tc>
        <w:tc>
          <w:tcPr>
            <w:tcW w:w="1019" w:type="dxa"/>
            <w:vAlign w:val="center"/>
          </w:tcPr>
          <w:p w14:paraId="41B4775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λ (nm)</w:t>
            </w:r>
            <w:r w:rsidRPr="00293828">
              <w:rPr>
                <w:rFonts w:ascii="Times New Roman" w:hAnsi="Times New Roman" w:cs="Times New Roman"/>
                <w:i/>
                <w:iCs/>
                <w:szCs w:val="21"/>
                <w:vertAlign w:val="superscript"/>
              </w:rPr>
              <w:t>e</w:t>
            </w:r>
          </w:p>
        </w:tc>
        <w:tc>
          <w:tcPr>
            <w:tcW w:w="1019" w:type="dxa"/>
            <w:vAlign w:val="center"/>
          </w:tcPr>
          <w:p w14:paraId="435391D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f</w:t>
            </w:r>
            <w:r w:rsidRPr="00293828">
              <w:rPr>
                <w:rFonts w:ascii="Times New Roman" w:hAnsi="Times New Roman" w:cs="Times New Roman"/>
                <w:i/>
                <w:iCs/>
                <w:szCs w:val="21"/>
                <w:vertAlign w:val="superscript"/>
              </w:rPr>
              <w:t>f</w:t>
            </w:r>
          </w:p>
        </w:tc>
        <w:tc>
          <w:tcPr>
            <w:tcW w:w="1044" w:type="dxa"/>
            <w:vAlign w:val="center"/>
          </w:tcPr>
          <w:p w14:paraId="780E85EC" w14:textId="77777777" w:rsidR="00497B11" w:rsidRPr="00293828" w:rsidRDefault="00497B11" w:rsidP="00293828">
            <w:pPr>
              <w:jc w:val="center"/>
              <w:rPr>
                <w:rFonts w:ascii="Times New Roman" w:hAnsi="Times New Roman" w:cs="Times New Roman"/>
                <w:szCs w:val="21"/>
              </w:rPr>
            </w:pPr>
            <w:proofErr w:type="spellStart"/>
            <w:r w:rsidRPr="00293828">
              <w:rPr>
                <w:rFonts w:ascii="Times New Roman" w:hAnsi="Times New Roman" w:cs="Times New Roman"/>
                <w:i/>
                <w:iCs/>
                <w:szCs w:val="21"/>
              </w:rPr>
              <w:t>R</w:t>
            </w:r>
            <w:r w:rsidRPr="00293828">
              <w:rPr>
                <w:rFonts w:ascii="Times New Roman" w:hAnsi="Times New Roman" w:cs="Times New Roman"/>
                <w:i/>
                <w:iCs/>
                <w:szCs w:val="21"/>
                <w:vertAlign w:val="subscript"/>
              </w:rPr>
              <w:t>vel</w:t>
            </w:r>
            <w:r w:rsidRPr="00293828">
              <w:rPr>
                <w:rFonts w:ascii="Times New Roman" w:hAnsi="Times New Roman" w:cs="Times New Roman"/>
                <w:i/>
                <w:iCs/>
                <w:szCs w:val="21"/>
                <w:vertAlign w:val="superscript"/>
              </w:rPr>
              <w:t>g</w:t>
            </w:r>
            <w:proofErr w:type="spellEnd"/>
          </w:p>
        </w:tc>
        <w:tc>
          <w:tcPr>
            <w:tcW w:w="1044" w:type="dxa"/>
            <w:vAlign w:val="center"/>
          </w:tcPr>
          <w:p w14:paraId="60349E00" w14:textId="77777777" w:rsidR="00497B11" w:rsidRPr="00293828" w:rsidRDefault="00497B11" w:rsidP="00293828">
            <w:pPr>
              <w:jc w:val="center"/>
              <w:rPr>
                <w:rFonts w:ascii="Times New Roman" w:hAnsi="Times New Roman" w:cs="Times New Roman"/>
                <w:szCs w:val="21"/>
              </w:rPr>
            </w:pPr>
            <w:proofErr w:type="spellStart"/>
            <w:r w:rsidRPr="00293828">
              <w:rPr>
                <w:rFonts w:ascii="Times New Roman" w:hAnsi="Times New Roman" w:cs="Times New Roman"/>
                <w:i/>
                <w:iCs/>
                <w:szCs w:val="21"/>
              </w:rPr>
              <w:t>R</w:t>
            </w:r>
            <w:r w:rsidRPr="00293828">
              <w:rPr>
                <w:rFonts w:ascii="Times New Roman" w:hAnsi="Times New Roman" w:cs="Times New Roman"/>
                <w:i/>
                <w:iCs/>
                <w:szCs w:val="21"/>
                <w:vertAlign w:val="subscript"/>
              </w:rPr>
              <w:t>len</w:t>
            </w:r>
            <w:r w:rsidRPr="00293828">
              <w:rPr>
                <w:rFonts w:ascii="Times New Roman" w:hAnsi="Times New Roman" w:cs="Times New Roman"/>
                <w:i/>
                <w:iCs/>
                <w:szCs w:val="21"/>
                <w:vertAlign w:val="superscript"/>
              </w:rPr>
              <w:t>h</w:t>
            </w:r>
            <w:proofErr w:type="spellEnd"/>
          </w:p>
        </w:tc>
      </w:tr>
      <w:tr w:rsidR="00497B11" w:rsidRPr="00293828" w14:paraId="4B54145C" w14:textId="77777777" w:rsidTr="009D45BD">
        <w:tc>
          <w:tcPr>
            <w:tcW w:w="982" w:type="dxa"/>
            <w:vAlign w:val="center"/>
          </w:tcPr>
          <w:p w14:paraId="1F427BE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w:t>
            </w:r>
          </w:p>
        </w:tc>
        <w:tc>
          <w:tcPr>
            <w:tcW w:w="1125" w:type="dxa"/>
            <w:vAlign w:val="center"/>
          </w:tcPr>
          <w:p w14:paraId="5497C25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205-&gt;206</w:t>
            </w:r>
          </w:p>
        </w:tc>
        <w:tc>
          <w:tcPr>
            <w:tcW w:w="1044" w:type="dxa"/>
            <w:vAlign w:val="center"/>
          </w:tcPr>
          <w:p w14:paraId="5D07DF7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0.66201</w:t>
            </w:r>
          </w:p>
        </w:tc>
        <w:tc>
          <w:tcPr>
            <w:tcW w:w="1019" w:type="dxa"/>
            <w:vAlign w:val="center"/>
          </w:tcPr>
          <w:p w14:paraId="1213EFB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3.7697</w:t>
            </w:r>
          </w:p>
        </w:tc>
        <w:tc>
          <w:tcPr>
            <w:tcW w:w="1019" w:type="dxa"/>
            <w:vAlign w:val="center"/>
          </w:tcPr>
          <w:p w14:paraId="21DFBDA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328.89</w:t>
            </w:r>
          </w:p>
        </w:tc>
        <w:tc>
          <w:tcPr>
            <w:tcW w:w="1019" w:type="dxa"/>
            <w:vAlign w:val="center"/>
          </w:tcPr>
          <w:p w14:paraId="1F7CAEA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0.0015</w:t>
            </w:r>
          </w:p>
        </w:tc>
        <w:tc>
          <w:tcPr>
            <w:tcW w:w="1044" w:type="dxa"/>
            <w:vAlign w:val="center"/>
          </w:tcPr>
          <w:p w14:paraId="0D4417F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21.8173</w:t>
            </w:r>
          </w:p>
        </w:tc>
        <w:tc>
          <w:tcPr>
            <w:tcW w:w="1044" w:type="dxa"/>
            <w:vAlign w:val="center"/>
          </w:tcPr>
          <w:p w14:paraId="0858A23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21.3122</w:t>
            </w:r>
          </w:p>
        </w:tc>
      </w:tr>
      <w:tr w:rsidR="00497B11" w:rsidRPr="00293828" w14:paraId="67707E6D" w14:textId="77777777" w:rsidTr="009D45BD">
        <w:tc>
          <w:tcPr>
            <w:tcW w:w="982" w:type="dxa"/>
            <w:vMerge w:val="restart"/>
            <w:vAlign w:val="center"/>
          </w:tcPr>
          <w:p w14:paraId="739DFB5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w:t>
            </w:r>
          </w:p>
        </w:tc>
        <w:tc>
          <w:tcPr>
            <w:tcW w:w="1125" w:type="dxa"/>
            <w:vAlign w:val="center"/>
          </w:tcPr>
          <w:p w14:paraId="0EC0245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203-&gt;206</w:t>
            </w:r>
          </w:p>
        </w:tc>
        <w:tc>
          <w:tcPr>
            <w:tcW w:w="1044" w:type="dxa"/>
            <w:vAlign w:val="center"/>
          </w:tcPr>
          <w:p w14:paraId="7C3F725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0.54465</w:t>
            </w:r>
          </w:p>
        </w:tc>
        <w:tc>
          <w:tcPr>
            <w:tcW w:w="1019" w:type="dxa"/>
            <w:vMerge w:val="restart"/>
            <w:vAlign w:val="center"/>
          </w:tcPr>
          <w:p w14:paraId="2911CDF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4.1186</w:t>
            </w:r>
          </w:p>
        </w:tc>
        <w:tc>
          <w:tcPr>
            <w:tcW w:w="1019" w:type="dxa"/>
            <w:vMerge w:val="restart"/>
            <w:vAlign w:val="center"/>
          </w:tcPr>
          <w:p w14:paraId="2B185C3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301.03</w:t>
            </w:r>
          </w:p>
        </w:tc>
        <w:tc>
          <w:tcPr>
            <w:tcW w:w="1019" w:type="dxa"/>
            <w:vMerge w:val="restart"/>
            <w:vAlign w:val="center"/>
          </w:tcPr>
          <w:p w14:paraId="6096AD1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0.0000</w:t>
            </w:r>
          </w:p>
        </w:tc>
        <w:tc>
          <w:tcPr>
            <w:tcW w:w="1044" w:type="dxa"/>
            <w:vMerge w:val="restart"/>
            <w:vAlign w:val="center"/>
          </w:tcPr>
          <w:p w14:paraId="0F7BB9B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2.498</w:t>
            </w:r>
          </w:p>
        </w:tc>
        <w:tc>
          <w:tcPr>
            <w:tcW w:w="1044" w:type="dxa"/>
            <w:vMerge w:val="restart"/>
            <w:vAlign w:val="center"/>
          </w:tcPr>
          <w:p w14:paraId="1890008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2.486</w:t>
            </w:r>
          </w:p>
        </w:tc>
      </w:tr>
      <w:tr w:rsidR="00497B11" w:rsidRPr="00293828" w14:paraId="71E5DC67" w14:textId="77777777" w:rsidTr="009D45BD">
        <w:tc>
          <w:tcPr>
            <w:tcW w:w="982" w:type="dxa"/>
            <w:vMerge/>
          </w:tcPr>
          <w:p w14:paraId="61AEF775" w14:textId="77777777" w:rsidR="00497B11" w:rsidRPr="00293828" w:rsidRDefault="00497B11" w:rsidP="00293828">
            <w:pPr>
              <w:rPr>
                <w:rFonts w:ascii="Times New Roman" w:hAnsi="Times New Roman" w:cs="Times New Roman"/>
                <w:szCs w:val="21"/>
              </w:rPr>
            </w:pPr>
          </w:p>
        </w:tc>
        <w:tc>
          <w:tcPr>
            <w:tcW w:w="1125" w:type="dxa"/>
            <w:vAlign w:val="center"/>
          </w:tcPr>
          <w:p w14:paraId="105837D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205-&gt;207</w:t>
            </w:r>
          </w:p>
        </w:tc>
        <w:tc>
          <w:tcPr>
            <w:tcW w:w="1044" w:type="dxa"/>
            <w:vAlign w:val="center"/>
          </w:tcPr>
          <w:p w14:paraId="23641CD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0.39629</w:t>
            </w:r>
          </w:p>
        </w:tc>
        <w:tc>
          <w:tcPr>
            <w:tcW w:w="1019" w:type="dxa"/>
            <w:vMerge/>
          </w:tcPr>
          <w:p w14:paraId="52B3FC43" w14:textId="77777777" w:rsidR="00497B11" w:rsidRPr="00293828" w:rsidRDefault="00497B11" w:rsidP="00293828">
            <w:pPr>
              <w:rPr>
                <w:rFonts w:ascii="Times New Roman" w:hAnsi="Times New Roman" w:cs="Times New Roman"/>
                <w:szCs w:val="21"/>
              </w:rPr>
            </w:pPr>
          </w:p>
        </w:tc>
        <w:tc>
          <w:tcPr>
            <w:tcW w:w="1019" w:type="dxa"/>
            <w:vMerge/>
          </w:tcPr>
          <w:p w14:paraId="5DE17619" w14:textId="77777777" w:rsidR="00497B11" w:rsidRPr="00293828" w:rsidRDefault="00497B11" w:rsidP="00293828">
            <w:pPr>
              <w:rPr>
                <w:rFonts w:ascii="Times New Roman" w:hAnsi="Times New Roman" w:cs="Times New Roman"/>
                <w:szCs w:val="21"/>
              </w:rPr>
            </w:pPr>
          </w:p>
        </w:tc>
        <w:tc>
          <w:tcPr>
            <w:tcW w:w="1019" w:type="dxa"/>
            <w:vMerge/>
          </w:tcPr>
          <w:p w14:paraId="2D7C7C2B" w14:textId="77777777" w:rsidR="00497B11" w:rsidRPr="00293828" w:rsidRDefault="00497B11" w:rsidP="00293828">
            <w:pPr>
              <w:rPr>
                <w:rFonts w:ascii="Times New Roman" w:hAnsi="Times New Roman" w:cs="Times New Roman"/>
                <w:szCs w:val="21"/>
              </w:rPr>
            </w:pPr>
          </w:p>
        </w:tc>
        <w:tc>
          <w:tcPr>
            <w:tcW w:w="1044" w:type="dxa"/>
            <w:vMerge/>
          </w:tcPr>
          <w:p w14:paraId="1BB4445B" w14:textId="77777777" w:rsidR="00497B11" w:rsidRPr="00293828" w:rsidRDefault="00497B11" w:rsidP="00293828">
            <w:pPr>
              <w:rPr>
                <w:rFonts w:ascii="Times New Roman" w:hAnsi="Times New Roman" w:cs="Times New Roman"/>
                <w:szCs w:val="21"/>
              </w:rPr>
            </w:pPr>
          </w:p>
        </w:tc>
        <w:tc>
          <w:tcPr>
            <w:tcW w:w="1044" w:type="dxa"/>
            <w:vMerge/>
          </w:tcPr>
          <w:p w14:paraId="6DAF1C84" w14:textId="77777777" w:rsidR="00497B11" w:rsidRPr="00293828" w:rsidRDefault="00497B11" w:rsidP="00293828">
            <w:pPr>
              <w:rPr>
                <w:rFonts w:ascii="Times New Roman" w:hAnsi="Times New Roman" w:cs="Times New Roman"/>
                <w:szCs w:val="21"/>
              </w:rPr>
            </w:pPr>
          </w:p>
        </w:tc>
      </w:tr>
      <w:tr w:rsidR="00497B11" w:rsidRPr="00293828" w14:paraId="7D8017E8" w14:textId="77777777" w:rsidTr="009D45BD">
        <w:tc>
          <w:tcPr>
            <w:tcW w:w="982" w:type="dxa"/>
            <w:vAlign w:val="center"/>
          </w:tcPr>
          <w:p w14:paraId="1A453D5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w:t>
            </w:r>
          </w:p>
        </w:tc>
        <w:tc>
          <w:tcPr>
            <w:tcW w:w="1125" w:type="dxa"/>
            <w:vAlign w:val="center"/>
          </w:tcPr>
          <w:p w14:paraId="6D4F68C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204-&gt;206</w:t>
            </w:r>
          </w:p>
        </w:tc>
        <w:tc>
          <w:tcPr>
            <w:tcW w:w="1044" w:type="dxa"/>
            <w:vAlign w:val="center"/>
          </w:tcPr>
          <w:p w14:paraId="1A72A3C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0.67404</w:t>
            </w:r>
          </w:p>
        </w:tc>
        <w:tc>
          <w:tcPr>
            <w:tcW w:w="1019" w:type="dxa"/>
            <w:vAlign w:val="center"/>
          </w:tcPr>
          <w:p w14:paraId="3B0115D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5.0186</w:t>
            </w:r>
          </w:p>
        </w:tc>
        <w:tc>
          <w:tcPr>
            <w:tcW w:w="1019" w:type="dxa"/>
            <w:vAlign w:val="center"/>
          </w:tcPr>
          <w:p w14:paraId="33AF436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247.05</w:t>
            </w:r>
          </w:p>
        </w:tc>
        <w:tc>
          <w:tcPr>
            <w:tcW w:w="1019" w:type="dxa"/>
            <w:vAlign w:val="center"/>
          </w:tcPr>
          <w:p w14:paraId="65B8A02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0.0028</w:t>
            </w:r>
          </w:p>
        </w:tc>
        <w:tc>
          <w:tcPr>
            <w:tcW w:w="1044" w:type="dxa"/>
            <w:vAlign w:val="center"/>
          </w:tcPr>
          <w:p w14:paraId="76E4CFA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2.6304</w:t>
            </w:r>
          </w:p>
        </w:tc>
        <w:tc>
          <w:tcPr>
            <w:tcW w:w="1044" w:type="dxa"/>
            <w:vAlign w:val="center"/>
          </w:tcPr>
          <w:p w14:paraId="43004C6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2.4519</w:t>
            </w:r>
          </w:p>
        </w:tc>
      </w:tr>
      <w:tr w:rsidR="00497B11" w:rsidRPr="00293828" w14:paraId="302E987F" w14:textId="77777777" w:rsidTr="009D45BD">
        <w:tc>
          <w:tcPr>
            <w:tcW w:w="982" w:type="dxa"/>
            <w:vMerge w:val="restart"/>
            <w:vAlign w:val="center"/>
          </w:tcPr>
          <w:p w14:paraId="36220F3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w:t>
            </w:r>
          </w:p>
        </w:tc>
        <w:tc>
          <w:tcPr>
            <w:tcW w:w="1125" w:type="dxa"/>
            <w:vAlign w:val="center"/>
          </w:tcPr>
          <w:p w14:paraId="53AEE5E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44" w:type="dxa"/>
            <w:vAlign w:val="center"/>
          </w:tcPr>
          <w:p w14:paraId="77B7CEB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0.33984</w:t>
            </w:r>
          </w:p>
        </w:tc>
        <w:tc>
          <w:tcPr>
            <w:tcW w:w="1019" w:type="dxa"/>
            <w:vMerge w:val="restart"/>
            <w:vAlign w:val="center"/>
          </w:tcPr>
          <w:p w14:paraId="618190C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5.2755</w:t>
            </w:r>
          </w:p>
        </w:tc>
        <w:tc>
          <w:tcPr>
            <w:tcW w:w="1019" w:type="dxa"/>
            <w:vMerge w:val="restart"/>
            <w:vAlign w:val="center"/>
          </w:tcPr>
          <w:p w14:paraId="429CF85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235.02</w:t>
            </w:r>
          </w:p>
        </w:tc>
        <w:tc>
          <w:tcPr>
            <w:tcW w:w="1019" w:type="dxa"/>
            <w:vMerge w:val="restart"/>
            <w:vAlign w:val="center"/>
          </w:tcPr>
          <w:p w14:paraId="1AF002B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0.0142</w:t>
            </w:r>
          </w:p>
        </w:tc>
        <w:tc>
          <w:tcPr>
            <w:tcW w:w="1044" w:type="dxa"/>
            <w:vMerge w:val="restart"/>
            <w:vAlign w:val="center"/>
          </w:tcPr>
          <w:p w14:paraId="04A4E98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18.3143</w:t>
            </w:r>
          </w:p>
        </w:tc>
        <w:tc>
          <w:tcPr>
            <w:tcW w:w="1044" w:type="dxa"/>
            <w:vMerge w:val="restart"/>
            <w:vAlign w:val="center"/>
          </w:tcPr>
          <w:p w14:paraId="45A042C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18.2925</w:t>
            </w:r>
          </w:p>
        </w:tc>
      </w:tr>
      <w:tr w:rsidR="00497B11" w:rsidRPr="00293828" w14:paraId="383C44C1" w14:textId="77777777" w:rsidTr="009D45BD">
        <w:tc>
          <w:tcPr>
            <w:tcW w:w="982" w:type="dxa"/>
            <w:vMerge/>
          </w:tcPr>
          <w:p w14:paraId="069D0F91" w14:textId="77777777" w:rsidR="00497B11" w:rsidRPr="00293828" w:rsidRDefault="00497B11" w:rsidP="00293828">
            <w:pPr>
              <w:rPr>
                <w:rFonts w:ascii="Times New Roman" w:hAnsi="Times New Roman" w:cs="Times New Roman"/>
                <w:szCs w:val="21"/>
              </w:rPr>
            </w:pPr>
          </w:p>
        </w:tc>
        <w:tc>
          <w:tcPr>
            <w:tcW w:w="1125" w:type="dxa"/>
            <w:vAlign w:val="center"/>
          </w:tcPr>
          <w:p w14:paraId="526ACF7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44" w:type="dxa"/>
            <w:vAlign w:val="center"/>
          </w:tcPr>
          <w:p w14:paraId="66A6055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0.40964</w:t>
            </w:r>
          </w:p>
        </w:tc>
        <w:tc>
          <w:tcPr>
            <w:tcW w:w="1019" w:type="dxa"/>
            <w:vMerge/>
          </w:tcPr>
          <w:p w14:paraId="0A28814D" w14:textId="77777777" w:rsidR="00497B11" w:rsidRPr="00293828" w:rsidRDefault="00497B11" w:rsidP="00293828">
            <w:pPr>
              <w:rPr>
                <w:rFonts w:ascii="Times New Roman" w:hAnsi="Times New Roman" w:cs="Times New Roman"/>
                <w:szCs w:val="21"/>
              </w:rPr>
            </w:pPr>
          </w:p>
        </w:tc>
        <w:tc>
          <w:tcPr>
            <w:tcW w:w="1019" w:type="dxa"/>
            <w:vMerge/>
          </w:tcPr>
          <w:p w14:paraId="4EF52982" w14:textId="77777777" w:rsidR="00497B11" w:rsidRPr="00293828" w:rsidRDefault="00497B11" w:rsidP="00293828">
            <w:pPr>
              <w:rPr>
                <w:rFonts w:ascii="Times New Roman" w:hAnsi="Times New Roman" w:cs="Times New Roman"/>
                <w:szCs w:val="21"/>
              </w:rPr>
            </w:pPr>
          </w:p>
        </w:tc>
        <w:tc>
          <w:tcPr>
            <w:tcW w:w="1019" w:type="dxa"/>
            <w:vMerge/>
          </w:tcPr>
          <w:p w14:paraId="2E464575" w14:textId="77777777" w:rsidR="00497B11" w:rsidRPr="00293828" w:rsidRDefault="00497B11" w:rsidP="00293828">
            <w:pPr>
              <w:rPr>
                <w:rFonts w:ascii="Times New Roman" w:hAnsi="Times New Roman" w:cs="Times New Roman"/>
                <w:szCs w:val="21"/>
              </w:rPr>
            </w:pPr>
          </w:p>
        </w:tc>
        <w:tc>
          <w:tcPr>
            <w:tcW w:w="1044" w:type="dxa"/>
            <w:vMerge/>
          </w:tcPr>
          <w:p w14:paraId="58E35C30" w14:textId="77777777" w:rsidR="00497B11" w:rsidRPr="00293828" w:rsidRDefault="00497B11" w:rsidP="00293828">
            <w:pPr>
              <w:rPr>
                <w:rFonts w:ascii="Times New Roman" w:hAnsi="Times New Roman" w:cs="Times New Roman"/>
                <w:szCs w:val="21"/>
              </w:rPr>
            </w:pPr>
          </w:p>
        </w:tc>
        <w:tc>
          <w:tcPr>
            <w:tcW w:w="1044" w:type="dxa"/>
            <w:vMerge/>
          </w:tcPr>
          <w:p w14:paraId="2554909B" w14:textId="77777777" w:rsidR="00497B11" w:rsidRPr="00293828" w:rsidRDefault="00497B11" w:rsidP="00293828">
            <w:pPr>
              <w:rPr>
                <w:rFonts w:ascii="Times New Roman" w:hAnsi="Times New Roman" w:cs="Times New Roman"/>
                <w:szCs w:val="21"/>
              </w:rPr>
            </w:pPr>
          </w:p>
        </w:tc>
      </w:tr>
      <w:tr w:rsidR="00497B11" w:rsidRPr="00293828" w14:paraId="249DA07F" w14:textId="77777777" w:rsidTr="009D45BD">
        <w:tc>
          <w:tcPr>
            <w:tcW w:w="982" w:type="dxa"/>
            <w:vMerge w:val="restart"/>
            <w:vAlign w:val="center"/>
          </w:tcPr>
          <w:p w14:paraId="7B266DA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w:t>
            </w:r>
          </w:p>
        </w:tc>
        <w:tc>
          <w:tcPr>
            <w:tcW w:w="1125" w:type="dxa"/>
            <w:vAlign w:val="center"/>
          </w:tcPr>
          <w:p w14:paraId="0C49EC8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203-&gt;206</w:t>
            </w:r>
          </w:p>
        </w:tc>
        <w:tc>
          <w:tcPr>
            <w:tcW w:w="1044" w:type="dxa"/>
            <w:vAlign w:val="center"/>
          </w:tcPr>
          <w:p w14:paraId="0B039B8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-0.36886</w:t>
            </w:r>
          </w:p>
        </w:tc>
        <w:tc>
          <w:tcPr>
            <w:tcW w:w="1019" w:type="dxa"/>
            <w:vMerge w:val="restart"/>
            <w:vAlign w:val="center"/>
          </w:tcPr>
          <w:p w14:paraId="24729BD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5.3152</w:t>
            </w:r>
          </w:p>
        </w:tc>
        <w:tc>
          <w:tcPr>
            <w:tcW w:w="1019" w:type="dxa"/>
            <w:vMerge w:val="restart"/>
            <w:vAlign w:val="center"/>
          </w:tcPr>
          <w:p w14:paraId="5BD1E62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233.26</w:t>
            </w:r>
          </w:p>
        </w:tc>
        <w:tc>
          <w:tcPr>
            <w:tcW w:w="1019" w:type="dxa"/>
            <w:vMerge w:val="restart"/>
            <w:vAlign w:val="center"/>
          </w:tcPr>
          <w:p w14:paraId="1E77CFA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0.0114</w:t>
            </w:r>
          </w:p>
        </w:tc>
        <w:tc>
          <w:tcPr>
            <w:tcW w:w="1044" w:type="dxa"/>
            <w:vMerge w:val="restart"/>
            <w:vAlign w:val="center"/>
          </w:tcPr>
          <w:p w14:paraId="7565C67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5.1566</w:t>
            </w:r>
          </w:p>
        </w:tc>
        <w:tc>
          <w:tcPr>
            <w:tcW w:w="1044" w:type="dxa"/>
            <w:vMerge w:val="restart"/>
            <w:vAlign w:val="center"/>
          </w:tcPr>
          <w:p w14:paraId="5C7C38D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5.0794</w:t>
            </w:r>
          </w:p>
        </w:tc>
      </w:tr>
      <w:tr w:rsidR="00497B11" w:rsidRPr="00293828" w14:paraId="63D639F0" w14:textId="77777777" w:rsidTr="009D45BD">
        <w:tc>
          <w:tcPr>
            <w:tcW w:w="982" w:type="dxa"/>
            <w:vMerge/>
          </w:tcPr>
          <w:p w14:paraId="4E22DC70" w14:textId="77777777" w:rsidR="00497B11" w:rsidRPr="00293828" w:rsidRDefault="00497B11" w:rsidP="00293828">
            <w:pPr>
              <w:rPr>
                <w:rFonts w:ascii="Times New Roman" w:hAnsi="Times New Roman" w:cs="Times New Roman"/>
                <w:szCs w:val="21"/>
              </w:rPr>
            </w:pPr>
          </w:p>
        </w:tc>
        <w:tc>
          <w:tcPr>
            <w:tcW w:w="1125" w:type="dxa"/>
            <w:vAlign w:val="center"/>
          </w:tcPr>
          <w:p w14:paraId="2A6F86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205-&gt;207</w:t>
            </w:r>
          </w:p>
        </w:tc>
        <w:tc>
          <w:tcPr>
            <w:tcW w:w="1044" w:type="dxa"/>
            <w:vAlign w:val="center"/>
          </w:tcPr>
          <w:p w14:paraId="137F70F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0.50732</w:t>
            </w:r>
          </w:p>
        </w:tc>
        <w:tc>
          <w:tcPr>
            <w:tcW w:w="1019" w:type="dxa"/>
            <w:vMerge/>
          </w:tcPr>
          <w:p w14:paraId="1B1C9FE6" w14:textId="77777777" w:rsidR="00497B11" w:rsidRPr="00293828" w:rsidRDefault="00497B11" w:rsidP="00293828">
            <w:pPr>
              <w:rPr>
                <w:rFonts w:ascii="Times New Roman" w:hAnsi="Times New Roman" w:cs="Times New Roman"/>
                <w:szCs w:val="21"/>
              </w:rPr>
            </w:pPr>
          </w:p>
        </w:tc>
        <w:tc>
          <w:tcPr>
            <w:tcW w:w="1019" w:type="dxa"/>
            <w:vMerge/>
          </w:tcPr>
          <w:p w14:paraId="342F05EF" w14:textId="77777777" w:rsidR="00497B11" w:rsidRPr="00293828" w:rsidRDefault="00497B11" w:rsidP="00293828">
            <w:pPr>
              <w:rPr>
                <w:rFonts w:ascii="Times New Roman" w:hAnsi="Times New Roman" w:cs="Times New Roman"/>
                <w:szCs w:val="21"/>
              </w:rPr>
            </w:pPr>
          </w:p>
        </w:tc>
        <w:tc>
          <w:tcPr>
            <w:tcW w:w="1019" w:type="dxa"/>
            <w:vMerge/>
          </w:tcPr>
          <w:p w14:paraId="0B037154" w14:textId="77777777" w:rsidR="00497B11" w:rsidRPr="00293828" w:rsidRDefault="00497B11" w:rsidP="00293828">
            <w:pPr>
              <w:rPr>
                <w:rFonts w:ascii="Times New Roman" w:hAnsi="Times New Roman" w:cs="Times New Roman"/>
                <w:szCs w:val="21"/>
              </w:rPr>
            </w:pPr>
          </w:p>
        </w:tc>
        <w:tc>
          <w:tcPr>
            <w:tcW w:w="1044" w:type="dxa"/>
            <w:vMerge/>
          </w:tcPr>
          <w:p w14:paraId="1E1F4C47" w14:textId="77777777" w:rsidR="00497B11" w:rsidRPr="00293828" w:rsidRDefault="00497B11" w:rsidP="00293828">
            <w:pPr>
              <w:rPr>
                <w:rFonts w:ascii="Times New Roman" w:hAnsi="Times New Roman" w:cs="Times New Roman"/>
                <w:szCs w:val="21"/>
              </w:rPr>
            </w:pPr>
          </w:p>
        </w:tc>
        <w:tc>
          <w:tcPr>
            <w:tcW w:w="1044" w:type="dxa"/>
            <w:vMerge/>
          </w:tcPr>
          <w:p w14:paraId="31BE1271" w14:textId="77777777" w:rsidR="00497B11" w:rsidRPr="00293828" w:rsidRDefault="00497B11" w:rsidP="00293828">
            <w:pPr>
              <w:rPr>
                <w:rFonts w:ascii="Times New Roman" w:hAnsi="Times New Roman" w:cs="Times New Roman"/>
                <w:szCs w:val="21"/>
              </w:rPr>
            </w:pPr>
          </w:p>
        </w:tc>
      </w:tr>
      <w:tr w:rsidR="00497B11" w:rsidRPr="00293828" w14:paraId="196D32A3" w14:textId="77777777" w:rsidTr="009D45BD">
        <w:tc>
          <w:tcPr>
            <w:tcW w:w="982" w:type="dxa"/>
            <w:vAlign w:val="center"/>
          </w:tcPr>
          <w:p w14:paraId="2C79919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w:t>
            </w:r>
          </w:p>
        </w:tc>
        <w:tc>
          <w:tcPr>
            <w:tcW w:w="1125" w:type="dxa"/>
            <w:vAlign w:val="center"/>
          </w:tcPr>
          <w:p w14:paraId="4ED2384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199-&gt;206</w:t>
            </w:r>
          </w:p>
        </w:tc>
        <w:tc>
          <w:tcPr>
            <w:tcW w:w="1044" w:type="dxa"/>
            <w:vAlign w:val="center"/>
          </w:tcPr>
          <w:p w14:paraId="71C6A68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0.51081</w:t>
            </w:r>
          </w:p>
        </w:tc>
        <w:tc>
          <w:tcPr>
            <w:tcW w:w="1019" w:type="dxa"/>
            <w:vAlign w:val="center"/>
          </w:tcPr>
          <w:p w14:paraId="6CEF90F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5.4074</w:t>
            </w:r>
          </w:p>
        </w:tc>
        <w:tc>
          <w:tcPr>
            <w:tcW w:w="1019" w:type="dxa"/>
            <w:vAlign w:val="center"/>
          </w:tcPr>
          <w:p w14:paraId="3D991A6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229.28</w:t>
            </w:r>
          </w:p>
        </w:tc>
        <w:tc>
          <w:tcPr>
            <w:tcW w:w="1019" w:type="dxa"/>
            <w:vAlign w:val="center"/>
          </w:tcPr>
          <w:p w14:paraId="35962CE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0.0172</w:t>
            </w:r>
          </w:p>
        </w:tc>
        <w:tc>
          <w:tcPr>
            <w:tcW w:w="1044" w:type="dxa"/>
            <w:vAlign w:val="center"/>
          </w:tcPr>
          <w:p w14:paraId="5D451A5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13.4709</w:t>
            </w:r>
          </w:p>
        </w:tc>
        <w:tc>
          <w:tcPr>
            <w:tcW w:w="1044" w:type="dxa"/>
            <w:vAlign w:val="center"/>
          </w:tcPr>
          <w:p w14:paraId="3F11656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13.4445</w:t>
            </w:r>
          </w:p>
        </w:tc>
      </w:tr>
      <w:tr w:rsidR="00497B11" w:rsidRPr="00293828" w14:paraId="4F39A0E3" w14:textId="77777777" w:rsidTr="009D45BD">
        <w:tc>
          <w:tcPr>
            <w:tcW w:w="982" w:type="dxa"/>
            <w:vMerge w:val="restart"/>
            <w:vAlign w:val="center"/>
          </w:tcPr>
          <w:p w14:paraId="0D3C4C7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w:t>
            </w:r>
          </w:p>
        </w:tc>
        <w:tc>
          <w:tcPr>
            <w:tcW w:w="1125" w:type="dxa"/>
            <w:vAlign w:val="center"/>
          </w:tcPr>
          <w:p w14:paraId="5D4F36D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44" w:type="dxa"/>
            <w:vAlign w:val="center"/>
          </w:tcPr>
          <w:p w14:paraId="42F8CC3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-0.37257</w:t>
            </w:r>
          </w:p>
        </w:tc>
        <w:tc>
          <w:tcPr>
            <w:tcW w:w="1019" w:type="dxa"/>
            <w:vMerge w:val="restart"/>
            <w:vAlign w:val="center"/>
          </w:tcPr>
          <w:p w14:paraId="5DBF7DE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5.5752</w:t>
            </w:r>
          </w:p>
        </w:tc>
        <w:tc>
          <w:tcPr>
            <w:tcW w:w="1019" w:type="dxa"/>
            <w:vMerge w:val="restart"/>
            <w:vAlign w:val="center"/>
          </w:tcPr>
          <w:p w14:paraId="164EB10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222.38</w:t>
            </w:r>
          </w:p>
        </w:tc>
        <w:tc>
          <w:tcPr>
            <w:tcW w:w="1019" w:type="dxa"/>
            <w:vMerge w:val="restart"/>
            <w:vAlign w:val="center"/>
          </w:tcPr>
          <w:p w14:paraId="63EB5C9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0.0023</w:t>
            </w:r>
          </w:p>
        </w:tc>
        <w:tc>
          <w:tcPr>
            <w:tcW w:w="1044" w:type="dxa"/>
            <w:vMerge w:val="restart"/>
            <w:vAlign w:val="center"/>
          </w:tcPr>
          <w:p w14:paraId="574D273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-0.5804</w:t>
            </w:r>
          </w:p>
        </w:tc>
        <w:tc>
          <w:tcPr>
            <w:tcW w:w="1044" w:type="dxa"/>
            <w:vMerge w:val="restart"/>
            <w:vAlign w:val="center"/>
          </w:tcPr>
          <w:p w14:paraId="45E7231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-0.5884</w:t>
            </w:r>
          </w:p>
        </w:tc>
      </w:tr>
      <w:tr w:rsidR="00497B11" w:rsidRPr="00293828" w14:paraId="2E9A6482" w14:textId="77777777" w:rsidTr="009D45BD">
        <w:tc>
          <w:tcPr>
            <w:tcW w:w="982" w:type="dxa"/>
            <w:vMerge/>
          </w:tcPr>
          <w:p w14:paraId="70DE1082" w14:textId="77777777" w:rsidR="00497B11" w:rsidRPr="00293828" w:rsidRDefault="00497B11" w:rsidP="00293828">
            <w:pPr>
              <w:rPr>
                <w:rFonts w:ascii="Times New Roman" w:hAnsi="Times New Roman" w:cs="Times New Roman"/>
                <w:szCs w:val="21"/>
              </w:rPr>
            </w:pPr>
          </w:p>
        </w:tc>
        <w:tc>
          <w:tcPr>
            <w:tcW w:w="1125" w:type="dxa"/>
            <w:vAlign w:val="center"/>
          </w:tcPr>
          <w:p w14:paraId="122C489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44" w:type="dxa"/>
            <w:vAlign w:val="center"/>
          </w:tcPr>
          <w:p w14:paraId="47E9519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0.43624</w:t>
            </w:r>
          </w:p>
        </w:tc>
        <w:tc>
          <w:tcPr>
            <w:tcW w:w="1019" w:type="dxa"/>
            <w:vMerge/>
          </w:tcPr>
          <w:p w14:paraId="5CED2444" w14:textId="77777777" w:rsidR="00497B11" w:rsidRPr="00293828" w:rsidRDefault="00497B11" w:rsidP="00293828">
            <w:pPr>
              <w:rPr>
                <w:rFonts w:ascii="Times New Roman" w:hAnsi="Times New Roman" w:cs="Times New Roman"/>
                <w:szCs w:val="21"/>
              </w:rPr>
            </w:pPr>
          </w:p>
        </w:tc>
        <w:tc>
          <w:tcPr>
            <w:tcW w:w="1019" w:type="dxa"/>
            <w:vMerge/>
          </w:tcPr>
          <w:p w14:paraId="109526F0" w14:textId="77777777" w:rsidR="00497B11" w:rsidRPr="00293828" w:rsidRDefault="00497B11" w:rsidP="00293828">
            <w:pPr>
              <w:rPr>
                <w:rFonts w:ascii="Times New Roman" w:hAnsi="Times New Roman" w:cs="Times New Roman"/>
                <w:szCs w:val="21"/>
              </w:rPr>
            </w:pPr>
          </w:p>
        </w:tc>
        <w:tc>
          <w:tcPr>
            <w:tcW w:w="1019" w:type="dxa"/>
            <w:vMerge/>
          </w:tcPr>
          <w:p w14:paraId="45037DAF" w14:textId="77777777" w:rsidR="00497B11" w:rsidRPr="00293828" w:rsidRDefault="00497B11" w:rsidP="00293828">
            <w:pPr>
              <w:rPr>
                <w:rFonts w:ascii="Times New Roman" w:hAnsi="Times New Roman" w:cs="Times New Roman"/>
                <w:szCs w:val="21"/>
              </w:rPr>
            </w:pPr>
          </w:p>
        </w:tc>
        <w:tc>
          <w:tcPr>
            <w:tcW w:w="1044" w:type="dxa"/>
            <w:vMerge/>
          </w:tcPr>
          <w:p w14:paraId="31F97AC4" w14:textId="77777777" w:rsidR="00497B11" w:rsidRPr="00293828" w:rsidRDefault="00497B11" w:rsidP="00293828">
            <w:pPr>
              <w:rPr>
                <w:rFonts w:ascii="Times New Roman" w:hAnsi="Times New Roman" w:cs="Times New Roman"/>
                <w:szCs w:val="21"/>
              </w:rPr>
            </w:pPr>
          </w:p>
        </w:tc>
        <w:tc>
          <w:tcPr>
            <w:tcW w:w="1044" w:type="dxa"/>
            <w:vMerge/>
          </w:tcPr>
          <w:p w14:paraId="4AE78306" w14:textId="77777777" w:rsidR="00497B11" w:rsidRPr="00293828" w:rsidRDefault="00497B11" w:rsidP="00293828">
            <w:pPr>
              <w:rPr>
                <w:rFonts w:ascii="Times New Roman" w:hAnsi="Times New Roman" w:cs="Times New Roman"/>
                <w:szCs w:val="21"/>
              </w:rPr>
            </w:pPr>
          </w:p>
        </w:tc>
      </w:tr>
      <w:tr w:rsidR="00497B11" w:rsidRPr="00293828" w14:paraId="2B2392D4" w14:textId="77777777" w:rsidTr="009D45BD">
        <w:tc>
          <w:tcPr>
            <w:tcW w:w="982" w:type="dxa"/>
            <w:vMerge w:val="restart"/>
            <w:vAlign w:val="center"/>
          </w:tcPr>
          <w:p w14:paraId="740E953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8</w:t>
            </w:r>
          </w:p>
        </w:tc>
        <w:tc>
          <w:tcPr>
            <w:tcW w:w="1125" w:type="dxa"/>
            <w:vAlign w:val="center"/>
          </w:tcPr>
          <w:p w14:paraId="6E7F051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44" w:type="dxa"/>
            <w:vAlign w:val="center"/>
          </w:tcPr>
          <w:p w14:paraId="19F43B4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0.22932</w:t>
            </w:r>
          </w:p>
        </w:tc>
        <w:tc>
          <w:tcPr>
            <w:tcW w:w="1019" w:type="dxa"/>
            <w:vMerge w:val="restart"/>
            <w:vAlign w:val="center"/>
          </w:tcPr>
          <w:p w14:paraId="4992AB2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5.6040</w:t>
            </w:r>
          </w:p>
        </w:tc>
        <w:tc>
          <w:tcPr>
            <w:tcW w:w="1019" w:type="dxa"/>
            <w:vMerge w:val="restart"/>
            <w:vAlign w:val="center"/>
          </w:tcPr>
          <w:p w14:paraId="1ABC858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221.24</w:t>
            </w:r>
          </w:p>
        </w:tc>
        <w:tc>
          <w:tcPr>
            <w:tcW w:w="1019" w:type="dxa"/>
            <w:vMerge w:val="restart"/>
            <w:vAlign w:val="center"/>
          </w:tcPr>
          <w:p w14:paraId="4D5C6DA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0.0008</w:t>
            </w:r>
          </w:p>
        </w:tc>
        <w:tc>
          <w:tcPr>
            <w:tcW w:w="1044" w:type="dxa"/>
            <w:vMerge w:val="restart"/>
            <w:vAlign w:val="center"/>
          </w:tcPr>
          <w:p w14:paraId="6DE6998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-4.7431</w:t>
            </w:r>
          </w:p>
        </w:tc>
        <w:tc>
          <w:tcPr>
            <w:tcW w:w="1044" w:type="dxa"/>
            <w:vMerge w:val="restart"/>
            <w:vAlign w:val="center"/>
          </w:tcPr>
          <w:p w14:paraId="429D647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-4.7172</w:t>
            </w:r>
          </w:p>
        </w:tc>
      </w:tr>
      <w:tr w:rsidR="00497B11" w:rsidRPr="00293828" w14:paraId="3DA2044D" w14:textId="77777777" w:rsidTr="009D45BD">
        <w:tc>
          <w:tcPr>
            <w:tcW w:w="982" w:type="dxa"/>
            <w:vMerge/>
          </w:tcPr>
          <w:p w14:paraId="0EC49CF2" w14:textId="77777777" w:rsidR="00497B11" w:rsidRPr="00293828" w:rsidRDefault="00497B11" w:rsidP="00293828">
            <w:pPr>
              <w:rPr>
                <w:rFonts w:ascii="Times New Roman" w:hAnsi="Times New Roman" w:cs="Times New Roman"/>
                <w:szCs w:val="21"/>
              </w:rPr>
            </w:pPr>
          </w:p>
        </w:tc>
        <w:tc>
          <w:tcPr>
            <w:tcW w:w="1125" w:type="dxa"/>
            <w:vAlign w:val="center"/>
          </w:tcPr>
          <w:p w14:paraId="27C59FC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205-&gt;208</w:t>
            </w:r>
          </w:p>
        </w:tc>
        <w:tc>
          <w:tcPr>
            <w:tcW w:w="1044" w:type="dxa"/>
            <w:vAlign w:val="center"/>
          </w:tcPr>
          <w:p w14:paraId="63900B3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0.33756</w:t>
            </w:r>
          </w:p>
        </w:tc>
        <w:tc>
          <w:tcPr>
            <w:tcW w:w="1019" w:type="dxa"/>
            <w:vMerge/>
          </w:tcPr>
          <w:p w14:paraId="280ACFA4" w14:textId="77777777" w:rsidR="00497B11" w:rsidRPr="00293828" w:rsidRDefault="00497B11" w:rsidP="00293828">
            <w:pPr>
              <w:rPr>
                <w:rFonts w:ascii="Times New Roman" w:hAnsi="Times New Roman" w:cs="Times New Roman"/>
                <w:szCs w:val="21"/>
              </w:rPr>
            </w:pPr>
          </w:p>
        </w:tc>
        <w:tc>
          <w:tcPr>
            <w:tcW w:w="1019" w:type="dxa"/>
            <w:vMerge/>
          </w:tcPr>
          <w:p w14:paraId="41CC82D2" w14:textId="77777777" w:rsidR="00497B11" w:rsidRPr="00293828" w:rsidRDefault="00497B11" w:rsidP="00293828">
            <w:pPr>
              <w:rPr>
                <w:rFonts w:ascii="Times New Roman" w:hAnsi="Times New Roman" w:cs="Times New Roman"/>
                <w:szCs w:val="21"/>
              </w:rPr>
            </w:pPr>
          </w:p>
        </w:tc>
        <w:tc>
          <w:tcPr>
            <w:tcW w:w="1019" w:type="dxa"/>
            <w:vMerge/>
          </w:tcPr>
          <w:p w14:paraId="5DC38DA0" w14:textId="77777777" w:rsidR="00497B11" w:rsidRPr="00293828" w:rsidRDefault="00497B11" w:rsidP="00293828">
            <w:pPr>
              <w:rPr>
                <w:rFonts w:ascii="Times New Roman" w:hAnsi="Times New Roman" w:cs="Times New Roman"/>
                <w:szCs w:val="21"/>
              </w:rPr>
            </w:pPr>
          </w:p>
        </w:tc>
        <w:tc>
          <w:tcPr>
            <w:tcW w:w="1044" w:type="dxa"/>
            <w:vMerge/>
          </w:tcPr>
          <w:p w14:paraId="321D1D13" w14:textId="77777777" w:rsidR="00497B11" w:rsidRPr="00293828" w:rsidRDefault="00497B11" w:rsidP="00293828">
            <w:pPr>
              <w:rPr>
                <w:rFonts w:ascii="Times New Roman" w:hAnsi="Times New Roman" w:cs="Times New Roman"/>
                <w:szCs w:val="21"/>
              </w:rPr>
            </w:pPr>
          </w:p>
        </w:tc>
        <w:tc>
          <w:tcPr>
            <w:tcW w:w="1044" w:type="dxa"/>
            <w:vMerge/>
          </w:tcPr>
          <w:p w14:paraId="21F13599" w14:textId="77777777" w:rsidR="00497B11" w:rsidRPr="00293828" w:rsidRDefault="00497B11" w:rsidP="00293828">
            <w:pPr>
              <w:rPr>
                <w:rFonts w:ascii="Times New Roman" w:hAnsi="Times New Roman" w:cs="Times New Roman"/>
                <w:szCs w:val="21"/>
              </w:rPr>
            </w:pPr>
          </w:p>
        </w:tc>
      </w:tr>
      <w:tr w:rsidR="00497B11" w:rsidRPr="00293828" w14:paraId="041A1B90" w14:textId="77777777" w:rsidTr="009D45BD">
        <w:tc>
          <w:tcPr>
            <w:tcW w:w="982" w:type="dxa"/>
            <w:vMerge w:val="restart"/>
            <w:vAlign w:val="center"/>
          </w:tcPr>
          <w:p w14:paraId="0B8BD00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9</w:t>
            </w:r>
          </w:p>
        </w:tc>
        <w:tc>
          <w:tcPr>
            <w:tcW w:w="1125" w:type="dxa"/>
            <w:vAlign w:val="center"/>
          </w:tcPr>
          <w:p w14:paraId="0DB825B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44" w:type="dxa"/>
            <w:vAlign w:val="center"/>
          </w:tcPr>
          <w:p w14:paraId="6C8A8A8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-0.38862</w:t>
            </w:r>
          </w:p>
        </w:tc>
        <w:tc>
          <w:tcPr>
            <w:tcW w:w="1019" w:type="dxa"/>
            <w:vMerge w:val="restart"/>
            <w:vAlign w:val="center"/>
          </w:tcPr>
          <w:p w14:paraId="19F25D9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5.6622</w:t>
            </w:r>
          </w:p>
        </w:tc>
        <w:tc>
          <w:tcPr>
            <w:tcW w:w="1019" w:type="dxa"/>
            <w:vMerge w:val="restart"/>
            <w:vAlign w:val="center"/>
          </w:tcPr>
          <w:p w14:paraId="01FCB12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218.97</w:t>
            </w:r>
          </w:p>
        </w:tc>
        <w:tc>
          <w:tcPr>
            <w:tcW w:w="1019" w:type="dxa"/>
            <w:vMerge w:val="restart"/>
            <w:vAlign w:val="center"/>
          </w:tcPr>
          <w:p w14:paraId="5624524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0.0287</w:t>
            </w:r>
          </w:p>
        </w:tc>
        <w:tc>
          <w:tcPr>
            <w:tcW w:w="1044" w:type="dxa"/>
            <w:vMerge w:val="restart"/>
            <w:vAlign w:val="center"/>
          </w:tcPr>
          <w:p w14:paraId="4A760B7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13.8349</w:t>
            </w:r>
          </w:p>
        </w:tc>
        <w:tc>
          <w:tcPr>
            <w:tcW w:w="1044" w:type="dxa"/>
            <w:vMerge w:val="restart"/>
            <w:vAlign w:val="center"/>
          </w:tcPr>
          <w:p w14:paraId="2DA3E87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13.7828</w:t>
            </w:r>
          </w:p>
        </w:tc>
      </w:tr>
      <w:tr w:rsidR="00497B11" w:rsidRPr="00293828" w14:paraId="27B52683" w14:textId="77777777" w:rsidTr="009D45BD">
        <w:tc>
          <w:tcPr>
            <w:tcW w:w="982" w:type="dxa"/>
            <w:vMerge/>
          </w:tcPr>
          <w:p w14:paraId="78A0203A" w14:textId="77777777" w:rsidR="00497B11" w:rsidRPr="00293828" w:rsidRDefault="00497B11" w:rsidP="00293828">
            <w:pPr>
              <w:rPr>
                <w:rFonts w:ascii="Times New Roman" w:hAnsi="Times New Roman" w:cs="Times New Roman"/>
                <w:szCs w:val="21"/>
              </w:rPr>
            </w:pPr>
          </w:p>
        </w:tc>
        <w:tc>
          <w:tcPr>
            <w:tcW w:w="1125" w:type="dxa"/>
            <w:vAlign w:val="center"/>
          </w:tcPr>
          <w:p w14:paraId="320144C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205-&gt;208</w:t>
            </w:r>
          </w:p>
        </w:tc>
        <w:tc>
          <w:tcPr>
            <w:tcW w:w="1044" w:type="dxa"/>
            <w:vAlign w:val="center"/>
          </w:tcPr>
          <w:p w14:paraId="75B7B1B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0.42668</w:t>
            </w:r>
          </w:p>
        </w:tc>
        <w:tc>
          <w:tcPr>
            <w:tcW w:w="1019" w:type="dxa"/>
            <w:vMerge/>
          </w:tcPr>
          <w:p w14:paraId="2328F719" w14:textId="77777777" w:rsidR="00497B11" w:rsidRPr="00293828" w:rsidRDefault="00497B11" w:rsidP="00293828">
            <w:pPr>
              <w:rPr>
                <w:rFonts w:ascii="Times New Roman" w:hAnsi="Times New Roman" w:cs="Times New Roman"/>
                <w:szCs w:val="21"/>
              </w:rPr>
            </w:pPr>
          </w:p>
        </w:tc>
        <w:tc>
          <w:tcPr>
            <w:tcW w:w="1019" w:type="dxa"/>
            <w:vMerge/>
          </w:tcPr>
          <w:p w14:paraId="759C3041" w14:textId="77777777" w:rsidR="00497B11" w:rsidRPr="00293828" w:rsidRDefault="00497B11" w:rsidP="00293828">
            <w:pPr>
              <w:rPr>
                <w:rFonts w:ascii="Times New Roman" w:hAnsi="Times New Roman" w:cs="Times New Roman"/>
                <w:szCs w:val="21"/>
              </w:rPr>
            </w:pPr>
          </w:p>
        </w:tc>
        <w:tc>
          <w:tcPr>
            <w:tcW w:w="1019" w:type="dxa"/>
            <w:vMerge/>
          </w:tcPr>
          <w:p w14:paraId="03F413F8" w14:textId="77777777" w:rsidR="00497B11" w:rsidRPr="00293828" w:rsidRDefault="00497B11" w:rsidP="00293828">
            <w:pPr>
              <w:rPr>
                <w:rFonts w:ascii="Times New Roman" w:hAnsi="Times New Roman" w:cs="Times New Roman"/>
                <w:szCs w:val="21"/>
              </w:rPr>
            </w:pPr>
          </w:p>
        </w:tc>
        <w:tc>
          <w:tcPr>
            <w:tcW w:w="1044" w:type="dxa"/>
            <w:vMerge/>
          </w:tcPr>
          <w:p w14:paraId="45AEC95D" w14:textId="77777777" w:rsidR="00497B11" w:rsidRPr="00293828" w:rsidRDefault="00497B11" w:rsidP="00293828">
            <w:pPr>
              <w:rPr>
                <w:rFonts w:ascii="Times New Roman" w:hAnsi="Times New Roman" w:cs="Times New Roman"/>
                <w:szCs w:val="21"/>
              </w:rPr>
            </w:pPr>
          </w:p>
        </w:tc>
        <w:tc>
          <w:tcPr>
            <w:tcW w:w="1044" w:type="dxa"/>
            <w:vMerge/>
          </w:tcPr>
          <w:p w14:paraId="5D6FDE6F" w14:textId="77777777" w:rsidR="00497B11" w:rsidRPr="00293828" w:rsidRDefault="00497B11" w:rsidP="00293828">
            <w:pPr>
              <w:rPr>
                <w:rFonts w:ascii="Times New Roman" w:hAnsi="Times New Roman" w:cs="Times New Roman"/>
                <w:szCs w:val="21"/>
              </w:rPr>
            </w:pPr>
          </w:p>
        </w:tc>
      </w:tr>
      <w:tr w:rsidR="00497B11" w:rsidRPr="00293828" w14:paraId="3749B5A7" w14:textId="77777777" w:rsidTr="009D45BD">
        <w:tc>
          <w:tcPr>
            <w:tcW w:w="982" w:type="dxa"/>
            <w:vMerge w:val="restart"/>
            <w:vAlign w:val="center"/>
          </w:tcPr>
          <w:p w14:paraId="6B932F6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w:t>
            </w:r>
          </w:p>
        </w:tc>
        <w:tc>
          <w:tcPr>
            <w:tcW w:w="1125" w:type="dxa"/>
            <w:vAlign w:val="center"/>
          </w:tcPr>
          <w:p w14:paraId="088F5F8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193-&gt;206</w:t>
            </w:r>
          </w:p>
        </w:tc>
        <w:tc>
          <w:tcPr>
            <w:tcW w:w="1044" w:type="dxa"/>
            <w:vAlign w:val="center"/>
          </w:tcPr>
          <w:p w14:paraId="7F4FE24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0.2712</w:t>
            </w:r>
          </w:p>
        </w:tc>
        <w:tc>
          <w:tcPr>
            <w:tcW w:w="1019" w:type="dxa"/>
            <w:vMerge w:val="restart"/>
            <w:vAlign w:val="center"/>
          </w:tcPr>
          <w:p w14:paraId="36A7C44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5.6668</w:t>
            </w:r>
          </w:p>
        </w:tc>
        <w:tc>
          <w:tcPr>
            <w:tcW w:w="1019" w:type="dxa"/>
            <w:vMerge w:val="restart"/>
            <w:vAlign w:val="center"/>
          </w:tcPr>
          <w:p w14:paraId="5D21008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218.79</w:t>
            </w:r>
          </w:p>
        </w:tc>
        <w:tc>
          <w:tcPr>
            <w:tcW w:w="1019" w:type="dxa"/>
            <w:vMerge w:val="restart"/>
            <w:vAlign w:val="center"/>
          </w:tcPr>
          <w:p w14:paraId="561D174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0.0004</w:t>
            </w:r>
          </w:p>
        </w:tc>
        <w:tc>
          <w:tcPr>
            <w:tcW w:w="1044" w:type="dxa"/>
            <w:vMerge w:val="restart"/>
            <w:vAlign w:val="center"/>
          </w:tcPr>
          <w:p w14:paraId="3511C98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-2.2387</w:t>
            </w:r>
          </w:p>
        </w:tc>
        <w:tc>
          <w:tcPr>
            <w:tcW w:w="1044" w:type="dxa"/>
            <w:vMerge w:val="restart"/>
            <w:vAlign w:val="center"/>
          </w:tcPr>
          <w:p w14:paraId="066DA46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-2.1707</w:t>
            </w:r>
          </w:p>
        </w:tc>
      </w:tr>
      <w:tr w:rsidR="00497B11" w:rsidRPr="00293828" w14:paraId="11867924" w14:textId="77777777" w:rsidTr="009D45BD">
        <w:tc>
          <w:tcPr>
            <w:tcW w:w="982" w:type="dxa"/>
            <w:vMerge/>
          </w:tcPr>
          <w:p w14:paraId="21CA8928" w14:textId="77777777" w:rsidR="00497B11" w:rsidRPr="00293828" w:rsidRDefault="00497B11" w:rsidP="00293828">
            <w:pPr>
              <w:rPr>
                <w:rFonts w:ascii="Times New Roman" w:hAnsi="Times New Roman" w:cs="Times New Roman"/>
                <w:szCs w:val="21"/>
              </w:rPr>
            </w:pPr>
          </w:p>
        </w:tc>
        <w:tc>
          <w:tcPr>
            <w:tcW w:w="1125" w:type="dxa"/>
            <w:vAlign w:val="center"/>
          </w:tcPr>
          <w:p w14:paraId="71FC93E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194-&gt;206</w:t>
            </w:r>
          </w:p>
        </w:tc>
        <w:tc>
          <w:tcPr>
            <w:tcW w:w="1044" w:type="dxa"/>
            <w:vAlign w:val="center"/>
          </w:tcPr>
          <w:p w14:paraId="01C3E77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0.2791</w:t>
            </w:r>
          </w:p>
        </w:tc>
        <w:tc>
          <w:tcPr>
            <w:tcW w:w="1019" w:type="dxa"/>
            <w:vMerge/>
          </w:tcPr>
          <w:p w14:paraId="5394213D" w14:textId="77777777" w:rsidR="00497B11" w:rsidRPr="00293828" w:rsidRDefault="00497B11" w:rsidP="00293828">
            <w:pPr>
              <w:rPr>
                <w:rFonts w:ascii="Times New Roman" w:hAnsi="Times New Roman" w:cs="Times New Roman"/>
                <w:szCs w:val="21"/>
              </w:rPr>
            </w:pPr>
          </w:p>
        </w:tc>
        <w:tc>
          <w:tcPr>
            <w:tcW w:w="1019" w:type="dxa"/>
            <w:vMerge/>
          </w:tcPr>
          <w:p w14:paraId="74CC0CE8" w14:textId="77777777" w:rsidR="00497B11" w:rsidRPr="00293828" w:rsidRDefault="00497B11" w:rsidP="00293828">
            <w:pPr>
              <w:rPr>
                <w:rFonts w:ascii="Times New Roman" w:hAnsi="Times New Roman" w:cs="Times New Roman"/>
                <w:szCs w:val="21"/>
              </w:rPr>
            </w:pPr>
          </w:p>
        </w:tc>
        <w:tc>
          <w:tcPr>
            <w:tcW w:w="1019" w:type="dxa"/>
            <w:vMerge/>
          </w:tcPr>
          <w:p w14:paraId="531818C4" w14:textId="77777777" w:rsidR="00497B11" w:rsidRPr="00293828" w:rsidRDefault="00497B11" w:rsidP="00293828">
            <w:pPr>
              <w:rPr>
                <w:rFonts w:ascii="Times New Roman" w:hAnsi="Times New Roman" w:cs="Times New Roman"/>
                <w:szCs w:val="21"/>
              </w:rPr>
            </w:pPr>
          </w:p>
        </w:tc>
        <w:tc>
          <w:tcPr>
            <w:tcW w:w="1044" w:type="dxa"/>
            <w:vMerge/>
          </w:tcPr>
          <w:p w14:paraId="5E7AF40A" w14:textId="77777777" w:rsidR="00497B11" w:rsidRPr="00293828" w:rsidRDefault="00497B11" w:rsidP="00293828">
            <w:pPr>
              <w:rPr>
                <w:rFonts w:ascii="Times New Roman" w:hAnsi="Times New Roman" w:cs="Times New Roman"/>
                <w:szCs w:val="21"/>
              </w:rPr>
            </w:pPr>
          </w:p>
        </w:tc>
        <w:tc>
          <w:tcPr>
            <w:tcW w:w="1044" w:type="dxa"/>
            <w:vMerge/>
          </w:tcPr>
          <w:p w14:paraId="2DF0FF7F" w14:textId="77777777" w:rsidR="00497B11" w:rsidRPr="00293828" w:rsidRDefault="00497B11" w:rsidP="00293828">
            <w:pPr>
              <w:rPr>
                <w:rFonts w:ascii="Times New Roman" w:hAnsi="Times New Roman" w:cs="Times New Roman"/>
                <w:szCs w:val="21"/>
              </w:rPr>
            </w:pPr>
          </w:p>
        </w:tc>
      </w:tr>
      <w:tr w:rsidR="00497B11" w:rsidRPr="00293828" w14:paraId="481BCC74" w14:textId="77777777" w:rsidTr="009D45BD">
        <w:tc>
          <w:tcPr>
            <w:tcW w:w="982" w:type="dxa"/>
            <w:vMerge w:val="restart"/>
            <w:vAlign w:val="center"/>
          </w:tcPr>
          <w:p w14:paraId="6EE210E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11</w:t>
            </w:r>
          </w:p>
        </w:tc>
        <w:tc>
          <w:tcPr>
            <w:tcW w:w="1125" w:type="dxa"/>
            <w:vAlign w:val="center"/>
          </w:tcPr>
          <w:p w14:paraId="71B02C6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199-&gt;208</w:t>
            </w:r>
          </w:p>
        </w:tc>
        <w:tc>
          <w:tcPr>
            <w:tcW w:w="1044" w:type="dxa"/>
            <w:vAlign w:val="center"/>
          </w:tcPr>
          <w:p w14:paraId="0EA5A48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0.23238</w:t>
            </w:r>
          </w:p>
        </w:tc>
        <w:tc>
          <w:tcPr>
            <w:tcW w:w="1019" w:type="dxa"/>
            <w:vMerge w:val="restart"/>
            <w:vAlign w:val="center"/>
          </w:tcPr>
          <w:p w14:paraId="03A5687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5.6918</w:t>
            </w:r>
          </w:p>
        </w:tc>
        <w:tc>
          <w:tcPr>
            <w:tcW w:w="1019" w:type="dxa"/>
            <w:vMerge w:val="restart"/>
            <w:vAlign w:val="center"/>
          </w:tcPr>
          <w:p w14:paraId="7BA4A6F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217.83</w:t>
            </w:r>
          </w:p>
        </w:tc>
        <w:tc>
          <w:tcPr>
            <w:tcW w:w="1019" w:type="dxa"/>
            <w:vMerge w:val="restart"/>
            <w:vAlign w:val="center"/>
          </w:tcPr>
          <w:p w14:paraId="76A746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0.0209</w:t>
            </w:r>
          </w:p>
        </w:tc>
        <w:tc>
          <w:tcPr>
            <w:tcW w:w="1044" w:type="dxa"/>
            <w:vMerge w:val="restart"/>
            <w:vAlign w:val="center"/>
          </w:tcPr>
          <w:p w14:paraId="0A42A9B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-38.9914</w:t>
            </w:r>
          </w:p>
        </w:tc>
        <w:tc>
          <w:tcPr>
            <w:tcW w:w="1044" w:type="dxa"/>
            <w:vMerge w:val="restart"/>
            <w:vAlign w:val="center"/>
          </w:tcPr>
          <w:p w14:paraId="3A757BD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-38.797</w:t>
            </w:r>
          </w:p>
        </w:tc>
      </w:tr>
      <w:tr w:rsidR="00497B11" w:rsidRPr="00293828" w14:paraId="403477E3" w14:textId="77777777" w:rsidTr="009D45BD">
        <w:tc>
          <w:tcPr>
            <w:tcW w:w="982" w:type="dxa"/>
            <w:vMerge/>
          </w:tcPr>
          <w:p w14:paraId="6D7F5B93" w14:textId="77777777" w:rsidR="00497B11" w:rsidRPr="00293828" w:rsidRDefault="00497B11" w:rsidP="00293828">
            <w:pPr>
              <w:rPr>
                <w:rFonts w:ascii="Times New Roman" w:hAnsi="Times New Roman" w:cs="Times New Roman"/>
                <w:szCs w:val="21"/>
              </w:rPr>
            </w:pPr>
          </w:p>
        </w:tc>
        <w:tc>
          <w:tcPr>
            <w:tcW w:w="1125" w:type="dxa"/>
            <w:vAlign w:val="center"/>
          </w:tcPr>
          <w:p w14:paraId="49E903A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203-&gt;207</w:t>
            </w:r>
          </w:p>
        </w:tc>
        <w:tc>
          <w:tcPr>
            <w:tcW w:w="1044" w:type="dxa"/>
            <w:vAlign w:val="center"/>
          </w:tcPr>
          <w:p w14:paraId="0B3DCAD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0.41424</w:t>
            </w:r>
          </w:p>
        </w:tc>
        <w:tc>
          <w:tcPr>
            <w:tcW w:w="1019" w:type="dxa"/>
            <w:vMerge/>
          </w:tcPr>
          <w:p w14:paraId="5C9BD4FA" w14:textId="77777777" w:rsidR="00497B11" w:rsidRPr="00293828" w:rsidRDefault="00497B11" w:rsidP="00293828">
            <w:pPr>
              <w:rPr>
                <w:rFonts w:ascii="Times New Roman" w:hAnsi="Times New Roman" w:cs="Times New Roman"/>
                <w:szCs w:val="21"/>
              </w:rPr>
            </w:pPr>
          </w:p>
        </w:tc>
        <w:tc>
          <w:tcPr>
            <w:tcW w:w="1019" w:type="dxa"/>
            <w:vMerge/>
          </w:tcPr>
          <w:p w14:paraId="6146551B" w14:textId="77777777" w:rsidR="00497B11" w:rsidRPr="00293828" w:rsidRDefault="00497B11" w:rsidP="00293828">
            <w:pPr>
              <w:rPr>
                <w:rFonts w:ascii="Times New Roman" w:hAnsi="Times New Roman" w:cs="Times New Roman"/>
                <w:szCs w:val="21"/>
              </w:rPr>
            </w:pPr>
          </w:p>
        </w:tc>
        <w:tc>
          <w:tcPr>
            <w:tcW w:w="1019" w:type="dxa"/>
            <w:vMerge/>
          </w:tcPr>
          <w:p w14:paraId="623BE84A" w14:textId="77777777" w:rsidR="00497B11" w:rsidRPr="00293828" w:rsidRDefault="00497B11" w:rsidP="00293828">
            <w:pPr>
              <w:rPr>
                <w:rFonts w:ascii="Times New Roman" w:hAnsi="Times New Roman" w:cs="Times New Roman"/>
                <w:szCs w:val="21"/>
              </w:rPr>
            </w:pPr>
          </w:p>
        </w:tc>
        <w:tc>
          <w:tcPr>
            <w:tcW w:w="1044" w:type="dxa"/>
            <w:vMerge/>
          </w:tcPr>
          <w:p w14:paraId="2F4B45E9" w14:textId="77777777" w:rsidR="00497B11" w:rsidRPr="00293828" w:rsidRDefault="00497B11" w:rsidP="00293828">
            <w:pPr>
              <w:rPr>
                <w:rFonts w:ascii="Times New Roman" w:hAnsi="Times New Roman" w:cs="Times New Roman"/>
                <w:szCs w:val="21"/>
              </w:rPr>
            </w:pPr>
          </w:p>
        </w:tc>
        <w:tc>
          <w:tcPr>
            <w:tcW w:w="1044" w:type="dxa"/>
            <w:vMerge/>
          </w:tcPr>
          <w:p w14:paraId="75C5CC1D" w14:textId="77777777" w:rsidR="00497B11" w:rsidRPr="00293828" w:rsidRDefault="00497B11" w:rsidP="00293828">
            <w:pPr>
              <w:rPr>
                <w:rFonts w:ascii="Times New Roman" w:hAnsi="Times New Roman" w:cs="Times New Roman"/>
                <w:szCs w:val="21"/>
              </w:rPr>
            </w:pPr>
          </w:p>
        </w:tc>
      </w:tr>
      <w:tr w:rsidR="00497B11" w:rsidRPr="00293828" w14:paraId="51A34EEE" w14:textId="77777777" w:rsidTr="009D45BD">
        <w:tc>
          <w:tcPr>
            <w:tcW w:w="982" w:type="dxa"/>
            <w:vMerge w:val="restart"/>
            <w:vAlign w:val="center"/>
          </w:tcPr>
          <w:p w14:paraId="37E802F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12</w:t>
            </w:r>
          </w:p>
        </w:tc>
        <w:tc>
          <w:tcPr>
            <w:tcW w:w="1125" w:type="dxa"/>
            <w:vAlign w:val="center"/>
          </w:tcPr>
          <w:p w14:paraId="5AC6FD8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193-&gt;206</w:t>
            </w:r>
          </w:p>
        </w:tc>
        <w:tc>
          <w:tcPr>
            <w:tcW w:w="1044" w:type="dxa"/>
            <w:vAlign w:val="center"/>
          </w:tcPr>
          <w:p w14:paraId="1EF9BDB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-0.23238</w:t>
            </w:r>
          </w:p>
        </w:tc>
        <w:tc>
          <w:tcPr>
            <w:tcW w:w="1019" w:type="dxa"/>
            <w:vMerge w:val="restart"/>
            <w:vAlign w:val="center"/>
          </w:tcPr>
          <w:p w14:paraId="6DEF4DB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5.6994</w:t>
            </w:r>
          </w:p>
        </w:tc>
        <w:tc>
          <w:tcPr>
            <w:tcW w:w="1019" w:type="dxa"/>
            <w:vMerge w:val="restart"/>
            <w:vAlign w:val="center"/>
          </w:tcPr>
          <w:p w14:paraId="1084A56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217.54</w:t>
            </w:r>
          </w:p>
        </w:tc>
        <w:tc>
          <w:tcPr>
            <w:tcW w:w="1019" w:type="dxa"/>
            <w:vMerge w:val="restart"/>
            <w:vAlign w:val="center"/>
          </w:tcPr>
          <w:p w14:paraId="4BCAC82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0.0401</w:t>
            </w:r>
          </w:p>
        </w:tc>
        <w:tc>
          <w:tcPr>
            <w:tcW w:w="1044" w:type="dxa"/>
            <w:vMerge w:val="restart"/>
            <w:vAlign w:val="center"/>
          </w:tcPr>
          <w:p w14:paraId="3D6E12B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-35.9207</w:t>
            </w:r>
          </w:p>
        </w:tc>
        <w:tc>
          <w:tcPr>
            <w:tcW w:w="1044" w:type="dxa"/>
            <w:vMerge w:val="restart"/>
            <w:vAlign w:val="center"/>
          </w:tcPr>
          <w:p w14:paraId="42D0719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-35.7804</w:t>
            </w:r>
          </w:p>
        </w:tc>
      </w:tr>
      <w:tr w:rsidR="00497B11" w:rsidRPr="00293828" w14:paraId="5FA0C998" w14:textId="77777777" w:rsidTr="009D45BD">
        <w:tc>
          <w:tcPr>
            <w:tcW w:w="982" w:type="dxa"/>
            <w:vMerge/>
          </w:tcPr>
          <w:p w14:paraId="0117D176" w14:textId="77777777" w:rsidR="00497B11" w:rsidRPr="00293828" w:rsidRDefault="00497B11" w:rsidP="00293828">
            <w:pPr>
              <w:rPr>
                <w:rFonts w:ascii="Times New Roman" w:hAnsi="Times New Roman" w:cs="Times New Roman"/>
                <w:szCs w:val="21"/>
              </w:rPr>
            </w:pPr>
          </w:p>
        </w:tc>
        <w:tc>
          <w:tcPr>
            <w:tcW w:w="1125" w:type="dxa"/>
            <w:vAlign w:val="center"/>
          </w:tcPr>
          <w:p w14:paraId="09CB5CE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44" w:type="dxa"/>
            <w:vAlign w:val="center"/>
          </w:tcPr>
          <w:p w14:paraId="59B7FD3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0.24068</w:t>
            </w:r>
          </w:p>
        </w:tc>
        <w:tc>
          <w:tcPr>
            <w:tcW w:w="1019" w:type="dxa"/>
            <w:vMerge/>
          </w:tcPr>
          <w:p w14:paraId="027ABAAF" w14:textId="77777777" w:rsidR="00497B11" w:rsidRPr="00293828" w:rsidRDefault="00497B11" w:rsidP="00293828">
            <w:pPr>
              <w:rPr>
                <w:rFonts w:ascii="Times New Roman" w:hAnsi="Times New Roman" w:cs="Times New Roman"/>
                <w:szCs w:val="21"/>
              </w:rPr>
            </w:pPr>
          </w:p>
        </w:tc>
        <w:tc>
          <w:tcPr>
            <w:tcW w:w="1019" w:type="dxa"/>
            <w:vMerge/>
          </w:tcPr>
          <w:p w14:paraId="39587922" w14:textId="77777777" w:rsidR="00497B11" w:rsidRPr="00293828" w:rsidRDefault="00497B11" w:rsidP="00293828">
            <w:pPr>
              <w:rPr>
                <w:rFonts w:ascii="Times New Roman" w:hAnsi="Times New Roman" w:cs="Times New Roman"/>
                <w:szCs w:val="21"/>
              </w:rPr>
            </w:pPr>
          </w:p>
        </w:tc>
        <w:tc>
          <w:tcPr>
            <w:tcW w:w="1019" w:type="dxa"/>
            <w:vMerge/>
          </w:tcPr>
          <w:p w14:paraId="122BD19E" w14:textId="77777777" w:rsidR="00497B11" w:rsidRPr="00293828" w:rsidRDefault="00497B11" w:rsidP="00293828">
            <w:pPr>
              <w:rPr>
                <w:rFonts w:ascii="Times New Roman" w:hAnsi="Times New Roman" w:cs="Times New Roman"/>
                <w:szCs w:val="21"/>
              </w:rPr>
            </w:pPr>
          </w:p>
        </w:tc>
        <w:tc>
          <w:tcPr>
            <w:tcW w:w="1044" w:type="dxa"/>
            <w:vMerge/>
          </w:tcPr>
          <w:p w14:paraId="361550B9" w14:textId="77777777" w:rsidR="00497B11" w:rsidRPr="00293828" w:rsidRDefault="00497B11" w:rsidP="00293828">
            <w:pPr>
              <w:rPr>
                <w:rFonts w:ascii="Times New Roman" w:hAnsi="Times New Roman" w:cs="Times New Roman"/>
                <w:szCs w:val="21"/>
              </w:rPr>
            </w:pPr>
          </w:p>
        </w:tc>
        <w:tc>
          <w:tcPr>
            <w:tcW w:w="1044" w:type="dxa"/>
            <w:vMerge/>
          </w:tcPr>
          <w:p w14:paraId="6AC69721" w14:textId="77777777" w:rsidR="00497B11" w:rsidRPr="00293828" w:rsidRDefault="00497B11" w:rsidP="00293828">
            <w:pPr>
              <w:rPr>
                <w:rFonts w:ascii="Times New Roman" w:hAnsi="Times New Roman" w:cs="Times New Roman"/>
                <w:szCs w:val="21"/>
              </w:rPr>
            </w:pPr>
          </w:p>
        </w:tc>
      </w:tr>
      <w:tr w:rsidR="00497B11" w:rsidRPr="00293828" w14:paraId="3270BC22" w14:textId="77777777" w:rsidTr="009D45BD">
        <w:tc>
          <w:tcPr>
            <w:tcW w:w="982" w:type="dxa"/>
            <w:vMerge/>
          </w:tcPr>
          <w:p w14:paraId="3662A8C2" w14:textId="77777777" w:rsidR="00497B11" w:rsidRPr="00293828" w:rsidRDefault="00497B11" w:rsidP="00293828">
            <w:pPr>
              <w:rPr>
                <w:rFonts w:ascii="Times New Roman" w:hAnsi="Times New Roman" w:cs="Times New Roman"/>
                <w:szCs w:val="21"/>
              </w:rPr>
            </w:pPr>
          </w:p>
        </w:tc>
        <w:tc>
          <w:tcPr>
            <w:tcW w:w="1125" w:type="dxa"/>
            <w:vAlign w:val="center"/>
          </w:tcPr>
          <w:p w14:paraId="01F0DA7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203-&gt;207</w:t>
            </w:r>
          </w:p>
        </w:tc>
        <w:tc>
          <w:tcPr>
            <w:tcW w:w="1044" w:type="dxa"/>
            <w:vAlign w:val="center"/>
          </w:tcPr>
          <w:p w14:paraId="0FF9E5B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0.25017</w:t>
            </w:r>
          </w:p>
        </w:tc>
        <w:tc>
          <w:tcPr>
            <w:tcW w:w="1019" w:type="dxa"/>
            <w:vMerge/>
          </w:tcPr>
          <w:p w14:paraId="00EE7933" w14:textId="77777777" w:rsidR="00497B11" w:rsidRPr="00293828" w:rsidRDefault="00497B11" w:rsidP="00293828">
            <w:pPr>
              <w:rPr>
                <w:rFonts w:ascii="Times New Roman" w:hAnsi="Times New Roman" w:cs="Times New Roman"/>
                <w:szCs w:val="21"/>
              </w:rPr>
            </w:pPr>
          </w:p>
        </w:tc>
        <w:tc>
          <w:tcPr>
            <w:tcW w:w="1019" w:type="dxa"/>
            <w:vMerge/>
          </w:tcPr>
          <w:p w14:paraId="57AC4A3B" w14:textId="77777777" w:rsidR="00497B11" w:rsidRPr="00293828" w:rsidRDefault="00497B11" w:rsidP="00293828">
            <w:pPr>
              <w:rPr>
                <w:rFonts w:ascii="Times New Roman" w:hAnsi="Times New Roman" w:cs="Times New Roman"/>
                <w:szCs w:val="21"/>
              </w:rPr>
            </w:pPr>
          </w:p>
        </w:tc>
        <w:tc>
          <w:tcPr>
            <w:tcW w:w="1019" w:type="dxa"/>
            <w:vMerge/>
          </w:tcPr>
          <w:p w14:paraId="07A895D3" w14:textId="77777777" w:rsidR="00497B11" w:rsidRPr="00293828" w:rsidRDefault="00497B11" w:rsidP="00293828">
            <w:pPr>
              <w:rPr>
                <w:rFonts w:ascii="Times New Roman" w:hAnsi="Times New Roman" w:cs="Times New Roman"/>
                <w:szCs w:val="21"/>
              </w:rPr>
            </w:pPr>
          </w:p>
        </w:tc>
        <w:tc>
          <w:tcPr>
            <w:tcW w:w="1044" w:type="dxa"/>
            <w:vMerge/>
          </w:tcPr>
          <w:p w14:paraId="69887D2B" w14:textId="77777777" w:rsidR="00497B11" w:rsidRPr="00293828" w:rsidRDefault="00497B11" w:rsidP="00293828">
            <w:pPr>
              <w:rPr>
                <w:rFonts w:ascii="Times New Roman" w:hAnsi="Times New Roman" w:cs="Times New Roman"/>
                <w:szCs w:val="21"/>
              </w:rPr>
            </w:pPr>
          </w:p>
        </w:tc>
        <w:tc>
          <w:tcPr>
            <w:tcW w:w="1044" w:type="dxa"/>
            <w:vMerge/>
          </w:tcPr>
          <w:p w14:paraId="3436B955" w14:textId="77777777" w:rsidR="00497B11" w:rsidRPr="00293828" w:rsidRDefault="00497B11" w:rsidP="00293828">
            <w:pPr>
              <w:rPr>
                <w:rFonts w:ascii="Times New Roman" w:hAnsi="Times New Roman" w:cs="Times New Roman"/>
                <w:szCs w:val="21"/>
              </w:rPr>
            </w:pPr>
          </w:p>
        </w:tc>
      </w:tr>
      <w:tr w:rsidR="00497B11" w:rsidRPr="00293828" w14:paraId="2878EAA3" w14:textId="77777777" w:rsidTr="009D45BD">
        <w:tc>
          <w:tcPr>
            <w:tcW w:w="982" w:type="dxa"/>
            <w:vMerge w:val="restart"/>
            <w:vAlign w:val="center"/>
          </w:tcPr>
          <w:p w14:paraId="29EE3E6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w:t>
            </w:r>
          </w:p>
        </w:tc>
        <w:tc>
          <w:tcPr>
            <w:tcW w:w="1125" w:type="dxa"/>
            <w:vAlign w:val="center"/>
          </w:tcPr>
          <w:p w14:paraId="33DD4F1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44" w:type="dxa"/>
            <w:vAlign w:val="center"/>
          </w:tcPr>
          <w:p w14:paraId="4C2FCC0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0.37445</w:t>
            </w:r>
          </w:p>
        </w:tc>
        <w:tc>
          <w:tcPr>
            <w:tcW w:w="1019" w:type="dxa"/>
            <w:vMerge w:val="restart"/>
            <w:vAlign w:val="center"/>
          </w:tcPr>
          <w:p w14:paraId="60B2AB2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5.7480</w:t>
            </w:r>
          </w:p>
        </w:tc>
        <w:tc>
          <w:tcPr>
            <w:tcW w:w="1019" w:type="dxa"/>
            <w:vMerge w:val="restart"/>
            <w:vAlign w:val="center"/>
          </w:tcPr>
          <w:p w14:paraId="415D51C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215.70</w:t>
            </w:r>
          </w:p>
        </w:tc>
        <w:tc>
          <w:tcPr>
            <w:tcW w:w="1019" w:type="dxa"/>
            <w:vMerge w:val="restart"/>
            <w:vAlign w:val="center"/>
          </w:tcPr>
          <w:p w14:paraId="34184D1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0.0232</w:t>
            </w:r>
          </w:p>
        </w:tc>
        <w:tc>
          <w:tcPr>
            <w:tcW w:w="1044" w:type="dxa"/>
            <w:vMerge w:val="restart"/>
            <w:vAlign w:val="center"/>
          </w:tcPr>
          <w:p w14:paraId="23522B7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-15.7351</w:t>
            </w:r>
          </w:p>
        </w:tc>
        <w:tc>
          <w:tcPr>
            <w:tcW w:w="1044" w:type="dxa"/>
            <w:vMerge w:val="restart"/>
            <w:vAlign w:val="center"/>
          </w:tcPr>
          <w:p w14:paraId="225B6D3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-15.7362</w:t>
            </w:r>
          </w:p>
        </w:tc>
      </w:tr>
      <w:tr w:rsidR="00497B11" w:rsidRPr="00293828" w14:paraId="2D14B5C1" w14:textId="77777777" w:rsidTr="009D45BD">
        <w:tc>
          <w:tcPr>
            <w:tcW w:w="982" w:type="dxa"/>
            <w:vMerge/>
          </w:tcPr>
          <w:p w14:paraId="41CE3007" w14:textId="77777777" w:rsidR="00497B11" w:rsidRPr="00293828" w:rsidRDefault="00497B11" w:rsidP="00293828">
            <w:pPr>
              <w:rPr>
                <w:rFonts w:ascii="Times New Roman" w:hAnsi="Times New Roman" w:cs="Times New Roman"/>
                <w:szCs w:val="21"/>
              </w:rPr>
            </w:pPr>
          </w:p>
        </w:tc>
        <w:tc>
          <w:tcPr>
            <w:tcW w:w="1125" w:type="dxa"/>
            <w:vAlign w:val="center"/>
          </w:tcPr>
          <w:p w14:paraId="1E155AF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205-&gt;208</w:t>
            </w:r>
          </w:p>
        </w:tc>
        <w:tc>
          <w:tcPr>
            <w:tcW w:w="1044" w:type="dxa"/>
            <w:vAlign w:val="center"/>
          </w:tcPr>
          <w:p w14:paraId="344F176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0.30583</w:t>
            </w:r>
          </w:p>
        </w:tc>
        <w:tc>
          <w:tcPr>
            <w:tcW w:w="1019" w:type="dxa"/>
            <w:vMerge/>
          </w:tcPr>
          <w:p w14:paraId="5940F526" w14:textId="77777777" w:rsidR="00497B11" w:rsidRPr="00293828" w:rsidRDefault="00497B11" w:rsidP="00293828">
            <w:pPr>
              <w:rPr>
                <w:rFonts w:ascii="Times New Roman" w:hAnsi="Times New Roman" w:cs="Times New Roman"/>
                <w:szCs w:val="21"/>
              </w:rPr>
            </w:pPr>
          </w:p>
        </w:tc>
        <w:tc>
          <w:tcPr>
            <w:tcW w:w="1019" w:type="dxa"/>
            <w:vMerge/>
          </w:tcPr>
          <w:p w14:paraId="2C0997E2" w14:textId="77777777" w:rsidR="00497B11" w:rsidRPr="00293828" w:rsidRDefault="00497B11" w:rsidP="00293828">
            <w:pPr>
              <w:rPr>
                <w:rFonts w:ascii="Times New Roman" w:hAnsi="Times New Roman" w:cs="Times New Roman"/>
                <w:szCs w:val="21"/>
              </w:rPr>
            </w:pPr>
          </w:p>
        </w:tc>
        <w:tc>
          <w:tcPr>
            <w:tcW w:w="1019" w:type="dxa"/>
            <w:vMerge/>
          </w:tcPr>
          <w:p w14:paraId="07149438" w14:textId="77777777" w:rsidR="00497B11" w:rsidRPr="00293828" w:rsidRDefault="00497B11" w:rsidP="00293828">
            <w:pPr>
              <w:rPr>
                <w:rFonts w:ascii="Times New Roman" w:hAnsi="Times New Roman" w:cs="Times New Roman"/>
                <w:szCs w:val="21"/>
              </w:rPr>
            </w:pPr>
          </w:p>
        </w:tc>
        <w:tc>
          <w:tcPr>
            <w:tcW w:w="1044" w:type="dxa"/>
            <w:vMerge/>
          </w:tcPr>
          <w:p w14:paraId="3B86D706" w14:textId="77777777" w:rsidR="00497B11" w:rsidRPr="00293828" w:rsidRDefault="00497B11" w:rsidP="00293828">
            <w:pPr>
              <w:rPr>
                <w:rFonts w:ascii="Times New Roman" w:hAnsi="Times New Roman" w:cs="Times New Roman"/>
                <w:szCs w:val="21"/>
              </w:rPr>
            </w:pPr>
          </w:p>
        </w:tc>
        <w:tc>
          <w:tcPr>
            <w:tcW w:w="1044" w:type="dxa"/>
            <w:vMerge/>
          </w:tcPr>
          <w:p w14:paraId="3EF3E13D" w14:textId="77777777" w:rsidR="00497B11" w:rsidRPr="00293828" w:rsidRDefault="00497B11" w:rsidP="00293828">
            <w:pPr>
              <w:rPr>
                <w:rFonts w:ascii="Times New Roman" w:hAnsi="Times New Roman" w:cs="Times New Roman"/>
                <w:szCs w:val="21"/>
              </w:rPr>
            </w:pPr>
          </w:p>
        </w:tc>
      </w:tr>
      <w:tr w:rsidR="00497B11" w:rsidRPr="00293828" w14:paraId="7B2BBA78" w14:textId="77777777" w:rsidTr="009D45BD">
        <w:tc>
          <w:tcPr>
            <w:tcW w:w="982" w:type="dxa"/>
            <w:vMerge w:val="restart"/>
            <w:vAlign w:val="center"/>
          </w:tcPr>
          <w:p w14:paraId="0E8D89B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14</w:t>
            </w:r>
          </w:p>
        </w:tc>
        <w:tc>
          <w:tcPr>
            <w:tcW w:w="1125" w:type="dxa"/>
            <w:vAlign w:val="center"/>
          </w:tcPr>
          <w:p w14:paraId="66E96B8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203-&gt;208</w:t>
            </w:r>
          </w:p>
        </w:tc>
        <w:tc>
          <w:tcPr>
            <w:tcW w:w="1044" w:type="dxa"/>
            <w:vAlign w:val="center"/>
          </w:tcPr>
          <w:p w14:paraId="23CEF46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-0.23845</w:t>
            </w:r>
          </w:p>
        </w:tc>
        <w:tc>
          <w:tcPr>
            <w:tcW w:w="1019" w:type="dxa"/>
            <w:vMerge w:val="restart"/>
            <w:vAlign w:val="center"/>
          </w:tcPr>
          <w:p w14:paraId="558315D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5.7822</w:t>
            </w:r>
          </w:p>
        </w:tc>
        <w:tc>
          <w:tcPr>
            <w:tcW w:w="1019" w:type="dxa"/>
            <w:vMerge w:val="restart"/>
            <w:vAlign w:val="center"/>
          </w:tcPr>
          <w:p w14:paraId="20EAC88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214.43</w:t>
            </w:r>
          </w:p>
        </w:tc>
        <w:tc>
          <w:tcPr>
            <w:tcW w:w="1019" w:type="dxa"/>
            <w:vMerge w:val="restart"/>
            <w:vAlign w:val="center"/>
          </w:tcPr>
          <w:p w14:paraId="6A1CC06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0.0106</w:t>
            </w:r>
          </w:p>
        </w:tc>
        <w:tc>
          <w:tcPr>
            <w:tcW w:w="1044" w:type="dxa"/>
            <w:vMerge w:val="restart"/>
            <w:vAlign w:val="center"/>
          </w:tcPr>
          <w:p w14:paraId="6C0F3BC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-24.8624</w:t>
            </w:r>
          </w:p>
        </w:tc>
        <w:tc>
          <w:tcPr>
            <w:tcW w:w="1044" w:type="dxa"/>
            <w:vMerge w:val="restart"/>
            <w:vAlign w:val="center"/>
          </w:tcPr>
          <w:p w14:paraId="1F75899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-24.6445</w:t>
            </w:r>
          </w:p>
        </w:tc>
      </w:tr>
      <w:tr w:rsidR="00497B11" w:rsidRPr="00293828" w14:paraId="301EF950" w14:textId="77777777" w:rsidTr="009D45BD">
        <w:tc>
          <w:tcPr>
            <w:tcW w:w="982" w:type="dxa"/>
            <w:vMerge/>
          </w:tcPr>
          <w:p w14:paraId="579D8747" w14:textId="77777777" w:rsidR="00497B11" w:rsidRPr="00293828" w:rsidRDefault="00497B11" w:rsidP="00293828">
            <w:pPr>
              <w:rPr>
                <w:rFonts w:ascii="Times New Roman" w:hAnsi="Times New Roman" w:cs="Times New Roman"/>
                <w:szCs w:val="21"/>
              </w:rPr>
            </w:pPr>
          </w:p>
        </w:tc>
        <w:tc>
          <w:tcPr>
            <w:tcW w:w="1125" w:type="dxa"/>
            <w:vAlign w:val="center"/>
          </w:tcPr>
          <w:p w14:paraId="515B880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205-&gt;209</w:t>
            </w:r>
          </w:p>
        </w:tc>
        <w:tc>
          <w:tcPr>
            <w:tcW w:w="1044" w:type="dxa"/>
            <w:vAlign w:val="center"/>
          </w:tcPr>
          <w:p w14:paraId="3F7E818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0.47576</w:t>
            </w:r>
          </w:p>
        </w:tc>
        <w:tc>
          <w:tcPr>
            <w:tcW w:w="1019" w:type="dxa"/>
            <w:vMerge/>
          </w:tcPr>
          <w:p w14:paraId="733D1EF1" w14:textId="77777777" w:rsidR="00497B11" w:rsidRPr="00293828" w:rsidRDefault="00497B11" w:rsidP="00293828">
            <w:pPr>
              <w:rPr>
                <w:rFonts w:ascii="Times New Roman" w:hAnsi="Times New Roman" w:cs="Times New Roman"/>
                <w:szCs w:val="21"/>
              </w:rPr>
            </w:pPr>
          </w:p>
        </w:tc>
        <w:tc>
          <w:tcPr>
            <w:tcW w:w="1019" w:type="dxa"/>
            <w:vMerge/>
          </w:tcPr>
          <w:p w14:paraId="0AD8F525" w14:textId="77777777" w:rsidR="00497B11" w:rsidRPr="00293828" w:rsidRDefault="00497B11" w:rsidP="00293828">
            <w:pPr>
              <w:rPr>
                <w:rFonts w:ascii="Times New Roman" w:hAnsi="Times New Roman" w:cs="Times New Roman"/>
                <w:szCs w:val="21"/>
              </w:rPr>
            </w:pPr>
          </w:p>
        </w:tc>
        <w:tc>
          <w:tcPr>
            <w:tcW w:w="1019" w:type="dxa"/>
            <w:vMerge/>
          </w:tcPr>
          <w:p w14:paraId="40414E01" w14:textId="77777777" w:rsidR="00497B11" w:rsidRPr="00293828" w:rsidRDefault="00497B11" w:rsidP="00293828">
            <w:pPr>
              <w:rPr>
                <w:rFonts w:ascii="Times New Roman" w:hAnsi="Times New Roman" w:cs="Times New Roman"/>
                <w:szCs w:val="21"/>
              </w:rPr>
            </w:pPr>
          </w:p>
        </w:tc>
        <w:tc>
          <w:tcPr>
            <w:tcW w:w="1044" w:type="dxa"/>
            <w:vMerge/>
          </w:tcPr>
          <w:p w14:paraId="245A53BB" w14:textId="77777777" w:rsidR="00497B11" w:rsidRPr="00293828" w:rsidRDefault="00497B11" w:rsidP="00293828">
            <w:pPr>
              <w:rPr>
                <w:rFonts w:ascii="Times New Roman" w:hAnsi="Times New Roman" w:cs="Times New Roman"/>
                <w:szCs w:val="21"/>
              </w:rPr>
            </w:pPr>
          </w:p>
        </w:tc>
        <w:tc>
          <w:tcPr>
            <w:tcW w:w="1044" w:type="dxa"/>
            <w:vMerge/>
          </w:tcPr>
          <w:p w14:paraId="384AFED5" w14:textId="77777777" w:rsidR="00497B11" w:rsidRPr="00293828" w:rsidRDefault="00497B11" w:rsidP="00293828">
            <w:pPr>
              <w:rPr>
                <w:rFonts w:ascii="Times New Roman" w:hAnsi="Times New Roman" w:cs="Times New Roman"/>
                <w:szCs w:val="21"/>
              </w:rPr>
            </w:pPr>
          </w:p>
        </w:tc>
      </w:tr>
      <w:tr w:rsidR="00497B11" w:rsidRPr="00293828" w14:paraId="70B6E37D" w14:textId="77777777" w:rsidTr="009D45BD">
        <w:tc>
          <w:tcPr>
            <w:tcW w:w="982" w:type="dxa"/>
            <w:vAlign w:val="center"/>
          </w:tcPr>
          <w:p w14:paraId="2F4F33E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15</w:t>
            </w:r>
          </w:p>
        </w:tc>
        <w:tc>
          <w:tcPr>
            <w:tcW w:w="1125" w:type="dxa"/>
            <w:vAlign w:val="center"/>
          </w:tcPr>
          <w:p w14:paraId="0C87D7F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198-&gt;206</w:t>
            </w:r>
          </w:p>
        </w:tc>
        <w:tc>
          <w:tcPr>
            <w:tcW w:w="1044" w:type="dxa"/>
            <w:vAlign w:val="center"/>
          </w:tcPr>
          <w:p w14:paraId="5275533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0.53528</w:t>
            </w:r>
          </w:p>
        </w:tc>
        <w:tc>
          <w:tcPr>
            <w:tcW w:w="1019" w:type="dxa"/>
            <w:vAlign w:val="center"/>
          </w:tcPr>
          <w:p w14:paraId="7A06EE3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5.8316</w:t>
            </w:r>
          </w:p>
        </w:tc>
        <w:tc>
          <w:tcPr>
            <w:tcW w:w="1019" w:type="dxa"/>
            <w:vAlign w:val="center"/>
          </w:tcPr>
          <w:p w14:paraId="76EE013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212.61</w:t>
            </w:r>
          </w:p>
        </w:tc>
        <w:tc>
          <w:tcPr>
            <w:tcW w:w="1019" w:type="dxa"/>
            <w:vAlign w:val="center"/>
          </w:tcPr>
          <w:p w14:paraId="23B13BE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0.0007</w:t>
            </w:r>
          </w:p>
        </w:tc>
        <w:tc>
          <w:tcPr>
            <w:tcW w:w="1044" w:type="dxa"/>
            <w:vAlign w:val="center"/>
          </w:tcPr>
          <w:p w14:paraId="6152D05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-2.305</w:t>
            </w:r>
          </w:p>
        </w:tc>
        <w:tc>
          <w:tcPr>
            <w:tcW w:w="1044" w:type="dxa"/>
            <w:vAlign w:val="center"/>
          </w:tcPr>
          <w:p w14:paraId="410ED2B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-2.3226</w:t>
            </w:r>
          </w:p>
        </w:tc>
      </w:tr>
      <w:tr w:rsidR="00497B11" w:rsidRPr="00293828" w14:paraId="4B021FEC" w14:textId="77777777" w:rsidTr="009D45BD">
        <w:tc>
          <w:tcPr>
            <w:tcW w:w="982" w:type="dxa"/>
            <w:vMerge w:val="restart"/>
            <w:vAlign w:val="center"/>
          </w:tcPr>
          <w:p w14:paraId="33421BE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w:t>
            </w:r>
          </w:p>
        </w:tc>
        <w:tc>
          <w:tcPr>
            <w:tcW w:w="1125" w:type="dxa"/>
            <w:vAlign w:val="center"/>
          </w:tcPr>
          <w:p w14:paraId="0A3589E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196-&gt;206</w:t>
            </w:r>
          </w:p>
        </w:tc>
        <w:tc>
          <w:tcPr>
            <w:tcW w:w="1044" w:type="dxa"/>
            <w:vAlign w:val="center"/>
          </w:tcPr>
          <w:p w14:paraId="42F7DE4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-0.23726</w:t>
            </w:r>
          </w:p>
        </w:tc>
        <w:tc>
          <w:tcPr>
            <w:tcW w:w="1019" w:type="dxa"/>
            <w:vMerge w:val="restart"/>
            <w:vAlign w:val="center"/>
          </w:tcPr>
          <w:p w14:paraId="3A16F33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5.8549</w:t>
            </w:r>
          </w:p>
        </w:tc>
        <w:tc>
          <w:tcPr>
            <w:tcW w:w="1019" w:type="dxa"/>
            <w:vMerge w:val="restart"/>
            <w:vAlign w:val="center"/>
          </w:tcPr>
          <w:p w14:paraId="1D7DE31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211.76</w:t>
            </w:r>
          </w:p>
        </w:tc>
        <w:tc>
          <w:tcPr>
            <w:tcW w:w="1019" w:type="dxa"/>
            <w:vMerge w:val="restart"/>
            <w:vAlign w:val="center"/>
          </w:tcPr>
          <w:p w14:paraId="017CEBB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0.0042</w:t>
            </w:r>
          </w:p>
        </w:tc>
        <w:tc>
          <w:tcPr>
            <w:tcW w:w="1044" w:type="dxa"/>
            <w:vMerge w:val="restart"/>
            <w:vAlign w:val="center"/>
          </w:tcPr>
          <w:p w14:paraId="306B1AC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-8.5324</w:t>
            </w:r>
          </w:p>
        </w:tc>
        <w:tc>
          <w:tcPr>
            <w:tcW w:w="1044" w:type="dxa"/>
            <w:vMerge w:val="restart"/>
            <w:vAlign w:val="center"/>
          </w:tcPr>
          <w:p w14:paraId="17EF1B9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-8.5381</w:t>
            </w:r>
          </w:p>
        </w:tc>
      </w:tr>
      <w:tr w:rsidR="00497B11" w:rsidRPr="00293828" w14:paraId="4A84EBF5" w14:textId="77777777" w:rsidTr="009D45BD">
        <w:tc>
          <w:tcPr>
            <w:tcW w:w="982" w:type="dxa"/>
            <w:vMerge/>
          </w:tcPr>
          <w:p w14:paraId="2B8F7B70" w14:textId="77777777" w:rsidR="00497B11" w:rsidRPr="00293828" w:rsidRDefault="00497B11" w:rsidP="00293828">
            <w:pPr>
              <w:rPr>
                <w:rFonts w:ascii="Times New Roman" w:hAnsi="Times New Roman" w:cs="Times New Roman"/>
                <w:szCs w:val="21"/>
              </w:rPr>
            </w:pPr>
          </w:p>
        </w:tc>
        <w:tc>
          <w:tcPr>
            <w:tcW w:w="1125" w:type="dxa"/>
            <w:vAlign w:val="center"/>
          </w:tcPr>
          <w:p w14:paraId="3A7F39A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197-&gt;206</w:t>
            </w:r>
          </w:p>
        </w:tc>
        <w:tc>
          <w:tcPr>
            <w:tcW w:w="1044" w:type="dxa"/>
            <w:vAlign w:val="center"/>
          </w:tcPr>
          <w:p w14:paraId="3DD282F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0.59384</w:t>
            </w:r>
          </w:p>
        </w:tc>
        <w:tc>
          <w:tcPr>
            <w:tcW w:w="1019" w:type="dxa"/>
            <w:vMerge/>
          </w:tcPr>
          <w:p w14:paraId="4FF747BF" w14:textId="77777777" w:rsidR="00497B11" w:rsidRPr="00293828" w:rsidRDefault="00497B11" w:rsidP="00293828">
            <w:pPr>
              <w:rPr>
                <w:rFonts w:ascii="Times New Roman" w:hAnsi="Times New Roman" w:cs="Times New Roman"/>
                <w:szCs w:val="21"/>
              </w:rPr>
            </w:pPr>
          </w:p>
        </w:tc>
        <w:tc>
          <w:tcPr>
            <w:tcW w:w="1019" w:type="dxa"/>
            <w:vMerge/>
          </w:tcPr>
          <w:p w14:paraId="5C885A8E" w14:textId="77777777" w:rsidR="00497B11" w:rsidRPr="00293828" w:rsidRDefault="00497B11" w:rsidP="00293828">
            <w:pPr>
              <w:rPr>
                <w:rFonts w:ascii="Times New Roman" w:hAnsi="Times New Roman" w:cs="Times New Roman"/>
                <w:szCs w:val="21"/>
              </w:rPr>
            </w:pPr>
          </w:p>
        </w:tc>
        <w:tc>
          <w:tcPr>
            <w:tcW w:w="1019" w:type="dxa"/>
            <w:vMerge/>
          </w:tcPr>
          <w:p w14:paraId="7606D033" w14:textId="77777777" w:rsidR="00497B11" w:rsidRPr="00293828" w:rsidRDefault="00497B11" w:rsidP="00293828">
            <w:pPr>
              <w:rPr>
                <w:rFonts w:ascii="Times New Roman" w:hAnsi="Times New Roman" w:cs="Times New Roman"/>
                <w:szCs w:val="21"/>
              </w:rPr>
            </w:pPr>
          </w:p>
        </w:tc>
        <w:tc>
          <w:tcPr>
            <w:tcW w:w="1044" w:type="dxa"/>
            <w:vMerge/>
          </w:tcPr>
          <w:p w14:paraId="7E6E33D4" w14:textId="77777777" w:rsidR="00497B11" w:rsidRPr="00293828" w:rsidRDefault="00497B11" w:rsidP="00293828">
            <w:pPr>
              <w:rPr>
                <w:rFonts w:ascii="Times New Roman" w:hAnsi="Times New Roman" w:cs="Times New Roman"/>
                <w:szCs w:val="21"/>
              </w:rPr>
            </w:pPr>
          </w:p>
        </w:tc>
        <w:tc>
          <w:tcPr>
            <w:tcW w:w="1044" w:type="dxa"/>
            <w:vMerge/>
          </w:tcPr>
          <w:p w14:paraId="64C73D3B" w14:textId="77777777" w:rsidR="00497B11" w:rsidRPr="00293828" w:rsidRDefault="00497B11" w:rsidP="00293828">
            <w:pPr>
              <w:rPr>
                <w:rFonts w:ascii="Times New Roman" w:hAnsi="Times New Roman" w:cs="Times New Roman"/>
                <w:szCs w:val="21"/>
              </w:rPr>
            </w:pPr>
          </w:p>
        </w:tc>
      </w:tr>
      <w:tr w:rsidR="00497B11" w:rsidRPr="00293828" w14:paraId="6B29F57C" w14:textId="77777777" w:rsidTr="009D45BD">
        <w:tc>
          <w:tcPr>
            <w:tcW w:w="982" w:type="dxa"/>
            <w:vAlign w:val="center"/>
          </w:tcPr>
          <w:p w14:paraId="685CE29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w:t>
            </w:r>
          </w:p>
        </w:tc>
        <w:tc>
          <w:tcPr>
            <w:tcW w:w="1125" w:type="dxa"/>
            <w:vAlign w:val="center"/>
          </w:tcPr>
          <w:p w14:paraId="4E6D3A0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193-&gt;206</w:t>
            </w:r>
          </w:p>
        </w:tc>
        <w:tc>
          <w:tcPr>
            <w:tcW w:w="1044" w:type="dxa"/>
            <w:vAlign w:val="center"/>
          </w:tcPr>
          <w:p w14:paraId="4F581ED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0.48294</w:t>
            </w:r>
          </w:p>
        </w:tc>
        <w:tc>
          <w:tcPr>
            <w:tcW w:w="1019" w:type="dxa"/>
            <w:vAlign w:val="center"/>
          </w:tcPr>
          <w:p w14:paraId="02A336E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5.8958</w:t>
            </w:r>
          </w:p>
        </w:tc>
        <w:tc>
          <w:tcPr>
            <w:tcW w:w="1019" w:type="dxa"/>
            <w:vAlign w:val="center"/>
          </w:tcPr>
          <w:p w14:paraId="4A7F1DB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210.29</w:t>
            </w:r>
          </w:p>
        </w:tc>
        <w:tc>
          <w:tcPr>
            <w:tcW w:w="1019" w:type="dxa"/>
            <w:vAlign w:val="center"/>
          </w:tcPr>
          <w:p w14:paraId="09A45D8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0.0404</w:t>
            </w:r>
          </w:p>
        </w:tc>
        <w:tc>
          <w:tcPr>
            <w:tcW w:w="1044" w:type="dxa"/>
            <w:vAlign w:val="center"/>
          </w:tcPr>
          <w:p w14:paraId="01A5300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25.0209</w:t>
            </w:r>
          </w:p>
        </w:tc>
        <w:tc>
          <w:tcPr>
            <w:tcW w:w="1044" w:type="dxa"/>
            <w:vAlign w:val="center"/>
          </w:tcPr>
          <w:p w14:paraId="392F6B0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25.0116</w:t>
            </w:r>
          </w:p>
        </w:tc>
      </w:tr>
      <w:tr w:rsidR="00497B11" w:rsidRPr="00293828" w14:paraId="73D05323" w14:textId="77777777" w:rsidTr="009D45BD">
        <w:tc>
          <w:tcPr>
            <w:tcW w:w="982" w:type="dxa"/>
            <w:vMerge w:val="restart"/>
            <w:vAlign w:val="center"/>
          </w:tcPr>
          <w:p w14:paraId="43BB8AB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w:t>
            </w:r>
          </w:p>
        </w:tc>
        <w:tc>
          <w:tcPr>
            <w:tcW w:w="1125" w:type="dxa"/>
            <w:vAlign w:val="center"/>
          </w:tcPr>
          <w:p w14:paraId="0CC53AE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196-&gt;210</w:t>
            </w:r>
          </w:p>
        </w:tc>
        <w:tc>
          <w:tcPr>
            <w:tcW w:w="1044" w:type="dxa"/>
            <w:vAlign w:val="center"/>
          </w:tcPr>
          <w:p w14:paraId="0571F1D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0.54764</w:t>
            </w:r>
          </w:p>
        </w:tc>
        <w:tc>
          <w:tcPr>
            <w:tcW w:w="1019" w:type="dxa"/>
            <w:vMerge w:val="restart"/>
            <w:vAlign w:val="center"/>
          </w:tcPr>
          <w:p w14:paraId="7F57558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5.9913</w:t>
            </w:r>
          </w:p>
        </w:tc>
        <w:tc>
          <w:tcPr>
            <w:tcW w:w="1019" w:type="dxa"/>
            <w:vMerge w:val="restart"/>
            <w:vAlign w:val="center"/>
          </w:tcPr>
          <w:p w14:paraId="54787A5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206.94</w:t>
            </w:r>
          </w:p>
        </w:tc>
        <w:tc>
          <w:tcPr>
            <w:tcW w:w="1019" w:type="dxa"/>
            <w:vMerge w:val="restart"/>
            <w:vAlign w:val="center"/>
          </w:tcPr>
          <w:p w14:paraId="2CF9A62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0.0009</w:t>
            </w:r>
          </w:p>
        </w:tc>
        <w:tc>
          <w:tcPr>
            <w:tcW w:w="1044" w:type="dxa"/>
            <w:vMerge w:val="restart"/>
            <w:vAlign w:val="center"/>
          </w:tcPr>
          <w:p w14:paraId="00691F5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3.4656</w:t>
            </w:r>
          </w:p>
        </w:tc>
        <w:tc>
          <w:tcPr>
            <w:tcW w:w="1044" w:type="dxa"/>
            <w:vMerge w:val="restart"/>
            <w:vAlign w:val="center"/>
          </w:tcPr>
          <w:p w14:paraId="5BE4CE6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2.9898</w:t>
            </w:r>
          </w:p>
        </w:tc>
      </w:tr>
      <w:tr w:rsidR="00497B11" w:rsidRPr="00293828" w14:paraId="4FD88B36" w14:textId="77777777" w:rsidTr="009D45BD">
        <w:tc>
          <w:tcPr>
            <w:tcW w:w="982" w:type="dxa"/>
            <w:vMerge/>
          </w:tcPr>
          <w:p w14:paraId="1A1253A3" w14:textId="77777777" w:rsidR="00497B11" w:rsidRPr="00293828" w:rsidRDefault="00497B11" w:rsidP="00293828">
            <w:pPr>
              <w:rPr>
                <w:rFonts w:ascii="Times New Roman" w:hAnsi="Times New Roman" w:cs="Times New Roman"/>
                <w:szCs w:val="21"/>
              </w:rPr>
            </w:pPr>
          </w:p>
        </w:tc>
        <w:tc>
          <w:tcPr>
            <w:tcW w:w="1125" w:type="dxa"/>
            <w:vAlign w:val="center"/>
          </w:tcPr>
          <w:p w14:paraId="4C1F59A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198-&gt;210</w:t>
            </w:r>
          </w:p>
        </w:tc>
        <w:tc>
          <w:tcPr>
            <w:tcW w:w="1044" w:type="dxa"/>
            <w:vAlign w:val="center"/>
          </w:tcPr>
          <w:p w14:paraId="69C003E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0.28584</w:t>
            </w:r>
          </w:p>
        </w:tc>
        <w:tc>
          <w:tcPr>
            <w:tcW w:w="1019" w:type="dxa"/>
            <w:vMerge/>
          </w:tcPr>
          <w:p w14:paraId="0663C99C" w14:textId="77777777" w:rsidR="00497B11" w:rsidRPr="00293828" w:rsidRDefault="00497B11" w:rsidP="00293828">
            <w:pPr>
              <w:rPr>
                <w:rFonts w:ascii="Times New Roman" w:hAnsi="Times New Roman" w:cs="Times New Roman"/>
                <w:szCs w:val="21"/>
              </w:rPr>
            </w:pPr>
          </w:p>
        </w:tc>
        <w:tc>
          <w:tcPr>
            <w:tcW w:w="1019" w:type="dxa"/>
            <w:vMerge/>
          </w:tcPr>
          <w:p w14:paraId="3D3A1AB9" w14:textId="77777777" w:rsidR="00497B11" w:rsidRPr="00293828" w:rsidRDefault="00497B11" w:rsidP="00293828">
            <w:pPr>
              <w:rPr>
                <w:rFonts w:ascii="Times New Roman" w:hAnsi="Times New Roman" w:cs="Times New Roman"/>
                <w:szCs w:val="21"/>
              </w:rPr>
            </w:pPr>
          </w:p>
        </w:tc>
        <w:tc>
          <w:tcPr>
            <w:tcW w:w="1019" w:type="dxa"/>
            <w:vMerge/>
          </w:tcPr>
          <w:p w14:paraId="791FF5C2" w14:textId="77777777" w:rsidR="00497B11" w:rsidRPr="00293828" w:rsidRDefault="00497B11" w:rsidP="00293828">
            <w:pPr>
              <w:rPr>
                <w:rFonts w:ascii="Times New Roman" w:hAnsi="Times New Roman" w:cs="Times New Roman"/>
                <w:szCs w:val="21"/>
              </w:rPr>
            </w:pPr>
          </w:p>
        </w:tc>
        <w:tc>
          <w:tcPr>
            <w:tcW w:w="1044" w:type="dxa"/>
            <w:vMerge/>
          </w:tcPr>
          <w:p w14:paraId="5A24096A" w14:textId="77777777" w:rsidR="00497B11" w:rsidRPr="00293828" w:rsidRDefault="00497B11" w:rsidP="00293828">
            <w:pPr>
              <w:rPr>
                <w:rFonts w:ascii="Times New Roman" w:hAnsi="Times New Roman" w:cs="Times New Roman"/>
                <w:szCs w:val="21"/>
              </w:rPr>
            </w:pPr>
          </w:p>
        </w:tc>
        <w:tc>
          <w:tcPr>
            <w:tcW w:w="1044" w:type="dxa"/>
            <w:vMerge/>
          </w:tcPr>
          <w:p w14:paraId="3389FDC0" w14:textId="77777777" w:rsidR="00497B11" w:rsidRPr="00293828" w:rsidRDefault="00497B11" w:rsidP="00293828">
            <w:pPr>
              <w:rPr>
                <w:rFonts w:ascii="Times New Roman" w:hAnsi="Times New Roman" w:cs="Times New Roman"/>
                <w:szCs w:val="21"/>
              </w:rPr>
            </w:pPr>
          </w:p>
        </w:tc>
      </w:tr>
      <w:tr w:rsidR="00497B11" w:rsidRPr="00293828" w14:paraId="11BCA333" w14:textId="77777777" w:rsidTr="009D45BD">
        <w:tc>
          <w:tcPr>
            <w:tcW w:w="982" w:type="dxa"/>
            <w:vAlign w:val="center"/>
          </w:tcPr>
          <w:p w14:paraId="4161760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w:t>
            </w:r>
          </w:p>
        </w:tc>
        <w:tc>
          <w:tcPr>
            <w:tcW w:w="1125" w:type="dxa"/>
            <w:vAlign w:val="center"/>
          </w:tcPr>
          <w:p w14:paraId="52F8C09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204-&gt;207</w:t>
            </w:r>
          </w:p>
        </w:tc>
        <w:tc>
          <w:tcPr>
            <w:tcW w:w="1044" w:type="dxa"/>
            <w:vAlign w:val="center"/>
          </w:tcPr>
          <w:p w14:paraId="2C01D5A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0.65987</w:t>
            </w:r>
          </w:p>
        </w:tc>
        <w:tc>
          <w:tcPr>
            <w:tcW w:w="1019" w:type="dxa"/>
            <w:vAlign w:val="center"/>
          </w:tcPr>
          <w:p w14:paraId="5D6E04E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6.0822</w:t>
            </w:r>
          </w:p>
        </w:tc>
        <w:tc>
          <w:tcPr>
            <w:tcW w:w="1019" w:type="dxa"/>
            <w:vAlign w:val="center"/>
          </w:tcPr>
          <w:p w14:paraId="60BE728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203.85</w:t>
            </w:r>
          </w:p>
        </w:tc>
        <w:tc>
          <w:tcPr>
            <w:tcW w:w="1019" w:type="dxa"/>
            <w:vAlign w:val="center"/>
          </w:tcPr>
          <w:p w14:paraId="053C546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0.0068</w:t>
            </w:r>
          </w:p>
        </w:tc>
        <w:tc>
          <w:tcPr>
            <w:tcW w:w="1044" w:type="dxa"/>
            <w:vAlign w:val="center"/>
          </w:tcPr>
          <w:p w14:paraId="767E9F1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-2.8344</w:t>
            </w:r>
          </w:p>
        </w:tc>
        <w:tc>
          <w:tcPr>
            <w:tcW w:w="1044" w:type="dxa"/>
            <w:vAlign w:val="center"/>
          </w:tcPr>
          <w:p w14:paraId="72AA7E4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-2.7876</w:t>
            </w:r>
          </w:p>
        </w:tc>
      </w:tr>
      <w:tr w:rsidR="00497B11" w:rsidRPr="00293828" w14:paraId="0B091734" w14:textId="77777777" w:rsidTr="009D45BD">
        <w:tc>
          <w:tcPr>
            <w:tcW w:w="982" w:type="dxa"/>
            <w:vMerge w:val="restart"/>
            <w:vAlign w:val="center"/>
          </w:tcPr>
          <w:p w14:paraId="0CCD90C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w:t>
            </w:r>
          </w:p>
        </w:tc>
        <w:tc>
          <w:tcPr>
            <w:tcW w:w="1125" w:type="dxa"/>
            <w:vAlign w:val="center"/>
          </w:tcPr>
          <w:p w14:paraId="4538E7E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192-&gt;206</w:t>
            </w:r>
          </w:p>
        </w:tc>
        <w:tc>
          <w:tcPr>
            <w:tcW w:w="1044" w:type="dxa"/>
            <w:vAlign w:val="center"/>
          </w:tcPr>
          <w:p w14:paraId="33267F0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0.28208</w:t>
            </w:r>
          </w:p>
        </w:tc>
        <w:tc>
          <w:tcPr>
            <w:tcW w:w="1019" w:type="dxa"/>
            <w:vMerge w:val="restart"/>
            <w:vAlign w:val="center"/>
          </w:tcPr>
          <w:p w14:paraId="66E4537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6.0903</w:t>
            </w:r>
          </w:p>
        </w:tc>
        <w:tc>
          <w:tcPr>
            <w:tcW w:w="1019" w:type="dxa"/>
            <w:vMerge w:val="restart"/>
            <w:vAlign w:val="center"/>
          </w:tcPr>
          <w:p w14:paraId="6063A65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203.58</w:t>
            </w:r>
          </w:p>
        </w:tc>
        <w:tc>
          <w:tcPr>
            <w:tcW w:w="1019" w:type="dxa"/>
            <w:vMerge w:val="restart"/>
            <w:vAlign w:val="center"/>
          </w:tcPr>
          <w:p w14:paraId="69F25AA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0.0132</w:t>
            </w:r>
          </w:p>
        </w:tc>
        <w:tc>
          <w:tcPr>
            <w:tcW w:w="1044" w:type="dxa"/>
            <w:vMerge w:val="restart"/>
            <w:vAlign w:val="center"/>
          </w:tcPr>
          <w:p w14:paraId="118DD30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-4.2833</w:t>
            </w:r>
          </w:p>
        </w:tc>
        <w:tc>
          <w:tcPr>
            <w:tcW w:w="1044" w:type="dxa"/>
            <w:vMerge w:val="restart"/>
            <w:vAlign w:val="center"/>
          </w:tcPr>
          <w:p w14:paraId="08E66DA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-4.2111</w:t>
            </w:r>
          </w:p>
        </w:tc>
      </w:tr>
      <w:tr w:rsidR="00497B11" w:rsidRPr="00293828" w14:paraId="3296A992" w14:textId="77777777" w:rsidTr="009D45BD">
        <w:tc>
          <w:tcPr>
            <w:tcW w:w="982" w:type="dxa"/>
            <w:vMerge/>
          </w:tcPr>
          <w:p w14:paraId="76CBEB92" w14:textId="77777777" w:rsidR="00497B11" w:rsidRPr="00293828" w:rsidRDefault="00497B11" w:rsidP="00293828">
            <w:pPr>
              <w:rPr>
                <w:rFonts w:ascii="Times New Roman" w:hAnsi="Times New Roman" w:cs="Times New Roman"/>
                <w:szCs w:val="21"/>
              </w:rPr>
            </w:pPr>
          </w:p>
        </w:tc>
        <w:tc>
          <w:tcPr>
            <w:tcW w:w="1125" w:type="dxa"/>
            <w:vAlign w:val="center"/>
          </w:tcPr>
          <w:p w14:paraId="08193D6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195-&gt;206</w:t>
            </w:r>
          </w:p>
        </w:tc>
        <w:tc>
          <w:tcPr>
            <w:tcW w:w="1044" w:type="dxa"/>
            <w:vAlign w:val="center"/>
          </w:tcPr>
          <w:p w14:paraId="4B55212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0.34687</w:t>
            </w:r>
          </w:p>
        </w:tc>
        <w:tc>
          <w:tcPr>
            <w:tcW w:w="1019" w:type="dxa"/>
            <w:vMerge/>
          </w:tcPr>
          <w:p w14:paraId="1BE6EB95" w14:textId="77777777" w:rsidR="00497B11" w:rsidRPr="00293828" w:rsidRDefault="00497B11" w:rsidP="00293828">
            <w:pPr>
              <w:rPr>
                <w:rFonts w:ascii="Times New Roman" w:hAnsi="Times New Roman" w:cs="Times New Roman"/>
                <w:szCs w:val="21"/>
              </w:rPr>
            </w:pPr>
          </w:p>
        </w:tc>
        <w:tc>
          <w:tcPr>
            <w:tcW w:w="1019" w:type="dxa"/>
            <w:vMerge/>
          </w:tcPr>
          <w:p w14:paraId="04E86F00" w14:textId="77777777" w:rsidR="00497B11" w:rsidRPr="00293828" w:rsidRDefault="00497B11" w:rsidP="00293828">
            <w:pPr>
              <w:rPr>
                <w:rFonts w:ascii="Times New Roman" w:hAnsi="Times New Roman" w:cs="Times New Roman"/>
                <w:szCs w:val="21"/>
              </w:rPr>
            </w:pPr>
          </w:p>
        </w:tc>
        <w:tc>
          <w:tcPr>
            <w:tcW w:w="1019" w:type="dxa"/>
            <w:vMerge/>
          </w:tcPr>
          <w:p w14:paraId="63F70B7E" w14:textId="77777777" w:rsidR="00497B11" w:rsidRPr="00293828" w:rsidRDefault="00497B11" w:rsidP="00293828">
            <w:pPr>
              <w:rPr>
                <w:rFonts w:ascii="Times New Roman" w:hAnsi="Times New Roman" w:cs="Times New Roman"/>
                <w:szCs w:val="21"/>
              </w:rPr>
            </w:pPr>
          </w:p>
        </w:tc>
        <w:tc>
          <w:tcPr>
            <w:tcW w:w="1044" w:type="dxa"/>
            <w:vMerge/>
          </w:tcPr>
          <w:p w14:paraId="1780DF55" w14:textId="77777777" w:rsidR="00497B11" w:rsidRPr="00293828" w:rsidRDefault="00497B11" w:rsidP="00293828">
            <w:pPr>
              <w:rPr>
                <w:rFonts w:ascii="Times New Roman" w:hAnsi="Times New Roman" w:cs="Times New Roman"/>
                <w:szCs w:val="21"/>
              </w:rPr>
            </w:pPr>
          </w:p>
        </w:tc>
        <w:tc>
          <w:tcPr>
            <w:tcW w:w="1044" w:type="dxa"/>
            <w:vMerge/>
          </w:tcPr>
          <w:p w14:paraId="46046B56" w14:textId="77777777" w:rsidR="00497B11" w:rsidRPr="00293828" w:rsidRDefault="00497B11" w:rsidP="00293828">
            <w:pPr>
              <w:rPr>
                <w:rFonts w:ascii="Times New Roman" w:hAnsi="Times New Roman" w:cs="Times New Roman"/>
                <w:szCs w:val="21"/>
              </w:rPr>
            </w:pPr>
          </w:p>
        </w:tc>
      </w:tr>
      <w:tr w:rsidR="00497B11" w:rsidRPr="00293828" w14:paraId="7D289FDF" w14:textId="77777777" w:rsidTr="009D45BD">
        <w:tc>
          <w:tcPr>
            <w:tcW w:w="982" w:type="dxa"/>
            <w:vMerge/>
          </w:tcPr>
          <w:p w14:paraId="58F40C05" w14:textId="77777777" w:rsidR="00497B11" w:rsidRPr="00293828" w:rsidRDefault="00497B11" w:rsidP="00293828">
            <w:pPr>
              <w:rPr>
                <w:rFonts w:ascii="Times New Roman" w:hAnsi="Times New Roman" w:cs="Times New Roman"/>
                <w:szCs w:val="21"/>
              </w:rPr>
            </w:pPr>
          </w:p>
        </w:tc>
        <w:tc>
          <w:tcPr>
            <w:tcW w:w="1125" w:type="dxa"/>
            <w:vAlign w:val="center"/>
          </w:tcPr>
          <w:p w14:paraId="257E0EA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196-&gt;206</w:t>
            </w:r>
          </w:p>
        </w:tc>
        <w:tc>
          <w:tcPr>
            <w:tcW w:w="1044" w:type="dxa"/>
            <w:vAlign w:val="center"/>
          </w:tcPr>
          <w:p w14:paraId="7006148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-0.28154</w:t>
            </w:r>
          </w:p>
        </w:tc>
        <w:tc>
          <w:tcPr>
            <w:tcW w:w="1019" w:type="dxa"/>
            <w:vMerge/>
          </w:tcPr>
          <w:p w14:paraId="344D9D43" w14:textId="77777777" w:rsidR="00497B11" w:rsidRPr="00293828" w:rsidRDefault="00497B11" w:rsidP="00293828">
            <w:pPr>
              <w:rPr>
                <w:rFonts w:ascii="Times New Roman" w:hAnsi="Times New Roman" w:cs="Times New Roman"/>
                <w:szCs w:val="21"/>
              </w:rPr>
            </w:pPr>
          </w:p>
        </w:tc>
        <w:tc>
          <w:tcPr>
            <w:tcW w:w="1019" w:type="dxa"/>
            <w:vMerge/>
          </w:tcPr>
          <w:p w14:paraId="2096EBAF" w14:textId="77777777" w:rsidR="00497B11" w:rsidRPr="00293828" w:rsidRDefault="00497B11" w:rsidP="00293828">
            <w:pPr>
              <w:rPr>
                <w:rFonts w:ascii="Times New Roman" w:hAnsi="Times New Roman" w:cs="Times New Roman"/>
                <w:szCs w:val="21"/>
              </w:rPr>
            </w:pPr>
          </w:p>
        </w:tc>
        <w:tc>
          <w:tcPr>
            <w:tcW w:w="1019" w:type="dxa"/>
            <w:vMerge/>
          </w:tcPr>
          <w:p w14:paraId="58DC51F8" w14:textId="77777777" w:rsidR="00497B11" w:rsidRPr="00293828" w:rsidRDefault="00497B11" w:rsidP="00293828">
            <w:pPr>
              <w:rPr>
                <w:rFonts w:ascii="Times New Roman" w:hAnsi="Times New Roman" w:cs="Times New Roman"/>
                <w:szCs w:val="21"/>
              </w:rPr>
            </w:pPr>
          </w:p>
        </w:tc>
        <w:tc>
          <w:tcPr>
            <w:tcW w:w="1044" w:type="dxa"/>
            <w:vMerge/>
          </w:tcPr>
          <w:p w14:paraId="1741762E" w14:textId="77777777" w:rsidR="00497B11" w:rsidRPr="00293828" w:rsidRDefault="00497B11" w:rsidP="00293828">
            <w:pPr>
              <w:rPr>
                <w:rFonts w:ascii="Times New Roman" w:hAnsi="Times New Roman" w:cs="Times New Roman"/>
                <w:szCs w:val="21"/>
              </w:rPr>
            </w:pPr>
          </w:p>
        </w:tc>
        <w:tc>
          <w:tcPr>
            <w:tcW w:w="1044" w:type="dxa"/>
            <w:vMerge/>
          </w:tcPr>
          <w:p w14:paraId="455F8971" w14:textId="77777777" w:rsidR="00497B11" w:rsidRPr="00293828" w:rsidRDefault="00497B11" w:rsidP="00293828">
            <w:pPr>
              <w:rPr>
                <w:rFonts w:ascii="Times New Roman" w:hAnsi="Times New Roman" w:cs="Times New Roman"/>
                <w:szCs w:val="21"/>
              </w:rPr>
            </w:pPr>
          </w:p>
        </w:tc>
      </w:tr>
      <w:tr w:rsidR="00497B11" w:rsidRPr="00293828" w14:paraId="5B2608F3" w14:textId="77777777" w:rsidTr="009D45BD">
        <w:tc>
          <w:tcPr>
            <w:tcW w:w="982" w:type="dxa"/>
            <w:vMerge w:val="restart"/>
            <w:vAlign w:val="center"/>
          </w:tcPr>
          <w:p w14:paraId="1A8A167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w:t>
            </w:r>
          </w:p>
        </w:tc>
        <w:tc>
          <w:tcPr>
            <w:tcW w:w="1125" w:type="dxa"/>
            <w:vAlign w:val="center"/>
          </w:tcPr>
          <w:p w14:paraId="3E8C8EC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192-&gt;206</w:t>
            </w:r>
          </w:p>
        </w:tc>
        <w:tc>
          <w:tcPr>
            <w:tcW w:w="1044" w:type="dxa"/>
            <w:vAlign w:val="center"/>
          </w:tcPr>
          <w:p w14:paraId="314F117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0.25247</w:t>
            </w:r>
          </w:p>
        </w:tc>
        <w:tc>
          <w:tcPr>
            <w:tcW w:w="1019" w:type="dxa"/>
            <w:vMerge w:val="restart"/>
            <w:vAlign w:val="center"/>
          </w:tcPr>
          <w:p w14:paraId="415D9E2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6.2246</w:t>
            </w:r>
          </w:p>
        </w:tc>
        <w:tc>
          <w:tcPr>
            <w:tcW w:w="1019" w:type="dxa"/>
            <w:vMerge w:val="restart"/>
            <w:vAlign w:val="center"/>
          </w:tcPr>
          <w:p w14:paraId="3F8A1B0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199.18</w:t>
            </w:r>
          </w:p>
        </w:tc>
        <w:tc>
          <w:tcPr>
            <w:tcW w:w="1019" w:type="dxa"/>
            <w:vMerge w:val="restart"/>
            <w:vAlign w:val="center"/>
          </w:tcPr>
          <w:p w14:paraId="303BF75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0.0060</w:t>
            </w:r>
          </w:p>
        </w:tc>
        <w:tc>
          <w:tcPr>
            <w:tcW w:w="1044" w:type="dxa"/>
            <w:vMerge w:val="restart"/>
            <w:vAlign w:val="center"/>
          </w:tcPr>
          <w:p w14:paraId="078BD07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-1.4205</w:t>
            </w:r>
          </w:p>
        </w:tc>
        <w:tc>
          <w:tcPr>
            <w:tcW w:w="1044" w:type="dxa"/>
            <w:vMerge w:val="restart"/>
            <w:vAlign w:val="center"/>
          </w:tcPr>
          <w:p w14:paraId="19C9509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-1.3212</w:t>
            </w:r>
          </w:p>
        </w:tc>
      </w:tr>
      <w:tr w:rsidR="00497B11" w:rsidRPr="00293828" w14:paraId="1CAB9AA9" w14:textId="77777777" w:rsidTr="009D45BD">
        <w:tc>
          <w:tcPr>
            <w:tcW w:w="982" w:type="dxa"/>
            <w:vMerge/>
          </w:tcPr>
          <w:p w14:paraId="5D32266C" w14:textId="77777777" w:rsidR="00497B11" w:rsidRPr="00293828" w:rsidRDefault="00497B11" w:rsidP="00293828">
            <w:pPr>
              <w:rPr>
                <w:rFonts w:ascii="Times New Roman" w:hAnsi="Times New Roman" w:cs="Times New Roman"/>
                <w:szCs w:val="21"/>
              </w:rPr>
            </w:pPr>
          </w:p>
        </w:tc>
        <w:tc>
          <w:tcPr>
            <w:tcW w:w="1125" w:type="dxa"/>
            <w:vAlign w:val="center"/>
          </w:tcPr>
          <w:p w14:paraId="67F8D66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195-&gt;206</w:t>
            </w:r>
          </w:p>
        </w:tc>
        <w:tc>
          <w:tcPr>
            <w:tcW w:w="1044" w:type="dxa"/>
            <w:vAlign w:val="center"/>
          </w:tcPr>
          <w:p w14:paraId="5045E6B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0.23104</w:t>
            </w:r>
          </w:p>
        </w:tc>
        <w:tc>
          <w:tcPr>
            <w:tcW w:w="1019" w:type="dxa"/>
            <w:vMerge/>
          </w:tcPr>
          <w:p w14:paraId="24B1B8C7" w14:textId="77777777" w:rsidR="00497B11" w:rsidRPr="00293828" w:rsidRDefault="00497B11" w:rsidP="00293828">
            <w:pPr>
              <w:rPr>
                <w:rFonts w:ascii="Times New Roman" w:hAnsi="Times New Roman" w:cs="Times New Roman"/>
                <w:szCs w:val="21"/>
              </w:rPr>
            </w:pPr>
          </w:p>
        </w:tc>
        <w:tc>
          <w:tcPr>
            <w:tcW w:w="1019" w:type="dxa"/>
            <w:vMerge/>
          </w:tcPr>
          <w:p w14:paraId="510A7525" w14:textId="77777777" w:rsidR="00497B11" w:rsidRPr="00293828" w:rsidRDefault="00497B11" w:rsidP="00293828">
            <w:pPr>
              <w:rPr>
                <w:rFonts w:ascii="Times New Roman" w:hAnsi="Times New Roman" w:cs="Times New Roman"/>
                <w:szCs w:val="21"/>
              </w:rPr>
            </w:pPr>
          </w:p>
        </w:tc>
        <w:tc>
          <w:tcPr>
            <w:tcW w:w="1019" w:type="dxa"/>
            <w:vMerge/>
          </w:tcPr>
          <w:p w14:paraId="193CF7E4" w14:textId="77777777" w:rsidR="00497B11" w:rsidRPr="00293828" w:rsidRDefault="00497B11" w:rsidP="00293828">
            <w:pPr>
              <w:rPr>
                <w:rFonts w:ascii="Times New Roman" w:hAnsi="Times New Roman" w:cs="Times New Roman"/>
                <w:szCs w:val="21"/>
              </w:rPr>
            </w:pPr>
          </w:p>
        </w:tc>
        <w:tc>
          <w:tcPr>
            <w:tcW w:w="1044" w:type="dxa"/>
            <w:vMerge/>
          </w:tcPr>
          <w:p w14:paraId="52FEAB70" w14:textId="77777777" w:rsidR="00497B11" w:rsidRPr="00293828" w:rsidRDefault="00497B11" w:rsidP="00293828">
            <w:pPr>
              <w:rPr>
                <w:rFonts w:ascii="Times New Roman" w:hAnsi="Times New Roman" w:cs="Times New Roman"/>
                <w:szCs w:val="21"/>
              </w:rPr>
            </w:pPr>
          </w:p>
        </w:tc>
        <w:tc>
          <w:tcPr>
            <w:tcW w:w="1044" w:type="dxa"/>
            <w:vMerge/>
          </w:tcPr>
          <w:p w14:paraId="0F03B7B7" w14:textId="77777777" w:rsidR="00497B11" w:rsidRPr="00293828" w:rsidRDefault="00497B11" w:rsidP="00293828">
            <w:pPr>
              <w:rPr>
                <w:rFonts w:ascii="Times New Roman" w:hAnsi="Times New Roman" w:cs="Times New Roman"/>
                <w:szCs w:val="21"/>
              </w:rPr>
            </w:pPr>
          </w:p>
        </w:tc>
      </w:tr>
      <w:tr w:rsidR="00497B11" w:rsidRPr="00293828" w14:paraId="6AD7048E" w14:textId="77777777" w:rsidTr="009D45BD">
        <w:tc>
          <w:tcPr>
            <w:tcW w:w="982" w:type="dxa"/>
            <w:vMerge/>
          </w:tcPr>
          <w:p w14:paraId="7E58FB31" w14:textId="77777777" w:rsidR="00497B11" w:rsidRPr="00293828" w:rsidRDefault="00497B11" w:rsidP="00293828">
            <w:pPr>
              <w:rPr>
                <w:rFonts w:ascii="Times New Roman" w:hAnsi="Times New Roman" w:cs="Times New Roman"/>
                <w:szCs w:val="21"/>
              </w:rPr>
            </w:pPr>
          </w:p>
        </w:tc>
        <w:tc>
          <w:tcPr>
            <w:tcW w:w="1125" w:type="dxa"/>
            <w:vAlign w:val="center"/>
          </w:tcPr>
          <w:p w14:paraId="36A970A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196-&gt;206</w:t>
            </w:r>
          </w:p>
        </w:tc>
        <w:tc>
          <w:tcPr>
            <w:tcW w:w="1044" w:type="dxa"/>
            <w:vAlign w:val="center"/>
          </w:tcPr>
          <w:p w14:paraId="1D5469A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0.52006</w:t>
            </w:r>
          </w:p>
        </w:tc>
        <w:tc>
          <w:tcPr>
            <w:tcW w:w="1019" w:type="dxa"/>
            <w:vMerge/>
          </w:tcPr>
          <w:p w14:paraId="4A65E61D" w14:textId="77777777" w:rsidR="00497B11" w:rsidRPr="00293828" w:rsidRDefault="00497B11" w:rsidP="00293828">
            <w:pPr>
              <w:rPr>
                <w:rFonts w:ascii="Times New Roman" w:hAnsi="Times New Roman" w:cs="Times New Roman"/>
                <w:szCs w:val="21"/>
              </w:rPr>
            </w:pPr>
          </w:p>
        </w:tc>
        <w:tc>
          <w:tcPr>
            <w:tcW w:w="1019" w:type="dxa"/>
            <w:vMerge/>
          </w:tcPr>
          <w:p w14:paraId="4239B416" w14:textId="77777777" w:rsidR="00497B11" w:rsidRPr="00293828" w:rsidRDefault="00497B11" w:rsidP="00293828">
            <w:pPr>
              <w:rPr>
                <w:rFonts w:ascii="Times New Roman" w:hAnsi="Times New Roman" w:cs="Times New Roman"/>
                <w:szCs w:val="21"/>
              </w:rPr>
            </w:pPr>
          </w:p>
        </w:tc>
        <w:tc>
          <w:tcPr>
            <w:tcW w:w="1019" w:type="dxa"/>
            <w:vMerge/>
          </w:tcPr>
          <w:p w14:paraId="3ABE89C2" w14:textId="77777777" w:rsidR="00497B11" w:rsidRPr="00293828" w:rsidRDefault="00497B11" w:rsidP="00293828">
            <w:pPr>
              <w:rPr>
                <w:rFonts w:ascii="Times New Roman" w:hAnsi="Times New Roman" w:cs="Times New Roman"/>
                <w:szCs w:val="21"/>
              </w:rPr>
            </w:pPr>
          </w:p>
        </w:tc>
        <w:tc>
          <w:tcPr>
            <w:tcW w:w="1044" w:type="dxa"/>
            <w:vMerge/>
          </w:tcPr>
          <w:p w14:paraId="3AB7A22E" w14:textId="77777777" w:rsidR="00497B11" w:rsidRPr="00293828" w:rsidRDefault="00497B11" w:rsidP="00293828">
            <w:pPr>
              <w:rPr>
                <w:rFonts w:ascii="Times New Roman" w:hAnsi="Times New Roman" w:cs="Times New Roman"/>
                <w:szCs w:val="21"/>
              </w:rPr>
            </w:pPr>
          </w:p>
        </w:tc>
        <w:tc>
          <w:tcPr>
            <w:tcW w:w="1044" w:type="dxa"/>
            <w:vMerge/>
          </w:tcPr>
          <w:p w14:paraId="31D59C39" w14:textId="77777777" w:rsidR="00497B11" w:rsidRPr="00293828" w:rsidRDefault="00497B11" w:rsidP="00293828">
            <w:pPr>
              <w:rPr>
                <w:rFonts w:ascii="Times New Roman" w:hAnsi="Times New Roman" w:cs="Times New Roman"/>
                <w:szCs w:val="21"/>
              </w:rPr>
            </w:pPr>
          </w:p>
        </w:tc>
      </w:tr>
      <w:tr w:rsidR="00497B11" w:rsidRPr="00293828" w14:paraId="02B816D2" w14:textId="77777777" w:rsidTr="009D45BD">
        <w:tc>
          <w:tcPr>
            <w:tcW w:w="982" w:type="dxa"/>
            <w:vAlign w:val="center"/>
          </w:tcPr>
          <w:p w14:paraId="55D6B13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lastRenderedPageBreak/>
              <w:t>22</w:t>
            </w:r>
          </w:p>
        </w:tc>
        <w:tc>
          <w:tcPr>
            <w:tcW w:w="1125" w:type="dxa"/>
            <w:vAlign w:val="center"/>
          </w:tcPr>
          <w:p w14:paraId="2859B87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191-&gt;206</w:t>
            </w:r>
          </w:p>
        </w:tc>
        <w:tc>
          <w:tcPr>
            <w:tcW w:w="1044" w:type="dxa"/>
            <w:vAlign w:val="center"/>
          </w:tcPr>
          <w:p w14:paraId="15058DA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0.57965</w:t>
            </w:r>
          </w:p>
        </w:tc>
        <w:tc>
          <w:tcPr>
            <w:tcW w:w="1019" w:type="dxa"/>
            <w:vAlign w:val="center"/>
          </w:tcPr>
          <w:p w14:paraId="11175DB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6.2529</w:t>
            </w:r>
          </w:p>
        </w:tc>
        <w:tc>
          <w:tcPr>
            <w:tcW w:w="1019" w:type="dxa"/>
            <w:vAlign w:val="center"/>
          </w:tcPr>
          <w:p w14:paraId="4873E5F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198.28</w:t>
            </w:r>
          </w:p>
        </w:tc>
        <w:tc>
          <w:tcPr>
            <w:tcW w:w="1019" w:type="dxa"/>
            <w:vAlign w:val="center"/>
          </w:tcPr>
          <w:p w14:paraId="214AFBF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0.0375</w:t>
            </w:r>
          </w:p>
        </w:tc>
        <w:tc>
          <w:tcPr>
            <w:tcW w:w="1044" w:type="dxa"/>
            <w:vAlign w:val="center"/>
          </w:tcPr>
          <w:p w14:paraId="54B02F0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-5.1099</w:t>
            </w:r>
          </w:p>
        </w:tc>
        <w:tc>
          <w:tcPr>
            <w:tcW w:w="1044" w:type="dxa"/>
            <w:vAlign w:val="center"/>
          </w:tcPr>
          <w:p w14:paraId="06082D2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-4.8542</w:t>
            </w:r>
          </w:p>
        </w:tc>
      </w:tr>
      <w:tr w:rsidR="00497B11" w:rsidRPr="00293828" w14:paraId="6BD145D7" w14:textId="77777777" w:rsidTr="009D45BD">
        <w:tc>
          <w:tcPr>
            <w:tcW w:w="982" w:type="dxa"/>
            <w:vMerge w:val="restart"/>
            <w:vAlign w:val="center"/>
          </w:tcPr>
          <w:p w14:paraId="6B5022D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23</w:t>
            </w:r>
          </w:p>
        </w:tc>
        <w:tc>
          <w:tcPr>
            <w:tcW w:w="1125" w:type="dxa"/>
            <w:vAlign w:val="center"/>
          </w:tcPr>
          <w:p w14:paraId="7C56A1C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190-&gt;206</w:t>
            </w:r>
          </w:p>
        </w:tc>
        <w:tc>
          <w:tcPr>
            <w:tcW w:w="1044" w:type="dxa"/>
            <w:vAlign w:val="center"/>
          </w:tcPr>
          <w:p w14:paraId="228914E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0.39141</w:t>
            </w:r>
          </w:p>
        </w:tc>
        <w:tc>
          <w:tcPr>
            <w:tcW w:w="1019" w:type="dxa"/>
            <w:vMerge w:val="restart"/>
            <w:vAlign w:val="center"/>
          </w:tcPr>
          <w:p w14:paraId="7FF3B20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6.3066</w:t>
            </w:r>
          </w:p>
        </w:tc>
        <w:tc>
          <w:tcPr>
            <w:tcW w:w="1019" w:type="dxa"/>
            <w:vMerge w:val="restart"/>
            <w:vAlign w:val="center"/>
          </w:tcPr>
          <w:p w14:paraId="430123F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196.59</w:t>
            </w:r>
          </w:p>
        </w:tc>
        <w:tc>
          <w:tcPr>
            <w:tcW w:w="1019" w:type="dxa"/>
            <w:vMerge w:val="restart"/>
            <w:vAlign w:val="center"/>
          </w:tcPr>
          <w:p w14:paraId="1DCD6C6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0.0023</w:t>
            </w:r>
          </w:p>
        </w:tc>
        <w:tc>
          <w:tcPr>
            <w:tcW w:w="1044" w:type="dxa"/>
            <w:vMerge w:val="restart"/>
            <w:vAlign w:val="center"/>
          </w:tcPr>
          <w:p w14:paraId="6CC4BC0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4.0136</w:t>
            </w:r>
          </w:p>
        </w:tc>
        <w:tc>
          <w:tcPr>
            <w:tcW w:w="1044" w:type="dxa"/>
            <w:vMerge w:val="restart"/>
            <w:vAlign w:val="center"/>
          </w:tcPr>
          <w:p w14:paraId="526E481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3.9807</w:t>
            </w:r>
          </w:p>
        </w:tc>
      </w:tr>
      <w:tr w:rsidR="00497B11" w:rsidRPr="00293828" w14:paraId="508072CE" w14:textId="77777777" w:rsidTr="009D45BD">
        <w:tc>
          <w:tcPr>
            <w:tcW w:w="982" w:type="dxa"/>
            <w:vMerge/>
          </w:tcPr>
          <w:p w14:paraId="567149FB" w14:textId="77777777" w:rsidR="00497B11" w:rsidRPr="00293828" w:rsidRDefault="00497B11" w:rsidP="00293828">
            <w:pPr>
              <w:rPr>
                <w:rFonts w:ascii="Times New Roman" w:hAnsi="Times New Roman" w:cs="Times New Roman"/>
                <w:szCs w:val="21"/>
              </w:rPr>
            </w:pPr>
          </w:p>
        </w:tc>
        <w:tc>
          <w:tcPr>
            <w:tcW w:w="1125" w:type="dxa"/>
            <w:vAlign w:val="center"/>
          </w:tcPr>
          <w:p w14:paraId="53300C3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192-&gt;206</w:t>
            </w:r>
          </w:p>
        </w:tc>
        <w:tc>
          <w:tcPr>
            <w:tcW w:w="1044" w:type="dxa"/>
            <w:vAlign w:val="center"/>
          </w:tcPr>
          <w:p w14:paraId="755127E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0.40321</w:t>
            </w:r>
          </w:p>
        </w:tc>
        <w:tc>
          <w:tcPr>
            <w:tcW w:w="1019" w:type="dxa"/>
            <w:vMerge/>
          </w:tcPr>
          <w:p w14:paraId="457533F8" w14:textId="77777777" w:rsidR="00497B11" w:rsidRPr="00293828" w:rsidRDefault="00497B11" w:rsidP="00293828">
            <w:pPr>
              <w:rPr>
                <w:rFonts w:ascii="Times New Roman" w:hAnsi="Times New Roman" w:cs="Times New Roman"/>
                <w:szCs w:val="21"/>
              </w:rPr>
            </w:pPr>
          </w:p>
        </w:tc>
        <w:tc>
          <w:tcPr>
            <w:tcW w:w="1019" w:type="dxa"/>
            <w:vMerge/>
          </w:tcPr>
          <w:p w14:paraId="3C578397" w14:textId="77777777" w:rsidR="00497B11" w:rsidRPr="00293828" w:rsidRDefault="00497B11" w:rsidP="00293828">
            <w:pPr>
              <w:rPr>
                <w:rFonts w:ascii="Times New Roman" w:hAnsi="Times New Roman" w:cs="Times New Roman"/>
                <w:szCs w:val="21"/>
              </w:rPr>
            </w:pPr>
          </w:p>
        </w:tc>
        <w:tc>
          <w:tcPr>
            <w:tcW w:w="1019" w:type="dxa"/>
            <w:vMerge/>
          </w:tcPr>
          <w:p w14:paraId="0460112D" w14:textId="77777777" w:rsidR="00497B11" w:rsidRPr="00293828" w:rsidRDefault="00497B11" w:rsidP="00293828">
            <w:pPr>
              <w:rPr>
                <w:rFonts w:ascii="Times New Roman" w:hAnsi="Times New Roman" w:cs="Times New Roman"/>
                <w:szCs w:val="21"/>
              </w:rPr>
            </w:pPr>
          </w:p>
        </w:tc>
        <w:tc>
          <w:tcPr>
            <w:tcW w:w="1044" w:type="dxa"/>
            <w:vMerge/>
          </w:tcPr>
          <w:p w14:paraId="747F8C3D" w14:textId="77777777" w:rsidR="00497B11" w:rsidRPr="00293828" w:rsidRDefault="00497B11" w:rsidP="00293828">
            <w:pPr>
              <w:rPr>
                <w:rFonts w:ascii="Times New Roman" w:hAnsi="Times New Roman" w:cs="Times New Roman"/>
                <w:szCs w:val="21"/>
              </w:rPr>
            </w:pPr>
          </w:p>
        </w:tc>
        <w:tc>
          <w:tcPr>
            <w:tcW w:w="1044" w:type="dxa"/>
            <w:vMerge/>
          </w:tcPr>
          <w:p w14:paraId="5C33F665" w14:textId="77777777" w:rsidR="00497B11" w:rsidRPr="00293828" w:rsidRDefault="00497B11" w:rsidP="00293828">
            <w:pPr>
              <w:rPr>
                <w:rFonts w:ascii="Times New Roman" w:hAnsi="Times New Roman" w:cs="Times New Roman"/>
                <w:szCs w:val="21"/>
              </w:rPr>
            </w:pPr>
          </w:p>
        </w:tc>
      </w:tr>
      <w:tr w:rsidR="00497B11" w:rsidRPr="00293828" w14:paraId="26921E9E" w14:textId="77777777" w:rsidTr="009D45BD">
        <w:tc>
          <w:tcPr>
            <w:tcW w:w="982" w:type="dxa"/>
            <w:vMerge/>
          </w:tcPr>
          <w:p w14:paraId="6AC13B2D" w14:textId="77777777" w:rsidR="00497B11" w:rsidRPr="00293828" w:rsidRDefault="00497B11" w:rsidP="00293828">
            <w:pPr>
              <w:rPr>
                <w:rFonts w:ascii="Times New Roman" w:hAnsi="Times New Roman" w:cs="Times New Roman"/>
                <w:szCs w:val="21"/>
              </w:rPr>
            </w:pPr>
          </w:p>
        </w:tc>
        <w:tc>
          <w:tcPr>
            <w:tcW w:w="1125" w:type="dxa"/>
            <w:vAlign w:val="center"/>
          </w:tcPr>
          <w:p w14:paraId="12080E3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195-&gt;206</w:t>
            </w:r>
          </w:p>
        </w:tc>
        <w:tc>
          <w:tcPr>
            <w:tcW w:w="1044" w:type="dxa"/>
            <w:vAlign w:val="center"/>
          </w:tcPr>
          <w:p w14:paraId="5A16C1F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-0.23822</w:t>
            </w:r>
          </w:p>
        </w:tc>
        <w:tc>
          <w:tcPr>
            <w:tcW w:w="1019" w:type="dxa"/>
            <w:vMerge/>
          </w:tcPr>
          <w:p w14:paraId="361B8349" w14:textId="77777777" w:rsidR="00497B11" w:rsidRPr="00293828" w:rsidRDefault="00497B11" w:rsidP="00293828">
            <w:pPr>
              <w:rPr>
                <w:rFonts w:ascii="Times New Roman" w:hAnsi="Times New Roman" w:cs="Times New Roman"/>
                <w:szCs w:val="21"/>
              </w:rPr>
            </w:pPr>
          </w:p>
        </w:tc>
        <w:tc>
          <w:tcPr>
            <w:tcW w:w="1019" w:type="dxa"/>
            <w:vMerge/>
          </w:tcPr>
          <w:p w14:paraId="58885299" w14:textId="77777777" w:rsidR="00497B11" w:rsidRPr="00293828" w:rsidRDefault="00497B11" w:rsidP="00293828">
            <w:pPr>
              <w:rPr>
                <w:rFonts w:ascii="Times New Roman" w:hAnsi="Times New Roman" w:cs="Times New Roman"/>
                <w:szCs w:val="21"/>
              </w:rPr>
            </w:pPr>
          </w:p>
        </w:tc>
        <w:tc>
          <w:tcPr>
            <w:tcW w:w="1019" w:type="dxa"/>
            <w:vMerge/>
          </w:tcPr>
          <w:p w14:paraId="00D59193" w14:textId="77777777" w:rsidR="00497B11" w:rsidRPr="00293828" w:rsidRDefault="00497B11" w:rsidP="00293828">
            <w:pPr>
              <w:rPr>
                <w:rFonts w:ascii="Times New Roman" w:hAnsi="Times New Roman" w:cs="Times New Roman"/>
                <w:szCs w:val="21"/>
              </w:rPr>
            </w:pPr>
          </w:p>
        </w:tc>
        <w:tc>
          <w:tcPr>
            <w:tcW w:w="1044" w:type="dxa"/>
            <w:vMerge/>
          </w:tcPr>
          <w:p w14:paraId="1C3E6DA6" w14:textId="77777777" w:rsidR="00497B11" w:rsidRPr="00293828" w:rsidRDefault="00497B11" w:rsidP="00293828">
            <w:pPr>
              <w:rPr>
                <w:rFonts w:ascii="Times New Roman" w:hAnsi="Times New Roman" w:cs="Times New Roman"/>
                <w:szCs w:val="21"/>
              </w:rPr>
            </w:pPr>
          </w:p>
        </w:tc>
        <w:tc>
          <w:tcPr>
            <w:tcW w:w="1044" w:type="dxa"/>
            <w:vMerge/>
          </w:tcPr>
          <w:p w14:paraId="22014A75" w14:textId="77777777" w:rsidR="00497B11" w:rsidRPr="00293828" w:rsidRDefault="00497B11" w:rsidP="00293828">
            <w:pPr>
              <w:rPr>
                <w:rFonts w:ascii="Times New Roman" w:hAnsi="Times New Roman" w:cs="Times New Roman"/>
                <w:szCs w:val="21"/>
              </w:rPr>
            </w:pPr>
          </w:p>
        </w:tc>
      </w:tr>
      <w:tr w:rsidR="00497B11" w:rsidRPr="00293828" w14:paraId="325B7003" w14:textId="77777777" w:rsidTr="009D45BD">
        <w:tc>
          <w:tcPr>
            <w:tcW w:w="982" w:type="dxa"/>
            <w:vMerge w:val="restart"/>
            <w:vAlign w:val="center"/>
          </w:tcPr>
          <w:p w14:paraId="4EAD66C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24</w:t>
            </w:r>
          </w:p>
        </w:tc>
        <w:tc>
          <w:tcPr>
            <w:tcW w:w="1125" w:type="dxa"/>
            <w:vAlign w:val="center"/>
          </w:tcPr>
          <w:p w14:paraId="6D4BEA0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189-&gt;206</w:t>
            </w:r>
          </w:p>
        </w:tc>
        <w:tc>
          <w:tcPr>
            <w:tcW w:w="1044" w:type="dxa"/>
            <w:vAlign w:val="center"/>
          </w:tcPr>
          <w:p w14:paraId="145D933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0.41267</w:t>
            </w:r>
          </w:p>
        </w:tc>
        <w:tc>
          <w:tcPr>
            <w:tcW w:w="1019" w:type="dxa"/>
            <w:vMerge w:val="restart"/>
            <w:vAlign w:val="center"/>
          </w:tcPr>
          <w:p w14:paraId="64E47C7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6.3415</w:t>
            </w:r>
          </w:p>
        </w:tc>
        <w:tc>
          <w:tcPr>
            <w:tcW w:w="1019" w:type="dxa"/>
            <w:vMerge w:val="restart"/>
            <w:vAlign w:val="center"/>
          </w:tcPr>
          <w:p w14:paraId="2C87CDE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195.51</w:t>
            </w:r>
          </w:p>
        </w:tc>
        <w:tc>
          <w:tcPr>
            <w:tcW w:w="1019" w:type="dxa"/>
            <w:vMerge w:val="restart"/>
            <w:vAlign w:val="center"/>
          </w:tcPr>
          <w:p w14:paraId="70F1F2B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0.0159</w:t>
            </w:r>
          </w:p>
        </w:tc>
        <w:tc>
          <w:tcPr>
            <w:tcW w:w="1044" w:type="dxa"/>
            <w:vMerge w:val="restart"/>
            <w:vAlign w:val="center"/>
          </w:tcPr>
          <w:p w14:paraId="0CFA8A9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-18.179</w:t>
            </w:r>
          </w:p>
        </w:tc>
        <w:tc>
          <w:tcPr>
            <w:tcW w:w="1044" w:type="dxa"/>
            <w:vMerge w:val="restart"/>
            <w:vAlign w:val="center"/>
          </w:tcPr>
          <w:p w14:paraId="02A295D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-18.0835</w:t>
            </w:r>
          </w:p>
        </w:tc>
      </w:tr>
      <w:tr w:rsidR="00497B11" w:rsidRPr="00293828" w14:paraId="4D4F4221" w14:textId="77777777" w:rsidTr="009D45BD">
        <w:tc>
          <w:tcPr>
            <w:tcW w:w="982" w:type="dxa"/>
            <w:vMerge/>
          </w:tcPr>
          <w:p w14:paraId="78E4F62F" w14:textId="77777777" w:rsidR="00497B11" w:rsidRPr="00293828" w:rsidRDefault="00497B11" w:rsidP="00293828">
            <w:pPr>
              <w:rPr>
                <w:rFonts w:ascii="Times New Roman" w:hAnsi="Times New Roman" w:cs="Times New Roman"/>
                <w:szCs w:val="21"/>
              </w:rPr>
            </w:pPr>
          </w:p>
        </w:tc>
        <w:tc>
          <w:tcPr>
            <w:tcW w:w="1125" w:type="dxa"/>
            <w:vAlign w:val="center"/>
          </w:tcPr>
          <w:p w14:paraId="02C56AC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190-&gt;206</w:t>
            </w:r>
          </w:p>
        </w:tc>
        <w:tc>
          <w:tcPr>
            <w:tcW w:w="1044" w:type="dxa"/>
            <w:vAlign w:val="center"/>
          </w:tcPr>
          <w:p w14:paraId="6A9E17F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-0.228</w:t>
            </w:r>
          </w:p>
        </w:tc>
        <w:tc>
          <w:tcPr>
            <w:tcW w:w="1019" w:type="dxa"/>
            <w:vMerge/>
          </w:tcPr>
          <w:p w14:paraId="4E09C64E" w14:textId="77777777" w:rsidR="00497B11" w:rsidRPr="00293828" w:rsidRDefault="00497B11" w:rsidP="00293828">
            <w:pPr>
              <w:rPr>
                <w:rFonts w:ascii="Times New Roman" w:hAnsi="Times New Roman" w:cs="Times New Roman"/>
                <w:szCs w:val="21"/>
              </w:rPr>
            </w:pPr>
          </w:p>
        </w:tc>
        <w:tc>
          <w:tcPr>
            <w:tcW w:w="1019" w:type="dxa"/>
            <w:vMerge/>
          </w:tcPr>
          <w:p w14:paraId="680986EF" w14:textId="77777777" w:rsidR="00497B11" w:rsidRPr="00293828" w:rsidRDefault="00497B11" w:rsidP="00293828">
            <w:pPr>
              <w:rPr>
                <w:rFonts w:ascii="Times New Roman" w:hAnsi="Times New Roman" w:cs="Times New Roman"/>
                <w:szCs w:val="21"/>
              </w:rPr>
            </w:pPr>
          </w:p>
        </w:tc>
        <w:tc>
          <w:tcPr>
            <w:tcW w:w="1019" w:type="dxa"/>
            <w:vMerge/>
          </w:tcPr>
          <w:p w14:paraId="508A6E8B" w14:textId="77777777" w:rsidR="00497B11" w:rsidRPr="00293828" w:rsidRDefault="00497B11" w:rsidP="00293828">
            <w:pPr>
              <w:rPr>
                <w:rFonts w:ascii="Times New Roman" w:hAnsi="Times New Roman" w:cs="Times New Roman"/>
                <w:szCs w:val="21"/>
              </w:rPr>
            </w:pPr>
          </w:p>
        </w:tc>
        <w:tc>
          <w:tcPr>
            <w:tcW w:w="1044" w:type="dxa"/>
            <w:vMerge/>
          </w:tcPr>
          <w:p w14:paraId="69BF9DAA" w14:textId="77777777" w:rsidR="00497B11" w:rsidRPr="00293828" w:rsidRDefault="00497B11" w:rsidP="00293828">
            <w:pPr>
              <w:rPr>
                <w:rFonts w:ascii="Times New Roman" w:hAnsi="Times New Roman" w:cs="Times New Roman"/>
                <w:szCs w:val="21"/>
              </w:rPr>
            </w:pPr>
          </w:p>
        </w:tc>
        <w:tc>
          <w:tcPr>
            <w:tcW w:w="1044" w:type="dxa"/>
            <w:vMerge/>
          </w:tcPr>
          <w:p w14:paraId="7710746C" w14:textId="77777777" w:rsidR="00497B11" w:rsidRPr="00293828" w:rsidRDefault="00497B11" w:rsidP="00293828">
            <w:pPr>
              <w:rPr>
                <w:rFonts w:ascii="Times New Roman" w:hAnsi="Times New Roman" w:cs="Times New Roman"/>
                <w:szCs w:val="21"/>
              </w:rPr>
            </w:pPr>
          </w:p>
        </w:tc>
      </w:tr>
      <w:tr w:rsidR="00497B11" w:rsidRPr="00293828" w14:paraId="3C0890DA" w14:textId="77777777" w:rsidTr="009D45BD">
        <w:tc>
          <w:tcPr>
            <w:tcW w:w="982" w:type="dxa"/>
            <w:vMerge/>
          </w:tcPr>
          <w:p w14:paraId="74A8BF3B" w14:textId="77777777" w:rsidR="00497B11" w:rsidRPr="00293828" w:rsidRDefault="00497B11" w:rsidP="00293828">
            <w:pPr>
              <w:rPr>
                <w:rFonts w:ascii="Times New Roman" w:hAnsi="Times New Roman" w:cs="Times New Roman"/>
                <w:szCs w:val="21"/>
              </w:rPr>
            </w:pPr>
          </w:p>
        </w:tc>
        <w:tc>
          <w:tcPr>
            <w:tcW w:w="1125" w:type="dxa"/>
            <w:vAlign w:val="center"/>
          </w:tcPr>
          <w:p w14:paraId="08BD331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194-&gt;206</w:t>
            </w:r>
          </w:p>
        </w:tc>
        <w:tc>
          <w:tcPr>
            <w:tcW w:w="1044" w:type="dxa"/>
            <w:vAlign w:val="center"/>
          </w:tcPr>
          <w:p w14:paraId="5D5CFE1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0.24928</w:t>
            </w:r>
          </w:p>
        </w:tc>
        <w:tc>
          <w:tcPr>
            <w:tcW w:w="1019" w:type="dxa"/>
            <w:vMerge/>
          </w:tcPr>
          <w:p w14:paraId="538CE6A3" w14:textId="77777777" w:rsidR="00497B11" w:rsidRPr="00293828" w:rsidRDefault="00497B11" w:rsidP="00293828">
            <w:pPr>
              <w:rPr>
                <w:rFonts w:ascii="Times New Roman" w:hAnsi="Times New Roman" w:cs="Times New Roman"/>
                <w:szCs w:val="21"/>
              </w:rPr>
            </w:pPr>
          </w:p>
        </w:tc>
        <w:tc>
          <w:tcPr>
            <w:tcW w:w="1019" w:type="dxa"/>
            <w:vMerge/>
          </w:tcPr>
          <w:p w14:paraId="5F78E816" w14:textId="77777777" w:rsidR="00497B11" w:rsidRPr="00293828" w:rsidRDefault="00497B11" w:rsidP="00293828">
            <w:pPr>
              <w:rPr>
                <w:rFonts w:ascii="Times New Roman" w:hAnsi="Times New Roman" w:cs="Times New Roman"/>
                <w:szCs w:val="21"/>
              </w:rPr>
            </w:pPr>
          </w:p>
        </w:tc>
        <w:tc>
          <w:tcPr>
            <w:tcW w:w="1019" w:type="dxa"/>
            <w:vMerge/>
          </w:tcPr>
          <w:p w14:paraId="3C6C6AE9" w14:textId="77777777" w:rsidR="00497B11" w:rsidRPr="00293828" w:rsidRDefault="00497B11" w:rsidP="00293828">
            <w:pPr>
              <w:rPr>
                <w:rFonts w:ascii="Times New Roman" w:hAnsi="Times New Roman" w:cs="Times New Roman"/>
                <w:szCs w:val="21"/>
              </w:rPr>
            </w:pPr>
          </w:p>
        </w:tc>
        <w:tc>
          <w:tcPr>
            <w:tcW w:w="1044" w:type="dxa"/>
            <w:vMerge/>
          </w:tcPr>
          <w:p w14:paraId="264E3B19" w14:textId="77777777" w:rsidR="00497B11" w:rsidRPr="00293828" w:rsidRDefault="00497B11" w:rsidP="00293828">
            <w:pPr>
              <w:rPr>
                <w:rFonts w:ascii="Times New Roman" w:hAnsi="Times New Roman" w:cs="Times New Roman"/>
                <w:szCs w:val="21"/>
              </w:rPr>
            </w:pPr>
          </w:p>
        </w:tc>
        <w:tc>
          <w:tcPr>
            <w:tcW w:w="1044" w:type="dxa"/>
            <w:vMerge/>
          </w:tcPr>
          <w:p w14:paraId="223DE861" w14:textId="77777777" w:rsidR="00497B11" w:rsidRPr="00293828" w:rsidRDefault="00497B11" w:rsidP="00293828">
            <w:pPr>
              <w:rPr>
                <w:rFonts w:ascii="Times New Roman" w:hAnsi="Times New Roman" w:cs="Times New Roman"/>
                <w:szCs w:val="21"/>
              </w:rPr>
            </w:pPr>
          </w:p>
        </w:tc>
      </w:tr>
      <w:tr w:rsidR="00497B11" w:rsidRPr="00293828" w14:paraId="3A482F0C" w14:textId="77777777" w:rsidTr="009D45BD">
        <w:tc>
          <w:tcPr>
            <w:tcW w:w="982" w:type="dxa"/>
            <w:vMerge w:val="restart"/>
            <w:vAlign w:val="center"/>
          </w:tcPr>
          <w:p w14:paraId="2FA9DD3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25</w:t>
            </w:r>
          </w:p>
        </w:tc>
        <w:tc>
          <w:tcPr>
            <w:tcW w:w="1125" w:type="dxa"/>
            <w:vAlign w:val="center"/>
          </w:tcPr>
          <w:p w14:paraId="2297DDD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189-&gt;206</w:t>
            </w:r>
          </w:p>
        </w:tc>
        <w:tc>
          <w:tcPr>
            <w:tcW w:w="1044" w:type="dxa"/>
            <w:vAlign w:val="center"/>
          </w:tcPr>
          <w:p w14:paraId="37268C0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0.32569</w:t>
            </w:r>
          </w:p>
        </w:tc>
        <w:tc>
          <w:tcPr>
            <w:tcW w:w="1019" w:type="dxa"/>
            <w:vMerge w:val="restart"/>
            <w:vAlign w:val="center"/>
          </w:tcPr>
          <w:p w14:paraId="5CD692E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6.3504</w:t>
            </w:r>
          </w:p>
        </w:tc>
        <w:tc>
          <w:tcPr>
            <w:tcW w:w="1019" w:type="dxa"/>
            <w:vMerge w:val="restart"/>
            <w:vAlign w:val="center"/>
          </w:tcPr>
          <w:p w14:paraId="2ECD8D4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195.24</w:t>
            </w:r>
          </w:p>
        </w:tc>
        <w:tc>
          <w:tcPr>
            <w:tcW w:w="1019" w:type="dxa"/>
            <w:vMerge w:val="restart"/>
            <w:vAlign w:val="center"/>
          </w:tcPr>
          <w:p w14:paraId="1EB1472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0.0310</w:t>
            </w:r>
          </w:p>
        </w:tc>
        <w:tc>
          <w:tcPr>
            <w:tcW w:w="1044" w:type="dxa"/>
            <w:vMerge w:val="restart"/>
            <w:vAlign w:val="center"/>
          </w:tcPr>
          <w:p w14:paraId="1202F6F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-13.1794</w:t>
            </w:r>
          </w:p>
        </w:tc>
        <w:tc>
          <w:tcPr>
            <w:tcW w:w="1044" w:type="dxa"/>
            <w:vMerge w:val="restart"/>
            <w:vAlign w:val="center"/>
          </w:tcPr>
          <w:p w14:paraId="16C90EC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-13.1669</w:t>
            </w:r>
          </w:p>
        </w:tc>
      </w:tr>
      <w:tr w:rsidR="00497B11" w:rsidRPr="00293828" w14:paraId="599FE65B" w14:textId="77777777" w:rsidTr="009D45BD">
        <w:tc>
          <w:tcPr>
            <w:tcW w:w="982" w:type="dxa"/>
            <w:vMerge/>
          </w:tcPr>
          <w:p w14:paraId="7E41C1E3" w14:textId="77777777" w:rsidR="00497B11" w:rsidRPr="00293828" w:rsidRDefault="00497B11" w:rsidP="00293828">
            <w:pPr>
              <w:rPr>
                <w:rFonts w:ascii="Times New Roman" w:hAnsi="Times New Roman" w:cs="Times New Roman"/>
                <w:szCs w:val="21"/>
              </w:rPr>
            </w:pPr>
          </w:p>
        </w:tc>
        <w:tc>
          <w:tcPr>
            <w:tcW w:w="1125" w:type="dxa"/>
            <w:vAlign w:val="center"/>
          </w:tcPr>
          <w:p w14:paraId="3BB81C3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190-&gt;206</w:t>
            </w:r>
          </w:p>
        </w:tc>
        <w:tc>
          <w:tcPr>
            <w:tcW w:w="1044" w:type="dxa"/>
            <w:vAlign w:val="center"/>
          </w:tcPr>
          <w:p w14:paraId="211E986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0.40898</w:t>
            </w:r>
          </w:p>
        </w:tc>
        <w:tc>
          <w:tcPr>
            <w:tcW w:w="1019" w:type="dxa"/>
            <w:vMerge/>
          </w:tcPr>
          <w:p w14:paraId="2DC8C8DC" w14:textId="77777777" w:rsidR="00497B11" w:rsidRPr="00293828" w:rsidRDefault="00497B11" w:rsidP="00293828">
            <w:pPr>
              <w:rPr>
                <w:rFonts w:ascii="Times New Roman" w:hAnsi="Times New Roman" w:cs="Times New Roman"/>
                <w:szCs w:val="21"/>
              </w:rPr>
            </w:pPr>
          </w:p>
        </w:tc>
        <w:tc>
          <w:tcPr>
            <w:tcW w:w="1019" w:type="dxa"/>
            <w:vMerge/>
          </w:tcPr>
          <w:p w14:paraId="0ACE70EC" w14:textId="77777777" w:rsidR="00497B11" w:rsidRPr="00293828" w:rsidRDefault="00497B11" w:rsidP="00293828">
            <w:pPr>
              <w:rPr>
                <w:rFonts w:ascii="Times New Roman" w:hAnsi="Times New Roman" w:cs="Times New Roman"/>
                <w:szCs w:val="21"/>
              </w:rPr>
            </w:pPr>
          </w:p>
        </w:tc>
        <w:tc>
          <w:tcPr>
            <w:tcW w:w="1019" w:type="dxa"/>
            <w:vMerge/>
          </w:tcPr>
          <w:p w14:paraId="2CCECEC6" w14:textId="77777777" w:rsidR="00497B11" w:rsidRPr="00293828" w:rsidRDefault="00497B11" w:rsidP="00293828">
            <w:pPr>
              <w:rPr>
                <w:rFonts w:ascii="Times New Roman" w:hAnsi="Times New Roman" w:cs="Times New Roman"/>
                <w:szCs w:val="21"/>
              </w:rPr>
            </w:pPr>
          </w:p>
        </w:tc>
        <w:tc>
          <w:tcPr>
            <w:tcW w:w="1044" w:type="dxa"/>
            <w:vMerge/>
          </w:tcPr>
          <w:p w14:paraId="14DF4EE2" w14:textId="77777777" w:rsidR="00497B11" w:rsidRPr="00293828" w:rsidRDefault="00497B11" w:rsidP="00293828">
            <w:pPr>
              <w:rPr>
                <w:rFonts w:ascii="Times New Roman" w:hAnsi="Times New Roman" w:cs="Times New Roman"/>
                <w:szCs w:val="21"/>
              </w:rPr>
            </w:pPr>
          </w:p>
        </w:tc>
        <w:tc>
          <w:tcPr>
            <w:tcW w:w="1044" w:type="dxa"/>
            <w:vMerge/>
          </w:tcPr>
          <w:p w14:paraId="55E1FC7B" w14:textId="77777777" w:rsidR="00497B11" w:rsidRPr="00293828" w:rsidRDefault="00497B11" w:rsidP="00293828">
            <w:pPr>
              <w:rPr>
                <w:rFonts w:ascii="Times New Roman" w:hAnsi="Times New Roman" w:cs="Times New Roman"/>
                <w:szCs w:val="21"/>
              </w:rPr>
            </w:pPr>
          </w:p>
        </w:tc>
      </w:tr>
      <w:tr w:rsidR="00497B11" w:rsidRPr="00293828" w14:paraId="10939AC6" w14:textId="77777777" w:rsidTr="009D45BD">
        <w:tc>
          <w:tcPr>
            <w:tcW w:w="982" w:type="dxa"/>
            <w:vMerge/>
          </w:tcPr>
          <w:p w14:paraId="66550B92" w14:textId="77777777" w:rsidR="00497B11" w:rsidRPr="00293828" w:rsidRDefault="00497B11" w:rsidP="00293828">
            <w:pPr>
              <w:rPr>
                <w:rFonts w:ascii="Times New Roman" w:hAnsi="Times New Roman" w:cs="Times New Roman"/>
                <w:szCs w:val="21"/>
              </w:rPr>
            </w:pPr>
          </w:p>
        </w:tc>
        <w:tc>
          <w:tcPr>
            <w:tcW w:w="1125" w:type="dxa"/>
            <w:vAlign w:val="center"/>
          </w:tcPr>
          <w:p w14:paraId="67A9CA0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192-&gt;206</w:t>
            </w:r>
          </w:p>
        </w:tc>
        <w:tc>
          <w:tcPr>
            <w:tcW w:w="1044" w:type="dxa"/>
            <w:vAlign w:val="center"/>
          </w:tcPr>
          <w:p w14:paraId="77B9A27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-0.31423</w:t>
            </w:r>
          </w:p>
        </w:tc>
        <w:tc>
          <w:tcPr>
            <w:tcW w:w="1019" w:type="dxa"/>
            <w:vMerge/>
          </w:tcPr>
          <w:p w14:paraId="279AF3EB" w14:textId="77777777" w:rsidR="00497B11" w:rsidRPr="00293828" w:rsidRDefault="00497B11" w:rsidP="00293828">
            <w:pPr>
              <w:rPr>
                <w:rFonts w:ascii="Times New Roman" w:hAnsi="Times New Roman" w:cs="Times New Roman"/>
                <w:szCs w:val="21"/>
              </w:rPr>
            </w:pPr>
          </w:p>
        </w:tc>
        <w:tc>
          <w:tcPr>
            <w:tcW w:w="1019" w:type="dxa"/>
            <w:vMerge/>
          </w:tcPr>
          <w:p w14:paraId="7E8C50DD" w14:textId="77777777" w:rsidR="00497B11" w:rsidRPr="00293828" w:rsidRDefault="00497B11" w:rsidP="00293828">
            <w:pPr>
              <w:rPr>
                <w:rFonts w:ascii="Times New Roman" w:hAnsi="Times New Roman" w:cs="Times New Roman"/>
                <w:szCs w:val="21"/>
              </w:rPr>
            </w:pPr>
          </w:p>
        </w:tc>
        <w:tc>
          <w:tcPr>
            <w:tcW w:w="1019" w:type="dxa"/>
            <w:vMerge/>
          </w:tcPr>
          <w:p w14:paraId="68072DF6" w14:textId="77777777" w:rsidR="00497B11" w:rsidRPr="00293828" w:rsidRDefault="00497B11" w:rsidP="00293828">
            <w:pPr>
              <w:rPr>
                <w:rFonts w:ascii="Times New Roman" w:hAnsi="Times New Roman" w:cs="Times New Roman"/>
                <w:szCs w:val="21"/>
              </w:rPr>
            </w:pPr>
          </w:p>
        </w:tc>
        <w:tc>
          <w:tcPr>
            <w:tcW w:w="1044" w:type="dxa"/>
            <w:vMerge/>
          </w:tcPr>
          <w:p w14:paraId="767B23FC" w14:textId="77777777" w:rsidR="00497B11" w:rsidRPr="00293828" w:rsidRDefault="00497B11" w:rsidP="00293828">
            <w:pPr>
              <w:rPr>
                <w:rFonts w:ascii="Times New Roman" w:hAnsi="Times New Roman" w:cs="Times New Roman"/>
                <w:szCs w:val="21"/>
              </w:rPr>
            </w:pPr>
          </w:p>
        </w:tc>
        <w:tc>
          <w:tcPr>
            <w:tcW w:w="1044" w:type="dxa"/>
            <w:vMerge/>
          </w:tcPr>
          <w:p w14:paraId="6D2070C8" w14:textId="77777777" w:rsidR="00497B11" w:rsidRPr="00293828" w:rsidRDefault="00497B11" w:rsidP="00293828">
            <w:pPr>
              <w:rPr>
                <w:rFonts w:ascii="Times New Roman" w:hAnsi="Times New Roman" w:cs="Times New Roman"/>
                <w:szCs w:val="21"/>
              </w:rPr>
            </w:pPr>
          </w:p>
        </w:tc>
      </w:tr>
      <w:tr w:rsidR="00497B11" w:rsidRPr="00293828" w14:paraId="17E12485" w14:textId="77777777" w:rsidTr="009D45BD">
        <w:tc>
          <w:tcPr>
            <w:tcW w:w="982" w:type="dxa"/>
            <w:vMerge w:val="restart"/>
            <w:vAlign w:val="center"/>
          </w:tcPr>
          <w:p w14:paraId="09A569F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26</w:t>
            </w:r>
          </w:p>
        </w:tc>
        <w:tc>
          <w:tcPr>
            <w:tcW w:w="1125" w:type="dxa"/>
            <w:vAlign w:val="center"/>
          </w:tcPr>
          <w:p w14:paraId="29DFAA0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201-&gt;207</w:t>
            </w:r>
          </w:p>
        </w:tc>
        <w:tc>
          <w:tcPr>
            <w:tcW w:w="1044" w:type="dxa"/>
            <w:vAlign w:val="center"/>
          </w:tcPr>
          <w:p w14:paraId="048AEBA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0.23982</w:t>
            </w:r>
          </w:p>
        </w:tc>
        <w:tc>
          <w:tcPr>
            <w:tcW w:w="1019" w:type="dxa"/>
            <w:vMerge w:val="restart"/>
            <w:vAlign w:val="center"/>
          </w:tcPr>
          <w:p w14:paraId="607FD52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6.3987</w:t>
            </w:r>
          </w:p>
        </w:tc>
        <w:tc>
          <w:tcPr>
            <w:tcW w:w="1019" w:type="dxa"/>
            <w:vMerge w:val="restart"/>
            <w:vAlign w:val="center"/>
          </w:tcPr>
          <w:p w14:paraId="23208DA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193.76</w:t>
            </w:r>
          </w:p>
        </w:tc>
        <w:tc>
          <w:tcPr>
            <w:tcW w:w="1019" w:type="dxa"/>
            <w:vMerge w:val="restart"/>
            <w:vAlign w:val="center"/>
          </w:tcPr>
          <w:p w14:paraId="32E66B9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0.0007</w:t>
            </w:r>
          </w:p>
        </w:tc>
        <w:tc>
          <w:tcPr>
            <w:tcW w:w="1044" w:type="dxa"/>
            <w:vMerge w:val="restart"/>
            <w:vAlign w:val="center"/>
          </w:tcPr>
          <w:p w14:paraId="4CBAAE1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-1.102</w:t>
            </w:r>
          </w:p>
        </w:tc>
        <w:tc>
          <w:tcPr>
            <w:tcW w:w="1044" w:type="dxa"/>
            <w:vMerge w:val="restart"/>
            <w:vAlign w:val="center"/>
          </w:tcPr>
          <w:p w14:paraId="30B481B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-1.0526</w:t>
            </w:r>
          </w:p>
        </w:tc>
      </w:tr>
      <w:tr w:rsidR="00497B11" w:rsidRPr="00293828" w14:paraId="05C80B53" w14:textId="77777777" w:rsidTr="009D45BD">
        <w:tc>
          <w:tcPr>
            <w:tcW w:w="982" w:type="dxa"/>
            <w:vMerge/>
          </w:tcPr>
          <w:p w14:paraId="3342D065" w14:textId="77777777" w:rsidR="00497B11" w:rsidRPr="00293828" w:rsidRDefault="00497B11" w:rsidP="00293828">
            <w:pPr>
              <w:rPr>
                <w:rFonts w:ascii="Times New Roman" w:hAnsi="Times New Roman" w:cs="Times New Roman"/>
                <w:szCs w:val="21"/>
              </w:rPr>
            </w:pPr>
          </w:p>
        </w:tc>
        <w:tc>
          <w:tcPr>
            <w:tcW w:w="1125" w:type="dxa"/>
            <w:vAlign w:val="center"/>
          </w:tcPr>
          <w:p w14:paraId="2541708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202-&gt;207</w:t>
            </w:r>
          </w:p>
        </w:tc>
        <w:tc>
          <w:tcPr>
            <w:tcW w:w="1044" w:type="dxa"/>
            <w:vAlign w:val="center"/>
          </w:tcPr>
          <w:p w14:paraId="5A85FF7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0.41192</w:t>
            </w:r>
          </w:p>
        </w:tc>
        <w:tc>
          <w:tcPr>
            <w:tcW w:w="1019" w:type="dxa"/>
            <w:vMerge/>
          </w:tcPr>
          <w:p w14:paraId="61A5988C" w14:textId="77777777" w:rsidR="00497B11" w:rsidRPr="00293828" w:rsidRDefault="00497B11" w:rsidP="00293828">
            <w:pPr>
              <w:rPr>
                <w:rFonts w:ascii="Times New Roman" w:hAnsi="Times New Roman" w:cs="Times New Roman"/>
                <w:szCs w:val="21"/>
              </w:rPr>
            </w:pPr>
          </w:p>
        </w:tc>
        <w:tc>
          <w:tcPr>
            <w:tcW w:w="1019" w:type="dxa"/>
            <w:vMerge/>
          </w:tcPr>
          <w:p w14:paraId="28DA0E6C" w14:textId="77777777" w:rsidR="00497B11" w:rsidRPr="00293828" w:rsidRDefault="00497B11" w:rsidP="00293828">
            <w:pPr>
              <w:rPr>
                <w:rFonts w:ascii="Times New Roman" w:hAnsi="Times New Roman" w:cs="Times New Roman"/>
                <w:szCs w:val="21"/>
              </w:rPr>
            </w:pPr>
          </w:p>
        </w:tc>
        <w:tc>
          <w:tcPr>
            <w:tcW w:w="1019" w:type="dxa"/>
            <w:vMerge/>
          </w:tcPr>
          <w:p w14:paraId="50681DB9" w14:textId="77777777" w:rsidR="00497B11" w:rsidRPr="00293828" w:rsidRDefault="00497B11" w:rsidP="00293828">
            <w:pPr>
              <w:rPr>
                <w:rFonts w:ascii="Times New Roman" w:hAnsi="Times New Roman" w:cs="Times New Roman"/>
                <w:szCs w:val="21"/>
              </w:rPr>
            </w:pPr>
          </w:p>
        </w:tc>
        <w:tc>
          <w:tcPr>
            <w:tcW w:w="1044" w:type="dxa"/>
            <w:vMerge/>
          </w:tcPr>
          <w:p w14:paraId="45492FE7" w14:textId="77777777" w:rsidR="00497B11" w:rsidRPr="00293828" w:rsidRDefault="00497B11" w:rsidP="00293828">
            <w:pPr>
              <w:rPr>
                <w:rFonts w:ascii="Times New Roman" w:hAnsi="Times New Roman" w:cs="Times New Roman"/>
                <w:szCs w:val="21"/>
              </w:rPr>
            </w:pPr>
          </w:p>
        </w:tc>
        <w:tc>
          <w:tcPr>
            <w:tcW w:w="1044" w:type="dxa"/>
            <w:vMerge/>
          </w:tcPr>
          <w:p w14:paraId="23BF87C3" w14:textId="77777777" w:rsidR="00497B11" w:rsidRPr="00293828" w:rsidRDefault="00497B11" w:rsidP="00293828">
            <w:pPr>
              <w:rPr>
                <w:rFonts w:ascii="Times New Roman" w:hAnsi="Times New Roman" w:cs="Times New Roman"/>
                <w:szCs w:val="21"/>
              </w:rPr>
            </w:pPr>
          </w:p>
        </w:tc>
      </w:tr>
      <w:tr w:rsidR="00497B11" w:rsidRPr="00293828" w14:paraId="48137250" w14:textId="77777777" w:rsidTr="009D45BD">
        <w:tc>
          <w:tcPr>
            <w:tcW w:w="982" w:type="dxa"/>
            <w:vMerge/>
          </w:tcPr>
          <w:p w14:paraId="66672D91" w14:textId="77777777" w:rsidR="00497B11" w:rsidRPr="00293828" w:rsidRDefault="00497B11" w:rsidP="00293828">
            <w:pPr>
              <w:rPr>
                <w:rFonts w:ascii="Times New Roman" w:hAnsi="Times New Roman" w:cs="Times New Roman"/>
                <w:szCs w:val="21"/>
              </w:rPr>
            </w:pPr>
          </w:p>
        </w:tc>
        <w:tc>
          <w:tcPr>
            <w:tcW w:w="1125" w:type="dxa"/>
            <w:vAlign w:val="center"/>
          </w:tcPr>
          <w:p w14:paraId="1F4BF94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204-&gt;208</w:t>
            </w:r>
          </w:p>
        </w:tc>
        <w:tc>
          <w:tcPr>
            <w:tcW w:w="1044" w:type="dxa"/>
            <w:vAlign w:val="center"/>
          </w:tcPr>
          <w:p w14:paraId="40A6FE5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0.33422</w:t>
            </w:r>
          </w:p>
        </w:tc>
        <w:tc>
          <w:tcPr>
            <w:tcW w:w="1019" w:type="dxa"/>
            <w:vMerge/>
          </w:tcPr>
          <w:p w14:paraId="61776E59" w14:textId="77777777" w:rsidR="00497B11" w:rsidRPr="00293828" w:rsidRDefault="00497B11" w:rsidP="00293828">
            <w:pPr>
              <w:rPr>
                <w:rFonts w:ascii="Times New Roman" w:hAnsi="Times New Roman" w:cs="Times New Roman"/>
                <w:szCs w:val="21"/>
              </w:rPr>
            </w:pPr>
          </w:p>
        </w:tc>
        <w:tc>
          <w:tcPr>
            <w:tcW w:w="1019" w:type="dxa"/>
            <w:vMerge/>
          </w:tcPr>
          <w:p w14:paraId="3DD12F03" w14:textId="77777777" w:rsidR="00497B11" w:rsidRPr="00293828" w:rsidRDefault="00497B11" w:rsidP="00293828">
            <w:pPr>
              <w:rPr>
                <w:rFonts w:ascii="Times New Roman" w:hAnsi="Times New Roman" w:cs="Times New Roman"/>
                <w:szCs w:val="21"/>
              </w:rPr>
            </w:pPr>
          </w:p>
        </w:tc>
        <w:tc>
          <w:tcPr>
            <w:tcW w:w="1019" w:type="dxa"/>
            <w:vMerge/>
          </w:tcPr>
          <w:p w14:paraId="1D056866" w14:textId="77777777" w:rsidR="00497B11" w:rsidRPr="00293828" w:rsidRDefault="00497B11" w:rsidP="00293828">
            <w:pPr>
              <w:rPr>
                <w:rFonts w:ascii="Times New Roman" w:hAnsi="Times New Roman" w:cs="Times New Roman"/>
                <w:szCs w:val="21"/>
              </w:rPr>
            </w:pPr>
          </w:p>
        </w:tc>
        <w:tc>
          <w:tcPr>
            <w:tcW w:w="1044" w:type="dxa"/>
            <w:vMerge/>
          </w:tcPr>
          <w:p w14:paraId="7382D084" w14:textId="77777777" w:rsidR="00497B11" w:rsidRPr="00293828" w:rsidRDefault="00497B11" w:rsidP="00293828">
            <w:pPr>
              <w:rPr>
                <w:rFonts w:ascii="Times New Roman" w:hAnsi="Times New Roman" w:cs="Times New Roman"/>
                <w:szCs w:val="21"/>
              </w:rPr>
            </w:pPr>
          </w:p>
        </w:tc>
        <w:tc>
          <w:tcPr>
            <w:tcW w:w="1044" w:type="dxa"/>
            <w:vMerge/>
          </w:tcPr>
          <w:p w14:paraId="7C865262" w14:textId="77777777" w:rsidR="00497B11" w:rsidRPr="00293828" w:rsidRDefault="00497B11" w:rsidP="00293828">
            <w:pPr>
              <w:rPr>
                <w:rFonts w:ascii="Times New Roman" w:hAnsi="Times New Roman" w:cs="Times New Roman"/>
                <w:szCs w:val="21"/>
              </w:rPr>
            </w:pPr>
          </w:p>
        </w:tc>
      </w:tr>
      <w:tr w:rsidR="00497B11" w:rsidRPr="00293828" w14:paraId="7ACE2484" w14:textId="77777777" w:rsidTr="009D45BD">
        <w:tc>
          <w:tcPr>
            <w:tcW w:w="982" w:type="dxa"/>
            <w:vMerge w:val="restart"/>
            <w:vAlign w:val="center"/>
          </w:tcPr>
          <w:p w14:paraId="2D15328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27</w:t>
            </w:r>
          </w:p>
        </w:tc>
        <w:tc>
          <w:tcPr>
            <w:tcW w:w="1125" w:type="dxa"/>
            <w:vAlign w:val="center"/>
          </w:tcPr>
          <w:p w14:paraId="213FC86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202-&gt;207</w:t>
            </w:r>
          </w:p>
        </w:tc>
        <w:tc>
          <w:tcPr>
            <w:tcW w:w="1044" w:type="dxa"/>
            <w:vAlign w:val="center"/>
          </w:tcPr>
          <w:p w14:paraId="26F8A23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-0.32744</w:t>
            </w:r>
          </w:p>
        </w:tc>
        <w:tc>
          <w:tcPr>
            <w:tcW w:w="1019" w:type="dxa"/>
            <w:vMerge w:val="restart"/>
            <w:vAlign w:val="center"/>
          </w:tcPr>
          <w:p w14:paraId="2B74D12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6.4070</w:t>
            </w:r>
          </w:p>
        </w:tc>
        <w:tc>
          <w:tcPr>
            <w:tcW w:w="1019" w:type="dxa"/>
            <w:vMerge w:val="restart"/>
            <w:vAlign w:val="center"/>
          </w:tcPr>
          <w:p w14:paraId="3B89B57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193.51</w:t>
            </w:r>
          </w:p>
        </w:tc>
        <w:tc>
          <w:tcPr>
            <w:tcW w:w="1019" w:type="dxa"/>
            <w:vMerge w:val="restart"/>
            <w:vAlign w:val="center"/>
          </w:tcPr>
          <w:p w14:paraId="2D0280D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0.0001</w:t>
            </w:r>
          </w:p>
        </w:tc>
        <w:tc>
          <w:tcPr>
            <w:tcW w:w="1044" w:type="dxa"/>
            <w:vMerge w:val="restart"/>
            <w:vAlign w:val="center"/>
          </w:tcPr>
          <w:p w14:paraId="5414F12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-1.1998</w:t>
            </w:r>
          </w:p>
        </w:tc>
        <w:tc>
          <w:tcPr>
            <w:tcW w:w="1044" w:type="dxa"/>
            <w:vMerge w:val="restart"/>
            <w:vAlign w:val="center"/>
          </w:tcPr>
          <w:p w14:paraId="4274181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-1.2036</w:t>
            </w:r>
          </w:p>
        </w:tc>
      </w:tr>
      <w:tr w:rsidR="00497B11" w:rsidRPr="00293828" w14:paraId="589C5A34" w14:textId="77777777" w:rsidTr="009D45BD">
        <w:tc>
          <w:tcPr>
            <w:tcW w:w="982" w:type="dxa"/>
            <w:vMerge/>
          </w:tcPr>
          <w:p w14:paraId="515BD230" w14:textId="77777777" w:rsidR="00497B11" w:rsidRPr="00293828" w:rsidRDefault="00497B11" w:rsidP="00293828">
            <w:pPr>
              <w:rPr>
                <w:rFonts w:ascii="Times New Roman" w:hAnsi="Times New Roman" w:cs="Times New Roman"/>
                <w:szCs w:val="21"/>
              </w:rPr>
            </w:pPr>
          </w:p>
        </w:tc>
        <w:tc>
          <w:tcPr>
            <w:tcW w:w="1125" w:type="dxa"/>
            <w:vAlign w:val="center"/>
          </w:tcPr>
          <w:p w14:paraId="4A9B6D8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204-&gt;208</w:t>
            </w:r>
          </w:p>
        </w:tc>
        <w:tc>
          <w:tcPr>
            <w:tcW w:w="1044" w:type="dxa"/>
            <w:vAlign w:val="center"/>
          </w:tcPr>
          <w:p w14:paraId="47C6AC9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0.3933</w:t>
            </w:r>
          </w:p>
        </w:tc>
        <w:tc>
          <w:tcPr>
            <w:tcW w:w="1019" w:type="dxa"/>
            <w:vMerge/>
          </w:tcPr>
          <w:p w14:paraId="2BD6F132" w14:textId="77777777" w:rsidR="00497B11" w:rsidRPr="00293828" w:rsidRDefault="00497B11" w:rsidP="00293828">
            <w:pPr>
              <w:rPr>
                <w:rFonts w:ascii="Times New Roman" w:hAnsi="Times New Roman" w:cs="Times New Roman"/>
                <w:szCs w:val="21"/>
              </w:rPr>
            </w:pPr>
          </w:p>
        </w:tc>
        <w:tc>
          <w:tcPr>
            <w:tcW w:w="1019" w:type="dxa"/>
            <w:vMerge/>
          </w:tcPr>
          <w:p w14:paraId="6FEFDFAE" w14:textId="77777777" w:rsidR="00497B11" w:rsidRPr="00293828" w:rsidRDefault="00497B11" w:rsidP="00293828">
            <w:pPr>
              <w:rPr>
                <w:rFonts w:ascii="Times New Roman" w:hAnsi="Times New Roman" w:cs="Times New Roman"/>
                <w:szCs w:val="21"/>
              </w:rPr>
            </w:pPr>
          </w:p>
        </w:tc>
        <w:tc>
          <w:tcPr>
            <w:tcW w:w="1019" w:type="dxa"/>
            <w:vMerge/>
          </w:tcPr>
          <w:p w14:paraId="60651237" w14:textId="77777777" w:rsidR="00497B11" w:rsidRPr="00293828" w:rsidRDefault="00497B11" w:rsidP="00293828">
            <w:pPr>
              <w:rPr>
                <w:rFonts w:ascii="Times New Roman" w:hAnsi="Times New Roman" w:cs="Times New Roman"/>
                <w:szCs w:val="21"/>
              </w:rPr>
            </w:pPr>
          </w:p>
        </w:tc>
        <w:tc>
          <w:tcPr>
            <w:tcW w:w="1044" w:type="dxa"/>
            <w:vMerge/>
          </w:tcPr>
          <w:p w14:paraId="2078B980" w14:textId="77777777" w:rsidR="00497B11" w:rsidRPr="00293828" w:rsidRDefault="00497B11" w:rsidP="00293828">
            <w:pPr>
              <w:rPr>
                <w:rFonts w:ascii="Times New Roman" w:hAnsi="Times New Roman" w:cs="Times New Roman"/>
                <w:szCs w:val="21"/>
              </w:rPr>
            </w:pPr>
          </w:p>
        </w:tc>
        <w:tc>
          <w:tcPr>
            <w:tcW w:w="1044" w:type="dxa"/>
            <w:vMerge/>
          </w:tcPr>
          <w:p w14:paraId="52711E18" w14:textId="77777777" w:rsidR="00497B11" w:rsidRPr="00293828" w:rsidRDefault="00497B11" w:rsidP="00293828">
            <w:pPr>
              <w:rPr>
                <w:rFonts w:ascii="Times New Roman" w:hAnsi="Times New Roman" w:cs="Times New Roman"/>
                <w:szCs w:val="21"/>
              </w:rPr>
            </w:pPr>
          </w:p>
        </w:tc>
      </w:tr>
      <w:tr w:rsidR="00497B11" w:rsidRPr="00293828" w14:paraId="7B0DC9EE" w14:textId="77777777" w:rsidTr="009D45BD">
        <w:tc>
          <w:tcPr>
            <w:tcW w:w="982" w:type="dxa"/>
            <w:vMerge/>
          </w:tcPr>
          <w:p w14:paraId="013D74C8" w14:textId="77777777" w:rsidR="00497B11" w:rsidRPr="00293828" w:rsidRDefault="00497B11" w:rsidP="00293828">
            <w:pPr>
              <w:rPr>
                <w:rFonts w:ascii="Times New Roman" w:hAnsi="Times New Roman" w:cs="Times New Roman"/>
                <w:szCs w:val="21"/>
              </w:rPr>
            </w:pPr>
          </w:p>
        </w:tc>
        <w:tc>
          <w:tcPr>
            <w:tcW w:w="1125" w:type="dxa"/>
            <w:vAlign w:val="center"/>
          </w:tcPr>
          <w:p w14:paraId="2DB5C1B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204-&gt;209</w:t>
            </w:r>
          </w:p>
        </w:tc>
        <w:tc>
          <w:tcPr>
            <w:tcW w:w="1044" w:type="dxa"/>
            <w:vAlign w:val="center"/>
          </w:tcPr>
          <w:p w14:paraId="30D692D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-0.23568</w:t>
            </w:r>
          </w:p>
        </w:tc>
        <w:tc>
          <w:tcPr>
            <w:tcW w:w="1019" w:type="dxa"/>
            <w:vMerge/>
          </w:tcPr>
          <w:p w14:paraId="32CCB210" w14:textId="77777777" w:rsidR="00497B11" w:rsidRPr="00293828" w:rsidRDefault="00497B11" w:rsidP="00293828">
            <w:pPr>
              <w:rPr>
                <w:rFonts w:ascii="Times New Roman" w:hAnsi="Times New Roman" w:cs="Times New Roman"/>
                <w:szCs w:val="21"/>
              </w:rPr>
            </w:pPr>
          </w:p>
        </w:tc>
        <w:tc>
          <w:tcPr>
            <w:tcW w:w="1019" w:type="dxa"/>
            <w:vMerge/>
          </w:tcPr>
          <w:p w14:paraId="71D7F17B" w14:textId="77777777" w:rsidR="00497B11" w:rsidRPr="00293828" w:rsidRDefault="00497B11" w:rsidP="00293828">
            <w:pPr>
              <w:rPr>
                <w:rFonts w:ascii="Times New Roman" w:hAnsi="Times New Roman" w:cs="Times New Roman"/>
                <w:szCs w:val="21"/>
              </w:rPr>
            </w:pPr>
          </w:p>
        </w:tc>
        <w:tc>
          <w:tcPr>
            <w:tcW w:w="1019" w:type="dxa"/>
            <w:vMerge/>
          </w:tcPr>
          <w:p w14:paraId="0457DFD4" w14:textId="77777777" w:rsidR="00497B11" w:rsidRPr="00293828" w:rsidRDefault="00497B11" w:rsidP="00293828">
            <w:pPr>
              <w:rPr>
                <w:rFonts w:ascii="Times New Roman" w:hAnsi="Times New Roman" w:cs="Times New Roman"/>
                <w:szCs w:val="21"/>
              </w:rPr>
            </w:pPr>
          </w:p>
        </w:tc>
        <w:tc>
          <w:tcPr>
            <w:tcW w:w="1044" w:type="dxa"/>
            <w:vMerge/>
          </w:tcPr>
          <w:p w14:paraId="3A3285AF" w14:textId="77777777" w:rsidR="00497B11" w:rsidRPr="00293828" w:rsidRDefault="00497B11" w:rsidP="00293828">
            <w:pPr>
              <w:rPr>
                <w:rFonts w:ascii="Times New Roman" w:hAnsi="Times New Roman" w:cs="Times New Roman"/>
                <w:szCs w:val="21"/>
              </w:rPr>
            </w:pPr>
          </w:p>
        </w:tc>
        <w:tc>
          <w:tcPr>
            <w:tcW w:w="1044" w:type="dxa"/>
            <w:vMerge/>
          </w:tcPr>
          <w:p w14:paraId="3F3F50DB" w14:textId="77777777" w:rsidR="00497B11" w:rsidRPr="00293828" w:rsidRDefault="00497B11" w:rsidP="00293828">
            <w:pPr>
              <w:rPr>
                <w:rFonts w:ascii="Times New Roman" w:hAnsi="Times New Roman" w:cs="Times New Roman"/>
                <w:szCs w:val="21"/>
              </w:rPr>
            </w:pPr>
          </w:p>
        </w:tc>
      </w:tr>
      <w:tr w:rsidR="00497B11" w:rsidRPr="00293828" w14:paraId="7A101BAB" w14:textId="77777777" w:rsidTr="009D45BD">
        <w:tc>
          <w:tcPr>
            <w:tcW w:w="982" w:type="dxa"/>
            <w:vMerge w:val="restart"/>
            <w:vAlign w:val="center"/>
          </w:tcPr>
          <w:p w14:paraId="5B08B0A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28</w:t>
            </w:r>
          </w:p>
        </w:tc>
        <w:tc>
          <w:tcPr>
            <w:tcW w:w="1125" w:type="dxa"/>
            <w:vAlign w:val="center"/>
          </w:tcPr>
          <w:p w14:paraId="776D3CB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185-&gt;206</w:t>
            </w:r>
          </w:p>
        </w:tc>
        <w:tc>
          <w:tcPr>
            <w:tcW w:w="1044" w:type="dxa"/>
            <w:vAlign w:val="center"/>
          </w:tcPr>
          <w:p w14:paraId="34C05BE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0.22367</w:t>
            </w:r>
          </w:p>
        </w:tc>
        <w:tc>
          <w:tcPr>
            <w:tcW w:w="1019" w:type="dxa"/>
            <w:vMerge w:val="restart"/>
            <w:vAlign w:val="center"/>
          </w:tcPr>
          <w:p w14:paraId="52938CB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6.4662</w:t>
            </w:r>
          </w:p>
        </w:tc>
        <w:tc>
          <w:tcPr>
            <w:tcW w:w="1019" w:type="dxa"/>
            <w:vMerge w:val="restart"/>
            <w:vAlign w:val="center"/>
          </w:tcPr>
          <w:p w14:paraId="0189CE0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191.74</w:t>
            </w:r>
          </w:p>
        </w:tc>
        <w:tc>
          <w:tcPr>
            <w:tcW w:w="1019" w:type="dxa"/>
            <w:vMerge w:val="restart"/>
            <w:vAlign w:val="center"/>
          </w:tcPr>
          <w:p w14:paraId="1EB1A6F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0.0171</w:t>
            </w:r>
          </w:p>
        </w:tc>
        <w:tc>
          <w:tcPr>
            <w:tcW w:w="1044" w:type="dxa"/>
            <w:vMerge w:val="restart"/>
            <w:vAlign w:val="center"/>
          </w:tcPr>
          <w:p w14:paraId="205EB24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-14.6744</w:t>
            </w:r>
          </w:p>
        </w:tc>
        <w:tc>
          <w:tcPr>
            <w:tcW w:w="1044" w:type="dxa"/>
            <w:vMerge w:val="restart"/>
            <w:vAlign w:val="center"/>
          </w:tcPr>
          <w:p w14:paraId="6BE98E9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-14.7297</w:t>
            </w:r>
          </w:p>
        </w:tc>
      </w:tr>
      <w:tr w:rsidR="00497B11" w:rsidRPr="00293828" w14:paraId="4D8CCF0F" w14:textId="77777777" w:rsidTr="009D45BD">
        <w:tc>
          <w:tcPr>
            <w:tcW w:w="982" w:type="dxa"/>
            <w:vMerge/>
          </w:tcPr>
          <w:p w14:paraId="57026B6D" w14:textId="77777777" w:rsidR="00497B11" w:rsidRPr="00293828" w:rsidRDefault="00497B11" w:rsidP="00293828">
            <w:pPr>
              <w:rPr>
                <w:rFonts w:ascii="Times New Roman" w:hAnsi="Times New Roman" w:cs="Times New Roman"/>
                <w:szCs w:val="21"/>
              </w:rPr>
            </w:pPr>
          </w:p>
        </w:tc>
        <w:tc>
          <w:tcPr>
            <w:tcW w:w="1125" w:type="dxa"/>
            <w:vAlign w:val="center"/>
          </w:tcPr>
          <w:p w14:paraId="12E01BA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188-&gt;206</w:t>
            </w:r>
          </w:p>
        </w:tc>
        <w:tc>
          <w:tcPr>
            <w:tcW w:w="1044" w:type="dxa"/>
            <w:vAlign w:val="center"/>
          </w:tcPr>
          <w:p w14:paraId="3A90999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0.53949</w:t>
            </w:r>
          </w:p>
        </w:tc>
        <w:tc>
          <w:tcPr>
            <w:tcW w:w="1019" w:type="dxa"/>
            <w:vMerge/>
          </w:tcPr>
          <w:p w14:paraId="58615F91" w14:textId="77777777" w:rsidR="00497B11" w:rsidRPr="00293828" w:rsidRDefault="00497B11" w:rsidP="00293828">
            <w:pPr>
              <w:rPr>
                <w:rFonts w:ascii="Times New Roman" w:hAnsi="Times New Roman" w:cs="Times New Roman"/>
                <w:szCs w:val="21"/>
              </w:rPr>
            </w:pPr>
          </w:p>
        </w:tc>
        <w:tc>
          <w:tcPr>
            <w:tcW w:w="1019" w:type="dxa"/>
            <w:vMerge/>
          </w:tcPr>
          <w:p w14:paraId="2A9C277A" w14:textId="77777777" w:rsidR="00497B11" w:rsidRPr="00293828" w:rsidRDefault="00497B11" w:rsidP="00293828">
            <w:pPr>
              <w:rPr>
                <w:rFonts w:ascii="Times New Roman" w:hAnsi="Times New Roman" w:cs="Times New Roman"/>
                <w:szCs w:val="21"/>
              </w:rPr>
            </w:pPr>
          </w:p>
        </w:tc>
        <w:tc>
          <w:tcPr>
            <w:tcW w:w="1019" w:type="dxa"/>
            <w:vMerge/>
          </w:tcPr>
          <w:p w14:paraId="43A33914" w14:textId="77777777" w:rsidR="00497B11" w:rsidRPr="00293828" w:rsidRDefault="00497B11" w:rsidP="00293828">
            <w:pPr>
              <w:rPr>
                <w:rFonts w:ascii="Times New Roman" w:hAnsi="Times New Roman" w:cs="Times New Roman"/>
                <w:szCs w:val="21"/>
              </w:rPr>
            </w:pPr>
          </w:p>
        </w:tc>
        <w:tc>
          <w:tcPr>
            <w:tcW w:w="1044" w:type="dxa"/>
            <w:vMerge/>
          </w:tcPr>
          <w:p w14:paraId="67D19239" w14:textId="77777777" w:rsidR="00497B11" w:rsidRPr="00293828" w:rsidRDefault="00497B11" w:rsidP="00293828">
            <w:pPr>
              <w:rPr>
                <w:rFonts w:ascii="Times New Roman" w:hAnsi="Times New Roman" w:cs="Times New Roman"/>
                <w:szCs w:val="21"/>
              </w:rPr>
            </w:pPr>
          </w:p>
        </w:tc>
        <w:tc>
          <w:tcPr>
            <w:tcW w:w="1044" w:type="dxa"/>
            <w:vMerge/>
          </w:tcPr>
          <w:p w14:paraId="6DE38C5D" w14:textId="77777777" w:rsidR="00497B11" w:rsidRPr="00293828" w:rsidRDefault="00497B11" w:rsidP="00293828">
            <w:pPr>
              <w:rPr>
                <w:rFonts w:ascii="Times New Roman" w:hAnsi="Times New Roman" w:cs="Times New Roman"/>
                <w:szCs w:val="21"/>
              </w:rPr>
            </w:pPr>
          </w:p>
        </w:tc>
      </w:tr>
      <w:tr w:rsidR="00497B11" w:rsidRPr="00293828" w14:paraId="4235299C" w14:textId="77777777" w:rsidTr="009D45BD">
        <w:tc>
          <w:tcPr>
            <w:tcW w:w="982" w:type="dxa"/>
            <w:vMerge w:val="restart"/>
            <w:vAlign w:val="center"/>
          </w:tcPr>
          <w:p w14:paraId="2DF0554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29</w:t>
            </w:r>
          </w:p>
        </w:tc>
        <w:tc>
          <w:tcPr>
            <w:tcW w:w="1125" w:type="dxa"/>
            <w:vAlign w:val="center"/>
          </w:tcPr>
          <w:p w14:paraId="7804750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203-&gt;208</w:t>
            </w:r>
          </w:p>
        </w:tc>
        <w:tc>
          <w:tcPr>
            <w:tcW w:w="1044" w:type="dxa"/>
            <w:vAlign w:val="center"/>
          </w:tcPr>
          <w:p w14:paraId="5E0AB7D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0.53567</w:t>
            </w:r>
          </w:p>
        </w:tc>
        <w:tc>
          <w:tcPr>
            <w:tcW w:w="1019" w:type="dxa"/>
            <w:vMerge w:val="restart"/>
            <w:vAlign w:val="center"/>
          </w:tcPr>
          <w:p w14:paraId="5C3C217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6.4878</w:t>
            </w:r>
          </w:p>
        </w:tc>
        <w:tc>
          <w:tcPr>
            <w:tcW w:w="1019" w:type="dxa"/>
            <w:vMerge w:val="restart"/>
            <w:vAlign w:val="center"/>
          </w:tcPr>
          <w:p w14:paraId="09DC314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191.10</w:t>
            </w:r>
          </w:p>
        </w:tc>
        <w:tc>
          <w:tcPr>
            <w:tcW w:w="1019" w:type="dxa"/>
            <w:vMerge w:val="restart"/>
            <w:vAlign w:val="center"/>
          </w:tcPr>
          <w:p w14:paraId="5F5AB42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0.0044</w:t>
            </w:r>
          </w:p>
        </w:tc>
        <w:tc>
          <w:tcPr>
            <w:tcW w:w="1044" w:type="dxa"/>
            <w:vMerge w:val="restart"/>
            <w:vAlign w:val="center"/>
          </w:tcPr>
          <w:p w14:paraId="35BEFE3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4.5535</w:t>
            </w:r>
          </w:p>
        </w:tc>
        <w:tc>
          <w:tcPr>
            <w:tcW w:w="1044" w:type="dxa"/>
            <w:vMerge w:val="restart"/>
            <w:vAlign w:val="center"/>
          </w:tcPr>
          <w:p w14:paraId="7B2B2B9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4.49</w:t>
            </w:r>
          </w:p>
        </w:tc>
      </w:tr>
      <w:tr w:rsidR="00497B11" w:rsidRPr="00293828" w14:paraId="45CB09BA" w14:textId="77777777" w:rsidTr="009D45BD">
        <w:tc>
          <w:tcPr>
            <w:tcW w:w="982" w:type="dxa"/>
            <w:vMerge/>
          </w:tcPr>
          <w:p w14:paraId="0C8A1E04" w14:textId="77777777" w:rsidR="00497B11" w:rsidRPr="00293828" w:rsidRDefault="00497B11" w:rsidP="00293828">
            <w:pPr>
              <w:rPr>
                <w:rFonts w:ascii="Times New Roman" w:hAnsi="Times New Roman" w:cs="Times New Roman"/>
                <w:szCs w:val="21"/>
              </w:rPr>
            </w:pPr>
          </w:p>
        </w:tc>
        <w:tc>
          <w:tcPr>
            <w:tcW w:w="1125" w:type="dxa"/>
            <w:vAlign w:val="center"/>
          </w:tcPr>
          <w:p w14:paraId="29AE38D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205-&gt;209</w:t>
            </w:r>
          </w:p>
        </w:tc>
        <w:tc>
          <w:tcPr>
            <w:tcW w:w="1044" w:type="dxa"/>
            <w:vAlign w:val="center"/>
          </w:tcPr>
          <w:p w14:paraId="1BC7BBE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0.23017</w:t>
            </w:r>
          </w:p>
        </w:tc>
        <w:tc>
          <w:tcPr>
            <w:tcW w:w="1019" w:type="dxa"/>
            <w:vMerge/>
          </w:tcPr>
          <w:p w14:paraId="5880ED1A" w14:textId="77777777" w:rsidR="00497B11" w:rsidRPr="00293828" w:rsidRDefault="00497B11" w:rsidP="00293828">
            <w:pPr>
              <w:rPr>
                <w:rFonts w:ascii="Times New Roman" w:hAnsi="Times New Roman" w:cs="Times New Roman"/>
                <w:szCs w:val="21"/>
              </w:rPr>
            </w:pPr>
          </w:p>
        </w:tc>
        <w:tc>
          <w:tcPr>
            <w:tcW w:w="1019" w:type="dxa"/>
            <w:vMerge/>
          </w:tcPr>
          <w:p w14:paraId="6514EA44" w14:textId="77777777" w:rsidR="00497B11" w:rsidRPr="00293828" w:rsidRDefault="00497B11" w:rsidP="00293828">
            <w:pPr>
              <w:rPr>
                <w:rFonts w:ascii="Times New Roman" w:hAnsi="Times New Roman" w:cs="Times New Roman"/>
                <w:szCs w:val="21"/>
              </w:rPr>
            </w:pPr>
          </w:p>
        </w:tc>
        <w:tc>
          <w:tcPr>
            <w:tcW w:w="1019" w:type="dxa"/>
            <w:vMerge/>
          </w:tcPr>
          <w:p w14:paraId="6E6C1B27" w14:textId="77777777" w:rsidR="00497B11" w:rsidRPr="00293828" w:rsidRDefault="00497B11" w:rsidP="00293828">
            <w:pPr>
              <w:rPr>
                <w:rFonts w:ascii="Times New Roman" w:hAnsi="Times New Roman" w:cs="Times New Roman"/>
                <w:szCs w:val="21"/>
              </w:rPr>
            </w:pPr>
          </w:p>
        </w:tc>
        <w:tc>
          <w:tcPr>
            <w:tcW w:w="1044" w:type="dxa"/>
            <w:vMerge/>
          </w:tcPr>
          <w:p w14:paraId="445A88F3" w14:textId="77777777" w:rsidR="00497B11" w:rsidRPr="00293828" w:rsidRDefault="00497B11" w:rsidP="00293828">
            <w:pPr>
              <w:rPr>
                <w:rFonts w:ascii="Times New Roman" w:hAnsi="Times New Roman" w:cs="Times New Roman"/>
                <w:szCs w:val="21"/>
              </w:rPr>
            </w:pPr>
          </w:p>
        </w:tc>
        <w:tc>
          <w:tcPr>
            <w:tcW w:w="1044" w:type="dxa"/>
            <w:vMerge/>
          </w:tcPr>
          <w:p w14:paraId="6044ADC3" w14:textId="77777777" w:rsidR="00497B11" w:rsidRPr="00293828" w:rsidRDefault="00497B11" w:rsidP="00293828">
            <w:pPr>
              <w:rPr>
                <w:rFonts w:ascii="Times New Roman" w:hAnsi="Times New Roman" w:cs="Times New Roman"/>
                <w:szCs w:val="21"/>
              </w:rPr>
            </w:pPr>
          </w:p>
        </w:tc>
      </w:tr>
      <w:tr w:rsidR="00497B11" w:rsidRPr="00293828" w14:paraId="52CE4642" w14:textId="77777777" w:rsidTr="009D45BD">
        <w:tc>
          <w:tcPr>
            <w:tcW w:w="982" w:type="dxa"/>
            <w:vMerge w:val="restart"/>
            <w:vAlign w:val="center"/>
          </w:tcPr>
          <w:p w14:paraId="1940F00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30</w:t>
            </w:r>
          </w:p>
        </w:tc>
        <w:tc>
          <w:tcPr>
            <w:tcW w:w="1125" w:type="dxa"/>
            <w:vAlign w:val="center"/>
          </w:tcPr>
          <w:p w14:paraId="6B44ECA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188-&gt;206</w:t>
            </w:r>
          </w:p>
        </w:tc>
        <w:tc>
          <w:tcPr>
            <w:tcW w:w="1044" w:type="dxa"/>
            <w:vAlign w:val="center"/>
          </w:tcPr>
          <w:p w14:paraId="4E37674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0.35226</w:t>
            </w:r>
          </w:p>
        </w:tc>
        <w:tc>
          <w:tcPr>
            <w:tcW w:w="1019" w:type="dxa"/>
            <w:vMerge w:val="restart"/>
            <w:vAlign w:val="center"/>
          </w:tcPr>
          <w:p w14:paraId="3E8314C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6.5155</w:t>
            </w:r>
          </w:p>
        </w:tc>
        <w:tc>
          <w:tcPr>
            <w:tcW w:w="1019" w:type="dxa"/>
            <w:vMerge w:val="restart"/>
            <w:vAlign w:val="center"/>
          </w:tcPr>
          <w:p w14:paraId="45C19A7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190.29</w:t>
            </w:r>
          </w:p>
        </w:tc>
        <w:tc>
          <w:tcPr>
            <w:tcW w:w="1019" w:type="dxa"/>
            <w:vMerge w:val="restart"/>
            <w:vAlign w:val="center"/>
          </w:tcPr>
          <w:p w14:paraId="2F4ED41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0.0061</w:t>
            </w:r>
          </w:p>
        </w:tc>
        <w:tc>
          <w:tcPr>
            <w:tcW w:w="1044" w:type="dxa"/>
            <w:vMerge w:val="restart"/>
            <w:vAlign w:val="center"/>
          </w:tcPr>
          <w:p w14:paraId="7E2A630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6.2959</w:t>
            </w:r>
          </w:p>
        </w:tc>
        <w:tc>
          <w:tcPr>
            <w:tcW w:w="1044" w:type="dxa"/>
            <w:vMerge w:val="restart"/>
            <w:vAlign w:val="center"/>
          </w:tcPr>
          <w:p w14:paraId="3B26992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6.2688</w:t>
            </w:r>
          </w:p>
        </w:tc>
      </w:tr>
      <w:tr w:rsidR="00497B11" w:rsidRPr="00293828" w14:paraId="5F469DCA" w14:textId="77777777" w:rsidTr="009D45BD">
        <w:tc>
          <w:tcPr>
            <w:tcW w:w="982" w:type="dxa"/>
            <w:vMerge/>
          </w:tcPr>
          <w:p w14:paraId="4E6A2AB1" w14:textId="77777777" w:rsidR="00497B11" w:rsidRPr="00293828" w:rsidRDefault="00497B11" w:rsidP="00293828">
            <w:pPr>
              <w:rPr>
                <w:rFonts w:ascii="Times New Roman" w:hAnsi="Times New Roman" w:cs="Times New Roman"/>
                <w:szCs w:val="21"/>
              </w:rPr>
            </w:pPr>
          </w:p>
        </w:tc>
        <w:tc>
          <w:tcPr>
            <w:tcW w:w="1125" w:type="dxa"/>
            <w:vAlign w:val="center"/>
          </w:tcPr>
          <w:p w14:paraId="59F4A48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199-&gt;207</w:t>
            </w:r>
          </w:p>
        </w:tc>
        <w:tc>
          <w:tcPr>
            <w:tcW w:w="1044" w:type="dxa"/>
            <w:vAlign w:val="center"/>
          </w:tcPr>
          <w:p w14:paraId="19590C9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0.31653</w:t>
            </w:r>
          </w:p>
        </w:tc>
        <w:tc>
          <w:tcPr>
            <w:tcW w:w="1019" w:type="dxa"/>
            <w:vMerge/>
          </w:tcPr>
          <w:p w14:paraId="0845ABA5" w14:textId="77777777" w:rsidR="00497B11" w:rsidRPr="00293828" w:rsidRDefault="00497B11" w:rsidP="00293828">
            <w:pPr>
              <w:rPr>
                <w:rFonts w:ascii="Times New Roman" w:hAnsi="Times New Roman" w:cs="Times New Roman"/>
                <w:szCs w:val="21"/>
              </w:rPr>
            </w:pPr>
          </w:p>
        </w:tc>
        <w:tc>
          <w:tcPr>
            <w:tcW w:w="1019" w:type="dxa"/>
            <w:vMerge/>
          </w:tcPr>
          <w:p w14:paraId="73D68CCA" w14:textId="77777777" w:rsidR="00497B11" w:rsidRPr="00293828" w:rsidRDefault="00497B11" w:rsidP="00293828">
            <w:pPr>
              <w:rPr>
                <w:rFonts w:ascii="Times New Roman" w:hAnsi="Times New Roman" w:cs="Times New Roman"/>
                <w:szCs w:val="21"/>
              </w:rPr>
            </w:pPr>
          </w:p>
        </w:tc>
        <w:tc>
          <w:tcPr>
            <w:tcW w:w="1019" w:type="dxa"/>
            <w:vMerge/>
          </w:tcPr>
          <w:p w14:paraId="08E415E6" w14:textId="77777777" w:rsidR="00497B11" w:rsidRPr="00293828" w:rsidRDefault="00497B11" w:rsidP="00293828">
            <w:pPr>
              <w:rPr>
                <w:rFonts w:ascii="Times New Roman" w:hAnsi="Times New Roman" w:cs="Times New Roman"/>
                <w:szCs w:val="21"/>
              </w:rPr>
            </w:pPr>
          </w:p>
        </w:tc>
        <w:tc>
          <w:tcPr>
            <w:tcW w:w="1044" w:type="dxa"/>
            <w:vMerge/>
          </w:tcPr>
          <w:p w14:paraId="3128DD6A" w14:textId="77777777" w:rsidR="00497B11" w:rsidRPr="00293828" w:rsidRDefault="00497B11" w:rsidP="00293828">
            <w:pPr>
              <w:rPr>
                <w:rFonts w:ascii="Times New Roman" w:hAnsi="Times New Roman" w:cs="Times New Roman"/>
                <w:szCs w:val="21"/>
              </w:rPr>
            </w:pPr>
          </w:p>
        </w:tc>
        <w:tc>
          <w:tcPr>
            <w:tcW w:w="1044" w:type="dxa"/>
            <w:vMerge/>
          </w:tcPr>
          <w:p w14:paraId="07C30294" w14:textId="77777777" w:rsidR="00497B11" w:rsidRPr="00293828" w:rsidRDefault="00497B11" w:rsidP="00293828">
            <w:pPr>
              <w:rPr>
                <w:rFonts w:ascii="Times New Roman" w:hAnsi="Times New Roman" w:cs="Times New Roman"/>
                <w:szCs w:val="21"/>
              </w:rPr>
            </w:pPr>
          </w:p>
        </w:tc>
      </w:tr>
      <w:tr w:rsidR="00497B11" w:rsidRPr="00293828" w14:paraId="5BEC9FED" w14:textId="77777777" w:rsidTr="009D45BD">
        <w:tc>
          <w:tcPr>
            <w:tcW w:w="982" w:type="dxa"/>
            <w:vAlign w:val="center"/>
          </w:tcPr>
          <w:p w14:paraId="332026C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31</w:t>
            </w:r>
          </w:p>
        </w:tc>
        <w:tc>
          <w:tcPr>
            <w:tcW w:w="1125" w:type="dxa"/>
            <w:vAlign w:val="center"/>
          </w:tcPr>
          <w:p w14:paraId="737D46D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205-&gt;211</w:t>
            </w:r>
          </w:p>
        </w:tc>
        <w:tc>
          <w:tcPr>
            <w:tcW w:w="1044" w:type="dxa"/>
            <w:vAlign w:val="center"/>
          </w:tcPr>
          <w:p w14:paraId="28135AB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0.45305</w:t>
            </w:r>
          </w:p>
        </w:tc>
        <w:tc>
          <w:tcPr>
            <w:tcW w:w="1019" w:type="dxa"/>
            <w:vAlign w:val="center"/>
          </w:tcPr>
          <w:p w14:paraId="098B990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6.5538</w:t>
            </w:r>
          </w:p>
        </w:tc>
        <w:tc>
          <w:tcPr>
            <w:tcW w:w="1019" w:type="dxa"/>
            <w:vAlign w:val="center"/>
          </w:tcPr>
          <w:p w14:paraId="4B79D7F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189.18</w:t>
            </w:r>
          </w:p>
        </w:tc>
        <w:tc>
          <w:tcPr>
            <w:tcW w:w="1019" w:type="dxa"/>
            <w:vAlign w:val="center"/>
          </w:tcPr>
          <w:p w14:paraId="1C5EEA5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0.0015</w:t>
            </w:r>
          </w:p>
        </w:tc>
        <w:tc>
          <w:tcPr>
            <w:tcW w:w="1044" w:type="dxa"/>
            <w:vAlign w:val="center"/>
          </w:tcPr>
          <w:p w14:paraId="0050A3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-3.3256</w:t>
            </w:r>
          </w:p>
        </w:tc>
        <w:tc>
          <w:tcPr>
            <w:tcW w:w="1044" w:type="dxa"/>
            <w:vAlign w:val="center"/>
          </w:tcPr>
          <w:p w14:paraId="3094EA4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-3.1787</w:t>
            </w:r>
          </w:p>
        </w:tc>
      </w:tr>
      <w:tr w:rsidR="00497B11" w:rsidRPr="00293828" w14:paraId="791E6FCD" w14:textId="77777777" w:rsidTr="009D45BD">
        <w:tc>
          <w:tcPr>
            <w:tcW w:w="982" w:type="dxa"/>
            <w:vMerge w:val="restart"/>
            <w:vAlign w:val="center"/>
          </w:tcPr>
          <w:p w14:paraId="1FC0322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32</w:t>
            </w:r>
          </w:p>
        </w:tc>
        <w:tc>
          <w:tcPr>
            <w:tcW w:w="1125" w:type="dxa"/>
            <w:vAlign w:val="center"/>
          </w:tcPr>
          <w:p w14:paraId="2B518B1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185-&gt;206</w:t>
            </w:r>
          </w:p>
        </w:tc>
        <w:tc>
          <w:tcPr>
            <w:tcW w:w="1044" w:type="dxa"/>
            <w:vAlign w:val="center"/>
          </w:tcPr>
          <w:p w14:paraId="7252BC2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-0.26502</w:t>
            </w:r>
          </w:p>
        </w:tc>
        <w:tc>
          <w:tcPr>
            <w:tcW w:w="1019" w:type="dxa"/>
            <w:vMerge w:val="restart"/>
            <w:vAlign w:val="center"/>
          </w:tcPr>
          <w:p w14:paraId="6B096EE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6.5610</w:t>
            </w:r>
          </w:p>
        </w:tc>
        <w:tc>
          <w:tcPr>
            <w:tcW w:w="1019" w:type="dxa"/>
            <w:vMerge w:val="restart"/>
            <w:vAlign w:val="center"/>
          </w:tcPr>
          <w:p w14:paraId="63F141A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188.97</w:t>
            </w:r>
          </w:p>
        </w:tc>
        <w:tc>
          <w:tcPr>
            <w:tcW w:w="1019" w:type="dxa"/>
            <w:vMerge w:val="restart"/>
            <w:vAlign w:val="center"/>
          </w:tcPr>
          <w:p w14:paraId="39708F7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0.0066</w:t>
            </w:r>
          </w:p>
        </w:tc>
        <w:tc>
          <w:tcPr>
            <w:tcW w:w="1044" w:type="dxa"/>
            <w:vMerge w:val="restart"/>
            <w:vAlign w:val="center"/>
          </w:tcPr>
          <w:p w14:paraId="2E3D96D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-2.9151</w:t>
            </w:r>
          </w:p>
        </w:tc>
        <w:tc>
          <w:tcPr>
            <w:tcW w:w="1044" w:type="dxa"/>
            <w:vMerge w:val="restart"/>
            <w:vAlign w:val="center"/>
          </w:tcPr>
          <w:p w14:paraId="0BD157B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-2.8984</w:t>
            </w:r>
          </w:p>
        </w:tc>
      </w:tr>
      <w:tr w:rsidR="00497B11" w:rsidRPr="00293828" w14:paraId="2B4DA265" w14:textId="77777777" w:rsidTr="009D45BD">
        <w:tc>
          <w:tcPr>
            <w:tcW w:w="982" w:type="dxa"/>
            <w:vMerge/>
          </w:tcPr>
          <w:p w14:paraId="1FB3FC64" w14:textId="77777777" w:rsidR="00497B11" w:rsidRPr="00293828" w:rsidRDefault="00497B11" w:rsidP="00293828">
            <w:pPr>
              <w:rPr>
                <w:rFonts w:ascii="Times New Roman" w:hAnsi="Times New Roman" w:cs="Times New Roman"/>
                <w:szCs w:val="21"/>
              </w:rPr>
            </w:pPr>
          </w:p>
        </w:tc>
        <w:tc>
          <w:tcPr>
            <w:tcW w:w="1125" w:type="dxa"/>
            <w:vAlign w:val="center"/>
          </w:tcPr>
          <w:p w14:paraId="56E657F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199-&gt;207</w:t>
            </w:r>
          </w:p>
        </w:tc>
        <w:tc>
          <w:tcPr>
            <w:tcW w:w="1044" w:type="dxa"/>
            <w:vAlign w:val="center"/>
          </w:tcPr>
          <w:p w14:paraId="5DC9EEE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-0.27657</w:t>
            </w:r>
          </w:p>
        </w:tc>
        <w:tc>
          <w:tcPr>
            <w:tcW w:w="1019" w:type="dxa"/>
            <w:vMerge/>
          </w:tcPr>
          <w:p w14:paraId="26DE1E82" w14:textId="77777777" w:rsidR="00497B11" w:rsidRPr="00293828" w:rsidRDefault="00497B11" w:rsidP="00293828">
            <w:pPr>
              <w:rPr>
                <w:rFonts w:ascii="Times New Roman" w:hAnsi="Times New Roman" w:cs="Times New Roman"/>
                <w:szCs w:val="21"/>
              </w:rPr>
            </w:pPr>
          </w:p>
        </w:tc>
        <w:tc>
          <w:tcPr>
            <w:tcW w:w="1019" w:type="dxa"/>
            <w:vMerge/>
          </w:tcPr>
          <w:p w14:paraId="324522DD" w14:textId="77777777" w:rsidR="00497B11" w:rsidRPr="00293828" w:rsidRDefault="00497B11" w:rsidP="00293828">
            <w:pPr>
              <w:rPr>
                <w:rFonts w:ascii="Times New Roman" w:hAnsi="Times New Roman" w:cs="Times New Roman"/>
                <w:szCs w:val="21"/>
              </w:rPr>
            </w:pPr>
          </w:p>
        </w:tc>
        <w:tc>
          <w:tcPr>
            <w:tcW w:w="1019" w:type="dxa"/>
            <w:vMerge/>
          </w:tcPr>
          <w:p w14:paraId="2157569F" w14:textId="77777777" w:rsidR="00497B11" w:rsidRPr="00293828" w:rsidRDefault="00497B11" w:rsidP="00293828">
            <w:pPr>
              <w:rPr>
                <w:rFonts w:ascii="Times New Roman" w:hAnsi="Times New Roman" w:cs="Times New Roman"/>
                <w:szCs w:val="21"/>
              </w:rPr>
            </w:pPr>
          </w:p>
        </w:tc>
        <w:tc>
          <w:tcPr>
            <w:tcW w:w="1044" w:type="dxa"/>
            <w:vMerge/>
          </w:tcPr>
          <w:p w14:paraId="2EA2DF8A" w14:textId="77777777" w:rsidR="00497B11" w:rsidRPr="00293828" w:rsidRDefault="00497B11" w:rsidP="00293828">
            <w:pPr>
              <w:rPr>
                <w:rFonts w:ascii="Times New Roman" w:hAnsi="Times New Roman" w:cs="Times New Roman"/>
                <w:szCs w:val="21"/>
              </w:rPr>
            </w:pPr>
          </w:p>
        </w:tc>
        <w:tc>
          <w:tcPr>
            <w:tcW w:w="1044" w:type="dxa"/>
            <w:vMerge/>
          </w:tcPr>
          <w:p w14:paraId="39667970" w14:textId="77777777" w:rsidR="00497B11" w:rsidRPr="00293828" w:rsidRDefault="00497B11" w:rsidP="00293828">
            <w:pPr>
              <w:rPr>
                <w:rFonts w:ascii="Times New Roman" w:hAnsi="Times New Roman" w:cs="Times New Roman"/>
                <w:szCs w:val="21"/>
              </w:rPr>
            </w:pPr>
          </w:p>
        </w:tc>
      </w:tr>
      <w:tr w:rsidR="00497B11" w:rsidRPr="00293828" w14:paraId="6B882A66" w14:textId="77777777" w:rsidTr="009D45BD">
        <w:tc>
          <w:tcPr>
            <w:tcW w:w="982" w:type="dxa"/>
            <w:vMerge/>
          </w:tcPr>
          <w:p w14:paraId="5C5BB4F6" w14:textId="77777777" w:rsidR="00497B11" w:rsidRPr="00293828" w:rsidRDefault="00497B11" w:rsidP="00293828">
            <w:pPr>
              <w:rPr>
                <w:rFonts w:ascii="Times New Roman" w:hAnsi="Times New Roman" w:cs="Times New Roman"/>
                <w:szCs w:val="21"/>
              </w:rPr>
            </w:pPr>
          </w:p>
        </w:tc>
        <w:tc>
          <w:tcPr>
            <w:tcW w:w="1125" w:type="dxa"/>
            <w:vAlign w:val="center"/>
          </w:tcPr>
          <w:p w14:paraId="453A2B0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205-&gt;211</w:t>
            </w:r>
          </w:p>
        </w:tc>
        <w:tc>
          <w:tcPr>
            <w:tcW w:w="1044" w:type="dxa"/>
            <w:vAlign w:val="center"/>
          </w:tcPr>
          <w:p w14:paraId="639116A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0.31907</w:t>
            </w:r>
          </w:p>
        </w:tc>
        <w:tc>
          <w:tcPr>
            <w:tcW w:w="1019" w:type="dxa"/>
            <w:vMerge/>
          </w:tcPr>
          <w:p w14:paraId="501E516B" w14:textId="77777777" w:rsidR="00497B11" w:rsidRPr="00293828" w:rsidRDefault="00497B11" w:rsidP="00293828">
            <w:pPr>
              <w:rPr>
                <w:rFonts w:ascii="Times New Roman" w:hAnsi="Times New Roman" w:cs="Times New Roman"/>
                <w:szCs w:val="21"/>
              </w:rPr>
            </w:pPr>
          </w:p>
        </w:tc>
        <w:tc>
          <w:tcPr>
            <w:tcW w:w="1019" w:type="dxa"/>
            <w:vMerge/>
          </w:tcPr>
          <w:p w14:paraId="3626466C" w14:textId="77777777" w:rsidR="00497B11" w:rsidRPr="00293828" w:rsidRDefault="00497B11" w:rsidP="00293828">
            <w:pPr>
              <w:rPr>
                <w:rFonts w:ascii="Times New Roman" w:hAnsi="Times New Roman" w:cs="Times New Roman"/>
                <w:szCs w:val="21"/>
              </w:rPr>
            </w:pPr>
          </w:p>
        </w:tc>
        <w:tc>
          <w:tcPr>
            <w:tcW w:w="1019" w:type="dxa"/>
            <w:vMerge/>
          </w:tcPr>
          <w:p w14:paraId="75685AD3" w14:textId="77777777" w:rsidR="00497B11" w:rsidRPr="00293828" w:rsidRDefault="00497B11" w:rsidP="00293828">
            <w:pPr>
              <w:rPr>
                <w:rFonts w:ascii="Times New Roman" w:hAnsi="Times New Roman" w:cs="Times New Roman"/>
                <w:szCs w:val="21"/>
              </w:rPr>
            </w:pPr>
          </w:p>
        </w:tc>
        <w:tc>
          <w:tcPr>
            <w:tcW w:w="1044" w:type="dxa"/>
            <w:vMerge/>
          </w:tcPr>
          <w:p w14:paraId="3F713655" w14:textId="77777777" w:rsidR="00497B11" w:rsidRPr="00293828" w:rsidRDefault="00497B11" w:rsidP="00293828">
            <w:pPr>
              <w:rPr>
                <w:rFonts w:ascii="Times New Roman" w:hAnsi="Times New Roman" w:cs="Times New Roman"/>
                <w:szCs w:val="21"/>
              </w:rPr>
            </w:pPr>
          </w:p>
        </w:tc>
        <w:tc>
          <w:tcPr>
            <w:tcW w:w="1044" w:type="dxa"/>
            <w:vMerge/>
          </w:tcPr>
          <w:p w14:paraId="753E2115" w14:textId="77777777" w:rsidR="00497B11" w:rsidRPr="00293828" w:rsidRDefault="00497B11" w:rsidP="00293828">
            <w:pPr>
              <w:rPr>
                <w:rFonts w:ascii="Times New Roman" w:hAnsi="Times New Roman" w:cs="Times New Roman"/>
                <w:szCs w:val="21"/>
              </w:rPr>
            </w:pPr>
          </w:p>
        </w:tc>
      </w:tr>
      <w:tr w:rsidR="00497B11" w:rsidRPr="00293828" w14:paraId="18594DD7" w14:textId="77777777" w:rsidTr="009D45BD">
        <w:tc>
          <w:tcPr>
            <w:tcW w:w="982" w:type="dxa"/>
            <w:vAlign w:val="center"/>
          </w:tcPr>
          <w:p w14:paraId="61CF69F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33</w:t>
            </w:r>
          </w:p>
        </w:tc>
        <w:tc>
          <w:tcPr>
            <w:tcW w:w="1125" w:type="dxa"/>
            <w:vAlign w:val="center"/>
          </w:tcPr>
          <w:p w14:paraId="6D21EE2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203-&gt;209</w:t>
            </w:r>
          </w:p>
        </w:tc>
        <w:tc>
          <w:tcPr>
            <w:tcW w:w="1044" w:type="dxa"/>
            <w:vAlign w:val="center"/>
          </w:tcPr>
          <w:p w14:paraId="49B9D61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0.50085</w:t>
            </w:r>
          </w:p>
        </w:tc>
        <w:tc>
          <w:tcPr>
            <w:tcW w:w="1019" w:type="dxa"/>
            <w:vAlign w:val="center"/>
          </w:tcPr>
          <w:p w14:paraId="7957D3E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6.5758</w:t>
            </w:r>
          </w:p>
        </w:tc>
        <w:tc>
          <w:tcPr>
            <w:tcW w:w="1019" w:type="dxa"/>
            <w:vAlign w:val="center"/>
          </w:tcPr>
          <w:p w14:paraId="396915B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188.55</w:t>
            </w:r>
          </w:p>
        </w:tc>
        <w:tc>
          <w:tcPr>
            <w:tcW w:w="1019" w:type="dxa"/>
            <w:vAlign w:val="center"/>
          </w:tcPr>
          <w:p w14:paraId="0F71F9F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0.0017</w:t>
            </w:r>
          </w:p>
        </w:tc>
        <w:tc>
          <w:tcPr>
            <w:tcW w:w="1044" w:type="dxa"/>
            <w:vAlign w:val="center"/>
          </w:tcPr>
          <w:p w14:paraId="228EA02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-0.2776</w:t>
            </w:r>
          </w:p>
        </w:tc>
        <w:tc>
          <w:tcPr>
            <w:tcW w:w="1044" w:type="dxa"/>
            <w:vAlign w:val="center"/>
          </w:tcPr>
          <w:p w14:paraId="54A350A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-0.3008</w:t>
            </w:r>
          </w:p>
        </w:tc>
      </w:tr>
      <w:tr w:rsidR="00497B11" w:rsidRPr="00293828" w14:paraId="7A7FA220" w14:textId="77777777" w:rsidTr="009D45BD">
        <w:tc>
          <w:tcPr>
            <w:tcW w:w="982" w:type="dxa"/>
            <w:vMerge w:val="restart"/>
            <w:vAlign w:val="center"/>
          </w:tcPr>
          <w:p w14:paraId="350BF5A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34</w:t>
            </w:r>
          </w:p>
        </w:tc>
        <w:tc>
          <w:tcPr>
            <w:tcW w:w="1125" w:type="dxa"/>
            <w:vAlign w:val="center"/>
          </w:tcPr>
          <w:p w14:paraId="26DC5C5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187-&gt;206</w:t>
            </w:r>
          </w:p>
        </w:tc>
        <w:tc>
          <w:tcPr>
            <w:tcW w:w="1044" w:type="dxa"/>
            <w:vAlign w:val="center"/>
          </w:tcPr>
          <w:p w14:paraId="6ECE55E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0.41125</w:t>
            </w:r>
          </w:p>
        </w:tc>
        <w:tc>
          <w:tcPr>
            <w:tcW w:w="1019" w:type="dxa"/>
            <w:vMerge w:val="restart"/>
            <w:vAlign w:val="center"/>
          </w:tcPr>
          <w:p w14:paraId="7CC388B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6.6077</w:t>
            </w:r>
          </w:p>
        </w:tc>
        <w:tc>
          <w:tcPr>
            <w:tcW w:w="1019" w:type="dxa"/>
            <w:vMerge w:val="restart"/>
            <w:vAlign w:val="center"/>
          </w:tcPr>
          <w:p w14:paraId="7461AF7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187.64</w:t>
            </w:r>
          </w:p>
        </w:tc>
        <w:tc>
          <w:tcPr>
            <w:tcW w:w="1019" w:type="dxa"/>
            <w:vMerge w:val="restart"/>
            <w:vAlign w:val="center"/>
          </w:tcPr>
          <w:p w14:paraId="629595B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0.0029</w:t>
            </w:r>
          </w:p>
        </w:tc>
        <w:tc>
          <w:tcPr>
            <w:tcW w:w="1044" w:type="dxa"/>
            <w:vMerge w:val="restart"/>
            <w:vAlign w:val="center"/>
          </w:tcPr>
          <w:p w14:paraId="1F9C6DF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1.4857</w:t>
            </w:r>
          </w:p>
        </w:tc>
        <w:tc>
          <w:tcPr>
            <w:tcW w:w="1044" w:type="dxa"/>
            <w:vMerge w:val="restart"/>
            <w:vAlign w:val="center"/>
          </w:tcPr>
          <w:p w14:paraId="4F3334D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1.3918</w:t>
            </w:r>
          </w:p>
        </w:tc>
      </w:tr>
      <w:tr w:rsidR="00497B11" w:rsidRPr="00293828" w14:paraId="2C139856" w14:textId="77777777" w:rsidTr="009D45BD">
        <w:tc>
          <w:tcPr>
            <w:tcW w:w="982" w:type="dxa"/>
            <w:vMerge/>
          </w:tcPr>
          <w:p w14:paraId="0D7BAD66" w14:textId="77777777" w:rsidR="00497B11" w:rsidRPr="00293828" w:rsidRDefault="00497B11" w:rsidP="00293828">
            <w:pPr>
              <w:rPr>
                <w:rFonts w:ascii="Times New Roman" w:hAnsi="Times New Roman" w:cs="Times New Roman"/>
                <w:szCs w:val="21"/>
              </w:rPr>
            </w:pPr>
          </w:p>
        </w:tc>
        <w:tc>
          <w:tcPr>
            <w:tcW w:w="1125" w:type="dxa"/>
            <w:vAlign w:val="center"/>
          </w:tcPr>
          <w:p w14:paraId="5CB7DAA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201-&gt;207</w:t>
            </w:r>
          </w:p>
        </w:tc>
        <w:tc>
          <w:tcPr>
            <w:tcW w:w="1044" w:type="dxa"/>
            <w:vAlign w:val="center"/>
          </w:tcPr>
          <w:p w14:paraId="144B0B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-0.2839</w:t>
            </w:r>
          </w:p>
        </w:tc>
        <w:tc>
          <w:tcPr>
            <w:tcW w:w="1019" w:type="dxa"/>
            <w:vMerge/>
          </w:tcPr>
          <w:p w14:paraId="1DFCBD39" w14:textId="77777777" w:rsidR="00497B11" w:rsidRPr="00293828" w:rsidRDefault="00497B11" w:rsidP="00293828">
            <w:pPr>
              <w:rPr>
                <w:rFonts w:ascii="Times New Roman" w:hAnsi="Times New Roman" w:cs="Times New Roman"/>
                <w:szCs w:val="21"/>
              </w:rPr>
            </w:pPr>
          </w:p>
        </w:tc>
        <w:tc>
          <w:tcPr>
            <w:tcW w:w="1019" w:type="dxa"/>
            <w:vMerge/>
          </w:tcPr>
          <w:p w14:paraId="03F3F50C" w14:textId="77777777" w:rsidR="00497B11" w:rsidRPr="00293828" w:rsidRDefault="00497B11" w:rsidP="00293828">
            <w:pPr>
              <w:rPr>
                <w:rFonts w:ascii="Times New Roman" w:hAnsi="Times New Roman" w:cs="Times New Roman"/>
                <w:szCs w:val="21"/>
              </w:rPr>
            </w:pPr>
          </w:p>
        </w:tc>
        <w:tc>
          <w:tcPr>
            <w:tcW w:w="1019" w:type="dxa"/>
            <w:vMerge/>
          </w:tcPr>
          <w:p w14:paraId="410C8FD2" w14:textId="77777777" w:rsidR="00497B11" w:rsidRPr="00293828" w:rsidRDefault="00497B11" w:rsidP="00293828">
            <w:pPr>
              <w:rPr>
                <w:rFonts w:ascii="Times New Roman" w:hAnsi="Times New Roman" w:cs="Times New Roman"/>
                <w:szCs w:val="21"/>
              </w:rPr>
            </w:pPr>
          </w:p>
        </w:tc>
        <w:tc>
          <w:tcPr>
            <w:tcW w:w="1044" w:type="dxa"/>
            <w:vMerge/>
          </w:tcPr>
          <w:p w14:paraId="19F6498D" w14:textId="77777777" w:rsidR="00497B11" w:rsidRPr="00293828" w:rsidRDefault="00497B11" w:rsidP="00293828">
            <w:pPr>
              <w:rPr>
                <w:rFonts w:ascii="Times New Roman" w:hAnsi="Times New Roman" w:cs="Times New Roman"/>
                <w:szCs w:val="21"/>
              </w:rPr>
            </w:pPr>
          </w:p>
        </w:tc>
        <w:tc>
          <w:tcPr>
            <w:tcW w:w="1044" w:type="dxa"/>
            <w:vMerge/>
          </w:tcPr>
          <w:p w14:paraId="18706D08" w14:textId="77777777" w:rsidR="00497B11" w:rsidRPr="00293828" w:rsidRDefault="00497B11" w:rsidP="00293828">
            <w:pPr>
              <w:rPr>
                <w:rFonts w:ascii="Times New Roman" w:hAnsi="Times New Roman" w:cs="Times New Roman"/>
                <w:szCs w:val="21"/>
              </w:rPr>
            </w:pPr>
          </w:p>
        </w:tc>
      </w:tr>
      <w:tr w:rsidR="00497B11" w:rsidRPr="00293828" w14:paraId="40E4B1D7" w14:textId="77777777" w:rsidTr="009D45BD">
        <w:tc>
          <w:tcPr>
            <w:tcW w:w="982" w:type="dxa"/>
            <w:vMerge/>
          </w:tcPr>
          <w:p w14:paraId="06C7D936" w14:textId="77777777" w:rsidR="00497B11" w:rsidRPr="00293828" w:rsidRDefault="00497B11" w:rsidP="00293828">
            <w:pPr>
              <w:rPr>
                <w:rFonts w:ascii="Times New Roman" w:hAnsi="Times New Roman" w:cs="Times New Roman"/>
                <w:szCs w:val="21"/>
              </w:rPr>
            </w:pPr>
          </w:p>
        </w:tc>
        <w:tc>
          <w:tcPr>
            <w:tcW w:w="1125" w:type="dxa"/>
            <w:vAlign w:val="center"/>
          </w:tcPr>
          <w:p w14:paraId="3BE4A86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202-&gt;207</w:t>
            </w:r>
          </w:p>
        </w:tc>
        <w:tc>
          <w:tcPr>
            <w:tcW w:w="1044" w:type="dxa"/>
            <w:vAlign w:val="center"/>
          </w:tcPr>
          <w:p w14:paraId="4E1D9C0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0.22829</w:t>
            </w:r>
          </w:p>
        </w:tc>
        <w:tc>
          <w:tcPr>
            <w:tcW w:w="1019" w:type="dxa"/>
            <w:vMerge/>
          </w:tcPr>
          <w:p w14:paraId="60F7E194" w14:textId="77777777" w:rsidR="00497B11" w:rsidRPr="00293828" w:rsidRDefault="00497B11" w:rsidP="00293828">
            <w:pPr>
              <w:rPr>
                <w:rFonts w:ascii="Times New Roman" w:hAnsi="Times New Roman" w:cs="Times New Roman"/>
                <w:szCs w:val="21"/>
              </w:rPr>
            </w:pPr>
          </w:p>
        </w:tc>
        <w:tc>
          <w:tcPr>
            <w:tcW w:w="1019" w:type="dxa"/>
            <w:vMerge/>
          </w:tcPr>
          <w:p w14:paraId="2095E294" w14:textId="77777777" w:rsidR="00497B11" w:rsidRPr="00293828" w:rsidRDefault="00497B11" w:rsidP="00293828">
            <w:pPr>
              <w:rPr>
                <w:rFonts w:ascii="Times New Roman" w:hAnsi="Times New Roman" w:cs="Times New Roman"/>
                <w:szCs w:val="21"/>
              </w:rPr>
            </w:pPr>
          </w:p>
        </w:tc>
        <w:tc>
          <w:tcPr>
            <w:tcW w:w="1019" w:type="dxa"/>
            <w:vMerge/>
          </w:tcPr>
          <w:p w14:paraId="31220C40" w14:textId="77777777" w:rsidR="00497B11" w:rsidRPr="00293828" w:rsidRDefault="00497B11" w:rsidP="00293828">
            <w:pPr>
              <w:rPr>
                <w:rFonts w:ascii="Times New Roman" w:hAnsi="Times New Roman" w:cs="Times New Roman"/>
                <w:szCs w:val="21"/>
              </w:rPr>
            </w:pPr>
          </w:p>
        </w:tc>
        <w:tc>
          <w:tcPr>
            <w:tcW w:w="1044" w:type="dxa"/>
            <w:vMerge/>
          </w:tcPr>
          <w:p w14:paraId="023CCDD8" w14:textId="77777777" w:rsidR="00497B11" w:rsidRPr="00293828" w:rsidRDefault="00497B11" w:rsidP="00293828">
            <w:pPr>
              <w:rPr>
                <w:rFonts w:ascii="Times New Roman" w:hAnsi="Times New Roman" w:cs="Times New Roman"/>
                <w:szCs w:val="21"/>
              </w:rPr>
            </w:pPr>
          </w:p>
        </w:tc>
        <w:tc>
          <w:tcPr>
            <w:tcW w:w="1044" w:type="dxa"/>
            <w:vMerge/>
          </w:tcPr>
          <w:p w14:paraId="71B17BBB" w14:textId="77777777" w:rsidR="00497B11" w:rsidRPr="00293828" w:rsidRDefault="00497B11" w:rsidP="00293828">
            <w:pPr>
              <w:rPr>
                <w:rFonts w:ascii="Times New Roman" w:hAnsi="Times New Roman" w:cs="Times New Roman"/>
                <w:szCs w:val="21"/>
              </w:rPr>
            </w:pPr>
          </w:p>
        </w:tc>
      </w:tr>
      <w:tr w:rsidR="00497B11" w:rsidRPr="00293828" w14:paraId="28054DFC" w14:textId="77777777" w:rsidTr="009D45BD">
        <w:tc>
          <w:tcPr>
            <w:tcW w:w="982" w:type="dxa"/>
            <w:vMerge w:val="restart"/>
            <w:vAlign w:val="center"/>
          </w:tcPr>
          <w:p w14:paraId="20876E1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35</w:t>
            </w:r>
          </w:p>
        </w:tc>
        <w:tc>
          <w:tcPr>
            <w:tcW w:w="1125" w:type="dxa"/>
            <w:vAlign w:val="center"/>
          </w:tcPr>
          <w:p w14:paraId="0696E17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187-&gt;206</w:t>
            </w:r>
          </w:p>
        </w:tc>
        <w:tc>
          <w:tcPr>
            <w:tcW w:w="1044" w:type="dxa"/>
            <w:vAlign w:val="center"/>
          </w:tcPr>
          <w:p w14:paraId="655450C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0.34587</w:t>
            </w:r>
          </w:p>
        </w:tc>
        <w:tc>
          <w:tcPr>
            <w:tcW w:w="1019" w:type="dxa"/>
            <w:vMerge w:val="restart"/>
            <w:vAlign w:val="center"/>
          </w:tcPr>
          <w:p w14:paraId="6EAC6F4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6.6141</w:t>
            </w:r>
          </w:p>
        </w:tc>
        <w:tc>
          <w:tcPr>
            <w:tcW w:w="1019" w:type="dxa"/>
            <w:vMerge w:val="restart"/>
            <w:vAlign w:val="center"/>
          </w:tcPr>
          <w:p w14:paraId="683620C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187.46</w:t>
            </w:r>
          </w:p>
        </w:tc>
        <w:tc>
          <w:tcPr>
            <w:tcW w:w="1019" w:type="dxa"/>
            <w:vMerge w:val="restart"/>
            <w:vAlign w:val="center"/>
          </w:tcPr>
          <w:p w14:paraId="7F955E3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0.0074</w:t>
            </w:r>
          </w:p>
        </w:tc>
        <w:tc>
          <w:tcPr>
            <w:tcW w:w="1044" w:type="dxa"/>
            <w:vMerge w:val="restart"/>
            <w:vAlign w:val="center"/>
          </w:tcPr>
          <w:p w14:paraId="204C6CF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-1.7744</w:t>
            </w:r>
          </w:p>
        </w:tc>
        <w:tc>
          <w:tcPr>
            <w:tcW w:w="1044" w:type="dxa"/>
            <w:vMerge w:val="restart"/>
            <w:vAlign w:val="center"/>
          </w:tcPr>
          <w:p w14:paraId="2EFC819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-1.677</w:t>
            </w:r>
          </w:p>
        </w:tc>
      </w:tr>
      <w:tr w:rsidR="00497B11" w:rsidRPr="00293828" w14:paraId="4D71C7EF" w14:textId="77777777" w:rsidTr="009D45BD">
        <w:tc>
          <w:tcPr>
            <w:tcW w:w="982" w:type="dxa"/>
            <w:vMerge/>
          </w:tcPr>
          <w:p w14:paraId="6E8D903D" w14:textId="77777777" w:rsidR="00497B11" w:rsidRPr="00293828" w:rsidRDefault="00497B11" w:rsidP="00293828">
            <w:pPr>
              <w:rPr>
                <w:rFonts w:ascii="Times New Roman" w:hAnsi="Times New Roman" w:cs="Times New Roman"/>
                <w:szCs w:val="21"/>
              </w:rPr>
            </w:pPr>
          </w:p>
        </w:tc>
        <w:tc>
          <w:tcPr>
            <w:tcW w:w="1125" w:type="dxa"/>
            <w:vAlign w:val="center"/>
          </w:tcPr>
          <w:p w14:paraId="47E3703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201-&gt;207</w:t>
            </w:r>
          </w:p>
        </w:tc>
        <w:tc>
          <w:tcPr>
            <w:tcW w:w="1044" w:type="dxa"/>
            <w:vAlign w:val="center"/>
          </w:tcPr>
          <w:p w14:paraId="7B55CC9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0.31946</w:t>
            </w:r>
          </w:p>
        </w:tc>
        <w:tc>
          <w:tcPr>
            <w:tcW w:w="1019" w:type="dxa"/>
            <w:vMerge/>
          </w:tcPr>
          <w:p w14:paraId="2595D2E9" w14:textId="77777777" w:rsidR="00497B11" w:rsidRPr="00293828" w:rsidRDefault="00497B11" w:rsidP="00293828">
            <w:pPr>
              <w:rPr>
                <w:rFonts w:ascii="Times New Roman" w:hAnsi="Times New Roman" w:cs="Times New Roman"/>
                <w:szCs w:val="21"/>
              </w:rPr>
            </w:pPr>
          </w:p>
        </w:tc>
        <w:tc>
          <w:tcPr>
            <w:tcW w:w="1019" w:type="dxa"/>
            <w:vMerge/>
          </w:tcPr>
          <w:p w14:paraId="7FC8EE69" w14:textId="77777777" w:rsidR="00497B11" w:rsidRPr="00293828" w:rsidRDefault="00497B11" w:rsidP="00293828">
            <w:pPr>
              <w:rPr>
                <w:rFonts w:ascii="Times New Roman" w:hAnsi="Times New Roman" w:cs="Times New Roman"/>
                <w:szCs w:val="21"/>
              </w:rPr>
            </w:pPr>
          </w:p>
        </w:tc>
        <w:tc>
          <w:tcPr>
            <w:tcW w:w="1019" w:type="dxa"/>
            <w:vMerge/>
          </w:tcPr>
          <w:p w14:paraId="5A6F3412" w14:textId="77777777" w:rsidR="00497B11" w:rsidRPr="00293828" w:rsidRDefault="00497B11" w:rsidP="00293828">
            <w:pPr>
              <w:rPr>
                <w:rFonts w:ascii="Times New Roman" w:hAnsi="Times New Roman" w:cs="Times New Roman"/>
                <w:szCs w:val="21"/>
              </w:rPr>
            </w:pPr>
          </w:p>
        </w:tc>
        <w:tc>
          <w:tcPr>
            <w:tcW w:w="1044" w:type="dxa"/>
            <w:vMerge/>
          </w:tcPr>
          <w:p w14:paraId="772D6F2D" w14:textId="77777777" w:rsidR="00497B11" w:rsidRPr="00293828" w:rsidRDefault="00497B11" w:rsidP="00293828">
            <w:pPr>
              <w:rPr>
                <w:rFonts w:ascii="Times New Roman" w:hAnsi="Times New Roman" w:cs="Times New Roman"/>
                <w:szCs w:val="21"/>
              </w:rPr>
            </w:pPr>
          </w:p>
        </w:tc>
        <w:tc>
          <w:tcPr>
            <w:tcW w:w="1044" w:type="dxa"/>
            <w:vMerge/>
          </w:tcPr>
          <w:p w14:paraId="250F0CFB" w14:textId="77777777" w:rsidR="00497B11" w:rsidRPr="00293828" w:rsidRDefault="00497B11" w:rsidP="00293828">
            <w:pPr>
              <w:rPr>
                <w:rFonts w:ascii="Times New Roman" w:hAnsi="Times New Roman" w:cs="Times New Roman"/>
                <w:szCs w:val="21"/>
              </w:rPr>
            </w:pPr>
          </w:p>
        </w:tc>
      </w:tr>
      <w:tr w:rsidR="00497B11" w:rsidRPr="00293828" w14:paraId="04ADB840" w14:textId="77777777" w:rsidTr="009D45BD">
        <w:tc>
          <w:tcPr>
            <w:tcW w:w="982" w:type="dxa"/>
            <w:vMerge w:val="restart"/>
            <w:vAlign w:val="center"/>
          </w:tcPr>
          <w:p w14:paraId="210FF1F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36</w:t>
            </w:r>
          </w:p>
        </w:tc>
        <w:tc>
          <w:tcPr>
            <w:tcW w:w="1125" w:type="dxa"/>
            <w:vAlign w:val="center"/>
          </w:tcPr>
          <w:p w14:paraId="7BC372C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205-&gt;210</w:t>
            </w:r>
          </w:p>
        </w:tc>
        <w:tc>
          <w:tcPr>
            <w:tcW w:w="1044" w:type="dxa"/>
            <w:vAlign w:val="center"/>
          </w:tcPr>
          <w:p w14:paraId="1416ACB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0.39375</w:t>
            </w:r>
          </w:p>
        </w:tc>
        <w:tc>
          <w:tcPr>
            <w:tcW w:w="1019" w:type="dxa"/>
            <w:vMerge w:val="restart"/>
            <w:vAlign w:val="center"/>
          </w:tcPr>
          <w:p w14:paraId="44EC7DF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6.6606</w:t>
            </w:r>
          </w:p>
        </w:tc>
        <w:tc>
          <w:tcPr>
            <w:tcW w:w="1019" w:type="dxa"/>
            <w:vMerge w:val="restart"/>
            <w:vAlign w:val="center"/>
          </w:tcPr>
          <w:p w14:paraId="3FAA0B6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186.14</w:t>
            </w:r>
          </w:p>
        </w:tc>
        <w:tc>
          <w:tcPr>
            <w:tcW w:w="1019" w:type="dxa"/>
            <w:vMerge w:val="restart"/>
            <w:vAlign w:val="center"/>
          </w:tcPr>
          <w:p w14:paraId="79846CF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0.0003</w:t>
            </w:r>
          </w:p>
        </w:tc>
        <w:tc>
          <w:tcPr>
            <w:tcW w:w="1044" w:type="dxa"/>
            <w:vMerge w:val="restart"/>
            <w:vAlign w:val="center"/>
          </w:tcPr>
          <w:p w14:paraId="68555E4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1.062</w:t>
            </w:r>
          </w:p>
        </w:tc>
        <w:tc>
          <w:tcPr>
            <w:tcW w:w="1044" w:type="dxa"/>
            <w:vMerge w:val="restart"/>
            <w:vAlign w:val="center"/>
          </w:tcPr>
          <w:p w14:paraId="2E0EB11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0.9955</w:t>
            </w:r>
          </w:p>
        </w:tc>
      </w:tr>
      <w:tr w:rsidR="00497B11" w:rsidRPr="00293828" w14:paraId="331902BA" w14:textId="77777777" w:rsidTr="009D45BD">
        <w:tc>
          <w:tcPr>
            <w:tcW w:w="982" w:type="dxa"/>
            <w:vMerge/>
          </w:tcPr>
          <w:p w14:paraId="17821564" w14:textId="77777777" w:rsidR="00497B11" w:rsidRPr="00293828" w:rsidRDefault="00497B11" w:rsidP="00293828">
            <w:pPr>
              <w:rPr>
                <w:rFonts w:ascii="Times New Roman" w:hAnsi="Times New Roman" w:cs="Times New Roman"/>
                <w:szCs w:val="21"/>
              </w:rPr>
            </w:pPr>
          </w:p>
        </w:tc>
        <w:tc>
          <w:tcPr>
            <w:tcW w:w="1125" w:type="dxa"/>
            <w:vAlign w:val="center"/>
          </w:tcPr>
          <w:p w14:paraId="747B624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205-&gt;213</w:t>
            </w:r>
          </w:p>
        </w:tc>
        <w:tc>
          <w:tcPr>
            <w:tcW w:w="1044" w:type="dxa"/>
            <w:vAlign w:val="center"/>
          </w:tcPr>
          <w:p w14:paraId="3C75826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0.47263</w:t>
            </w:r>
          </w:p>
        </w:tc>
        <w:tc>
          <w:tcPr>
            <w:tcW w:w="1019" w:type="dxa"/>
            <w:vMerge/>
          </w:tcPr>
          <w:p w14:paraId="03177538" w14:textId="77777777" w:rsidR="00497B11" w:rsidRPr="00293828" w:rsidRDefault="00497B11" w:rsidP="00293828">
            <w:pPr>
              <w:rPr>
                <w:rFonts w:ascii="Times New Roman" w:hAnsi="Times New Roman" w:cs="Times New Roman"/>
                <w:szCs w:val="21"/>
              </w:rPr>
            </w:pPr>
          </w:p>
        </w:tc>
        <w:tc>
          <w:tcPr>
            <w:tcW w:w="1019" w:type="dxa"/>
            <w:vMerge/>
          </w:tcPr>
          <w:p w14:paraId="35F89EBD" w14:textId="77777777" w:rsidR="00497B11" w:rsidRPr="00293828" w:rsidRDefault="00497B11" w:rsidP="00293828">
            <w:pPr>
              <w:rPr>
                <w:rFonts w:ascii="Times New Roman" w:hAnsi="Times New Roman" w:cs="Times New Roman"/>
                <w:szCs w:val="21"/>
              </w:rPr>
            </w:pPr>
          </w:p>
        </w:tc>
        <w:tc>
          <w:tcPr>
            <w:tcW w:w="1019" w:type="dxa"/>
            <w:vMerge/>
          </w:tcPr>
          <w:p w14:paraId="1DEE97C0" w14:textId="77777777" w:rsidR="00497B11" w:rsidRPr="00293828" w:rsidRDefault="00497B11" w:rsidP="00293828">
            <w:pPr>
              <w:rPr>
                <w:rFonts w:ascii="Times New Roman" w:hAnsi="Times New Roman" w:cs="Times New Roman"/>
                <w:szCs w:val="21"/>
              </w:rPr>
            </w:pPr>
          </w:p>
        </w:tc>
        <w:tc>
          <w:tcPr>
            <w:tcW w:w="1044" w:type="dxa"/>
            <w:vMerge/>
          </w:tcPr>
          <w:p w14:paraId="6540581F" w14:textId="77777777" w:rsidR="00497B11" w:rsidRPr="00293828" w:rsidRDefault="00497B11" w:rsidP="00293828">
            <w:pPr>
              <w:rPr>
                <w:rFonts w:ascii="Times New Roman" w:hAnsi="Times New Roman" w:cs="Times New Roman"/>
                <w:szCs w:val="21"/>
              </w:rPr>
            </w:pPr>
          </w:p>
        </w:tc>
        <w:tc>
          <w:tcPr>
            <w:tcW w:w="1044" w:type="dxa"/>
            <w:vMerge/>
          </w:tcPr>
          <w:p w14:paraId="70818004" w14:textId="77777777" w:rsidR="00497B11" w:rsidRPr="00293828" w:rsidRDefault="00497B11" w:rsidP="00293828">
            <w:pPr>
              <w:rPr>
                <w:rFonts w:ascii="Times New Roman" w:hAnsi="Times New Roman" w:cs="Times New Roman"/>
                <w:szCs w:val="21"/>
              </w:rPr>
            </w:pPr>
          </w:p>
        </w:tc>
      </w:tr>
    </w:tbl>
    <w:p w14:paraId="618A7B5A" w14:textId="77777777" w:rsidR="00497B11" w:rsidRPr="00293828" w:rsidRDefault="00497B11" w:rsidP="00293828">
      <w:pPr>
        <w:spacing w:after="40" w:line="360" w:lineRule="auto"/>
        <w:rPr>
          <w:rFonts w:ascii="Times New Roman" w:hAnsi="Times New Roman" w:cs="Times New Roman"/>
          <w:szCs w:val="21"/>
          <w14:ligatures w14:val="none"/>
        </w:rPr>
      </w:pPr>
      <w:proofErr w:type="spellStart"/>
      <w:r w:rsidRPr="00293828">
        <w:rPr>
          <w:rFonts w:ascii="Times New Roman" w:hAnsi="Times New Roman" w:cs="Times New Roman"/>
          <w:i/>
          <w:iCs/>
          <w:szCs w:val="21"/>
          <w:vertAlign w:val="superscript"/>
          <w14:ligatures w14:val="none"/>
        </w:rPr>
        <w:t>a</w:t>
      </w:r>
      <w:r w:rsidRPr="00293828">
        <w:rPr>
          <w:rFonts w:ascii="Times New Roman" w:hAnsi="Times New Roman" w:cs="Times New Roman"/>
          <w:szCs w:val="21"/>
          <w14:ligatures w14:val="none"/>
        </w:rPr>
        <w:t>Number</w:t>
      </w:r>
      <w:proofErr w:type="spellEnd"/>
      <w:r w:rsidRPr="00293828">
        <w:rPr>
          <w:rFonts w:ascii="Times New Roman" w:hAnsi="Times New Roman" w:cs="Times New Roman"/>
          <w:szCs w:val="21"/>
          <w14:ligatures w14:val="none"/>
        </w:rPr>
        <w:t xml:space="preserve"> of the excited states; </w:t>
      </w:r>
      <w:proofErr w:type="spellStart"/>
      <w:r w:rsidRPr="00293828">
        <w:rPr>
          <w:rFonts w:ascii="Times New Roman" w:hAnsi="Times New Roman" w:cs="Times New Roman"/>
          <w:i/>
          <w:iCs/>
          <w:szCs w:val="21"/>
          <w:vertAlign w:val="superscript"/>
          <w14:ligatures w14:val="none"/>
        </w:rPr>
        <w:t>b</w:t>
      </w:r>
      <w:r w:rsidRPr="00293828">
        <w:rPr>
          <w:rFonts w:ascii="Times New Roman" w:hAnsi="Times New Roman" w:cs="Times New Roman"/>
          <w:szCs w:val="21"/>
          <w14:ligatures w14:val="none"/>
        </w:rPr>
        <w:t>Only</w:t>
      </w:r>
      <w:proofErr w:type="spellEnd"/>
      <w:r w:rsidRPr="00293828">
        <w:rPr>
          <w:rFonts w:ascii="Times New Roman" w:hAnsi="Times New Roman" w:cs="Times New Roman"/>
          <w:szCs w:val="21"/>
          <w14:ligatures w14:val="none"/>
        </w:rPr>
        <w:t xml:space="preserve"> transitions with contribution over </w:t>
      </w:r>
      <w:r w:rsidRPr="00293828">
        <w:rPr>
          <w:rFonts w:ascii="Times New Roman" w:hAnsi="Times New Roman" w:cs="Times New Roman" w:hint="eastAsia"/>
          <w:szCs w:val="21"/>
          <w14:ligatures w14:val="none"/>
        </w:rPr>
        <w:t>10</w:t>
      </w:r>
      <w:r w:rsidRPr="00293828">
        <w:rPr>
          <w:rFonts w:ascii="Times New Roman" w:hAnsi="Times New Roman" w:cs="Times New Roman"/>
          <w:szCs w:val="21"/>
          <w14:ligatures w14:val="none"/>
        </w:rPr>
        <w:t xml:space="preserve">.0% were listed; </w:t>
      </w:r>
      <w:proofErr w:type="spellStart"/>
      <w:r w:rsidRPr="00293828">
        <w:rPr>
          <w:rFonts w:ascii="Times New Roman" w:hAnsi="Times New Roman" w:cs="Times New Roman"/>
          <w:i/>
          <w:iCs/>
          <w:szCs w:val="21"/>
          <w:vertAlign w:val="superscript"/>
          <w14:ligatures w14:val="none"/>
        </w:rPr>
        <w:t>c</w:t>
      </w:r>
      <w:r w:rsidRPr="00293828">
        <w:rPr>
          <w:rFonts w:ascii="Times New Roman" w:hAnsi="Times New Roman" w:cs="Times New Roman"/>
          <w:szCs w:val="21"/>
          <w14:ligatures w14:val="none"/>
        </w:rPr>
        <w:t>Configuration</w:t>
      </w:r>
      <w:proofErr w:type="spellEnd"/>
      <w:r w:rsidRPr="00293828">
        <w:rPr>
          <w:rFonts w:ascii="Times New Roman" w:hAnsi="Times New Roman" w:cs="Times New Roman"/>
          <w:szCs w:val="21"/>
          <w14:ligatures w14:val="none"/>
        </w:rPr>
        <w:t xml:space="preserve">-interaction coefficient; </w:t>
      </w:r>
      <w:proofErr w:type="spellStart"/>
      <w:r w:rsidRPr="00293828">
        <w:rPr>
          <w:rFonts w:ascii="Times New Roman" w:hAnsi="Times New Roman" w:cs="Times New Roman"/>
          <w:i/>
          <w:iCs/>
          <w:szCs w:val="21"/>
          <w:vertAlign w:val="superscript"/>
          <w14:ligatures w14:val="none"/>
        </w:rPr>
        <w:t>d</w:t>
      </w:r>
      <w:r w:rsidRPr="00293828">
        <w:rPr>
          <w:rFonts w:ascii="Times New Roman" w:hAnsi="Times New Roman" w:cs="Times New Roman"/>
          <w:szCs w:val="21"/>
          <w14:ligatures w14:val="none"/>
        </w:rPr>
        <w:t>Excitation</w:t>
      </w:r>
      <w:proofErr w:type="spellEnd"/>
      <w:r w:rsidRPr="00293828">
        <w:rPr>
          <w:rFonts w:ascii="Times New Roman" w:hAnsi="Times New Roman" w:cs="Times New Roman"/>
          <w:szCs w:val="21"/>
          <w14:ligatures w14:val="none"/>
        </w:rPr>
        <w:t xml:space="preserve"> energy; </w:t>
      </w:r>
      <w:proofErr w:type="spellStart"/>
      <w:r w:rsidRPr="00293828">
        <w:rPr>
          <w:rFonts w:ascii="Times New Roman" w:hAnsi="Times New Roman" w:cs="Times New Roman"/>
          <w:i/>
          <w:iCs/>
          <w:szCs w:val="21"/>
          <w:vertAlign w:val="superscript"/>
          <w14:ligatures w14:val="none"/>
        </w:rPr>
        <w:t>e</w:t>
      </w:r>
      <w:r w:rsidRPr="00293828">
        <w:rPr>
          <w:rFonts w:ascii="Times New Roman" w:hAnsi="Times New Roman" w:cs="Times New Roman"/>
          <w:szCs w:val="21"/>
          <w14:ligatures w14:val="none"/>
        </w:rPr>
        <w:t>Wavelength</w:t>
      </w:r>
      <w:proofErr w:type="spellEnd"/>
      <w:r w:rsidRPr="00293828">
        <w:rPr>
          <w:rFonts w:ascii="Times New Roman" w:hAnsi="Times New Roman" w:cs="Times New Roman"/>
          <w:szCs w:val="21"/>
          <w14:ligatures w14:val="none"/>
        </w:rPr>
        <w:t>;</w:t>
      </w:r>
      <w:r w:rsidRPr="00293828">
        <w:rPr>
          <w:rFonts w:ascii="Times New Roman" w:hAnsi="Times New Roman" w:cs="Times New Roman"/>
          <w:i/>
          <w:iCs/>
          <w:szCs w:val="21"/>
          <w:vertAlign w:val="superscript"/>
          <w14:ligatures w14:val="none"/>
        </w:rPr>
        <w:t xml:space="preserve"> </w:t>
      </w:r>
      <w:proofErr w:type="spellStart"/>
      <w:r w:rsidRPr="00293828">
        <w:rPr>
          <w:rFonts w:ascii="Times New Roman" w:hAnsi="Times New Roman" w:cs="Times New Roman"/>
          <w:i/>
          <w:iCs/>
          <w:szCs w:val="21"/>
          <w:vertAlign w:val="superscript"/>
          <w14:ligatures w14:val="none"/>
        </w:rPr>
        <w:t>f</w:t>
      </w:r>
      <w:r w:rsidRPr="00293828">
        <w:rPr>
          <w:rFonts w:ascii="Times New Roman" w:hAnsi="Times New Roman" w:cs="Times New Roman"/>
          <w:szCs w:val="21"/>
          <w14:ligatures w14:val="none"/>
        </w:rPr>
        <w:t>Oscillator</w:t>
      </w:r>
      <w:proofErr w:type="spellEnd"/>
      <w:r w:rsidRPr="00293828">
        <w:rPr>
          <w:rFonts w:ascii="Times New Roman" w:hAnsi="Times New Roman" w:cs="Times New Roman"/>
          <w:szCs w:val="21"/>
          <w14:ligatures w14:val="none"/>
        </w:rPr>
        <w:t xml:space="preserve"> strength; </w:t>
      </w:r>
      <w:proofErr w:type="spellStart"/>
      <w:r w:rsidRPr="00293828">
        <w:rPr>
          <w:rFonts w:ascii="Times New Roman" w:hAnsi="Times New Roman" w:cs="Times New Roman"/>
          <w:i/>
          <w:iCs/>
          <w:szCs w:val="21"/>
          <w:vertAlign w:val="superscript"/>
          <w14:ligatures w14:val="none"/>
        </w:rPr>
        <w:t>g</w:t>
      </w:r>
      <w:r w:rsidRPr="00293828">
        <w:rPr>
          <w:rFonts w:ascii="Times New Roman" w:hAnsi="Times New Roman" w:cs="Times New Roman"/>
          <w:szCs w:val="21"/>
          <w14:ligatures w14:val="none"/>
        </w:rPr>
        <w:t>Rotatory</w:t>
      </w:r>
      <w:proofErr w:type="spellEnd"/>
      <w:r w:rsidRPr="00293828">
        <w:rPr>
          <w:rFonts w:ascii="Times New Roman" w:hAnsi="Times New Roman" w:cs="Times New Roman"/>
          <w:szCs w:val="21"/>
          <w14:ligatures w14:val="none"/>
        </w:rPr>
        <w:t xml:space="preserve"> strength in velocity form (10</w:t>
      </w:r>
      <w:r w:rsidRPr="00293828">
        <w:rPr>
          <w:rFonts w:ascii="Times New Roman" w:hAnsi="Times New Roman" w:cs="Times New Roman"/>
          <w:szCs w:val="21"/>
          <w:vertAlign w:val="superscript"/>
          <w14:ligatures w14:val="none"/>
        </w:rPr>
        <w:t>-40</w:t>
      </w:r>
      <w:r w:rsidRPr="00293828">
        <w:rPr>
          <w:rFonts w:ascii="Times New Roman" w:hAnsi="Times New Roman" w:cs="Times New Roman"/>
          <w:szCs w:val="21"/>
          <w14:ligatures w14:val="none"/>
        </w:rPr>
        <w:t xml:space="preserve"> cgs); </w:t>
      </w:r>
      <w:proofErr w:type="spellStart"/>
      <w:r w:rsidRPr="00293828">
        <w:rPr>
          <w:rFonts w:ascii="Times New Roman" w:hAnsi="Times New Roman" w:cs="Times New Roman"/>
          <w:i/>
          <w:iCs/>
          <w:szCs w:val="21"/>
          <w:vertAlign w:val="superscript"/>
          <w14:ligatures w14:val="none"/>
        </w:rPr>
        <w:t>h</w:t>
      </w:r>
      <w:r w:rsidRPr="00293828">
        <w:rPr>
          <w:rFonts w:ascii="Times New Roman" w:hAnsi="Times New Roman" w:cs="Times New Roman"/>
          <w:szCs w:val="21"/>
          <w14:ligatures w14:val="none"/>
        </w:rPr>
        <w:t>Rotatory</w:t>
      </w:r>
      <w:proofErr w:type="spellEnd"/>
      <w:r w:rsidRPr="00293828">
        <w:rPr>
          <w:rFonts w:ascii="Times New Roman" w:hAnsi="Times New Roman" w:cs="Times New Roman"/>
          <w:szCs w:val="21"/>
          <w14:ligatures w14:val="none"/>
        </w:rPr>
        <w:t xml:space="preserve"> strength in length form (10</w:t>
      </w:r>
      <w:r w:rsidRPr="00293828">
        <w:rPr>
          <w:rFonts w:ascii="Times New Roman" w:hAnsi="Times New Roman" w:cs="Times New Roman"/>
          <w:szCs w:val="21"/>
          <w:vertAlign w:val="superscript"/>
          <w14:ligatures w14:val="none"/>
        </w:rPr>
        <w:t>-40</w:t>
      </w:r>
      <w:r w:rsidRPr="00293828">
        <w:rPr>
          <w:rFonts w:ascii="Times New Roman" w:hAnsi="Times New Roman" w:cs="Times New Roman"/>
          <w:szCs w:val="21"/>
          <w14:ligatures w14:val="none"/>
        </w:rPr>
        <w:t xml:space="preserve"> cgs).</w:t>
      </w:r>
    </w:p>
    <w:p w14:paraId="18AB071C" w14:textId="77777777" w:rsidR="00497B11" w:rsidRPr="00293828" w:rsidRDefault="00497B11" w:rsidP="00293828">
      <w:pPr>
        <w:rPr>
          <w:rFonts w:ascii="Times New Roman" w:hAnsi="Times New Roman" w:cs="Times New Roman"/>
          <w:szCs w:val="21"/>
          <w14:ligatures w14:val="none"/>
        </w:rPr>
      </w:pPr>
      <w:r w:rsidRPr="00293828">
        <w:rPr>
          <w:rFonts w:ascii="Times New Roman" w:hAnsi="Times New Roman" w:cs="Times New Roman"/>
          <w:szCs w:val="21"/>
          <w14:ligatures w14:val="none"/>
        </w:rPr>
        <w:br w:type="page"/>
      </w:r>
    </w:p>
    <w:p w14:paraId="743C87B9" w14:textId="77777777" w:rsidR="00497B11" w:rsidRPr="00293828" w:rsidRDefault="00497B11" w:rsidP="00293828">
      <w:pPr>
        <w:spacing w:line="360" w:lineRule="auto"/>
        <w:rPr>
          <w:rFonts w:ascii="Times New Roman" w:hAnsi="Times New Roman" w:cs="Times New Roman"/>
          <w:szCs w:val="21"/>
          <w14:ligatures w14:val="none"/>
        </w:rPr>
      </w:pPr>
      <w:r w:rsidRPr="009A52A7">
        <w:rPr>
          <w:rFonts w:ascii="Times New Roman" w:hAnsi="Times New Roman" w:cs="Times New Roman"/>
          <w:b/>
          <w:bCs/>
          <w:szCs w:val="21"/>
          <w14:ligatures w14:val="none"/>
        </w:rPr>
        <w:lastRenderedPageBreak/>
        <w:t>Table S</w:t>
      </w:r>
      <w:r w:rsidRPr="009A52A7">
        <w:rPr>
          <w:rFonts w:ascii="Times New Roman" w:hAnsi="Times New Roman" w:cs="Times New Roman" w:hint="eastAsia"/>
          <w:b/>
          <w:bCs/>
          <w:szCs w:val="21"/>
          <w14:ligatures w14:val="none"/>
        </w:rPr>
        <w:t>7</w:t>
      </w:r>
      <w:r w:rsidRPr="00293828">
        <w:rPr>
          <w:rFonts w:ascii="Times New Roman" w:hAnsi="Times New Roman" w:cs="Times New Roman"/>
          <w:szCs w:val="21"/>
          <w14:ligatures w14:val="none"/>
        </w:rPr>
        <w:t xml:space="preserve"> Key transitions, oscillator strengths, and rotatory strengths in the ECD spectrum of conformer </w:t>
      </w:r>
      <w:r w:rsidRPr="00293828">
        <w:rPr>
          <w:rFonts w:ascii="Times New Roman" w:hAnsi="Times New Roman" w:cs="Times New Roman" w:hint="eastAsia"/>
          <w:b/>
          <w:bCs/>
          <w:szCs w:val="21"/>
          <w14:ligatures w14:val="none"/>
        </w:rPr>
        <w:t>4A</w:t>
      </w:r>
      <w:r w:rsidRPr="00293828">
        <w:rPr>
          <w:rFonts w:ascii="Times New Roman" w:hAnsi="Times New Roman" w:cs="Times New Roman"/>
          <w:b/>
          <w:bCs/>
          <w:szCs w:val="21"/>
          <w14:ligatures w14:val="none"/>
        </w:rPr>
        <w:t>-</w:t>
      </w:r>
      <w:r w:rsidRPr="00293828">
        <w:rPr>
          <w:rFonts w:ascii="Times New Roman" w:hAnsi="Times New Roman" w:cs="Times New Roman" w:hint="eastAsia"/>
          <w:b/>
          <w:bCs/>
          <w:szCs w:val="21"/>
          <w14:ligatures w14:val="none"/>
        </w:rPr>
        <w:t>2</w:t>
      </w:r>
      <w:r w:rsidRPr="00293828">
        <w:rPr>
          <w:rFonts w:ascii="Times New Roman" w:hAnsi="Times New Roman" w:cs="Times New Roman"/>
          <w:szCs w:val="21"/>
          <w14:ligatures w14:val="none"/>
        </w:rPr>
        <w:t xml:space="preserve"> at the </w:t>
      </w:r>
      <w:r w:rsidRPr="00293828">
        <w:rPr>
          <w:rFonts w:ascii="Times New Roman" w:hAnsi="Times New Roman" w:cs="Times New Roman" w:hint="eastAsia"/>
          <w:szCs w:val="21"/>
          <w14:ligatures w14:val="none"/>
        </w:rPr>
        <w:t>PBE0</w:t>
      </w:r>
      <w:r w:rsidRPr="00293828">
        <w:rPr>
          <w:rFonts w:ascii="Times New Roman" w:hAnsi="Times New Roman" w:cs="Times New Roman"/>
          <w:szCs w:val="21"/>
          <w14:ligatures w14:val="none"/>
        </w:rPr>
        <w:t>/6-311+G(</w:t>
      </w:r>
      <w:r w:rsidRPr="00293828">
        <w:rPr>
          <w:rFonts w:ascii="Times New Roman" w:hAnsi="Times New Roman" w:cs="Times New Roman" w:hint="eastAsia"/>
          <w:szCs w:val="21"/>
          <w14:ligatures w14:val="none"/>
        </w:rPr>
        <w:t>2</w:t>
      </w:r>
      <w:proofErr w:type="gramStart"/>
      <w:r w:rsidRPr="00293828">
        <w:rPr>
          <w:rFonts w:ascii="Times New Roman" w:hAnsi="Times New Roman" w:cs="Times New Roman"/>
          <w:szCs w:val="21"/>
          <w14:ligatures w14:val="none"/>
        </w:rPr>
        <w:t>d,p</w:t>
      </w:r>
      <w:proofErr w:type="gramEnd"/>
      <w:r w:rsidRPr="00293828">
        <w:rPr>
          <w:rFonts w:ascii="Times New Roman" w:hAnsi="Times New Roman" w:cs="Times New Roman"/>
          <w:szCs w:val="21"/>
          <w14:ligatures w14:val="none"/>
        </w:rPr>
        <w:t>) level of theory in MeOH with IEFPCM solvent model.</w:t>
      </w:r>
    </w:p>
    <w:tbl>
      <w:tblPr>
        <w:tblStyle w:val="ad"/>
        <w:tblW w:w="0" w:type="auto"/>
        <w:tblLook w:val="04A0" w:firstRow="1" w:lastRow="0" w:firstColumn="1" w:lastColumn="0" w:noHBand="0" w:noVBand="1"/>
      </w:tblPr>
      <w:tblGrid>
        <w:gridCol w:w="978"/>
        <w:gridCol w:w="1150"/>
        <w:gridCol w:w="1041"/>
        <w:gridCol w:w="1015"/>
        <w:gridCol w:w="1015"/>
        <w:gridCol w:w="1015"/>
        <w:gridCol w:w="1041"/>
        <w:gridCol w:w="1041"/>
      </w:tblGrid>
      <w:tr w:rsidR="00497B11" w:rsidRPr="00293828" w14:paraId="5D58195F" w14:textId="77777777" w:rsidTr="009D45BD">
        <w:trPr>
          <w:tblHeader/>
        </w:trPr>
        <w:tc>
          <w:tcPr>
            <w:tcW w:w="982" w:type="dxa"/>
            <w:vAlign w:val="center"/>
          </w:tcPr>
          <w:p w14:paraId="512FBA2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Num</w:t>
            </w:r>
            <w:r w:rsidRPr="00293828">
              <w:rPr>
                <w:rFonts w:ascii="Times New Roman" w:hAnsi="Times New Roman" w:cs="Times New Roman"/>
                <w:i/>
                <w:iCs/>
                <w:szCs w:val="21"/>
                <w:vertAlign w:val="superscript"/>
              </w:rPr>
              <w:t>a</w:t>
            </w:r>
          </w:p>
        </w:tc>
        <w:tc>
          <w:tcPr>
            <w:tcW w:w="1125" w:type="dxa"/>
            <w:vAlign w:val="center"/>
          </w:tcPr>
          <w:p w14:paraId="2F04F3AF" w14:textId="77777777" w:rsidR="00497B11" w:rsidRPr="00293828" w:rsidRDefault="00497B11" w:rsidP="00293828">
            <w:pPr>
              <w:jc w:val="center"/>
              <w:rPr>
                <w:rFonts w:ascii="Times New Roman" w:hAnsi="Times New Roman" w:cs="Times New Roman"/>
                <w:szCs w:val="21"/>
              </w:rPr>
            </w:pPr>
            <w:proofErr w:type="spellStart"/>
            <w:r w:rsidRPr="00293828">
              <w:rPr>
                <w:rFonts w:ascii="Times New Roman" w:hAnsi="Times New Roman" w:cs="Times New Roman"/>
                <w:i/>
                <w:iCs/>
                <w:szCs w:val="21"/>
              </w:rPr>
              <w:t>Transition</w:t>
            </w:r>
            <w:r w:rsidRPr="00293828">
              <w:rPr>
                <w:rFonts w:ascii="Times New Roman" w:hAnsi="Times New Roman" w:cs="Times New Roman"/>
                <w:i/>
                <w:iCs/>
                <w:szCs w:val="21"/>
                <w:vertAlign w:val="superscript"/>
              </w:rPr>
              <w:t>b</w:t>
            </w:r>
            <w:proofErr w:type="spellEnd"/>
          </w:p>
        </w:tc>
        <w:tc>
          <w:tcPr>
            <w:tcW w:w="1044" w:type="dxa"/>
            <w:vAlign w:val="center"/>
          </w:tcPr>
          <w:p w14:paraId="6C055D0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CI-</w:t>
            </w:r>
            <w:proofErr w:type="spellStart"/>
            <w:r w:rsidRPr="00293828">
              <w:rPr>
                <w:rFonts w:ascii="Times New Roman" w:hAnsi="Times New Roman" w:cs="Times New Roman"/>
                <w:i/>
                <w:iCs/>
                <w:szCs w:val="21"/>
              </w:rPr>
              <w:t>coeff</w:t>
            </w:r>
            <w:r w:rsidRPr="00293828">
              <w:rPr>
                <w:rFonts w:ascii="Times New Roman" w:hAnsi="Times New Roman" w:cs="Times New Roman"/>
                <w:i/>
                <w:iCs/>
                <w:szCs w:val="21"/>
                <w:vertAlign w:val="superscript"/>
              </w:rPr>
              <w:t>b</w:t>
            </w:r>
            <w:proofErr w:type="spellEnd"/>
          </w:p>
        </w:tc>
        <w:tc>
          <w:tcPr>
            <w:tcW w:w="1019" w:type="dxa"/>
            <w:vAlign w:val="center"/>
          </w:tcPr>
          <w:p w14:paraId="24CF01A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ΔE (eV)</w:t>
            </w:r>
            <w:r w:rsidRPr="00293828">
              <w:rPr>
                <w:rFonts w:ascii="Times New Roman" w:hAnsi="Times New Roman" w:cs="Times New Roman"/>
                <w:i/>
                <w:iCs/>
                <w:szCs w:val="21"/>
                <w:vertAlign w:val="superscript"/>
              </w:rPr>
              <w:t>d</w:t>
            </w:r>
          </w:p>
        </w:tc>
        <w:tc>
          <w:tcPr>
            <w:tcW w:w="1019" w:type="dxa"/>
            <w:vAlign w:val="center"/>
          </w:tcPr>
          <w:p w14:paraId="347F46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λ (nm)</w:t>
            </w:r>
            <w:r w:rsidRPr="00293828">
              <w:rPr>
                <w:rFonts w:ascii="Times New Roman" w:hAnsi="Times New Roman" w:cs="Times New Roman"/>
                <w:i/>
                <w:iCs/>
                <w:szCs w:val="21"/>
                <w:vertAlign w:val="superscript"/>
              </w:rPr>
              <w:t>e</w:t>
            </w:r>
          </w:p>
        </w:tc>
        <w:tc>
          <w:tcPr>
            <w:tcW w:w="1019" w:type="dxa"/>
            <w:vAlign w:val="center"/>
          </w:tcPr>
          <w:p w14:paraId="11BAA6A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f</w:t>
            </w:r>
            <w:r w:rsidRPr="00293828">
              <w:rPr>
                <w:rFonts w:ascii="Times New Roman" w:hAnsi="Times New Roman" w:cs="Times New Roman"/>
                <w:i/>
                <w:iCs/>
                <w:szCs w:val="21"/>
                <w:vertAlign w:val="superscript"/>
              </w:rPr>
              <w:t>f</w:t>
            </w:r>
          </w:p>
        </w:tc>
        <w:tc>
          <w:tcPr>
            <w:tcW w:w="1044" w:type="dxa"/>
            <w:vAlign w:val="center"/>
          </w:tcPr>
          <w:p w14:paraId="4097A10B" w14:textId="77777777" w:rsidR="00497B11" w:rsidRPr="00293828" w:rsidRDefault="00497B11" w:rsidP="00293828">
            <w:pPr>
              <w:jc w:val="center"/>
              <w:rPr>
                <w:rFonts w:ascii="Times New Roman" w:hAnsi="Times New Roman" w:cs="Times New Roman"/>
                <w:szCs w:val="21"/>
              </w:rPr>
            </w:pPr>
            <w:proofErr w:type="spellStart"/>
            <w:r w:rsidRPr="00293828">
              <w:rPr>
                <w:rFonts w:ascii="Times New Roman" w:hAnsi="Times New Roman" w:cs="Times New Roman"/>
                <w:i/>
                <w:iCs/>
                <w:szCs w:val="21"/>
              </w:rPr>
              <w:t>R</w:t>
            </w:r>
            <w:r w:rsidRPr="00293828">
              <w:rPr>
                <w:rFonts w:ascii="Times New Roman" w:hAnsi="Times New Roman" w:cs="Times New Roman"/>
                <w:i/>
                <w:iCs/>
                <w:szCs w:val="21"/>
                <w:vertAlign w:val="subscript"/>
              </w:rPr>
              <w:t>vel</w:t>
            </w:r>
            <w:r w:rsidRPr="00293828">
              <w:rPr>
                <w:rFonts w:ascii="Times New Roman" w:hAnsi="Times New Roman" w:cs="Times New Roman"/>
                <w:i/>
                <w:iCs/>
                <w:szCs w:val="21"/>
                <w:vertAlign w:val="superscript"/>
              </w:rPr>
              <w:t>g</w:t>
            </w:r>
            <w:proofErr w:type="spellEnd"/>
          </w:p>
        </w:tc>
        <w:tc>
          <w:tcPr>
            <w:tcW w:w="1044" w:type="dxa"/>
            <w:vAlign w:val="center"/>
          </w:tcPr>
          <w:p w14:paraId="1409F712" w14:textId="77777777" w:rsidR="00497B11" w:rsidRPr="00293828" w:rsidRDefault="00497B11" w:rsidP="00293828">
            <w:pPr>
              <w:jc w:val="center"/>
              <w:rPr>
                <w:rFonts w:ascii="Times New Roman" w:hAnsi="Times New Roman" w:cs="Times New Roman"/>
                <w:szCs w:val="21"/>
              </w:rPr>
            </w:pPr>
            <w:proofErr w:type="spellStart"/>
            <w:r w:rsidRPr="00293828">
              <w:rPr>
                <w:rFonts w:ascii="Times New Roman" w:hAnsi="Times New Roman" w:cs="Times New Roman"/>
                <w:i/>
                <w:iCs/>
                <w:szCs w:val="21"/>
              </w:rPr>
              <w:t>R</w:t>
            </w:r>
            <w:r w:rsidRPr="00293828">
              <w:rPr>
                <w:rFonts w:ascii="Times New Roman" w:hAnsi="Times New Roman" w:cs="Times New Roman"/>
                <w:i/>
                <w:iCs/>
                <w:szCs w:val="21"/>
                <w:vertAlign w:val="subscript"/>
              </w:rPr>
              <w:t>len</w:t>
            </w:r>
            <w:r w:rsidRPr="00293828">
              <w:rPr>
                <w:rFonts w:ascii="Times New Roman" w:hAnsi="Times New Roman" w:cs="Times New Roman"/>
                <w:i/>
                <w:iCs/>
                <w:szCs w:val="21"/>
                <w:vertAlign w:val="superscript"/>
              </w:rPr>
              <w:t>h</w:t>
            </w:r>
            <w:proofErr w:type="spellEnd"/>
          </w:p>
        </w:tc>
      </w:tr>
      <w:tr w:rsidR="00497B11" w:rsidRPr="00293828" w14:paraId="6F25E106" w14:textId="77777777" w:rsidTr="009D45BD">
        <w:tc>
          <w:tcPr>
            <w:tcW w:w="982" w:type="dxa"/>
            <w:vMerge w:val="restart"/>
            <w:vAlign w:val="center"/>
          </w:tcPr>
          <w:p w14:paraId="17D2355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w:t>
            </w:r>
          </w:p>
        </w:tc>
        <w:tc>
          <w:tcPr>
            <w:tcW w:w="1125" w:type="dxa"/>
            <w:vAlign w:val="center"/>
          </w:tcPr>
          <w:p w14:paraId="76543C2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203-&gt;207</w:t>
            </w:r>
          </w:p>
        </w:tc>
        <w:tc>
          <w:tcPr>
            <w:tcW w:w="1044" w:type="dxa"/>
            <w:vAlign w:val="center"/>
          </w:tcPr>
          <w:p w14:paraId="18950C0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0.25374</w:t>
            </w:r>
          </w:p>
        </w:tc>
        <w:tc>
          <w:tcPr>
            <w:tcW w:w="1019" w:type="dxa"/>
            <w:vMerge w:val="restart"/>
            <w:vAlign w:val="center"/>
          </w:tcPr>
          <w:p w14:paraId="28FA0F7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3.8286</w:t>
            </w:r>
          </w:p>
        </w:tc>
        <w:tc>
          <w:tcPr>
            <w:tcW w:w="1019" w:type="dxa"/>
            <w:vMerge w:val="restart"/>
            <w:vAlign w:val="center"/>
          </w:tcPr>
          <w:p w14:paraId="1C308CF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323.84</w:t>
            </w:r>
          </w:p>
        </w:tc>
        <w:tc>
          <w:tcPr>
            <w:tcW w:w="1019" w:type="dxa"/>
            <w:vMerge w:val="restart"/>
            <w:vAlign w:val="center"/>
          </w:tcPr>
          <w:p w14:paraId="0D9DC5A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0.0017</w:t>
            </w:r>
          </w:p>
        </w:tc>
        <w:tc>
          <w:tcPr>
            <w:tcW w:w="1044" w:type="dxa"/>
            <w:vMerge w:val="restart"/>
            <w:vAlign w:val="center"/>
          </w:tcPr>
          <w:p w14:paraId="78B4D8F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19.5013</w:t>
            </w:r>
          </w:p>
        </w:tc>
        <w:tc>
          <w:tcPr>
            <w:tcW w:w="1044" w:type="dxa"/>
            <w:vMerge w:val="restart"/>
            <w:vAlign w:val="center"/>
          </w:tcPr>
          <w:p w14:paraId="4CF5074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19.563</w:t>
            </w:r>
          </w:p>
        </w:tc>
      </w:tr>
      <w:tr w:rsidR="00497B11" w:rsidRPr="00293828" w14:paraId="7883D29C" w14:textId="77777777" w:rsidTr="009D45BD">
        <w:tc>
          <w:tcPr>
            <w:tcW w:w="982" w:type="dxa"/>
            <w:vMerge/>
          </w:tcPr>
          <w:p w14:paraId="1B368B08" w14:textId="77777777" w:rsidR="00497B11" w:rsidRPr="00293828" w:rsidRDefault="00497B11" w:rsidP="00293828">
            <w:pPr>
              <w:rPr>
                <w:rFonts w:ascii="Times New Roman" w:hAnsi="Times New Roman" w:cs="Times New Roman"/>
                <w:szCs w:val="21"/>
              </w:rPr>
            </w:pPr>
          </w:p>
        </w:tc>
        <w:tc>
          <w:tcPr>
            <w:tcW w:w="1125" w:type="dxa"/>
            <w:vAlign w:val="center"/>
          </w:tcPr>
          <w:p w14:paraId="1680827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205-&gt;206</w:t>
            </w:r>
          </w:p>
        </w:tc>
        <w:tc>
          <w:tcPr>
            <w:tcW w:w="1044" w:type="dxa"/>
            <w:vAlign w:val="center"/>
          </w:tcPr>
          <w:p w14:paraId="5B19801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0.64069</w:t>
            </w:r>
          </w:p>
        </w:tc>
        <w:tc>
          <w:tcPr>
            <w:tcW w:w="1019" w:type="dxa"/>
            <w:vMerge/>
          </w:tcPr>
          <w:p w14:paraId="7C53FE65" w14:textId="77777777" w:rsidR="00497B11" w:rsidRPr="00293828" w:rsidRDefault="00497B11" w:rsidP="00293828">
            <w:pPr>
              <w:rPr>
                <w:rFonts w:ascii="Times New Roman" w:hAnsi="Times New Roman" w:cs="Times New Roman"/>
                <w:szCs w:val="21"/>
              </w:rPr>
            </w:pPr>
          </w:p>
        </w:tc>
        <w:tc>
          <w:tcPr>
            <w:tcW w:w="1019" w:type="dxa"/>
            <w:vMerge/>
          </w:tcPr>
          <w:p w14:paraId="3D535530" w14:textId="77777777" w:rsidR="00497B11" w:rsidRPr="00293828" w:rsidRDefault="00497B11" w:rsidP="00293828">
            <w:pPr>
              <w:rPr>
                <w:rFonts w:ascii="Times New Roman" w:hAnsi="Times New Roman" w:cs="Times New Roman"/>
                <w:szCs w:val="21"/>
              </w:rPr>
            </w:pPr>
          </w:p>
        </w:tc>
        <w:tc>
          <w:tcPr>
            <w:tcW w:w="1019" w:type="dxa"/>
            <w:vMerge/>
          </w:tcPr>
          <w:p w14:paraId="40F7ECE0" w14:textId="77777777" w:rsidR="00497B11" w:rsidRPr="00293828" w:rsidRDefault="00497B11" w:rsidP="00293828">
            <w:pPr>
              <w:rPr>
                <w:rFonts w:ascii="Times New Roman" w:hAnsi="Times New Roman" w:cs="Times New Roman"/>
                <w:szCs w:val="21"/>
              </w:rPr>
            </w:pPr>
          </w:p>
        </w:tc>
        <w:tc>
          <w:tcPr>
            <w:tcW w:w="1044" w:type="dxa"/>
            <w:vMerge/>
          </w:tcPr>
          <w:p w14:paraId="0247306F" w14:textId="77777777" w:rsidR="00497B11" w:rsidRPr="00293828" w:rsidRDefault="00497B11" w:rsidP="00293828">
            <w:pPr>
              <w:rPr>
                <w:rFonts w:ascii="Times New Roman" w:hAnsi="Times New Roman" w:cs="Times New Roman"/>
                <w:szCs w:val="21"/>
              </w:rPr>
            </w:pPr>
          </w:p>
        </w:tc>
        <w:tc>
          <w:tcPr>
            <w:tcW w:w="1044" w:type="dxa"/>
            <w:vMerge/>
          </w:tcPr>
          <w:p w14:paraId="0019CAC0" w14:textId="77777777" w:rsidR="00497B11" w:rsidRPr="00293828" w:rsidRDefault="00497B11" w:rsidP="00293828">
            <w:pPr>
              <w:rPr>
                <w:rFonts w:ascii="Times New Roman" w:hAnsi="Times New Roman" w:cs="Times New Roman"/>
                <w:szCs w:val="21"/>
              </w:rPr>
            </w:pPr>
          </w:p>
        </w:tc>
      </w:tr>
      <w:tr w:rsidR="00497B11" w:rsidRPr="00293828" w14:paraId="0D9E0B12" w14:textId="77777777" w:rsidTr="009D45BD">
        <w:tc>
          <w:tcPr>
            <w:tcW w:w="982" w:type="dxa"/>
            <w:vMerge w:val="restart"/>
            <w:vAlign w:val="center"/>
          </w:tcPr>
          <w:p w14:paraId="7433979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w:t>
            </w:r>
          </w:p>
        </w:tc>
        <w:tc>
          <w:tcPr>
            <w:tcW w:w="1125" w:type="dxa"/>
            <w:vAlign w:val="center"/>
          </w:tcPr>
          <w:p w14:paraId="7A4C2EF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203-&gt;206</w:t>
            </w:r>
          </w:p>
        </w:tc>
        <w:tc>
          <w:tcPr>
            <w:tcW w:w="1044" w:type="dxa"/>
            <w:vAlign w:val="center"/>
          </w:tcPr>
          <w:p w14:paraId="57B3685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0.53858</w:t>
            </w:r>
          </w:p>
        </w:tc>
        <w:tc>
          <w:tcPr>
            <w:tcW w:w="1019" w:type="dxa"/>
            <w:vMerge w:val="restart"/>
            <w:vAlign w:val="center"/>
          </w:tcPr>
          <w:p w14:paraId="18B7AA8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4.0281</w:t>
            </w:r>
          </w:p>
        </w:tc>
        <w:tc>
          <w:tcPr>
            <w:tcW w:w="1019" w:type="dxa"/>
            <w:vMerge w:val="restart"/>
            <w:vAlign w:val="center"/>
          </w:tcPr>
          <w:p w14:paraId="5914CDD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307.80</w:t>
            </w:r>
          </w:p>
        </w:tc>
        <w:tc>
          <w:tcPr>
            <w:tcW w:w="1019" w:type="dxa"/>
            <w:vMerge w:val="restart"/>
            <w:vAlign w:val="center"/>
          </w:tcPr>
          <w:p w14:paraId="0E2A573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0.0002</w:t>
            </w:r>
          </w:p>
        </w:tc>
        <w:tc>
          <w:tcPr>
            <w:tcW w:w="1044" w:type="dxa"/>
            <w:vMerge w:val="restart"/>
            <w:vAlign w:val="center"/>
          </w:tcPr>
          <w:p w14:paraId="0960170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4.3356</w:t>
            </w:r>
          </w:p>
        </w:tc>
        <w:tc>
          <w:tcPr>
            <w:tcW w:w="1044" w:type="dxa"/>
            <w:vMerge w:val="restart"/>
            <w:vAlign w:val="center"/>
          </w:tcPr>
          <w:p w14:paraId="4660E0D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4.2682</w:t>
            </w:r>
          </w:p>
        </w:tc>
      </w:tr>
      <w:tr w:rsidR="00497B11" w:rsidRPr="00293828" w14:paraId="2C7512C0" w14:textId="77777777" w:rsidTr="009D45BD">
        <w:tc>
          <w:tcPr>
            <w:tcW w:w="982" w:type="dxa"/>
            <w:vMerge/>
          </w:tcPr>
          <w:p w14:paraId="031B7428" w14:textId="77777777" w:rsidR="00497B11" w:rsidRPr="00293828" w:rsidRDefault="00497B11" w:rsidP="00293828">
            <w:pPr>
              <w:rPr>
                <w:rFonts w:ascii="Times New Roman" w:hAnsi="Times New Roman" w:cs="Times New Roman"/>
                <w:szCs w:val="21"/>
              </w:rPr>
            </w:pPr>
          </w:p>
        </w:tc>
        <w:tc>
          <w:tcPr>
            <w:tcW w:w="1125" w:type="dxa"/>
            <w:vAlign w:val="center"/>
          </w:tcPr>
          <w:p w14:paraId="4F43C20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205-&gt;207</w:t>
            </w:r>
          </w:p>
        </w:tc>
        <w:tc>
          <w:tcPr>
            <w:tcW w:w="1044" w:type="dxa"/>
            <w:vAlign w:val="center"/>
          </w:tcPr>
          <w:p w14:paraId="75765EE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0.41373</w:t>
            </w:r>
          </w:p>
        </w:tc>
        <w:tc>
          <w:tcPr>
            <w:tcW w:w="1019" w:type="dxa"/>
            <w:vMerge/>
          </w:tcPr>
          <w:p w14:paraId="5924B4A4" w14:textId="77777777" w:rsidR="00497B11" w:rsidRPr="00293828" w:rsidRDefault="00497B11" w:rsidP="00293828">
            <w:pPr>
              <w:rPr>
                <w:rFonts w:ascii="Times New Roman" w:hAnsi="Times New Roman" w:cs="Times New Roman"/>
                <w:szCs w:val="21"/>
              </w:rPr>
            </w:pPr>
          </w:p>
        </w:tc>
        <w:tc>
          <w:tcPr>
            <w:tcW w:w="1019" w:type="dxa"/>
            <w:vMerge/>
          </w:tcPr>
          <w:p w14:paraId="7032CBDF" w14:textId="77777777" w:rsidR="00497B11" w:rsidRPr="00293828" w:rsidRDefault="00497B11" w:rsidP="00293828">
            <w:pPr>
              <w:rPr>
                <w:rFonts w:ascii="Times New Roman" w:hAnsi="Times New Roman" w:cs="Times New Roman"/>
                <w:szCs w:val="21"/>
              </w:rPr>
            </w:pPr>
          </w:p>
        </w:tc>
        <w:tc>
          <w:tcPr>
            <w:tcW w:w="1019" w:type="dxa"/>
            <w:vMerge/>
          </w:tcPr>
          <w:p w14:paraId="67C4111C" w14:textId="77777777" w:rsidR="00497B11" w:rsidRPr="00293828" w:rsidRDefault="00497B11" w:rsidP="00293828">
            <w:pPr>
              <w:rPr>
                <w:rFonts w:ascii="Times New Roman" w:hAnsi="Times New Roman" w:cs="Times New Roman"/>
                <w:szCs w:val="21"/>
              </w:rPr>
            </w:pPr>
          </w:p>
        </w:tc>
        <w:tc>
          <w:tcPr>
            <w:tcW w:w="1044" w:type="dxa"/>
            <w:vMerge/>
          </w:tcPr>
          <w:p w14:paraId="67D15CF9" w14:textId="77777777" w:rsidR="00497B11" w:rsidRPr="00293828" w:rsidRDefault="00497B11" w:rsidP="00293828">
            <w:pPr>
              <w:rPr>
                <w:rFonts w:ascii="Times New Roman" w:hAnsi="Times New Roman" w:cs="Times New Roman"/>
                <w:szCs w:val="21"/>
              </w:rPr>
            </w:pPr>
          </w:p>
        </w:tc>
        <w:tc>
          <w:tcPr>
            <w:tcW w:w="1044" w:type="dxa"/>
            <w:vMerge/>
          </w:tcPr>
          <w:p w14:paraId="65E8BBAF" w14:textId="77777777" w:rsidR="00497B11" w:rsidRPr="00293828" w:rsidRDefault="00497B11" w:rsidP="00293828">
            <w:pPr>
              <w:rPr>
                <w:rFonts w:ascii="Times New Roman" w:hAnsi="Times New Roman" w:cs="Times New Roman"/>
                <w:szCs w:val="21"/>
              </w:rPr>
            </w:pPr>
          </w:p>
        </w:tc>
      </w:tr>
      <w:tr w:rsidR="00497B11" w:rsidRPr="00293828" w14:paraId="69E99212" w14:textId="77777777" w:rsidTr="009D45BD">
        <w:tc>
          <w:tcPr>
            <w:tcW w:w="982" w:type="dxa"/>
            <w:vAlign w:val="center"/>
          </w:tcPr>
          <w:p w14:paraId="225D11F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w:t>
            </w:r>
          </w:p>
        </w:tc>
        <w:tc>
          <w:tcPr>
            <w:tcW w:w="1125" w:type="dxa"/>
            <w:vAlign w:val="center"/>
          </w:tcPr>
          <w:p w14:paraId="6787E04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204-&gt;206</w:t>
            </w:r>
          </w:p>
        </w:tc>
        <w:tc>
          <w:tcPr>
            <w:tcW w:w="1044" w:type="dxa"/>
            <w:vAlign w:val="center"/>
          </w:tcPr>
          <w:p w14:paraId="62B363D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0.65957</w:t>
            </w:r>
          </w:p>
        </w:tc>
        <w:tc>
          <w:tcPr>
            <w:tcW w:w="1019" w:type="dxa"/>
            <w:vAlign w:val="center"/>
          </w:tcPr>
          <w:p w14:paraId="170B53A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5.0352</w:t>
            </w:r>
          </w:p>
        </w:tc>
        <w:tc>
          <w:tcPr>
            <w:tcW w:w="1019" w:type="dxa"/>
            <w:vAlign w:val="center"/>
          </w:tcPr>
          <w:p w14:paraId="289602B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246.23</w:t>
            </w:r>
          </w:p>
        </w:tc>
        <w:tc>
          <w:tcPr>
            <w:tcW w:w="1019" w:type="dxa"/>
            <w:vAlign w:val="center"/>
          </w:tcPr>
          <w:p w14:paraId="1DF4064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0.0084</w:t>
            </w:r>
          </w:p>
        </w:tc>
        <w:tc>
          <w:tcPr>
            <w:tcW w:w="1044" w:type="dxa"/>
            <w:vAlign w:val="center"/>
          </w:tcPr>
          <w:p w14:paraId="35A1575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-4.3707</w:t>
            </w:r>
          </w:p>
        </w:tc>
        <w:tc>
          <w:tcPr>
            <w:tcW w:w="1044" w:type="dxa"/>
            <w:vAlign w:val="center"/>
          </w:tcPr>
          <w:p w14:paraId="09A0690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-4.3786</w:t>
            </w:r>
          </w:p>
        </w:tc>
      </w:tr>
      <w:tr w:rsidR="00497B11" w:rsidRPr="00293828" w14:paraId="6DCFEDD6" w14:textId="77777777" w:rsidTr="009D45BD">
        <w:tc>
          <w:tcPr>
            <w:tcW w:w="982" w:type="dxa"/>
            <w:vMerge w:val="restart"/>
            <w:vAlign w:val="center"/>
          </w:tcPr>
          <w:p w14:paraId="4095B1A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w:t>
            </w:r>
          </w:p>
        </w:tc>
        <w:tc>
          <w:tcPr>
            <w:tcW w:w="1125" w:type="dxa"/>
            <w:vAlign w:val="center"/>
          </w:tcPr>
          <w:p w14:paraId="49CD29D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203-&gt;206</w:t>
            </w:r>
          </w:p>
        </w:tc>
        <w:tc>
          <w:tcPr>
            <w:tcW w:w="1044" w:type="dxa"/>
            <w:vAlign w:val="center"/>
          </w:tcPr>
          <w:p w14:paraId="5ECACC3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-0.42292</w:t>
            </w:r>
          </w:p>
        </w:tc>
        <w:tc>
          <w:tcPr>
            <w:tcW w:w="1019" w:type="dxa"/>
            <w:vMerge w:val="restart"/>
            <w:vAlign w:val="center"/>
          </w:tcPr>
          <w:p w14:paraId="2509FD4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5.1261</w:t>
            </w:r>
          </w:p>
        </w:tc>
        <w:tc>
          <w:tcPr>
            <w:tcW w:w="1019" w:type="dxa"/>
            <w:vMerge w:val="restart"/>
            <w:vAlign w:val="center"/>
          </w:tcPr>
          <w:p w14:paraId="0B47553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241.87</w:t>
            </w:r>
          </w:p>
        </w:tc>
        <w:tc>
          <w:tcPr>
            <w:tcW w:w="1019" w:type="dxa"/>
            <w:vMerge w:val="restart"/>
            <w:vAlign w:val="center"/>
          </w:tcPr>
          <w:p w14:paraId="4A9C8AC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0.0023</w:t>
            </w:r>
          </w:p>
        </w:tc>
        <w:tc>
          <w:tcPr>
            <w:tcW w:w="1044" w:type="dxa"/>
            <w:vMerge w:val="restart"/>
            <w:vAlign w:val="center"/>
          </w:tcPr>
          <w:p w14:paraId="7283BFF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-2.6302</w:t>
            </w:r>
          </w:p>
        </w:tc>
        <w:tc>
          <w:tcPr>
            <w:tcW w:w="1044" w:type="dxa"/>
            <w:vMerge w:val="restart"/>
            <w:vAlign w:val="center"/>
          </w:tcPr>
          <w:p w14:paraId="4367525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-2.6422</w:t>
            </w:r>
          </w:p>
        </w:tc>
      </w:tr>
      <w:tr w:rsidR="00497B11" w:rsidRPr="00293828" w14:paraId="6623DA14" w14:textId="77777777" w:rsidTr="009D45BD">
        <w:tc>
          <w:tcPr>
            <w:tcW w:w="982" w:type="dxa"/>
            <w:vMerge/>
          </w:tcPr>
          <w:p w14:paraId="5CE41716" w14:textId="77777777" w:rsidR="00497B11" w:rsidRPr="00293828" w:rsidRDefault="00497B11" w:rsidP="00293828">
            <w:pPr>
              <w:rPr>
                <w:rFonts w:ascii="Times New Roman" w:hAnsi="Times New Roman" w:cs="Times New Roman"/>
                <w:szCs w:val="21"/>
              </w:rPr>
            </w:pPr>
          </w:p>
        </w:tc>
        <w:tc>
          <w:tcPr>
            <w:tcW w:w="1125" w:type="dxa"/>
            <w:vAlign w:val="center"/>
          </w:tcPr>
          <w:p w14:paraId="35569A0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205-&gt;207</w:t>
            </w:r>
          </w:p>
        </w:tc>
        <w:tc>
          <w:tcPr>
            <w:tcW w:w="1044" w:type="dxa"/>
            <w:vAlign w:val="center"/>
          </w:tcPr>
          <w:p w14:paraId="565F119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0.53983</w:t>
            </w:r>
          </w:p>
        </w:tc>
        <w:tc>
          <w:tcPr>
            <w:tcW w:w="1019" w:type="dxa"/>
            <w:vMerge/>
          </w:tcPr>
          <w:p w14:paraId="1832F061" w14:textId="77777777" w:rsidR="00497B11" w:rsidRPr="00293828" w:rsidRDefault="00497B11" w:rsidP="00293828">
            <w:pPr>
              <w:rPr>
                <w:rFonts w:ascii="Times New Roman" w:hAnsi="Times New Roman" w:cs="Times New Roman"/>
                <w:szCs w:val="21"/>
              </w:rPr>
            </w:pPr>
          </w:p>
        </w:tc>
        <w:tc>
          <w:tcPr>
            <w:tcW w:w="1019" w:type="dxa"/>
            <w:vMerge/>
          </w:tcPr>
          <w:p w14:paraId="753C6BE3" w14:textId="77777777" w:rsidR="00497B11" w:rsidRPr="00293828" w:rsidRDefault="00497B11" w:rsidP="00293828">
            <w:pPr>
              <w:rPr>
                <w:rFonts w:ascii="Times New Roman" w:hAnsi="Times New Roman" w:cs="Times New Roman"/>
                <w:szCs w:val="21"/>
              </w:rPr>
            </w:pPr>
          </w:p>
        </w:tc>
        <w:tc>
          <w:tcPr>
            <w:tcW w:w="1019" w:type="dxa"/>
            <w:vMerge/>
          </w:tcPr>
          <w:p w14:paraId="2A03DB94" w14:textId="77777777" w:rsidR="00497B11" w:rsidRPr="00293828" w:rsidRDefault="00497B11" w:rsidP="00293828">
            <w:pPr>
              <w:rPr>
                <w:rFonts w:ascii="Times New Roman" w:hAnsi="Times New Roman" w:cs="Times New Roman"/>
                <w:szCs w:val="21"/>
              </w:rPr>
            </w:pPr>
          </w:p>
        </w:tc>
        <w:tc>
          <w:tcPr>
            <w:tcW w:w="1044" w:type="dxa"/>
            <w:vMerge/>
          </w:tcPr>
          <w:p w14:paraId="710B76D5" w14:textId="77777777" w:rsidR="00497B11" w:rsidRPr="00293828" w:rsidRDefault="00497B11" w:rsidP="00293828">
            <w:pPr>
              <w:rPr>
                <w:rFonts w:ascii="Times New Roman" w:hAnsi="Times New Roman" w:cs="Times New Roman"/>
                <w:szCs w:val="21"/>
              </w:rPr>
            </w:pPr>
          </w:p>
        </w:tc>
        <w:tc>
          <w:tcPr>
            <w:tcW w:w="1044" w:type="dxa"/>
            <w:vMerge/>
          </w:tcPr>
          <w:p w14:paraId="5FDAC0D0" w14:textId="77777777" w:rsidR="00497B11" w:rsidRPr="00293828" w:rsidRDefault="00497B11" w:rsidP="00293828">
            <w:pPr>
              <w:rPr>
                <w:rFonts w:ascii="Times New Roman" w:hAnsi="Times New Roman" w:cs="Times New Roman"/>
                <w:szCs w:val="21"/>
              </w:rPr>
            </w:pPr>
          </w:p>
        </w:tc>
      </w:tr>
      <w:tr w:rsidR="00497B11" w:rsidRPr="00293828" w14:paraId="6B70532E" w14:textId="77777777" w:rsidTr="009D45BD">
        <w:tc>
          <w:tcPr>
            <w:tcW w:w="982" w:type="dxa"/>
            <w:vMerge w:val="restart"/>
            <w:vAlign w:val="center"/>
          </w:tcPr>
          <w:p w14:paraId="08722E6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w:t>
            </w:r>
          </w:p>
        </w:tc>
        <w:tc>
          <w:tcPr>
            <w:tcW w:w="1125" w:type="dxa"/>
            <w:vAlign w:val="center"/>
          </w:tcPr>
          <w:p w14:paraId="1F6ABF9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44" w:type="dxa"/>
            <w:vAlign w:val="center"/>
          </w:tcPr>
          <w:p w14:paraId="5D44069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0.32367</w:t>
            </w:r>
          </w:p>
        </w:tc>
        <w:tc>
          <w:tcPr>
            <w:tcW w:w="1019" w:type="dxa"/>
            <w:vMerge w:val="restart"/>
            <w:vAlign w:val="center"/>
          </w:tcPr>
          <w:p w14:paraId="15BD1AA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5.2681</w:t>
            </w:r>
          </w:p>
        </w:tc>
        <w:tc>
          <w:tcPr>
            <w:tcW w:w="1019" w:type="dxa"/>
            <w:vMerge w:val="restart"/>
            <w:vAlign w:val="center"/>
          </w:tcPr>
          <w:p w14:paraId="12B37B8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235.35</w:t>
            </w:r>
          </w:p>
        </w:tc>
        <w:tc>
          <w:tcPr>
            <w:tcW w:w="1019" w:type="dxa"/>
            <w:vMerge w:val="restart"/>
            <w:vAlign w:val="center"/>
          </w:tcPr>
          <w:p w14:paraId="0A9729F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0.0059</w:t>
            </w:r>
          </w:p>
        </w:tc>
        <w:tc>
          <w:tcPr>
            <w:tcW w:w="1044" w:type="dxa"/>
            <w:vMerge w:val="restart"/>
            <w:vAlign w:val="center"/>
          </w:tcPr>
          <w:p w14:paraId="643096A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6.0606</w:t>
            </w:r>
          </w:p>
        </w:tc>
        <w:tc>
          <w:tcPr>
            <w:tcW w:w="1044" w:type="dxa"/>
            <w:vMerge w:val="restart"/>
            <w:vAlign w:val="center"/>
          </w:tcPr>
          <w:p w14:paraId="370F926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5.9447</w:t>
            </w:r>
          </w:p>
        </w:tc>
      </w:tr>
      <w:tr w:rsidR="00497B11" w:rsidRPr="00293828" w14:paraId="33F00C5A" w14:textId="77777777" w:rsidTr="009D45BD">
        <w:tc>
          <w:tcPr>
            <w:tcW w:w="982" w:type="dxa"/>
            <w:vMerge/>
          </w:tcPr>
          <w:p w14:paraId="4F33FCC7" w14:textId="77777777" w:rsidR="00497B11" w:rsidRPr="00293828" w:rsidRDefault="00497B11" w:rsidP="00293828">
            <w:pPr>
              <w:rPr>
                <w:rFonts w:ascii="Times New Roman" w:hAnsi="Times New Roman" w:cs="Times New Roman"/>
                <w:szCs w:val="21"/>
              </w:rPr>
            </w:pPr>
          </w:p>
        </w:tc>
        <w:tc>
          <w:tcPr>
            <w:tcW w:w="1125" w:type="dxa"/>
            <w:vAlign w:val="center"/>
          </w:tcPr>
          <w:p w14:paraId="18753BE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44" w:type="dxa"/>
            <w:vAlign w:val="center"/>
          </w:tcPr>
          <w:p w14:paraId="6486FB8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0.49221</w:t>
            </w:r>
          </w:p>
        </w:tc>
        <w:tc>
          <w:tcPr>
            <w:tcW w:w="1019" w:type="dxa"/>
            <w:vMerge/>
          </w:tcPr>
          <w:p w14:paraId="296D681B" w14:textId="77777777" w:rsidR="00497B11" w:rsidRPr="00293828" w:rsidRDefault="00497B11" w:rsidP="00293828">
            <w:pPr>
              <w:rPr>
                <w:rFonts w:ascii="Times New Roman" w:hAnsi="Times New Roman" w:cs="Times New Roman"/>
                <w:szCs w:val="21"/>
              </w:rPr>
            </w:pPr>
          </w:p>
        </w:tc>
        <w:tc>
          <w:tcPr>
            <w:tcW w:w="1019" w:type="dxa"/>
            <w:vMerge/>
          </w:tcPr>
          <w:p w14:paraId="653F8E67" w14:textId="77777777" w:rsidR="00497B11" w:rsidRPr="00293828" w:rsidRDefault="00497B11" w:rsidP="00293828">
            <w:pPr>
              <w:rPr>
                <w:rFonts w:ascii="Times New Roman" w:hAnsi="Times New Roman" w:cs="Times New Roman"/>
                <w:szCs w:val="21"/>
              </w:rPr>
            </w:pPr>
          </w:p>
        </w:tc>
        <w:tc>
          <w:tcPr>
            <w:tcW w:w="1019" w:type="dxa"/>
            <w:vMerge/>
          </w:tcPr>
          <w:p w14:paraId="5246E0E8" w14:textId="77777777" w:rsidR="00497B11" w:rsidRPr="00293828" w:rsidRDefault="00497B11" w:rsidP="00293828">
            <w:pPr>
              <w:rPr>
                <w:rFonts w:ascii="Times New Roman" w:hAnsi="Times New Roman" w:cs="Times New Roman"/>
                <w:szCs w:val="21"/>
              </w:rPr>
            </w:pPr>
          </w:p>
        </w:tc>
        <w:tc>
          <w:tcPr>
            <w:tcW w:w="1044" w:type="dxa"/>
            <w:vMerge/>
          </w:tcPr>
          <w:p w14:paraId="042EF5CF" w14:textId="77777777" w:rsidR="00497B11" w:rsidRPr="00293828" w:rsidRDefault="00497B11" w:rsidP="00293828">
            <w:pPr>
              <w:rPr>
                <w:rFonts w:ascii="Times New Roman" w:hAnsi="Times New Roman" w:cs="Times New Roman"/>
                <w:szCs w:val="21"/>
              </w:rPr>
            </w:pPr>
          </w:p>
        </w:tc>
        <w:tc>
          <w:tcPr>
            <w:tcW w:w="1044" w:type="dxa"/>
            <w:vMerge/>
          </w:tcPr>
          <w:p w14:paraId="1898AB4B" w14:textId="77777777" w:rsidR="00497B11" w:rsidRPr="00293828" w:rsidRDefault="00497B11" w:rsidP="00293828">
            <w:pPr>
              <w:rPr>
                <w:rFonts w:ascii="Times New Roman" w:hAnsi="Times New Roman" w:cs="Times New Roman"/>
                <w:szCs w:val="21"/>
              </w:rPr>
            </w:pPr>
          </w:p>
        </w:tc>
      </w:tr>
      <w:tr w:rsidR="00497B11" w:rsidRPr="00293828" w14:paraId="7BFD9759" w14:textId="77777777" w:rsidTr="009D45BD">
        <w:tc>
          <w:tcPr>
            <w:tcW w:w="982" w:type="dxa"/>
            <w:vMerge w:val="restart"/>
            <w:vAlign w:val="center"/>
          </w:tcPr>
          <w:p w14:paraId="1B16A3B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w:t>
            </w:r>
          </w:p>
        </w:tc>
        <w:tc>
          <w:tcPr>
            <w:tcW w:w="1125" w:type="dxa"/>
            <w:vAlign w:val="center"/>
          </w:tcPr>
          <w:p w14:paraId="4E92DD0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203-&gt;207</w:t>
            </w:r>
          </w:p>
        </w:tc>
        <w:tc>
          <w:tcPr>
            <w:tcW w:w="1044" w:type="dxa"/>
            <w:vAlign w:val="center"/>
          </w:tcPr>
          <w:p w14:paraId="7336F91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0.58153</w:t>
            </w:r>
          </w:p>
        </w:tc>
        <w:tc>
          <w:tcPr>
            <w:tcW w:w="1019" w:type="dxa"/>
            <w:vMerge w:val="restart"/>
            <w:vAlign w:val="center"/>
          </w:tcPr>
          <w:p w14:paraId="1EFEB82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5.3583</w:t>
            </w:r>
          </w:p>
        </w:tc>
        <w:tc>
          <w:tcPr>
            <w:tcW w:w="1019" w:type="dxa"/>
            <w:vMerge w:val="restart"/>
            <w:vAlign w:val="center"/>
          </w:tcPr>
          <w:p w14:paraId="2CEA9CA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231.39</w:t>
            </w:r>
          </w:p>
        </w:tc>
        <w:tc>
          <w:tcPr>
            <w:tcW w:w="1019" w:type="dxa"/>
            <w:vMerge w:val="restart"/>
            <w:vAlign w:val="center"/>
          </w:tcPr>
          <w:p w14:paraId="3F87DA1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0.0395</w:t>
            </w:r>
          </w:p>
        </w:tc>
        <w:tc>
          <w:tcPr>
            <w:tcW w:w="1044" w:type="dxa"/>
            <w:vMerge w:val="restart"/>
            <w:vAlign w:val="center"/>
          </w:tcPr>
          <w:p w14:paraId="59C6FCD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-20.4097</w:t>
            </w:r>
          </w:p>
        </w:tc>
        <w:tc>
          <w:tcPr>
            <w:tcW w:w="1044" w:type="dxa"/>
            <w:vMerge w:val="restart"/>
            <w:vAlign w:val="center"/>
          </w:tcPr>
          <w:p w14:paraId="41DDFB4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-20.3086</w:t>
            </w:r>
          </w:p>
        </w:tc>
      </w:tr>
      <w:tr w:rsidR="00497B11" w:rsidRPr="00293828" w14:paraId="5AAB4F0A" w14:textId="77777777" w:rsidTr="009D45BD">
        <w:tc>
          <w:tcPr>
            <w:tcW w:w="982" w:type="dxa"/>
            <w:vMerge/>
          </w:tcPr>
          <w:p w14:paraId="4AA43940" w14:textId="77777777" w:rsidR="00497B11" w:rsidRPr="00293828" w:rsidRDefault="00497B11" w:rsidP="00293828">
            <w:pPr>
              <w:rPr>
                <w:rFonts w:ascii="Times New Roman" w:hAnsi="Times New Roman" w:cs="Times New Roman"/>
                <w:szCs w:val="21"/>
              </w:rPr>
            </w:pPr>
          </w:p>
        </w:tc>
        <w:tc>
          <w:tcPr>
            <w:tcW w:w="1125" w:type="dxa"/>
            <w:vAlign w:val="center"/>
          </w:tcPr>
          <w:p w14:paraId="1935394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205-&gt;206</w:t>
            </w:r>
          </w:p>
        </w:tc>
        <w:tc>
          <w:tcPr>
            <w:tcW w:w="1044" w:type="dxa"/>
            <w:vAlign w:val="center"/>
          </w:tcPr>
          <w:p w14:paraId="29E2F0E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-0.24784</w:t>
            </w:r>
          </w:p>
        </w:tc>
        <w:tc>
          <w:tcPr>
            <w:tcW w:w="1019" w:type="dxa"/>
            <w:vMerge/>
          </w:tcPr>
          <w:p w14:paraId="024153F2" w14:textId="77777777" w:rsidR="00497B11" w:rsidRPr="00293828" w:rsidRDefault="00497B11" w:rsidP="00293828">
            <w:pPr>
              <w:rPr>
                <w:rFonts w:ascii="Times New Roman" w:hAnsi="Times New Roman" w:cs="Times New Roman"/>
                <w:szCs w:val="21"/>
              </w:rPr>
            </w:pPr>
          </w:p>
        </w:tc>
        <w:tc>
          <w:tcPr>
            <w:tcW w:w="1019" w:type="dxa"/>
            <w:vMerge/>
          </w:tcPr>
          <w:p w14:paraId="1F3E25F6" w14:textId="77777777" w:rsidR="00497B11" w:rsidRPr="00293828" w:rsidRDefault="00497B11" w:rsidP="00293828">
            <w:pPr>
              <w:rPr>
                <w:rFonts w:ascii="Times New Roman" w:hAnsi="Times New Roman" w:cs="Times New Roman"/>
                <w:szCs w:val="21"/>
              </w:rPr>
            </w:pPr>
          </w:p>
        </w:tc>
        <w:tc>
          <w:tcPr>
            <w:tcW w:w="1019" w:type="dxa"/>
            <w:vMerge/>
          </w:tcPr>
          <w:p w14:paraId="2E4306F1" w14:textId="77777777" w:rsidR="00497B11" w:rsidRPr="00293828" w:rsidRDefault="00497B11" w:rsidP="00293828">
            <w:pPr>
              <w:rPr>
                <w:rFonts w:ascii="Times New Roman" w:hAnsi="Times New Roman" w:cs="Times New Roman"/>
                <w:szCs w:val="21"/>
              </w:rPr>
            </w:pPr>
          </w:p>
        </w:tc>
        <w:tc>
          <w:tcPr>
            <w:tcW w:w="1044" w:type="dxa"/>
            <w:vMerge/>
          </w:tcPr>
          <w:p w14:paraId="5C6E1B59" w14:textId="77777777" w:rsidR="00497B11" w:rsidRPr="00293828" w:rsidRDefault="00497B11" w:rsidP="00293828">
            <w:pPr>
              <w:rPr>
                <w:rFonts w:ascii="Times New Roman" w:hAnsi="Times New Roman" w:cs="Times New Roman"/>
                <w:szCs w:val="21"/>
              </w:rPr>
            </w:pPr>
          </w:p>
        </w:tc>
        <w:tc>
          <w:tcPr>
            <w:tcW w:w="1044" w:type="dxa"/>
            <w:vMerge/>
          </w:tcPr>
          <w:p w14:paraId="071C1055" w14:textId="77777777" w:rsidR="00497B11" w:rsidRPr="00293828" w:rsidRDefault="00497B11" w:rsidP="00293828">
            <w:pPr>
              <w:rPr>
                <w:rFonts w:ascii="Times New Roman" w:hAnsi="Times New Roman" w:cs="Times New Roman"/>
                <w:szCs w:val="21"/>
              </w:rPr>
            </w:pPr>
          </w:p>
        </w:tc>
      </w:tr>
      <w:tr w:rsidR="00497B11" w:rsidRPr="00293828" w14:paraId="5C791671" w14:textId="77777777" w:rsidTr="009D45BD">
        <w:tc>
          <w:tcPr>
            <w:tcW w:w="982" w:type="dxa"/>
            <w:vMerge w:val="restart"/>
            <w:vAlign w:val="center"/>
          </w:tcPr>
          <w:p w14:paraId="79041B6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w:t>
            </w:r>
          </w:p>
        </w:tc>
        <w:tc>
          <w:tcPr>
            <w:tcW w:w="1125" w:type="dxa"/>
            <w:vAlign w:val="center"/>
          </w:tcPr>
          <w:p w14:paraId="2D9B55E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199-&gt;206</w:t>
            </w:r>
          </w:p>
        </w:tc>
        <w:tc>
          <w:tcPr>
            <w:tcW w:w="1044" w:type="dxa"/>
            <w:vAlign w:val="center"/>
          </w:tcPr>
          <w:p w14:paraId="3B3AFD3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0.50796</w:t>
            </w:r>
          </w:p>
        </w:tc>
        <w:tc>
          <w:tcPr>
            <w:tcW w:w="1019" w:type="dxa"/>
            <w:vMerge w:val="restart"/>
            <w:vAlign w:val="center"/>
          </w:tcPr>
          <w:p w14:paraId="61103A2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5.4169</w:t>
            </w:r>
          </w:p>
        </w:tc>
        <w:tc>
          <w:tcPr>
            <w:tcW w:w="1019" w:type="dxa"/>
            <w:vMerge w:val="restart"/>
            <w:vAlign w:val="center"/>
          </w:tcPr>
          <w:p w14:paraId="469500C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228.88</w:t>
            </w:r>
          </w:p>
        </w:tc>
        <w:tc>
          <w:tcPr>
            <w:tcW w:w="1019" w:type="dxa"/>
            <w:vMerge w:val="restart"/>
            <w:vAlign w:val="center"/>
          </w:tcPr>
          <w:p w14:paraId="5D4CAF9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0.0087</w:t>
            </w:r>
          </w:p>
        </w:tc>
        <w:tc>
          <w:tcPr>
            <w:tcW w:w="1044" w:type="dxa"/>
            <w:vMerge w:val="restart"/>
            <w:vAlign w:val="center"/>
          </w:tcPr>
          <w:p w14:paraId="61F9C62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16.8258</w:t>
            </w:r>
          </w:p>
        </w:tc>
        <w:tc>
          <w:tcPr>
            <w:tcW w:w="1044" w:type="dxa"/>
            <w:vMerge w:val="restart"/>
            <w:vAlign w:val="center"/>
          </w:tcPr>
          <w:p w14:paraId="463438F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16.8233</w:t>
            </w:r>
          </w:p>
        </w:tc>
      </w:tr>
      <w:tr w:rsidR="00497B11" w:rsidRPr="00293828" w14:paraId="0E88D916" w14:textId="77777777" w:rsidTr="009D45BD">
        <w:tc>
          <w:tcPr>
            <w:tcW w:w="982" w:type="dxa"/>
            <w:vMerge/>
          </w:tcPr>
          <w:p w14:paraId="2C5EE34A" w14:textId="77777777" w:rsidR="00497B11" w:rsidRPr="00293828" w:rsidRDefault="00497B11" w:rsidP="00293828">
            <w:pPr>
              <w:rPr>
                <w:rFonts w:ascii="Times New Roman" w:hAnsi="Times New Roman" w:cs="Times New Roman"/>
                <w:szCs w:val="21"/>
              </w:rPr>
            </w:pPr>
          </w:p>
        </w:tc>
        <w:tc>
          <w:tcPr>
            <w:tcW w:w="1125" w:type="dxa"/>
            <w:vAlign w:val="center"/>
          </w:tcPr>
          <w:p w14:paraId="4F42597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44" w:type="dxa"/>
            <w:vAlign w:val="center"/>
          </w:tcPr>
          <w:p w14:paraId="3F6FCE7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0.23873</w:t>
            </w:r>
          </w:p>
        </w:tc>
        <w:tc>
          <w:tcPr>
            <w:tcW w:w="1019" w:type="dxa"/>
            <w:vMerge/>
          </w:tcPr>
          <w:p w14:paraId="3F4FFAE7" w14:textId="77777777" w:rsidR="00497B11" w:rsidRPr="00293828" w:rsidRDefault="00497B11" w:rsidP="00293828">
            <w:pPr>
              <w:rPr>
                <w:rFonts w:ascii="Times New Roman" w:hAnsi="Times New Roman" w:cs="Times New Roman"/>
                <w:szCs w:val="21"/>
              </w:rPr>
            </w:pPr>
          </w:p>
        </w:tc>
        <w:tc>
          <w:tcPr>
            <w:tcW w:w="1019" w:type="dxa"/>
            <w:vMerge/>
          </w:tcPr>
          <w:p w14:paraId="7A5943AF" w14:textId="77777777" w:rsidR="00497B11" w:rsidRPr="00293828" w:rsidRDefault="00497B11" w:rsidP="00293828">
            <w:pPr>
              <w:rPr>
                <w:rFonts w:ascii="Times New Roman" w:hAnsi="Times New Roman" w:cs="Times New Roman"/>
                <w:szCs w:val="21"/>
              </w:rPr>
            </w:pPr>
          </w:p>
        </w:tc>
        <w:tc>
          <w:tcPr>
            <w:tcW w:w="1019" w:type="dxa"/>
            <w:vMerge/>
          </w:tcPr>
          <w:p w14:paraId="4D8693A0" w14:textId="77777777" w:rsidR="00497B11" w:rsidRPr="00293828" w:rsidRDefault="00497B11" w:rsidP="00293828">
            <w:pPr>
              <w:rPr>
                <w:rFonts w:ascii="Times New Roman" w:hAnsi="Times New Roman" w:cs="Times New Roman"/>
                <w:szCs w:val="21"/>
              </w:rPr>
            </w:pPr>
          </w:p>
        </w:tc>
        <w:tc>
          <w:tcPr>
            <w:tcW w:w="1044" w:type="dxa"/>
            <w:vMerge/>
          </w:tcPr>
          <w:p w14:paraId="3EDA2F20" w14:textId="77777777" w:rsidR="00497B11" w:rsidRPr="00293828" w:rsidRDefault="00497B11" w:rsidP="00293828">
            <w:pPr>
              <w:rPr>
                <w:rFonts w:ascii="Times New Roman" w:hAnsi="Times New Roman" w:cs="Times New Roman"/>
                <w:szCs w:val="21"/>
              </w:rPr>
            </w:pPr>
          </w:p>
        </w:tc>
        <w:tc>
          <w:tcPr>
            <w:tcW w:w="1044" w:type="dxa"/>
            <w:vMerge/>
          </w:tcPr>
          <w:p w14:paraId="534EBBD6" w14:textId="77777777" w:rsidR="00497B11" w:rsidRPr="00293828" w:rsidRDefault="00497B11" w:rsidP="00293828">
            <w:pPr>
              <w:rPr>
                <w:rFonts w:ascii="Times New Roman" w:hAnsi="Times New Roman" w:cs="Times New Roman"/>
                <w:szCs w:val="21"/>
              </w:rPr>
            </w:pPr>
          </w:p>
        </w:tc>
      </w:tr>
      <w:tr w:rsidR="00497B11" w:rsidRPr="00293828" w14:paraId="4358453C" w14:textId="77777777" w:rsidTr="009D45BD">
        <w:tc>
          <w:tcPr>
            <w:tcW w:w="982" w:type="dxa"/>
            <w:vMerge w:val="restart"/>
            <w:vAlign w:val="center"/>
          </w:tcPr>
          <w:p w14:paraId="32FCDA6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8</w:t>
            </w:r>
          </w:p>
        </w:tc>
        <w:tc>
          <w:tcPr>
            <w:tcW w:w="1125" w:type="dxa"/>
            <w:vAlign w:val="center"/>
          </w:tcPr>
          <w:p w14:paraId="2952E70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44" w:type="dxa"/>
            <w:vAlign w:val="center"/>
          </w:tcPr>
          <w:p w14:paraId="6C76A47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0.42409</w:t>
            </w:r>
          </w:p>
        </w:tc>
        <w:tc>
          <w:tcPr>
            <w:tcW w:w="1019" w:type="dxa"/>
            <w:vMerge w:val="restart"/>
            <w:vAlign w:val="center"/>
          </w:tcPr>
          <w:p w14:paraId="1E8FE1F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5.6121</w:t>
            </w:r>
          </w:p>
        </w:tc>
        <w:tc>
          <w:tcPr>
            <w:tcW w:w="1019" w:type="dxa"/>
            <w:vMerge w:val="restart"/>
            <w:vAlign w:val="center"/>
          </w:tcPr>
          <w:p w14:paraId="10DC82E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220.92</w:t>
            </w:r>
          </w:p>
        </w:tc>
        <w:tc>
          <w:tcPr>
            <w:tcW w:w="1019" w:type="dxa"/>
            <w:vMerge w:val="restart"/>
            <w:vAlign w:val="center"/>
          </w:tcPr>
          <w:p w14:paraId="76964D9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0.0012</w:t>
            </w:r>
          </w:p>
        </w:tc>
        <w:tc>
          <w:tcPr>
            <w:tcW w:w="1044" w:type="dxa"/>
            <w:vMerge w:val="restart"/>
            <w:vAlign w:val="center"/>
          </w:tcPr>
          <w:p w14:paraId="7F2AFE0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-1.7258</w:t>
            </w:r>
          </w:p>
        </w:tc>
        <w:tc>
          <w:tcPr>
            <w:tcW w:w="1044" w:type="dxa"/>
            <w:vMerge w:val="restart"/>
            <w:vAlign w:val="center"/>
          </w:tcPr>
          <w:p w14:paraId="2F61507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-1.7482</w:t>
            </w:r>
          </w:p>
        </w:tc>
      </w:tr>
      <w:tr w:rsidR="00497B11" w:rsidRPr="00293828" w14:paraId="7361FD7C" w14:textId="77777777" w:rsidTr="009D45BD">
        <w:tc>
          <w:tcPr>
            <w:tcW w:w="982" w:type="dxa"/>
            <w:vMerge/>
          </w:tcPr>
          <w:p w14:paraId="2C64F97F" w14:textId="77777777" w:rsidR="00497B11" w:rsidRPr="00293828" w:rsidRDefault="00497B11" w:rsidP="00293828">
            <w:pPr>
              <w:rPr>
                <w:rFonts w:ascii="Times New Roman" w:hAnsi="Times New Roman" w:cs="Times New Roman"/>
                <w:szCs w:val="21"/>
              </w:rPr>
            </w:pPr>
          </w:p>
        </w:tc>
        <w:tc>
          <w:tcPr>
            <w:tcW w:w="1125" w:type="dxa"/>
            <w:vAlign w:val="center"/>
          </w:tcPr>
          <w:p w14:paraId="38C449C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44" w:type="dxa"/>
            <w:vAlign w:val="center"/>
          </w:tcPr>
          <w:p w14:paraId="5D4F9D4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-0.41324</w:t>
            </w:r>
          </w:p>
        </w:tc>
        <w:tc>
          <w:tcPr>
            <w:tcW w:w="1019" w:type="dxa"/>
            <w:vMerge/>
          </w:tcPr>
          <w:p w14:paraId="52509C68" w14:textId="77777777" w:rsidR="00497B11" w:rsidRPr="00293828" w:rsidRDefault="00497B11" w:rsidP="00293828">
            <w:pPr>
              <w:rPr>
                <w:rFonts w:ascii="Times New Roman" w:hAnsi="Times New Roman" w:cs="Times New Roman"/>
                <w:szCs w:val="21"/>
              </w:rPr>
            </w:pPr>
          </w:p>
        </w:tc>
        <w:tc>
          <w:tcPr>
            <w:tcW w:w="1019" w:type="dxa"/>
            <w:vMerge/>
          </w:tcPr>
          <w:p w14:paraId="798D1ACB" w14:textId="77777777" w:rsidR="00497B11" w:rsidRPr="00293828" w:rsidRDefault="00497B11" w:rsidP="00293828">
            <w:pPr>
              <w:rPr>
                <w:rFonts w:ascii="Times New Roman" w:hAnsi="Times New Roman" w:cs="Times New Roman"/>
                <w:szCs w:val="21"/>
              </w:rPr>
            </w:pPr>
          </w:p>
        </w:tc>
        <w:tc>
          <w:tcPr>
            <w:tcW w:w="1019" w:type="dxa"/>
            <w:vMerge/>
          </w:tcPr>
          <w:p w14:paraId="3549D5DB" w14:textId="77777777" w:rsidR="00497B11" w:rsidRPr="00293828" w:rsidRDefault="00497B11" w:rsidP="00293828">
            <w:pPr>
              <w:rPr>
                <w:rFonts w:ascii="Times New Roman" w:hAnsi="Times New Roman" w:cs="Times New Roman"/>
                <w:szCs w:val="21"/>
              </w:rPr>
            </w:pPr>
          </w:p>
        </w:tc>
        <w:tc>
          <w:tcPr>
            <w:tcW w:w="1044" w:type="dxa"/>
            <w:vMerge/>
          </w:tcPr>
          <w:p w14:paraId="6C9E12FD" w14:textId="77777777" w:rsidR="00497B11" w:rsidRPr="00293828" w:rsidRDefault="00497B11" w:rsidP="00293828">
            <w:pPr>
              <w:rPr>
                <w:rFonts w:ascii="Times New Roman" w:hAnsi="Times New Roman" w:cs="Times New Roman"/>
                <w:szCs w:val="21"/>
              </w:rPr>
            </w:pPr>
          </w:p>
        </w:tc>
        <w:tc>
          <w:tcPr>
            <w:tcW w:w="1044" w:type="dxa"/>
            <w:vMerge/>
          </w:tcPr>
          <w:p w14:paraId="074B6B5A" w14:textId="77777777" w:rsidR="00497B11" w:rsidRPr="00293828" w:rsidRDefault="00497B11" w:rsidP="00293828">
            <w:pPr>
              <w:rPr>
                <w:rFonts w:ascii="Times New Roman" w:hAnsi="Times New Roman" w:cs="Times New Roman"/>
                <w:szCs w:val="21"/>
              </w:rPr>
            </w:pPr>
          </w:p>
        </w:tc>
      </w:tr>
      <w:tr w:rsidR="00497B11" w:rsidRPr="00293828" w14:paraId="07AB20B4" w14:textId="77777777" w:rsidTr="009D45BD">
        <w:tc>
          <w:tcPr>
            <w:tcW w:w="982" w:type="dxa"/>
            <w:vAlign w:val="center"/>
          </w:tcPr>
          <w:p w14:paraId="11467B2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9</w:t>
            </w:r>
          </w:p>
        </w:tc>
        <w:tc>
          <w:tcPr>
            <w:tcW w:w="1125" w:type="dxa"/>
            <w:vAlign w:val="center"/>
          </w:tcPr>
          <w:p w14:paraId="57F0545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44" w:type="dxa"/>
            <w:vAlign w:val="center"/>
          </w:tcPr>
          <w:p w14:paraId="39E1B7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0.43676</w:t>
            </w:r>
          </w:p>
        </w:tc>
        <w:tc>
          <w:tcPr>
            <w:tcW w:w="1019" w:type="dxa"/>
            <w:vAlign w:val="center"/>
          </w:tcPr>
          <w:p w14:paraId="2343AE5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5.6609</w:t>
            </w:r>
          </w:p>
        </w:tc>
        <w:tc>
          <w:tcPr>
            <w:tcW w:w="1019" w:type="dxa"/>
            <w:vAlign w:val="center"/>
          </w:tcPr>
          <w:p w14:paraId="7683433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219.02</w:t>
            </w:r>
          </w:p>
        </w:tc>
        <w:tc>
          <w:tcPr>
            <w:tcW w:w="1019" w:type="dxa"/>
            <w:vAlign w:val="center"/>
          </w:tcPr>
          <w:p w14:paraId="24B6CDD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0.0565</w:t>
            </w:r>
          </w:p>
        </w:tc>
        <w:tc>
          <w:tcPr>
            <w:tcW w:w="1044" w:type="dxa"/>
            <w:vAlign w:val="center"/>
          </w:tcPr>
          <w:p w14:paraId="14031C0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-84.9045</w:t>
            </w:r>
          </w:p>
        </w:tc>
        <w:tc>
          <w:tcPr>
            <w:tcW w:w="1044" w:type="dxa"/>
            <w:vAlign w:val="center"/>
          </w:tcPr>
          <w:p w14:paraId="5657F6F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-84.5996</w:t>
            </w:r>
          </w:p>
        </w:tc>
      </w:tr>
      <w:tr w:rsidR="00497B11" w:rsidRPr="00293828" w14:paraId="15F2A0C6" w14:textId="77777777" w:rsidTr="009D45BD">
        <w:tc>
          <w:tcPr>
            <w:tcW w:w="982" w:type="dxa"/>
            <w:vMerge w:val="restart"/>
            <w:vAlign w:val="center"/>
          </w:tcPr>
          <w:p w14:paraId="4B12563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w:t>
            </w:r>
          </w:p>
        </w:tc>
        <w:tc>
          <w:tcPr>
            <w:tcW w:w="1125" w:type="dxa"/>
            <w:vAlign w:val="center"/>
          </w:tcPr>
          <w:p w14:paraId="1983022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199-&gt;208</w:t>
            </w:r>
          </w:p>
        </w:tc>
        <w:tc>
          <w:tcPr>
            <w:tcW w:w="1044" w:type="dxa"/>
            <w:vAlign w:val="center"/>
          </w:tcPr>
          <w:p w14:paraId="51F6818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0.31441</w:t>
            </w:r>
          </w:p>
        </w:tc>
        <w:tc>
          <w:tcPr>
            <w:tcW w:w="1019" w:type="dxa"/>
            <w:vMerge w:val="restart"/>
            <w:vAlign w:val="center"/>
          </w:tcPr>
          <w:p w14:paraId="78D3554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5.6825</w:t>
            </w:r>
          </w:p>
        </w:tc>
        <w:tc>
          <w:tcPr>
            <w:tcW w:w="1019" w:type="dxa"/>
            <w:vMerge w:val="restart"/>
            <w:vAlign w:val="center"/>
          </w:tcPr>
          <w:p w14:paraId="5E7B8B1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218.18</w:t>
            </w:r>
          </w:p>
        </w:tc>
        <w:tc>
          <w:tcPr>
            <w:tcW w:w="1019" w:type="dxa"/>
            <w:vMerge w:val="restart"/>
            <w:vAlign w:val="center"/>
          </w:tcPr>
          <w:p w14:paraId="4492D1D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0.0021</w:t>
            </w:r>
          </w:p>
        </w:tc>
        <w:tc>
          <w:tcPr>
            <w:tcW w:w="1044" w:type="dxa"/>
            <w:vMerge w:val="restart"/>
            <w:vAlign w:val="center"/>
          </w:tcPr>
          <w:p w14:paraId="4F88BD3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0.0324</w:t>
            </w:r>
          </w:p>
        </w:tc>
        <w:tc>
          <w:tcPr>
            <w:tcW w:w="1044" w:type="dxa"/>
            <w:vMerge w:val="restart"/>
            <w:vAlign w:val="center"/>
          </w:tcPr>
          <w:p w14:paraId="4BD06D0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0.0084</w:t>
            </w:r>
          </w:p>
        </w:tc>
      </w:tr>
      <w:tr w:rsidR="00497B11" w:rsidRPr="00293828" w14:paraId="6EE9B1BA" w14:textId="77777777" w:rsidTr="009D45BD">
        <w:tc>
          <w:tcPr>
            <w:tcW w:w="982" w:type="dxa"/>
            <w:vMerge/>
          </w:tcPr>
          <w:p w14:paraId="180E8481" w14:textId="77777777" w:rsidR="00497B11" w:rsidRPr="00293828" w:rsidRDefault="00497B11" w:rsidP="00293828">
            <w:pPr>
              <w:rPr>
                <w:rFonts w:ascii="Times New Roman" w:hAnsi="Times New Roman" w:cs="Times New Roman"/>
                <w:szCs w:val="21"/>
              </w:rPr>
            </w:pPr>
          </w:p>
        </w:tc>
        <w:tc>
          <w:tcPr>
            <w:tcW w:w="1125" w:type="dxa"/>
            <w:vAlign w:val="center"/>
          </w:tcPr>
          <w:p w14:paraId="7FFE01A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201-&gt;209</w:t>
            </w:r>
          </w:p>
        </w:tc>
        <w:tc>
          <w:tcPr>
            <w:tcW w:w="1044" w:type="dxa"/>
            <w:vAlign w:val="center"/>
          </w:tcPr>
          <w:p w14:paraId="4E927E1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-0.25049</w:t>
            </w:r>
          </w:p>
        </w:tc>
        <w:tc>
          <w:tcPr>
            <w:tcW w:w="1019" w:type="dxa"/>
            <w:vMerge/>
          </w:tcPr>
          <w:p w14:paraId="64FC467E" w14:textId="77777777" w:rsidR="00497B11" w:rsidRPr="00293828" w:rsidRDefault="00497B11" w:rsidP="00293828">
            <w:pPr>
              <w:rPr>
                <w:rFonts w:ascii="Times New Roman" w:hAnsi="Times New Roman" w:cs="Times New Roman"/>
                <w:szCs w:val="21"/>
              </w:rPr>
            </w:pPr>
          </w:p>
        </w:tc>
        <w:tc>
          <w:tcPr>
            <w:tcW w:w="1019" w:type="dxa"/>
            <w:vMerge/>
          </w:tcPr>
          <w:p w14:paraId="3D293F91" w14:textId="77777777" w:rsidR="00497B11" w:rsidRPr="00293828" w:rsidRDefault="00497B11" w:rsidP="00293828">
            <w:pPr>
              <w:rPr>
                <w:rFonts w:ascii="Times New Roman" w:hAnsi="Times New Roman" w:cs="Times New Roman"/>
                <w:szCs w:val="21"/>
              </w:rPr>
            </w:pPr>
          </w:p>
        </w:tc>
        <w:tc>
          <w:tcPr>
            <w:tcW w:w="1019" w:type="dxa"/>
            <w:vMerge/>
          </w:tcPr>
          <w:p w14:paraId="727877D0" w14:textId="77777777" w:rsidR="00497B11" w:rsidRPr="00293828" w:rsidRDefault="00497B11" w:rsidP="00293828">
            <w:pPr>
              <w:rPr>
                <w:rFonts w:ascii="Times New Roman" w:hAnsi="Times New Roman" w:cs="Times New Roman"/>
                <w:szCs w:val="21"/>
              </w:rPr>
            </w:pPr>
          </w:p>
        </w:tc>
        <w:tc>
          <w:tcPr>
            <w:tcW w:w="1044" w:type="dxa"/>
            <w:vMerge/>
          </w:tcPr>
          <w:p w14:paraId="1299541C" w14:textId="77777777" w:rsidR="00497B11" w:rsidRPr="00293828" w:rsidRDefault="00497B11" w:rsidP="00293828">
            <w:pPr>
              <w:rPr>
                <w:rFonts w:ascii="Times New Roman" w:hAnsi="Times New Roman" w:cs="Times New Roman"/>
                <w:szCs w:val="21"/>
              </w:rPr>
            </w:pPr>
          </w:p>
        </w:tc>
        <w:tc>
          <w:tcPr>
            <w:tcW w:w="1044" w:type="dxa"/>
            <w:vMerge/>
          </w:tcPr>
          <w:p w14:paraId="1F3C7F3B" w14:textId="77777777" w:rsidR="00497B11" w:rsidRPr="00293828" w:rsidRDefault="00497B11" w:rsidP="00293828">
            <w:pPr>
              <w:rPr>
                <w:rFonts w:ascii="Times New Roman" w:hAnsi="Times New Roman" w:cs="Times New Roman"/>
                <w:szCs w:val="21"/>
              </w:rPr>
            </w:pPr>
          </w:p>
        </w:tc>
      </w:tr>
      <w:tr w:rsidR="00497B11" w:rsidRPr="00293828" w14:paraId="464D71F3" w14:textId="77777777" w:rsidTr="009D45BD">
        <w:tc>
          <w:tcPr>
            <w:tcW w:w="982" w:type="dxa"/>
            <w:vMerge/>
          </w:tcPr>
          <w:p w14:paraId="16542EB9" w14:textId="77777777" w:rsidR="00497B11" w:rsidRPr="00293828" w:rsidRDefault="00497B11" w:rsidP="00293828">
            <w:pPr>
              <w:rPr>
                <w:rFonts w:ascii="Times New Roman" w:hAnsi="Times New Roman" w:cs="Times New Roman"/>
                <w:szCs w:val="21"/>
              </w:rPr>
            </w:pPr>
          </w:p>
        </w:tc>
        <w:tc>
          <w:tcPr>
            <w:tcW w:w="1125" w:type="dxa"/>
            <w:vAlign w:val="center"/>
          </w:tcPr>
          <w:p w14:paraId="3691365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202-&gt;209</w:t>
            </w:r>
          </w:p>
        </w:tc>
        <w:tc>
          <w:tcPr>
            <w:tcW w:w="1044" w:type="dxa"/>
            <w:vAlign w:val="center"/>
          </w:tcPr>
          <w:p w14:paraId="7BDD835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-0.22513</w:t>
            </w:r>
          </w:p>
        </w:tc>
        <w:tc>
          <w:tcPr>
            <w:tcW w:w="1019" w:type="dxa"/>
            <w:vMerge/>
          </w:tcPr>
          <w:p w14:paraId="7C055AA0" w14:textId="77777777" w:rsidR="00497B11" w:rsidRPr="00293828" w:rsidRDefault="00497B11" w:rsidP="00293828">
            <w:pPr>
              <w:rPr>
                <w:rFonts w:ascii="Times New Roman" w:hAnsi="Times New Roman" w:cs="Times New Roman"/>
                <w:szCs w:val="21"/>
              </w:rPr>
            </w:pPr>
          </w:p>
        </w:tc>
        <w:tc>
          <w:tcPr>
            <w:tcW w:w="1019" w:type="dxa"/>
            <w:vMerge/>
          </w:tcPr>
          <w:p w14:paraId="7472B637" w14:textId="77777777" w:rsidR="00497B11" w:rsidRPr="00293828" w:rsidRDefault="00497B11" w:rsidP="00293828">
            <w:pPr>
              <w:rPr>
                <w:rFonts w:ascii="Times New Roman" w:hAnsi="Times New Roman" w:cs="Times New Roman"/>
                <w:szCs w:val="21"/>
              </w:rPr>
            </w:pPr>
          </w:p>
        </w:tc>
        <w:tc>
          <w:tcPr>
            <w:tcW w:w="1019" w:type="dxa"/>
            <w:vMerge/>
          </w:tcPr>
          <w:p w14:paraId="6FC55330" w14:textId="77777777" w:rsidR="00497B11" w:rsidRPr="00293828" w:rsidRDefault="00497B11" w:rsidP="00293828">
            <w:pPr>
              <w:rPr>
                <w:rFonts w:ascii="Times New Roman" w:hAnsi="Times New Roman" w:cs="Times New Roman"/>
                <w:szCs w:val="21"/>
              </w:rPr>
            </w:pPr>
          </w:p>
        </w:tc>
        <w:tc>
          <w:tcPr>
            <w:tcW w:w="1044" w:type="dxa"/>
            <w:vMerge/>
          </w:tcPr>
          <w:p w14:paraId="00155858" w14:textId="77777777" w:rsidR="00497B11" w:rsidRPr="00293828" w:rsidRDefault="00497B11" w:rsidP="00293828">
            <w:pPr>
              <w:rPr>
                <w:rFonts w:ascii="Times New Roman" w:hAnsi="Times New Roman" w:cs="Times New Roman"/>
                <w:szCs w:val="21"/>
              </w:rPr>
            </w:pPr>
          </w:p>
        </w:tc>
        <w:tc>
          <w:tcPr>
            <w:tcW w:w="1044" w:type="dxa"/>
            <w:vMerge/>
          </w:tcPr>
          <w:p w14:paraId="4DEADDD7" w14:textId="77777777" w:rsidR="00497B11" w:rsidRPr="00293828" w:rsidRDefault="00497B11" w:rsidP="00293828">
            <w:pPr>
              <w:rPr>
                <w:rFonts w:ascii="Times New Roman" w:hAnsi="Times New Roman" w:cs="Times New Roman"/>
                <w:szCs w:val="21"/>
              </w:rPr>
            </w:pPr>
          </w:p>
        </w:tc>
      </w:tr>
      <w:tr w:rsidR="00497B11" w:rsidRPr="00293828" w14:paraId="0AD704A6" w14:textId="77777777" w:rsidTr="009D45BD">
        <w:tc>
          <w:tcPr>
            <w:tcW w:w="982" w:type="dxa"/>
            <w:vMerge w:val="restart"/>
            <w:vAlign w:val="center"/>
          </w:tcPr>
          <w:p w14:paraId="24194D8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11</w:t>
            </w:r>
          </w:p>
        </w:tc>
        <w:tc>
          <w:tcPr>
            <w:tcW w:w="1125" w:type="dxa"/>
            <w:vAlign w:val="center"/>
          </w:tcPr>
          <w:p w14:paraId="79BFC3C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199-&gt;206</w:t>
            </w:r>
          </w:p>
        </w:tc>
        <w:tc>
          <w:tcPr>
            <w:tcW w:w="1044" w:type="dxa"/>
            <w:vAlign w:val="center"/>
          </w:tcPr>
          <w:p w14:paraId="4CC688A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-0.29862</w:t>
            </w:r>
          </w:p>
        </w:tc>
        <w:tc>
          <w:tcPr>
            <w:tcW w:w="1019" w:type="dxa"/>
            <w:vMerge w:val="restart"/>
            <w:vAlign w:val="center"/>
          </w:tcPr>
          <w:p w14:paraId="7776378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5.7264</w:t>
            </w:r>
          </w:p>
        </w:tc>
        <w:tc>
          <w:tcPr>
            <w:tcW w:w="1019" w:type="dxa"/>
            <w:vMerge w:val="restart"/>
            <w:vAlign w:val="center"/>
          </w:tcPr>
          <w:p w14:paraId="0D3D185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216.51</w:t>
            </w:r>
          </w:p>
        </w:tc>
        <w:tc>
          <w:tcPr>
            <w:tcW w:w="1019" w:type="dxa"/>
            <w:vMerge w:val="restart"/>
            <w:vAlign w:val="center"/>
          </w:tcPr>
          <w:p w14:paraId="7BDBF42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0.0012</w:t>
            </w:r>
          </w:p>
        </w:tc>
        <w:tc>
          <w:tcPr>
            <w:tcW w:w="1044" w:type="dxa"/>
            <w:vMerge w:val="restart"/>
            <w:vAlign w:val="center"/>
          </w:tcPr>
          <w:p w14:paraId="40329CF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14.7708</w:t>
            </w:r>
          </w:p>
        </w:tc>
        <w:tc>
          <w:tcPr>
            <w:tcW w:w="1044" w:type="dxa"/>
            <w:vMerge w:val="restart"/>
            <w:vAlign w:val="center"/>
          </w:tcPr>
          <w:p w14:paraId="70BC821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14.5181</w:t>
            </w:r>
          </w:p>
        </w:tc>
      </w:tr>
      <w:tr w:rsidR="00497B11" w:rsidRPr="00293828" w14:paraId="31FA9EFF" w14:textId="77777777" w:rsidTr="009D45BD">
        <w:tc>
          <w:tcPr>
            <w:tcW w:w="982" w:type="dxa"/>
            <w:vMerge/>
          </w:tcPr>
          <w:p w14:paraId="75D9FD96" w14:textId="77777777" w:rsidR="00497B11" w:rsidRPr="00293828" w:rsidRDefault="00497B11" w:rsidP="00293828">
            <w:pPr>
              <w:rPr>
                <w:rFonts w:ascii="Times New Roman" w:hAnsi="Times New Roman" w:cs="Times New Roman"/>
                <w:szCs w:val="21"/>
              </w:rPr>
            </w:pPr>
          </w:p>
        </w:tc>
        <w:tc>
          <w:tcPr>
            <w:tcW w:w="1125" w:type="dxa"/>
            <w:vAlign w:val="center"/>
          </w:tcPr>
          <w:p w14:paraId="46E266E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44" w:type="dxa"/>
            <w:vAlign w:val="center"/>
          </w:tcPr>
          <w:p w14:paraId="76930FE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0.41609</w:t>
            </w:r>
          </w:p>
        </w:tc>
        <w:tc>
          <w:tcPr>
            <w:tcW w:w="1019" w:type="dxa"/>
            <w:vMerge/>
          </w:tcPr>
          <w:p w14:paraId="02D6C6AD" w14:textId="77777777" w:rsidR="00497B11" w:rsidRPr="00293828" w:rsidRDefault="00497B11" w:rsidP="00293828">
            <w:pPr>
              <w:rPr>
                <w:rFonts w:ascii="Times New Roman" w:hAnsi="Times New Roman" w:cs="Times New Roman"/>
                <w:szCs w:val="21"/>
              </w:rPr>
            </w:pPr>
          </w:p>
        </w:tc>
        <w:tc>
          <w:tcPr>
            <w:tcW w:w="1019" w:type="dxa"/>
            <w:vMerge/>
          </w:tcPr>
          <w:p w14:paraId="04908ABB" w14:textId="77777777" w:rsidR="00497B11" w:rsidRPr="00293828" w:rsidRDefault="00497B11" w:rsidP="00293828">
            <w:pPr>
              <w:rPr>
                <w:rFonts w:ascii="Times New Roman" w:hAnsi="Times New Roman" w:cs="Times New Roman"/>
                <w:szCs w:val="21"/>
              </w:rPr>
            </w:pPr>
          </w:p>
        </w:tc>
        <w:tc>
          <w:tcPr>
            <w:tcW w:w="1019" w:type="dxa"/>
            <w:vMerge/>
          </w:tcPr>
          <w:p w14:paraId="3826DE09" w14:textId="77777777" w:rsidR="00497B11" w:rsidRPr="00293828" w:rsidRDefault="00497B11" w:rsidP="00293828">
            <w:pPr>
              <w:rPr>
                <w:rFonts w:ascii="Times New Roman" w:hAnsi="Times New Roman" w:cs="Times New Roman"/>
                <w:szCs w:val="21"/>
              </w:rPr>
            </w:pPr>
          </w:p>
        </w:tc>
        <w:tc>
          <w:tcPr>
            <w:tcW w:w="1044" w:type="dxa"/>
            <w:vMerge/>
          </w:tcPr>
          <w:p w14:paraId="4620CF49" w14:textId="77777777" w:rsidR="00497B11" w:rsidRPr="00293828" w:rsidRDefault="00497B11" w:rsidP="00293828">
            <w:pPr>
              <w:rPr>
                <w:rFonts w:ascii="Times New Roman" w:hAnsi="Times New Roman" w:cs="Times New Roman"/>
                <w:szCs w:val="21"/>
              </w:rPr>
            </w:pPr>
          </w:p>
        </w:tc>
        <w:tc>
          <w:tcPr>
            <w:tcW w:w="1044" w:type="dxa"/>
            <w:vMerge/>
          </w:tcPr>
          <w:p w14:paraId="73BCEDC5" w14:textId="77777777" w:rsidR="00497B11" w:rsidRPr="00293828" w:rsidRDefault="00497B11" w:rsidP="00293828">
            <w:pPr>
              <w:rPr>
                <w:rFonts w:ascii="Times New Roman" w:hAnsi="Times New Roman" w:cs="Times New Roman"/>
                <w:szCs w:val="21"/>
              </w:rPr>
            </w:pPr>
          </w:p>
        </w:tc>
      </w:tr>
      <w:tr w:rsidR="00497B11" w:rsidRPr="00293828" w14:paraId="39708433" w14:textId="77777777" w:rsidTr="009D45BD">
        <w:tc>
          <w:tcPr>
            <w:tcW w:w="982" w:type="dxa"/>
            <w:vMerge w:val="restart"/>
            <w:vAlign w:val="center"/>
          </w:tcPr>
          <w:p w14:paraId="76B25CF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12</w:t>
            </w:r>
          </w:p>
        </w:tc>
        <w:tc>
          <w:tcPr>
            <w:tcW w:w="1125" w:type="dxa"/>
            <w:vAlign w:val="center"/>
          </w:tcPr>
          <w:p w14:paraId="33A6A3F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203-&gt;209</w:t>
            </w:r>
          </w:p>
        </w:tc>
        <w:tc>
          <w:tcPr>
            <w:tcW w:w="1044" w:type="dxa"/>
            <w:vAlign w:val="center"/>
          </w:tcPr>
          <w:p w14:paraId="1AED01F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-0.25769</w:t>
            </w:r>
          </w:p>
        </w:tc>
        <w:tc>
          <w:tcPr>
            <w:tcW w:w="1019" w:type="dxa"/>
            <w:vMerge w:val="restart"/>
            <w:vAlign w:val="center"/>
          </w:tcPr>
          <w:p w14:paraId="117216C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5.7667</w:t>
            </w:r>
          </w:p>
        </w:tc>
        <w:tc>
          <w:tcPr>
            <w:tcW w:w="1019" w:type="dxa"/>
            <w:vMerge w:val="restart"/>
            <w:vAlign w:val="center"/>
          </w:tcPr>
          <w:p w14:paraId="60E0E89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215.00</w:t>
            </w:r>
          </w:p>
        </w:tc>
        <w:tc>
          <w:tcPr>
            <w:tcW w:w="1019" w:type="dxa"/>
            <w:vMerge w:val="restart"/>
            <w:vAlign w:val="center"/>
          </w:tcPr>
          <w:p w14:paraId="2F49002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0.0183</w:t>
            </w:r>
          </w:p>
        </w:tc>
        <w:tc>
          <w:tcPr>
            <w:tcW w:w="1044" w:type="dxa"/>
            <w:vMerge w:val="restart"/>
            <w:vAlign w:val="center"/>
          </w:tcPr>
          <w:p w14:paraId="1E98346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-27.4869</w:t>
            </w:r>
          </w:p>
        </w:tc>
        <w:tc>
          <w:tcPr>
            <w:tcW w:w="1044" w:type="dxa"/>
            <w:vMerge w:val="restart"/>
            <w:vAlign w:val="center"/>
          </w:tcPr>
          <w:p w14:paraId="501E675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-27.2238</w:t>
            </w:r>
          </w:p>
        </w:tc>
      </w:tr>
      <w:tr w:rsidR="00497B11" w:rsidRPr="00293828" w14:paraId="75D947AF" w14:textId="77777777" w:rsidTr="009D45BD">
        <w:tc>
          <w:tcPr>
            <w:tcW w:w="982" w:type="dxa"/>
            <w:vMerge/>
          </w:tcPr>
          <w:p w14:paraId="2C8C6674" w14:textId="77777777" w:rsidR="00497B11" w:rsidRPr="00293828" w:rsidRDefault="00497B11" w:rsidP="00293828">
            <w:pPr>
              <w:rPr>
                <w:rFonts w:ascii="Times New Roman" w:hAnsi="Times New Roman" w:cs="Times New Roman"/>
                <w:szCs w:val="21"/>
              </w:rPr>
            </w:pPr>
          </w:p>
        </w:tc>
        <w:tc>
          <w:tcPr>
            <w:tcW w:w="1125" w:type="dxa"/>
            <w:vAlign w:val="center"/>
          </w:tcPr>
          <w:p w14:paraId="2143466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205-&gt;208</w:t>
            </w:r>
          </w:p>
        </w:tc>
        <w:tc>
          <w:tcPr>
            <w:tcW w:w="1044" w:type="dxa"/>
            <w:vAlign w:val="center"/>
          </w:tcPr>
          <w:p w14:paraId="2CEFFA1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0.57138</w:t>
            </w:r>
          </w:p>
        </w:tc>
        <w:tc>
          <w:tcPr>
            <w:tcW w:w="1019" w:type="dxa"/>
            <w:vMerge/>
          </w:tcPr>
          <w:p w14:paraId="0D591733" w14:textId="77777777" w:rsidR="00497B11" w:rsidRPr="00293828" w:rsidRDefault="00497B11" w:rsidP="00293828">
            <w:pPr>
              <w:rPr>
                <w:rFonts w:ascii="Times New Roman" w:hAnsi="Times New Roman" w:cs="Times New Roman"/>
                <w:szCs w:val="21"/>
              </w:rPr>
            </w:pPr>
          </w:p>
        </w:tc>
        <w:tc>
          <w:tcPr>
            <w:tcW w:w="1019" w:type="dxa"/>
            <w:vMerge/>
          </w:tcPr>
          <w:p w14:paraId="2DDBBBC5" w14:textId="77777777" w:rsidR="00497B11" w:rsidRPr="00293828" w:rsidRDefault="00497B11" w:rsidP="00293828">
            <w:pPr>
              <w:rPr>
                <w:rFonts w:ascii="Times New Roman" w:hAnsi="Times New Roman" w:cs="Times New Roman"/>
                <w:szCs w:val="21"/>
              </w:rPr>
            </w:pPr>
          </w:p>
        </w:tc>
        <w:tc>
          <w:tcPr>
            <w:tcW w:w="1019" w:type="dxa"/>
            <w:vMerge/>
          </w:tcPr>
          <w:p w14:paraId="61BF4FE7" w14:textId="77777777" w:rsidR="00497B11" w:rsidRPr="00293828" w:rsidRDefault="00497B11" w:rsidP="00293828">
            <w:pPr>
              <w:rPr>
                <w:rFonts w:ascii="Times New Roman" w:hAnsi="Times New Roman" w:cs="Times New Roman"/>
                <w:szCs w:val="21"/>
              </w:rPr>
            </w:pPr>
          </w:p>
        </w:tc>
        <w:tc>
          <w:tcPr>
            <w:tcW w:w="1044" w:type="dxa"/>
            <w:vMerge/>
          </w:tcPr>
          <w:p w14:paraId="03693ADF" w14:textId="77777777" w:rsidR="00497B11" w:rsidRPr="00293828" w:rsidRDefault="00497B11" w:rsidP="00293828">
            <w:pPr>
              <w:rPr>
                <w:rFonts w:ascii="Times New Roman" w:hAnsi="Times New Roman" w:cs="Times New Roman"/>
                <w:szCs w:val="21"/>
              </w:rPr>
            </w:pPr>
          </w:p>
        </w:tc>
        <w:tc>
          <w:tcPr>
            <w:tcW w:w="1044" w:type="dxa"/>
            <w:vMerge/>
          </w:tcPr>
          <w:p w14:paraId="77042A57" w14:textId="77777777" w:rsidR="00497B11" w:rsidRPr="00293828" w:rsidRDefault="00497B11" w:rsidP="00293828">
            <w:pPr>
              <w:rPr>
                <w:rFonts w:ascii="Times New Roman" w:hAnsi="Times New Roman" w:cs="Times New Roman"/>
                <w:szCs w:val="21"/>
              </w:rPr>
            </w:pPr>
          </w:p>
        </w:tc>
      </w:tr>
      <w:tr w:rsidR="00497B11" w:rsidRPr="00293828" w14:paraId="0936FF87" w14:textId="77777777" w:rsidTr="009D45BD">
        <w:tc>
          <w:tcPr>
            <w:tcW w:w="982" w:type="dxa"/>
            <w:vMerge w:val="restart"/>
            <w:vAlign w:val="center"/>
          </w:tcPr>
          <w:p w14:paraId="2B9FFCF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w:t>
            </w:r>
          </w:p>
        </w:tc>
        <w:tc>
          <w:tcPr>
            <w:tcW w:w="1125" w:type="dxa"/>
            <w:vAlign w:val="center"/>
          </w:tcPr>
          <w:p w14:paraId="33B9257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203-&gt;208</w:t>
            </w:r>
          </w:p>
        </w:tc>
        <w:tc>
          <w:tcPr>
            <w:tcW w:w="1044" w:type="dxa"/>
            <w:vAlign w:val="center"/>
          </w:tcPr>
          <w:p w14:paraId="60E0135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-0.28922</w:t>
            </w:r>
          </w:p>
        </w:tc>
        <w:tc>
          <w:tcPr>
            <w:tcW w:w="1019" w:type="dxa"/>
            <w:vMerge w:val="restart"/>
            <w:vAlign w:val="center"/>
          </w:tcPr>
          <w:p w14:paraId="0F53A04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5.7764</w:t>
            </w:r>
          </w:p>
        </w:tc>
        <w:tc>
          <w:tcPr>
            <w:tcW w:w="1019" w:type="dxa"/>
            <w:vMerge w:val="restart"/>
            <w:vAlign w:val="center"/>
          </w:tcPr>
          <w:p w14:paraId="163917F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214.64</w:t>
            </w:r>
          </w:p>
        </w:tc>
        <w:tc>
          <w:tcPr>
            <w:tcW w:w="1019" w:type="dxa"/>
            <w:vMerge w:val="restart"/>
            <w:vAlign w:val="center"/>
          </w:tcPr>
          <w:p w14:paraId="275A2E5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0.0163</w:t>
            </w:r>
          </w:p>
        </w:tc>
        <w:tc>
          <w:tcPr>
            <w:tcW w:w="1044" w:type="dxa"/>
            <w:vMerge w:val="restart"/>
            <w:vAlign w:val="center"/>
          </w:tcPr>
          <w:p w14:paraId="49B0628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11.2846</w:t>
            </w:r>
          </w:p>
        </w:tc>
        <w:tc>
          <w:tcPr>
            <w:tcW w:w="1044" w:type="dxa"/>
            <w:vMerge w:val="restart"/>
            <w:vAlign w:val="center"/>
          </w:tcPr>
          <w:p w14:paraId="0EC07AE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11.2137</w:t>
            </w:r>
          </w:p>
        </w:tc>
      </w:tr>
      <w:tr w:rsidR="00497B11" w:rsidRPr="00293828" w14:paraId="7BB0A13A" w14:textId="77777777" w:rsidTr="009D45BD">
        <w:tc>
          <w:tcPr>
            <w:tcW w:w="982" w:type="dxa"/>
            <w:vMerge/>
          </w:tcPr>
          <w:p w14:paraId="1DF5A634" w14:textId="77777777" w:rsidR="00497B11" w:rsidRPr="00293828" w:rsidRDefault="00497B11" w:rsidP="00293828">
            <w:pPr>
              <w:rPr>
                <w:rFonts w:ascii="Times New Roman" w:hAnsi="Times New Roman" w:cs="Times New Roman"/>
                <w:szCs w:val="21"/>
              </w:rPr>
            </w:pPr>
          </w:p>
        </w:tc>
        <w:tc>
          <w:tcPr>
            <w:tcW w:w="1125" w:type="dxa"/>
            <w:vAlign w:val="center"/>
          </w:tcPr>
          <w:p w14:paraId="73F5C94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205-&gt;209</w:t>
            </w:r>
          </w:p>
        </w:tc>
        <w:tc>
          <w:tcPr>
            <w:tcW w:w="1044" w:type="dxa"/>
            <w:vAlign w:val="center"/>
          </w:tcPr>
          <w:p w14:paraId="3738292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0.54186</w:t>
            </w:r>
          </w:p>
        </w:tc>
        <w:tc>
          <w:tcPr>
            <w:tcW w:w="1019" w:type="dxa"/>
            <w:vMerge/>
          </w:tcPr>
          <w:p w14:paraId="008E733E" w14:textId="77777777" w:rsidR="00497B11" w:rsidRPr="00293828" w:rsidRDefault="00497B11" w:rsidP="00293828">
            <w:pPr>
              <w:rPr>
                <w:rFonts w:ascii="Times New Roman" w:hAnsi="Times New Roman" w:cs="Times New Roman"/>
                <w:szCs w:val="21"/>
              </w:rPr>
            </w:pPr>
          </w:p>
        </w:tc>
        <w:tc>
          <w:tcPr>
            <w:tcW w:w="1019" w:type="dxa"/>
            <w:vMerge/>
          </w:tcPr>
          <w:p w14:paraId="73E7B0FE" w14:textId="77777777" w:rsidR="00497B11" w:rsidRPr="00293828" w:rsidRDefault="00497B11" w:rsidP="00293828">
            <w:pPr>
              <w:rPr>
                <w:rFonts w:ascii="Times New Roman" w:hAnsi="Times New Roman" w:cs="Times New Roman"/>
                <w:szCs w:val="21"/>
              </w:rPr>
            </w:pPr>
          </w:p>
        </w:tc>
        <w:tc>
          <w:tcPr>
            <w:tcW w:w="1019" w:type="dxa"/>
            <w:vMerge/>
          </w:tcPr>
          <w:p w14:paraId="1A7DE535" w14:textId="77777777" w:rsidR="00497B11" w:rsidRPr="00293828" w:rsidRDefault="00497B11" w:rsidP="00293828">
            <w:pPr>
              <w:rPr>
                <w:rFonts w:ascii="Times New Roman" w:hAnsi="Times New Roman" w:cs="Times New Roman"/>
                <w:szCs w:val="21"/>
              </w:rPr>
            </w:pPr>
          </w:p>
        </w:tc>
        <w:tc>
          <w:tcPr>
            <w:tcW w:w="1044" w:type="dxa"/>
            <w:vMerge/>
          </w:tcPr>
          <w:p w14:paraId="6ACED4AE" w14:textId="77777777" w:rsidR="00497B11" w:rsidRPr="00293828" w:rsidRDefault="00497B11" w:rsidP="00293828">
            <w:pPr>
              <w:rPr>
                <w:rFonts w:ascii="Times New Roman" w:hAnsi="Times New Roman" w:cs="Times New Roman"/>
                <w:szCs w:val="21"/>
              </w:rPr>
            </w:pPr>
          </w:p>
        </w:tc>
        <w:tc>
          <w:tcPr>
            <w:tcW w:w="1044" w:type="dxa"/>
            <w:vMerge/>
          </w:tcPr>
          <w:p w14:paraId="1BC1FA6B" w14:textId="77777777" w:rsidR="00497B11" w:rsidRPr="00293828" w:rsidRDefault="00497B11" w:rsidP="00293828">
            <w:pPr>
              <w:rPr>
                <w:rFonts w:ascii="Times New Roman" w:hAnsi="Times New Roman" w:cs="Times New Roman"/>
                <w:szCs w:val="21"/>
              </w:rPr>
            </w:pPr>
          </w:p>
        </w:tc>
      </w:tr>
      <w:tr w:rsidR="00497B11" w:rsidRPr="00293828" w14:paraId="02892728" w14:textId="77777777" w:rsidTr="009D45BD">
        <w:tc>
          <w:tcPr>
            <w:tcW w:w="982" w:type="dxa"/>
            <w:vAlign w:val="center"/>
          </w:tcPr>
          <w:p w14:paraId="42261D6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14</w:t>
            </w:r>
          </w:p>
        </w:tc>
        <w:tc>
          <w:tcPr>
            <w:tcW w:w="1125" w:type="dxa"/>
            <w:vAlign w:val="center"/>
          </w:tcPr>
          <w:p w14:paraId="4B4342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204-&gt;207</w:t>
            </w:r>
          </w:p>
        </w:tc>
        <w:tc>
          <w:tcPr>
            <w:tcW w:w="1044" w:type="dxa"/>
            <w:vAlign w:val="center"/>
          </w:tcPr>
          <w:p w14:paraId="6E553E2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0.6283</w:t>
            </w:r>
          </w:p>
        </w:tc>
        <w:tc>
          <w:tcPr>
            <w:tcW w:w="1019" w:type="dxa"/>
            <w:vAlign w:val="center"/>
          </w:tcPr>
          <w:p w14:paraId="573F292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5.8214</w:t>
            </w:r>
          </w:p>
        </w:tc>
        <w:tc>
          <w:tcPr>
            <w:tcW w:w="1019" w:type="dxa"/>
            <w:vAlign w:val="center"/>
          </w:tcPr>
          <w:p w14:paraId="2D19964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212.98</w:t>
            </w:r>
          </w:p>
        </w:tc>
        <w:tc>
          <w:tcPr>
            <w:tcW w:w="1019" w:type="dxa"/>
            <w:vAlign w:val="center"/>
          </w:tcPr>
          <w:p w14:paraId="49A7F47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0.0118</w:t>
            </w:r>
          </w:p>
        </w:tc>
        <w:tc>
          <w:tcPr>
            <w:tcW w:w="1044" w:type="dxa"/>
            <w:vAlign w:val="center"/>
          </w:tcPr>
          <w:p w14:paraId="4B5A7A0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10.9658</w:t>
            </w:r>
          </w:p>
        </w:tc>
        <w:tc>
          <w:tcPr>
            <w:tcW w:w="1044" w:type="dxa"/>
            <w:vAlign w:val="center"/>
          </w:tcPr>
          <w:p w14:paraId="690867F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10.9933</w:t>
            </w:r>
          </w:p>
        </w:tc>
      </w:tr>
      <w:tr w:rsidR="00497B11" w:rsidRPr="00293828" w14:paraId="2043F78E" w14:textId="77777777" w:rsidTr="009D45BD">
        <w:tc>
          <w:tcPr>
            <w:tcW w:w="982" w:type="dxa"/>
            <w:vMerge w:val="restart"/>
            <w:vAlign w:val="center"/>
          </w:tcPr>
          <w:p w14:paraId="62AFD46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15</w:t>
            </w:r>
          </w:p>
        </w:tc>
        <w:tc>
          <w:tcPr>
            <w:tcW w:w="1125" w:type="dxa"/>
            <w:vAlign w:val="center"/>
          </w:tcPr>
          <w:p w14:paraId="0E73D64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196-&gt;206</w:t>
            </w:r>
          </w:p>
        </w:tc>
        <w:tc>
          <w:tcPr>
            <w:tcW w:w="1044" w:type="dxa"/>
            <w:vAlign w:val="center"/>
          </w:tcPr>
          <w:p w14:paraId="0CF0130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0.25978</w:t>
            </w:r>
          </w:p>
        </w:tc>
        <w:tc>
          <w:tcPr>
            <w:tcW w:w="1019" w:type="dxa"/>
            <w:vMerge w:val="restart"/>
            <w:vAlign w:val="center"/>
          </w:tcPr>
          <w:p w14:paraId="71168D9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5.8342</w:t>
            </w:r>
          </w:p>
        </w:tc>
        <w:tc>
          <w:tcPr>
            <w:tcW w:w="1019" w:type="dxa"/>
            <w:vMerge w:val="restart"/>
            <w:vAlign w:val="center"/>
          </w:tcPr>
          <w:p w14:paraId="0943C85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212.51</w:t>
            </w:r>
          </w:p>
        </w:tc>
        <w:tc>
          <w:tcPr>
            <w:tcW w:w="1019" w:type="dxa"/>
            <w:vMerge w:val="restart"/>
            <w:vAlign w:val="center"/>
          </w:tcPr>
          <w:p w14:paraId="086927F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0.0010</w:t>
            </w:r>
          </w:p>
        </w:tc>
        <w:tc>
          <w:tcPr>
            <w:tcW w:w="1044" w:type="dxa"/>
            <w:vMerge w:val="restart"/>
            <w:vAlign w:val="center"/>
          </w:tcPr>
          <w:p w14:paraId="452E11D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1.3549</w:t>
            </w:r>
          </w:p>
        </w:tc>
        <w:tc>
          <w:tcPr>
            <w:tcW w:w="1044" w:type="dxa"/>
            <w:vMerge w:val="restart"/>
            <w:vAlign w:val="center"/>
          </w:tcPr>
          <w:p w14:paraId="136EE49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1.3131</w:t>
            </w:r>
          </w:p>
        </w:tc>
      </w:tr>
      <w:tr w:rsidR="00497B11" w:rsidRPr="00293828" w14:paraId="1FCE84B1" w14:textId="77777777" w:rsidTr="009D45BD">
        <w:tc>
          <w:tcPr>
            <w:tcW w:w="982" w:type="dxa"/>
            <w:vMerge/>
          </w:tcPr>
          <w:p w14:paraId="6A7CCABD" w14:textId="77777777" w:rsidR="00497B11" w:rsidRPr="00293828" w:rsidRDefault="00497B11" w:rsidP="00293828">
            <w:pPr>
              <w:rPr>
                <w:rFonts w:ascii="Times New Roman" w:hAnsi="Times New Roman" w:cs="Times New Roman"/>
                <w:szCs w:val="21"/>
              </w:rPr>
            </w:pPr>
          </w:p>
        </w:tc>
        <w:tc>
          <w:tcPr>
            <w:tcW w:w="1125" w:type="dxa"/>
            <w:vAlign w:val="center"/>
          </w:tcPr>
          <w:p w14:paraId="507AB1C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197-&gt;206</w:t>
            </w:r>
          </w:p>
        </w:tc>
        <w:tc>
          <w:tcPr>
            <w:tcW w:w="1044" w:type="dxa"/>
            <w:vAlign w:val="center"/>
          </w:tcPr>
          <w:p w14:paraId="0E03794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0.3812</w:t>
            </w:r>
          </w:p>
        </w:tc>
        <w:tc>
          <w:tcPr>
            <w:tcW w:w="1019" w:type="dxa"/>
            <w:vMerge/>
          </w:tcPr>
          <w:p w14:paraId="364FC1E1" w14:textId="77777777" w:rsidR="00497B11" w:rsidRPr="00293828" w:rsidRDefault="00497B11" w:rsidP="00293828">
            <w:pPr>
              <w:rPr>
                <w:rFonts w:ascii="Times New Roman" w:hAnsi="Times New Roman" w:cs="Times New Roman"/>
                <w:szCs w:val="21"/>
              </w:rPr>
            </w:pPr>
          </w:p>
        </w:tc>
        <w:tc>
          <w:tcPr>
            <w:tcW w:w="1019" w:type="dxa"/>
            <w:vMerge/>
          </w:tcPr>
          <w:p w14:paraId="2CCD939B" w14:textId="77777777" w:rsidR="00497B11" w:rsidRPr="00293828" w:rsidRDefault="00497B11" w:rsidP="00293828">
            <w:pPr>
              <w:rPr>
                <w:rFonts w:ascii="Times New Roman" w:hAnsi="Times New Roman" w:cs="Times New Roman"/>
                <w:szCs w:val="21"/>
              </w:rPr>
            </w:pPr>
          </w:p>
        </w:tc>
        <w:tc>
          <w:tcPr>
            <w:tcW w:w="1019" w:type="dxa"/>
            <w:vMerge/>
          </w:tcPr>
          <w:p w14:paraId="65A463FE" w14:textId="77777777" w:rsidR="00497B11" w:rsidRPr="00293828" w:rsidRDefault="00497B11" w:rsidP="00293828">
            <w:pPr>
              <w:rPr>
                <w:rFonts w:ascii="Times New Roman" w:hAnsi="Times New Roman" w:cs="Times New Roman"/>
                <w:szCs w:val="21"/>
              </w:rPr>
            </w:pPr>
          </w:p>
        </w:tc>
        <w:tc>
          <w:tcPr>
            <w:tcW w:w="1044" w:type="dxa"/>
            <w:vMerge/>
          </w:tcPr>
          <w:p w14:paraId="6E9CFA70" w14:textId="77777777" w:rsidR="00497B11" w:rsidRPr="00293828" w:rsidRDefault="00497B11" w:rsidP="00293828">
            <w:pPr>
              <w:rPr>
                <w:rFonts w:ascii="Times New Roman" w:hAnsi="Times New Roman" w:cs="Times New Roman"/>
                <w:szCs w:val="21"/>
              </w:rPr>
            </w:pPr>
          </w:p>
        </w:tc>
        <w:tc>
          <w:tcPr>
            <w:tcW w:w="1044" w:type="dxa"/>
            <w:vMerge/>
          </w:tcPr>
          <w:p w14:paraId="17407B7F" w14:textId="77777777" w:rsidR="00497B11" w:rsidRPr="00293828" w:rsidRDefault="00497B11" w:rsidP="00293828">
            <w:pPr>
              <w:rPr>
                <w:rFonts w:ascii="Times New Roman" w:hAnsi="Times New Roman" w:cs="Times New Roman"/>
                <w:szCs w:val="21"/>
              </w:rPr>
            </w:pPr>
          </w:p>
        </w:tc>
      </w:tr>
      <w:tr w:rsidR="00497B11" w:rsidRPr="00293828" w14:paraId="2959564D" w14:textId="77777777" w:rsidTr="009D45BD">
        <w:tc>
          <w:tcPr>
            <w:tcW w:w="982" w:type="dxa"/>
            <w:vMerge/>
          </w:tcPr>
          <w:p w14:paraId="50C52DB3" w14:textId="77777777" w:rsidR="00497B11" w:rsidRPr="00293828" w:rsidRDefault="00497B11" w:rsidP="00293828">
            <w:pPr>
              <w:rPr>
                <w:rFonts w:ascii="Times New Roman" w:hAnsi="Times New Roman" w:cs="Times New Roman"/>
                <w:szCs w:val="21"/>
              </w:rPr>
            </w:pPr>
          </w:p>
        </w:tc>
        <w:tc>
          <w:tcPr>
            <w:tcW w:w="1125" w:type="dxa"/>
            <w:vAlign w:val="center"/>
          </w:tcPr>
          <w:p w14:paraId="37771D1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198-&gt;206</w:t>
            </w:r>
          </w:p>
        </w:tc>
        <w:tc>
          <w:tcPr>
            <w:tcW w:w="1044" w:type="dxa"/>
            <w:vAlign w:val="center"/>
          </w:tcPr>
          <w:p w14:paraId="6FA3FF3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-0.37656</w:t>
            </w:r>
          </w:p>
        </w:tc>
        <w:tc>
          <w:tcPr>
            <w:tcW w:w="1019" w:type="dxa"/>
            <w:vMerge/>
          </w:tcPr>
          <w:p w14:paraId="0183484A" w14:textId="77777777" w:rsidR="00497B11" w:rsidRPr="00293828" w:rsidRDefault="00497B11" w:rsidP="00293828">
            <w:pPr>
              <w:rPr>
                <w:rFonts w:ascii="Times New Roman" w:hAnsi="Times New Roman" w:cs="Times New Roman"/>
                <w:szCs w:val="21"/>
              </w:rPr>
            </w:pPr>
          </w:p>
        </w:tc>
        <w:tc>
          <w:tcPr>
            <w:tcW w:w="1019" w:type="dxa"/>
            <w:vMerge/>
          </w:tcPr>
          <w:p w14:paraId="2478E7DF" w14:textId="77777777" w:rsidR="00497B11" w:rsidRPr="00293828" w:rsidRDefault="00497B11" w:rsidP="00293828">
            <w:pPr>
              <w:rPr>
                <w:rFonts w:ascii="Times New Roman" w:hAnsi="Times New Roman" w:cs="Times New Roman"/>
                <w:szCs w:val="21"/>
              </w:rPr>
            </w:pPr>
          </w:p>
        </w:tc>
        <w:tc>
          <w:tcPr>
            <w:tcW w:w="1019" w:type="dxa"/>
            <w:vMerge/>
          </w:tcPr>
          <w:p w14:paraId="4D641733" w14:textId="77777777" w:rsidR="00497B11" w:rsidRPr="00293828" w:rsidRDefault="00497B11" w:rsidP="00293828">
            <w:pPr>
              <w:rPr>
                <w:rFonts w:ascii="Times New Roman" w:hAnsi="Times New Roman" w:cs="Times New Roman"/>
                <w:szCs w:val="21"/>
              </w:rPr>
            </w:pPr>
          </w:p>
        </w:tc>
        <w:tc>
          <w:tcPr>
            <w:tcW w:w="1044" w:type="dxa"/>
            <w:vMerge/>
          </w:tcPr>
          <w:p w14:paraId="13DAE5EB" w14:textId="77777777" w:rsidR="00497B11" w:rsidRPr="00293828" w:rsidRDefault="00497B11" w:rsidP="00293828">
            <w:pPr>
              <w:rPr>
                <w:rFonts w:ascii="Times New Roman" w:hAnsi="Times New Roman" w:cs="Times New Roman"/>
                <w:szCs w:val="21"/>
              </w:rPr>
            </w:pPr>
          </w:p>
        </w:tc>
        <w:tc>
          <w:tcPr>
            <w:tcW w:w="1044" w:type="dxa"/>
            <w:vMerge/>
          </w:tcPr>
          <w:p w14:paraId="4FB33732" w14:textId="77777777" w:rsidR="00497B11" w:rsidRPr="00293828" w:rsidRDefault="00497B11" w:rsidP="00293828">
            <w:pPr>
              <w:rPr>
                <w:rFonts w:ascii="Times New Roman" w:hAnsi="Times New Roman" w:cs="Times New Roman"/>
                <w:szCs w:val="21"/>
              </w:rPr>
            </w:pPr>
          </w:p>
        </w:tc>
      </w:tr>
      <w:tr w:rsidR="00497B11" w:rsidRPr="00293828" w14:paraId="2683C0A8" w14:textId="77777777" w:rsidTr="009D45BD">
        <w:tc>
          <w:tcPr>
            <w:tcW w:w="982" w:type="dxa"/>
            <w:vMerge w:val="restart"/>
            <w:vAlign w:val="center"/>
          </w:tcPr>
          <w:p w14:paraId="6350995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w:t>
            </w:r>
          </w:p>
        </w:tc>
        <w:tc>
          <w:tcPr>
            <w:tcW w:w="1125" w:type="dxa"/>
            <w:vAlign w:val="center"/>
          </w:tcPr>
          <w:p w14:paraId="2617A8D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197-&gt;206</w:t>
            </w:r>
          </w:p>
        </w:tc>
        <w:tc>
          <w:tcPr>
            <w:tcW w:w="1044" w:type="dxa"/>
            <w:vAlign w:val="center"/>
          </w:tcPr>
          <w:p w14:paraId="74B56B8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0.49682</w:t>
            </w:r>
          </w:p>
        </w:tc>
        <w:tc>
          <w:tcPr>
            <w:tcW w:w="1019" w:type="dxa"/>
            <w:vMerge w:val="restart"/>
            <w:vAlign w:val="center"/>
          </w:tcPr>
          <w:p w14:paraId="6EEB7DB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5.8625</w:t>
            </w:r>
          </w:p>
        </w:tc>
        <w:tc>
          <w:tcPr>
            <w:tcW w:w="1019" w:type="dxa"/>
            <w:vMerge w:val="restart"/>
            <w:vAlign w:val="center"/>
          </w:tcPr>
          <w:p w14:paraId="5B4408E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211.49</w:t>
            </w:r>
          </w:p>
        </w:tc>
        <w:tc>
          <w:tcPr>
            <w:tcW w:w="1019" w:type="dxa"/>
            <w:vMerge w:val="restart"/>
            <w:vAlign w:val="center"/>
          </w:tcPr>
          <w:p w14:paraId="5C15DA1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0.0008</w:t>
            </w:r>
          </w:p>
        </w:tc>
        <w:tc>
          <w:tcPr>
            <w:tcW w:w="1044" w:type="dxa"/>
            <w:vMerge w:val="restart"/>
            <w:vAlign w:val="center"/>
          </w:tcPr>
          <w:p w14:paraId="4D5C4DD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-0.8028</w:t>
            </w:r>
          </w:p>
        </w:tc>
        <w:tc>
          <w:tcPr>
            <w:tcW w:w="1044" w:type="dxa"/>
            <w:vMerge w:val="restart"/>
            <w:vAlign w:val="center"/>
          </w:tcPr>
          <w:p w14:paraId="6924094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-0.8111</w:t>
            </w:r>
          </w:p>
        </w:tc>
      </w:tr>
      <w:tr w:rsidR="00497B11" w:rsidRPr="00293828" w14:paraId="73D884F0" w14:textId="77777777" w:rsidTr="009D45BD">
        <w:tc>
          <w:tcPr>
            <w:tcW w:w="982" w:type="dxa"/>
            <w:vMerge/>
          </w:tcPr>
          <w:p w14:paraId="2782AFCB" w14:textId="77777777" w:rsidR="00497B11" w:rsidRPr="00293828" w:rsidRDefault="00497B11" w:rsidP="00293828">
            <w:pPr>
              <w:rPr>
                <w:rFonts w:ascii="Times New Roman" w:hAnsi="Times New Roman" w:cs="Times New Roman"/>
                <w:szCs w:val="21"/>
              </w:rPr>
            </w:pPr>
          </w:p>
        </w:tc>
        <w:tc>
          <w:tcPr>
            <w:tcW w:w="1125" w:type="dxa"/>
            <w:vAlign w:val="center"/>
          </w:tcPr>
          <w:p w14:paraId="5B9ED28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198-&gt;206</w:t>
            </w:r>
          </w:p>
        </w:tc>
        <w:tc>
          <w:tcPr>
            <w:tcW w:w="1044" w:type="dxa"/>
            <w:vAlign w:val="center"/>
          </w:tcPr>
          <w:p w14:paraId="76FEEEA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0.38976</w:t>
            </w:r>
          </w:p>
        </w:tc>
        <w:tc>
          <w:tcPr>
            <w:tcW w:w="1019" w:type="dxa"/>
            <w:vMerge/>
          </w:tcPr>
          <w:p w14:paraId="2D15D781" w14:textId="77777777" w:rsidR="00497B11" w:rsidRPr="00293828" w:rsidRDefault="00497B11" w:rsidP="00293828">
            <w:pPr>
              <w:rPr>
                <w:rFonts w:ascii="Times New Roman" w:hAnsi="Times New Roman" w:cs="Times New Roman"/>
                <w:szCs w:val="21"/>
              </w:rPr>
            </w:pPr>
          </w:p>
        </w:tc>
        <w:tc>
          <w:tcPr>
            <w:tcW w:w="1019" w:type="dxa"/>
            <w:vMerge/>
          </w:tcPr>
          <w:p w14:paraId="39F9461B" w14:textId="77777777" w:rsidR="00497B11" w:rsidRPr="00293828" w:rsidRDefault="00497B11" w:rsidP="00293828">
            <w:pPr>
              <w:rPr>
                <w:rFonts w:ascii="Times New Roman" w:hAnsi="Times New Roman" w:cs="Times New Roman"/>
                <w:szCs w:val="21"/>
              </w:rPr>
            </w:pPr>
          </w:p>
        </w:tc>
        <w:tc>
          <w:tcPr>
            <w:tcW w:w="1019" w:type="dxa"/>
            <w:vMerge/>
          </w:tcPr>
          <w:p w14:paraId="2B035646" w14:textId="77777777" w:rsidR="00497B11" w:rsidRPr="00293828" w:rsidRDefault="00497B11" w:rsidP="00293828">
            <w:pPr>
              <w:rPr>
                <w:rFonts w:ascii="Times New Roman" w:hAnsi="Times New Roman" w:cs="Times New Roman"/>
                <w:szCs w:val="21"/>
              </w:rPr>
            </w:pPr>
          </w:p>
        </w:tc>
        <w:tc>
          <w:tcPr>
            <w:tcW w:w="1044" w:type="dxa"/>
            <w:vMerge/>
          </w:tcPr>
          <w:p w14:paraId="3A117473" w14:textId="77777777" w:rsidR="00497B11" w:rsidRPr="00293828" w:rsidRDefault="00497B11" w:rsidP="00293828">
            <w:pPr>
              <w:rPr>
                <w:rFonts w:ascii="Times New Roman" w:hAnsi="Times New Roman" w:cs="Times New Roman"/>
                <w:szCs w:val="21"/>
              </w:rPr>
            </w:pPr>
          </w:p>
        </w:tc>
        <w:tc>
          <w:tcPr>
            <w:tcW w:w="1044" w:type="dxa"/>
            <w:vMerge/>
          </w:tcPr>
          <w:p w14:paraId="4AAD4262" w14:textId="77777777" w:rsidR="00497B11" w:rsidRPr="00293828" w:rsidRDefault="00497B11" w:rsidP="00293828">
            <w:pPr>
              <w:rPr>
                <w:rFonts w:ascii="Times New Roman" w:hAnsi="Times New Roman" w:cs="Times New Roman"/>
                <w:szCs w:val="21"/>
              </w:rPr>
            </w:pPr>
          </w:p>
        </w:tc>
      </w:tr>
      <w:tr w:rsidR="00497B11" w:rsidRPr="00293828" w14:paraId="13C7EE49" w14:textId="77777777" w:rsidTr="009D45BD">
        <w:tc>
          <w:tcPr>
            <w:tcW w:w="982" w:type="dxa"/>
            <w:vMerge w:val="restart"/>
            <w:vAlign w:val="center"/>
          </w:tcPr>
          <w:p w14:paraId="5470D52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w:t>
            </w:r>
          </w:p>
        </w:tc>
        <w:tc>
          <w:tcPr>
            <w:tcW w:w="1125" w:type="dxa"/>
            <w:vAlign w:val="center"/>
          </w:tcPr>
          <w:p w14:paraId="07AD739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194-&gt;206</w:t>
            </w:r>
          </w:p>
        </w:tc>
        <w:tc>
          <w:tcPr>
            <w:tcW w:w="1044" w:type="dxa"/>
            <w:vAlign w:val="center"/>
          </w:tcPr>
          <w:p w14:paraId="2437189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0.35395</w:t>
            </w:r>
          </w:p>
        </w:tc>
        <w:tc>
          <w:tcPr>
            <w:tcW w:w="1019" w:type="dxa"/>
            <w:vMerge w:val="restart"/>
            <w:vAlign w:val="center"/>
          </w:tcPr>
          <w:p w14:paraId="70B7BC1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5.9143</w:t>
            </w:r>
          </w:p>
        </w:tc>
        <w:tc>
          <w:tcPr>
            <w:tcW w:w="1019" w:type="dxa"/>
            <w:vMerge w:val="restart"/>
            <w:vAlign w:val="center"/>
          </w:tcPr>
          <w:p w14:paraId="53B87B2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209.64</w:t>
            </w:r>
          </w:p>
        </w:tc>
        <w:tc>
          <w:tcPr>
            <w:tcW w:w="1019" w:type="dxa"/>
            <w:vMerge w:val="restart"/>
            <w:vAlign w:val="center"/>
          </w:tcPr>
          <w:p w14:paraId="6759601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0.0726</w:t>
            </w:r>
          </w:p>
        </w:tc>
        <w:tc>
          <w:tcPr>
            <w:tcW w:w="1044" w:type="dxa"/>
            <w:vMerge w:val="restart"/>
            <w:vAlign w:val="center"/>
          </w:tcPr>
          <w:p w14:paraId="6AC8DCF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13.5818</w:t>
            </w:r>
          </w:p>
        </w:tc>
        <w:tc>
          <w:tcPr>
            <w:tcW w:w="1044" w:type="dxa"/>
            <w:vMerge w:val="restart"/>
            <w:vAlign w:val="center"/>
          </w:tcPr>
          <w:p w14:paraId="36D13AC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13.658</w:t>
            </w:r>
          </w:p>
        </w:tc>
      </w:tr>
      <w:tr w:rsidR="00497B11" w:rsidRPr="00293828" w14:paraId="4A586CA5" w14:textId="77777777" w:rsidTr="009D45BD">
        <w:tc>
          <w:tcPr>
            <w:tcW w:w="982" w:type="dxa"/>
            <w:vMerge/>
          </w:tcPr>
          <w:p w14:paraId="780D16C5" w14:textId="77777777" w:rsidR="00497B11" w:rsidRPr="00293828" w:rsidRDefault="00497B11" w:rsidP="00293828">
            <w:pPr>
              <w:rPr>
                <w:rFonts w:ascii="Times New Roman" w:hAnsi="Times New Roman" w:cs="Times New Roman"/>
                <w:szCs w:val="21"/>
              </w:rPr>
            </w:pPr>
          </w:p>
        </w:tc>
        <w:tc>
          <w:tcPr>
            <w:tcW w:w="1125" w:type="dxa"/>
            <w:vAlign w:val="center"/>
          </w:tcPr>
          <w:p w14:paraId="292F82D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195-&gt;206</w:t>
            </w:r>
          </w:p>
        </w:tc>
        <w:tc>
          <w:tcPr>
            <w:tcW w:w="1044" w:type="dxa"/>
            <w:vAlign w:val="center"/>
          </w:tcPr>
          <w:p w14:paraId="1EBC6FD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0.42734</w:t>
            </w:r>
          </w:p>
        </w:tc>
        <w:tc>
          <w:tcPr>
            <w:tcW w:w="1019" w:type="dxa"/>
            <w:vMerge/>
          </w:tcPr>
          <w:p w14:paraId="3E1C5CBC" w14:textId="77777777" w:rsidR="00497B11" w:rsidRPr="00293828" w:rsidRDefault="00497B11" w:rsidP="00293828">
            <w:pPr>
              <w:rPr>
                <w:rFonts w:ascii="Times New Roman" w:hAnsi="Times New Roman" w:cs="Times New Roman"/>
                <w:szCs w:val="21"/>
              </w:rPr>
            </w:pPr>
          </w:p>
        </w:tc>
        <w:tc>
          <w:tcPr>
            <w:tcW w:w="1019" w:type="dxa"/>
            <w:vMerge/>
          </w:tcPr>
          <w:p w14:paraId="611E5DE7" w14:textId="77777777" w:rsidR="00497B11" w:rsidRPr="00293828" w:rsidRDefault="00497B11" w:rsidP="00293828">
            <w:pPr>
              <w:rPr>
                <w:rFonts w:ascii="Times New Roman" w:hAnsi="Times New Roman" w:cs="Times New Roman"/>
                <w:szCs w:val="21"/>
              </w:rPr>
            </w:pPr>
          </w:p>
        </w:tc>
        <w:tc>
          <w:tcPr>
            <w:tcW w:w="1019" w:type="dxa"/>
            <w:vMerge/>
          </w:tcPr>
          <w:p w14:paraId="65055D4D" w14:textId="77777777" w:rsidR="00497B11" w:rsidRPr="00293828" w:rsidRDefault="00497B11" w:rsidP="00293828">
            <w:pPr>
              <w:rPr>
                <w:rFonts w:ascii="Times New Roman" w:hAnsi="Times New Roman" w:cs="Times New Roman"/>
                <w:szCs w:val="21"/>
              </w:rPr>
            </w:pPr>
          </w:p>
        </w:tc>
        <w:tc>
          <w:tcPr>
            <w:tcW w:w="1044" w:type="dxa"/>
            <w:vMerge/>
          </w:tcPr>
          <w:p w14:paraId="19D952E1" w14:textId="77777777" w:rsidR="00497B11" w:rsidRPr="00293828" w:rsidRDefault="00497B11" w:rsidP="00293828">
            <w:pPr>
              <w:rPr>
                <w:rFonts w:ascii="Times New Roman" w:hAnsi="Times New Roman" w:cs="Times New Roman"/>
                <w:szCs w:val="21"/>
              </w:rPr>
            </w:pPr>
          </w:p>
        </w:tc>
        <w:tc>
          <w:tcPr>
            <w:tcW w:w="1044" w:type="dxa"/>
            <w:vMerge/>
          </w:tcPr>
          <w:p w14:paraId="414D3789" w14:textId="77777777" w:rsidR="00497B11" w:rsidRPr="00293828" w:rsidRDefault="00497B11" w:rsidP="00293828">
            <w:pPr>
              <w:rPr>
                <w:rFonts w:ascii="Times New Roman" w:hAnsi="Times New Roman" w:cs="Times New Roman"/>
                <w:szCs w:val="21"/>
              </w:rPr>
            </w:pPr>
          </w:p>
        </w:tc>
      </w:tr>
      <w:tr w:rsidR="00497B11" w:rsidRPr="00293828" w14:paraId="17B11A97" w14:textId="77777777" w:rsidTr="009D45BD">
        <w:tc>
          <w:tcPr>
            <w:tcW w:w="982" w:type="dxa"/>
            <w:vMerge w:val="restart"/>
            <w:vAlign w:val="center"/>
          </w:tcPr>
          <w:p w14:paraId="3D4CC2A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w:t>
            </w:r>
          </w:p>
        </w:tc>
        <w:tc>
          <w:tcPr>
            <w:tcW w:w="1125" w:type="dxa"/>
            <w:vAlign w:val="center"/>
          </w:tcPr>
          <w:p w14:paraId="44D4F3F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196-&gt;210</w:t>
            </w:r>
          </w:p>
        </w:tc>
        <w:tc>
          <w:tcPr>
            <w:tcW w:w="1044" w:type="dxa"/>
            <w:vAlign w:val="center"/>
          </w:tcPr>
          <w:p w14:paraId="389FF60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0.55378</w:t>
            </w:r>
          </w:p>
        </w:tc>
        <w:tc>
          <w:tcPr>
            <w:tcW w:w="1019" w:type="dxa"/>
            <w:vMerge w:val="restart"/>
            <w:vAlign w:val="center"/>
          </w:tcPr>
          <w:p w14:paraId="6BAEB70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5.9921</w:t>
            </w:r>
          </w:p>
        </w:tc>
        <w:tc>
          <w:tcPr>
            <w:tcW w:w="1019" w:type="dxa"/>
            <w:vMerge w:val="restart"/>
            <w:vAlign w:val="center"/>
          </w:tcPr>
          <w:p w14:paraId="28B02F6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206.91</w:t>
            </w:r>
          </w:p>
        </w:tc>
        <w:tc>
          <w:tcPr>
            <w:tcW w:w="1019" w:type="dxa"/>
            <w:vMerge w:val="restart"/>
            <w:vAlign w:val="center"/>
          </w:tcPr>
          <w:p w14:paraId="0A17748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0.0009</w:t>
            </w:r>
          </w:p>
        </w:tc>
        <w:tc>
          <w:tcPr>
            <w:tcW w:w="1044" w:type="dxa"/>
            <w:vMerge w:val="restart"/>
            <w:vAlign w:val="center"/>
          </w:tcPr>
          <w:p w14:paraId="40DE77B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3.4893</w:t>
            </w:r>
          </w:p>
        </w:tc>
        <w:tc>
          <w:tcPr>
            <w:tcW w:w="1044" w:type="dxa"/>
            <w:vMerge w:val="restart"/>
            <w:vAlign w:val="center"/>
          </w:tcPr>
          <w:p w14:paraId="31A4BB4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3.2542</w:t>
            </w:r>
          </w:p>
        </w:tc>
      </w:tr>
      <w:tr w:rsidR="00497B11" w:rsidRPr="00293828" w14:paraId="09483B85" w14:textId="77777777" w:rsidTr="009D45BD">
        <w:tc>
          <w:tcPr>
            <w:tcW w:w="982" w:type="dxa"/>
            <w:vMerge/>
          </w:tcPr>
          <w:p w14:paraId="0055C224" w14:textId="77777777" w:rsidR="00497B11" w:rsidRPr="00293828" w:rsidRDefault="00497B11" w:rsidP="00293828">
            <w:pPr>
              <w:rPr>
                <w:rFonts w:ascii="Times New Roman" w:hAnsi="Times New Roman" w:cs="Times New Roman"/>
                <w:szCs w:val="21"/>
              </w:rPr>
            </w:pPr>
          </w:p>
        </w:tc>
        <w:tc>
          <w:tcPr>
            <w:tcW w:w="1125" w:type="dxa"/>
            <w:vAlign w:val="center"/>
          </w:tcPr>
          <w:p w14:paraId="750583C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198-&gt;210</w:t>
            </w:r>
          </w:p>
        </w:tc>
        <w:tc>
          <w:tcPr>
            <w:tcW w:w="1044" w:type="dxa"/>
            <w:vAlign w:val="center"/>
          </w:tcPr>
          <w:p w14:paraId="6F9DDCB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0.32956</w:t>
            </w:r>
          </w:p>
        </w:tc>
        <w:tc>
          <w:tcPr>
            <w:tcW w:w="1019" w:type="dxa"/>
            <w:vMerge/>
          </w:tcPr>
          <w:p w14:paraId="162A065F" w14:textId="77777777" w:rsidR="00497B11" w:rsidRPr="00293828" w:rsidRDefault="00497B11" w:rsidP="00293828">
            <w:pPr>
              <w:rPr>
                <w:rFonts w:ascii="Times New Roman" w:hAnsi="Times New Roman" w:cs="Times New Roman"/>
                <w:szCs w:val="21"/>
              </w:rPr>
            </w:pPr>
          </w:p>
        </w:tc>
        <w:tc>
          <w:tcPr>
            <w:tcW w:w="1019" w:type="dxa"/>
            <w:vMerge/>
          </w:tcPr>
          <w:p w14:paraId="6543178B" w14:textId="77777777" w:rsidR="00497B11" w:rsidRPr="00293828" w:rsidRDefault="00497B11" w:rsidP="00293828">
            <w:pPr>
              <w:rPr>
                <w:rFonts w:ascii="Times New Roman" w:hAnsi="Times New Roman" w:cs="Times New Roman"/>
                <w:szCs w:val="21"/>
              </w:rPr>
            </w:pPr>
          </w:p>
        </w:tc>
        <w:tc>
          <w:tcPr>
            <w:tcW w:w="1019" w:type="dxa"/>
            <w:vMerge/>
          </w:tcPr>
          <w:p w14:paraId="59EB0FB4" w14:textId="77777777" w:rsidR="00497B11" w:rsidRPr="00293828" w:rsidRDefault="00497B11" w:rsidP="00293828">
            <w:pPr>
              <w:rPr>
                <w:rFonts w:ascii="Times New Roman" w:hAnsi="Times New Roman" w:cs="Times New Roman"/>
                <w:szCs w:val="21"/>
              </w:rPr>
            </w:pPr>
          </w:p>
        </w:tc>
        <w:tc>
          <w:tcPr>
            <w:tcW w:w="1044" w:type="dxa"/>
            <w:vMerge/>
          </w:tcPr>
          <w:p w14:paraId="29C64EEC" w14:textId="77777777" w:rsidR="00497B11" w:rsidRPr="00293828" w:rsidRDefault="00497B11" w:rsidP="00293828">
            <w:pPr>
              <w:rPr>
                <w:rFonts w:ascii="Times New Roman" w:hAnsi="Times New Roman" w:cs="Times New Roman"/>
                <w:szCs w:val="21"/>
              </w:rPr>
            </w:pPr>
          </w:p>
        </w:tc>
        <w:tc>
          <w:tcPr>
            <w:tcW w:w="1044" w:type="dxa"/>
            <w:vMerge/>
          </w:tcPr>
          <w:p w14:paraId="37CE881B" w14:textId="77777777" w:rsidR="00497B11" w:rsidRPr="00293828" w:rsidRDefault="00497B11" w:rsidP="00293828">
            <w:pPr>
              <w:rPr>
                <w:rFonts w:ascii="Times New Roman" w:hAnsi="Times New Roman" w:cs="Times New Roman"/>
                <w:szCs w:val="21"/>
              </w:rPr>
            </w:pPr>
          </w:p>
        </w:tc>
      </w:tr>
      <w:tr w:rsidR="00497B11" w:rsidRPr="00293828" w14:paraId="582E097E" w14:textId="77777777" w:rsidTr="009D45BD">
        <w:tc>
          <w:tcPr>
            <w:tcW w:w="982" w:type="dxa"/>
            <w:vMerge w:val="restart"/>
            <w:vAlign w:val="center"/>
          </w:tcPr>
          <w:p w14:paraId="33200A4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w:t>
            </w:r>
          </w:p>
        </w:tc>
        <w:tc>
          <w:tcPr>
            <w:tcW w:w="1125" w:type="dxa"/>
            <w:vAlign w:val="center"/>
          </w:tcPr>
          <w:p w14:paraId="6F36F8A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188-&gt;206</w:t>
            </w:r>
          </w:p>
        </w:tc>
        <w:tc>
          <w:tcPr>
            <w:tcW w:w="1044" w:type="dxa"/>
            <w:vAlign w:val="center"/>
          </w:tcPr>
          <w:p w14:paraId="2AEE9EC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-0.3027</w:t>
            </w:r>
          </w:p>
        </w:tc>
        <w:tc>
          <w:tcPr>
            <w:tcW w:w="1019" w:type="dxa"/>
            <w:vMerge w:val="restart"/>
            <w:vAlign w:val="center"/>
          </w:tcPr>
          <w:p w14:paraId="1F4DE61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6.0050</w:t>
            </w:r>
          </w:p>
        </w:tc>
        <w:tc>
          <w:tcPr>
            <w:tcW w:w="1019" w:type="dxa"/>
            <w:vMerge w:val="restart"/>
            <w:vAlign w:val="center"/>
          </w:tcPr>
          <w:p w14:paraId="0A80401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206.47</w:t>
            </w:r>
          </w:p>
        </w:tc>
        <w:tc>
          <w:tcPr>
            <w:tcW w:w="1019" w:type="dxa"/>
            <w:vMerge w:val="restart"/>
            <w:vAlign w:val="center"/>
          </w:tcPr>
          <w:p w14:paraId="7526ABD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0.0031</w:t>
            </w:r>
          </w:p>
        </w:tc>
        <w:tc>
          <w:tcPr>
            <w:tcW w:w="1044" w:type="dxa"/>
            <w:vMerge w:val="restart"/>
            <w:vAlign w:val="center"/>
          </w:tcPr>
          <w:p w14:paraId="679BEF0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0.022</w:t>
            </w:r>
          </w:p>
        </w:tc>
        <w:tc>
          <w:tcPr>
            <w:tcW w:w="1044" w:type="dxa"/>
            <w:vMerge w:val="restart"/>
            <w:vAlign w:val="center"/>
          </w:tcPr>
          <w:p w14:paraId="642E1D7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0.0335</w:t>
            </w:r>
          </w:p>
        </w:tc>
      </w:tr>
      <w:tr w:rsidR="00497B11" w:rsidRPr="00293828" w14:paraId="1BC688FA" w14:textId="77777777" w:rsidTr="009D45BD">
        <w:tc>
          <w:tcPr>
            <w:tcW w:w="982" w:type="dxa"/>
            <w:vMerge/>
          </w:tcPr>
          <w:p w14:paraId="792F12BE" w14:textId="77777777" w:rsidR="00497B11" w:rsidRPr="00293828" w:rsidRDefault="00497B11" w:rsidP="00293828">
            <w:pPr>
              <w:rPr>
                <w:rFonts w:ascii="Times New Roman" w:hAnsi="Times New Roman" w:cs="Times New Roman"/>
                <w:szCs w:val="21"/>
              </w:rPr>
            </w:pPr>
          </w:p>
        </w:tc>
        <w:tc>
          <w:tcPr>
            <w:tcW w:w="1125" w:type="dxa"/>
            <w:vAlign w:val="center"/>
          </w:tcPr>
          <w:p w14:paraId="1DEEF96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189-&gt;206</w:t>
            </w:r>
          </w:p>
        </w:tc>
        <w:tc>
          <w:tcPr>
            <w:tcW w:w="1044" w:type="dxa"/>
            <w:vAlign w:val="center"/>
          </w:tcPr>
          <w:p w14:paraId="73E30AA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0.37531</w:t>
            </w:r>
          </w:p>
        </w:tc>
        <w:tc>
          <w:tcPr>
            <w:tcW w:w="1019" w:type="dxa"/>
            <w:vMerge/>
          </w:tcPr>
          <w:p w14:paraId="681DB7BC" w14:textId="77777777" w:rsidR="00497B11" w:rsidRPr="00293828" w:rsidRDefault="00497B11" w:rsidP="00293828">
            <w:pPr>
              <w:rPr>
                <w:rFonts w:ascii="Times New Roman" w:hAnsi="Times New Roman" w:cs="Times New Roman"/>
                <w:szCs w:val="21"/>
              </w:rPr>
            </w:pPr>
          </w:p>
        </w:tc>
        <w:tc>
          <w:tcPr>
            <w:tcW w:w="1019" w:type="dxa"/>
            <w:vMerge/>
          </w:tcPr>
          <w:p w14:paraId="571E9152" w14:textId="77777777" w:rsidR="00497B11" w:rsidRPr="00293828" w:rsidRDefault="00497B11" w:rsidP="00293828">
            <w:pPr>
              <w:rPr>
                <w:rFonts w:ascii="Times New Roman" w:hAnsi="Times New Roman" w:cs="Times New Roman"/>
                <w:szCs w:val="21"/>
              </w:rPr>
            </w:pPr>
          </w:p>
        </w:tc>
        <w:tc>
          <w:tcPr>
            <w:tcW w:w="1019" w:type="dxa"/>
            <w:vMerge/>
          </w:tcPr>
          <w:p w14:paraId="4AB9D174" w14:textId="77777777" w:rsidR="00497B11" w:rsidRPr="00293828" w:rsidRDefault="00497B11" w:rsidP="00293828">
            <w:pPr>
              <w:rPr>
                <w:rFonts w:ascii="Times New Roman" w:hAnsi="Times New Roman" w:cs="Times New Roman"/>
                <w:szCs w:val="21"/>
              </w:rPr>
            </w:pPr>
          </w:p>
        </w:tc>
        <w:tc>
          <w:tcPr>
            <w:tcW w:w="1044" w:type="dxa"/>
            <w:vMerge/>
          </w:tcPr>
          <w:p w14:paraId="55A520BD" w14:textId="77777777" w:rsidR="00497B11" w:rsidRPr="00293828" w:rsidRDefault="00497B11" w:rsidP="00293828">
            <w:pPr>
              <w:rPr>
                <w:rFonts w:ascii="Times New Roman" w:hAnsi="Times New Roman" w:cs="Times New Roman"/>
                <w:szCs w:val="21"/>
              </w:rPr>
            </w:pPr>
          </w:p>
        </w:tc>
        <w:tc>
          <w:tcPr>
            <w:tcW w:w="1044" w:type="dxa"/>
            <w:vMerge/>
          </w:tcPr>
          <w:p w14:paraId="3AE5C515" w14:textId="77777777" w:rsidR="00497B11" w:rsidRPr="00293828" w:rsidRDefault="00497B11" w:rsidP="00293828">
            <w:pPr>
              <w:rPr>
                <w:rFonts w:ascii="Times New Roman" w:hAnsi="Times New Roman" w:cs="Times New Roman"/>
                <w:szCs w:val="21"/>
              </w:rPr>
            </w:pPr>
          </w:p>
        </w:tc>
      </w:tr>
      <w:tr w:rsidR="00497B11" w:rsidRPr="00293828" w14:paraId="6FC71718" w14:textId="77777777" w:rsidTr="009D45BD">
        <w:tc>
          <w:tcPr>
            <w:tcW w:w="982" w:type="dxa"/>
            <w:vMerge/>
          </w:tcPr>
          <w:p w14:paraId="2A81AA33" w14:textId="77777777" w:rsidR="00497B11" w:rsidRPr="00293828" w:rsidRDefault="00497B11" w:rsidP="00293828">
            <w:pPr>
              <w:rPr>
                <w:rFonts w:ascii="Times New Roman" w:hAnsi="Times New Roman" w:cs="Times New Roman"/>
                <w:szCs w:val="21"/>
              </w:rPr>
            </w:pPr>
          </w:p>
        </w:tc>
        <w:tc>
          <w:tcPr>
            <w:tcW w:w="1125" w:type="dxa"/>
            <w:vAlign w:val="center"/>
          </w:tcPr>
          <w:p w14:paraId="4B6B360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191-&gt;206</w:t>
            </w:r>
          </w:p>
        </w:tc>
        <w:tc>
          <w:tcPr>
            <w:tcW w:w="1044" w:type="dxa"/>
            <w:vAlign w:val="center"/>
          </w:tcPr>
          <w:p w14:paraId="6B0479A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0.29854</w:t>
            </w:r>
          </w:p>
        </w:tc>
        <w:tc>
          <w:tcPr>
            <w:tcW w:w="1019" w:type="dxa"/>
            <w:vMerge/>
          </w:tcPr>
          <w:p w14:paraId="25BC67C5" w14:textId="77777777" w:rsidR="00497B11" w:rsidRPr="00293828" w:rsidRDefault="00497B11" w:rsidP="00293828">
            <w:pPr>
              <w:rPr>
                <w:rFonts w:ascii="Times New Roman" w:hAnsi="Times New Roman" w:cs="Times New Roman"/>
                <w:szCs w:val="21"/>
              </w:rPr>
            </w:pPr>
          </w:p>
        </w:tc>
        <w:tc>
          <w:tcPr>
            <w:tcW w:w="1019" w:type="dxa"/>
            <w:vMerge/>
          </w:tcPr>
          <w:p w14:paraId="47E5B187" w14:textId="77777777" w:rsidR="00497B11" w:rsidRPr="00293828" w:rsidRDefault="00497B11" w:rsidP="00293828">
            <w:pPr>
              <w:rPr>
                <w:rFonts w:ascii="Times New Roman" w:hAnsi="Times New Roman" w:cs="Times New Roman"/>
                <w:szCs w:val="21"/>
              </w:rPr>
            </w:pPr>
          </w:p>
        </w:tc>
        <w:tc>
          <w:tcPr>
            <w:tcW w:w="1019" w:type="dxa"/>
            <w:vMerge/>
          </w:tcPr>
          <w:p w14:paraId="51D87463" w14:textId="77777777" w:rsidR="00497B11" w:rsidRPr="00293828" w:rsidRDefault="00497B11" w:rsidP="00293828">
            <w:pPr>
              <w:rPr>
                <w:rFonts w:ascii="Times New Roman" w:hAnsi="Times New Roman" w:cs="Times New Roman"/>
                <w:szCs w:val="21"/>
              </w:rPr>
            </w:pPr>
          </w:p>
        </w:tc>
        <w:tc>
          <w:tcPr>
            <w:tcW w:w="1044" w:type="dxa"/>
            <w:vMerge/>
          </w:tcPr>
          <w:p w14:paraId="77F5ECD4" w14:textId="77777777" w:rsidR="00497B11" w:rsidRPr="00293828" w:rsidRDefault="00497B11" w:rsidP="00293828">
            <w:pPr>
              <w:rPr>
                <w:rFonts w:ascii="Times New Roman" w:hAnsi="Times New Roman" w:cs="Times New Roman"/>
                <w:szCs w:val="21"/>
              </w:rPr>
            </w:pPr>
          </w:p>
        </w:tc>
        <w:tc>
          <w:tcPr>
            <w:tcW w:w="1044" w:type="dxa"/>
            <w:vMerge/>
          </w:tcPr>
          <w:p w14:paraId="308B6C50" w14:textId="77777777" w:rsidR="00497B11" w:rsidRPr="00293828" w:rsidRDefault="00497B11" w:rsidP="00293828">
            <w:pPr>
              <w:rPr>
                <w:rFonts w:ascii="Times New Roman" w:hAnsi="Times New Roman" w:cs="Times New Roman"/>
                <w:szCs w:val="21"/>
              </w:rPr>
            </w:pPr>
          </w:p>
        </w:tc>
      </w:tr>
      <w:tr w:rsidR="00497B11" w:rsidRPr="00293828" w14:paraId="4FECCBF0" w14:textId="77777777" w:rsidTr="009D45BD">
        <w:tc>
          <w:tcPr>
            <w:tcW w:w="982" w:type="dxa"/>
            <w:vMerge w:val="restart"/>
            <w:vAlign w:val="center"/>
          </w:tcPr>
          <w:p w14:paraId="43CDF2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w:t>
            </w:r>
          </w:p>
        </w:tc>
        <w:tc>
          <w:tcPr>
            <w:tcW w:w="1125" w:type="dxa"/>
            <w:vAlign w:val="center"/>
          </w:tcPr>
          <w:p w14:paraId="4ED7194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201-&gt;207</w:t>
            </w:r>
          </w:p>
        </w:tc>
        <w:tc>
          <w:tcPr>
            <w:tcW w:w="1044" w:type="dxa"/>
            <w:vAlign w:val="center"/>
          </w:tcPr>
          <w:p w14:paraId="2CF15D3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0.29109</w:t>
            </w:r>
          </w:p>
        </w:tc>
        <w:tc>
          <w:tcPr>
            <w:tcW w:w="1019" w:type="dxa"/>
            <w:vMerge w:val="restart"/>
            <w:vAlign w:val="center"/>
          </w:tcPr>
          <w:p w14:paraId="42919EB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6.0652</w:t>
            </w:r>
          </w:p>
        </w:tc>
        <w:tc>
          <w:tcPr>
            <w:tcW w:w="1019" w:type="dxa"/>
            <w:vMerge w:val="restart"/>
            <w:vAlign w:val="center"/>
          </w:tcPr>
          <w:p w14:paraId="67835C0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204.42</w:t>
            </w:r>
          </w:p>
        </w:tc>
        <w:tc>
          <w:tcPr>
            <w:tcW w:w="1019" w:type="dxa"/>
            <w:vMerge w:val="restart"/>
            <w:vAlign w:val="center"/>
          </w:tcPr>
          <w:p w14:paraId="356E483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0.0096</w:t>
            </w:r>
          </w:p>
        </w:tc>
        <w:tc>
          <w:tcPr>
            <w:tcW w:w="1044" w:type="dxa"/>
            <w:vMerge w:val="restart"/>
            <w:vAlign w:val="center"/>
          </w:tcPr>
          <w:p w14:paraId="62D45CD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-12.8126</w:t>
            </w:r>
          </w:p>
        </w:tc>
        <w:tc>
          <w:tcPr>
            <w:tcW w:w="1044" w:type="dxa"/>
            <w:vMerge w:val="restart"/>
            <w:vAlign w:val="center"/>
          </w:tcPr>
          <w:p w14:paraId="07FB54B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-12.6386</w:t>
            </w:r>
          </w:p>
        </w:tc>
      </w:tr>
      <w:tr w:rsidR="00497B11" w:rsidRPr="00293828" w14:paraId="0A781CB3" w14:textId="77777777" w:rsidTr="009D45BD">
        <w:tc>
          <w:tcPr>
            <w:tcW w:w="982" w:type="dxa"/>
            <w:vMerge/>
          </w:tcPr>
          <w:p w14:paraId="4A589486" w14:textId="77777777" w:rsidR="00497B11" w:rsidRPr="00293828" w:rsidRDefault="00497B11" w:rsidP="00293828">
            <w:pPr>
              <w:rPr>
                <w:rFonts w:ascii="Times New Roman" w:hAnsi="Times New Roman" w:cs="Times New Roman"/>
                <w:szCs w:val="21"/>
              </w:rPr>
            </w:pPr>
          </w:p>
        </w:tc>
        <w:tc>
          <w:tcPr>
            <w:tcW w:w="1125" w:type="dxa"/>
            <w:vAlign w:val="center"/>
          </w:tcPr>
          <w:p w14:paraId="4346A67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202-&gt;207</w:t>
            </w:r>
          </w:p>
        </w:tc>
        <w:tc>
          <w:tcPr>
            <w:tcW w:w="1044" w:type="dxa"/>
            <w:vAlign w:val="center"/>
          </w:tcPr>
          <w:p w14:paraId="086C9ED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0.45454</w:t>
            </w:r>
          </w:p>
        </w:tc>
        <w:tc>
          <w:tcPr>
            <w:tcW w:w="1019" w:type="dxa"/>
            <w:vMerge/>
          </w:tcPr>
          <w:p w14:paraId="4A154FE7" w14:textId="77777777" w:rsidR="00497B11" w:rsidRPr="00293828" w:rsidRDefault="00497B11" w:rsidP="00293828">
            <w:pPr>
              <w:rPr>
                <w:rFonts w:ascii="Times New Roman" w:hAnsi="Times New Roman" w:cs="Times New Roman"/>
                <w:szCs w:val="21"/>
              </w:rPr>
            </w:pPr>
          </w:p>
        </w:tc>
        <w:tc>
          <w:tcPr>
            <w:tcW w:w="1019" w:type="dxa"/>
            <w:vMerge/>
          </w:tcPr>
          <w:p w14:paraId="2EA72F8E" w14:textId="77777777" w:rsidR="00497B11" w:rsidRPr="00293828" w:rsidRDefault="00497B11" w:rsidP="00293828">
            <w:pPr>
              <w:rPr>
                <w:rFonts w:ascii="Times New Roman" w:hAnsi="Times New Roman" w:cs="Times New Roman"/>
                <w:szCs w:val="21"/>
              </w:rPr>
            </w:pPr>
          </w:p>
        </w:tc>
        <w:tc>
          <w:tcPr>
            <w:tcW w:w="1019" w:type="dxa"/>
            <w:vMerge/>
          </w:tcPr>
          <w:p w14:paraId="5ED81DDF" w14:textId="77777777" w:rsidR="00497B11" w:rsidRPr="00293828" w:rsidRDefault="00497B11" w:rsidP="00293828">
            <w:pPr>
              <w:rPr>
                <w:rFonts w:ascii="Times New Roman" w:hAnsi="Times New Roman" w:cs="Times New Roman"/>
                <w:szCs w:val="21"/>
              </w:rPr>
            </w:pPr>
          </w:p>
        </w:tc>
        <w:tc>
          <w:tcPr>
            <w:tcW w:w="1044" w:type="dxa"/>
            <w:vMerge/>
          </w:tcPr>
          <w:p w14:paraId="23FED233" w14:textId="77777777" w:rsidR="00497B11" w:rsidRPr="00293828" w:rsidRDefault="00497B11" w:rsidP="00293828">
            <w:pPr>
              <w:rPr>
                <w:rFonts w:ascii="Times New Roman" w:hAnsi="Times New Roman" w:cs="Times New Roman"/>
                <w:szCs w:val="21"/>
              </w:rPr>
            </w:pPr>
          </w:p>
        </w:tc>
        <w:tc>
          <w:tcPr>
            <w:tcW w:w="1044" w:type="dxa"/>
            <w:vMerge/>
          </w:tcPr>
          <w:p w14:paraId="01D2AE5F" w14:textId="77777777" w:rsidR="00497B11" w:rsidRPr="00293828" w:rsidRDefault="00497B11" w:rsidP="00293828">
            <w:pPr>
              <w:rPr>
                <w:rFonts w:ascii="Times New Roman" w:hAnsi="Times New Roman" w:cs="Times New Roman"/>
                <w:szCs w:val="21"/>
              </w:rPr>
            </w:pPr>
          </w:p>
        </w:tc>
      </w:tr>
      <w:tr w:rsidR="00497B11" w:rsidRPr="00293828" w14:paraId="644FAEEB" w14:textId="77777777" w:rsidTr="009D45BD">
        <w:tc>
          <w:tcPr>
            <w:tcW w:w="982" w:type="dxa"/>
            <w:vMerge w:val="restart"/>
            <w:vAlign w:val="center"/>
          </w:tcPr>
          <w:p w14:paraId="3CF1BC9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w:t>
            </w:r>
          </w:p>
        </w:tc>
        <w:tc>
          <w:tcPr>
            <w:tcW w:w="1125" w:type="dxa"/>
            <w:vAlign w:val="center"/>
          </w:tcPr>
          <w:p w14:paraId="20DDF61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194-&gt;206</w:t>
            </w:r>
          </w:p>
        </w:tc>
        <w:tc>
          <w:tcPr>
            <w:tcW w:w="1044" w:type="dxa"/>
            <w:vAlign w:val="center"/>
          </w:tcPr>
          <w:p w14:paraId="7E35E4A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0.27161</w:t>
            </w:r>
          </w:p>
        </w:tc>
        <w:tc>
          <w:tcPr>
            <w:tcW w:w="1019" w:type="dxa"/>
            <w:vMerge w:val="restart"/>
            <w:vAlign w:val="center"/>
          </w:tcPr>
          <w:p w14:paraId="7492E6B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6.1468</w:t>
            </w:r>
          </w:p>
        </w:tc>
        <w:tc>
          <w:tcPr>
            <w:tcW w:w="1019" w:type="dxa"/>
            <w:vMerge w:val="restart"/>
            <w:vAlign w:val="center"/>
          </w:tcPr>
          <w:p w14:paraId="42AAC07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201.70</w:t>
            </w:r>
          </w:p>
        </w:tc>
        <w:tc>
          <w:tcPr>
            <w:tcW w:w="1019" w:type="dxa"/>
            <w:vMerge w:val="restart"/>
            <w:vAlign w:val="center"/>
          </w:tcPr>
          <w:p w14:paraId="2BA787E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0.0068</w:t>
            </w:r>
          </w:p>
        </w:tc>
        <w:tc>
          <w:tcPr>
            <w:tcW w:w="1044" w:type="dxa"/>
            <w:vMerge w:val="restart"/>
            <w:vAlign w:val="center"/>
          </w:tcPr>
          <w:p w14:paraId="5515727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-4.7029</w:t>
            </w:r>
          </w:p>
        </w:tc>
        <w:tc>
          <w:tcPr>
            <w:tcW w:w="1044" w:type="dxa"/>
            <w:vMerge w:val="restart"/>
            <w:vAlign w:val="center"/>
          </w:tcPr>
          <w:p w14:paraId="32D65A3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-4.7297</w:t>
            </w:r>
          </w:p>
        </w:tc>
      </w:tr>
      <w:tr w:rsidR="00497B11" w:rsidRPr="00293828" w14:paraId="0B32D18C" w14:textId="77777777" w:rsidTr="009D45BD">
        <w:tc>
          <w:tcPr>
            <w:tcW w:w="982" w:type="dxa"/>
            <w:vMerge/>
          </w:tcPr>
          <w:p w14:paraId="5FF65D63" w14:textId="77777777" w:rsidR="00497B11" w:rsidRPr="00293828" w:rsidRDefault="00497B11" w:rsidP="00293828">
            <w:pPr>
              <w:rPr>
                <w:rFonts w:ascii="Times New Roman" w:hAnsi="Times New Roman" w:cs="Times New Roman"/>
                <w:szCs w:val="21"/>
              </w:rPr>
            </w:pPr>
          </w:p>
        </w:tc>
        <w:tc>
          <w:tcPr>
            <w:tcW w:w="1125" w:type="dxa"/>
            <w:vAlign w:val="center"/>
          </w:tcPr>
          <w:p w14:paraId="09698E0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202-&gt;207</w:t>
            </w:r>
          </w:p>
        </w:tc>
        <w:tc>
          <w:tcPr>
            <w:tcW w:w="1044" w:type="dxa"/>
            <w:vAlign w:val="center"/>
          </w:tcPr>
          <w:p w14:paraId="3179C3E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-0.25382</w:t>
            </w:r>
          </w:p>
        </w:tc>
        <w:tc>
          <w:tcPr>
            <w:tcW w:w="1019" w:type="dxa"/>
            <w:vMerge/>
          </w:tcPr>
          <w:p w14:paraId="275D8BAD" w14:textId="77777777" w:rsidR="00497B11" w:rsidRPr="00293828" w:rsidRDefault="00497B11" w:rsidP="00293828">
            <w:pPr>
              <w:rPr>
                <w:rFonts w:ascii="Times New Roman" w:hAnsi="Times New Roman" w:cs="Times New Roman"/>
                <w:szCs w:val="21"/>
              </w:rPr>
            </w:pPr>
          </w:p>
        </w:tc>
        <w:tc>
          <w:tcPr>
            <w:tcW w:w="1019" w:type="dxa"/>
            <w:vMerge/>
          </w:tcPr>
          <w:p w14:paraId="4AC43102" w14:textId="77777777" w:rsidR="00497B11" w:rsidRPr="00293828" w:rsidRDefault="00497B11" w:rsidP="00293828">
            <w:pPr>
              <w:rPr>
                <w:rFonts w:ascii="Times New Roman" w:hAnsi="Times New Roman" w:cs="Times New Roman"/>
                <w:szCs w:val="21"/>
              </w:rPr>
            </w:pPr>
          </w:p>
        </w:tc>
        <w:tc>
          <w:tcPr>
            <w:tcW w:w="1019" w:type="dxa"/>
            <w:vMerge/>
          </w:tcPr>
          <w:p w14:paraId="6398E64D" w14:textId="77777777" w:rsidR="00497B11" w:rsidRPr="00293828" w:rsidRDefault="00497B11" w:rsidP="00293828">
            <w:pPr>
              <w:rPr>
                <w:rFonts w:ascii="Times New Roman" w:hAnsi="Times New Roman" w:cs="Times New Roman"/>
                <w:szCs w:val="21"/>
              </w:rPr>
            </w:pPr>
          </w:p>
        </w:tc>
        <w:tc>
          <w:tcPr>
            <w:tcW w:w="1044" w:type="dxa"/>
            <w:vMerge/>
          </w:tcPr>
          <w:p w14:paraId="7BC80A3C" w14:textId="77777777" w:rsidR="00497B11" w:rsidRPr="00293828" w:rsidRDefault="00497B11" w:rsidP="00293828">
            <w:pPr>
              <w:rPr>
                <w:rFonts w:ascii="Times New Roman" w:hAnsi="Times New Roman" w:cs="Times New Roman"/>
                <w:szCs w:val="21"/>
              </w:rPr>
            </w:pPr>
          </w:p>
        </w:tc>
        <w:tc>
          <w:tcPr>
            <w:tcW w:w="1044" w:type="dxa"/>
            <w:vMerge/>
          </w:tcPr>
          <w:p w14:paraId="443DA013" w14:textId="77777777" w:rsidR="00497B11" w:rsidRPr="00293828" w:rsidRDefault="00497B11" w:rsidP="00293828">
            <w:pPr>
              <w:rPr>
                <w:rFonts w:ascii="Times New Roman" w:hAnsi="Times New Roman" w:cs="Times New Roman"/>
                <w:szCs w:val="21"/>
              </w:rPr>
            </w:pPr>
          </w:p>
        </w:tc>
      </w:tr>
      <w:tr w:rsidR="00497B11" w:rsidRPr="00293828" w14:paraId="036FBC25" w14:textId="77777777" w:rsidTr="009D45BD">
        <w:tc>
          <w:tcPr>
            <w:tcW w:w="982" w:type="dxa"/>
            <w:vMerge w:val="restart"/>
            <w:vAlign w:val="center"/>
          </w:tcPr>
          <w:p w14:paraId="379D96C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22</w:t>
            </w:r>
          </w:p>
        </w:tc>
        <w:tc>
          <w:tcPr>
            <w:tcW w:w="1125" w:type="dxa"/>
            <w:vAlign w:val="center"/>
          </w:tcPr>
          <w:p w14:paraId="33ADABC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192-&gt;206</w:t>
            </w:r>
          </w:p>
        </w:tc>
        <w:tc>
          <w:tcPr>
            <w:tcW w:w="1044" w:type="dxa"/>
            <w:vAlign w:val="center"/>
          </w:tcPr>
          <w:p w14:paraId="28A4C61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0.23346</w:t>
            </w:r>
          </w:p>
        </w:tc>
        <w:tc>
          <w:tcPr>
            <w:tcW w:w="1019" w:type="dxa"/>
            <w:vMerge w:val="restart"/>
            <w:vAlign w:val="center"/>
          </w:tcPr>
          <w:p w14:paraId="544F57E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6.2384</w:t>
            </w:r>
          </w:p>
        </w:tc>
        <w:tc>
          <w:tcPr>
            <w:tcW w:w="1019" w:type="dxa"/>
            <w:vMerge w:val="restart"/>
            <w:vAlign w:val="center"/>
          </w:tcPr>
          <w:p w14:paraId="02EC686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198.75</w:t>
            </w:r>
          </w:p>
        </w:tc>
        <w:tc>
          <w:tcPr>
            <w:tcW w:w="1019" w:type="dxa"/>
            <w:vMerge w:val="restart"/>
            <w:vAlign w:val="center"/>
          </w:tcPr>
          <w:p w14:paraId="426DFA5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0.0139</w:t>
            </w:r>
          </w:p>
        </w:tc>
        <w:tc>
          <w:tcPr>
            <w:tcW w:w="1044" w:type="dxa"/>
            <w:vMerge w:val="restart"/>
            <w:vAlign w:val="center"/>
          </w:tcPr>
          <w:p w14:paraId="10294A3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-3.0677</w:t>
            </w:r>
          </w:p>
        </w:tc>
        <w:tc>
          <w:tcPr>
            <w:tcW w:w="1044" w:type="dxa"/>
            <w:vMerge w:val="restart"/>
            <w:vAlign w:val="center"/>
          </w:tcPr>
          <w:p w14:paraId="1B11582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-2.8585</w:t>
            </w:r>
          </w:p>
        </w:tc>
      </w:tr>
      <w:tr w:rsidR="00497B11" w:rsidRPr="00293828" w14:paraId="34D61560" w14:textId="77777777" w:rsidTr="009D45BD">
        <w:tc>
          <w:tcPr>
            <w:tcW w:w="982" w:type="dxa"/>
            <w:vMerge/>
          </w:tcPr>
          <w:p w14:paraId="70918119" w14:textId="77777777" w:rsidR="00497B11" w:rsidRPr="00293828" w:rsidRDefault="00497B11" w:rsidP="00293828">
            <w:pPr>
              <w:rPr>
                <w:rFonts w:ascii="Times New Roman" w:hAnsi="Times New Roman" w:cs="Times New Roman"/>
                <w:szCs w:val="21"/>
              </w:rPr>
            </w:pPr>
          </w:p>
        </w:tc>
        <w:tc>
          <w:tcPr>
            <w:tcW w:w="1125" w:type="dxa"/>
            <w:vAlign w:val="center"/>
          </w:tcPr>
          <w:p w14:paraId="19129BF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196-&gt;206</w:t>
            </w:r>
          </w:p>
        </w:tc>
        <w:tc>
          <w:tcPr>
            <w:tcW w:w="1044" w:type="dxa"/>
            <w:vAlign w:val="center"/>
          </w:tcPr>
          <w:p w14:paraId="79F6EEC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0.42449</w:t>
            </w:r>
          </w:p>
        </w:tc>
        <w:tc>
          <w:tcPr>
            <w:tcW w:w="1019" w:type="dxa"/>
            <w:vMerge/>
          </w:tcPr>
          <w:p w14:paraId="11335F80" w14:textId="77777777" w:rsidR="00497B11" w:rsidRPr="00293828" w:rsidRDefault="00497B11" w:rsidP="00293828">
            <w:pPr>
              <w:rPr>
                <w:rFonts w:ascii="Times New Roman" w:hAnsi="Times New Roman" w:cs="Times New Roman"/>
                <w:szCs w:val="21"/>
              </w:rPr>
            </w:pPr>
          </w:p>
        </w:tc>
        <w:tc>
          <w:tcPr>
            <w:tcW w:w="1019" w:type="dxa"/>
            <w:vMerge/>
          </w:tcPr>
          <w:p w14:paraId="7AE37A41" w14:textId="77777777" w:rsidR="00497B11" w:rsidRPr="00293828" w:rsidRDefault="00497B11" w:rsidP="00293828">
            <w:pPr>
              <w:rPr>
                <w:rFonts w:ascii="Times New Roman" w:hAnsi="Times New Roman" w:cs="Times New Roman"/>
                <w:szCs w:val="21"/>
              </w:rPr>
            </w:pPr>
          </w:p>
        </w:tc>
        <w:tc>
          <w:tcPr>
            <w:tcW w:w="1019" w:type="dxa"/>
            <w:vMerge/>
          </w:tcPr>
          <w:p w14:paraId="03D5F7C5" w14:textId="77777777" w:rsidR="00497B11" w:rsidRPr="00293828" w:rsidRDefault="00497B11" w:rsidP="00293828">
            <w:pPr>
              <w:rPr>
                <w:rFonts w:ascii="Times New Roman" w:hAnsi="Times New Roman" w:cs="Times New Roman"/>
                <w:szCs w:val="21"/>
              </w:rPr>
            </w:pPr>
          </w:p>
        </w:tc>
        <w:tc>
          <w:tcPr>
            <w:tcW w:w="1044" w:type="dxa"/>
            <w:vMerge/>
          </w:tcPr>
          <w:p w14:paraId="428EE043" w14:textId="77777777" w:rsidR="00497B11" w:rsidRPr="00293828" w:rsidRDefault="00497B11" w:rsidP="00293828">
            <w:pPr>
              <w:rPr>
                <w:rFonts w:ascii="Times New Roman" w:hAnsi="Times New Roman" w:cs="Times New Roman"/>
                <w:szCs w:val="21"/>
              </w:rPr>
            </w:pPr>
          </w:p>
        </w:tc>
        <w:tc>
          <w:tcPr>
            <w:tcW w:w="1044" w:type="dxa"/>
            <w:vMerge/>
          </w:tcPr>
          <w:p w14:paraId="7E3E3DCE" w14:textId="77777777" w:rsidR="00497B11" w:rsidRPr="00293828" w:rsidRDefault="00497B11" w:rsidP="00293828">
            <w:pPr>
              <w:rPr>
                <w:rFonts w:ascii="Times New Roman" w:hAnsi="Times New Roman" w:cs="Times New Roman"/>
                <w:szCs w:val="21"/>
              </w:rPr>
            </w:pPr>
          </w:p>
        </w:tc>
      </w:tr>
      <w:tr w:rsidR="00497B11" w:rsidRPr="00293828" w14:paraId="33D1942F" w14:textId="77777777" w:rsidTr="009D45BD">
        <w:tc>
          <w:tcPr>
            <w:tcW w:w="982" w:type="dxa"/>
            <w:vMerge/>
          </w:tcPr>
          <w:p w14:paraId="13FEE25D" w14:textId="77777777" w:rsidR="00497B11" w:rsidRPr="00293828" w:rsidRDefault="00497B11" w:rsidP="00293828">
            <w:pPr>
              <w:rPr>
                <w:rFonts w:ascii="Times New Roman" w:hAnsi="Times New Roman" w:cs="Times New Roman"/>
                <w:szCs w:val="21"/>
              </w:rPr>
            </w:pPr>
          </w:p>
        </w:tc>
        <w:tc>
          <w:tcPr>
            <w:tcW w:w="1125" w:type="dxa"/>
            <w:vAlign w:val="center"/>
          </w:tcPr>
          <w:p w14:paraId="343EBF2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199-&gt;207</w:t>
            </w:r>
          </w:p>
        </w:tc>
        <w:tc>
          <w:tcPr>
            <w:tcW w:w="1044" w:type="dxa"/>
            <w:vAlign w:val="center"/>
          </w:tcPr>
          <w:p w14:paraId="663761C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0.25503</w:t>
            </w:r>
          </w:p>
        </w:tc>
        <w:tc>
          <w:tcPr>
            <w:tcW w:w="1019" w:type="dxa"/>
            <w:vMerge/>
          </w:tcPr>
          <w:p w14:paraId="75AEF4BE" w14:textId="77777777" w:rsidR="00497B11" w:rsidRPr="00293828" w:rsidRDefault="00497B11" w:rsidP="00293828">
            <w:pPr>
              <w:rPr>
                <w:rFonts w:ascii="Times New Roman" w:hAnsi="Times New Roman" w:cs="Times New Roman"/>
                <w:szCs w:val="21"/>
              </w:rPr>
            </w:pPr>
          </w:p>
        </w:tc>
        <w:tc>
          <w:tcPr>
            <w:tcW w:w="1019" w:type="dxa"/>
            <w:vMerge/>
          </w:tcPr>
          <w:p w14:paraId="53F01AFA" w14:textId="77777777" w:rsidR="00497B11" w:rsidRPr="00293828" w:rsidRDefault="00497B11" w:rsidP="00293828">
            <w:pPr>
              <w:rPr>
                <w:rFonts w:ascii="Times New Roman" w:hAnsi="Times New Roman" w:cs="Times New Roman"/>
                <w:szCs w:val="21"/>
              </w:rPr>
            </w:pPr>
          </w:p>
        </w:tc>
        <w:tc>
          <w:tcPr>
            <w:tcW w:w="1019" w:type="dxa"/>
            <w:vMerge/>
          </w:tcPr>
          <w:p w14:paraId="3D47CFB3" w14:textId="77777777" w:rsidR="00497B11" w:rsidRPr="00293828" w:rsidRDefault="00497B11" w:rsidP="00293828">
            <w:pPr>
              <w:rPr>
                <w:rFonts w:ascii="Times New Roman" w:hAnsi="Times New Roman" w:cs="Times New Roman"/>
                <w:szCs w:val="21"/>
              </w:rPr>
            </w:pPr>
          </w:p>
        </w:tc>
        <w:tc>
          <w:tcPr>
            <w:tcW w:w="1044" w:type="dxa"/>
            <w:vMerge/>
          </w:tcPr>
          <w:p w14:paraId="06F7C891" w14:textId="77777777" w:rsidR="00497B11" w:rsidRPr="00293828" w:rsidRDefault="00497B11" w:rsidP="00293828">
            <w:pPr>
              <w:rPr>
                <w:rFonts w:ascii="Times New Roman" w:hAnsi="Times New Roman" w:cs="Times New Roman"/>
                <w:szCs w:val="21"/>
              </w:rPr>
            </w:pPr>
          </w:p>
        </w:tc>
        <w:tc>
          <w:tcPr>
            <w:tcW w:w="1044" w:type="dxa"/>
            <w:vMerge/>
          </w:tcPr>
          <w:p w14:paraId="6AD6218A" w14:textId="77777777" w:rsidR="00497B11" w:rsidRPr="00293828" w:rsidRDefault="00497B11" w:rsidP="00293828">
            <w:pPr>
              <w:rPr>
                <w:rFonts w:ascii="Times New Roman" w:hAnsi="Times New Roman" w:cs="Times New Roman"/>
                <w:szCs w:val="21"/>
              </w:rPr>
            </w:pPr>
          </w:p>
        </w:tc>
      </w:tr>
      <w:tr w:rsidR="00497B11" w:rsidRPr="00293828" w14:paraId="68245A90" w14:textId="77777777" w:rsidTr="009D45BD">
        <w:tc>
          <w:tcPr>
            <w:tcW w:w="982" w:type="dxa"/>
            <w:vMerge w:val="restart"/>
            <w:vAlign w:val="center"/>
          </w:tcPr>
          <w:p w14:paraId="0A2E9C0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23</w:t>
            </w:r>
          </w:p>
        </w:tc>
        <w:tc>
          <w:tcPr>
            <w:tcW w:w="1125" w:type="dxa"/>
            <w:vAlign w:val="center"/>
          </w:tcPr>
          <w:p w14:paraId="392480E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193-&gt;206</w:t>
            </w:r>
          </w:p>
        </w:tc>
        <w:tc>
          <w:tcPr>
            <w:tcW w:w="1044" w:type="dxa"/>
            <w:vAlign w:val="center"/>
          </w:tcPr>
          <w:p w14:paraId="4872C96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0.39733</w:t>
            </w:r>
          </w:p>
        </w:tc>
        <w:tc>
          <w:tcPr>
            <w:tcW w:w="1019" w:type="dxa"/>
            <w:vMerge w:val="restart"/>
            <w:vAlign w:val="center"/>
          </w:tcPr>
          <w:p w14:paraId="76A5754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6.2499</w:t>
            </w:r>
          </w:p>
        </w:tc>
        <w:tc>
          <w:tcPr>
            <w:tcW w:w="1019" w:type="dxa"/>
            <w:vMerge w:val="restart"/>
            <w:vAlign w:val="center"/>
          </w:tcPr>
          <w:p w14:paraId="4491A84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198.38</w:t>
            </w:r>
          </w:p>
        </w:tc>
        <w:tc>
          <w:tcPr>
            <w:tcW w:w="1019" w:type="dxa"/>
            <w:vMerge w:val="restart"/>
            <w:vAlign w:val="center"/>
          </w:tcPr>
          <w:p w14:paraId="22F139C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0.0406</w:t>
            </w:r>
          </w:p>
        </w:tc>
        <w:tc>
          <w:tcPr>
            <w:tcW w:w="1044" w:type="dxa"/>
            <w:vMerge w:val="restart"/>
            <w:vAlign w:val="center"/>
          </w:tcPr>
          <w:p w14:paraId="1B436C6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-20.7604</w:t>
            </w:r>
          </w:p>
        </w:tc>
        <w:tc>
          <w:tcPr>
            <w:tcW w:w="1044" w:type="dxa"/>
            <w:vMerge w:val="restart"/>
            <w:vAlign w:val="center"/>
          </w:tcPr>
          <w:p w14:paraId="04A279B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-20.6069</w:t>
            </w:r>
          </w:p>
        </w:tc>
      </w:tr>
      <w:tr w:rsidR="00497B11" w:rsidRPr="00293828" w14:paraId="1CA5C19E" w14:textId="77777777" w:rsidTr="009D45BD">
        <w:tc>
          <w:tcPr>
            <w:tcW w:w="982" w:type="dxa"/>
            <w:vMerge/>
          </w:tcPr>
          <w:p w14:paraId="55B33488" w14:textId="77777777" w:rsidR="00497B11" w:rsidRPr="00293828" w:rsidRDefault="00497B11" w:rsidP="00293828">
            <w:pPr>
              <w:rPr>
                <w:rFonts w:ascii="Times New Roman" w:hAnsi="Times New Roman" w:cs="Times New Roman"/>
                <w:szCs w:val="21"/>
              </w:rPr>
            </w:pPr>
          </w:p>
        </w:tc>
        <w:tc>
          <w:tcPr>
            <w:tcW w:w="1125" w:type="dxa"/>
            <w:vAlign w:val="center"/>
          </w:tcPr>
          <w:p w14:paraId="56F326A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196-&gt;206</w:t>
            </w:r>
          </w:p>
        </w:tc>
        <w:tc>
          <w:tcPr>
            <w:tcW w:w="1044" w:type="dxa"/>
            <w:vAlign w:val="center"/>
          </w:tcPr>
          <w:p w14:paraId="491F18C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0.34668</w:t>
            </w:r>
          </w:p>
        </w:tc>
        <w:tc>
          <w:tcPr>
            <w:tcW w:w="1019" w:type="dxa"/>
            <w:vMerge/>
          </w:tcPr>
          <w:p w14:paraId="49058B84" w14:textId="77777777" w:rsidR="00497B11" w:rsidRPr="00293828" w:rsidRDefault="00497B11" w:rsidP="00293828">
            <w:pPr>
              <w:rPr>
                <w:rFonts w:ascii="Times New Roman" w:hAnsi="Times New Roman" w:cs="Times New Roman"/>
                <w:szCs w:val="21"/>
              </w:rPr>
            </w:pPr>
          </w:p>
        </w:tc>
        <w:tc>
          <w:tcPr>
            <w:tcW w:w="1019" w:type="dxa"/>
            <w:vMerge/>
          </w:tcPr>
          <w:p w14:paraId="74C613E7" w14:textId="77777777" w:rsidR="00497B11" w:rsidRPr="00293828" w:rsidRDefault="00497B11" w:rsidP="00293828">
            <w:pPr>
              <w:rPr>
                <w:rFonts w:ascii="Times New Roman" w:hAnsi="Times New Roman" w:cs="Times New Roman"/>
                <w:szCs w:val="21"/>
              </w:rPr>
            </w:pPr>
          </w:p>
        </w:tc>
        <w:tc>
          <w:tcPr>
            <w:tcW w:w="1019" w:type="dxa"/>
            <w:vMerge/>
          </w:tcPr>
          <w:p w14:paraId="6DF673A9" w14:textId="77777777" w:rsidR="00497B11" w:rsidRPr="00293828" w:rsidRDefault="00497B11" w:rsidP="00293828">
            <w:pPr>
              <w:rPr>
                <w:rFonts w:ascii="Times New Roman" w:hAnsi="Times New Roman" w:cs="Times New Roman"/>
                <w:szCs w:val="21"/>
              </w:rPr>
            </w:pPr>
          </w:p>
        </w:tc>
        <w:tc>
          <w:tcPr>
            <w:tcW w:w="1044" w:type="dxa"/>
            <w:vMerge/>
          </w:tcPr>
          <w:p w14:paraId="22C00638" w14:textId="77777777" w:rsidR="00497B11" w:rsidRPr="00293828" w:rsidRDefault="00497B11" w:rsidP="00293828">
            <w:pPr>
              <w:rPr>
                <w:rFonts w:ascii="Times New Roman" w:hAnsi="Times New Roman" w:cs="Times New Roman"/>
                <w:szCs w:val="21"/>
              </w:rPr>
            </w:pPr>
          </w:p>
        </w:tc>
        <w:tc>
          <w:tcPr>
            <w:tcW w:w="1044" w:type="dxa"/>
            <w:vMerge/>
          </w:tcPr>
          <w:p w14:paraId="3BBB5482" w14:textId="77777777" w:rsidR="00497B11" w:rsidRPr="00293828" w:rsidRDefault="00497B11" w:rsidP="00293828">
            <w:pPr>
              <w:rPr>
                <w:rFonts w:ascii="Times New Roman" w:hAnsi="Times New Roman" w:cs="Times New Roman"/>
                <w:szCs w:val="21"/>
              </w:rPr>
            </w:pPr>
          </w:p>
        </w:tc>
      </w:tr>
      <w:tr w:rsidR="00497B11" w:rsidRPr="00293828" w14:paraId="35B9692D" w14:textId="77777777" w:rsidTr="009D45BD">
        <w:tc>
          <w:tcPr>
            <w:tcW w:w="982" w:type="dxa"/>
            <w:vMerge w:val="restart"/>
            <w:vAlign w:val="center"/>
          </w:tcPr>
          <w:p w14:paraId="1E017B5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24</w:t>
            </w:r>
          </w:p>
        </w:tc>
        <w:tc>
          <w:tcPr>
            <w:tcW w:w="1125" w:type="dxa"/>
            <w:vAlign w:val="center"/>
          </w:tcPr>
          <w:p w14:paraId="39E5107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190-&gt;206</w:t>
            </w:r>
          </w:p>
        </w:tc>
        <w:tc>
          <w:tcPr>
            <w:tcW w:w="1044" w:type="dxa"/>
            <w:vAlign w:val="center"/>
          </w:tcPr>
          <w:p w14:paraId="23B4B17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-0.25948</w:t>
            </w:r>
          </w:p>
        </w:tc>
        <w:tc>
          <w:tcPr>
            <w:tcW w:w="1019" w:type="dxa"/>
            <w:vMerge w:val="restart"/>
            <w:vAlign w:val="center"/>
          </w:tcPr>
          <w:p w14:paraId="66090A1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6.2677</w:t>
            </w:r>
          </w:p>
        </w:tc>
        <w:tc>
          <w:tcPr>
            <w:tcW w:w="1019" w:type="dxa"/>
            <w:vMerge w:val="restart"/>
            <w:vAlign w:val="center"/>
          </w:tcPr>
          <w:p w14:paraId="03D4980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197.82</w:t>
            </w:r>
          </w:p>
        </w:tc>
        <w:tc>
          <w:tcPr>
            <w:tcW w:w="1019" w:type="dxa"/>
            <w:vMerge w:val="restart"/>
            <w:vAlign w:val="center"/>
          </w:tcPr>
          <w:p w14:paraId="0DD91A9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0.0320</w:t>
            </w:r>
          </w:p>
        </w:tc>
        <w:tc>
          <w:tcPr>
            <w:tcW w:w="1044" w:type="dxa"/>
            <w:vMerge w:val="restart"/>
            <w:vAlign w:val="center"/>
          </w:tcPr>
          <w:p w14:paraId="5CDCCDD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-12.1752</w:t>
            </w:r>
          </w:p>
        </w:tc>
        <w:tc>
          <w:tcPr>
            <w:tcW w:w="1044" w:type="dxa"/>
            <w:vMerge w:val="restart"/>
            <w:vAlign w:val="center"/>
          </w:tcPr>
          <w:p w14:paraId="1DD2A96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-12.1956</w:t>
            </w:r>
          </w:p>
        </w:tc>
      </w:tr>
      <w:tr w:rsidR="00497B11" w:rsidRPr="00293828" w14:paraId="63F72CA6" w14:textId="77777777" w:rsidTr="009D45BD">
        <w:tc>
          <w:tcPr>
            <w:tcW w:w="982" w:type="dxa"/>
            <w:vMerge/>
          </w:tcPr>
          <w:p w14:paraId="2504A2E4" w14:textId="77777777" w:rsidR="00497B11" w:rsidRPr="00293828" w:rsidRDefault="00497B11" w:rsidP="00293828">
            <w:pPr>
              <w:rPr>
                <w:rFonts w:ascii="Times New Roman" w:hAnsi="Times New Roman" w:cs="Times New Roman"/>
                <w:szCs w:val="21"/>
              </w:rPr>
            </w:pPr>
          </w:p>
        </w:tc>
        <w:tc>
          <w:tcPr>
            <w:tcW w:w="1125" w:type="dxa"/>
            <w:vAlign w:val="center"/>
          </w:tcPr>
          <w:p w14:paraId="3DE9B98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199-&gt;207</w:t>
            </w:r>
          </w:p>
        </w:tc>
        <w:tc>
          <w:tcPr>
            <w:tcW w:w="1044" w:type="dxa"/>
            <w:vAlign w:val="center"/>
          </w:tcPr>
          <w:p w14:paraId="4A7E57F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0.38984</w:t>
            </w:r>
          </w:p>
        </w:tc>
        <w:tc>
          <w:tcPr>
            <w:tcW w:w="1019" w:type="dxa"/>
            <w:vMerge/>
          </w:tcPr>
          <w:p w14:paraId="6C00765D" w14:textId="77777777" w:rsidR="00497B11" w:rsidRPr="00293828" w:rsidRDefault="00497B11" w:rsidP="00293828">
            <w:pPr>
              <w:rPr>
                <w:rFonts w:ascii="Times New Roman" w:hAnsi="Times New Roman" w:cs="Times New Roman"/>
                <w:szCs w:val="21"/>
              </w:rPr>
            </w:pPr>
          </w:p>
        </w:tc>
        <w:tc>
          <w:tcPr>
            <w:tcW w:w="1019" w:type="dxa"/>
            <w:vMerge/>
          </w:tcPr>
          <w:p w14:paraId="68C9C85E" w14:textId="77777777" w:rsidR="00497B11" w:rsidRPr="00293828" w:rsidRDefault="00497B11" w:rsidP="00293828">
            <w:pPr>
              <w:rPr>
                <w:rFonts w:ascii="Times New Roman" w:hAnsi="Times New Roman" w:cs="Times New Roman"/>
                <w:szCs w:val="21"/>
              </w:rPr>
            </w:pPr>
          </w:p>
        </w:tc>
        <w:tc>
          <w:tcPr>
            <w:tcW w:w="1019" w:type="dxa"/>
            <w:vMerge/>
          </w:tcPr>
          <w:p w14:paraId="20189E49" w14:textId="77777777" w:rsidR="00497B11" w:rsidRPr="00293828" w:rsidRDefault="00497B11" w:rsidP="00293828">
            <w:pPr>
              <w:rPr>
                <w:rFonts w:ascii="Times New Roman" w:hAnsi="Times New Roman" w:cs="Times New Roman"/>
                <w:szCs w:val="21"/>
              </w:rPr>
            </w:pPr>
          </w:p>
        </w:tc>
        <w:tc>
          <w:tcPr>
            <w:tcW w:w="1044" w:type="dxa"/>
            <w:vMerge/>
          </w:tcPr>
          <w:p w14:paraId="6B7D0BB7" w14:textId="77777777" w:rsidR="00497B11" w:rsidRPr="00293828" w:rsidRDefault="00497B11" w:rsidP="00293828">
            <w:pPr>
              <w:rPr>
                <w:rFonts w:ascii="Times New Roman" w:hAnsi="Times New Roman" w:cs="Times New Roman"/>
                <w:szCs w:val="21"/>
              </w:rPr>
            </w:pPr>
          </w:p>
        </w:tc>
        <w:tc>
          <w:tcPr>
            <w:tcW w:w="1044" w:type="dxa"/>
            <w:vMerge/>
          </w:tcPr>
          <w:p w14:paraId="37376A56" w14:textId="77777777" w:rsidR="00497B11" w:rsidRPr="00293828" w:rsidRDefault="00497B11" w:rsidP="00293828">
            <w:pPr>
              <w:rPr>
                <w:rFonts w:ascii="Times New Roman" w:hAnsi="Times New Roman" w:cs="Times New Roman"/>
                <w:szCs w:val="21"/>
              </w:rPr>
            </w:pPr>
          </w:p>
        </w:tc>
      </w:tr>
      <w:tr w:rsidR="00497B11" w:rsidRPr="00293828" w14:paraId="08BD1CFC" w14:textId="77777777" w:rsidTr="009D45BD">
        <w:tc>
          <w:tcPr>
            <w:tcW w:w="982" w:type="dxa"/>
            <w:vMerge/>
          </w:tcPr>
          <w:p w14:paraId="1C78BA1E" w14:textId="77777777" w:rsidR="00497B11" w:rsidRPr="00293828" w:rsidRDefault="00497B11" w:rsidP="00293828">
            <w:pPr>
              <w:rPr>
                <w:rFonts w:ascii="Times New Roman" w:hAnsi="Times New Roman" w:cs="Times New Roman"/>
                <w:szCs w:val="21"/>
              </w:rPr>
            </w:pPr>
          </w:p>
        </w:tc>
        <w:tc>
          <w:tcPr>
            <w:tcW w:w="1125" w:type="dxa"/>
            <w:vAlign w:val="center"/>
          </w:tcPr>
          <w:p w14:paraId="5E88D44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201-&gt;207</w:t>
            </w:r>
          </w:p>
        </w:tc>
        <w:tc>
          <w:tcPr>
            <w:tcW w:w="1044" w:type="dxa"/>
            <w:vAlign w:val="center"/>
          </w:tcPr>
          <w:p w14:paraId="4243CD2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0.27234</w:t>
            </w:r>
          </w:p>
        </w:tc>
        <w:tc>
          <w:tcPr>
            <w:tcW w:w="1019" w:type="dxa"/>
            <w:vMerge/>
          </w:tcPr>
          <w:p w14:paraId="3E214D12" w14:textId="77777777" w:rsidR="00497B11" w:rsidRPr="00293828" w:rsidRDefault="00497B11" w:rsidP="00293828">
            <w:pPr>
              <w:rPr>
                <w:rFonts w:ascii="Times New Roman" w:hAnsi="Times New Roman" w:cs="Times New Roman"/>
                <w:szCs w:val="21"/>
              </w:rPr>
            </w:pPr>
          </w:p>
        </w:tc>
        <w:tc>
          <w:tcPr>
            <w:tcW w:w="1019" w:type="dxa"/>
            <w:vMerge/>
          </w:tcPr>
          <w:p w14:paraId="1E967C77" w14:textId="77777777" w:rsidR="00497B11" w:rsidRPr="00293828" w:rsidRDefault="00497B11" w:rsidP="00293828">
            <w:pPr>
              <w:rPr>
                <w:rFonts w:ascii="Times New Roman" w:hAnsi="Times New Roman" w:cs="Times New Roman"/>
                <w:szCs w:val="21"/>
              </w:rPr>
            </w:pPr>
          </w:p>
        </w:tc>
        <w:tc>
          <w:tcPr>
            <w:tcW w:w="1019" w:type="dxa"/>
            <w:vMerge/>
          </w:tcPr>
          <w:p w14:paraId="0E319B4E" w14:textId="77777777" w:rsidR="00497B11" w:rsidRPr="00293828" w:rsidRDefault="00497B11" w:rsidP="00293828">
            <w:pPr>
              <w:rPr>
                <w:rFonts w:ascii="Times New Roman" w:hAnsi="Times New Roman" w:cs="Times New Roman"/>
                <w:szCs w:val="21"/>
              </w:rPr>
            </w:pPr>
          </w:p>
        </w:tc>
        <w:tc>
          <w:tcPr>
            <w:tcW w:w="1044" w:type="dxa"/>
            <w:vMerge/>
          </w:tcPr>
          <w:p w14:paraId="201FAA0C" w14:textId="77777777" w:rsidR="00497B11" w:rsidRPr="00293828" w:rsidRDefault="00497B11" w:rsidP="00293828">
            <w:pPr>
              <w:rPr>
                <w:rFonts w:ascii="Times New Roman" w:hAnsi="Times New Roman" w:cs="Times New Roman"/>
                <w:szCs w:val="21"/>
              </w:rPr>
            </w:pPr>
          </w:p>
        </w:tc>
        <w:tc>
          <w:tcPr>
            <w:tcW w:w="1044" w:type="dxa"/>
            <w:vMerge/>
          </w:tcPr>
          <w:p w14:paraId="79CB565D" w14:textId="77777777" w:rsidR="00497B11" w:rsidRPr="00293828" w:rsidRDefault="00497B11" w:rsidP="00293828">
            <w:pPr>
              <w:rPr>
                <w:rFonts w:ascii="Times New Roman" w:hAnsi="Times New Roman" w:cs="Times New Roman"/>
                <w:szCs w:val="21"/>
              </w:rPr>
            </w:pPr>
          </w:p>
        </w:tc>
      </w:tr>
      <w:tr w:rsidR="00497B11" w:rsidRPr="00293828" w14:paraId="49D1017F" w14:textId="77777777" w:rsidTr="009D45BD">
        <w:tc>
          <w:tcPr>
            <w:tcW w:w="982" w:type="dxa"/>
            <w:vMerge w:val="restart"/>
            <w:vAlign w:val="center"/>
          </w:tcPr>
          <w:p w14:paraId="5A0D91F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25</w:t>
            </w:r>
          </w:p>
        </w:tc>
        <w:tc>
          <w:tcPr>
            <w:tcW w:w="1125" w:type="dxa"/>
            <w:vAlign w:val="center"/>
          </w:tcPr>
          <w:p w14:paraId="55A48C5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190-&gt;206</w:t>
            </w:r>
          </w:p>
        </w:tc>
        <w:tc>
          <w:tcPr>
            <w:tcW w:w="1044" w:type="dxa"/>
            <w:vAlign w:val="center"/>
          </w:tcPr>
          <w:p w14:paraId="24A8AB8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-0.2969</w:t>
            </w:r>
          </w:p>
        </w:tc>
        <w:tc>
          <w:tcPr>
            <w:tcW w:w="1019" w:type="dxa"/>
            <w:vMerge w:val="restart"/>
            <w:vAlign w:val="center"/>
          </w:tcPr>
          <w:p w14:paraId="75C8AC7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6.3091</w:t>
            </w:r>
          </w:p>
        </w:tc>
        <w:tc>
          <w:tcPr>
            <w:tcW w:w="1019" w:type="dxa"/>
            <w:vMerge w:val="restart"/>
            <w:vAlign w:val="center"/>
          </w:tcPr>
          <w:p w14:paraId="2E8E007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196.52</w:t>
            </w:r>
          </w:p>
        </w:tc>
        <w:tc>
          <w:tcPr>
            <w:tcW w:w="1019" w:type="dxa"/>
            <w:vMerge w:val="restart"/>
            <w:vAlign w:val="center"/>
          </w:tcPr>
          <w:p w14:paraId="18B4B2F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0.0014</w:t>
            </w:r>
          </w:p>
        </w:tc>
        <w:tc>
          <w:tcPr>
            <w:tcW w:w="1044" w:type="dxa"/>
            <w:vMerge w:val="restart"/>
            <w:vAlign w:val="center"/>
          </w:tcPr>
          <w:p w14:paraId="6742907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0.2903</w:t>
            </w:r>
          </w:p>
        </w:tc>
        <w:tc>
          <w:tcPr>
            <w:tcW w:w="1044" w:type="dxa"/>
            <w:vMerge w:val="restart"/>
            <w:vAlign w:val="center"/>
          </w:tcPr>
          <w:p w14:paraId="7FADCE5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0.2385</w:t>
            </w:r>
          </w:p>
        </w:tc>
      </w:tr>
      <w:tr w:rsidR="00497B11" w:rsidRPr="00293828" w14:paraId="445B2E84" w14:textId="77777777" w:rsidTr="009D45BD">
        <w:tc>
          <w:tcPr>
            <w:tcW w:w="982" w:type="dxa"/>
            <w:vMerge/>
          </w:tcPr>
          <w:p w14:paraId="72333994" w14:textId="77777777" w:rsidR="00497B11" w:rsidRPr="00293828" w:rsidRDefault="00497B11" w:rsidP="00293828">
            <w:pPr>
              <w:rPr>
                <w:rFonts w:ascii="Times New Roman" w:hAnsi="Times New Roman" w:cs="Times New Roman"/>
                <w:szCs w:val="21"/>
              </w:rPr>
            </w:pPr>
          </w:p>
        </w:tc>
        <w:tc>
          <w:tcPr>
            <w:tcW w:w="1125" w:type="dxa"/>
            <w:vAlign w:val="center"/>
          </w:tcPr>
          <w:p w14:paraId="3234D7C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191-&gt;206</w:t>
            </w:r>
          </w:p>
        </w:tc>
        <w:tc>
          <w:tcPr>
            <w:tcW w:w="1044" w:type="dxa"/>
            <w:vAlign w:val="center"/>
          </w:tcPr>
          <w:p w14:paraId="3047C93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0.22532</w:t>
            </w:r>
          </w:p>
        </w:tc>
        <w:tc>
          <w:tcPr>
            <w:tcW w:w="1019" w:type="dxa"/>
            <w:vMerge/>
          </w:tcPr>
          <w:p w14:paraId="4CFDF7A0" w14:textId="77777777" w:rsidR="00497B11" w:rsidRPr="00293828" w:rsidRDefault="00497B11" w:rsidP="00293828">
            <w:pPr>
              <w:rPr>
                <w:rFonts w:ascii="Times New Roman" w:hAnsi="Times New Roman" w:cs="Times New Roman"/>
                <w:szCs w:val="21"/>
              </w:rPr>
            </w:pPr>
          </w:p>
        </w:tc>
        <w:tc>
          <w:tcPr>
            <w:tcW w:w="1019" w:type="dxa"/>
            <w:vMerge/>
          </w:tcPr>
          <w:p w14:paraId="46119003" w14:textId="77777777" w:rsidR="00497B11" w:rsidRPr="00293828" w:rsidRDefault="00497B11" w:rsidP="00293828">
            <w:pPr>
              <w:rPr>
                <w:rFonts w:ascii="Times New Roman" w:hAnsi="Times New Roman" w:cs="Times New Roman"/>
                <w:szCs w:val="21"/>
              </w:rPr>
            </w:pPr>
          </w:p>
        </w:tc>
        <w:tc>
          <w:tcPr>
            <w:tcW w:w="1019" w:type="dxa"/>
            <w:vMerge/>
          </w:tcPr>
          <w:p w14:paraId="2ACEA998" w14:textId="77777777" w:rsidR="00497B11" w:rsidRPr="00293828" w:rsidRDefault="00497B11" w:rsidP="00293828">
            <w:pPr>
              <w:rPr>
                <w:rFonts w:ascii="Times New Roman" w:hAnsi="Times New Roman" w:cs="Times New Roman"/>
                <w:szCs w:val="21"/>
              </w:rPr>
            </w:pPr>
          </w:p>
        </w:tc>
        <w:tc>
          <w:tcPr>
            <w:tcW w:w="1044" w:type="dxa"/>
            <w:vMerge/>
          </w:tcPr>
          <w:p w14:paraId="554CF247" w14:textId="77777777" w:rsidR="00497B11" w:rsidRPr="00293828" w:rsidRDefault="00497B11" w:rsidP="00293828">
            <w:pPr>
              <w:rPr>
                <w:rFonts w:ascii="Times New Roman" w:hAnsi="Times New Roman" w:cs="Times New Roman"/>
                <w:szCs w:val="21"/>
              </w:rPr>
            </w:pPr>
          </w:p>
        </w:tc>
        <w:tc>
          <w:tcPr>
            <w:tcW w:w="1044" w:type="dxa"/>
            <w:vMerge/>
          </w:tcPr>
          <w:p w14:paraId="03F76144" w14:textId="77777777" w:rsidR="00497B11" w:rsidRPr="00293828" w:rsidRDefault="00497B11" w:rsidP="00293828">
            <w:pPr>
              <w:rPr>
                <w:rFonts w:ascii="Times New Roman" w:hAnsi="Times New Roman" w:cs="Times New Roman"/>
                <w:szCs w:val="21"/>
              </w:rPr>
            </w:pPr>
          </w:p>
        </w:tc>
      </w:tr>
      <w:tr w:rsidR="00497B11" w:rsidRPr="00293828" w14:paraId="21B3C4EB" w14:textId="77777777" w:rsidTr="009D45BD">
        <w:tc>
          <w:tcPr>
            <w:tcW w:w="982" w:type="dxa"/>
            <w:vMerge/>
          </w:tcPr>
          <w:p w14:paraId="79145C5C" w14:textId="77777777" w:rsidR="00497B11" w:rsidRPr="00293828" w:rsidRDefault="00497B11" w:rsidP="00293828">
            <w:pPr>
              <w:rPr>
                <w:rFonts w:ascii="Times New Roman" w:hAnsi="Times New Roman" w:cs="Times New Roman"/>
                <w:szCs w:val="21"/>
              </w:rPr>
            </w:pPr>
          </w:p>
        </w:tc>
        <w:tc>
          <w:tcPr>
            <w:tcW w:w="1125" w:type="dxa"/>
            <w:vAlign w:val="center"/>
          </w:tcPr>
          <w:p w14:paraId="1D28308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192-&gt;206</w:t>
            </w:r>
          </w:p>
        </w:tc>
        <w:tc>
          <w:tcPr>
            <w:tcW w:w="1044" w:type="dxa"/>
            <w:vAlign w:val="center"/>
          </w:tcPr>
          <w:p w14:paraId="29DA95A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0.36451</w:t>
            </w:r>
          </w:p>
        </w:tc>
        <w:tc>
          <w:tcPr>
            <w:tcW w:w="1019" w:type="dxa"/>
            <w:vMerge/>
          </w:tcPr>
          <w:p w14:paraId="41AC86CE" w14:textId="77777777" w:rsidR="00497B11" w:rsidRPr="00293828" w:rsidRDefault="00497B11" w:rsidP="00293828">
            <w:pPr>
              <w:rPr>
                <w:rFonts w:ascii="Times New Roman" w:hAnsi="Times New Roman" w:cs="Times New Roman"/>
                <w:szCs w:val="21"/>
              </w:rPr>
            </w:pPr>
          </w:p>
        </w:tc>
        <w:tc>
          <w:tcPr>
            <w:tcW w:w="1019" w:type="dxa"/>
            <w:vMerge/>
          </w:tcPr>
          <w:p w14:paraId="12BC63D5" w14:textId="77777777" w:rsidR="00497B11" w:rsidRPr="00293828" w:rsidRDefault="00497B11" w:rsidP="00293828">
            <w:pPr>
              <w:rPr>
                <w:rFonts w:ascii="Times New Roman" w:hAnsi="Times New Roman" w:cs="Times New Roman"/>
                <w:szCs w:val="21"/>
              </w:rPr>
            </w:pPr>
          </w:p>
        </w:tc>
        <w:tc>
          <w:tcPr>
            <w:tcW w:w="1019" w:type="dxa"/>
            <w:vMerge/>
          </w:tcPr>
          <w:p w14:paraId="604E916F" w14:textId="77777777" w:rsidR="00497B11" w:rsidRPr="00293828" w:rsidRDefault="00497B11" w:rsidP="00293828">
            <w:pPr>
              <w:rPr>
                <w:rFonts w:ascii="Times New Roman" w:hAnsi="Times New Roman" w:cs="Times New Roman"/>
                <w:szCs w:val="21"/>
              </w:rPr>
            </w:pPr>
          </w:p>
        </w:tc>
        <w:tc>
          <w:tcPr>
            <w:tcW w:w="1044" w:type="dxa"/>
            <w:vMerge/>
          </w:tcPr>
          <w:p w14:paraId="412E2BDC" w14:textId="77777777" w:rsidR="00497B11" w:rsidRPr="00293828" w:rsidRDefault="00497B11" w:rsidP="00293828">
            <w:pPr>
              <w:rPr>
                <w:rFonts w:ascii="Times New Roman" w:hAnsi="Times New Roman" w:cs="Times New Roman"/>
                <w:szCs w:val="21"/>
              </w:rPr>
            </w:pPr>
          </w:p>
        </w:tc>
        <w:tc>
          <w:tcPr>
            <w:tcW w:w="1044" w:type="dxa"/>
            <w:vMerge/>
          </w:tcPr>
          <w:p w14:paraId="23557D47" w14:textId="77777777" w:rsidR="00497B11" w:rsidRPr="00293828" w:rsidRDefault="00497B11" w:rsidP="00293828">
            <w:pPr>
              <w:rPr>
                <w:rFonts w:ascii="Times New Roman" w:hAnsi="Times New Roman" w:cs="Times New Roman"/>
                <w:szCs w:val="21"/>
              </w:rPr>
            </w:pPr>
          </w:p>
        </w:tc>
      </w:tr>
      <w:tr w:rsidR="00497B11" w:rsidRPr="00293828" w14:paraId="52E0FA20" w14:textId="77777777" w:rsidTr="009D45BD">
        <w:tc>
          <w:tcPr>
            <w:tcW w:w="982" w:type="dxa"/>
            <w:vMerge w:val="restart"/>
            <w:vAlign w:val="center"/>
          </w:tcPr>
          <w:p w14:paraId="089620B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26</w:t>
            </w:r>
          </w:p>
        </w:tc>
        <w:tc>
          <w:tcPr>
            <w:tcW w:w="1125" w:type="dxa"/>
            <w:vAlign w:val="center"/>
          </w:tcPr>
          <w:p w14:paraId="0272194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203-&gt;208</w:t>
            </w:r>
          </w:p>
        </w:tc>
        <w:tc>
          <w:tcPr>
            <w:tcW w:w="1044" w:type="dxa"/>
            <w:vAlign w:val="center"/>
          </w:tcPr>
          <w:p w14:paraId="6E40518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0.42652</w:t>
            </w:r>
          </w:p>
        </w:tc>
        <w:tc>
          <w:tcPr>
            <w:tcW w:w="1019" w:type="dxa"/>
            <w:vMerge w:val="restart"/>
            <w:vAlign w:val="center"/>
          </w:tcPr>
          <w:p w14:paraId="348432E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6.3300</w:t>
            </w:r>
          </w:p>
        </w:tc>
        <w:tc>
          <w:tcPr>
            <w:tcW w:w="1019" w:type="dxa"/>
            <w:vMerge w:val="restart"/>
            <w:vAlign w:val="center"/>
          </w:tcPr>
          <w:p w14:paraId="4EA1EC1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195.87</w:t>
            </w:r>
          </w:p>
        </w:tc>
        <w:tc>
          <w:tcPr>
            <w:tcW w:w="1019" w:type="dxa"/>
            <w:vMerge w:val="restart"/>
            <w:vAlign w:val="center"/>
          </w:tcPr>
          <w:p w14:paraId="34EAE0D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0.0031</w:t>
            </w:r>
          </w:p>
        </w:tc>
        <w:tc>
          <w:tcPr>
            <w:tcW w:w="1044" w:type="dxa"/>
            <w:vMerge w:val="restart"/>
            <w:vAlign w:val="center"/>
          </w:tcPr>
          <w:p w14:paraId="31C11BB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3.1458</w:t>
            </w:r>
          </w:p>
        </w:tc>
        <w:tc>
          <w:tcPr>
            <w:tcW w:w="1044" w:type="dxa"/>
            <w:vMerge w:val="restart"/>
            <w:vAlign w:val="center"/>
          </w:tcPr>
          <w:p w14:paraId="5851BD8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3.1133</w:t>
            </w:r>
          </w:p>
        </w:tc>
      </w:tr>
      <w:tr w:rsidR="00497B11" w:rsidRPr="00293828" w14:paraId="7C4B1568" w14:textId="77777777" w:rsidTr="009D45BD">
        <w:tc>
          <w:tcPr>
            <w:tcW w:w="982" w:type="dxa"/>
            <w:vMerge/>
          </w:tcPr>
          <w:p w14:paraId="1BE870CC" w14:textId="77777777" w:rsidR="00497B11" w:rsidRPr="00293828" w:rsidRDefault="00497B11" w:rsidP="00293828">
            <w:pPr>
              <w:rPr>
                <w:rFonts w:ascii="Times New Roman" w:hAnsi="Times New Roman" w:cs="Times New Roman"/>
                <w:szCs w:val="21"/>
              </w:rPr>
            </w:pPr>
          </w:p>
        </w:tc>
        <w:tc>
          <w:tcPr>
            <w:tcW w:w="1125" w:type="dxa"/>
            <w:vAlign w:val="center"/>
          </w:tcPr>
          <w:p w14:paraId="3F3C0D6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204-&gt;208</w:t>
            </w:r>
          </w:p>
        </w:tc>
        <w:tc>
          <w:tcPr>
            <w:tcW w:w="1044" w:type="dxa"/>
            <w:vAlign w:val="center"/>
          </w:tcPr>
          <w:p w14:paraId="7DDB640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0.31446</w:t>
            </w:r>
          </w:p>
        </w:tc>
        <w:tc>
          <w:tcPr>
            <w:tcW w:w="1019" w:type="dxa"/>
            <w:vMerge/>
          </w:tcPr>
          <w:p w14:paraId="6499A6E0" w14:textId="77777777" w:rsidR="00497B11" w:rsidRPr="00293828" w:rsidRDefault="00497B11" w:rsidP="00293828">
            <w:pPr>
              <w:rPr>
                <w:rFonts w:ascii="Times New Roman" w:hAnsi="Times New Roman" w:cs="Times New Roman"/>
                <w:szCs w:val="21"/>
              </w:rPr>
            </w:pPr>
          </w:p>
        </w:tc>
        <w:tc>
          <w:tcPr>
            <w:tcW w:w="1019" w:type="dxa"/>
            <w:vMerge/>
          </w:tcPr>
          <w:p w14:paraId="75A3D815" w14:textId="77777777" w:rsidR="00497B11" w:rsidRPr="00293828" w:rsidRDefault="00497B11" w:rsidP="00293828">
            <w:pPr>
              <w:rPr>
                <w:rFonts w:ascii="Times New Roman" w:hAnsi="Times New Roman" w:cs="Times New Roman"/>
                <w:szCs w:val="21"/>
              </w:rPr>
            </w:pPr>
          </w:p>
        </w:tc>
        <w:tc>
          <w:tcPr>
            <w:tcW w:w="1019" w:type="dxa"/>
            <w:vMerge/>
          </w:tcPr>
          <w:p w14:paraId="29A58F5F" w14:textId="77777777" w:rsidR="00497B11" w:rsidRPr="00293828" w:rsidRDefault="00497B11" w:rsidP="00293828">
            <w:pPr>
              <w:rPr>
                <w:rFonts w:ascii="Times New Roman" w:hAnsi="Times New Roman" w:cs="Times New Roman"/>
                <w:szCs w:val="21"/>
              </w:rPr>
            </w:pPr>
          </w:p>
        </w:tc>
        <w:tc>
          <w:tcPr>
            <w:tcW w:w="1044" w:type="dxa"/>
            <w:vMerge/>
          </w:tcPr>
          <w:p w14:paraId="4F79FF29" w14:textId="77777777" w:rsidR="00497B11" w:rsidRPr="00293828" w:rsidRDefault="00497B11" w:rsidP="00293828">
            <w:pPr>
              <w:rPr>
                <w:rFonts w:ascii="Times New Roman" w:hAnsi="Times New Roman" w:cs="Times New Roman"/>
                <w:szCs w:val="21"/>
              </w:rPr>
            </w:pPr>
          </w:p>
        </w:tc>
        <w:tc>
          <w:tcPr>
            <w:tcW w:w="1044" w:type="dxa"/>
            <w:vMerge/>
          </w:tcPr>
          <w:p w14:paraId="163EA4F5" w14:textId="77777777" w:rsidR="00497B11" w:rsidRPr="00293828" w:rsidRDefault="00497B11" w:rsidP="00293828">
            <w:pPr>
              <w:rPr>
                <w:rFonts w:ascii="Times New Roman" w:hAnsi="Times New Roman" w:cs="Times New Roman"/>
                <w:szCs w:val="21"/>
              </w:rPr>
            </w:pPr>
          </w:p>
        </w:tc>
      </w:tr>
      <w:tr w:rsidR="00497B11" w:rsidRPr="00293828" w14:paraId="71190835" w14:textId="77777777" w:rsidTr="009D45BD">
        <w:tc>
          <w:tcPr>
            <w:tcW w:w="982" w:type="dxa"/>
            <w:vMerge w:val="restart"/>
            <w:vAlign w:val="center"/>
          </w:tcPr>
          <w:p w14:paraId="67811EC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27</w:t>
            </w:r>
          </w:p>
        </w:tc>
        <w:tc>
          <w:tcPr>
            <w:tcW w:w="1125" w:type="dxa"/>
            <w:vAlign w:val="center"/>
          </w:tcPr>
          <w:p w14:paraId="5F86BCF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191-&gt;206</w:t>
            </w:r>
          </w:p>
        </w:tc>
        <w:tc>
          <w:tcPr>
            <w:tcW w:w="1044" w:type="dxa"/>
            <w:vAlign w:val="center"/>
          </w:tcPr>
          <w:p w14:paraId="4F0D2A0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0.23876</w:t>
            </w:r>
          </w:p>
        </w:tc>
        <w:tc>
          <w:tcPr>
            <w:tcW w:w="1019" w:type="dxa"/>
            <w:vMerge w:val="restart"/>
            <w:vAlign w:val="center"/>
          </w:tcPr>
          <w:p w14:paraId="4712FD0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6.3442</w:t>
            </w:r>
          </w:p>
        </w:tc>
        <w:tc>
          <w:tcPr>
            <w:tcW w:w="1019" w:type="dxa"/>
            <w:vMerge w:val="restart"/>
            <w:vAlign w:val="center"/>
          </w:tcPr>
          <w:p w14:paraId="3E81DA3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195.43</w:t>
            </w:r>
          </w:p>
        </w:tc>
        <w:tc>
          <w:tcPr>
            <w:tcW w:w="1019" w:type="dxa"/>
            <w:vMerge w:val="restart"/>
            <w:vAlign w:val="center"/>
          </w:tcPr>
          <w:p w14:paraId="169E818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0.0043</w:t>
            </w:r>
          </w:p>
        </w:tc>
        <w:tc>
          <w:tcPr>
            <w:tcW w:w="1044" w:type="dxa"/>
            <w:vMerge w:val="restart"/>
            <w:vAlign w:val="center"/>
          </w:tcPr>
          <w:p w14:paraId="59DBB4F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-1.3815</w:t>
            </w:r>
          </w:p>
        </w:tc>
        <w:tc>
          <w:tcPr>
            <w:tcW w:w="1044" w:type="dxa"/>
            <w:vMerge w:val="restart"/>
            <w:vAlign w:val="center"/>
          </w:tcPr>
          <w:p w14:paraId="5CBA45E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-1.3987</w:t>
            </w:r>
          </w:p>
        </w:tc>
      </w:tr>
      <w:tr w:rsidR="00497B11" w:rsidRPr="00293828" w14:paraId="3494C492" w14:textId="77777777" w:rsidTr="009D45BD">
        <w:tc>
          <w:tcPr>
            <w:tcW w:w="982" w:type="dxa"/>
            <w:vMerge/>
          </w:tcPr>
          <w:p w14:paraId="685CD02A" w14:textId="77777777" w:rsidR="00497B11" w:rsidRPr="00293828" w:rsidRDefault="00497B11" w:rsidP="00293828">
            <w:pPr>
              <w:rPr>
                <w:rFonts w:ascii="Times New Roman" w:hAnsi="Times New Roman" w:cs="Times New Roman"/>
                <w:szCs w:val="21"/>
              </w:rPr>
            </w:pPr>
          </w:p>
        </w:tc>
        <w:tc>
          <w:tcPr>
            <w:tcW w:w="1125" w:type="dxa"/>
            <w:vAlign w:val="center"/>
          </w:tcPr>
          <w:p w14:paraId="4BAABF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193-&gt;206</w:t>
            </w:r>
          </w:p>
        </w:tc>
        <w:tc>
          <w:tcPr>
            <w:tcW w:w="1044" w:type="dxa"/>
            <w:vAlign w:val="center"/>
          </w:tcPr>
          <w:p w14:paraId="7079402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0.29213</w:t>
            </w:r>
          </w:p>
        </w:tc>
        <w:tc>
          <w:tcPr>
            <w:tcW w:w="1019" w:type="dxa"/>
            <w:vMerge/>
          </w:tcPr>
          <w:p w14:paraId="769F73A1" w14:textId="77777777" w:rsidR="00497B11" w:rsidRPr="00293828" w:rsidRDefault="00497B11" w:rsidP="00293828">
            <w:pPr>
              <w:rPr>
                <w:rFonts w:ascii="Times New Roman" w:hAnsi="Times New Roman" w:cs="Times New Roman"/>
                <w:szCs w:val="21"/>
              </w:rPr>
            </w:pPr>
          </w:p>
        </w:tc>
        <w:tc>
          <w:tcPr>
            <w:tcW w:w="1019" w:type="dxa"/>
            <w:vMerge/>
          </w:tcPr>
          <w:p w14:paraId="5E23E8BD" w14:textId="77777777" w:rsidR="00497B11" w:rsidRPr="00293828" w:rsidRDefault="00497B11" w:rsidP="00293828">
            <w:pPr>
              <w:rPr>
                <w:rFonts w:ascii="Times New Roman" w:hAnsi="Times New Roman" w:cs="Times New Roman"/>
                <w:szCs w:val="21"/>
              </w:rPr>
            </w:pPr>
          </w:p>
        </w:tc>
        <w:tc>
          <w:tcPr>
            <w:tcW w:w="1019" w:type="dxa"/>
            <w:vMerge/>
          </w:tcPr>
          <w:p w14:paraId="22A4813D" w14:textId="77777777" w:rsidR="00497B11" w:rsidRPr="00293828" w:rsidRDefault="00497B11" w:rsidP="00293828">
            <w:pPr>
              <w:rPr>
                <w:rFonts w:ascii="Times New Roman" w:hAnsi="Times New Roman" w:cs="Times New Roman"/>
                <w:szCs w:val="21"/>
              </w:rPr>
            </w:pPr>
          </w:p>
        </w:tc>
        <w:tc>
          <w:tcPr>
            <w:tcW w:w="1044" w:type="dxa"/>
            <w:vMerge/>
          </w:tcPr>
          <w:p w14:paraId="1BFECE30" w14:textId="77777777" w:rsidR="00497B11" w:rsidRPr="00293828" w:rsidRDefault="00497B11" w:rsidP="00293828">
            <w:pPr>
              <w:rPr>
                <w:rFonts w:ascii="Times New Roman" w:hAnsi="Times New Roman" w:cs="Times New Roman"/>
                <w:szCs w:val="21"/>
              </w:rPr>
            </w:pPr>
          </w:p>
        </w:tc>
        <w:tc>
          <w:tcPr>
            <w:tcW w:w="1044" w:type="dxa"/>
            <w:vMerge/>
          </w:tcPr>
          <w:p w14:paraId="1938D6CA" w14:textId="77777777" w:rsidR="00497B11" w:rsidRPr="00293828" w:rsidRDefault="00497B11" w:rsidP="00293828">
            <w:pPr>
              <w:rPr>
                <w:rFonts w:ascii="Times New Roman" w:hAnsi="Times New Roman" w:cs="Times New Roman"/>
                <w:szCs w:val="21"/>
              </w:rPr>
            </w:pPr>
          </w:p>
        </w:tc>
      </w:tr>
      <w:tr w:rsidR="00497B11" w:rsidRPr="00293828" w14:paraId="14E88360" w14:textId="77777777" w:rsidTr="009D45BD">
        <w:tc>
          <w:tcPr>
            <w:tcW w:w="982" w:type="dxa"/>
            <w:vMerge/>
          </w:tcPr>
          <w:p w14:paraId="4A45EFED" w14:textId="77777777" w:rsidR="00497B11" w:rsidRPr="00293828" w:rsidRDefault="00497B11" w:rsidP="00293828">
            <w:pPr>
              <w:rPr>
                <w:rFonts w:ascii="Times New Roman" w:hAnsi="Times New Roman" w:cs="Times New Roman"/>
                <w:szCs w:val="21"/>
              </w:rPr>
            </w:pPr>
          </w:p>
        </w:tc>
        <w:tc>
          <w:tcPr>
            <w:tcW w:w="1125" w:type="dxa"/>
            <w:vAlign w:val="center"/>
          </w:tcPr>
          <w:p w14:paraId="78123D9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194-&gt;206</w:t>
            </w:r>
          </w:p>
        </w:tc>
        <w:tc>
          <w:tcPr>
            <w:tcW w:w="1044" w:type="dxa"/>
            <w:vAlign w:val="center"/>
          </w:tcPr>
          <w:p w14:paraId="6ED2030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-0.27727</w:t>
            </w:r>
          </w:p>
        </w:tc>
        <w:tc>
          <w:tcPr>
            <w:tcW w:w="1019" w:type="dxa"/>
            <w:vMerge/>
          </w:tcPr>
          <w:p w14:paraId="09CA10E9" w14:textId="77777777" w:rsidR="00497B11" w:rsidRPr="00293828" w:rsidRDefault="00497B11" w:rsidP="00293828">
            <w:pPr>
              <w:rPr>
                <w:rFonts w:ascii="Times New Roman" w:hAnsi="Times New Roman" w:cs="Times New Roman"/>
                <w:szCs w:val="21"/>
              </w:rPr>
            </w:pPr>
          </w:p>
        </w:tc>
        <w:tc>
          <w:tcPr>
            <w:tcW w:w="1019" w:type="dxa"/>
            <w:vMerge/>
          </w:tcPr>
          <w:p w14:paraId="27F78281" w14:textId="77777777" w:rsidR="00497B11" w:rsidRPr="00293828" w:rsidRDefault="00497B11" w:rsidP="00293828">
            <w:pPr>
              <w:rPr>
                <w:rFonts w:ascii="Times New Roman" w:hAnsi="Times New Roman" w:cs="Times New Roman"/>
                <w:szCs w:val="21"/>
              </w:rPr>
            </w:pPr>
          </w:p>
        </w:tc>
        <w:tc>
          <w:tcPr>
            <w:tcW w:w="1019" w:type="dxa"/>
            <w:vMerge/>
          </w:tcPr>
          <w:p w14:paraId="5D5649C1" w14:textId="77777777" w:rsidR="00497B11" w:rsidRPr="00293828" w:rsidRDefault="00497B11" w:rsidP="00293828">
            <w:pPr>
              <w:rPr>
                <w:rFonts w:ascii="Times New Roman" w:hAnsi="Times New Roman" w:cs="Times New Roman"/>
                <w:szCs w:val="21"/>
              </w:rPr>
            </w:pPr>
          </w:p>
        </w:tc>
        <w:tc>
          <w:tcPr>
            <w:tcW w:w="1044" w:type="dxa"/>
            <w:vMerge/>
          </w:tcPr>
          <w:p w14:paraId="52586879" w14:textId="77777777" w:rsidR="00497B11" w:rsidRPr="00293828" w:rsidRDefault="00497B11" w:rsidP="00293828">
            <w:pPr>
              <w:rPr>
                <w:rFonts w:ascii="Times New Roman" w:hAnsi="Times New Roman" w:cs="Times New Roman"/>
                <w:szCs w:val="21"/>
              </w:rPr>
            </w:pPr>
          </w:p>
        </w:tc>
        <w:tc>
          <w:tcPr>
            <w:tcW w:w="1044" w:type="dxa"/>
            <w:vMerge/>
          </w:tcPr>
          <w:p w14:paraId="24ACD15C" w14:textId="77777777" w:rsidR="00497B11" w:rsidRPr="00293828" w:rsidRDefault="00497B11" w:rsidP="00293828">
            <w:pPr>
              <w:rPr>
                <w:rFonts w:ascii="Times New Roman" w:hAnsi="Times New Roman" w:cs="Times New Roman"/>
                <w:szCs w:val="21"/>
              </w:rPr>
            </w:pPr>
          </w:p>
        </w:tc>
      </w:tr>
      <w:tr w:rsidR="00497B11" w:rsidRPr="00293828" w14:paraId="200E9583" w14:textId="77777777" w:rsidTr="009D45BD">
        <w:tc>
          <w:tcPr>
            <w:tcW w:w="982" w:type="dxa"/>
            <w:vMerge w:val="restart"/>
            <w:vAlign w:val="center"/>
          </w:tcPr>
          <w:p w14:paraId="3704C24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28</w:t>
            </w:r>
          </w:p>
        </w:tc>
        <w:tc>
          <w:tcPr>
            <w:tcW w:w="1125" w:type="dxa"/>
            <w:vAlign w:val="center"/>
          </w:tcPr>
          <w:p w14:paraId="4C9D23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192-&gt;206</w:t>
            </w:r>
          </w:p>
        </w:tc>
        <w:tc>
          <w:tcPr>
            <w:tcW w:w="1044" w:type="dxa"/>
            <w:vAlign w:val="center"/>
          </w:tcPr>
          <w:p w14:paraId="435F820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0.25399</w:t>
            </w:r>
          </w:p>
        </w:tc>
        <w:tc>
          <w:tcPr>
            <w:tcW w:w="1019" w:type="dxa"/>
            <w:vMerge w:val="restart"/>
            <w:vAlign w:val="center"/>
          </w:tcPr>
          <w:p w14:paraId="420C56E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6.3721</w:t>
            </w:r>
          </w:p>
        </w:tc>
        <w:tc>
          <w:tcPr>
            <w:tcW w:w="1019" w:type="dxa"/>
            <w:vMerge w:val="restart"/>
            <w:vAlign w:val="center"/>
          </w:tcPr>
          <w:p w14:paraId="6E6FC31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194.57</w:t>
            </w:r>
          </w:p>
        </w:tc>
        <w:tc>
          <w:tcPr>
            <w:tcW w:w="1019" w:type="dxa"/>
            <w:vMerge w:val="restart"/>
            <w:vAlign w:val="center"/>
          </w:tcPr>
          <w:p w14:paraId="509D743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0.0087</w:t>
            </w:r>
          </w:p>
        </w:tc>
        <w:tc>
          <w:tcPr>
            <w:tcW w:w="1044" w:type="dxa"/>
            <w:vMerge w:val="restart"/>
            <w:vAlign w:val="center"/>
          </w:tcPr>
          <w:p w14:paraId="4380813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-0.1192</w:t>
            </w:r>
          </w:p>
        </w:tc>
        <w:tc>
          <w:tcPr>
            <w:tcW w:w="1044" w:type="dxa"/>
            <w:vMerge w:val="restart"/>
            <w:vAlign w:val="center"/>
          </w:tcPr>
          <w:p w14:paraId="33E9813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-0.1497</w:t>
            </w:r>
          </w:p>
        </w:tc>
      </w:tr>
      <w:tr w:rsidR="00497B11" w:rsidRPr="00293828" w14:paraId="6F2E927D" w14:textId="77777777" w:rsidTr="009D45BD">
        <w:tc>
          <w:tcPr>
            <w:tcW w:w="982" w:type="dxa"/>
            <w:vMerge/>
          </w:tcPr>
          <w:p w14:paraId="6A8A9276" w14:textId="77777777" w:rsidR="00497B11" w:rsidRPr="00293828" w:rsidRDefault="00497B11" w:rsidP="00293828">
            <w:pPr>
              <w:rPr>
                <w:rFonts w:ascii="Times New Roman" w:hAnsi="Times New Roman" w:cs="Times New Roman"/>
                <w:szCs w:val="21"/>
              </w:rPr>
            </w:pPr>
          </w:p>
        </w:tc>
        <w:tc>
          <w:tcPr>
            <w:tcW w:w="1125" w:type="dxa"/>
            <w:vAlign w:val="center"/>
          </w:tcPr>
          <w:p w14:paraId="6121AAD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193-&gt;206</w:t>
            </w:r>
          </w:p>
        </w:tc>
        <w:tc>
          <w:tcPr>
            <w:tcW w:w="1044" w:type="dxa"/>
            <w:vAlign w:val="center"/>
          </w:tcPr>
          <w:p w14:paraId="63A391C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0.31149</w:t>
            </w:r>
          </w:p>
        </w:tc>
        <w:tc>
          <w:tcPr>
            <w:tcW w:w="1019" w:type="dxa"/>
            <w:vMerge/>
          </w:tcPr>
          <w:p w14:paraId="151C8EC9" w14:textId="77777777" w:rsidR="00497B11" w:rsidRPr="00293828" w:rsidRDefault="00497B11" w:rsidP="00293828">
            <w:pPr>
              <w:rPr>
                <w:rFonts w:ascii="Times New Roman" w:hAnsi="Times New Roman" w:cs="Times New Roman"/>
                <w:szCs w:val="21"/>
              </w:rPr>
            </w:pPr>
          </w:p>
        </w:tc>
        <w:tc>
          <w:tcPr>
            <w:tcW w:w="1019" w:type="dxa"/>
            <w:vMerge/>
          </w:tcPr>
          <w:p w14:paraId="039E626E" w14:textId="77777777" w:rsidR="00497B11" w:rsidRPr="00293828" w:rsidRDefault="00497B11" w:rsidP="00293828">
            <w:pPr>
              <w:rPr>
                <w:rFonts w:ascii="Times New Roman" w:hAnsi="Times New Roman" w:cs="Times New Roman"/>
                <w:szCs w:val="21"/>
              </w:rPr>
            </w:pPr>
          </w:p>
        </w:tc>
        <w:tc>
          <w:tcPr>
            <w:tcW w:w="1019" w:type="dxa"/>
            <w:vMerge/>
          </w:tcPr>
          <w:p w14:paraId="6E32CC48" w14:textId="77777777" w:rsidR="00497B11" w:rsidRPr="00293828" w:rsidRDefault="00497B11" w:rsidP="00293828">
            <w:pPr>
              <w:rPr>
                <w:rFonts w:ascii="Times New Roman" w:hAnsi="Times New Roman" w:cs="Times New Roman"/>
                <w:szCs w:val="21"/>
              </w:rPr>
            </w:pPr>
          </w:p>
        </w:tc>
        <w:tc>
          <w:tcPr>
            <w:tcW w:w="1044" w:type="dxa"/>
            <w:vMerge/>
          </w:tcPr>
          <w:p w14:paraId="2DD3DA72" w14:textId="77777777" w:rsidR="00497B11" w:rsidRPr="00293828" w:rsidRDefault="00497B11" w:rsidP="00293828">
            <w:pPr>
              <w:rPr>
                <w:rFonts w:ascii="Times New Roman" w:hAnsi="Times New Roman" w:cs="Times New Roman"/>
                <w:szCs w:val="21"/>
              </w:rPr>
            </w:pPr>
          </w:p>
        </w:tc>
        <w:tc>
          <w:tcPr>
            <w:tcW w:w="1044" w:type="dxa"/>
            <w:vMerge/>
          </w:tcPr>
          <w:p w14:paraId="33701DA8" w14:textId="77777777" w:rsidR="00497B11" w:rsidRPr="00293828" w:rsidRDefault="00497B11" w:rsidP="00293828">
            <w:pPr>
              <w:rPr>
                <w:rFonts w:ascii="Times New Roman" w:hAnsi="Times New Roman" w:cs="Times New Roman"/>
                <w:szCs w:val="21"/>
              </w:rPr>
            </w:pPr>
          </w:p>
        </w:tc>
      </w:tr>
      <w:tr w:rsidR="00497B11" w:rsidRPr="00293828" w14:paraId="0C389E21" w14:textId="77777777" w:rsidTr="009D45BD">
        <w:tc>
          <w:tcPr>
            <w:tcW w:w="982" w:type="dxa"/>
            <w:vMerge/>
          </w:tcPr>
          <w:p w14:paraId="68B6CB28" w14:textId="77777777" w:rsidR="00497B11" w:rsidRPr="00293828" w:rsidRDefault="00497B11" w:rsidP="00293828">
            <w:pPr>
              <w:rPr>
                <w:rFonts w:ascii="Times New Roman" w:hAnsi="Times New Roman" w:cs="Times New Roman"/>
                <w:szCs w:val="21"/>
              </w:rPr>
            </w:pPr>
          </w:p>
        </w:tc>
        <w:tc>
          <w:tcPr>
            <w:tcW w:w="1125" w:type="dxa"/>
            <w:vAlign w:val="center"/>
          </w:tcPr>
          <w:p w14:paraId="479CA03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194-&gt;206</w:t>
            </w:r>
          </w:p>
        </w:tc>
        <w:tc>
          <w:tcPr>
            <w:tcW w:w="1044" w:type="dxa"/>
            <w:vAlign w:val="center"/>
          </w:tcPr>
          <w:p w14:paraId="5EBB19E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-0.22734</w:t>
            </w:r>
          </w:p>
        </w:tc>
        <w:tc>
          <w:tcPr>
            <w:tcW w:w="1019" w:type="dxa"/>
            <w:vMerge/>
          </w:tcPr>
          <w:p w14:paraId="4ADE5890" w14:textId="77777777" w:rsidR="00497B11" w:rsidRPr="00293828" w:rsidRDefault="00497B11" w:rsidP="00293828">
            <w:pPr>
              <w:rPr>
                <w:rFonts w:ascii="Times New Roman" w:hAnsi="Times New Roman" w:cs="Times New Roman"/>
                <w:szCs w:val="21"/>
              </w:rPr>
            </w:pPr>
          </w:p>
        </w:tc>
        <w:tc>
          <w:tcPr>
            <w:tcW w:w="1019" w:type="dxa"/>
            <w:vMerge/>
          </w:tcPr>
          <w:p w14:paraId="4EF86062" w14:textId="77777777" w:rsidR="00497B11" w:rsidRPr="00293828" w:rsidRDefault="00497B11" w:rsidP="00293828">
            <w:pPr>
              <w:rPr>
                <w:rFonts w:ascii="Times New Roman" w:hAnsi="Times New Roman" w:cs="Times New Roman"/>
                <w:szCs w:val="21"/>
              </w:rPr>
            </w:pPr>
          </w:p>
        </w:tc>
        <w:tc>
          <w:tcPr>
            <w:tcW w:w="1019" w:type="dxa"/>
            <w:vMerge/>
          </w:tcPr>
          <w:p w14:paraId="299661CD" w14:textId="77777777" w:rsidR="00497B11" w:rsidRPr="00293828" w:rsidRDefault="00497B11" w:rsidP="00293828">
            <w:pPr>
              <w:rPr>
                <w:rFonts w:ascii="Times New Roman" w:hAnsi="Times New Roman" w:cs="Times New Roman"/>
                <w:szCs w:val="21"/>
              </w:rPr>
            </w:pPr>
          </w:p>
        </w:tc>
        <w:tc>
          <w:tcPr>
            <w:tcW w:w="1044" w:type="dxa"/>
            <w:vMerge/>
          </w:tcPr>
          <w:p w14:paraId="0932B2EB" w14:textId="77777777" w:rsidR="00497B11" w:rsidRPr="00293828" w:rsidRDefault="00497B11" w:rsidP="00293828">
            <w:pPr>
              <w:rPr>
                <w:rFonts w:ascii="Times New Roman" w:hAnsi="Times New Roman" w:cs="Times New Roman"/>
                <w:szCs w:val="21"/>
              </w:rPr>
            </w:pPr>
          </w:p>
        </w:tc>
        <w:tc>
          <w:tcPr>
            <w:tcW w:w="1044" w:type="dxa"/>
            <w:vMerge/>
          </w:tcPr>
          <w:p w14:paraId="790692BF" w14:textId="77777777" w:rsidR="00497B11" w:rsidRPr="00293828" w:rsidRDefault="00497B11" w:rsidP="00293828">
            <w:pPr>
              <w:rPr>
                <w:rFonts w:ascii="Times New Roman" w:hAnsi="Times New Roman" w:cs="Times New Roman"/>
                <w:szCs w:val="21"/>
              </w:rPr>
            </w:pPr>
          </w:p>
        </w:tc>
      </w:tr>
      <w:tr w:rsidR="00497B11" w:rsidRPr="00293828" w14:paraId="1CBDE2BA" w14:textId="77777777" w:rsidTr="009D45BD">
        <w:tc>
          <w:tcPr>
            <w:tcW w:w="982" w:type="dxa"/>
            <w:vMerge/>
          </w:tcPr>
          <w:p w14:paraId="73170B76" w14:textId="77777777" w:rsidR="00497B11" w:rsidRPr="00293828" w:rsidRDefault="00497B11" w:rsidP="00293828">
            <w:pPr>
              <w:rPr>
                <w:rFonts w:ascii="Times New Roman" w:hAnsi="Times New Roman" w:cs="Times New Roman"/>
                <w:szCs w:val="21"/>
              </w:rPr>
            </w:pPr>
          </w:p>
        </w:tc>
        <w:tc>
          <w:tcPr>
            <w:tcW w:w="1125" w:type="dxa"/>
            <w:vAlign w:val="center"/>
          </w:tcPr>
          <w:p w14:paraId="561FA5E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201-&gt;207</w:t>
            </w:r>
          </w:p>
        </w:tc>
        <w:tc>
          <w:tcPr>
            <w:tcW w:w="1044" w:type="dxa"/>
            <w:vAlign w:val="center"/>
          </w:tcPr>
          <w:p w14:paraId="172C687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-0.25393</w:t>
            </w:r>
          </w:p>
        </w:tc>
        <w:tc>
          <w:tcPr>
            <w:tcW w:w="1019" w:type="dxa"/>
            <w:vMerge/>
          </w:tcPr>
          <w:p w14:paraId="1DB02CAB" w14:textId="77777777" w:rsidR="00497B11" w:rsidRPr="00293828" w:rsidRDefault="00497B11" w:rsidP="00293828">
            <w:pPr>
              <w:rPr>
                <w:rFonts w:ascii="Times New Roman" w:hAnsi="Times New Roman" w:cs="Times New Roman"/>
                <w:szCs w:val="21"/>
              </w:rPr>
            </w:pPr>
          </w:p>
        </w:tc>
        <w:tc>
          <w:tcPr>
            <w:tcW w:w="1019" w:type="dxa"/>
            <w:vMerge/>
          </w:tcPr>
          <w:p w14:paraId="0AAE5FA3" w14:textId="77777777" w:rsidR="00497B11" w:rsidRPr="00293828" w:rsidRDefault="00497B11" w:rsidP="00293828">
            <w:pPr>
              <w:rPr>
                <w:rFonts w:ascii="Times New Roman" w:hAnsi="Times New Roman" w:cs="Times New Roman"/>
                <w:szCs w:val="21"/>
              </w:rPr>
            </w:pPr>
          </w:p>
        </w:tc>
        <w:tc>
          <w:tcPr>
            <w:tcW w:w="1019" w:type="dxa"/>
            <w:vMerge/>
          </w:tcPr>
          <w:p w14:paraId="5E979694" w14:textId="77777777" w:rsidR="00497B11" w:rsidRPr="00293828" w:rsidRDefault="00497B11" w:rsidP="00293828">
            <w:pPr>
              <w:rPr>
                <w:rFonts w:ascii="Times New Roman" w:hAnsi="Times New Roman" w:cs="Times New Roman"/>
                <w:szCs w:val="21"/>
              </w:rPr>
            </w:pPr>
          </w:p>
        </w:tc>
        <w:tc>
          <w:tcPr>
            <w:tcW w:w="1044" w:type="dxa"/>
            <w:vMerge/>
          </w:tcPr>
          <w:p w14:paraId="7878859A" w14:textId="77777777" w:rsidR="00497B11" w:rsidRPr="00293828" w:rsidRDefault="00497B11" w:rsidP="00293828">
            <w:pPr>
              <w:rPr>
                <w:rFonts w:ascii="Times New Roman" w:hAnsi="Times New Roman" w:cs="Times New Roman"/>
                <w:szCs w:val="21"/>
              </w:rPr>
            </w:pPr>
          </w:p>
        </w:tc>
        <w:tc>
          <w:tcPr>
            <w:tcW w:w="1044" w:type="dxa"/>
            <w:vMerge/>
          </w:tcPr>
          <w:p w14:paraId="42AA5CFB" w14:textId="77777777" w:rsidR="00497B11" w:rsidRPr="00293828" w:rsidRDefault="00497B11" w:rsidP="00293828">
            <w:pPr>
              <w:rPr>
                <w:rFonts w:ascii="Times New Roman" w:hAnsi="Times New Roman" w:cs="Times New Roman"/>
                <w:szCs w:val="21"/>
              </w:rPr>
            </w:pPr>
          </w:p>
        </w:tc>
      </w:tr>
      <w:tr w:rsidR="00497B11" w:rsidRPr="00293828" w14:paraId="41F48CB4" w14:textId="77777777" w:rsidTr="009D45BD">
        <w:tc>
          <w:tcPr>
            <w:tcW w:w="982" w:type="dxa"/>
            <w:vMerge w:val="restart"/>
            <w:vAlign w:val="center"/>
          </w:tcPr>
          <w:p w14:paraId="3BAFAF5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29</w:t>
            </w:r>
          </w:p>
        </w:tc>
        <w:tc>
          <w:tcPr>
            <w:tcW w:w="1125" w:type="dxa"/>
            <w:vAlign w:val="center"/>
          </w:tcPr>
          <w:p w14:paraId="5DE7930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191-&gt;206</w:t>
            </w:r>
          </w:p>
        </w:tc>
        <w:tc>
          <w:tcPr>
            <w:tcW w:w="1044" w:type="dxa"/>
            <w:vAlign w:val="center"/>
          </w:tcPr>
          <w:p w14:paraId="180019E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-0.29518</w:t>
            </w:r>
          </w:p>
        </w:tc>
        <w:tc>
          <w:tcPr>
            <w:tcW w:w="1019" w:type="dxa"/>
            <w:vMerge w:val="restart"/>
            <w:vAlign w:val="center"/>
          </w:tcPr>
          <w:p w14:paraId="56EEB31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6.3875</w:t>
            </w:r>
          </w:p>
        </w:tc>
        <w:tc>
          <w:tcPr>
            <w:tcW w:w="1019" w:type="dxa"/>
            <w:vMerge w:val="restart"/>
            <w:vAlign w:val="center"/>
          </w:tcPr>
          <w:p w14:paraId="1E5A7DF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194.10</w:t>
            </w:r>
          </w:p>
        </w:tc>
        <w:tc>
          <w:tcPr>
            <w:tcW w:w="1019" w:type="dxa"/>
            <w:vMerge w:val="restart"/>
            <w:vAlign w:val="center"/>
          </w:tcPr>
          <w:p w14:paraId="109E133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0.0094</w:t>
            </w:r>
          </w:p>
        </w:tc>
        <w:tc>
          <w:tcPr>
            <w:tcW w:w="1044" w:type="dxa"/>
            <w:vMerge w:val="restart"/>
            <w:vAlign w:val="center"/>
          </w:tcPr>
          <w:p w14:paraId="1B53F33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0.2787</w:t>
            </w:r>
          </w:p>
        </w:tc>
        <w:tc>
          <w:tcPr>
            <w:tcW w:w="1044" w:type="dxa"/>
            <w:vMerge w:val="restart"/>
            <w:vAlign w:val="center"/>
          </w:tcPr>
          <w:p w14:paraId="7EA6040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0.301</w:t>
            </w:r>
          </w:p>
        </w:tc>
      </w:tr>
      <w:tr w:rsidR="00497B11" w:rsidRPr="00293828" w14:paraId="3F31ED1F" w14:textId="77777777" w:rsidTr="009D45BD">
        <w:tc>
          <w:tcPr>
            <w:tcW w:w="982" w:type="dxa"/>
            <w:vMerge/>
          </w:tcPr>
          <w:p w14:paraId="5DC6B66C" w14:textId="77777777" w:rsidR="00497B11" w:rsidRPr="00293828" w:rsidRDefault="00497B11" w:rsidP="00293828">
            <w:pPr>
              <w:rPr>
                <w:rFonts w:ascii="Times New Roman" w:hAnsi="Times New Roman" w:cs="Times New Roman"/>
                <w:szCs w:val="21"/>
              </w:rPr>
            </w:pPr>
          </w:p>
        </w:tc>
        <w:tc>
          <w:tcPr>
            <w:tcW w:w="1125" w:type="dxa"/>
            <w:vAlign w:val="center"/>
          </w:tcPr>
          <w:p w14:paraId="2B512FB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199-&gt;207</w:t>
            </w:r>
          </w:p>
        </w:tc>
        <w:tc>
          <w:tcPr>
            <w:tcW w:w="1044" w:type="dxa"/>
            <w:vAlign w:val="center"/>
          </w:tcPr>
          <w:p w14:paraId="649F66B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-0.27558</w:t>
            </w:r>
          </w:p>
        </w:tc>
        <w:tc>
          <w:tcPr>
            <w:tcW w:w="1019" w:type="dxa"/>
            <w:vMerge/>
          </w:tcPr>
          <w:p w14:paraId="5233D338" w14:textId="77777777" w:rsidR="00497B11" w:rsidRPr="00293828" w:rsidRDefault="00497B11" w:rsidP="00293828">
            <w:pPr>
              <w:rPr>
                <w:rFonts w:ascii="Times New Roman" w:hAnsi="Times New Roman" w:cs="Times New Roman"/>
                <w:szCs w:val="21"/>
              </w:rPr>
            </w:pPr>
          </w:p>
        </w:tc>
        <w:tc>
          <w:tcPr>
            <w:tcW w:w="1019" w:type="dxa"/>
            <w:vMerge/>
          </w:tcPr>
          <w:p w14:paraId="293ADE4B" w14:textId="77777777" w:rsidR="00497B11" w:rsidRPr="00293828" w:rsidRDefault="00497B11" w:rsidP="00293828">
            <w:pPr>
              <w:rPr>
                <w:rFonts w:ascii="Times New Roman" w:hAnsi="Times New Roman" w:cs="Times New Roman"/>
                <w:szCs w:val="21"/>
              </w:rPr>
            </w:pPr>
          </w:p>
        </w:tc>
        <w:tc>
          <w:tcPr>
            <w:tcW w:w="1019" w:type="dxa"/>
            <w:vMerge/>
          </w:tcPr>
          <w:p w14:paraId="526E99A5" w14:textId="77777777" w:rsidR="00497B11" w:rsidRPr="00293828" w:rsidRDefault="00497B11" w:rsidP="00293828">
            <w:pPr>
              <w:rPr>
                <w:rFonts w:ascii="Times New Roman" w:hAnsi="Times New Roman" w:cs="Times New Roman"/>
                <w:szCs w:val="21"/>
              </w:rPr>
            </w:pPr>
          </w:p>
        </w:tc>
        <w:tc>
          <w:tcPr>
            <w:tcW w:w="1044" w:type="dxa"/>
            <w:vMerge/>
          </w:tcPr>
          <w:p w14:paraId="780923D5" w14:textId="77777777" w:rsidR="00497B11" w:rsidRPr="00293828" w:rsidRDefault="00497B11" w:rsidP="00293828">
            <w:pPr>
              <w:rPr>
                <w:rFonts w:ascii="Times New Roman" w:hAnsi="Times New Roman" w:cs="Times New Roman"/>
                <w:szCs w:val="21"/>
              </w:rPr>
            </w:pPr>
          </w:p>
        </w:tc>
        <w:tc>
          <w:tcPr>
            <w:tcW w:w="1044" w:type="dxa"/>
            <w:vMerge/>
          </w:tcPr>
          <w:p w14:paraId="11B09ADE" w14:textId="77777777" w:rsidR="00497B11" w:rsidRPr="00293828" w:rsidRDefault="00497B11" w:rsidP="00293828">
            <w:pPr>
              <w:rPr>
                <w:rFonts w:ascii="Times New Roman" w:hAnsi="Times New Roman" w:cs="Times New Roman"/>
                <w:szCs w:val="21"/>
              </w:rPr>
            </w:pPr>
          </w:p>
        </w:tc>
      </w:tr>
      <w:tr w:rsidR="00497B11" w:rsidRPr="00293828" w14:paraId="094D597A" w14:textId="77777777" w:rsidTr="009D45BD">
        <w:tc>
          <w:tcPr>
            <w:tcW w:w="982" w:type="dxa"/>
            <w:vMerge/>
          </w:tcPr>
          <w:p w14:paraId="79629A1F" w14:textId="77777777" w:rsidR="00497B11" w:rsidRPr="00293828" w:rsidRDefault="00497B11" w:rsidP="00293828">
            <w:pPr>
              <w:rPr>
                <w:rFonts w:ascii="Times New Roman" w:hAnsi="Times New Roman" w:cs="Times New Roman"/>
                <w:szCs w:val="21"/>
              </w:rPr>
            </w:pPr>
          </w:p>
        </w:tc>
        <w:tc>
          <w:tcPr>
            <w:tcW w:w="1125" w:type="dxa"/>
            <w:vAlign w:val="center"/>
          </w:tcPr>
          <w:p w14:paraId="56BF8BA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201-&gt;207</w:t>
            </w:r>
          </w:p>
        </w:tc>
        <w:tc>
          <w:tcPr>
            <w:tcW w:w="1044" w:type="dxa"/>
            <w:vAlign w:val="center"/>
          </w:tcPr>
          <w:p w14:paraId="0D5C566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0.3405</w:t>
            </w:r>
          </w:p>
        </w:tc>
        <w:tc>
          <w:tcPr>
            <w:tcW w:w="1019" w:type="dxa"/>
            <w:vMerge/>
          </w:tcPr>
          <w:p w14:paraId="2A6BD974" w14:textId="77777777" w:rsidR="00497B11" w:rsidRPr="00293828" w:rsidRDefault="00497B11" w:rsidP="00293828">
            <w:pPr>
              <w:rPr>
                <w:rFonts w:ascii="Times New Roman" w:hAnsi="Times New Roman" w:cs="Times New Roman"/>
                <w:szCs w:val="21"/>
              </w:rPr>
            </w:pPr>
          </w:p>
        </w:tc>
        <w:tc>
          <w:tcPr>
            <w:tcW w:w="1019" w:type="dxa"/>
            <w:vMerge/>
          </w:tcPr>
          <w:p w14:paraId="068212C8" w14:textId="77777777" w:rsidR="00497B11" w:rsidRPr="00293828" w:rsidRDefault="00497B11" w:rsidP="00293828">
            <w:pPr>
              <w:rPr>
                <w:rFonts w:ascii="Times New Roman" w:hAnsi="Times New Roman" w:cs="Times New Roman"/>
                <w:szCs w:val="21"/>
              </w:rPr>
            </w:pPr>
          </w:p>
        </w:tc>
        <w:tc>
          <w:tcPr>
            <w:tcW w:w="1019" w:type="dxa"/>
            <w:vMerge/>
          </w:tcPr>
          <w:p w14:paraId="47173BC0" w14:textId="77777777" w:rsidR="00497B11" w:rsidRPr="00293828" w:rsidRDefault="00497B11" w:rsidP="00293828">
            <w:pPr>
              <w:rPr>
                <w:rFonts w:ascii="Times New Roman" w:hAnsi="Times New Roman" w:cs="Times New Roman"/>
                <w:szCs w:val="21"/>
              </w:rPr>
            </w:pPr>
          </w:p>
        </w:tc>
        <w:tc>
          <w:tcPr>
            <w:tcW w:w="1044" w:type="dxa"/>
            <w:vMerge/>
          </w:tcPr>
          <w:p w14:paraId="615C1E52" w14:textId="77777777" w:rsidR="00497B11" w:rsidRPr="00293828" w:rsidRDefault="00497B11" w:rsidP="00293828">
            <w:pPr>
              <w:rPr>
                <w:rFonts w:ascii="Times New Roman" w:hAnsi="Times New Roman" w:cs="Times New Roman"/>
                <w:szCs w:val="21"/>
              </w:rPr>
            </w:pPr>
          </w:p>
        </w:tc>
        <w:tc>
          <w:tcPr>
            <w:tcW w:w="1044" w:type="dxa"/>
            <w:vMerge/>
          </w:tcPr>
          <w:p w14:paraId="26042D5F" w14:textId="77777777" w:rsidR="00497B11" w:rsidRPr="00293828" w:rsidRDefault="00497B11" w:rsidP="00293828">
            <w:pPr>
              <w:rPr>
                <w:rFonts w:ascii="Times New Roman" w:hAnsi="Times New Roman" w:cs="Times New Roman"/>
                <w:szCs w:val="21"/>
              </w:rPr>
            </w:pPr>
          </w:p>
        </w:tc>
      </w:tr>
      <w:tr w:rsidR="00497B11" w:rsidRPr="00293828" w14:paraId="1DC8A8F6" w14:textId="77777777" w:rsidTr="009D45BD">
        <w:tc>
          <w:tcPr>
            <w:tcW w:w="982" w:type="dxa"/>
            <w:vMerge/>
          </w:tcPr>
          <w:p w14:paraId="776E4721" w14:textId="77777777" w:rsidR="00497B11" w:rsidRPr="00293828" w:rsidRDefault="00497B11" w:rsidP="00293828">
            <w:pPr>
              <w:rPr>
                <w:rFonts w:ascii="Times New Roman" w:hAnsi="Times New Roman" w:cs="Times New Roman"/>
                <w:szCs w:val="21"/>
              </w:rPr>
            </w:pPr>
          </w:p>
        </w:tc>
        <w:tc>
          <w:tcPr>
            <w:tcW w:w="1125" w:type="dxa"/>
            <w:vAlign w:val="center"/>
          </w:tcPr>
          <w:p w14:paraId="5CABA47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202-&gt;207</w:t>
            </w:r>
          </w:p>
        </w:tc>
        <w:tc>
          <w:tcPr>
            <w:tcW w:w="1044" w:type="dxa"/>
            <w:vAlign w:val="center"/>
          </w:tcPr>
          <w:p w14:paraId="3FD13D3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-0.25603</w:t>
            </w:r>
          </w:p>
        </w:tc>
        <w:tc>
          <w:tcPr>
            <w:tcW w:w="1019" w:type="dxa"/>
            <w:vMerge/>
          </w:tcPr>
          <w:p w14:paraId="5926A54C" w14:textId="77777777" w:rsidR="00497B11" w:rsidRPr="00293828" w:rsidRDefault="00497B11" w:rsidP="00293828">
            <w:pPr>
              <w:rPr>
                <w:rFonts w:ascii="Times New Roman" w:hAnsi="Times New Roman" w:cs="Times New Roman"/>
                <w:szCs w:val="21"/>
              </w:rPr>
            </w:pPr>
          </w:p>
        </w:tc>
        <w:tc>
          <w:tcPr>
            <w:tcW w:w="1019" w:type="dxa"/>
            <w:vMerge/>
          </w:tcPr>
          <w:p w14:paraId="3AA03C89" w14:textId="77777777" w:rsidR="00497B11" w:rsidRPr="00293828" w:rsidRDefault="00497B11" w:rsidP="00293828">
            <w:pPr>
              <w:rPr>
                <w:rFonts w:ascii="Times New Roman" w:hAnsi="Times New Roman" w:cs="Times New Roman"/>
                <w:szCs w:val="21"/>
              </w:rPr>
            </w:pPr>
          </w:p>
        </w:tc>
        <w:tc>
          <w:tcPr>
            <w:tcW w:w="1019" w:type="dxa"/>
            <w:vMerge/>
          </w:tcPr>
          <w:p w14:paraId="303F2B23" w14:textId="77777777" w:rsidR="00497B11" w:rsidRPr="00293828" w:rsidRDefault="00497B11" w:rsidP="00293828">
            <w:pPr>
              <w:rPr>
                <w:rFonts w:ascii="Times New Roman" w:hAnsi="Times New Roman" w:cs="Times New Roman"/>
                <w:szCs w:val="21"/>
              </w:rPr>
            </w:pPr>
          </w:p>
        </w:tc>
        <w:tc>
          <w:tcPr>
            <w:tcW w:w="1044" w:type="dxa"/>
            <w:vMerge/>
          </w:tcPr>
          <w:p w14:paraId="0266AF9E" w14:textId="77777777" w:rsidR="00497B11" w:rsidRPr="00293828" w:rsidRDefault="00497B11" w:rsidP="00293828">
            <w:pPr>
              <w:rPr>
                <w:rFonts w:ascii="Times New Roman" w:hAnsi="Times New Roman" w:cs="Times New Roman"/>
                <w:szCs w:val="21"/>
              </w:rPr>
            </w:pPr>
          </w:p>
        </w:tc>
        <w:tc>
          <w:tcPr>
            <w:tcW w:w="1044" w:type="dxa"/>
            <w:vMerge/>
          </w:tcPr>
          <w:p w14:paraId="386BE1F8" w14:textId="77777777" w:rsidR="00497B11" w:rsidRPr="00293828" w:rsidRDefault="00497B11" w:rsidP="00293828">
            <w:pPr>
              <w:rPr>
                <w:rFonts w:ascii="Times New Roman" w:hAnsi="Times New Roman" w:cs="Times New Roman"/>
                <w:szCs w:val="21"/>
              </w:rPr>
            </w:pPr>
          </w:p>
        </w:tc>
      </w:tr>
      <w:tr w:rsidR="00497B11" w:rsidRPr="00293828" w14:paraId="04DF6D2E" w14:textId="77777777" w:rsidTr="009D45BD">
        <w:tc>
          <w:tcPr>
            <w:tcW w:w="982" w:type="dxa"/>
            <w:vMerge w:val="restart"/>
            <w:vAlign w:val="center"/>
          </w:tcPr>
          <w:p w14:paraId="3606A2E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30</w:t>
            </w:r>
          </w:p>
        </w:tc>
        <w:tc>
          <w:tcPr>
            <w:tcW w:w="1125" w:type="dxa"/>
            <w:vAlign w:val="center"/>
          </w:tcPr>
          <w:p w14:paraId="37A396D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203-&gt;208</w:t>
            </w:r>
          </w:p>
        </w:tc>
        <w:tc>
          <w:tcPr>
            <w:tcW w:w="1044" w:type="dxa"/>
            <w:vAlign w:val="center"/>
          </w:tcPr>
          <w:p w14:paraId="19DD73D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0.32427</w:t>
            </w:r>
          </w:p>
        </w:tc>
        <w:tc>
          <w:tcPr>
            <w:tcW w:w="1019" w:type="dxa"/>
            <w:vMerge w:val="restart"/>
            <w:vAlign w:val="center"/>
          </w:tcPr>
          <w:p w14:paraId="5FB0F2F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6.4021</w:t>
            </w:r>
          </w:p>
        </w:tc>
        <w:tc>
          <w:tcPr>
            <w:tcW w:w="1019" w:type="dxa"/>
            <w:vMerge w:val="restart"/>
            <w:vAlign w:val="center"/>
          </w:tcPr>
          <w:p w14:paraId="2266BA7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193.66</w:t>
            </w:r>
          </w:p>
        </w:tc>
        <w:tc>
          <w:tcPr>
            <w:tcW w:w="1019" w:type="dxa"/>
            <w:vMerge w:val="restart"/>
            <w:vAlign w:val="center"/>
          </w:tcPr>
          <w:p w14:paraId="5A0D1A6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0.0029</w:t>
            </w:r>
          </w:p>
        </w:tc>
        <w:tc>
          <w:tcPr>
            <w:tcW w:w="1044" w:type="dxa"/>
            <w:vMerge w:val="restart"/>
            <w:vAlign w:val="center"/>
          </w:tcPr>
          <w:p w14:paraId="43BC0A0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4.7029</w:t>
            </w:r>
          </w:p>
        </w:tc>
        <w:tc>
          <w:tcPr>
            <w:tcW w:w="1044" w:type="dxa"/>
            <w:vMerge w:val="restart"/>
            <w:vAlign w:val="center"/>
          </w:tcPr>
          <w:p w14:paraId="1FD9E2D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4.6029</w:t>
            </w:r>
          </w:p>
        </w:tc>
      </w:tr>
      <w:tr w:rsidR="00497B11" w:rsidRPr="00293828" w14:paraId="55666D42" w14:textId="77777777" w:rsidTr="009D45BD">
        <w:tc>
          <w:tcPr>
            <w:tcW w:w="982" w:type="dxa"/>
            <w:vMerge/>
          </w:tcPr>
          <w:p w14:paraId="0A6C3DDA" w14:textId="77777777" w:rsidR="00497B11" w:rsidRPr="00293828" w:rsidRDefault="00497B11" w:rsidP="00293828">
            <w:pPr>
              <w:rPr>
                <w:rFonts w:ascii="Times New Roman" w:hAnsi="Times New Roman" w:cs="Times New Roman"/>
                <w:szCs w:val="21"/>
              </w:rPr>
            </w:pPr>
          </w:p>
        </w:tc>
        <w:tc>
          <w:tcPr>
            <w:tcW w:w="1125" w:type="dxa"/>
            <w:vAlign w:val="center"/>
          </w:tcPr>
          <w:p w14:paraId="758D9A4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203-&gt;209</w:t>
            </w:r>
          </w:p>
        </w:tc>
        <w:tc>
          <w:tcPr>
            <w:tcW w:w="1044" w:type="dxa"/>
            <w:vAlign w:val="center"/>
          </w:tcPr>
          <w:p w14:paraId="5463831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0.4713</w:t>
            </w:r>
          </w:p>
        </w:tc>
        <w:tc>
          <w:tcPr>
            <w:tcW w:w="1019" w:type="dxa"/>
            <w:vMerge/>
          </w:tcPr>
          <w:p w14:paraId="08A8A3F5" w14:textId="77777777" w:rsidR="00497B11" w:rsidRPr="00293828" w:rsidRDefault="00497B11" w:rsidP="00293828">
            <w:pPr>
              <w:rPr>
                <w:rFonts w:ascii="Times New Roman" w:hAnsi="Times New Roman" w:cs="Times New Roman"/>
                <w:szCs w:val="21"/>
              </w:rPr>
            </w:pPr>
          </w:p>
        </w:tc>
        <w:tc>
          <w:tcPr>
            <w:tcW w:w="1019" w:type="dxa"/>
            <w:vMerge/>
          </w:tcPr>
          <w:p w14:paraId="48A6B3FD" w14:textId="77777777" w:rsidR="00497B11" w:rsidRPr="00293828" w:rsidRDefault="00497B11" w:rsidP="00293828">
            <w:pPr>
              <w:rPr>
                <w:rFonts w:ascii="Times New Roman" w:hAnsi="Times New Roman" w:cs="Times New Roman"/>
                <w:szCs w:val="21"/>
              </w:rPr>
            </w:pPr>
          </w:p>
        </w:tc>
        <w:tc>
          <w:tcPr>
            <w:tcW w:w="1019" w:type="dxa"/>
            <w:vMerge/>
          </w:tcPr>
          <w:p w14:paraId="3E53BD6A" w14:textId="77777777" w:rsidR="00497B11" w:rsidRPr="00293828" w:rsidRDefault="00497B11" w:rsidP="00293828">
            <w:pPr>
              <w:rPr>
                <w:rFonts w:ascii="Times New Roman" w:hAnsi="Times New Roman" w:cs="Times New Roman"/>
                <w:szCs w:val="21"/>
              </w:rPr>
            </w:pPr>
          </w:p>
        </w:tc>
        <w:tc>
          <w:tcPr>
            <w:tcW w:w="1044" w:type="dxa"/>
            <w:vMerge/>
          </w:tcPr>
          <w:p w14:paraId="2D965071" w14:textId="77777777" w:rsidR="00497B11" w:rsidRPr="00293828" w:rsidRDefault="00497B11" w:rsidP="00293828">
            <w:pPr>
              <w:rPr>
                <w:rFonts w:ascii="Times New Roman" w:hAnsi="Times New Roman" w:cs="Times New Roman"/>
                <w:szCs w:val="21"/>
              </w:rPr>
            </w:pPr>
          </w:p>
        </w:tc>
        <w:tc>
          <w:tcPr>
            <w:tcW w:w="1044" w:type="dxa"/>
            <w:vMerge/>
          </w:tcPr>
          <w:p w14:paraId="7A98DD15" w14:textId="77777777" w:rsidR="00497B11" w:rsidRPr="00293828" w:rsidRDefault="00497B11" w:rsidP="00293828">
            <w:pPr>
              <w:rPr>
                <w:rFonts w:ascii="Times New Roman" w:hAnsi="Times New Roman" w:cs="Times New Roman"/>
                <w:szCs w:val="21"/>
              </w:rPr>
            </w:pPr>
          </w:p>
        </w:tc>
      </w:tr>
      <w:tr w:rsidR="00497B11" w:rsidRPr="00293828" w14:paraId="4289F04B" w14:textId="77777777" w:rsidTr="009D45BD">
        <w:tc>
          <w:tcPr>
            <w:tcW w:w="982" w:type="dxa"/>
            <w:vMerge/>
          </w:tcPr>
          <w:p w14:paraId="557A55EA" w14:textId="77777777" w:rsidR="00497B11" w:rsidRPr="00293828" w:rsidRDefault="00497B11" w:rsidP="00293828">
            <w:pPr>
              <w:rPr>
                <w:rFonts w:ascii="Times New Roman" w:hAnsi="Times New Roman" w:cs="Times New Roman"/>
                <w:szCs w:val="21"/>
              </w:rPr>
            </w:pPr>
          </w:p>
        </w:tc>
        <w:tc>
          <w:tcPr>
            <w:tcW w:w="1125" w:type="dxa"/>
            <w:vAlign w:val="center"/>
          </w:tcPr>
          <w:p w14:paraId="513EE32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205-&gt;209</w:t>
            </w:r>
          </w:p>
        </w:tc>
        <w:tc>
          <w:tcPr>
            <w:tcW w:w="1044" w:type="dxa"/>
            <w:vAlign w:val="center"/>
          </w:tcPr>
          <w:p w14:paraId="749D0D4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0.24508</w:t>
            </w:r>
          </w:p>
        </w:tc>
        <w:tc>
          <w:tcPr>
            <w:tcW w:w="1019" w:type="dxa"/>
            <w:vMerge/>
          </w:tcPr>
          <w:p w14:paraId="48137340" w14:textId="77777777" w:rsidR="00497B11" w:rsidRPr="00293828" w:rsidRDefault="00497B11" w:rsidP="00293828">
            <w:pPr>
              <w:rPr>
                <w:rFonts w:ascii="Times New Roman" w:hAnsi="Times New Roman" w:cs="Times New Roman"/>
                <w:szCs w:val="21"/>
              </w:rPr>
            </w:pPr>
          </w:p>
        </w:tc>
        <w:tc>
          <w:tcPr>
            <w:tcW w:w="1019" w:type="dxa"/>
            <w:vMerge/>
          </w:tcPr>
          <w:p w14:paraId="2D392DE6" w14:textId="77777777" w:rsidR="00497B11" w:rsidRPr="00293828" w:rsidRDefault="00497B11" w:rsidP="00293828">
            <w:pPr>
              <w:rPr>
                <w:rFonts w:ascii="Times New Roman" w:hAnsi="Times New Roman" w:cs="Times New Roman"/>
                <w:szCs w:val="21"/>
              </w:rPr>
            </w:pPr>
          </w:p>
        </w:tc>
        <w:tc>
          <w:tcPr>
            <w:tcW w:w="1019" w:type="dxa"/>
            <w:vMerge/>
          </w:tcPr>
          <w:p w14:paraId="05A2AD9F" w14:textId="77777777" w:rsidR="00497B11" w:rsidRPr="00293828" w:rsidRDefault="00497B11" w:rsidP="00293828">
            <w:pPr>
              <w:rPr>
                <w:rFonts w:ascii="Times New Roman" w:hAnsi="Times New Roman" w:cs="Times New Roman"/>
                <w:szCs w:val="21"/>
              </w:rPr>
            </w:pPr>
          </w:p>
        </w:tc>
        <w:tc>
          <w:tcPr>
            <w:tcW w:w="1044" w:type="dxa"/>
            <w:vMerge/>
          </w:tcPr>
          <w:p w14:paraId="4CEB50CD" w14:textId="77777777" w:rsidR="00497B11" w:rsidRPr="00293828" w:rsidRDefault="00497B11" w:rsidP="00293828">
            <w:pPr>
              <w:rPr>
                <w:rFonts w:ascii="Times New Roman" w:hAnsi="Times New Roman" w:cs="Times New Roman"/>
                <w:szCs w:val="21"/>
              </w:rPr>
            </w:pPr>
          </w:p>
        </w:tc>
        <w:tc>
          <w:tcPr>
            <w:tcW w:w="1044" w:type="dxa"/>
            <w:vMerge/>
          </w:tcPr>
          <w:p w14:paraId="7A87B078" w14:textId="77777777" w:rsidR="00497B11" w:rsidRPr="00293828" w:rsidRDefault="00497B11" w:rsidP="00293828">
            <w:pPr>
              <w:rPr>
                <w:rFonts w:ascii="Times New Roman" w:hAnsi="Times New Roman" w:cs="Times New Roman"/>
                <w:szCs w:val="21"/>
              </w:rPr>
            </w:pPr>
          </w:p>
        </w:tc>
      </w:tr>
      <w:tr w:rsidR="00497B11" w:rsidRPr="00293828" w14:paraId="4F1138F8" w14:textId="77777777" w:rsidTr="009D45BD">
        <w:tc>
          <w:tcPr>
            <w:tcW w:w="982" w:type="dxa"/>
            <w:vMerge w:val="restart"/>
            <w:vAlign w:val="center"/>
          </w:tcPr>
          <w:p w14:paraId="40D43B1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31</w:t>
            </w:r>
          </w:p>
        </w:tc>
        <w:tc>
          <w:tcPr>
            <w:tcW w:w="1125" w:type="dxa"/>
            <w:vAlign w:val="center"/>
          </w:tcPr>
          <w:p w14:paraId="28EBFD5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203-&gt;208</w:t>
            </w:r>
          </w:p>
        </w:tc>
        <w:tc>
          <w:tcPr>
            <w:tcW w:w="1044" w:type="dxa"/>
            <w:vAlign w:val="center"/>
          </w:tcPr>
          <w:p w14:paraId="00636CA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-0.25824</w:t>
            </w:r>
          </w:p>
        </w:tc>
        <w:tc>
          <w:tcPr>
            <w:tcW w:w="1019" w:type="dxa"/>
            <w:vMerge w:val="restart"/>
            <w:vAlign w:val="center"/>
          </w:tcPr>
          <w:p w14:paraId="014BAE9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6.4348</w:t>
            </w:r>
          </w:p>
        </w:tc>
        <w:tc>
          <w:tcPr>
            <w:tcW w:w="1019" w:type="dxa"/>
            <w:vMerge w:val="restart"/>
            <w:vAlign w:val="center"/>
          </w:tcPr>
          <w:p w14:paraId="4F75969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192.68</w:t>
            </w:r>
          </w:p>
        </w:tc>
        <w:tc>
          <w:tcPr>
            <w:tcW w:w="1019" w:type="dxa"/>
            <w:vMerge w:val="restart"/>
            <w:vAlign w:val="center"/>
          </w:tcPr>
          <w:p w14:paraId="6D2029B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0.0060</w:t>
            </w:r>
          </w:p>
        </w:tc>
        <w:tc>
          <w:tcPr>
            <w:tcW w:w="1044" w:type="dxa"/>
            <w:vMerge w:val="restart"/>
            <w:vAlign w:val="center"/>
          </w:tcPr>
          <w:p w14:paraId="05ED296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-1.779</w:t>
            </w:r>
          </w:p>
        </w:tc>
        <w:tc>
          <w:tcPr>
            <w:tcW w:w="1044" w:type="dxa"/>
            <w:vMerge w:val="restart"/>
            <w:vAlign w:val="center"/>
          </w:tcPr>
          <w:p w14:paraId="7658FDE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-1.7529</w:t>
            </w:r>
          </w:p>
        </w:tc>
      </w:tr>
      <w:tr w:rsidR="00497B11" w:rsidRPr="00293828" w14:paraId="7501D43C" w14:textId="77777777" w:rsidTr="009D45BD">
        <w:tc>
          <w:tcPr>
            <w:tcW w:w="982" w:type="dxa"/>
            <w:vMerge/>
          </w:tcPr>
          <w:p w14:paraId="62C368D2" w14:textId="77777777" w:rsidR="00497B11" w:rsidRPr="00293828" w:rsidRDefault="00497B11" w:rsidP="00293828">
            <w:pPr>
              <w:rPr>
                <w:rFonts w:ascii="Times New Roman" w:hAnsi="Times New Roman" w:cs="Times New Roman"/>
                <w:szCs w:val="21"/>
              </w:rPr>
            </w:pPr>
          </w:p>
        </w:tc>
        <w:tc>
          <w:tcPr>
            <w:tcW w:w="1125" w:type="dxa"/>
            <w:vAlign w:val="center"/>
          </w:tcPr>
          <w:p w14:paraId="7D991B4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203-&gt;209</w:t>
            </w:r>
          </w:p>
        </w:tc>
        <w:tc>
          <w:tcPr>
            <w:tcW w:w="1044" w:type="dxa"/>
            <w:vAlign w:val="center"/>
          </w:tcPr>
          <w:p w14:paraId="75B753B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0.34006</w:t>
            </w:r>
          </w:p>
        </w:tc>
        <w:tc>
          <w:tcPr>
            <w:tcW w:w="1019" w:type="dxa"/>
            <w:vMerge/>
          </w:tcPr>
          <w:p w14:paraId="1513A239" w14:textId="77777777" w:rsidR="00497B11" w:rsidRPr="00293828" w:rsidRDefault="00497B11" w:rsidP="00293828">
            <w:pPr>
              <w:rPr>
                <w:rFonts w:ascii="Times New Roman" w:hAnsi="Times New Roman" w:cs="Times New Roman"/>
                <w:szCs w:val="21"/>
              </w:rPr>
            </w:pPr>
          </w:p>
        </w:tc>
        <w:tc>
          <w:tcPr>
            <w:tcW w:w="1019" w:type="dxa"/>
            <w:vMerge/>
          </w:tcPr>
          <w:p w14:paraId="2D43193C" w14:textId="77777777" w:rsidR="00497B11" w:rsidRPr="00293828" w:rsidRDefault="00497B11" w:rsidP="00293828">
            <w:pPr>
              <w:rPr>
                <w:rFonts w:ascii="Times New Roman" w:hAnsi="Times New Roman" w:cs="Times New Roman"/>
                <w:szCs w:val="21"/>
              </w:rPr>
            </w:pPr>
          </w:p>
        </w:tc>
        <w:tc>
          <w:tcPr>
            <w:tcW w:w="1019" w:type="dxa"/>
            <w:vMerge/>
          </w:tcPr>
          <w:p w14:paraId="022BD2F1" w14:textId="77777777" w:rsidR="00497B11" w:rsidRPr="00293828" w:rsidRDefault="00497B11" w:rsidP="00293828">
            <w:pPr>
              <w:rPr>
                <w:rFonts w:ascii="Times New Roman" w:hAnsi="Times New Roman" w:cs="Times New Roman"/>
                <w:szCs w:val="21"/>
              </w:rPr>
            </w:pPr>
          </w:p>
        </w:tc>
        <w:tc>
          <w:tcPr>
            <w:tcW w:w="1044" w:type="dxa"/>
            <w:vMerge/>
          </w:tcPr>
          <w:p w14:paraId="6648073E" w14:textId="77777777" w:rsidR="00497B11" w:rsidRPr="00293828" w:rsidRDefault="00497B11" w:rsidP="00293828">
            <w:pPr>
              <w:rPr>
                <w:rFonts w:ascii="Times New Roman" w:hAnsi="Times New Roman" w:cs="Times New Roman"/>
                <w:szCs w:val="21"/>
              </w:rPr>
            </w:pPr>
          </w:p>
        </w:tc>
        <w:tc>
          <w:tcPr>
            <w:tcW w:w="1044" w:type="dxa"/>
            <w:vMerge/>
          </w:tcPr>
          <w:p w14:paraId="744ACF5B" w14:textId="77777777" w:rsidR="00497B11" w:rsidRPr="00293828" w:rsidRDefault="00497B11" w:rsidP="00293828">
            <w:pPr>
              <w:rPr>
                <w:rFonts w:ascii="Times New Roman" w:hAnsi="Times New Roman" w:cs="Times New Roman"/>
                <w:szCs w:val="21"/>
              </w:rPr>
            </w:pPr>
          </w:p>
        </w:tc>
      </w:tr>
      <w:tr w:rsidR="00497B11" w:rsidRPr="00293828" w14:paraId="42DEAED9" w14:textId="77777777" w:rsidTr="009D45BD">
        <w:tc>
          <w:tcPr>
            <w:tcW w:w="982" w:type="dxa"/>
            <w:vMerge/>
          </w:tcPr>
          <w:p w14:paraId="6237FD80" w14:textId="77777777" w:rsidR="00497B11" w:rsidRPr="00293828" w:rsidRDefault="00497B11" w:rsidP="00293828">
            <w:pPr>
              <w:rPr>
                <w:rFonts w:ascii="Times New Roman" w:hAnsi="Times New Roman" w:cs="Times New Roman"/>
                <w:szCs w:val="21"/>
              </w:rPr>
            </w:pPr>
          </w:p>
        </w:tc>
        <w:tc>
          <w:tcPr>
            <w:tcW w:w="1125" w:type="dxa"/>
            <w:vAlign w:val="center"/>
          </w:tcPr>
          <w:p w14:paraId="1905138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204-&gt;208</w:t>
            </w:r>
          </w:p>
        </w:tc>
        <w:tc>
          <w:tcPr>
            <w:tcW w:w="1044" w:type="dxa"/>
            <w:vAlign w:val="center"/>
          </w:tcPr>
          <w:p w14:paraId="72CA2D4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0.40183</w:t>
            </w:r>
          </w:p>
        </w:tc>
        <w:tc>
          <w:tcPr>
            <w:tcW w:w="1019" w:type="dxa"/>
            <w:vMerge/>
          </w:tcPr>
          <w:p w14:paraId="5138E353" w14:textId="77777777" w:rsidR="00497B11" w:rsidRPr="00293828" w:rsidRDefault="00497B11" w:rsidP="00293828">
            <w:pPr>
              <w:rPr>
                <w:rFonts w:ascii="Times New Roman" w:hAnsi="Times New Roman" w:cs="Times New Roman"/>
                <w:szCs w:val="21"/>
              </w:rPr>
            </w:pPr>
          </w:p>
        </w:tc>
        <w:tc>
          <w:tcPr>
            <w:tcW w:w="1019" w:type="dxa"/>
            <w:vMerge/>
          </w:tcPr>
          <w:p w14:paraId="0E75C6D7" w14:textId="77777777" w:rsidR="00497B11" w:rsidRPr="00293828" w:rsidRDefault="00497B11" w:rsidP="00293828">
            <w:pPr>
              <w:rPr>
                <w:rFonts w:ascii="Times New Roman" w:hAnsi="Times New Roman" w:cs="Times New Roman"/>
                <w:szCs w:val="21"/>
              </w:rPr>
            </w:pPr>
          </w:p>
        </w:tc>
        <w:tc>
          <w:tcPr>
            <w:tcW w:w="1019" w:type="dxa"/>
            <w:vMerge/>
          </w:tcPr>
          <w:p w14:paraId="5759D7DB" w14:textId="77777777" w:rsidR="00497B11" w:rsidRPr="00293828" w:rsidRDefault="00497B11" w:rsidP="00293828">
            <w:pPr>
              <w:rPr>
                <w:rFonts w:ascii="Times New Roman" w:hAnsi="Times New Roman" w:cs="Times New Roman"/>
                <w:szCs w:val="21"/>
              </w:rPr>
            </w:pPr>
          </w:p>
        </w:tc>
        <w:tc>
          <w:tcPr>
            <w:tcW w:w="1044" w:type="dxa"/>
            <w:vMerge/>
          </w:tcPr>
          <w:p w14:paraId="2CBADDC7" w14:textId="77777777" w:rsidR="00497B11" w:rsidRPr="00293828" w:rsidRDefault="00497B11" w:rsidP="00293828">
            <w:pPr>
              <w:rPr>
                <w:rFonts w:ascii="Times New Roman" w:hAnsi="Times New Roman" w:cs="Times New Roman"/>
                <w:szCs w:val="21"/>
              </w:rPr>
            </w:pPr>
          </w:p>
        </w:tc>
        <w:tc>
          <w:tcPr>
            <w:tcW w:w="1044" w:type="dxa"/>
            <w:vMerge/>
          </w:tcPr>
          <w:p w14:paraId="17DAE061" w14:textId="77777777" w:rsidR="00497B11" w:rsidRPr="00293828" w:rsidRDefault="00497B11" w:rsidP="00293828">
            <w:pPr>
              <w:rPr>
                <w:rFonts w:ascii="Times New Roman" w:hAnsi="Times New Roman" w:cs="Times New Roman"/>
                <w:szCs w:val="21"/>
              </w:rPr>
            </w:pPr>
          </w:p>
        </w:tc>
      </w:tr>
      <w:tr w:rsidR="00497B11" w:rsidRPr="00293828" w14:paraId="35DDA783" w14:textId="77777777" w:rsidTr="009D45BD">
        <w:tc>
          <w:tcPr>
            <w:tcW w:w="982" w:type="dxa"/>
            <w:vMerge w:val="restart"/>
            <w:vAlign w:val="center"/>
          </w:tcPr>
          <w:p w14:paraId="73E68AD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32</w:t>
            </w:r>
          </w:p>
        </w:tc>
        <w:tc>
          <w:tcPr>
            <w:tcW w:w="1125" w:type="dxa"/>
            <w:vAlign w:val="center"/>
          </w:tcPr>
          <w:p w14:paraId="6E69CD1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188-&gt;206</w:t>
            </w:r>
          </w:p>
        </w:tc>
        <w:tc>
          <w:tcPr>
            <w:tcW w:w="1044" w:type="dxa"/>
            <w:vAlign w:val="center"/>
          </w:tcPr>
          <w:p w14:paraId="6BEE145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0.39226</w:t>
            </w:r>
          </w:p>
        </w:tc>
        <w:tc>
          <w:tcPr>
            <w:tcW w:w="1019" w:type="dxa"/>
            <w:vMerge w:val="restart"/>
            <w:vAlign w:val="center"/>
          </w:tcPr>
          <w:p w14:paraId="278E585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6.4658</w:t>
            </w:r>
          </w:p>
        </w:tc>
        <w:tc>
          <w:tcPr>
            <w:tcW w:w="1019" w:type="dxa"/>
            <w:vMerge w:val="restart"/>
            <w:vAlign w:val="center"/>
          </w:tcPr>
          <w:p w14:paraId="1ADFF79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191.75</w:t>
            </w:r>
          </w:p>
        </w:tc>
        <w:tc>
          <w:tcPr>
            <w:tcW w:w="1019" w:type="dxa"/>
            <w:vMerge w:val="restart"/>
            <w:vAlign w:val="center"/>
          </w:tcPr>
          <w:p w14:paraId="1D2B457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0.0070</w:t>
            </w:r>
          </w:p>
        </w:tc>
        <w:tc>
          <w:tcPr>
            <w:tcW w:w="1044" w:type="dxa"/>
            <w:vMerge w:val="restart"/>
            <w:vAlign w:val="center"/>
          </w:tcPr>
          <w:p w14:paraId="20148A4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-13.8735</w:t>
            </w:r>
          </w:p>
        </w:tc>
        <w:tc>
          <w:tcPr>
            <w:tcW w:w="1044" w:type="dxa"/>
            <w:vMerge w:val="restart"/>
            <w:vAlign w:val="center"/>
          </w:tcPr>
          <w:p w14:paraId="4F09611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-13.8023</w:t>
            </w:r>
          </w:p>
        </w:tc>
      </w:tr>
      <w:tr w:rsidR="00497B11" w:rsidRPr="00293828" w14:paraId="23D13A28" w14:textId="77777777" w:rsidTr="009D45BD">
        <w:tc>
          <w:tcPr>
            <w:tcW w:w="982" w:type="dxa"/>
            <w:vMerge/>
          </w:tcPr>
          <w:p w14:paraId="13701A5E" w14:textId="77777777" w:rsidR="00497B11" w:rsidRPr="00293828" w:rsidRDefault="00497B11" w:rsidP="00293828">
            <w:pPr>
              <w:rPr>
                <w:rFonts w:ascii="Times New Roman" w:hAnsi="Times New Roman" w:cs="Times New Roman"/>
                <w:szCs w:val="21"/>
              </w:rPr>
            </w:pPr>
          </w:p>
        </w:tc>
        <w:tc>
          <w:tcPr>
            <w:tcW w:w="1125" w:type="dxa"/>
            <w:vAlign w:val="center"/>
          </w:tcPr>
          <w:p w14:paraId="4EB0507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189-&gt;206</w:t>
            </w:r>
          </w:p>
        </w:tc>
        <w:tc>
          <w:tcPr>
            <w:tcW w:w="1044" w:type="dxa"/>
            <w:vAlign w:val="center"/>
          </w:tcPr>
          <w:p w14:paraId="5D0B56D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0.29976</w:t>
            </w:r>
          </w:p>
        </w:tc>
        <w:tc>
          <w:tcPr>
            <w:tcW w:w="1019" w:type="dxa"/>
            <w:vMerge/>
          </w:tcPr>
          <w:p w14:paraId="170F7B1B" w14:textId="77777777" w:rsidR="00497B11" w:rsidRPr="00293828" w:rsidRDefault="00497B11" w:rsidP="00293828">
            <w:pPr>
              <w:rPr>
                <w:rFonts w:ascii="Times New Roman" w:hAnsi="Times New Roman" w:cs="Times New Roman"/>
                <w:szCs w:val="21"/>
              </w:rPr>
            </w:pPr>
          </w:p>
        </w:tc>
        <w:tc>
          <w:tcPr>
            <w:tcW w:w="1019" w:type="dxa"/>
            <w:vMerge/>
          </w:tcPr>
          <w:p w14:paraId="47F27E18" w14:textId="77777777" w:rsidR="00497B11" w:rsidRPr="00293828" w:rsidRDefault="00497B11" w:rsidP="00293828">
            <w:pPr>
              <w:rPr>
                <w:rFonts w:ascii="Times New Roman" w:hAnsi="Times New Roman" w:cs="Times New Roman"/>
                <w:szCs w:val="21"/>
              </w:rPr>
            </w:pPr>
          </w:p>
        </w:tc>
        <w:tc>
          <w:tcPr>
            <w:tcW w:w="1019" w:type="dxa"/>
            <w:vMerge/>
          </w:tcPr>
          <w:p w14:paraId="3CDC3CE7" w14:textId="77777777" w:rsidR="00497B11" w:rsidRPr="00293828" w:rsidRDefault="00497B11" w:rsidP="00293828">
            <w:pPr>
              <w:rPr>
                <w:rFonts w:ascii="Times New Roman" w:hAnsi="Times New Roman" w:cs="Times New Roman"/>
                <w:szCs w:val="21"/>
              </w:rPr>
            </w:pPr>
          </w:p>
        </w:tc>
        <w:tc>
          <w:tcPr>
            <w:tcW w:w="1044" w:type="dxa"/>
            <w:vMerge/>
          </w:tcPr>
          <w:p w14:paraId="6819501E" w14:textId="77777777" w:rsidR="00497B11" w:rsidRPr="00293828" w:rsidRDefault="00497B11" w:rsidP="00293828">
            <w:pPr>
              <w:rPr>
                <w:rFonts w:ascii="Times New Roman" w:hAnsi="Times New Roman" w:cs="Times New Roman"/>
                <w:szCs w:val="21"/>
              </w:rPr>
            </w:pPr>
          </w:p>
        </w:tc>
        <w:tc>
          <w:tcPr>
            <w:tcW w:w="1044" w:type="dxa"/>
            <w:vMerge/>
          </w:tcPr>
          <w:p w14:paraId="2E2385D0" w14:textId="77777777" w:rsidR="00497B11" w:rsidRPr="00293828" w:rsidRDefault="00497B11" w:rsidP="00293828">
            <w:pPr>
              <w:rPr>
                <w:rFonts w:ascii="Times New Roman" w:hAnsi="Times New Roman" w:cs="Times New Roman"/>
                <w:szCs w:val="21"/>
              </w:rPr>
            </w:pPr>
          </w:p>
        </w:tc>
      </w:tr>
      <w:tr w:rsidR="00497B11" w:rsidRPr="00293828" w14:paraId="1DEBDDF2" w14:textId="77777777" w:rsidTr="009D45BD">
        <w:tc>
          <w:tcPr>
            <w:tcW w:w="982" w:type="dxa"/>
            <w:vMerge w:val="restart"/>
            <w:vAlign w:val="center"/>
          </w:tcPr>
          <w:p w14:paraId="2CB0CFD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33</w:t>
            </w:r>
          </w:p>
        </w:tc>
        <w:tc>
          <w:tcPr>
            <w:tcW w:w="1125" w:type="dxa"/>
            <w:vAlign w:val="center"/>
          </w:tcPr>
          <w:p w14:paraId="16227DF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188-&gt;206</w:t>
            </w:r>
          </w:p>
        </w:tc>
        <w:tc>
          <w:tcPr>
            <w:tcW w:w="1044" w:type="dxa"/>
            <w:vAlign w:val="center"/>
          </w:tcPr>
          <w:p w14:paraId="4447472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0.23562</w:t>
            </w:r>
          </w:p>
        </w:tc>
        <w:tc>
          <w:tcPr>
            <w:tcW w:w="1019" w:type="dxa"/>
            <w:vMerge w:val="restart"/>
            <w:vAlign w:val="center"/>
          </w:tcPr>
          <w:p w14:paraId="7D821FA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6.5016</w:t>
            </w:r>
          </w:p>
        </w:tc>
        <w:tc>
          <w:tcPr>
            <w:tcW w:w="1019" w:type="dxa"/>
            <w:vMerge w:val="restart"/>
            <w:vAlign w:val="center"/>
          </w:tcPr>
          <w:p w14:paraId="04060EA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190.70</w:t>
            </w:r>
          </w:p>
        </w:tc>
        <w:tc>
          <w:tcPr>
            <w:tcW w:w="1019" w:type="dxa"/>
            <w:vMerge w:val="restart"/>
            <w:vAlign w:val="center"/>
          </w:tcPr>
          <w:p w14:paraId="776C2E2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0.0079</w:t>
            </w:r>
          </w:p>
        </w:tc>
        <w:tc>
          <w:tcPr>
            <w:tcW w:w="1044" w:type="dxa"/>
            <w:vMerge w:val="restart"/>
            <w:vAlign w:val="center"/>
          </w:tcPr>
          <w:p w14:paraId="0C3344B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-3.02</w:t>
            </w:r>
          </w:p>
        </w:tc>
        <w:tc>
          <w:tcPr>
            <w:tcW w:w="1044" w:type="dxa"/>
            <w:vMerge w:val="restart"/>
            <w:vAlign w:val="center"/>
          </w:tcPr>
          <w:p w14:paraId="25E0035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-3.0058</w:t>
            </w:r>
          </w:p>
        </w:tc>
      </w:tr>
      <w:tr w:rsidR="00497B11" w:rsidRPr="00293828" w14:paraId="1EDE8535" w14:textId="77777777" w:rsidTr="009D45BD">
        <w:tc>
          <w:tcPr>
            <w:tcW w:w="982" w:type="dxa"/>
            <w:vMerge/>
          </w:tcPr>
          <w:p w14:paraId="7CAE4422" w14:textId="77777777" w:rsidR="00497B11" w:rsidRPr="00293828" w:rsidRDefault="00497B11" w:rsidP="00293828">
            <w:pPr>
              <w:rPr>
                <w:rFonts w:ascii="Times New Roman" w:hAnsi="Times New Roman" w:cs="Times New Roman"/>
                <w:szCs w:val="21"/>
              </w:rPr>
            </w:pPr>
          </w:p>
        </w:tc>
        <w:tc>
          <w:tcPr>
            <w:tcW w:w="1125" w:type="dxa"/>
            <w:vAlign w:val="center"/>
          </w:tcPr>
          <w:p w14:paraId="4478C78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199-&gt;207</w:t>
            </w:r>
          </w:p>
        </w:tc>
        <w:tc>
          <w:tcPr>
            <w:tcW w:w="1044" w:type="dxa"/>
            <w:vAlign w:val="center"/>
          </w:tcPr>
          <w:p w14:paraId="688B9DE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-0.24025</w:t>
            </w:r>
          </w:p>
        </w:tc>
        <w:tc>
          <w:tcPr>
            <w:tcW w:w="1019" w:type="dxa"/>
            <w:vMerge/>
          </w:tcPr>
          <w:p w14:paraId="4F3647B1" w14:textId="77777777" w:rsidR="00497B11" w:rsidRPr="00293828" w:rsidRDefault="00497B11" w:rsidP="00293828">
            <w:pPr>
              <w:rPr>
                <w:rFonts w:ascii="Times New Roman" w:hAnsi="Times New Roman" w:cs="Times New Roman"/>
                <w:szCs w:val="21"/>
              </w:rPr>
            </w:pPr>
          </w:p>
        </w:tc>
        <w:tc>
          <w:tcPr>
            <w:tcW w:w="1019" w:type="dxa"/>
            <w:vMerge/>
          </w:tcPr>
          <w:p w14:paraId="70692CC9" w14:textId="77777777" w:rsidR="00497B11" w:rsidRPr="00293828" w:rsidRDefault="00497B11" w:rsidP="00293828">
            <w:pPr>
              <w:rPr>
                <w:rFonts w:ascii="Times New Roman" w:hAnsi="Times New Roman" w:cs="Times New Roman"/>
                <w:szCs w:val="21"/>
              </w:rPr>
            </w:pPr>
          </w:p>
        </w:tc>
        <w:tc>
          <w:tcPr>
            <w:tcW w:w="1019" w:type="dxa"/>
            <w:vMerge/>
          </w:tcPr>
          <w:p w14:paraId="0DE812E8" w14:textId="77777777" w:rsidR="00497B11" w:rsidRPr="00293828" w:rsidRDefault="00497B11" w:rsidP="00293828">
            <w:pPr>
              <w:rPr>
                <w:rFonts w:ascii="Times New Roman" w:hAnsi="Times New Roman" w:cs="Times New Roman"/>
                <w:szCs w:val="21"/>
              </w:rPr>
            </w:pPr>
          </w:p>
        </w:tc>
        <w:tc>
          <w:tcPr>
            <w:tcW w:w="1044" w:type="dxa"/>
            <w:vMerge/>
          </w:tcPr>
          <w:p w14:paraId="1B2A19BD" w14:textId="77777777" w:rsidR="00497B11" w:rsidRPr="00293828" w:rsidRDefault="00497B11" w:rsidP="00293828">
            <w:pPr>
              <w:rPr>
                <w:rFonts w:ascii="Times New Roman" w:hAnsi="Times New Roman" w:cs="Times New Roman"/>
                <w:szCs w:val="21"/>
              </w:rPr>
            </w:pPr>
          </w:p>
        </w:tc>
        <w:tc>
          <w:tcPr>
            <w:tcW w:w="1044" w:type="dxa"/>
            <w:vMerge/>
          </w:tcPr>
          <w:p w14:paraId="392A17C4" w14:textId="77777777" w:rsidR="00497B11" w:rsidRPr="00293828" w:rsidRDefault="00497B11" w:rsidP="00293828">
            <w:pPr>
              <w:rPr>
                <w:rFonts w:ascii="Times New Roman" w:hAnsi="Times New Roman" w:cs="Times New Roman"/>
                <w:szCs w:val="21"/>
              </w:rPr>
            </w:pPr>
          </w:p>
        </w:tc>
      </w:tr>
      <w:tr w:rsidR="00497B11" w:rsidRPr="00293828" w14:paraId="046BFFEB" w14:textId="77777777" w:rsidTr="009D45BD">
        <w:tc>
          <w:tcPr>
            <w:tcW w:w="982" w:type="dxa"/>
            <w:vMerge/>
          </w:tcPr>
          <w:p w14:paraId="59A91546" w14:textId="77777777" w:rsidR="00497B11" w:rsidRPr="00293828" w:rsidRDefault="00497B11" w:rsidP="00293828">
            <w:pPr>
              <w:rPr>
                <w:rFonts w:ascii="Times New Roman" w:hAnsi="Times New Roman" w:cs="Times New Roman"/>
                <w:szCs w:val="21"/>
              </w:rPr>
            </w:pPr>
          </w:p>
        </w:tc>
        <w:tc>
          <w:tcPr>
            <w:tcW w:w="1125" w:type="dxa"/>
            <w:vAlign w:val="center"/>
          </w:tcPr>
          <w:p w14:paraId="46A2022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200-&gt;207</w:t>
            </w:r>
          </w:p>
        </w:tc>
        <w:tc>
          <w:tcPr>
            <w:tcW w:w="1044" w:type="dxa"/>
            <w:vAlign w:val="center"/>
          </w:tcPr>
          <w:p w14:paraId="5039AFA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0.48966</w:t>
            </w:r>
          </w:p>
        </w:tc>
        <w:tc>
          <w:tcPr>
            <w:tcW w:w="1019" w:type="dxa"/>
            <w:vMerge/>
          </w:tcPr>
          <w:p w14:paraId="5015059E" w14:textId="77777777" w:rsidR="00497B11" w:rsidRPr="00293828" w:rsidRDefault="00497B11" w:rsidP="00293828">
            <w:pPr>
              <w:rPr>
                <w:rFonts w:ascii="Times New Roman" w:hAnsi="Times New Roman" w:cs="Times New Roman"/>
                <w:szCs w:val="21"/>
              </w:rPr>
            </w:pPr>
          </w:p>
        </w:tc>
        <w:tc>
          <w:tcPr>
            <w:tcW w:w="1019" w:type="dxa"/>
            <w:vMerge/>
          </w:tcPr>
          <w:p w14:paraId="518557B6" w14:textId="77777777" w:rsidR="00497B11" w:rsidRPr="00293828" w:rsidRDefault="00497B11" w:rsidP="00293828">
            <w:pPr>
              <w:rPr>
                <w:rFonts w:ascii="Times New Roman" w:hAnsi="Times New Roman" w:cs="Times New Roman"/>
                <w:szCs w:val="21"/>
              </w:rPr>
            </w:pPr>
          </w:p>
        </w:tc>
        <w:tc>
          <w:tcPr>
            <w:tcW w:w="1019" w:type="dxa"/>
            <w:vMerge/>
          </w:tcPr>
          <w:p w14:paraId="0382CEBE" w14:textId="77777777" w:rsidR="00497B11" w:rsidRPr="00293828" w:rsidRDefault="00497B11" w:rsidP="00293828">
            <w:pPr>
              <w:rPr>
                <w:rFonts w:ascii="Times New Roman" w:hAnsi="Times New Roman" w:cs="Times New Roman"/>
                <w:szCs w:val="21"/>
              </w:rPr>
            </w:pPr>
          </w:p>
        </w:tc>
        <w:tc>
          <w:tcPr>
            <w:tcW w:w="1044" w:type="dxa"/>
            <w:vMerge/>
          </w:tcPr>
          <w:p w14:paraId="4C41F889" w14:textId="77777777" w:rsidR="00497B11" w:rsidRPr="00293828" w:rsidRDefault="00497B11" w:rsidP="00293828">
            <w:pPr>
              <w:rPr>
                <w:rFonts w:ascii="Times New Roman" w:hAnsi="Times New Roman" w:cs="Times New Roman"/>
                <w:szCs w:val="21"/>
              </w:rPr>
            </w:pPr>
          </w:p>
        </w:tc>
        <w:tc>
          <w:tcPr>
            <w:tcW w:w="1044" w:type="dxa"/>
            <w:vMerge/>
          </w:tcPr>
          <w:p w14:paraId="19E86B60" w14:textId="77777777" w:rsidR="00497B11" w:rsidRPr="00293828" w:rsidRDefault="00497B11" w:rsidP="00293828">
            <w:pPr>
              <w:rPr>
                <w:rFonts w:ascii="Times New Roman" w:hAnsi="Times New Roman" w:cs="Times New Roman"/>
                <w:szCs w:val="21"/>
              </w:rPr>
            </w:pPr>
          </w:p>
        </w:tc>
      </w:tr>
      <w:tr w:rsidR="00497B11" w:rsidRPr="00293828" w14:paraId="48F030A7" w14:textId="77777777" w:rsidTr="009D45BD">
        <w:tc>
          <w:tcPr>
            <w:tcW w:w="982" w:type="dxa"/>
            <w:vMerge w:val="restart"/>
            <w:vAlign w:val="center"/>
          </w:tcPr>
          <w:p w14:paraId="3E459D2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34</w:t>
            </w:r>
          </w:p>
        </w:tc>
        <w:tc>
          <w:tcPr>
            <w:tcW w:w="1125" w:type="dxa"/>
            <w:vAlign w:val="center"/>
          </w:tcPr>
          <w:p w14:paraId="0FA9F52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183-&gt;206</w:t>
            </w:r>
          </w:p>
        </w:tc>
        <w:tc>
          <w:tcPr>
            <w:tcW w:w="1044" w:type="dxa"/>
            <w:vAlign w:val="center"/>
          </w:tcPr>
          <w:p w14:paraId="062D82F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0.22845</w:t>
            </w:r>
          </w:p>
        </w:tc>
        <w:tc>
          <w:tcPr>
            <w:tcW w:w="1019" w:type="dxa"/>
            <w:vMerge w:val="restart"/>
            <w:vAlign w:val="center"/>
          </w:tcPr>
          <w:p w14:paraId="1B05723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6.5552</w:t>
            </w:r>
          </w:p>
        </w:tc>
        <w:tc>
          <w:tcPr>
            <w:tcW w:w="1019" w:type="dxa"/>
            <w:vMerge w:val="restart"/>
            <w:vAlign w:val="center"/>
          </w:tcPr>
          <w:p w14:paraId="3AFB0B2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189.14</w:t>
            </w:r>
          </w:p>
        </w:tc>
        <w:tc>
          <w:tcPr>
            <w:tcW w:w="1019" w:type="dxa"/>
            <w:vMerge w:val="restart"/>
            <w:vAlign w:val="center"/>
          </w:tcPr>
          <w:p w14:paraId="4BE6F3D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0.0053</w:t>
            </w:r>
          </w:p>
        </w:tc>
        <w:tc>
          <w:tcPr>
            <w:tcW w:w="1044" w:type="dxa"/>
            <w:vMerge w:val="restart"/>
            <w:vAlign w:val="center"/>
          </w:tcPr>
          <w:p w14:paraId="762451F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6.1504</w:t>
            </w:r>
          </w:p>
        </w:tc>
        <w:tc>
          <w:tcPr>
            <w:tcW w:w="1044" w:type="dxa"/>
            <w:vMerge w:val="restart"/>
            <w:vAlign w:val="center"/>
          </w:tcPr>
          <w:p w14:paraId="6A68938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6.0809</w:t>
            </w:r>
          </w:p>
        </w:tc>
      </w:tr>
      <w:tr w:rsidR="00497B11" w:rsidRPr="00293828" w14:paraId="776CAC0A" w14:textId="77777777" w:rsidTr="009D45BD">
        <w:tc>
          <w:tcPr>
            <w:tcW w:w="982" w:type="dxa"/>
            <w:vMerge/>
          </w:tcPr>
          <w:p w14:paraId="4187609E" w14:textId="77777777" w:rsidR="00497B11" w:rsidRPr="00293828" w:rsidRDefault="00497B11" w:rsidP="00293828">
            <w:pPr>
              <w:rPr>
                <w:rFonts w:ascii="Times New Roman" w:hAnsi="Times New Roman" w:cs="Times New Roman"/>
                <w:szCs w:val="21"/>
              </w:rPr>
            </w:pPr>
          </w:p>
        </w:tc>
        <w:tc>
          <w:tcPr>
            <w:tcW w:w="1125" w:type="dxa"/>
            <w:vAlign w:val="center"/>
          </w:tcPr>
          <w:p w14:paraId="0192611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185-&gt;206</w:t>
            </w:r>
          </w:p>
        </w:tc>
        <w:tc>
          <w:tcPr>
            <w:tcW w:w="1044" w:type="dxa"/>
            <w:vAlign w:val="center"/>
          </w:tcPr>
          <w:p w14:paraId="67A3AB6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0.2914</w:t>
            </w:r>
          </w:p>
        </w:tc>
        <w:tc>
          <w:tcPr>
            <w:tcW w:w="1019" w:type="dxa"/>
            <w:vMerge/>
          </w:tcPr>
          <w:p w14:paraId="0CF4B9BD" w14:textId="77777777" w:rsidR="00497B11" w:rsidRPr="00293828" w:rsidRDefault="00497B11" w:rsidP="00293828">
            <w:pPr>
              <w:rPr>
                <w:rFonts w:ascii="Times New Roman" w:hAnsi="Times New Roman" w:cs="Times New Roman"/>
                <w:szCs w:val="21"/>
              </w:rPr>
            </w:pPr>
          </w:p>
        </w:tc>
        <w:tc>
          <w:tcPr>
            <w:tcW w:w="1019" w:type="dxa"/>
            <w:vMerge/>
          </w:tcPr>
          <w:p w14:paraId="238642A1" w14:textId="77777777" w:rsidR="00497B11" w:rsidRPr="00293828" w:rsidRDefault="00497B11" w:rsidP="00293828">
            <w:pPr>
              <w:rPr>
                <w:rFonts w:ascii="Times New Roman" w:hAnsi="Times New Roman" w:cs="Times New Roman"/>
                <w:szCs w:val="21"/>
              </w:rPr>
            </w:pPr>
          </w:p>
        </w:tc>
        <w:tc>
          <w:tcPr>
            <w:tcW w:w="1019" w:type="dxa"/>
            <w:vMerge/>
          </w:tcPr>
          <w:p w14:paraId="70B6F274" w14:textId="77777777" w:rsidR="00497B11" w:rsidRPr="00293828" w:rsidRDefault="00497B11" w:rsidP="00293828">
            <w:pPr>
              <w:rPr>
                <w:rFonts w:ascii="Times New Roman" w:hAnsi="Times New Roman" w:cs="Times New Roman"/>
                <w:szCs w:val="21"/>
              </w:rPr>
            </w:pPr>
          </w:p>
        </w:tc>
        <w:tc>
          <w:tcPr>
            <w:tcW w:w="1044" w:type="dxa"/>
            <w:vMerge/>
          </w:tcPr>
          <w:p w14:paraId="35802F6C" w14:textId="77777777" w:rsidR="00497B11" w:rsidRPr="00293828" w:rsidRDefault="00497B11" w:rsidP="00293828">
            <w:pPr>
              <w:rPr>
                <w:rFonts w:ascii="Times New Roman" w:hAnsi="Times New Roman" w:cs="Times New Roman"/>
                <w:szCs w:val="21"/>
              </w:rPr>
            </w:pPr>
          </w:p>
        </w:tc>
        <w:tc>
          <w:tcPr>
            <w:tcW w:w="1044" w:type="dxa"/>
            <w:vMerge/>
          </w:tcPr>
          <w:p w14:paraId="11A80FA3" w14:textId="77777777" w:rsidR="00497B11" w:rsidRPr="00293828" w:rsidRDefault="00497B11" w:rsidP="00293828">
            <w:pPr>
              <w:rPr>
                <w:rFonts w:ascii="Times New Roman" w:hAnsi="Times New Roman" w:cs="Times New Roman"/>
                <w:szCs w:val="21"/>
              </w:rPr>
            </w:pPr>
          </w:p>
        </w:tc>
      </w:tr>
      <w:tr w:rsidR="00497B11" w:rsidRPr="00293828" w14:paraId="4D48CD9C" w14:textId="77777777" w:rsidTr="009D45BD">
        <w:tc>
          <w:tcPr>
            <w:tcW w:w="982" w:type="dxa"/>
            <w:vMerge/>
          </w:tcPr>
          <w:p w14:paraId="1F10F4F2" w14:textId="77777777" w:rsidR="00497B11" w:rsidRPr="00293828" w:rsidRDefault="00497B11" w:rsidP="00293828">
            <w:pPr>
              <w:rPr>
                <w:rFonts w:ascii="Times New Roman" w:hAnsi="Times New Roman" w:cs="Times New Roman"/>
                <w:szCs w:val="21"/>
              </w:rPr>
            </w:pPr>
          </w:p>
        </w:tc>
        <w:tc>
          <w:tcPr>
            <w:tcW w:w="1125" w:type="dxa"/>
            <w:vAlign w:val="center"/>
          </w:tcPr>
          <w:p w14:paraId="68919E6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189-&gt;206</w:t>
            </w:r>
          </w:p>
        </w:tc>
        <w:tc>
          <w:tcPr>
            <w:tcW w:w="1044" w:type="dxa"/>
            <w:vAlign w:val="center"/>
          </w:tcPr>
          <w:p w14:paraId="357617D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-0.2558</w:t>
            </w:r>
          </w:p>
        </w:tc>
        <w:tc>
          <w:tcPr>
            <w:tcW w:w="1019" w:type="dxa"/>
            <w:vMerge/>
          </w:tcPr>
          <w:p w14:paraId="0E7CEE05" w14:textId="77777777" w:rsidR="00497B11" w:rsidRPr="00293828" w:rsidRDefault="00497B11" w:rsidP="00293828">
            <w:pPr>
              <w:rPr>
                <w:rFonts w:ascii="Times New Roman" w:hAnsi="Times New Roman" w:cs="Times New Roman"/>
                <w:szCs w:val="21"/>
              </w:rPr>
            </w:pPr>
          </w:p>
        </w:tc>
        <w:tc>
          <w:tcPr>
            <w:tcW w:w="1019" w:type="dxa"/>
            <w:vMerge/>
          </w:tcPr>
          <w:p w14:paraId="69C3ECA9" w14:textId="77777777" w:rsidR="00497B11" w:rsidRPr="00293828" w:rsidRDefault="00497B11" w:rsidP="00293828">
            <w:pPr>
              <w:rPr>
                <w:rFonts w:ascii="Times New Roman" w:hAnsi="Times New Roman" w:cs="Times New Roman"/>
                <w:szCs w:val="21"/>
              </w:rPr>
            </w:pPr>
          </w:p>
        </w:tc>
        <w:tc>
          <w:tcPr>
            <w:tcW w:w="1019" w:type="dxa"/>
            <w:vMerge/>
          </w:tcPr>
          <w:p w14:paraId="1C5B0E1A" w14:textId="77777777" w:rsidR="00497B11" w:rsidRPr="00293828" w:rsidRDefault="00497B11" w:rsidP="00293828">
            <w:pPr>
              <w:rPr>
                <w:rFonts w:ascii="Times New Roman" w:hAnsi="Times New Roman" w:cs="Times New Roman"/>
                <w:szCs w:val="21"/>
              </w:rPr>
            </w:pPr>
          </w:p>
        </w:tc>
        <w:tc>
          <w:tcPr>
            <w:tcW w:w="1044" w:type="dxa"/>
            <w:vMerge/>
          </w:tcPr>
          <w:p w14:paraId="6C38B4D7" w14:textId="77777777" w:rsidR="00497B11" w:rsidRPr="00293828" w:rsidRDefault="00497B11" w:rsidP="00293828">
            <w:pPr>
              <w:rPr>
                <w:rFonts w:ascii="Times New Roman" w:hAnsi="Times New Roman" w:cs="Times New Roman"/>
                <w:szCs w:val="21"/>
              </w:rPr>
            </w:pPr>
          </w:p>
        </w:tc>
        <w:tc>
          <w:tcPr>
            <w:tcW w:w="1044" w:type="dxa"/>
            <w:vMerge/>
          </w:tcPr>
          <w:p w14:paraId="567E7B30" w14:textId="77777777" w:rsidR="00497B11" w:rsidRPr="00293828" w:rsidRDefault="00497B11" w:rsidP="00293828">
            <w:pPr>
              <w:rPr>
                <w:rFonts w:ascii="Times New Roman" w:hAnsi="Times New Roman" w:cs="Times New Roman"/>
                <w:szCs w:val="21"/>
              </w:rPr>
            </w:pPr>
          </w:p>
        </w:tc>
      </w:tr>
      <w:tr w:rsidR="00497B11" w:rsidRPr="00293828" w14:paraId="3D214428" w14:textId="77777777" w:rsidTr="009D45BD">
        <w:tc>
          <w:tcPr>
            <w:tcW w:w="982" w:type="dxa"/>
            <w:vMerge/>
          </w:tcPr>
          <w:p w14:paraId="7D04A618" w14:textId="77777777" w:rsidR="00497B11" w:rsidRPr="00293828" w:rsidRDefault="00497B11" w:rsidP="00293828">
            <w:pPr>
              <w:rPr>
                <w:rFonts w:ascii="Times New Roman" w:hAnsi="Times New Roman" w:cs="Times New Roman"/>
                <w:szCs w:val="21"/>
              </w:rPr>
            </w:pPr>
          </w:p>
        </w:tc>
        <w:tc>
          <w:tcPr>
            <w:tcW w:w="1125" w:type="dxa"/>
            <w:vAlign w:val="center"/>
          </w:tcPr>
          <w:p w14:paraId="3664F16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198-&gt;207</w:t>
            </w:r>
          </w:p>
        </w:tc>
        <w:tc>
          <w:tcPr>
            <w:tcW w:w="1044" w:type="dxa"/>
            <w:vAlign w:val="center"/>
          </w:tcPr>
          <w:p w14:paraId="598E2B6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-0.28191</w:t>
            </w:r>
          </w:p>
        </w:tc>
        <w:tc>
          <w:tcPr>
            <w:tcW w:w="1019" w:type="dxa"/>
            <w:vMerge/>
          </w:tcPr>
          <w:p w14:paraId="3E22E0BC" w14:textId="77777777" w:rsidR="00497B11" w:rsidRPr="00293828" w:rsidRDefault="00497B11" w:rsidP="00293828">
            <w:pPr>
              <w:rPr>
                <w:rFonts w:ascii="Times New Roman" w:hAnsi="Times New Roman" w:cs="Times New Roman"/>
                <w:szCs w:val="21"/>
              </w:rPr>
            </w:pPr>
          </w:p>
        </w:tc>
        <w:tc>
          <w:tcPr>
            <w:tcW w:w="1019" w:type="dxa"/>
            <w:vMerge/>
          </w:tcPr>
          <w:p w14:paraId="5B14647C" w14:textId="77777777" w:rsidR="00497B11" w:rsidRPr="00293828" w:rsidRDefault="00497B11" w:rsidP="00293828">
            <w:pPr>
              <w:rPr>
                <w:rFonts w:ascii="Times New Roman" w:hAnsi="Times New Roman" w:cs="Times New Roman"/>
                <w:szCs w:val="21"/>
              </w:rPr>
            </w:pPr>
          </w:p>
        </w:tc>
        <w:tc>
          <w:tcPr>
            <w:tcW w:w="1019" w:type="dxa"/>
            <w:vMerge/>
          </w:tcPr>
          <w:p w14:paraId="385FE13C" w14:textId="77777777" w:rsidR="00497B11" w:rsidRPr="00293828" w:rsidRDefault="00497B11" w:rsidP="00293828">
            <w:pPr>
              <w:rPr>
                <w:rFonts w:ascii="Times New Roman" w:hAnsi="Times New Roman" w:cs="Times New Roman"/>
                <w:szCs w:val="21"/>
              </w:rPr>
            </w:pPr>
          </w:p>
        </w:tc>
        <w:tc>
          <w:tcPr>
            <w:tcW w:w="1044" w:type="dxa"/>
            <w:vMerge/>
          </w:tcPr>
          <w:p w14:paraId="51507BC2" w14:textId="77777777" w:rsidR="00497B11" w:rsidRPr="00293828" w:rsidRDefault="00497B11" w:rsidP="00293828">
            <w:pPr>
              <w:rPr>
                <w:rFonts w:ascii="Times New Roman" w:hAnsi="Times New Roman" w:cs="Times New Roman"/>
                <w:szCs w:val="21"/>
              </w:rPr>
            </w:pPr>
          </w:p>
        </w:tc>
        <w:tc>
          <w:tcPr>
            <w:tcW w:w="1044" w:type="dxa"/>
            <w:vMerge/>
          </w:tcPr>
          <w:p w14:paraId="17A8ADD3" w14:textId="77777777" w:rsidR="00497B11" w:rsidRPr="00293828" w:rsidRDefault="00497B11" w:rsidP="00293828">
            <w:pPr>
              <w:rPr>
                <w:rFonts w:ascii="Times New Roman" w:hAnsi="Times New Roman" w:cs="Times New Roman"/>
                <w:szCs w:val="21"/>
              </w:rPr>
            </w:pPr>
          </w:p>
        </w:tc>
      </w:tr>
      <w:tr w:rsidR="00497B11" w:rsidRPr="00293828" w14:paraId="7C222C77" w14:textId="77777777" w:rsidTr="009D45BD">
        <w:tc>
          <w:tcPr>
            <w:tcW w:w="982" w:type="dxa"/>
            <w:vMerge w:val="restart"/>
            <w:vAlign w:val="center"/>
          </w:tcPr>
          <w:p w14:paraId="4040777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lastRenderedPageBreak/>
              <w:t>35</w:t>
            </w:r>
          </w:p>
        </w:tc>
        <w:tc>
          <w:tcPr>
            <w:tcW w:w="1125" w:type="dxa"/>
            <w:vAlign w:val="center"/>
          </w:tcPr>
          <w:p w14:paraId="0433EE4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185-&gt;206</w:t>
            </w:r>
          </w:p>
        </w:tc>
        <w:tc>
          <w:tcPr>
            <w:tcW w:w="1044" w:type="dxa"/>
            <w:vAlign w:val="center"/>
          </w:tcPr>
          <w:p w14:paraId="57487EF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0.3226</w:t>
            </w:r>
          </w:p>
        </w:tc>
        <w:tc>
          <w:tcPr>
            <w:tcW w:w="1019" w:type="dxa"/>
            <w:vMerge w:val="restart"/>
            <w:vAlign w:val="center"/>
          </w:tcPr>
          <w:p w14:paraId="133BC8E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6.5914</w:t>
            </w:r>
          </w:p>
        </w:tc>
        <w:tc>
          <w:tcPr>
            <w:tcW w:w="1019" w:type="dxa"/>
            <w:vMerge w:val="restart"/>
            <w:vAlign w:val="center"/>
          </w:tcPr>
          <w:p w14:paraId="7796694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188.10</w:t>
            </w:r>
          </w:p>
        </w:tc>
        <w:tc>
          <w:tcPr>
            <w:tcW w:w="1019" w:type="dxa"/>
            <w:vMerge w:val="restart"/>
            <w:vAlign w:val="center"/>
          </w:tcPr>
          <w:p w14:paraId="6052C20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0.0033</w:t>
            </w:r>
          </w:p>
        </w:tc>
        <w:tc>
          <w:tcPr>
            <w:tcW w:w="1044" w:type="dxa"/>
            <w:vMerge w:val="restart"/>
            <w:vAlign w:val="center"/>
          </w:tcPr>
          <w:p w14:paraId="61EB828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2.3377</w:t>
            </w:r>
          </w:p>
        </w:tc>
        <w:tc>
          <w:tcPr>
            <w:tcW w:w="1044" w:type="dxa"/>
            <w:vMerge w:val="restart"/>
            <w:vAlign w:val="center"/>
          </w:tcPr>
          <w:p w14:paraId="22FA6C8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2.3282</w:t>
            </w:r>
          </w:p>
        </w:tc>
      </w:tr>
      <w:tr w:rsidR="00497B11" w:rsidRPr="00293828" w14:paraId="0CD5D3FB" w14:textId="77777777" w:rsidTr="009D45BD">
        <w:tc>
          <w:tcPr>
            <w:tcW w:w="982" w:type="dxa"/>
            <w:vMerge/>
          </w:tcPr>
          <w:p w14:paraId="4610BEA0" w14:textId="77777777" w:rsidR="00497B11" w:rsidRPr="00293828" w:rsidRDefault="00497B11" w:rsidP="00293828">
            <w:pPr>
              <w:rPr>
                <w:rFonts w:ascii="Times New Roman" w:hAnsi="Times New Roman" w:cs="Times New Roman"/>
                <w:szCs w:val="21"/>
              </w:rPr>
            </w:pPr>
          </w:p>
        </w:tc>
        <w:tc>
          <w:tcPr>
            <w:tcW w:w="1125" w:type="dxa"/>
            <w:vAlign w:val="center"/>
          </w:tcPr>
          <w:p w14:paraId="0B6DE17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198-&gt;207</w:t>
            </w:r>
          </w:p>
        </w:tc>
        <w:tc>
          <w:tcPr>
            <w:tcW w:w="1044" w:type="dxa"/>
            <w:vAlign w:val="center"/>
          </w:tcPr>
          <w:p w14:paraId="116F1D7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0.36601</w:t>
            </w:r>
          </w:p>
        </w:tc>
        <w:tc>
          <w:tcPr>
            <w:tcW w:w="1019" w:type="dxa"/>
            <w:vMerge/>
          </w:tcPr>
          <w:p w14:paraId="6ECA67DF" w14:textId="77777777" w:rsidR="00497B11" w:rsidRPr="00293828" w:rsidRDefault="00497B11" w:rsidP="00293828">
            <w:pPr>
              <w:rPr>
                <w:rFonts w:ascii="Times New Roman" w:hAnsi="Times New Roman" w:cs="Times New Roman"/>
                <w:szCs w:val="21"/>
              </w:rPr>
            </w:pPr>
          </w:p>
        </w:tc>
        <w:tc>
          <w:tcPr>
            <w:tcW w:w="1019" w:type="dxa"/>
            <w:vMerge/>
          </w:tcPr>
          <w:p w14:paraId="65FFC9B3" w14:textId="77777777" w:rsidR="00497B11" w:rsidRPr="00293828" w:rsidRDefault="00497B11" w:rsidP="00293828">
            <w:pPr>
              <w:rPr>
                <w:rFonts w:ascii="Times New Roman" w:hAnsi="Times New Roman" w:cs="Times New Roman"/>
                <w:szCs w:val="21"/>
              </w:rPr>
            </w:pPr>
          </w:p>
        </w:tc>
        <w:tc>
          <w:tcPr>
            <w:tcW w:w="1019" w:type="dxa"/>
            <w:vMerge/>
          </w:tcPr>
          <w:p w14:paraId="20E9C340" w14:textId="77777777" w:rsidR="00497B11" w:rsidRPr="00293828" w:rsidRDefault="00497B11" w:rsidP="00293828">
            <w:pPr>
              <w:rPr>
                <w:rFonts w:ascii="Times New Roman" w:hAnsi="Times New Roman" w:cs="Times New Roman"/>
                <w:szCs w:val="21"/>
              </w:rPr>
            </w:pPr>
          </w:p>
        </w:tc>
        <w:tc>
          <w:tcPr>
            <w:tcW w:w="1044" w:type="dxa"/>
            <w:vMerge/>
          </w:tcPr>
          <w:p w14:paraId="42F44551" w14:textId="77777777" w:rsidR="00497B11" w:rsidRPr="00293828" w:rsidRDefault="00497B11" w:rsidP="00293828">
            <w:pPr>
              <w:rPr>
                <w:rFonts w:ascii="Times New Roman" w:hAnsi="Times New Roman" w:cs="Times New Roman"/>
                <w:szCs w:val="21"/>
              </w:rPr>
            </w:pPr>
          </w:p>
        </w:tc>
        <w:tc>
          <w:tcPr>
            <w:tcW w:w="1044" w:type="dxa"/>
            <w:vMerge/>
          </w:tcPr>
          <w:p w14:paraId="301410D0" w14:textId="77777777" w:rsidR="00497B11" w:rsidRPr="00293828" w:rsidRDefault="00497B11" w:rsidP="00293828">
            <w:pPr>
              <w:rPr>
                <w:rFonts w:ascii="Times New Roman" w:hAnsi="Times New Roman" w:cs="Times New Roman"/>
                <w:szCs w:val="21"/>
              </w:rPr>
            </w:pPr>
          </w:p>
        </w:tc>
      </w:tr>
      <w:tr w:rsidR="00497B11" w:rsidRPr="00293828" w14:paraId="3A3BBF4A" w14:textId="77777777" w:rsidTr="009D45BD">
        <w:tc>
          <w:tcPr>
            <w:tcW w:w="982" w:type="dxa"/>
            <w:vMerge w:val="restart"/>
            <w:vAlign w:val="center"/>
          </w:tcPr>
          <w:p w14:paraId="0232048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36</w:t>
            </w:r>
          </w:p>
        </w:tc>
        <w:tc>
          <w:tcPr>
            <w:tcW w:w="1125" w:type="dxa"/>
            <w:vAlign w:val="center"/>
          </w:tcPr>
          <w:p w14:paraId="53E549D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187-&gt;206</w:t>
            </w:r>
          </w:p>
        </w:tc>
        <w:tc>
          <w:tcPr>
            <w:tcW w:w="1044" w:type="dxa"/>
            <w:vAlign w:val="center"/>
          </w:tcPr>
          <w:p w14:paraId="1E4DEAC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0.41488</w:t>
            </w:r>
          </w:p>
        </w:tc>
        <w:tc>
          <w:tcPr>
            <w:tcW w:w="1019" w:type="dxa"/>
            <w:vMerge w:val="restart"/>
            <w:vAlign w:val="center"/>
          </w:tcPr>
          <w:p w14:paraId="2E3413C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6.6259</w:t>
            </w:r>
          </w:p>
        </w:tc>
        <w:tc>
          <w:tcPr>
            <w:tcW w:w="1019" w:type="dxa"/>
            <w:vMerge w:val="restart"/>
            <w:vAlign w:val="center"/>
          </w:tcPr>
          <w:p w14:paraId="1EE7AA7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187.12</w:t>
            </w:r>
          </w:p>
        </w:tc>
        <w:tc>
          <w:tcPr>
            <w:tcW w:w="1019" w:type="dxa"/>
            <w:vMerge w:val="restart"/>
            <w:vAlign w:val="center"/>
          </w:tcPr>
          <w:p w14:paraId="388248C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0.0015</w:t>
            </w:r>
          </w:p>
        </w:tc>
        <w:tc>
          <w:tcPr>
            <w:tcW w:w="1044" w:type="dxa"/>
            <w:vMerge w:val="restart"/>
            <w:vAlign w:val="center"/>
          </w:tcPr>
          <w:p w14:paraId="792FD09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-1.0842</w:t>
            </w:r>
          </w:p>
        </w:tc>
        <w:tc>
          <w:tcPr>
            <w:tcW w:w="1044" w:type="dxa"/>
            <w:vMerge w:val="restart"/>
            <w:vAlign w:val="center"/>
          </w:tcPr>
          <w:p w14:paraId="3A611A5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-1.0603</w:t>
            </w:r>
          </w:p>
        </w:tc>
      </w:tr>
      <w:tr w:rsidR="00497B11" w:rsidRPr="00293828" w14:paraId="5F19149E" w14:textId="77777777" w:rsidTr="009D45BD">
        <w:tc>
          <w:tcPr>
            <w:tcW w:w="982" w:type="dxa"/>
            <w:vMerge/>
          </w:tcPr>
          <w:p w14:paraId="21264B42" w14:textId="77777777" w:rsidR="00497B11" w:rsidRPr="00293828" w:rsidRDefault="00497B11" w:rsidP="00293828">
            <w:pPr>
              <w:rPr>
                <w:rFonts w:ascii="Times New Roman" w:hAnsi="Times New Roman" w:cs="Times New Roman"/>
                <w:szCs w:val="21"/>
              </w:rPr>
            </w:pPr>
          </w:p>
        </w:tc>
        <w:tc>
          <w:tcPr>
            <w:tcW w:w="1125" w:type="dxa"/>
            <w:vAlign w:val="center"/>
          </w:tcPr>
          <w:p w14:paraId="5521E07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197-&gt;207</w:t>
            </w:r>
          </w:p>
        </w:tc>
        <w:tc>
          <w:tcPr>
            <w:tcW w:w="1044" w:type="dxa"/>
            <w:vAlign w:val="center"/>
          </w:tcPr>
          <w:p w14:paraId="0FAE207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0.23547</w:t>
            </w:r>
          </w:p>
        </w:tc>
        <w:tc>
          <w:tcPr>
            <w:tcW w:w="1019" w:type="dxa"/>
            <w:vMerge/>
          </w:tcPr>
          <w:p w14:paraId="2620FF4D" w14:textId="77777777" w:rsidR="00497B11" w:rsidRPr="00293828" w:rsidRDefault="00497B11" w:rsidP="00293828">
            <w:pPr>
              <w:rPr>
                <w:rFonts w:ascii="Times New Roman" w:hAnsi="Times New Roman" w:cs="Times New Roman"/>
                <w:szCs w:val="21"/>
              </w:rPr>
            </w:pPr>
          </w:p>
        </w:tc>
        <w:tc>
          <w:tcPr>
            <w:tcW w:w="1019" w:type="dxa"/>
            <w:vMerge/>
          </w:tcPr>
          <w:p w14:paraId="5AEF0709" w14:textId="77777777" w:rsidR="00497B11" w:rsidRPr="00293828" w:rsidRDefault="00497B11" w:rsidP="00293828">
            <w:pPr>
              <w:rPr>
                <w:rFonts w:ascii="Times New Roman" w:hAnsi="Times New Roman" w:cs="Times New Roman"/>
                <w:szCs w:val="21"/>
              </w:rPr>
            </w:pPr>
          </w:p>
        </w:tc>
        <w:tc>
          <w:tcPr>
            <w:tcW w:w="1019" w:type="dxa"/>
            <w:vMerge/>
          </w:tcPr>
          <w:p w14:paraId="1EEDCAD9" w14:textId="77777777" w:rsidR="00497B11" w:rsidRPr="00293828" w:rsidRDefault="00497B11" w:rsidP="00293828">
            <w:pPr>
              <w:rPr>
                <w:rFonts w:ascii="Times New Roman" w:hAnsi="Times New Roman" w:cs="Times New Roman"/>
                <w:szCs w:val="21"/>
              </w:rPr>
            </w:pPr>
          </w:p>
        </w:tc>
        <w:tc>
          <w:tcPr>
            <w:tcW w:w="1044" w:type="dxa"/>
            <w:vMerge/>
          </w:tcPr>
          <w:p w14:paraId="238BB3DC" w14:textId="77777777" w:rsidR="00497B11" w:rsidRPr="00293828" w:rsidRDefault="00497B11" w:rsidP="00293828">
            <w:pPr>
              <w:rPr>
                <w:rFonts w:ascii="Times New Roman" w:hAnsi="Times New Roman" w:cs="Times New Roman"/>
                <w:szCs w:val="21"/>
              </w:rPr>
            </w:pPr>
          </w:p>
        </w:tc>
        <w:tc>
          <w:tcPr>
            <w:tcW w:w="1044" w:type="dxa"/>
            <w:vMerge/>
          </w:tcPr>
          <w:p w14:paraId="417FCE45" w14:textId="77777777" w:rsidR="00497B11" w:rsidRPr="00293828" w:rsidRDefault="00497B11" w:rsidP="00293828">
            <w:pPr>
              <w:rPr>
                <w:rFonts w:ascii="Times New Roman" w:hAnsi="Times New Roman" w:cs="Times New Roman"/>
                <w:szCs w:val="21"/>
              </w:rPr>
            </w:pPr>
          </w:p>
        </w:tc>
      </w:tr>
    </w:tbl>
    <w:p w14:paraId="6038CC49" w14:textId="77777777" w:rsidR="00497B11" w:rsidRPr="00293828" w:rsidRDefault="00497B11" w:rsidP="00293828">
      <w:pPr>
        <w:spacing w:after="40" w:line="360" w:lineRule="auto"/>
        <w:rPr>
          <w:rFonts w:ascii="Times New Roman" w:hAnsi="Times New Roman" w:cs="Times New Roman"/>
          <w:szCs w:val="21"/>
          <w14:ligatures w14:val="none"/>
        </w:rPr>
      </w:pPr>
      <w:proofErr w:type="spellStart"/>
      <w:r w:rsidRPr="00293828">
        <w:rPr>
          <w:rFonts w:ascii="Times New Roman" w:hAnsi="Times New Roman" w:cs="Times New Roman"/>
          <w:i/>
          <w:iCs/>
          <w:szCs w:val="21"/>
          <w:vertAlign w:val="superscript"/>
          <w14:ligatures w14:val="none"/>
        </w:rPr>
        <w:t>a</w:t>
      </w:r>
      <w:r w:rsidRPr="00293828">
        <w:rPr>
          <w:rFonts w:ascii="Times New Roman" w:hAnsi="Times New Roman" w:cs="Times New Roman"/>
          <w:szCs w:val="21"/>
          <w14:ligatures w14:val="none"/>
        </w:rPr>
        <w:t>Number</w:t>
      </w:r>
      <w:proofErr w:type="spellEnd"/>
      <w:r w:rsidRPr="00293828">
        <w:rPr>
          <w:rFonts w:ascii="Times New Roman" w:hAnsi="Times New Roman" w:cs="Times New Roman"/>
          <w:szCs w:val="21"/>
          <w14:ligatures w14:val="none"/>
        </w:rPr>
        <w:t xml:space="preserve"> of the excited states; </w:t>
      </w:r>
      <w:proofErr w:type="spellStart"/>
      <w:r w:rsidRPr="00293828">
        <w:rPr>
          <w:rFonts w:ascii="Times New Roman" w:hAnsi="Times New Roman" w:cs="Times New Roman"/>
          <w:i/>
          <w:iCs/>
          <w:szCs w:val="21"/>
          <w:vertAlign w:val="superscript"/>
          <w14:ligatures w14:val="none"/>
        </w:rPr>
        <w:t>b</w:t>
      </w:r>
      <w:r w:rsidRPr="00293828">
        <w:rPr>
          <w:rFonts w:ascii="Times New Roman" w:hAnsi="Times New Roman" w:cs="Times New Roman"/>
          <w:szCs w:val="21"/>
          <w14:ligatures w14:val="none"/>
        </w:rPr>
        <w:t>Only</w:t>
      </w:r>
      <w:proofErr w:type="spellEnd"/>
      <w:r w:rsidRPr="00293828">
        <w:rPr>
          <w:rFonts w:ascii="Times New Roman" w:hAnsi="Times New Roman" w:cs="Times New Roman"/>
          <w:szCs w:val="21"/>
          <w14:ligatures w14:val="none"/>
        </w:rPr>
        <w:t xml:space="preserve"> transitions with contribution over </w:t>
      </w:r>
      <w:r w:rsidRPr="00293828">
        <w:rPr>
          <w:rFonts w:ascii="Times New Roman" w:hAnsi="Times New Roman" w:cs="Times New Roman" w:hint="eastAsia"/>
          <w:szCs w:val="21"/>
          <w14:ligatures w14:val="none"/>
        </w:rPr>
        <w:t>10</w:t>
      </w:r>
      <w:r w:rsidRPr="00293828">
        <w:rPr>
          <w:rFonts w:ascii="Times New Roman" w:hAnsi="Times New Roman" w:cs="Times New Roman"/>
          <w:szCs w:val="21"/>
          <w14:ligatures w14:val="none"/>
        </w:rPr>
        <w:t xml:space="preserve">.0% were listed; </w:t>
      </w:r>
      <w:proofErr w:type="spellStart"/>
      <w:r w:rsidRPr="00293828">
        <w:rPr>
          <w:rFonts w:ascii="Times New Roman" w:hAnsi="Times New Roman" w:cs="Times New Roman"/>
          <w:i/>
          <w:iCs/>
          <w:szCs w:val="21"/>
          <w:vertAlign w:val="superscript"/>
          <w14:ligatures w14:val="none"/>
        </w:rPr>
        <w:t>c</w:t>
      </w:r>
      <w:r w:rsidRPr="00293828">
        <w:rPr>
          <w:rFonts w:ascii="Times New Roman" w:hAnsi="Times New Roman" w:cs="Times New Roman"/>
          <w:szCs w:val="21"/>
          <w14:ligatures w14:val="none"/>
        </w:rPr>
        <w:t>Configuration</w:t>
      </w:r>
      <w:proofErr w:type="spellEnd"/>
      <w:r w:rsidRPr="00293828">
        <w:rPr>
          <w:rFonts w:ascii="Times New Roman" w:hAnsi="Times New Roman" w:cs="Times New Roman"/>
          <w:szCs w:val="21"/>
          <w14:ligatures w14:val="none"/>
        </w:rPr>
        <w:t xml:space="preserve">-interaction coefficient; </w:t>
      </w:r>
      <w:proofErr w:type="spellStart"/>
      <w:r w:rsidRPr="00293828">
        <w:rPr>
          <w:rFonts w:ascii="Times New Roman" w:hAnsi="Times New Roman" w:cs="Times New Roman"/>
          <w:i/>
          <w:iCs/>
          <w:szCs w:val="21"/>
          <w:vertAlign w:val="superscript"/>
          <w14:ligatures w14:val="none"/>
        </w:rPr>
        <w:t>d</w:t>
      </w:r>
      <w:r w:rsidRPr="00293828">
        <w:rPr>
          <w:rFonts w:ascii="Times New Roman" w:hAnsi="Times New Roman" w:cs="Times New Roman"/>
          <w:szCs w:val="21"/>
          <w14:ligatures w14:val="none"/>
        </w:rPr>
        <w:t>Excitation</w:t>
      </w:r>
      <w:proofErr w:type="spellEnd"/>
      <w:r w:rsidRPr="00293828">
        <w:rPr>
          <w:rFonts w:ascii="Times New Roman" w:hAnsi="Times New Roman" w:cs="Times New Roman"/>
          <w:szCs w:val="21"/>
          <w14:ligatures w14:val="none"/>
        </w:rPr>
        <w:t xml:space="preserve"> energy; </w:t>
      </w:r>
      <w:proofErr w:type="spellStart"/>
      <w:r w:rsidRPr="00293828">
        <w:rPr>
          <w:rFonts w:ascii="Times New Roman" w:hAnsi="Times New Roman" w:cs="Times New Roman"/>
          <w:i/>
          <w:iCs/>
          <w:szCs w:val="21"/>
          <w:vertAlign w:val="superscript"/>
          <w14:ligatures w14:val="none"/>
        </w:rPr>
        <w:t>e</w:t>
      </w:r>
      <w:r w:rsidRPr="00293828">
        <w:rPr>
          <w:rFonts w:ascii="Times New Roman" w:hAnsi="Times New Roman" w:cs="Times New Roman"/>
          <w:szCs w:val="21"/>
          <w14:ligatures w14:val="none"/>
        </w:rPr>
        <w:t>Wavelength</w:t>
      </w:r>
      <w:proofErr w:type="spellEnd"/>
      <w:r w:rsidRPr="00293828">
        <w:rPr>
          <w:rFonts w:ascii="Times New Roman" w:hAnsi="Times New Roman" w:cs="Times New Roman"/>
          <w:szCs w:val="21"/>
          <w14:ligatures w14:val="none"/>
        </w:rPr>
        <w:t>;</w:t>
      </w:r>
      <w:r w:rsidRPr="00293828">
        <w:rPr>
          <w:rFonts w:ascii="Times New Roman" w:hAnsi="Times New Roman" w:cs="Times New Roman"/>
          <w:i/>
          <w:iCs/>
          <w:szCs w:val="21"/>
          <w:vertAlign w:val="superscript"/>
          <w14:ligatures w14:val="none"/>
        </w:rPr>
        <w:t xml:space="preserve"> </w:t>
      </w:r>
      <w:proofErr w:type="spellStart"/>
      <w:r w:rsidRPr="00293828">
        <w:rPr>
          <w:rFonts w:ascii="Times New Roman" w:hAnsi="Times New Roman" w:cs="Times New Roman"/>
          <w:i/>
          <w:iCs/>
          <w:szCs w:val="21"/>
          <w:vertAlign w:val="superscript"/>
          <w14:ligatures w14:val="none"/>
        </w:rPr>
        <w:t>f</w:t>
      </w:r>
      <w:r w:rsidRPr="00293828">
        <w:rPr>
          <w:rFonts w:ascii="Times New Roman" w:hAnsi="Times New Roman" w:cs="Times New Roman"/>
          <w:szCs w:val="21"/>
          <w14:ligatures w14:val="none"/>
        </w:rPr>
        <w:t>Oscillator</w:t>
      </w:r>
      <w:proofErr w:type="spellEnd"/>
      <w:r w:rsidRPr="00293828">
        <w:rPr>
          <w:rFonts w:ascii="Times New Roman" w:hAnsi="Times New Roman" w:cs="Times New Roman"/>
          <w:szCs w:val="21"/>
          <w14:ligatures w14:val="none"/>
        </w:rPr>
        <w:t xml:space="preserve"> strength; </w:t>
      </w:r>
      <w:proofErr w:type="spellStart"/>
      <w:r w:rsidRPr="00293828">
        <w:rPr>
          <w:rFonts w:ascii="Times New Roman" w:hAnsi="Times New Roman" w:cs="Times New Roman"/>
          <w:i/>
          <w:iCs/>
          <w:szCs w:val="21"/>
          <w:vertAlign w:val="superscript"/>
          <w14:ligatures w14:val="none"/>
        </w:rPr>
        <w:t>g</w:t>
      </w:r>
      <w:r w:rsidRPr="00293828">
        <w:rPr>
          <w:rFonts w:ascii="Times New Roman" w:hAnsi="Times New Roman" w:cs="Times New Roman"/>
          <w:szCs w:val="21"/>
          <w14:ligatures w14:val="none"/>
        </w:rPr>
        <w:t>Rotatory</w:t>
      </w:r>
      <w:proofErr w:type="spellEnd"/>
      <w:r w:rsidRPr="00293828">
        <w:rPr>
          <w:rFonts w:ascii="Times New Roman" w:hAnsi="Times New Roman" w:cs="Times New Roman"/>
          <w:szCs w:val="21"/>
          <w14:ligatures w14:val="none"/>
        </w:rPr>
        <w:t xml:space="preserve"> strength in velocity form (10</w:t>
      </w:r>
      <w:r w:rsidRPr="00293828">
        <w:rPr>
          <w:rFonts w:ascii="Times New Roman" w:hAnsi="Times New Roman" w:cs="Times New Roman"/>
          <w:szCs w:val="21"/>
          <w:vertAlign w:val="superscript"/>
          <w14:ligatures w14:val="none"/>
        </w:rPr>
        <w:t>-40</w:t>
      </w:r>
      <w:r w:rsidRPr="00293828">
        <w:rPr>
          <w:rFonts w:ascii="Times New Roman" w:hAnsi="Times New Roman" w:cs="Times New Roman"/>
          <w:szCs w:val="21"/>
          <w14:ligatures w14:val="none"/>
        </w:rPr>
        <w:t xml:space="preserve"> cgs); </w:t>
      </w:r>
      <w:proofErr w:type="spellStart"/>
      <w:r w:rsidRPr="00293828">
        <w:rPr>
          <w:rFonts w:ascii="Times New Roman" w:hAnsi="Times New Roman" w:cs="Times New Roman"/>
          <w:i/>
          <w:iCs/>
          <w:szCs w:val="21"/>
          <w:vertAlign w:val="superscript"/>
          <w14:ligatures w14:val="none"/>
        </w:rPr>
        <w:t>h</w:t>
      </w:r>
      <w:r w:rsidRPr="00293828">
        <w:rPr>
          <w:rFonts w:ascii="Times New Roman" w:hAnsi="Times New Roman" w:cs="Times New Roman"/>
          <w:szCs w:val="21"/>
          <w14:ligatures w14:val="none"/>
        </w:rPr>
        <w:t>Rotatory</w:t>
      </w:r>
      <w:proofErr w:type="spellEnd"/>
      <w:r w:rsidRPr="00293828">
        <w:rPr>
          <w:rFonts w:ascii="Times New Roman" w:hAnsi="Times New Roman" w:cs="Times New Roman"/>
          <w:szCs w:val="21"/>
          <w14:ligatures w14:val="none"/>
        </w:rPr>
        <w:t xml:space="preserve"> strength in length form (10</w:t>
      </w:r>
      <w:r w:rsidRPr="00293828">
        <w:rPr>
          <w:rFonts w:ascii="Times New Roman" w:hAnsi="Times New Roman" w:cs="Times New Roman"/>
          <w:szCs w:val="21"/>
          <w:vertAlign w:val="superscript"/>
          <w14:ligatures w14:val="none"/>
        </w:rPr>
        <w:t>-40</w:t>
      </w:r>
      <w:r w:rsidRPr="00293828">
        <w:rPr>
          <w:rFonts w:ascii="Times New Roman" w:hAnsi="Times New Roman" w:cs="Times New Roman"/>
          <w:szCs w:val="21"/>
          <w14:ligatures w14:val="none"/>
        </w:rPr>
        <w:t xml:space="preserve"> cgs).</w:t>
      </w:r>
    </w:p>
    <w:p w14:paraId="7E01F305" w14:textId="77777777" w:rsidR="00497B11" w:rsidRPr="00293828" w:rsidRDefault="00497B11" w:rsidP="00293828">
      <w:pPr>
        <w:spacing w:line="360" w:lineRule="auto"/>
        <w:rPr>
          <w:rFonts w:ascii="Times New Roman" w:hAnsi="Times New Roman" w:cs="Times New Roman"/>
          <w:szCs w:val="21"/>
          <w14:ligatures w14:val="none"/>
        </w:rPr>
      </w:pPr>
    </w:p>
    <w:p w14:paraId="2BD4F33D" w14:textId="77777777" w:rsidR="00497B11" w:rsidRPr="00293828" w:rsidRDefault="00497B11" w:rsidP="00293828">
      <w:pPr>
        <w:spacing w:line="360" w:lineRule="auto"/>
        <w:rPr>
          <w:rFonts w:ascii="Times New Roman" w:hAnsi="Times New Roman" w:cs="Times New Roman"/>
          <w:szCs w:val="21"/>
          <w14:ligatures w14:val="none"/>
        </w:rPr>
      </w:pPr>
      <w:r w:rsidRPr="009A52A7">
        <w:rPr>
          <w:rFonts w:ascii="Times New Roman" w:hAnsi="Times New Roman" w:cs="Times New Roman"/>
          <w:b/>
          <w:bCs/>
          <w:szCs w:val="21"/>
          <w14:ligatures w14:val="none"/>
        </w:rPr>
        <w:t>Table S</w:t>
      </w:r>
      <w:r w:rsidRPr="009A52A7">
        <w:rPr>
          <w:rFonts w:ascii="Times New Roman" w:hAnsi="Times New Roman" w:cs="Times New Roman" w:hint="eastAsia"/>
          <w:b/>
          <w:bCs/>
          <w:szCs w:val="21"/>
          <w14:ligatures w14:val="none"/>
        </w:rPr>
        <w:t>8</w:t>
      </w:r>
      <w:r w:rsidRPr="009A52A7">
        <w:rPr>
          <w:rFonts w:ascii="Times New Roman" w:hAnsi="Times New Roman" w:cs="Times New Roman"/>
          <w:szCs w:val="21"/>
          <w14:ligatures w14:val="none"/>
        </w:rPr>
        <w:t xml:space="preserve"> K</w:t>
      </w:r>
      <w:r w:rsidRPr="00293828">
        <w:rPr>
          <w:rFonts w:ascii="Times New Roman" w:hAnsi="Times New Roman" w:cs="Times New Roman"/>
          <w:szCs w:val="21"/>
          <w14:ligatures w14:val="none"/>
        </w:rPr>
        <w:t xml:space="preserve">ey transitions, oscillator strengths, and rotatory strengths in the ECD spectrum of conformer </w:t>
      </w:r>
      <w:r w:rsidRPr="00293828">
        <w:rPr>
          <w:rFonts w:ascii="Times New Roman" w:hAnsi="Times New Roman" w:cs="Times New Roman" w:hint="eastAsia"/>
          <w:b/>
          <w:bCs/>
          <w:szCs w:val="21"/>
          <w14:ligatures w14:val="none"/>
        </w:rPr>
        <w:t>4A</w:t>
      </w:r>
      <w:r w:rsidRPr="00293828">
        <w:rPr>
          <w:rFonts w:ascii="Times New Roman" w:hAnsi="Times New Roman" w:cs="Times New Roman"/>
          <w:b/>
          <w:bCs/>
          <w:szCs w:val="21"/>
          <w14:ligatures w14:val="none"/>
        </w:rPr>
        <w:t>-1</w:t>
      </w:r>
      <w:r w:rsidRPr="00293828">
        <w:rPr>
          <w:rFonts w:ascii="Times New Roman" w:hAnsi="Times New Roman" w:cs="Times New Roman"/>
          <w:szCs w:val="21"/>
          <w14:ligatures w14:val="none"/>
        </w:rPr>
        <w:t xml:space="preserve"> at the </w:t>
      </w:r>
      <w:r w:rsidRPr="00293828">
        <w:rPr>
          <w:rFonts w:ascii="Times New Roman" w:hAnsi="Times New Roman" w:cs="Times New Roman" w:hint="eastAsia"/>
          <w:szCs w:val="21"/>
          <w14:ligatures w14:val="none"/>
        </w:rPr>
        <w:t>CAM-B3LYP</w:t>
      </w:r>
      <w:r w:rsidRPr="00293828">
        <w:rPr>
          <w:rFonts w:ascii="Times New Roman" w:hAnsi="Times New Roman" w:cs="Times New Roman"/>
          <w:szCs w:val="21"/>
          <w14:ligatures w14:val="none"/>
        </w:rPr>
        <w:t>/6-311+G(</w:t>
      </w:r>
      <w:r w:rsidRPr="00293828">
        <w:rPr>
          <w:rFonts w:ascii="Times New Roman" w:hAnsi="Times New Roman" w:cs="Times New Roman" w:hint="eastAsia"/>
          <w:szCs w:val="21"/>
          <w14:ligatures w14:val="none"/>
        </w:rPr>
        <w:t>2</w:t>
      </w:r>
      <w:proofErr w:type="gramStart"/>
      <w:r w:rsidRPr="00293828">
        <w:rPr>
          <w:rFonts w:ascii="Times New Roman" w:hAnsi="Times New Roman" w:cs="Times New Roman"/>
          <w:szCs w:val="21"/>
          <w14:ligatures w14:val="none"/>
        </w:rPr>
        <w:t>d,p</w:t>
      </w:r>
      <w:proofErr w:type="gramEnd"/>
      <w:r w:rsidRPr="00293828">
        <w:rPr>
          <w:rFonts w:ascii="Times New Roman" w:hAnsi="Times New Roman" w:cs="Times New Roman"/>
          <w:szCs w:val="21"/>
          <w14:ligatures w14:val="none"/>
        </w:rPr>
        <w:t>) level of theory in MeOH with IEFPCM solvent model.</w:t>
      </w:r>
    </w:p>
    <w:tbl>
      <w:tblPr>
        <w:tblStyle w:val="ad"/>
        <w:tblW w:w="0" w:type="auto"/>
        <w:tblLook w:val="04A0" w:firstRow="1" w:lastRow="0" w:firstColumn="1" w:lastColumn="0" w:noHBand="0" w:noVBand="1"/>
      </w:tblPr>
      <w:tblGrid>
        <w:gridCol w:w="978"/>
        <w:gridCol w:w="1150"/>
        <w:gridCol w:w="1041"/>
        <w:gridCol w:w="1015"/>
        <w:gridCol w:w="1015"/>
        <w:gridCol w:w="1015"/>
        <w:gridCol w:w="1041"/>
        <w:gridCol w:w="1041"/>
      </w:tblGrid>
      <w:tr w:rsidR="00497B11" w:rsidRPr="00293828" w14:paraId="5CF6C268" w14:textId="77777777" w:rsidTr="009D45BD">
        <w:trPr>
          <w:tblHeader/>
        </w:trPr>
        <w:tc>
          <w:tcPr>
            <w:tcW w:w="982" w:type="dxa"/>
            <w:vAlign w:val="center"/>
          </w:tcPr>
          <w:p w14:paraId="23843EB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Num</w:t>
            </w:r>
            <w:r w:rsidRPr="00293828">
              <w:rPr>
                <w:rFonts w:ascii="Times New Roman" w:hAnsi="Times New Roman" w:cs="Times New Roman"/>
                <w:i/>
                <w:iCs/>
                <w:szCs w:val="21"/>
                <w:vertAlign w:val="superscript"/>
              </w:rPr>
              <w:t>a</w:t>
            </w:r>
          </w:p>
        </w:tc>
        <w:tc>
          <w:tcPr>
            <w:tcW w:w="1125" w:type="dxa"/>
            <w:vAlign w:val="center"/>
          </w:tcPr>
          <w:p w14:paraId="23666D8A" w14:textId="77777777" w:rsidR="00497B11" w:rsidRPr="00293828" w:rsidRDefault="00497B11" w:rsidP="00293828">
            <w:pPr>
              <w:jc w:val="center"/>
              <w:rPr>
                <w:rFonts w:ascii="Times New Roman" w:hAnsi="Times New Roman" w:cs="Times New Roman"/>
                <w:szCs w:val="21"/>
              </w:rPr>
            </w:pPr>
            <w:proofErr w:type="spellStart"/>
            <w:r w:rsidRPr="00293828">
              <w:rPr>
                <w:rFonts w:ascii="Times New Roman" w:hAnsi="Times New Roman" w:cs="Times New Roman"/>
                <w:i/>
                <w:iCs/>
                <w:szCs w:val="21"/>
              </w:rPr>
              <w:t>Transition</w:t>
            </w:r>
            <w:r w:rsidRPr="00293828">
              <w:rPr>
                <w:rFonts w:ascii="Times New Roman" w:hAnsi="Times New Roman" w:cs="Times New Roman"/>
                <w:i/>
                <w:iCs/>
                <w:szCs w:val="21"/>
                <w:vertAlign w:val="superscript"/>
              </w:rPr>
              <w:t>b</w:t>
            </w:r>
            <w:proofErr w:type="spellEnd"/>
          </w:p>
        </w:tc>
        <w:tc>
          <w:tcPr>
            <w:tcW w:w="1044" w:type="dxa"/>
            <w:vAlign w:val="center"/>
          </w:tcPr>
          <w:p w14:paraId="2B84FB0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CI-</w:t>
            </w:r>
            <w:proofErr w:type="spellStart"/>
            <w:r w:rsidRPr="00293828">
              <w:rPr>
                <w:rFonts w:ascii="Times New Roman" w:hAnsi="Times New Roman" w:cs="Times New Roman"/>
                <w:i/>
                <w:iCs/>
                <w:szCs w:val="21"/>
              </w:rPr>
              <w:t>coeff</w:t>
            </w:r>
            <w:r w:rsidRPr="00293828">
              <w:rPr>
                <w:rFonts w:ascii="Times New Roman" w:hAnsi="Times New Roman" w:cs="Times New Roman"/>
                <w:i/>
                <w:iCs/>
                <w:szCs w:val="21"/>
                <w:vertAlign w:val="superscript"/>
              </w:rPr>
              <w:t>b</w:t>
            </w:r>
            <w:proofErr w:type="spellEnd"/>
          </w:p>
        </w:tc>
        <w:tc>
          <w:tcPr>
            <w:tcW w:w="1019" w:type="dxa"/>
            <w:vAlign w:val="center"/>
          </w:tcPr>
          <w:p w14:paraId="27A0439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ΔE (eV)</w:t>
            </w:r>
            <w:r w:rsidRPr="00293828">
              <w:rPr>
                <w:rFonts w:ascii="Times New Roman" w:hAnsi="Times New Roman" w:cs="Times New Roman"/>
                <w:i/>
                <w:iCs/>
                <w:szCs w:val="21"/>
                <w:vertAlign w:val="superscript"/>
              </w:rPr>
              <w:t>d</w:t>
            </w:r>
          </w:p>
        </w:tc>
        <w:tc>
          <w:tcPr>
            <w:tcW w:w="1019" w:type="dxa"/>
            <w:vAlign w:val="center"/>
          </w:tcPr>
          <w:p w14:paraId="4A4CF8B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λ (nm)</w:t>
            </w:r>
            <w:r w:rsidRPr="00293828">
              <w:rPr>
                <w:rFonts w:ascii="Times New Roman" w:hAnsi="Times New Roman" w:cs="Times New Roman"/>
                <w:i/>
                <w:iCs/>
                <w:szCs w:val="21"/>
                <w:vertAlign w:val="superscript"/>
              </w:rPr>
              <w:t>e</w:t>
            </w:r>
          </w:p>
        </w:tc>
        <w:tc>
          <w:tcPr>
            <w:tcW w:w="1019" w:type="dxa"/>
            <w:vAlign w:val="center"/>
          </w:tcPr>
          <w:p w14:paraId="05EDE1D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f</w:t>
            </w:r>
            <w:r w:rsidRPr="00293828">
              <w:rPr>
                <w:rFonts w:ascii="Times New Roman" w:hAnsi="Times New Roman" w:cs="Times New Roman"/>
                <w:i/>
                <w:iCs/>
                <w:szCs w:val="21"/>
                <w:vertAlign w:val="superscript"/>
              </w:rPr>
              <w:t>f</w:t>
            </w:r>
          </w:p>
        </w:tc>
        <w:tc>
          <w:tcPr>
            <w:tcW w:w="1044" w:type="dxa"/>
            <w:vAlign w:val="center"/>
          </w:tcPr>
          <w:p w14:paraId="11FEB846" w14:textId="77777777" w:rsidR="00497B11" w:rsidRPr="00293828" w:rsidRDefault="00497B11" w:rsidP="00293828">
            <w:pPr>
              <w:jc w:val="center"/>
              <w:rPr>
                <w:rFonts w:ascii="Times New Roman" w:hAnsi="Times New Roman" w:cs="Times New Roman"/>
                <w:szCs w:val="21"/>
              </w:rPr>
            </w:pPr>
            <w:proofErr w:type="spellStart"/>
            <w:r w:rsidRPr="00293828">
              <w:rPr>
                <w:rFonts w:ascii="Times New Roman" w:hAnsi="Times New Roman" w:cs="Times New Roman"/>
                <w:i/>
                <w:iCs/>
                <w:szCs w:val="21"/>
              </w:rPr>
              <w:t>R</w:t>
            </w:r>
            <w:r w:rsidRPr="00293828">
              <w:rPr>
                <w:rFonts w:ascii="Times New Roman" w:hAnsi="Times New Roman" w:cs="Times New Roman"/>
                <w:i/>
                <w:iCs/>
                <w:szCs w:val="21"/>
                <w:vertAlign w:val="subscript"/>
              </w:rPr>
              <w:t>vel</w:t>
            </w:r>
            <w:r w:rsidRPr="00293828">
              <w:rPr>
                <w:rFonts w:ascii="Times New Roman" w:hAnsi="Times New Roman" w:cs="Times New Roman"/>
                <w:i/>
                <w:iCs/>
                <w:szCs w:val="21"/>
                <w:vertAlign w:val="superscript"/>
              </w:rPr>
              <w:t>g</w:t>
            </w:r>
            <w:proofErr w:type="spellEnd"/>
          </w:p>
        </w:tc>
        <w:tc>
          <w:tcPr>
            <w:tcW w:w="1044" w:type="dxa"/>
            <w:vAlign w:val="center"/>
          </w:tcPr>
          <w:p w14:paraId="73F018DD" w14:textId="77777777" w:rsidR="00497B11" w:rsidRPr="00293828" w:rsidRDefault="00497B11" w:rsidP="00293828">
            <w:pPr>
              <w:jc w:val="center"/>
              <w:rPr>
                <w:rFonts w:ascii="Times New Roman" w:hAnsi="Times New Roman" w:cs="Times New Roman"/>
                <w:szCs w:val="21"/>
              </w:rPr>
            </w:pPr>
            <w:proofErr w:type="spellStart"/>
            <w:r w:rsidRPr="00293828">
              <w:rPr>
                <w:rFonts w:ascii="Times New Roman" w:hAnsi="Times New Roman" w:cs="Times New Roman"/>
                <w:i/>
                <w:iCs/>
                <w:szCs w:val="21"/>
              </w:rPr>
              <w:t>R</w:t>
            </w:r>
            <w:r w:rsidRPr="00293828">
              <w:rPr>
                <w:rFonts w:ascii="Times New Roman" w:hAnsi="Times New Roman" w:cs="Times New Roman"/>
                <w:i/>
                <w:iCs/>
                <w:szCs w:val="21"/>
                <w:vertAlign w:val="subscript"/>
              </w:rPr>
              <w:t>len</w:t>
            </w:r>
            <w:r w:rsidRPr="00293828">
              <w:rPr>
                <w:rFonts w:ascii="Times New Roman" w:hAnsi="Times New Roman" w:cs="Times New Roman"/>
                <w:i/>
                <w:iCs/>
                <w:szCs w:val="21"/>
                <w:vertAlign w:val="superscript"/>
              </w:rPr>
              <w:t>h</w:t>
            </w:r>
            <w:proofErr w:type="spellEnd"/>
          </w:p>
        </w:tc>
      </w:tr>
      <w:tr w:rsidR="00497B11" w:rsidRPr="00293828" w14:paraId="3AD5712F" w14:textId="77777777" w:rsidTr="009D45BD">
        <w:tc>
          <w:tcPr>
            <w:tcW w:w="982" w:type="dxa"/>
            <w:vMerge w:val="restart"/>
            <w:vAlign w:val="center"/>
          </w:tcPr>
          <w:p w14:paraId="018CEDD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w:t>
            </w:r>
          </w:p>
        </w:tc>
        <w:tc>
          <w:tcPr>
            <w:tcW w:w="1125" w:type="dxa"/>
            <w:vAlign w:val="center"/>
          </w:tcPr>
          <w:p w14:paraId="168C433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203-&gt;207</w:t>
            </w:r>
          </w:p>
        </w:tc>
        <w:tc>
          <w:tcPr>
            <w:tcW w:w="1044" w:type="dxa"/>
            <w:vAlign w:val="center"/>
          </w:tcPr>
          <w:p w14:paraId="1DFA879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0.28624</w:t>
            </w:r>
          </w:p>
        </w:tc>
        <w:tc>
          <w:tcPr>
            <w:tcW w:w="1019" w:type="dxa"/>
            <w:vMerge w:val="restart"/>
            <w:vAlign w:val="center"/>
          </w:tcPr>
          <w:p w14:paraId="2F309A9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3.9809</w:t>
            </w:r>
          </w:p>
        </w:tc>
        <w:tc>
          <w:tcPr>
            <w:tcW w:w="1019" w:type="dxa"/>
            <w:vMerge w:val="restart"/>
            <w:vAlign w:val="center"/>
          </w:tcPr>
          <w:p w14:paraId="76A65B5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311.45</w:t>
            </w:r>
          </w:p>
        </w:tc>
        <w:tc>
          <w:tcPr>
            <w:tcW w:w="1019" w:type="dxa"/>
            <w:vMerge w:val="restart"/>
            <w:vAlign w:val="center"/>
          </w:tcPr>
          <w:p w14:paraId="670A222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0.0004</w:t>
            </w:r>
          </w:p>
        </w:tc>
        <w:tc>
          <w:tcPr>
            <w:tcW w:w="1044" w:type="dxa"/>
            <w:vMerge w:val="restart"/>
            <w:vAlign w:val="center"/>
          </w:tcPr>
          <w:p w14:paraId="0ACE289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15.1555</w:t>
            </w:r>
          </w:p>
        </w:tc>
        <w:tc>
          <w:tcPr>
            <w:tcW w:w="1044" w:type="dxa"/>
            <w:vMerge w:val="restart"/>
            <w:vAlign w:val="center"/>
          </w:tcPr>
          <w:p w14:paraId="21F7CF3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15.2253</w:t>
            </w:r>
          </w:p>
        </w:tc>
      </w:tr>
      <w:tr w:rsidR="00497B11" w:rsidRPr="00293828" w14:paraId="4915EA84" w14:textId="77777777" w:rsidTr="009D45BD">
        <w:tc>
          <w:tcPr>
            <w:tcW w:w="982" w:type="dxa"/>
            <w:vMerge/>
          </w:tcPr>
          <w:p w14:paraId="2963E9BF" w14:textId="77777777" w:rsidR="00497B11" w:rsidRPr="00293828" w:rsidRDefault="00497B11" w:rsidP="00293828">
            <w:pPr>
              <w:rPr>
                <w:rFonts w:ascii="Times New Roman" w:hAnsi="Times New Roman" w:cs="Times New Roman"/>
                <w:szCs w:val="21"/>
              </w:rPr>
            </w:pPr>
          </w:p>
        </w:tc>
        <w:tc>
          <w:tcPr>
            <w:tcW w:w="1125" w:type="dxa"/>
            <w:vAlign w:val="center"/>
          </w:tcPr>
          <w:p w14:paraId="790B1DC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205-&gt;206</w:t>
            </w:r>
          </w:p>
        </w:tc>
        <w:tc>
          <w:tcPr>
            <w:tcW w:w="1044" w:type="dxa"/>
            <w:vAlign w:val="center"/>
          </w:tcPr>
          <w:p w14:paraId="3A82298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0.60884</w:t>
            </w:r>
          </w:p>
        </w:tc>
        <w:tc>
          <w:tcPr>
            <w:tcW w:w="1019" w:type="dxa"/>
            <w:vMerge/>
          </w:tcPr>
          <w:p w14:paraId="2E7F9F12" w14:textId="77777777" w:rsidR="00497B11" w:rsidRPr="00293828" w:rsidRDefault="00497B11" w:rsidP="00293828">
            <w:pPr>
              <w:rPr>
                <w:rFonts w:ascii="Times New Roman" w:hAnsi="Times New Roman" w:cs="Times New Roman"/>
                <w:szCs w:val="21"/>
              </w:rPr>
            </w:pPr>
          </w:p>
        </w:tc>
        <w:tc>
          <w:tcPr>
            <w:tcW w:w="1019" w:type="dxa"/>
            <w:vMerge/>
          </w:tcPr>
          <w:p w14:paraId="71064184" w14:textId="77777777" w:rsidR="00497B11" w:rsidRPr="00293828" w:rsidRDefault="00497B11" w:rsidP="00293828">
            <w:pPr>
              <w:rPr>
                <w:rFonts w:ascii="Times New Roman" w:hAnsi="Times New Roman" w:cs="Times New Roman"/>
                <w:szCs w:val="21"/>
              </w:rPr>
            </w:pPr>
          </w:p>
        </w:tc>
        <w:tc>
          <w:tcPr>
            <w:tcW w:w="1019" w:type="dxa"/>
            <w:vMerge/>
          </w:tcPr>
          <w:p w14:paraId="180C45D7" w14:textId="77777777" w:rsidR="00497B11" w:rsidRPr="00293828" w:rsidRDefault="00497B11" w:rsidP="00293828">
            <w:pPr>
              <w:rPr>
                <w:rFonts w:ascii="Times New Roman" w:hAnsi="Times New Roman" w:cs="Times New Roman"/>
                <w:szCs w:val="21"/>
              </w:rPr>
            </w:pPr>
          </w:p>
        </w:tc>
        <w:tc>
          <w:tcPr>
            <w:tcW w:w="1044" w:type="dxa"/>
            <w:vMerge/>
          </w:tcPr>
          <w:p w14:paraId="29DFF757" w14:textId="77777777" w:rsidR="00497B11" w:rsidRPr="00293828" w:rsidRDefault="00497B11" w:rsidP="00293828">
            <w:pPr>
              <w:rPr>
                <w:rFonts w:ascii="Times New Roman" w:hAnsi="Times New Roman" w:cs="Times New Roman"/>
                <w:szCs w:val="21"/>
              </w:rPr>
            </w:pPr>
          </w:p>
        </w:tc>
        <w:tc>
          <w:tcPr>
            <w:tcW w:w="1044" w:type="dxa"/>
            <w:vMerge/>
          </w:tcPr>
          <w:p w14:paraId="10207ADB" w14:textId="77777777" w:rsidR="00497B11" w:rsidRPr="00293828" w:rsidRDefault="00497B11" w:rsidP="00293828">
            <w:pPr>
              <w:rPr>
                <w:rFonts w:ascii="Times New Roman" w:hAnsi="Times New Roman" w:cs="Times New Roman"/>
                <w:szCs w:val="21"/>
              </w:rPr>
            </w:pPr>
          </w:p>
        </w:tc>
      </w:tr>
      <w:tr w:rsidR="00497B11" w:rsidRPr="00293828" w14:paraId="45D457AD" w14:textId="77777777" w:rsidTr="009D45BD">
        <w:tc>
          <w:tcPr>
            <w:tcW w:w="982" w:type="dxa"/>
            <w:vMerge w:val="restart"/>
            <w:vAlign w:val="center"/>
          </w:tcPr>
          <w:p w14:paraId="68D2A45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w:t>
            </w:r>
          </w:p>
        </w:tc>
        <w:tc>
          <w:tcPr>
            <w:tcW w:w="1125" w:type="dxa"/>
            <w:vAlign w:val="center"/>
          </w:tcPr>
          <w:p w14:paraId="73F6938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203-&gt;206</w:t>
            </w:r>
          </w:p>
        </w:tc>
        <w:tc>
          <w:tcPr>
            <w:tcW w:w="1044" w:type="dxa"/>
            <w:vAlign w:val="center"/>
          </w:tcPr>
          <w:p w14:paraId="5585EB7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0.50323</w:t>
            </w:r>
          </w:p>
        </w:tc>
        <w:tc>
          <w:tcPr>
            <w:tcW w:w="1019" w:type="dxa"/>
            <w:vMerge w:val="restart"/>
            <w:vAlign w:val="center"/>
          </w:tcPr>
          <w:p w14:paraId="0DA837F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4.2145</w:t>
            </w:r>
          </w:p>
        </w:tc>
        <w:tc>
          <w:tcPr>
            <w:tcW w:w="1019" w:type="dxa"/>
            <w:vMerge w:val="restart"/>
            <w:vAlign w:val="center"/>
          </w:tcPr>
          <w:p w14:paraId="0978980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294.19</w:t>
            </w:r>
          </w:p>
        </w:tc>
        <w:tc>
          <w:tcPr>
            <w:tcW w:w="1019" w:type="dxa"/>
            <w:vMerge w:val="restart"/>
            <w:vAlign w:val="center"/>
          </w:tcPr>
          <w:p w14:paraId="726C804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0.0000</w:t>
            </w:r>
          </w:p>
        </w:tc>
        <w:tc>
          <w:tcPr>
            <w:tcW w:w="1044" w:type="dxa"/>
            <w:vMerge w:val="restart"/>
            <w:vAlign w:val="center"/>
          </w:tcPr>
          <w:p w14:paraId="4782382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3.4006</w:t>
            </w:r>
          </w:p>
        </w:tc>
        <w:tc>
          <w:tcPr>
            <w:tcW w:w="1044" w:type="dxa"/>
            <w:vMerge w:val="restart"/>
            <w:vAlign w:val="center"/>
          </w:tcPr>
          <w:p w14:paraId="69B0FC8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3.5737</w:t>
            </w:r>
          </w:p>
        </w:tc>
      </w:tr>
      <w:tr w:rsidR="00497B11" w:rsidRPr="00293828" w14:paraId="1F17654B" w14:textId="77777777" w:rsidTr="009D45BD">
        <w:tc>
          <w:tcPr>
            <w:tcW w:w="982" w:type="dxa"/>
            <w:vMerge/>
          </w:tcPr>
          <w:p w14:paraId="7E346E1F" w14:textId="77777777" w:rsidR="00497B11" w:rsidRPr="00293828" w:rsidRDefault="00497B11" w:rsidP="00293828">
            <w:pPr>
              <w:rPr>
                <w:rFonts w:ascii="Times New Roman" w:hAnsi="Times New Roman" w:cs="Times New Roman"/>
                <w:szCs w:val="21"/>
              </w:rPr>
            </w:pPr>
          </w:p>
        </w:tc>
        <w:tc>
          <w:tcPr>
            <w:tcW w:w="1125" w:type="dxa"/>
            <w:vAlign w:val="center"/>
          </w:tcPr>
          <w:p w14:paraId="3C71992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205-&gt;207</w:t>
            </w:r>
          </w:p>
        </w:tc>
        <w:tc>
          <w:tcPr>
            <w:tcW w:w="1044" w:type="dxa"/>
            <w:vAlign w:val="center"/>
          </w:tcPr>
          <w:p w14:paraId="6D0CD9E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0.41466</w:t>
            </w:r>
          </w:p>
        </w:tc>
        <w:tc>
          <w:tcPr>
            <w:tcW w:w="1019" w:type="dxa"/>
            <w:vMerge/>
          </w:tcPr>
          <w:p w14:paraId="2110A5B3" w14:textId="77777777" w:rsidR="00497B11" w:rsidRPr="00293828" w:rsidRDefault="00497B11" w:rsidP="00293828">
            <w:pPr>
              <w:rPr>
                <w:rFonts w:ascii="Times New Roman" w:hAnsi="Times New Roman" w:cs="Times New Roman"/>
                <w:szCs w:val="21"/>
              </w:rPr>
            </w:pPr>
          </w:p>
        </w:tc>
        <w:tc>
          <w:tcPr>
            <w:tcW w:w="1019" w:type="dxa"/>
            <w:vMerge/>
          </w:tcPr>
          <w:p w14:paraId="16B186CB" w14:textId="77777777" w:rsidR="00497B11" w:rsidRPr="00293828" w:rsidRDefault="00497B11" w:rsidP="00293828">
            <w:pPr>
              <w:rPr>
                <w:rFonts w:ascii="Times New Roman" w:hAnsi="Times New Roman" w:cs="Times New Roman"/>
                <w:szCs w:val="21"/>
              </w:rPr>
            </w:pPr>
          </w:p>
        </w:tc>
        <w:tc>
          <w:tcPr>
            <w:tcW w:w="1019" w:type="dxa"/>
            <w:vMerge/>
          </w:tcPr>
          <w:p w14:paraId="338CC727" w14:textId="77777777" w:rsidR="00497B11" w:rsidRPr="00293828" w:rsidRDefault="00497B11" w:rsidP="00293828">
            <w:pPr>
              <w:rPr>
                <w:rFonts w:ascii="Times New Roman" w:hAnsi="Times New Roman" w:cs="Times New Roman"/>
                <w:szCs w:val="21"/>
              </w:rPr>
            </w:pPr>
          </w:p>
        </w:tc>
        <w:tc>
          <w:tcPr>
            <w:tcW w:w="1044" w:type="dxa"/>
            <w:vMerge/>
          </w:tcPr>
          <w:p w14:paraId="3AC0FFDB" w14:textId="77777777" w:rsidR="00497B11" w:rsidRPr="00293828" w:rsidRDefault="00497B11" w:rsidP="00293828">
            <w:pPr>
              <w:rPr>
                <w:rFonts w:ascii="Times New Roman" w:hAnsi="Times New Roman" w:cs="Times New Roman"/>
                <w:szCs w:val="21"/>
              </w:rPr>
            </w:pPr>
          </w:p>
        </w:tc>
        <w:tc>
          <w:tcPr>
            <w:tcW w:w="1044" w:type="dxa"/>
            <w:vMerge/>
          </w:tcPr>
          <w:p w14:paraId="1924427D" w14:textId="77777777" w:rsidR="00497B11" w:rsidRPr="00293828" w:rsidRDefault="00497B11" w:rsidP="00293828">
            <w:pPr>
              <w:rPr>
                <w:rFonts w:ascii="Times New Roman" w:hAnsi="Times New Roman" w:cs="Times New Roman"/>
                <w:szCs w:val="21"/>
              </w:rPr>
            </w:pPr>
          </w:p>
        </w:tc>
      </w:tr>
      <w:tr w:rsidR="00497B11" w:rsidRPr="00293828" w14:paraId="409DFCB2" w14:textId="77777777" w:rsidTr="009D45BD">
        <w:tc>
          <w:tcPr>
            <w:tcW w:w="982" w:type="dxa"/>
            <w:vMerge w:val="restart"/>
            <w:vAlign w:val="center"/>
          </w:tcPr>
          <w:p w14:paraId="5F95A45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w:t>
            </w:r>
          </w:p>
        </w:tc>
        <w:tc>
          <w:tcPr>
            <w:tcW w:w="1125" w:type="dxa"/>
            <w:vAlign w:val="center"/>
          </w:tcPr>
          <w:p w14:paraId="0ACEA35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198-&gt;212</w:t>
            </w:r>
          </w:p>
        </w:tc>
        <w:tc>
          <w:tcPr>
            <w:tcW w:w="1044" w:type="dxa"/>
            <w:vAlign w:val="center"/>
          </w:tcPr>
          <w:p w14:paraId="345D964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0.22273</w:t>
            </w:r>
          </w:p>
        </w:tc>
        <w:tc>
          <w:tcPr>
            <w:tcW w:w="1019" w:type="dxa"/>
            <w:vMerge w:val="restart"/>
            <w:vAlign w:val="center"/>
          </w:tcPr>
          <w:p w14:paraId="055BE35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5.6690</w:t>
            </w:r>
          </w:p>
        </w:tc>
        <w:tc>
          <w:tcPr>
            <w:tcW w:w="1019" w:type="dxa"/>
            <w:vMerge w:val="restart"/>
            <w:vAlign w:val="center"/>
          </w:tcPr>
          <w:p w14:paraId="312C37A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218.70</w:t>
            </w:r>
          </w:p>
        </w:tc>
        <w:tc>
          <w:tcPr>
            <w:tcW w:w="1019" w:type="dxa"/>
            <w:vMerge w:val="restart"/>
            <w:vAlign w:val="center"/>
          </w:tcPr>
          <w:p w14:paraId="085FAF0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0.0002</w:t>
            </w:r>
          </w:p>
        </w:tc>
        <w:tc>
          <w:tcPr>
            <w:tcW w:w="1044" w:type="dxa"/>
            <w:vMerge w:val="restart"/>
            <w:vAlign w:val="center"/>
          </w:tcPr>
          <w:p w14:paraId="59C968B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4.5483</w:t>
            </w:r>
          </w:p>
        </w:tc>
        <w:tc>
          <w:tcPr>
            <w:tcW w:w="1044" w:type="dxa"/>
            <w:vMerge w:val="restart"/>
            <w:vAlign w:val="center"/>
          </w:tcPr>
          <w:p w14:paraId="1EC32CE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4.5299</w:t>
            </w:r>
          </w:p>
        </w:tc>
      </w:tr>
      <w:tr w:rsidR="00497B11" w:rsidRPr="00293828" w14:paraId="470669A9" w14:textId="77777777" w:rsidTr="009D45BD">
        <w:tc>
          <w:tcPr>
            <w:tcW w:w="982" w:type="dxa"/>
            <w:vMerge/>
          </w:tcPr>
          <w:p w14:paraId="07F418A7" w14:textId="77777777" w:rsidR="00497B11" w:rsidRPr="00293828" w:rsidRDefault="00497B11" w:rsidP="00293828">
            <w:pPr>
              <w:rPr>
                <w:rFonts w:ascii="Times New Roman" w:hAnsi="Times New Roman" w:cs="Times New Roman"/>
                <w:szCs w:val="21"/>
              </w:rPr>
            </w:pPr>
          </w:p>
        </w:tc>
        <w:tc>
          <w:tcPr>
            <w:tcW w:w="1125" w:type="dxa"/>
            <w:vAlign w:val="center"/>
          </w:tcPr>
          <w:p w14:paraId="3A6265E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201-&gt;212</w:t>
            </w:r>
          </w:p>
        </w:tc>
        <w:tc>
          <w:tcPr>
            <w:tcW w:w="1044" w:type="dxa"/>
            <w:vAlign w:val="center"/>
          </w:tcPr>
          <w:p w14:paraId="6BED3C3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-0.19302</w:t>
            </w:r>
          </w:p>
        </w:tc>
        <w:tc>
          <w:tcPr>
            <w:tcW w:w="1019" w:type="dxa"/>
            <w:vMerge/>
          </w:tcPr>
          <w:p w14:paraId="072B10C0" w14:textId="77777777" w:rsidR="00497B11" w:rsidRPr="00293828" w:rsidRDefault="00497B11" w:rsidP="00293828">
            <w:pPr>
              <w:rPr>
                <w:rFonts w:ascii="Times New Roman" w:hAnsi="Times New Roman" w:cs="Times New Roman"/>
                <w:szCs w:val="21"/>
              </w:rPr>
            </w:pPr>
          </w:p>
        </w:tc>
        <w:tc>
          <w:tcPr>
            <w:tcW w:w="1019" w:type="dxa"/>
            <w:vMerge/>
          </w:tcPr>
          <w:p w14:paraId="1A2E4D6D" w14:textId="77777777" w:rsidR="00497B11" w:rsidRPr="00293828" w:rsidRDefault="00497B11" w:rsidP="00293828">
            <w:pPr>
              <w:rPr>
                <w:rFonts w:ascii="Times New Roman" w:hAnsi="Times New Roman" w:cs="Times New Roman"/>
                <w:szCs w:val="21"/>
              </w:rPr>
            </w:pPr>
          </w:p>
        </w:tc>
        <w:tc>
          <w:tcPr>
            <w:tcW w:w="1019" w:type="dxa"/>
            <w:vMerge/>
          </w:tcPr>
          <w:p w14:paraId="7D5D007F" w14:textId="77777777" w:rsidR="00497B11" w:rsidRPr="00293828" w:rsidRDefault="00497B11" w:rsidP="00293828">
            <w:pPr>
              <w:rPr>
                <w:rFonts w:ascii="Times New Roman" w:hAnsi="Times New Roman" w:cs="Times New Roman"/>
                <w:szCs w:val="21"/>
              </w:rPr>
            </w:pPr>
          </w:p>
        </w:tc>
        <w:tc>
          <w:tcPr>
            <w:tcW w:w="1044" w:type="dxa"/>
            <w:vMerge/>
          </w:tcPr>
          <w:p w14:paraId="73E9074A" w14:textId="77777777" w:rsidR="00497B11" w:rsidRPr="00293828" w:rsidRDefault="00497B11" w:rsidP="00293828">
            <w:pPr>
              <w:rPr>
                <w:rFonts w:ascii="Times New Roman" w:hAnsi="Times New Roman" w:cs="Times New Roman"/>
                <w:szCs w:val="21"/>
              </w:rPr>
            </w:pPr>
          </w:p>
        </w:tc>
        <w:tc>
          <w:tcPr>
            <w:tcW w:w="1044" w:type="dxa"/>
            <w:vMerge/>
          </w:tcPr>
          <w:p w14:paraId="4DC9852A" w14:textId="77777777" w:rsidR="00497B11" w:rsidRPr="00293828" w:rsidRDefault="00497B11" w:rsidP="00293828">
            <w:pPr>
              <w:rPr>
                <w:rFonts w:ascii="Times New Roman" w:hAnsi="Times New Roman" w:cs="Times New Roman"/>
                <w:szCs w:val="21"/>
              </w:rPr>
            </w:pPr>
          </w:p>
        </w:tc>
      </w:tr>
      <w:tr w:rsidR="00497B11" w:rsidRPr="00293828" w14:paraId="397DC5C7" w14:textId="77777777" w:rsidTr="009D45BD">
        <w:tc>
          <w:tcPr>
            <w:tcW w:w="982" w:type="dxa"/>
            <w:vMerge/>
          </w:tcPr>
          <w:p w14:paraId="5C104438" w14:textId="77777777" w:rsidR="00497B11" w:rsidRPr="00293828" w:rsidRDefault="00497B11" w:rsidP="00293828">
            <w:pPr>
              <w:rPr>
                <w:rFonts w:ascii="Times New Roman" w:hAnsi="Times New Roman" w:cs="Times New Roman"/>
                <w:szCs w:val="21"/>
              </w:rPr>
            </w:pPr>
          </w:p>
        </w:tc>
        <w:tc>
          <w:tcPr>
            <w:tcW w:w="1125" w:type="dxa"/>
            <w:vAlign w:val="center"/>
          </w:tcPr>
          <w:p w14:paraId="771611A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202-&gt;212</w:t>
            </w:r>
          </w:p>
        </w:tc>
        <w:tc>
          <w:tcPr>
            <w:tcW w:w="1044" w:type="dxa"/>
            <w:vAlign w:val="center"/>
          </w:tcPr>
          <w:p w14:paraId="24B0106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0.22376</w:t>
            </w:r>
          </w:p>
        </w:tc>
        <w:tc>
          <w:tcPr>
            <w:tcW w:w="1019" w:type="dxa"/>
            <w:vMerge/>
          </w:tcPr>
          <w:p w14:paraId="11732102" w14:textId="77777777" w:rsidR="00497B11" w:rsidRPr="00293828" w:rsidRDefault="00497B11" w:rsidP="00293828">
            <w:pPr>
              <w:rPr>
                <w:rFonts w:ascii="Times New Roman" w:hAnsi="Times New Roman" w:cs="Times New Roman"/>
                <w:szCs w:val="21"/>
              </w:rPr>
            </w:pPr>
          </w:p>
        </w:tc>
        <w:tc>
          <w:tcPr>
            <w:tcW w:w="1019" w:type="dxa"/>
            <w:vMerge/>
          </w:tcPr>
          <w:p w14:paraId="08C6036D" w14:textId="77777777" w:rsidR="00497B11" w:rsidRPr="00293828" w:rsidRDefault="00497B11" w:rsidP="00293828">
            <w:pPr>
              <w:rPr>
                <w:rFonts w:ascii="Times New Roman" w:hAnsi="Times New Roman" w:cs="Times New Roman"/>
                <w:szCs w:val="21"/>
              </w:rPr>
            </w:pPr>
          </w:p>
        </w:tc>
        <w:tc>
          <w:tcPr>
            <w:tcW w:w="1019" w:type="dxa"/>
            <w:vMerge/>
          </w:tcPr>
          <w:p w14:paraId="2F7E1AD4" w14:textId="77777777" w:rsidR="00497B11" w:rsidRPr="00293828" w:rsidRDefault="00497B11" w:rsidP="00293828">
            <w:pPr>
              <w:rPr>
                <w:rFonts w:ascii="Times New Roman" w:hAnsi="Times New Roman" w:cs="Times New Roman"/>
                <w:szCs w:val="21"/>
              </w:rPr>
            </w:pPr>
          </w:p>
        </w:tc>
        <w:tc>
          <w:tcPr>
            <w:tcW w:w="1044" w:type="dxa"/>
            <w:vMerge/>
          </w:tcPr>
          <w:p w14:paraId="13D813A1" w14:textId="77777777" w:rsidR="00497B11" w:rsidRPr="00293828" w:rsidRDefault="00497B11" w:rsidP="00293828">
            <w:pPr>
              <w:rPr>
                <w:rFonts w:ascii="Times New Roman" w:hAnsi="Times New Roman" w:cs="Times New Roman"/>
                <w:szCs w:val="21"/>
              </w:rPr>
            </w:pPr>
          </w:p>
        </w:tc>
        <w:tc>
          <w:tcPr>
            <w:tcW w:w="1044" w:type="dxa"/>
            <w:vMerge/>
          </w:tcPr>
          <w:p w14:paraId="6375CE72" w14:textId="77777777" w:rsidR="00497B11" w:rsidRPr="00293828" w:rsidRDefault="00497B11" w:rsidP="00293828">
            <w:pPr>
              <w:rPr>
                <w:rFonts w:ascii="Times New Roman" w:hAnsi="Times New Roman" w:cs="Times New Roman"/>
                <w:szCs w:val="21"/>
              </w:rPr>
            </w:pPr>
          </w:p>
        </w:tc>
      </w:tr>
      <w:tr w:rsidR="00497B11" w:rsidRPr="00293828" w14:paraId="5B2EBF97" w14:textId="77777777" w:rsidTr="009D45BD">
        <w:tc>
          <w:tcPr>
            <w:tcW w:w="982" w:type="dxa"/>
            <w:vMerge w:val="restart"/>
            <w:vAlign w:val="center"/>
          </w:tcPr>
          <w:p w14:paraId="29193F6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w:t>
            </w:r>
          </w:p>
        </w:tc>
        <w:tc>
          <w:tcPr>
            <w:tcW w:w="1125" w:type="dxa"/>
            <w:vAlign w:val="center"/>
          </w:tcPr>
          <w:p w14:paraId="48A14F2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199-&gt;206</w:t>
            </w:r>
          </w:p>
        </w:tc>
        <w:tc>
          <w:tcPr>
            <w:tcW w:w="1044" w:type="dxa"/>
            <w:vAlign w:val="center"/>
          </w:tcPr>
          <w:p w14:paraId="6F660F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-0.16372</w:t>
            </w:r>
          </w:p>
        </w:tc>
        <w:tc>
          <w:tcPr>
            <w:tcW w:w="1019" w:type="dxa"/>
            <w:vMerge w:val="restart"/>
            <w:vAlign w:val="center"/>
          </w:tcPr>
          <w:p w14:paraId="396563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5.6825</w:t>
            </w:r>
          </w:p>
        </w:tc>
        <w:tc>
          <w:tcPr>
            <w:tcW w:w="1019" w:type="dxa"/>
            <w:vMerge w:val="restart"/>
            <w:vAlign w:val="center"/>
          </w:tcPr>
          <w:p w14:paraId="01A122A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218.19</w:t>
            </w:r>
          </w:p>
        </w:tc>
        <w:tc>
          <w:tcPr>
            <w:tcW w:w="1019" w:type="dxa"/>
            <w:vMerge w:val="restart"/>
            <w:vAlign w:val="center"/>
          </w:tcPr>
          <w:p w14:paraId="1DBC1C6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0.0005</w:t>
            </w:r>
          </w:p>
        </w:tc>
        <w:tc>
          <w:tcPr>
            <w:tcW w:w="1044" w:type="dxa"/>
            <w:vMerge w:val="restart"/>
            <w:vAlign w:val="center"/>
          </w:tcPr>
          <w:p w14:paraId="549AF8F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0.6003</w:t>
            </w:r>
          </w:p>
        </w:tc>
        <w:tc>
          <w:tcPr>
            <w:tcW w:w="1044" w:type="dxa"/>
            <w:vMerge w:val="restart"/>
            <w:vAlign w:val="center"/>
          </w:tcPr>
          <w:p w14:paraId="584E9EC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0.6003</w:t>
            </w:r>
          </w:p>
        </w:tc>
      </w:tr>
      <w:tr w:rsidR="00497B11" w:rsidRPr="00293828" w14:paraId="533B1E97" w14:textId="77777777" w:rsidTr="009D45BD">
        <w:tc>
          <w:tcPr>
            <w:tcW w:w="982" w:type="dxa"/>
            <w:vMerge/>
          </w:tcPr>
          <w:p w14:paraId="2B78E8A3" w14:textId="77777777" w:rsidR="00497B11" w:rsidRPr="00293828" w:rsidRDefault="00497B11" w:rsidP="00293828">
            <w:pPr>
              <w:rPr>
                <w:rFonts w:ascii="Times New Roman" w:hAnsi="Times New Roman" w:cs="Times New Roman"/>
                <w:szCs w:val="21"/>
              </w:rPr>
            </w:pPr>
          </w:p>
        </w:tc>
        <w:tc>
          <w:tcPr>
            <w:tcW w:w="1125" w:type="dxa"/>
            <w:vAlign w:val="center"/>
          </w:tcPr>
          <w:p w14:paraId="5881747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199-&gt;209</w:t>
            </w:r>
          </w:p>
        </w:tc>
        <w:tc>
          <w:tcPr>
            <w:tcW w:w="1044" w:type="dxa"/>
            <w:vAlign w:val="center"/>
          </w:tcPr>
          <w:p w14:paraId="795D6BA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0.22519</w:t>
            </w:r>
          </w:p>
        </w:tc>
        <w:tc>
          <w:tcPr>
            <w:tcW w:w="1019" w:type="dxa"/>
            <w:vMerge/>
          </w:tcPr>
          <w:p w14:paraId="0FF85DAF" w14:textId="77777777" w:rsidR="00497B11" w:rsidRPr="00293828" w:rsidRDefault="00497B11" w:rsidP="00293828">
            <w:pPr>
              <w:rPr>
                <w:rFonts w:ascii="Times New Roman" w:hAnsi="Times New Roman" w:cs="Times New Roman"/>
                <w:szCs w:val="21"/>
              </w:rPr>
            </w:pPr>
          </w:p>
        </w:tc>
        <w:tc>
          <w:tcPr>
            <w:tcW w:w="1019" w:type="dxa"/>
            <w:vMerge/>
          </w:tcPr>
          <w:p w14:paraId="462EBF0B" w14:textId="77777777" w:rsidR="00497B11" w:rsidRPr="00293828" w:rsidRDefault="00497B11" w:rsidP="00293828">
            <w:pPr>
              <w:rPr>
                <w:rFonts w:ascii="Times New Roman" w:hAnsi="Times New Roman" w:cs="Times New Roman"/>
                <w:szCs w:val="21"/>
              </w:rPr>
            </w:pPr>
          </w:p>
        </w:tc>
        <w:tc>
          <w:tcPr>
            <w:tcW w:w="1019" w:type="dxa"/>
            <w:vMerge/>
          </w:tcPr>
          <w:p w14:paraId="0A63D2E1" w14:textId="77777777" w:rsidR="00497B11" w:rsidRPr="00293828" w:rsidRDefault="00497B11" w:rsidP="00293828">
            <w:pPr>
              <w:rPr>
                <w:rFonts w:ascii="Times New Roman" w:hAnsi="Times New Roman" w:cs="Times New Roman"/>
                <w:szCs w:val="21"/>
              </w:rPr>
            </w:pPr>
          </w:p>
        </w:tc>
        <w:tc>
          <w:tcPr>
            <w:tcW w:w="1044" w:type="dxa"/>
            <w:vMerge/>
          </w:tcPr>
          <w:p w14:paraId="329DB8F6" w14:textId="77777777" w:rsidR="00497B11" w:rsidRPr="00293828" w:rsidRDefault="00497B11" w:rsidP="00293828">
            <w:pPr>
              <w:rPr>
                <w:rFonts w:ascii="Times New Roman" w:hAnsi="Times New Roman" w:cs="Times New Roman"/>
                <w:szCs w:val="21"/>
              </w:rPr>
            </w:pPr>
          </w:p>
        </w:tc>
        <w:tc>
          <w:tcPr>
            <w:tcW w:w="1044" w:type="dxa"/>
            <w:vMerge/>
          </w:tcPr>
          <w:p w14:paraId="67CD8A2F" w14:textId="77777777" w:rsidR="00497B11" w:rsidRPr="00293828" w:rsidRDefault="00497B11" w:rsidP="00293828">
            <w:pPr>
              <w:rPr>
                <w:rFonts w:ascii="Times New Roman" w:hAnsi="Times New Roman" w:cs="Times New Roman"/>
                <w:szCs w:val="21"/>
              </w:rPr>
            </w:pPr>
          </w:p>
        </w:tc>
      </w:tr>
      <w:tr w:rsidR="00497B11" w:rsidRPr="00293828" w14:paraId="36EA0B3D" w14:textId="77777777" w:rsidTr="009D45BD">
        <w:tc>
          <w:tcPr>
            <w:tcW w:w="982" w:type="dxa"/>
            <w:vMerge/>
          </w:tcPr>
          <w:p w14:paraId="1E1167D1" w14:textId="77777777" w:rsidR="00497B11" w:rsidRPr="00293828" w:rsidRDefault="00497B11" w:rsidP="00293828">
            <w:pPr>
              <w:rPr>
                <w:rFonts w:ascii="Times New Roman" w:hAnsi="Times New Roman" w:cs="Times New Roman"/>
                <w:szCs w:val="21"/>
              </w:rPr>
            </w:pPr>
          </w:p>
        </w:tc>
        <w:tc>
          <w:tcPr>
            <w:tcW w:w="1125" w:type="dxa"/>
            <w:vAlign w:val="center"/>
          </w:tcPr>
          <w:p w14:paraId="1CC8720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199-&gt;210</w:t>
            </w:r>
          </w:p>
        </w:tc>
        <w:tc>
          <w:tcPr>
            <w:tcW w:w="1044" w:type="dxa"/>
            <w:vAlign w:val="center"/>
          </w:tcPr>
          <w:p w14:paraId="50CC2E3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0.20663</w:t>
            </w:r>
          </w:p>
        </w:tc>
        <w:tc>
          <w:tcPr>
            <w:tcW w:w="1019" w:type="dxa"/>
            <w:vMerge/>
          </w:tcPr>
          <w:p w14:paraId="4416F257" w14:textId="77777777" w:rsidR="00497B11" w:rsidRPr="00293828" w:rsidRDefault="00497B11" w:rsidP="00293828">
            <w:pPr>
              <w:rPr>
                <w:rFonts w:ascii="Times New Roman" w:hAnsi="Times New Roman" w:cs="Times New Roman"/>
                <w:szCs w:val="21"/>
              </w:rPr>
            </w:pPr>
          </w:p>
        </w:tc>
        <w:tc>
          <w:tcPr>
            <w:tcW w:w="1019" w:type="dxa"/>
            <w:vMerge/>
          </w:tcPr>
          <w:p w14:paraId="3F5BCA13" w14:textId="77777777" w:rsidR="00497B11" w:rsidRPr="00293828" w:rsidRDefault="00497B11" w:rsidP="00293828">
            <w:pPr>
              <w:rPr>
                <w:rFonts w:ascii="Times New Roman" w:hAnsi="Times New Roman" w:cs="Times New Roman"/>
                <w:szCs w:val="21"/>
              </w:rPr>
            </w:pPr>
          </w:p>
        </w:tc>
        <w:tc>
          <w:tcPr>
            <w:tcW w:w="1019" w:type="dxa"/>
            <w:vMerge/>
          </w:tcPr>
          <w:p w14:paraId="3F6405E8" w14:textId="77777777" w:rsidR="00497B11" w:rsidRPr="00293828" w:rsidRDefault="00497B11" w:rsidP="00293828">
            <w:pPr>
              <w:rPr>
                <w:rFonts w:ascii="Times New Roman" w:hAnsi="Times New Roman" w:cs="Times New Roman"/>
                <w:szCs w:val="21"/>
              </w:rPr>
            </w:pPr>
          </w:p>
        </w:tc>
        <w:tc>
          <w:tcPr>
            <w:tcW w:w="1044" w:type="dxa"/>
            <w:vMerge/>
          </w:tcPr>
          <w:p w14:paraId="7B43684C" w14:textId="77777777" w:rsidR="00497B11" w:rsidRPr="00293828" w:rsidRDefault="00497B11" w:rsidP="00293828">
            <w:pPr>
              <w:rPr>
                <w:rFonts w:ascii="Times New Roman" w:hAnsi="Times New Roman" w:cs="Times New Roman"/>
                <w:szCs w:val="21"/>
              </w:rPr>
            </w:pPr>
          </w:p>
        </w:tc>
        <w:tc>
          <w:tcPr>
            <w:tcW w:w="1044" w:type="dxa"/>
            <w:vMerge/>
          </w:tcPr>
          <w:p w14:paraId="640535B3" w14:textId="77777777" w:rsidR="00497B11" w:rsidRPr="00293828" w:rsidRDefault="00497B11" w:rsidP="00293828">
            <w:pPr>
              <w:rPr>
                <w:rFonts w:ascii="Times New Roman" w:hAnsi="Times New Roman" w:cs="Times New Roman"/>
                <w:szCs w:val="21"/>
              </w:rPr>
            </w:pPr>
          </w:p>
        </w:tc>
      </w:tr>
      <w:tr w:rsidR="00497B11" w:rsidRPr="00293828" w14:paraId="592E6482" w14:textId="77777777" w:rsidTr="009D45BD">
        <w:tc>
          <w:tcPr>
            <w:tcW w:w="982" w:type="dxa"/>
            <w:vMerge/>
          </w:tcPr>
          <w:p w14:paraId="4BBDFCA0" w14:textId="77777777" w:rsidR="00497B11" w:rsidRPr="00293828" w:rsidRDefault="00497B11" w:rsidP="00293828">
            <w:pPr>
              <w:rPr>
                <w:rFonts w:ascii="Times New Roman" w:hAnsi="Times New Roman" w:cs="Times New Roman"/>
                <w:szCs w:val="21"/>
              </w:rPr>
            </w:pPr>
          </w:p>
        </w:tc>
        <w:tc>
          <w:tcPr>
            <w:tcW w:w="1125" w:type="dxa"/>
            <w:vAlign w:val="center"/>
          </w:tcPr>
          <w:p w14:paraId="52915B5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199-&gt;212</w:t>
            </w:r>
          </w:p>
        </w:tc>
        <w:tc>
          <w:tcPr>
            <w:tcW w:w="1044" w:type="dxa"/>
            <w:vAlign w:val="center"/>
          </w:tcPr>
          <w:p w14:paraId="2D69206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0.20294</w:t>
            </w:r>
          </w:p>
        </w:tc>
        <w:tc>
          <w:tcPr>
            <w:tcW w:w="1019" w:type="dxa"/>
            <w:vMerge/>
          </w:tcPr>
          <w:p w14:paraId="350D9B96" w14:textId="77777777" w:rsidR="00497B11" w:rsidRPr="00293828" w:rsidRDefault="00497B11" w:rsidP="00293828">
            <w:pPr>
              <w:rPr>
                <w:rFonts w:ascii="Times New Roman" w:hAnsi="Times New Roman" w:cs="Times New Roman"/>
                <w:szCs w:val="21"/>
              </w:rPr>
            </w:pPr>
          </w:p>
        </w:tc>
        <w:tc>
          <w:tcPr>
            <w:tcW w:w="1019" w:type="dxa"/>
            <w:vMerge/>
          </w:tcPr>
          <w:p w14:paraId="6616A6DA" w14:textId="77777777" w:rsidR="00497B11" w:rsidRPr="00293828" w:rsidRDefault="00497B11" w:rsidP="00293828">
            <w:pPr>
              <w:rPr>
                <w:rFonts w:ascii="Times New Roman" w:hAnsi="Times New Roman" w:cs="Times New Roman"/>
                <w:szCs w:val="21"/>
              </w:rPr>
            </w:pPr>
          </w:p>
        </w:tc>
        <w:tc>
          <w:tcPr>
            <w:tcW w:w="1019" w:type="dxa"/>
            <w:vMerge/>
          </w:tcPr>
          <w:p w14:paraId="0E0BDF7A" w14:textId="77777777" w:rsidR="00497B11" w:rsidRPr="00293828" w:rsidRDefault="00497B11" w:rsidP="00293828">
            <w:pPr>
              <w:rPr>
                <w:rFonts w:ascii="Times New Roman" w:hAnsi="Times New Roman" w:cs="Times New Roman"/>
                <w:szCs w:val="21"/>
              </w:rPr>
            </w:pPr>
          </w:p>
        </w:tc>
        <w:tc>
          <w:tcPr>
            <w:tcW w:w="1044" w:type="dxa"/>
            <w:vMerge/>
          </w:tcPr>
          <w:p w14:paraId="7888FC78" w14:textId="77777777" w:rsidR="00497B11" w:rsidRPr="00293828" w:rsidRDefault="00497B11" w:rsidP="00293828">
            <w:pPr>
              <w:rPr>
                <w:rFonts w:ascii="Times New Roman" w:hAnsi="Times New Roman" w:cs="Times New Roman"/>
                <w:szCs w:val="21"/>
              </w:rPr>
            </w:pPr>
          </w:p>
        </w:tc>
        <w:tc>
          <w:tcPr>
            <w:tcW w:w="1044" w:type="dxa"/>
            <w:vMerge/>
          </w:tcPr>
          <w:p w14:paraId="3A4A8DCA" w14:textId="77777777" w:rsidR="00497B11" w:rsidRPr="00293828" w:rsidRDefault="00497B11" w:rsidP="00293828">
            <w:pPr>
              <w:rPr>
                <w:rFonts w:ascii="Times New Roman" w:hAnsi="Times New Roman" w:cs="Times New Roman"/>
                <w:szCs w:val="21"/>
              </w:rPr>
            </w:pPr>
          </w:p>
        </w:tc>
      </w:tr>
      <w:tr w:rsidR="00497B11" w:rsidRPr="00293828" w14:paraId="5D233E79" w14:textId="77777777" w:rsidTr="009D45BD">
        <w:tc>
          <w:tcPr>
            <w:tcW w:w="982" w:type="dxa"/>
            <w:vMerge w:val="restart"/>
            <w:vAlign w:val="center"/>
          </w:tcPr>
          <w:p w14:paraId="63D2BF2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w:t>
            </w:r>
          </w:p>
        </w:tc>
        <w:tc>
          <w:tcPr>
            <w:tcW w:w="1125" w:type="dxa"/>
            <w:vAlign w:val="center"/>
          </w:tcPr>
          <w:p w14:paraId="26FCBCB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196-&gt;216</w:t>
            </w:r>
          </w:p>
        </w:tc>
        <w:tc>
          <w:tcPr>
            <w:tcW w:w="1044" w:type="dxa"/>
            <w:vAlign w:val="center"/>
          </w:tcPr>
          <w:p w14:paraId="48DFDDF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-0.23406</w:t>
            </w:r>
          </w:p>
        </w:tc>
        <w:tc>
          <w:tcPr>
            <w:tcW w:w="1019" w:type="dxa"/>
            <w:vMerge w:val="restart"/>
            <w:vAlign w:val="center"/>
          </w:tcPr>
          <w:p w14:paraId="4F533CB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6.0156</w:t>
            </w:r>
          </w:p>
        </w:tc>
        <w:tc>
          <w:tcPr>
            <w:tcW w:w="1019" w:type="dxa"/>
            <w:vMerge w:val="restart"/>
            <w:vAlign w:val="center"/>
          </w:tcPr>
          <w:p w14:paraId="474E5A6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206.10</w:t>
            </w:r>
          </w:p>
        </w:tc>
        <w:tc>
          <w:tcPr>
            <w:tcW w:w="1019" w:type="dxa"/>
            <w:vMerge w:val="restart"/>
            <w:vAlign w:val="center"/>
          </w:tcPr>
          <w:p w14:paraId="23F00F2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0.0008</w:t>
            </w:r>
          </w:p>
        </w:tc>
        <w:tc>
          <w:tcPr>
            <w:tcW w:w="1044" w:type="dxa"/>
            <w:vMerge w:val="restart"/>
            <w:vAlign w:val="center"/>
          </w:tcPr>
          <w:p w14:paraId="4B81C87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3.5057</w:t>
            </w:r>
          </w:p>
        </w:tc>
        <w:tc>
          <w:tcPr>
            <w:tcW w:w="1044" w:type="dxa"/>
            <w:vMerge w:val="restart"/>
            <w:vAlign w:val="center"/>
          </w:tcPr>
          <w:p w14:paraId="4CF48F1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3.3207</w:t>
            </w:r>
          </w:p>
        </w:tc>
      </w:tr>
      <w:tr w:rsidR="00497B11" w:rsidRPr="00293828" w14:paraId="2CE5D49D" w14:textId="77777777" w:rsidTr="009D45BD">
        <w:tc>
          <w:tcPr>
            <w:tcW w:w="982" w:type="dxa"/>
            <w:vMerge/>
          </w:tcPr>
          <w:p w14:paraId="2C209A39" w14:textId="77777777" w:rsidR="00497B11" w:rsidRPr="00293828" w:rsidRDefault="00497B11" w:rsidP="00293828">
            <w:pPr>
              <w:rPr>
                <w:rFonts w:ascii="Times New Roman" w:hAnsi="Times New Roman" w:cs="Times New Roman"/>
                <w:szCs w:val="21"/>
              </w:rPr>
            </w:pPr>
          </w:p>
        </w:tc>
        <w:tc>
          <w:tcPr>
            <w:tcW w:w="1125" w:type="dxa"/>
            <w:vAlign w:val="center"/>
          </w:tcPr>
          <w:p w14:paraId="79C9569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196-&gt;217</w:t>
            </w:r>
          </w:p>
        </w:tc>
        <w:tc>
          <w:tcPr>
            <w:tcW w:w="1044" w:type="dxa"/>
            <w:vAlign w:val="center"/>
          </w:tcPr>
          <w:p w14:paraId="3C0CEA6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-0.38383</w:t>
            </w:r>
          </w:p>
        </w:tc>
        <w:tc>
          <w:tcPr>
            <w:tcW w:w="1019" w:type="dxa"/>
            <w:vMerge/>
          </w:tcPr>
          <w:p w14:paraId="568946C3" w14:textId="77777777" w:rsidR="00497B11" w:rsidRPr="00293828" w:rsidRDefault="00497B11" w:rsidP="00293828">
            <w:pPr>
              <w:rPr>
                <w:rFonts w:ascii="Times New Roman" w:hAnsi="Times New Roman" w:cs="Times New Roman"/>
                <w:szCs w:val="21"/>
              </w:rPr>
            </w:pPr>
          </w:p>
        </w:tc>
        <w:tc>
          <w:tcPr>
            <w:tcW w:w="1019" w:type="dxa"/>
            <w:vMerge/>
          </w:tcPr>
          <w:p w14:paraId="6B6C7C68" w14:textId="77777777" w:rsidR="00497B11" w:rsidRPr="00293828" w:rsidRDefault="00497B11" w:rsidP="00293828">
            <w:pPr>
              <w:rPr>
                <w:rFonts w:ascii="Times New Roman" w:hAnsi="Times New Roman" w:cs="Times New Roman"/>
                <w:szCs w:val="21"/>
              </w:rPr>
            </w:pPr>
          </w:p>
        </w:tc>
        <w:tc>
          <w:tcPr>
            <w:tcW w:w="1019" w:type="dxa"/>
            <w:vMerge/>
          </w:tcPr>
          <w:p w14:paraId="3BED8C41" w14:textId="77777777" w:rsidR="00497B11" w:rsidRPr="00293828" w:rsidRDefault="00497B11" w:rsidP="00293828">
            <w:pPr>
              <w:rPr>
                <w:rFonts w:ascii="Times New Roman" w:hAnsi="Times New Roman" w:cs="Times New Roman"/>
                <w:szCs w:val="21"/>
              </w:rPr>
            </w:pPr>
          </w:p>
        </w:tc>
        <w:tc>
          <w:tcPr>
            <w:tcW w:w="1044" w:type="dxa"/>
            <w:vMerge/>
          </w:tcPr>
          <w:p w14:paraId="232A77CD" w14:textId="77777777" w:rsidR="00497B11" w:rsidRPr="00293828" w:rsidRDefault="00497B11" w:rsidP="00293828">
            <w:pPr>
              <w:rPr>
                <w:rFonts w:ascii="Times New Roman" w:hAnsi="Times New Roman" w:cs="Times New Roman"/>
                <w:szCs w:val="21"/>
              </w:rPr>
            </w:pPr>
          </w:p>
        </w:tc>
        <w:tc>
          <w:tcPr>
            <w:tcW w:w="1044" w:type="dxa"/>
            <w:vMerge/>
          </w:tcPr>
          <w:p w14:paraId="2F42B350" w14:textId="77777777" w:rsidR="00497B11" w:rsidRPr="00293828" w:rsidRDefault="00497B11" w:rsidP="00293828">
            <w:pPr>
              <w:rPr>
                <w:rFonts w:ascii="Times New Roman" w:hAnsi="Times New Roman" w:cs="Times New Roman"/>
                <w:szCs w:val="21"/>
              </w:rPr>
            </w:pPr>
          </w:p>
        </w:tc>
      </w:tr>
      <w:tr w:rsidR="00497B11" w:rsidRPr="00293828" w14:paraId="2373A2E4" w14:textId="77777777" w:rsidTr="009D45BD">
        <w:tc>
          <w:tcPr>
            <w:tcW w:w="982" w:type="dxa"/>
            <w:vMerge/>
          </w:tcPr>
          <w:p w14:paraId="081A48A1" w14:textId="77777777" w:rsidR="00497B11" w:rsidRPr="00293828" w:rsidRDefault="00497B11" w:rsidP="00293828">
            <w:pPr>
              <w:rPr>
                <w:rFonts w:ascii="Times New Roman" w:hAnsi="Times New Roman" w:cs="Times New Roman"/>
                <w:szCs w:val="21"/>
              </w:rPr>
            </w:pPr>
          </w:p>
        </w:tc>
        <w:tc>
          <w:tcPr>
            <w:tcW w:w="1125" w:type="dxa"/>
            <w:vAlign w:val="center"/>
          </w:tcPr>
          <w:p w14:paraId="736107C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196-&gt;218</w:t>
            </w:r>
          </w:p>
        </w:tc>
        <w:tc>
          <w:tcPr>
            <w:tcW w:w="1044" w:type="dxa"/>
            <w:vAlign w:val="center"/>
          </w:tcPr>
          <w:p w14:paraId="6C752FF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-0.24505</w:t>
            </w:r>
          </w:p>
        </w:tc>
        <w:tc>
          <w:tcPr>
            <w:tcW w:w="1019" w:type="dxa"/>
            <w:vMerge/>
          </w:tcPr>
          <w:p w14:paraId="66BE1788" w14:textId="77777777" w:rsidR="00497B11" w:rsidRPr="00293828" w:rsidRDefault="00497B11" w:rsidP="00293828">
            <w:pPr>
              <w:rPr>
                <w:rFonts w:ascii="Times New Roman" w:hAnsi="Times New Roman" w:cs="Times New Roman"/>
                <w:szCs w:val="21"/>
              </w:rPr>
            </w:pPr>
          </w:p>
        </w:tc>
        <w:tc>
          <w:tcPr>
            <w:tcW w:w="1019" w:type="dxa"/>
            <w:vMerge/>
          </w:tcPr>
          <w:p w14:paraId="25999F8A" w14:textId="77777777" w:rsidR="00497B11" w:rsidRPr="00293828" w:rsidRDefault="00497B11" w:rsidP="00293828">
            <w:pPr>
              <w:rPr>
                <w:rFonts w:ascii="Times New Roman" w:hAnsi="Times New Roman" w:cs="Times New Roman"/>
                <w:szCs w:val="21"/>
              </w:rPr>
            </w:pPr>
          </w:p>
        </w:tc>
        <w:tc>
          <w:tcPr>
            <w:tcW w:w="1019" w:type="dxa"/>
            <w:vMerge/>
          </w:tcPr>
          <w:p w14:paraId="118A3086" w14:textId="77777777" w:rsidR="00497B11" w:rsidRPr="00293828" w:rsidRDefault="00497B11" w:rsidP="00293828">
            <w:pPr>
              <w:rPr>
                <w:rFonts w:ascii="Times New Roman" w:hAnsi="Times New Roman" w:cs="Times New Roman"/>
                <w:szCs w:val="21"/>
              </w:rPr>
            </w:pPr>
          </w:p>
        </w:tc>
        <w:tc>
          <w:tcPr>
            <w:tcW w:w="1044" w:type="dxa"/>
            <w:vMerge/>
          </w:tcPr>
          <w:p w14:paraId="7D7451C7" w14:textId="77777777" w:rsidR="00497B11" w:rsidRPr="00293828" w:rsidRDefault="00497B11" w:rsidP="00293828">
            <w:pPr>
              <w:rPr>
                <w:rFonts w:ascii="Times New Roman" w:hAnsi="Times New Roman" w:cs="Times New Roman"/>
                <w:szCs w:val="21"/>
              </w:rPr>
            </w:pPr>
          </w:p>
        </w:tc>
        <w:tc>
          <w:tcPr>
            <w:tcW w:w="1044" w:type="dxa"/>
            <w:vMerge/>
          </w:tcPr>
          <w:p w14:paraId="72723BF9" w14:textId="77777777" w:rsidR="00497B11" w:rsidRPr="00293828" w:rsidRDefault="00497B11" w:rsidP="00293828">
            <w:pPr>
              <w:rPr>
                <w:rFonts w:ascii="Times New Roman" w:hAnsi="Times New Roman" w:cs="Times New Roman"/>
                <w:szCs w:val="21"/>
              </w:rPr>
            </w:pPr>
          </w:p>
        </w:tc>
      </w:tr>
      <w:tr w:rsidR="00497B11" w:rsidRPr="00293828" w14:paraId="14FEB7B9" w14:textId="77777777" w:rsidTr="009D45BD">
        <w:tc>
          <w:tcPr>
            <w:tcW w:w="982" w:type="dxa"/>
            <w:vMerge w:val="restart"/>
            <w:vAlign w:val="center"/>
          </w:tcPr>
          <w:p w14:paraId="263CB9C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w:t>
            </w:r>
          </w:p>
        </w:tc>
        <w:tc>
          <w:tcPr>
            <w:tcW w:w="1125" w:type="dxa"/>
            <w:vAlign w:val="center"/>
          </w:tcPr>
          <w:p w14:paraId="02B0D76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193-&gt;206</w:t>
            </w:r>
          </w:p>
        </w:tc>
        <w:tc>
          <w:tcPr>
            <w:tcW w:w="1044" w:type="dxa"/>
            <w:vAlign w:val="center"/>
          </w:tcPr>
          <w:p w14:paraId="55451DE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-0.22327</w:t>
            </w:r>
          </w:p>
        </w:tc>
        <w:tc>
          <w:tcPr>
            <w:tcW w:w="1019" w:type="dxa"/>
            <w:vMerge w:val="restart"/>
            <w:vAlign w:val="center"/>
          </w:tcPr>
          <w:p w14:paraId="579A092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6.0919</w:t>
            </w:r>
          </w:p>
        </w:tc>
        <w:tc>
          <w:tcPr>
            <w:tcW w:w="1019" w:type="dxa"/>
            <w:vMerge w:val="restart"/>
            <w:vAlign w:val="center"/>
          </w:tcPr>
          <w:p w14:paraId="4B5F12C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203.52</w:t>
            </w:r>
          </w:p>
        </w:tc>
        <w:tc>
          <w:tcPr>
            <w:tcW w:w="1019" w:type="dxa"/>
            <w:vMerge w:val="restart"/>
            <w:vAlign w:val="center"/>
          </w:tcPr>
          <w:p w14:paraId="195F8FA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0.1014</w:t>
            </w:r>
          </w:p>
        </w:tc>
        <w:tc>
          <w:tcPr>
            <w:tcW w:w="1044" w:type="dxa"/>
            <w:vMerge w:val="restart"/>
            <w:vAlign w:val="center"/>
          </w:tcPr>
          <w:p w14:paraId="0216676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2.8514</w:t>
            </w:r>
          </w:p>
        </w:tc>
        <w:tc>
          <w:tcPr>
            <w:tcW w:w="1044" w:type="dxa"/>
            <w:vMerge w:val="restart"/>
            <w:vAlign w:val="center"/>
          </w:tcPr>
          <w:p w14:paraId="30890E8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2.9045</w:t>
            </w:r>
          </w:p>
        </w:tc>
      </w:tr>
      <w:tr w:rsidR="00497B11" w:rsidRPr="00293828" w14:paraId="36C439A0" w14:textId="77777777" w:rsidTr="009D45BD">
        <w:tc>
          <w:tcPr>
            <w:tcW w:w="982" w:type="dxa"/>
            <w:vMerge/>
          </w:tcPr>
          <w:p w14:paraId="0ADAEF8E" w14:textId="77777777" w:rsidR="00497B11" w:rsidRPr="00293828" w:rsidRDefault="00497B11" w:rsidP="00293828">
            <w:pPr>
              <w:rPr>
                <w:rFonts w:ascii="Times New Roman" w:hAnsi="Times New Roman" w:cs="Times New Roman"/>
                <w:szCs w:val="21"/>
              </w:rPr>
            </w:pPr>
          </w:p>
        </w:tc>
        <w:tc>
          <w:tcPr>
            <w:tcW w:w="1125" w:type="dxa"/>
            <w:vAlign w:val="center"/>
          </w:tcPr>
          <w:p w14:paraId="0C24C8A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199-&gt;206</w:t>
            </w:r>
          </w:p>
        </w:tc>
        <w:tc>
          <w:tcPr>
            <w:tcW w:w="1044" w:type="dxa"/>
            <w:vAlign w:val="center"/>
          </w:tcPr>
          <w:p w14:paraId="7A3316C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-0.18772</w:t>
            </w:r>
          </w:p>
        </w:tc>
        <w:tc>
          <w:tcPr>
            <w:tcW w:w="1019" w:type="dxa"/>
            <w:vMerge/>
          </w:tcPr>
          <w:p w14:paraId="14FE5F50" w14:textId="77777777" w:rsidR="00497B11" w:rsidRPr="00293828" w:rsidRDefault="00497B11" w:rsidP="00293828">
            <w:pPr>
              <w:rPr>
                <w:rFonts w:ascii="Times New Roman" w:hAnsi="Times New Roman" w:cs="Times New Roman"/>
                <w:szCs w:val="21"/>
              </w:rPr>
            </w:pPr>
          </w:p>
        </w:tc>
        <w:tc>
          <w:tcPr>
            <w:tcW w:w="1019" w:type="dxa"/>
            <w:vMerge/>
          </w:tcPr>
          <w:p w14:paraId="7D9B3363" w14:textId="77777777" w:rsidR="00497B11" w:rsidRPr="00293828" w:rsidRDefault="00497B11" w:rsidP="00293828">
            <w:pPr>
              <w:rPr>
                <w:rFonts w:ascii="Times New Roman" w:hAnsi="Times New Roman" w:cs="Times New Roman"/>
                <w:szCs w:val="21"/>
              </w:rPr>
            </w:pPr>
          </w:p>
        </w:tc>
        <w:tc>
          <w:tcPr>
            <w:tcW w:w="1019" w:type="dxa"/>
            <w:vMerge/>
          </w:tcPr>
          <w:p w14:paraId="460F4710" w14:textId="77777777" w:rsidR="00497B11" w:rsidRPr="00293828" w:rsidRDefault="00497B11" w:rsidP="00293828">
            <w:pPr>
              <w:rPr>
                <w:rFonts w:ascii="Times New Roman" w:hAnsi="Times New Roman" w:cs="Times New Roman"/>
                <w:szCs w:val="21"/>
              </w:rPr>
            </w:pPr>
          </w:p>
        </w:tc>
        <w:tc>
          <w:tcPr>
            <w:tcW w:w="1044" w:type="dxa"/>
            <w:vMerge/>
          </w:tcPr>
          <w:p w14:paraId="53261271" w14:textId="77777777" w:rsidR="00497B11" w:rsidRPr="00293828" w:rsidRDefault="00497B11" w:rsidP="00293828">
            <w:pPr>
              <w:rPr>
                <w:rFonts w:ascii="Times New Roman" w:hAnsi="Times New Roman" w:cs="Times New Roman"/>
                <w:szCs w:val="21"/>
              </w:rPr>
            </w:pPr>
          </w:p>
        </w:tc>
        <w:tc>
          <w:tcPr>
            <w:tcW w:w="1044" w:type="dxa"/>
            <w:vMerge/>
          </w:tcPr>
          <w:p w14:paraId="769E6CE3" w14:textId="77777777" w:rsidR="00497B11" w:rsidRPr="00293828" w:rsidRDefault="00497B11" w:rsidP="00293828">
            <w:pPr>
              <w:rPr>
                <w:rFonts w:ascii="Times New Roman" w:hAnsi="Times New Roman" w:cs="Times New Roman"/>
                <w:szCs w:val="21"/>
              </w:rPr>
            </w:pPr>
          </w:p>
        </w:tc>
      </w:tr>
      <w:tr w:rsidR="00497B11" w:rsidRPr="00293828" w14:paraId="3C55CD3C" w14:textId="77777777" w:rsidTr="009D45BD">
        <w:tc>
          <w:tcPr>
            <w:tcW w:w="982" w:type="dxa"/>
            <w:vMerge/>
          </w:tcPr>
          <w:p w14:paraId="20E37E07" w14:textId="77777777" w:rsidR="00497B11" w:rsidRPr="00293828" w:rsidRDefault="00497B11" w:rsidP="00293828">
            <w:pPr>
              <w:rPr>
                <w:rFonts w:ascii="Times New Roman" w:hAnsi="Times New Roman" w:cs="Times New Roman"/>
                <w:szCs w:val="21"/>
              </w:rPr>
            </w:pPr>
          </w:p>
        </w:tc>
        <w:tc>
          <w:tcPr>
            <w:tcW w:w="1125" w:type="dxa"/>
            <w:vAlign w:val="center"/>
          </w:tcPr>
          <w:p w14:paraId="5266904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44" w:type="dxa"/>
            <w:vAlign w:val="center"/>
          </w:tcPr>
          <w:p w14:paraId="43BA0DC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0.22606</w:t>
            </w:r>
          </w:p>
        </w:tc>
        <w:tc>
          <w:tcPr>
            <w:tcW w:w="1019" w:type="dxa"/>
            <w:vMerge/>
          </w:tcPr>
          <w:p w14:paraId="53AF22D2" w14:textId="77777777" w:rsidR="00497B11" w:rsidRPr="00293828" w:rsidRDefault="00497B11" w:rsidP="00293828">
            <w:pPr>
              <w:rPr>
                <w:rFonts w:ascii="Times New Roman" w:hAnsi="Times New Roman" w:cs="Times New Roman"/>
                <w:szCs w:val="21"/>
              </w:rPr>
            </w:pPr>
          </w:p>
        </w:tc>
        <w:tc>
          <w:tcPr>
            <w:tcW w:w="1019" w:type="dxa"/>
            <w:vMerge/>
          </w:tcPr>
          <w:p w14:paraId="00D7AD7B" w14:textId="77777777" w:rsidR="00497B11" w:rsidRPr="00293828" w:rsidRDefault="00497B11" w:rsidP="00293828">
            <w:pPr>
              <w:rPr>
                <w:rFonts w:ascii="Times New Roman" w:hAnsi="Times New Roman" w:cs="Times New Roman"/>
                <w:szCs w:val="21"/>
              </w:rPr>
            </w:pPr>
          </w:p>
        </w:tc>
        <w:tc>
          <w:tcPr>
            <w:tcW w:w="1019" w:type="dxa"/>
            <w:vMerge/>
          </w:tcPr>
          <w:p w14:paraId="6D26FD54" w14:textId="77777777" w:rsidR="00497B11" w:rsidRPr="00293828" w:rsidRDefault="00497B11" w:rsidP="00293828">
            <w:pPr>
              <w:rPr>
                <w:rFonts w:ascii="Times New Roman" w:hAnsi="Times New Roman" w:cs="Times New Roman"/>
                <w:szCs w:val="21"/>
              </w:rPr>
            </w:pPr>
          </w:p>
        </w:tc>
        <w:tc>
          <w:tcPr>
            <w:tcW w:w="1044" w:type="dxa"/>
            <w:vMerge/>
          </w:tcPr>
          <w:p w14:paraId="0BD181D2" w14:textId="77777777" w:rsidR="00497B11" w:rsidRPr="00293828" w:rsidRDefault="00497B11" w:rsidP="00293828">
            <w:pPr>
              <w:rPr>
                <w:rFonts w:ascii="Times New Roman" w:hAnsi="Times New Roman" w:cs="Times New Roman"/>
                <w:szCs w:val="21"/>
              </w:rPr>
            </w:pPr>
          </w:p>
        </w:tc>
        <w:tc>
          <w:tcPr>
            <w:tcW w:w="1044" w:type="dxa"/>
            <w:vMerge/>
          </w:tcPr>
          <w:p w14:paraId="7F6E0F81" w14:textId="77777777" w:rsidR="00497B11" w:rsidRPr="00293828" w:rsidRDefault="00497B11" w:rsidP="00293828">
            <w:pPr>
              <w:rPr>
                <w:rFonts w:ascii="Times New Roman" w:hAnsi="Times New Roman" w:cs="Times New Roman"/>
                <w:szCs w:val="21"/>
              </w:rPr>
            </w:pPr>
          </w:p>
        </w:tc>
      </w:tr>
      <w:tr w:rsidR="00497B11" w:rsidRPr="00293828" w14:paraId="2B8719A7" w14:textId="77777777" w:rsidTr="009D45BD">
        <w:tc>
          <w:tcPr>
            <w:tcW w:w="982" w:type="dxa"/>
            <w:vMerge/>
          </w:tcPr>
          <w:p w14:paraId="42AF5CED" w14:textId="77777777" w:rsidR="00497B11" w:rsidRPr="00293828" w:rsidRDefault="00497B11" w:rsidP="00293828">
            <w:pPr>
              <w:rPr>
                <w:rFonts w:ascii="Times New Roman" w:hAnsi="Times New Roman" w:cs="Times New Roman"/>
                <w:szCs w:val="21"/>
              </w:rPr>
            </w:pPr>
          </w:p>
        </w:tc>
        <w:tc>
          <w:tcPr>
            <w:tcW w:w="1125" w:type="dxa"/>
            <w:vAlign w:val="center"/>
          </w:tcPr>
          <w:p w14:paraId="5C8CB9A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44" w:type="dxa"/>
            <w:vAlign w:val="center"/>
          </w:tcPr>
          <w:p w14:paraId="1DBC09E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-0.21079</w:t>
            </w:r>
          </w:p>
        </w:tc>
        <w:tc>
          <w:tcPr>
            <w:tcW w:w="1019" w:type="dxa"/>
            <w:vMerge/>
          </w:tcPr>
          <w:p w14:paraId="51D58809" w14:textId="77777777" w:rsidR="00497B11" w:rsidRPr="00293828" w:rsidRDefault="00497B11" w:rsidP="00293828">
            <w:pPr>
              <w:rPr>
                <w:rFonts w:ascii="Times New Roman" w:hAnsi="Times New Roman" w:cs="Times New Roman"/>
                <w:szCs w:val="21"/>
              </w:rPr>
            </w:pPr>
          </w:p>
        </w:tc>
        <w:tc>
          <w:tcPr>
            <w:tcW w:w="1019" w:type="dxa"/>
            <w:vMerge/>
          </w:tcPr>
          <w:p w14:paraId="07D0B14B" w14:textId="77777777" w:rsidR="00497B11" w:rsidRPr="00293828" w:rsidRDefault="00497B11" w:rsidP="00293828">
            <w:pPr>
              <w:rPr>
                <w:rFonts w:ascii="Times New Roman" w:hAnsi="Times New Roman" w:cs="Times New Roman"/>
                <w:szCs w:val="21"/>
              </w:rPr>
            </w:pPr>
          </w:p>
        </w:tc>
        <w:tc>
          <w:tcPr>
            <w:tcW w:w="1019" w:type="dxa"/>
            <w:vMerge/>
          </w:tcPr>
          <w:p w14:paraId="6C2E2C90" w14:textId="77777777" w:rsidR="00497B11" w:rsidRPr="00293828" w:rsidRDefault="00497B11" w:rsidP="00293828">
            <w:pPr>
              <w:rPr>
                <w:rFonts w:ascii="Times New Roman" w:hAnsi="Times New Roman" w:cs="Times New Roman"/>
                <w:szCs w:val="21"/>
              </w:rPr>
            </w:pPr>
          </w:p>
        </w:tc>
        <w:tc>
          <w:tcPr>
            <w:tcW w:w="1044" w:type="dxa"/>
            <w:vMerge/>
          </w:tcPr>
          <w:p w14:paraId="4270717F" w14:textId="77777777" w:rsidR="00497B11" w:rsidRPr="00293828" w:rsidRDefault="00497B11" w:rsidP="00293828">
            <w:pPr>
              <w:rPr>
                <w:rFonts w:ascii="Times New Roman" w:hAnsi="Times New Roman" w:cs="Times New Roman"/>
                <w:szCs w:val="21"/>
              </w:rPr>
            </w:pPr>
          </w:p>
        </w:tc>
        <w:tc>
          <w:tcPr>
            <w:tcW w:w="1044" w:type="dxa"/>
            <w:vMerge/>
          </w:tcPr>
          <w:p w14:paraId="6EBEDF3D" w14:textId="77777777" w:rsidR="00497B11" w:rsidRPr="00293828" w:rsidRDefault="00497B11" w:rsidP="00293828">
            <w:pPr>
              <w:rPr>
                <w:rFonts w:ascii="Times New Roman" w:hAnsi="Times New Roman" w:cs="Times New Roman"/>
                <w:szCs w:val="21"/>
              </w:rPr>
            </w:pPr>
          </w:p>
        </w:tc>
      </w:tr>
      <w:tr w:rsidR="00497B11" w:rsidRPr="00293828" w14:paraId="6E451A64" w14:textId="77777777" w:rsidTr="009D45BD">
        <w:tc>
          <w:tcPr>
            <w:tcW w:w="982" w:type="dxa"/>
            <w:vMerge/>
          </w:tcPr>
          <w:p w14:paraId="78EFE41F" w14:textId="77777777" w:rsidR="00497B11" w:rsidRPr="00293828" w:rsidRDefault="00497B11" w:rsidP="00293828">
            <w:pPr>
              <w:rPr>
                <w:rFonts w:ascii="Times New Roman" w:hAnsi="Times New Roman" w:cs="Times New Roman"/>
                <w:szCs w:val="21"/>
              </w:rPr>
            </w:pPr>
          </w:p>
        </w:tc>
        <w:tc>
          <w:tcPr>
            <w:tcW w:w="1125" w:type="dxa"/>
            <w:vAlign w:val="center"/>
          </w:tcPr>
          <w:p w14:paraId="260F6BE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204-&gt;206</w:t>
            </w:r>
          </w:p>
        </w:tc>
        <w:tc>
          <w:tcPr>
            <w:tcW w:w="1044" w:type="dxa"/>
            <w:vAlign w:val="center"/>
          </w:tcPr>
          <w:p w14:paraId="38AB537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0.41658</w:t>
            </w:r>
          </w:p>
        </w:tc>
        <w:tc>
          <w:tcPr>
            <w:tcW w:w="1019" w:type="dxa"/>
            <w:vMerge/>
          </w:tcPr>
          <w:p w14:paraId="1FADA7D7" w14:textId="77777777" w:rsidR="00497B11" w:rsidRPr="00293828" w:rsidRDefault="00497B11" w:rsidP="00293828">
            <w:pPr>
              <w:rPr>
                <w:rFonts w:ascii="Times New Roman" w:hAnsi="Times New Roman" w:cs="Times New Roman"/>
                <w:szCs w:val="21"/>
              </w:rPr>
            </w:pPr>
          </w:p>
        </w:tc>
        <w:tc>
          <w:tcPr>
            <w:tcW w:w="1019" w:type="dxa"/>
            <w:vMerge/>
          </w:tcPr>
          <w:p w14:paraId="640CB201" w14:textId="77777777" w:rsidR="00497B11" w:rsidRPr="00293828" w:rsidRDefault="00497B11" w:rsidP="00293828">
            <w:pPr>
              <w:rPr>
                <w:rFonts w:ascii="Times New Roman" w:hAnsi="Times New Roman" w:cs="Times New Roman"/>
                <w:szCs w:val="21"/>
              </w:rPr>
            </w:pPr>
          </w:p>
        </w:tc>
        <w:tc>
          <w:tcPr>
            <w:tcW w:w="1019" w:type="dxa"/>
            <w:vMerge/>
          </w:tcPr>
          <w:p w14:paraId="5615B477" w14:textId="77777777" w:rsidR="00497B11" w:rsidRPr="00293828" w:rsidRDefault="00497B11" w:rsidP="00293828">
            <w:pPr>
              <w:rPr>
                <w:rFonts w:ascii="Times New Roman" w:hAnsi="Times New Roman" w:cs="Times New Roman"/>
                <w:szCs w:val="21"/>
              </w:rPr>
            </w:pPr>
          </w:p>
        </w:tc>
        <w:tc>
          <w:tcPr>
            <w:tcW w:w="1044" w:type="dxa"/>
            <w:vMerge/>
          </w:tcPr>
          <w:p w14:paraId="19B92CD9" w14:textId="77777777" w:rsidR="00497B11" w:rsidRPr="00293828" w:rsidRDefault="00497B11" w:rsidP="00293828">
            <w:pPr>
              <w:rPr>
                <w:rFonts w:ascii="Times New Roman" w:hAnsi="Times New Roman" w:cs="Times New Roman"/>
                <w:szCs w:val="21"/>
              </w:rPr>
            </w:pPr>
          </w:p>
        </w:tc>
        <w:tc>
          <w:tcPr>
            <w:tcW w:w="1044" w:type="dxa"/>
            <w:vMerge/>
          </w:tcPr>
          <w:p w14:paraId="6FFA3EB8" w14:textId="77777777" w:rsidR="00497B11" w:rsidRPr="00293828" w:rsidRDefault="00497B11" w:rsidP="00293828">
            <w:pPr>
              <w:rPr>
                <w:rFonts w:ascii="Times New Roman" w:hAnsi="Times New Roman" w:cs="Times New Roman"/>
                <w:szCs w:val="21"/>
              </w:rPr>
            </w:pPr>
          </w:p>
        </w:tc>
      </w:tr>
      <w:tr w:rsidR="00497B11" w:rsidRPr="00293828" w14:paraId="793462F7" w14:textId="77777777" w:rsidTr="009D45BD">
        <w:tc>
          <w:tcPr>
            <w:tcW w:w="982" w:type="dxa"/>
            <w:vMerge w:val="restart"/>
            <w:vAlign w:val="center"/>
          </w:tcPr>
          <w:p w14:paraId="6C1270C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w:t>
            </w:r>
          </w:p>
        </w:tc>
        <w:tc>
          <w:tcPr>
            <w:tcW w:w="1125" w:type="dxa"/>
            <w:vAlign w:val="center"/>
          </w:tcPr>
          <w:p w14:paraId="1A7D654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199-&gt;206</w:t>
            </w:r>
          </w:p>
        </w:tc>
        <w:tc>
          <w:tcPr>
            <w:tcW w:w="1044" w:type="dxa"/>
            <w:vAlign w:val="center"/>
          </w:tcPr>
          <w:p w14:paraId="57A3065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0.34615</w:t>
            </w:r>
          </w:p>
        </w:tc>
        <w:tc>
          <w:tcPr>
            <w:tcW w:w="1019" w:type="dxa"/>
            <w:vMerge w:val="restart"/>
            <w:vAlign w:val="center"/>
          </w:tcPr>
          <w:p w14:paraId="2436541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6.1905</w:t>
            </w:r>
          </w:p>
        </w:tc>
        <w:tc>
          <w:tcPr>
            <w:tcW w:w="1019" w:type="dxa"/>
            <w:vMerge w:val="restart"/>
            <w:vAlign w:val="center"/>
          </w:tcPr>
          <w:p w14:paraId="53453AE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200.28</w:t>
            </w:r>
          </w:p>
        </w:tc>
        <w:tc>
          <w:tcPr>
            <w:tcW w:w="1019" w:type="dxa"/>
            <w:vMerge w:val="restart"/>
            <w:vAlign w:val="center"/>
          </w:tcPr>
          <w:p w14:paraId="21F127A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0.0365</w:t>
            </w:r>
          </w:p>
        </w:tc>
        <w:tc>
          <w:tcPr>
            <w:tcW w:w="1044" w:type="dxa"/>
            <w:vMerge w:val="restart"/>
            <w:vAlign w:val="center"/>
          </w:tcPr>
          <w:p w14:paraId="3B8BF27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-18.4475</w:t>
            </w:r>
          </w:p>
        </w:tc>
        <w:tc>
          <w:tcPr>
            <w:tcW w:w="1044" w:type="dxa"/>
            <w:vMerge w:val="restart"/>
            <w:vAlign w:val="center"/>
          </w:tcPr>
          <w:p w14:paraId="02E07D5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-18.5921</w:t>
            </w:r>
          </w:p>
        </w:tc>
      </w:tr>
      <w:tr w:rsidR="00497B11" w:rsidRPr="00293828" w14:paraId="61062BAE" w14:textId="77777777" w:rsidTr="009D45BD">
        <w:tc>
          <w:tcPr>
            <w:tcW w:w="982" w:type="dxa"/>
            <w:vMerge/>
          </w:tcPr>
          <w:p w14:paraId="69C59611" w14:textId="77777777" w:rsidR="00497B11" w:rsidRPr="00293828" w:rsidRDefault="00497B11" w:rsidP="00293828">
            <w:pPr>
              <w:rPr>
                <w:rFonts w:ascii="Times New Roman" w:hAnsi="Times New Roman" w:cs="Times New Roman"/>
                <w:szCs w:val="21"/>
              </w:rPr>
            </w:pPr>
          </w:p>
        </w:tc>
        <w:tc>
          <w:tcPr>
            <w:tcW w:w="1125" w:type="dxa"/>
            <w:vAlign w:val="center"/>
          </w:tcPr>
          <w:p w14:paraId="5C1AF02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204-&gt;206</w:t>
            </w:r>
          </w:p>
        </w:tc>
        <w:tc>
          <w:tcPr>
            <w:tcW w:w="1044" w:type="dxa"/>
            <w:vAlign w:val="center"/>
          </w:tcPr>
          <w:p w14:paraId="107BEA2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0.38417</w:t>
            </w:r>
          </w:p>
        </w:tc>
        <w:tc>
          <w:tcPr>
            <w:tcW w:w="1019" w:type="dxa"/>
            <w:vMerge/>
          </w:tcPr>
          <w:p w14:paraId="7CD38A4C" w14:textId="77777777" w:rsidR="00497B11" w:rsidRPr="00293828" w:rsidRDefault="00497B11" w:rsidP="00293828">
            <w:pPr>
              <w:rPr>
                <w:rFonts w:ascii="Times New Roman" w:hAnsi="Times New Roman" w:cs="Times New Roman"/>
                <w:szCs w:val="21"/>
              </w:rPr>
            </w:pPr>
          </w:p>
        </w:tc>
        <w:tc>
          <w:tcPr>
            <w:tcW w:w="1019" w:type="dxa"/>
            <w:vMerge/>
          </w:tcPr>
          <w:p w14:paraId="5A6D9086" w14:textId="77777777" w:rsidR="00497B11" w:rsidRPr="00293828" w:rsidRDefault="00497B11" w:rsidP="00293828">
            <w:pPr>
              <w:rPr>
                <w:rFonts w:ascii="Times New Roman" w:hAnsi="Times New Roman" w:cs="Times New Roman"/>
                <w:szCs w:val="21"/>
              </w:rPr>
            </w:pPr>
          </w:p>
        </w:tc>
        <w:tc>
          <w:tcPr>
            <w:tcW w:w="1019" w:type="dxa"/>
            <w:vMerge/>
          </w:tcPr>
          <w:p w14:paraId="384E5BE4" w14:textId="77777777" w:rsidR="00497B11" w:rsidRPr="00293828" w:rsidRDefault="00497B11" w:rsidP="00293828">
            <w:pPr>
              <w:rPr>
                <w:rFonts w:ascii="Times New Roman" w:hAnsi="Times New Roman" w:cs="Times New Roman"/>
                <w:szCs w:val="21"/>
              </w:rPr>
            </w:pPr>
          </w:p>
        </w:tc>
        <w:tc>
          <w:tcPr>
            <w:tcW w:w="1044" w:type="dxa"/>
            <w:vMerge/>
          </w:tcPr>
          <w:p w14:paraId="3128134B" w14:textId="77777777" w:rsidR="00497B11" w:rsidRPr="00293828" w:rsidRDefault="00497B11" w:rsidP="00293828">
            <w:pPr>
              <w:rPr>
                <w:rFonts w:ascii="Times New Roman" w:hAnsi="Times New Roman" w:cs="Times New Roman"/>
                <w:szCs w:val="21"/>
              </w:rPr>
            </w:pPr>
          </w:p>
        </w:tc>
        <w:tc>
          <w:tcPr>
            <w:tcW w:w="1044" w:type="dxa"/>
            <w:vMerge/>
          </w:tcPr>
          <w:p w14:paraId="6978F970" w14:textId="77777777" w:rsidR="00497B11" w:rsidRPr="00293828" w:rsidRDefault="00497B11" w:rsidP="00293828">
            <w:pPr>
              <w:rPr>
                <w:rFonts w:ascii="Times New Roman" w:hAnsi="Times New Roman" w:cs="Times New Roman"/>
                <w:szCs w:val="21"/>
              </w:rPr>
            </w:pPr>
          </w:p>
        </w:tc>
      </w:tr>
      <w:tr w:rsidR="00497B11" w:rsidRPr="00293828" w14:paraId="12CAA1C5" w14:textId="77777777" w:rsidTr="009D45BD">
        <w:tc>
          <w:tcPr>
            <w:tcW w:w="982" w:type="dxa"/>
            <w:vMerge/>
          </w:tcPr>
          <w:p w14:paraId="44C6A4ED" w14:textId="77777777" w:rsidR="00497B11" w:rsidRPr="00293828" w:rsidRDefault="00497B11" w:rsidP="00293828">
            <w:pPr>
              <w:rPr>
                <w:rFonts w:ascii="Times New Roman" w:hAnsi="Times New Roman" w:cs="Times New Roman"/>
                <w:szCs w:val="21"/>
              </w:rPr>
            </w:pPr>
          </w:p>
        </w:tc>
        <w:tc>
          <w:tcPr>
            <w:tcW w:w="1125" w:type="dxa"/>
            <w:vAlign w:val="center"/>
          </w:tcPr>
          <w:p w14:paraId="13B1F57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204-&gt;207</w:t>
            </w:r>
          </w:p>
        </w:tc>
        <w:tc>
          <w:tcPr>
            <w:tcW w:w="1044" w:type="dxa"/>
            <w:vAlign w:val="center"/>
          </w:tcPr>
          <w:p w14:paraId="2D226FC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0.16869</w:t>
            </w:r>
          </w:p>
        </w:tc>
        <w:tc>
          <w:tcPr>
            <w:tcW w:w="1019" w:type="dxa"/>
            <w:vMerge/>
          </w:tcPr>
          <w:p w14:paraId="1D27232D" w14:textId="77777777" w:rsidR="00497B11" w:rsidRPr="00293828" w:rsidRDefault="00497B11" w:rsidP="00293828">
            <w:pPr>
              <w:rPr>
                <w:rFonts w:ascii="Times New Roman" w:hAnsi="Times New Roman" w:cs="Times New Roman"/>
                <w:szCs w:val="21"/>
              </w:rPr>
            </w:pPr>
          </w:p>
        </w:tc>
        <w:tc>
          <w:tcPr>
            <w:tcW w:w="1019" w:type="dxa"/>
            <w:vMerge/>
          </w:tcPr>
          <w:p w14:paraId="017D2ED2" w14:textId="77777777" w:rsidR="00497B11" w:rsidRPr="00293828" w:rsidRDefault="00497B11" w:rsidP="00293828">
            <w:pPr>
              <w:rPr>
                <w:rFonts w:ascii="Times New Roman" w:hAnsi="Times New Roman" w:cs="Times New Roman"/>
                <w:szCs w:val="21"/>
              </w:rPr>
            </w:pPr>
          </w:p>
        </w:tc>
        <w:tc>
          <w:tcPr>
            <w:tcW w:w="1019" w:type="dxa"/>
            <w:vMerge/>
          </w:tcPr>
          <w:p w14:paraId="3A79EDFB" w14:textId="77777777" w:rsidR="00497B11" w:rsidRPr="00293828" w:rsidRDefault="00497B11" w:rsidP="00293828">
            <w:pPr>
              <w:rPr>
                <w:rFonts w:ascii="Times New Roman" w:hAnsi="Times New Roman" w:cs="Times New Roman"/>
                <w:szCs w:val="21"/>
              </w:rPr>
            </w:pPr>
          </w:p>
        </w:tc>
        <w:tc>
          <w:tcPr>
            <w:tcW w:w="1044" w:type="dxa"/>
            <w:vMerge/>
          </w:tcPr>
          <w:p w14:paraId="72AB78CB" w14:textId="77777777" w:rsidR="00497B11" w:rsidRPr="00293828" w:rsidRDefault="00497B11" w:rsidP="00293828">
            <w:pPr>
              <w:rPr>
                <w:rFonts w:ascii="Times New Roman" w:hAnsi="Times New Roman" w:cs="Times New Roman"/>
                <w:szCs w:val="21"/>
              </w:rPr>
            </w:pPr>
          </w:p>
        </w:tc>
        <w:tc>
          <w:tcPr>
            <w:tcW w:w="1044" w:type="dxa"/>
            <w:vMerge/>
          </w:tcPr>
          <w:p w14:paraId="3745FB68" w14:textId="77777777" w:rsidR="00497B11" w:rsidRPr="00293828" w:rsidRDefault="00497B11" w:rsidP="00293828">
            <w:pPr>
              <w:rPr>
                <w:rFonts w:ascii="Times New Roman" w:hAnsi="Times New Roman" w:cs="Times New Roman"/>
                <w:szCs w:val="21"/>
              </w:rPr>
            </w:pPr>
          </w:p>
        </w:tc>
      </w:tr>
      <w:tr w:rsidR="00497B11" w:rsidRPr="00293828" w14:paraId="0D02F88F" w14:textId="77777777" w:rsidTr="009D45BD">
        <w:tc>
          <w:tcPr>
            <w:tcW w:w="982" w:type="dxa"/>
            <w:vMerge w:val="restart"/>
            <w:vAlign w:val="center"/>
          </w:tcPr>
          <w:p w14:paraId="02ACC60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8</w:t>
            </w:r>
          </w:p>
        </w:tc>
        <w:tc>
          <w:tcPr>
            <w:tcW w:w="1125" w:type="dxa"/>
            <w:vAlign w:val="center"/>
          </w:tcPr>
          <w:p w14:paraId="3934DA1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194-&gt;206</w:t>
            </w:r>
          </w:p>
        </w:tc>
        <w:tc>
          <w:tcPr>
            <w:tcW w:w="1044" w:type="dxa"/>
            <w:vAlign w:val="center"/>
          </w:tcPr>
          <w:p w14:paraId="3BA0B53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0.4257</w:t>
            </w:r>
          </w:p>
        </w:tc>
        <w:tc>
          <w:tcPr>
            <w:tcW w:w="1019" w:type="dxa"/>
            <w:vMerge w:val="restart"/>
            <w:vAlign w:val="center"/>
          </w:tcPr>
          <w:p w14:paraId="1F55340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6.2320</w:t>
            </w:r>
          </w:p>
        </w:tc>
        <w:tc>
          <w:tcPr>
            <w:tcW w:w="1019" w:type="dxa"/>
            <w:vMerge w:val="restart"/>
            <w:vAlign w:val="center"/>
          </w:tcPr>
          <w:p w14:paraId="22B9049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198.95</w:t>
            </w:r>
          </w:p>
        </w:tc>
        <w:tc>
          <w:tcPr>
            <w:tcW w:w="1019" w:type="dxa"/>
            <w:vMerge w:val="restart"/>
            <w:vAlign w:val="center"/>
          </w:tcPr>
          <w:p w14:paraId="2EF138B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0.0081</w:t>
            </w:r>
          </w:p>
        </w:tc>
        <w:tc>
          <w:tcPr>
            <w:tcW w:w="1044" w:type="dxa"/>
            <w:vMerge w:val="restart"/>
            <w:vAlign w:val="center"/>
          </w:tcPr>
          <w:p w14:paraId="7718CE7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0.6688</w:t>
            </w:r>
          </w:p>
        </w:tc>
        <w:tc>
          <w:tcPr>
            <w:tcW w:w="1044" w:type="dxa"/>
            <w:vMerge w:val="restart"/>
            <w:vAlign w:val="center"/>
          </w:tcPr>
          <w:p w14:paraId="0DB5A83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0.6653</w:t>
            </w:r>
          </w:p>
        </w:tc>
      </w:tr>
      <w:tr w:rsidR="00497B11" w:rsidRPr="00293828" w14:paraId="69724EDC" w14:textId="77777777" w:rsidTr="009D45BD">
        <w:tc>
          <w:tcPr>
            <w:tcW w:w="982" w:type="dxa"/>
            <w:vMerge/>
          </w:tcPr>
          <w:p w14:paraId="460650BA" w14:textId="77777777" w:rsidR="00497B11" w:rsidRPr="00293828" w:rsidRDefault="00497B11" w:rsidP="00293828">
            <w:pPr>
              <w:rPr>
                <w:rFonts w:ascii="Times New Roman" w:hAnsi="Times New Roman" w:cs="Times New Roman"/>
                <w:szCs w:val="21"/>
              </w:rPr>
            </w:pPr>
          </w:p>
        </w:tc>
        <w:tc>
          <w:tcPr>
            <w:tcW w:w="1125" w:type="dxa"/>
            <w:vAlign w:val="center"/>
          </w:tcPr>
          <w:p w14:paraId="7B53D40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195-&gt;206</w:t>
            </w:r>
          </w:p>
        </w:tc>
        <w:tc>
          <w:tcPr>
            <w:tcW w:w="1044" w:type="dxa"/>
            <w:vAlign w:val="center"/>
          </w:tcPr>
          <w:p w14:paraId="59FAC07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0.41647</w:t>
            </w:r>
          </w:p>
        </w:tc>
        <w:tc>
          <w:tcPr>
            <w:tcW w:w="1019" w:type="dxa"/>
            <w:vMerge/>
          </w:tcPr>
          <w:p w14:paraId="03B5F1CB" w14:textId="77777777" w:rsidR="00497B11" w:rsidRPr="00293828" w:rsidRDefault="00497B11" w:rsidP="00293828">
            <w:pPr>
              <w:rPr>
                <w:rFonts w:ascii="Times New Roman" w:hAnsi="Times New Roman" w:cs="Times New Roman"/>
                <w:szCs w:val="21"/>
              </w:rPr>
            </w:pPr>
          </w:p>
        </w:tc>
        <w:tc>
          <w:tcPr>
            <w:tcW w:w="1019" w:type="dxa"/>
            <w:vMerge/>
          </w:tcPr>
          <w:p w14:paraId="7609AF71" w14:textId="77777777" w:rsidR="00497B11" w:rsidRPr="00293828" w:rsidRDefault="00497B11" w:rsidP="00293828">
            <w:pPr>
              <w:rPr>
                <w:rFonts w:ascii="Times New Roman" w:hAnsi="Times New Roman" w:cs="Times New Roman"/>
                <w:szCs w:val="21"/>
              </w:rPr>
            </w:pPr>
          </w:p>
        </w:tc>
        <w:tc>
          <w:tcPr>
            <w:tcW w:w="1019" w:type="dxa"/>
            <w:vMerge/>
          </w:tcPr>
          <w:p w14:paraId="6C9C72D1" w14:textId="77777777" w:rsidR="00497B11" w:rsidRPr="00293828" w:rsidRDefault="00497B11" w:rsidP="00293828">
            <w:pPr>
              <w:rPr>
                <w:rFonts w:ascii="Times New Roman" w:hAnsi="Times New Roman" w:cs="Times New Roman"/>
                <w:szCs w:val="21"/>
              </w:rPr>
            </w:pPr>
          </w:p>
        </w:tc>
        <w:tc>
          <w:tcPr>
            <w:tcW w:w="1044" w:type="dxa"/>
            <w:vMerge/>
          </w:tcPr>
          <w:p w14:paraId="48EDA400" w14:textId="77777777" w:rsidR="00497B11" w:rsidRPr="00293828" w:rsidRDefault="00497B11" w:rsidP="00293828">
            <w:pPr>
              <w:rPr>
                <w:rFonts w:ascii="Times New Roman" w:hAnsi="Times New Roman" w:cs="Times New Roman"/>
                <w:szCs w:val="21"/>
              </w:rPr>
            </w:pPr>
          </w:p>
        </w:tc>
        <w:tc>
          <w:tcPr>
            <w:tcW w:w="1044" w:type="dxa"/>
            <w:vMerge/>
          </w:tcPr>
          <w:p w14:paraId="5FB97960" w14:textId="77777777" w:rsidR="00497B11" w:rsidRPr="00293828" w:rsidRDefault="00497B11" w:rsidP="00293828">
            <w:pPr>
              <w:rPr>
                <w:rFonts w:ascii="Times New Roman" w:hAnsi="Times New Roman" w:cs="Times New Roman"/>
                <w:szCs w:val="21"/>
              </w:rPr>
            </w:pPr>
          </w:p>
        </w:tc>
      </w:tr>
      <w:tr w:rsidR="00497B11" w:rsidRPr="00293828" w14:paraId="23D207FD" w14:textId="77777777" w:rsidTr="009D45BD">
        <w:tc>
          <w:tcPr>
            <w:tcW w:w="982" w:type="dxa"/>
            <w:vMerge/>
          </w:tcPr>
          <w:p w14:paraId="614838D8" w14:textId="77777777" w:rsidR="00497B11" w:rsidRPr="00293828" w:rsidRDefault="00497B11" w:rsidP="00293828">
            <w:pPr>
              <w:rPr>
                <w:rFonts w:ascii="Times New Roman" w:hAnsi="Times New Roman" w:cs="Times New Roman"/>
                <w:szCs w:val="21"/>
              </w:rPr>
            </w:pPr>
          </w:p>
        </w:tc>
        <w:tc>
          <w:tcPr>
            <w:tcW w:w="1125" w:type="dxa"/>
            <w:vAlign w:val="center"/>
          </w:tcPr>
          <w:p w14:paraId="2AB9980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203-&gt;206</w:t>
            </w:r>
          </w:p>
        </w:tc>
        <w:tc>
          <w:tcPr>
            <w:tcW w:w="1044" w:type="dxa"/>
            <w:vAlign w:val="center"/>
          </w:tcPr>
          <w:p w14:paraId="2D0A0B0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0.19212</w:t>
            </w:r>
          </w:p>
        </w:tc>
        <w:tc>
          <w:tcPr>
            <w:tcW w:w="1019" w:type="dxa"/>
            <w:vMerge/>
          </w:tcPr>
          <w:p w14:paraId="7556C8A3" w14:textId="77777777" w:rsidR="00497B11" w:rsidRPr="00293828" w:rsidRDefault="00497B11" w:rsidP="00293828">
            <w:pPr>
              <w:rPr>
                <w:rFonts w:ascii="Times New Roman" w:hAnsi="Times New Roman" w:cs="Times New Roman"/>
                <w:szCs w:val="21"/>
              </w:rPr>
            </w:pPr>
          </w:p>
        </w:tc>
        <w:tc>
          <w:tcPr>
            <w:tcW w:w="1019" w:type="dxa"/>
            <w:vMerge/>
          </w:tcPr>
          <w:p w14:paraId="1D5C0A08" w14:textId="77777777" w:rsidR="00497B11" w:rsidRPr="00293828" w:rsidRDefault="00497B11" w:rsidP="00293828">
            <w:pPr>
              <w:rPr>
                <w:rFonts w:ascii="Times New Roman" w:hAnsi="Times New Roman" w:cs="Times New Roman"/>
                <w:szCs w:val="21"/>
              </w:rPr>
            </w:pPr>
          </w:p>
        </w:tc>
        <w:tc>
          <w:tcPr>
            <w:tcW w:w="1019" w:type="dxa"/>
            <w:vMerge/>
          </w:tcPr>
          <w:p w14:paraId="6EF98F46" w14:textId="77777777" w:rsidR="00497B11" w:rsidRPr="00293828" w:rsidRDefault="00497B11" w:rsidP="00293828">
            <w:pPr>
              <w:rPr>
                <w:rFonts w:ascii="Times New Roman" w:hAnsi="Times New Roman" w:cs="Times New Roman"/>
                <w:szCs w:val="21"/>
              </w:rPr>
            </w:pPr>
          </w:p>
        </w:tc>
        <w:tc>
          <w:tcPr>
            <w:tcW w:w="1044" w:type="dxa"/>
            <w:vMerge/>
          </w:tcPr>
          <w:p w14:paraId="76FA5D5F" w14:textId="77777777" w:rsidR="00497B11" w:rsidRPr="00293828" w:rsidRDefault="00497B11" w:rsidP="00293828">
            <w:pPr>
              <w:rPr>
                <w:rFonts w:ascii="Times New Roman" w:hAnsi="Times New Roman" w:cs="Times New Roman"/>
                <w:szCs w:val="21"/>
              </w:rPr>
            </w:pPr>
          </w:p>
        </w:tc>
        <w:tc>
          <w:tcPr>
            <w:tcW w:w="1044" w:type="dxa"/>
            <w:vMerge/>
          </w:tcPr>
          <w:p w14:paraId="7DDD09E8" w14:textId="77777777" w:rsidR="00497B11" w:rsidRPr="00293828" w:rsidRDefault="00497B11" w:rsidP="00293828">
            <w:pPr>
              <w:rPr>
                <w:rFonts w:ascii="Times New Roman" w:hAnsi="Times New Roman" w:cs="Times New Roman"/>
                <w:szCs w:val="21"/>
              </w:rPr>
            </w:pPr>
          </w:p>
        </w:tc>
      </w:tr>
      <w:tr w:rsidR="00497B11" w:rsidRPr="00293828" w14:paraId="511FD2B7" w14:textId="77777777" w:rsidTr="009D45BD">
        <w:tc>
          <w:tcPr>
            <w:tcW w:w="982" w:type="dxa"/>
            <w:vMerge/>
          </w:tcPr>
          <w:p w14:paraId="4B892E61" w14:textId="77777777" w:rsidR="00497B11" w:rsidRPr="00293828" w:rsidRDefault="00497B11" w:rsidP="00293828">
            <w:pPr>
              <w:rPr>
                <w:rFonts w:ascii="Times New Roman" w:hAnsi="Times New Roman" w:cs="Times New Roman"/>
                <w:szCs w:val="21"/>
              </w:rPr>
            </w:pPr>
          </w:p>
        </w:tc>
        <w:tc>
          <w:tcPr>
            <w:tcW w:w="1125" w:type="dxa"/>
            <w:vAlign w:val="center"/>
          </w:tcPr>
          <w:p w14:paraId="68C5254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205-&gt;207</w:t>
            </w:r>
          </w:p>
        </w:tc>
        <w:tc>
          <w:tcPr>
            <w:tcW w:w="1044" w:type="dxa"/>
            <w:vAlign w:val="center"/>
          </w:tcPr>
          <w:p w14:paraId="6E3470D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-0.15848</w:t>
            </w:r>
          </w:p>
        </w:tc>
        <w:tc>
          <w:tcPr>
            <w:tcW w:w="1019" w:type="dxa"/>
            <w:vMerge/>
          </w:tcPr>
          <w:p w14:paraId="6CDA6DC1" w14:textId="77777777" w:rsidR="00497B11" w:rsidRPr="00293828" w:rsidRDefault="00497B11" w:rsidP="00293828">
            <w:pPr>
              <w:rPr>
                <w:rFonts w:ascii="Times New Roman" w:hAnsi="Times New Roman" w:cs="Times New Roman"/>
                <w:szCs w:val="21"/>
              </w:rPr>
            </w:pPr>
          </w:p>
        </w:tc>
        <w:tc>
          <w:tcPr>
            <w:tcW w:w="1019" w:type="dxa"/>
            <w:vMerge/>
          </w:tcPr>
          <w:p w14:paraId="12B16A0B" w14:textId="77777777" w:rsidR="00497B11" w:rsidRPr="00293828" w:rsidRDefault="00497B11" w:rsidP="00293828">
            <w:pPr>
              <w:rPr>
                <w:rFonts w:ascii="Times New Roman" w:hAnsi="Times New Roman" w:cs="Times New Roman"/>
                <w:szCs w:val="21"/>
              </w:rPr>
            </w:pPr>
          </w:p>
        </w:tc>
        <w:tc>
          <w:tcPr>
            <w:tcW w:w="1019" w:type="dxa"/>
            <w:vMerge/>
          </w:tcPr>
          <w:p w14:paraId="3B3DF53F" w14:textId="77777777" w:rsidR="00497B11" w:rsidRPr="00293828" w:rsidRDefault="00497B11" w:rsidP="00293828">
            <w:pPr>
              <w:rPr>
                <w:rFonts w:ascii="Times New Roman" w:hAnsi="Times New Roman" w:cs="Times New Roman"/>
                <w:szCs w:val="21"/>
              </w:rPr>
            </w:pPr>
          </w:p>
        </w:tc>
        <w:tc>
          <w:tcPr>
            <w:tcW w:w="1044" w:type="dxa"/>
            <w:vMerge/>
          </w:tcPr>
          <w:p w14:paraId="52F65624" w14:textId="77777777" w:rsidR="00497B11" w:rsidRPr="00293828" w:rsidRDefault="00497B11" w:rsidP="00293828">
            <w:pPr>
              <w:rPr>
                <w:rFonts w:ascii="Times New Roman" w:hAnsi="Times New Roman" w:cs="Times New Roman"/>
                <w:szCs w:val="21"/>
              </w:rPr>
            </w:pPr>
          </w:p>
        </w:tc>
        <w:tc>
          <w:tcPr>
            <w:tcW w:w="1044" w:type="dxa"/>
            <w:vMerge/>
          </w:tcPr>
          <w:p w14:paraId="4F537E44" w14:textId="77777777" w:rsidR="00497B11" w:rsidRPr="00293828" w:rsidRDefault="00497B11" w:rsidP="00293828">
            <w:pPr>
              <w:rPr>
                <w:rFonts w:ascii="Times New Roman" w:hAnsi="Times New Roman" w:cs="Times New Roman"/>
                <w:szCs w:val="21"/>
              </w:rPr>
            </w:pPr>
          </w:p>
        </w:tc>
      </w:tr>
      <w:tr w:rsidR="00497B11" w:rsidRPr="00293828" w14:paraId="0F9BBA35" w14:textId="77777777" w:rsidTr="009D45BD">
        <w:tc>
          <w:tcPr>
            <w:tcW w:w="982" w:type="dxa"/>
            <w:vMerge w:val="restart"/>
            <w:vAlign w:val="center"/>
          </w:tcPr>
          <w:p w14:paraId="4CE3926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lastRenderedPageBreak/>
              <w:t>9</w:t>
            </w:r>
          </w:p>
        </w:tc>
        <w:tc>
          <w:tcPr>
            <w:tcW w:w="1125" w:type="dxa"/>
            <w:vAlign w:val="center"/>
          </w:tcPr>
          <w:p w14:paraId="5174E7D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198-&gt;206</w:t>
            </w:r>
          </w:p>
        </w:tc>
        <w:tc>
          <w:tcPr>
            <w:tcW w:w="1044" w:type="dxa"/>
            <w:vAlign w:val="center"/>
          </w:tcPr>
          <w:p w14:paraId="0CEEFC3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0.23105</w:t>
            </w:r>
          </w:p>
        </w:tc>
        <w:tc>
          <w:tcPr>
            <w:tcW w:w="1019" w:type="dxa"/>
            <w:vMerge w:val="restart"/>
            <w:vAlign w:val="center"/>
          </w:tcPr>
          <w:p w14:paraId="474DE2E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6.3696</w:t>
            </w:r>
          </w:p>
        </w:tc>
        <w:tc>
          <w:tcPr>
            <w:tcW w:w="1019" w:type="dxa"/>
            <w:vMerge w:val="restart"/>
            <w:vAlign w:val="center"/>
          </w:tcPr>
          <w:p w14:paraId="1205ADF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194.65</w:t>
            </w:r>
          </w:p>
        </w:tc>
        <w:tc>
          <w:tcPr>
            <w:tcW w:w="1019" w:type="dxa"/>
            <w:vMerge w:val="restart"/>
            <w:vAlign w:val="center"/>
          </w:tcPr>
          <w:p w14:paraId="7EF01A4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0.0137</w:t>
            </w:r>
          </w:p>
        </w:tc>
        <w:tc>
          <w:tcPr>
            <w:tcW w:w="1044" w:type="dxa"/>
            <w:vMerge w:val="restart"/>
            <w:vAlign w:val="center"/>
          </w:tcPr>
          <w:p w14:paraId="5C2DC49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17.1738</w:t>
            </w:r>
          </w:p>
        </w:tc>
        <w:tc>
          <w:tcPr>
            <w:tcW w:w="1044" w:type="dxa"/>
            <w:vMerge w:val="restart"/>
            <w:vAlign w:val="center"/>
          </w:tcPr>
          <w:p w14:paraId="62DB3C0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17.0179</w:t>
            </w:r>
          </w:p>
        </w:tc>
      </w:tr>
      <w:tr w:rsidR="00497B11" w:rsidRPr="00293828" w14:paraId="21AB530A" w14:textId="77777777" w:rsidTr="009D45BD">
        <w:tc>
          <w:tcPr>
            <w:tcW w:w="982" w:type="dxa"/>
            <w:vMerge/>
          </w:tcPr>
          <w:p w14:paraId="644343EA" w14:textId="77777777" w:rsidR="00497B11" w:rsidRPr="00293828" w:rsidRDefault="00497B11" w:rsidP="00293828">
            <w:pPr>
              <w:rPr>
                <w:rFonts w:ascii="Times New Roman" w:hAnsi="Times New Roman" w:cs="Times New Roman"/>
                <w:szCs w:val="21"/>
              </w:rPr>
            </w:pPr>
          </w:p>
        </w:tc>
        <w:tc>
          <w:tcPr>
            <w:tcW w:w="1125" w:type="dxa"/>
            <w:vAlign w:val="center"/>
          </w:tcPr>
          <w:p w14:paraId="03915ED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44" w:type="dxa"/>
            <w:vAlign w:val="center"/>
          </w:tcPr>
          <w:p w14:paraId="7AF0617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0.19979</w:t>
            </w:r>
          </w:p>
        </w:tc>
        <w:tc>
          <w:tcPr>
            <w:tcW w:w="1019" w:type="dxa"/>
            <w:vMerge/>
          </w:tcPr>
          <w:p w14:paraId="72D788F0" w14:textId="77777777" w:rsidR="00497B11" w:rsidRPr="00293828" w:rsidRDefault="00497B11" w:rsidP="00293828">
            <w:pPr>
              <w:rPr>
                <w:rFonts w:ascii="Times New Roman" w:hAnsi="Times New Roman" w:cs="Times New Roman"/>
                <w:szCs w:val="21"/>
              </w:rPr>
            </w:pPr>
          </w:p>
        </w:tc>
        <w:tc>
          <w:tcPr>
            <w:tcW w:w="1019" w:type="dxa"/>
            <w:vMerge/>
          </w:tcPr>
          <w:p w14:paraId="51AD4B4F" w14:textId="77777777" w:rsidR="00497B11" w:rsidRPr="00293828" w:rsidRDefault="00497B11" w:rsidP="00293828">
            <w:pPr>
              <w:rPr>
                <w:rFonts w:ascii="Times New Roman" w:hAnsi="Times New Roman" w:cs="Times New Roman"/>
                <w:szCs w:val="21"/>
              </w:rPr>
            </w:pPr>
          </w:p>
        </w:tc>
        <w:tc>
          <w:tcPr>
            <w:tcW w:w="1019" w:type="dxa"/>
            <w:vMerge/>
          </w:tcPr>
          <w:p w14:paraId="002EF3BD" w14:textId="77777777" w:rsidR="00497B11" w:rsidRPr="00293828" w:rsidRDefault="00497B11" w:rsidP="00293828">
            <w:pPr>
              <w:rPr>
                <w:rFonts w:ascii="Times New Roman" w:hAnsi="Times New Roman" w:cs="Times New Roman"/>
                <w:szCs w:val="21"/>
              </w:rPr>
            </w:pPr>
          </w:p>
        </w:tc>
        <w:tc>
          <w:tcPr>
            <w:tcW w:w="1044" w:type="dxa"/>
            <w:vMerge/>
          </w:tcPr>
          <w:p w14:paraId="24494B90" w14:textId="77777777" w:rsidR="00497B11" w:rsidRPr="00293828" w:rsidRDefault="00497B11" w:rsidP="00293828">
            <w:pPr>
              <w:rPr>
                <w:rFonts w:ascii="Times New Roman" w:hAnsi="Times New Roman" w:cs="Times New Roman"/>
                <w:szCs w:val="21"/>
              </w:rPr>
            </w:pPr>
          </w:p>
        </w:tc>
        <w:tc>
          <w:tcPr>
            <w:tcW w:w="1044" w:type="dxa"/>
            <w:vMerge/>
          </w:tcPr>
          <w:p w14:paraId="2AE4AC1B" w14:textId="77777777" w:rsidR="00497B11" w:rsidRPr="00293828" w:rsidRDefault="00497B11" w:rsidP="00293828">
            <w:pPr>
              <w:rPr>
                <w:rFonts w:ascii="Times New Roman" w:hAnsi="Times New Roman" w:cs="Times New Roman"/>
                <w:szCs w:val="21"/>
              </w:rPr>
            </w:pPr>
          </w:p>
        </w:tc>
      </w:tr>
      <w:tr w:rsidR="00497B11" w:rsidRPr="00293828" w14:paraId="74FFB1E5" w14:textId="77777777" w:rsidTr="009D45BD">
        <w:tc>
          <w:tcPr>
            <w:tcW w:w="982" w:type="dxa"/>
            <w:vMerge/>
          </w:tcPr>
          <w:p w14:paraId="449D6832" w14:textId="77777777" w:rsidR="00497B11" w:rsidRPr="00293828" w:rsidRDefault="00497B11" w:rsidP="00293828">
            <w:pPr>
              <w:rPr>
                <w:rFonts w:ascii="Times New Roman" w:hAnsi="Times New Roman" w:cs="Times New Roman"/>
                <w:szCs w:val="21"/>
              </w:rPr>
            </w:pPr>
          </w:p>
        </w:tc>
        <w:tc>
          <w:tcPr>
            <w:tcW w:w="1125" w:type="dxa"/>
            <w:vAlign w:val="center"/>
          </w:tcPr>
          <w:p w14:paraId="65B31D8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44" w:type="dxa"/>
            <w:vAlign w:val="center"/>
          </w:tcPr>
          <w:p w14:paraId="2380BC4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0.26537</w:t>
            </w:r>
          </w:p>
        </w:tc>
        <w:tc>
          <w:tcPr>
            <w:tcW w:w="1019" w:type="dxa"/>
            <w:vMerge/>
          </w:tcPr>
          <w:p w14:paraId="1CC4C445" w14:textId="77777777" w:rsidR="00497B11" w:rsidRPr="00293828" w:rsidRDefault="00497B11" w:rsidP="00293828">
            <w:pPr>
              <w:rPr>
                <w:rFonts w:ascii="Times New Roman" w:hAnsi="Times New Roman" w:cs="Times New Roman"/>
                <w:szCs w:val="21"/>
              </w:rPr>
            </w:pPr>
          </w:p>
        </w:tc>
        <w:tc>
          <w:tcPr>
            <w:tcW w:w="1019" w:type="dxa"/>
            <w:vMerge/>
          </w:tcPr>
          <w:p w14:paraId="43AA4CEE" w14:textId="77777777" w:rsidR="00497B11" w:rsidRPr="00293828" w:rsidRDefault="00497B11" w:rsidP="00293828">
            <w:pPr>
              <w:rPr>
                <w:rFonts w:ascii="Times New Roman" w:hAnsi="Times New Roman" w:cs="Times New Roman"/>
                <w:szCs w:val="21"/>
              </w:rPr>
            </w:pPr>
          </w:p>
        </w:tc>
        <w:tc>
          <w:tcPr>
            <w:tcW w:w="1019" w:type="dxa"/>
            <w:vMerge/>
          </w:tcPr>
          <w:p w14:paraId="77561356" w14:textId="77777777" w:rsidR="00497B11" w:rsidRPr="00293828" w:rsidRDefault="00497B11" w:rsidP="00293828">
            <w:pPr>
              <w:rPr>
                <w:rFonts w:ascii="Times New Roman" w:hAnsi="Times New Roman" w:cs="Times New Roman"/>
                <w:szCs w:val="21"/>
              </w:rPr>
            </w:pPr>
          </w:p>
        </w:tc>
        <w:tc>
          <w:tcPr>
            <w:tcW w:w="1044" w:type="dxa"/>
            <w:vMerge/>
          </w:tcPr>
          <w:p w14:paraId="3C30B205" w14:textId="77777777" w:rsidR="00497B11" w:rsidRPr="00293828" w:rsidRDefault="00497B11" w:rsidP="00293828">
            <w:pPr>
              <w:rPr>
                <w:rFonts w:ascii="Times New Roman" w:hAnsi="Times New Roman" w:cs="Times New Roman"/>
                <w:szCs w:val="21"/>
              </w:rPr>
            </w:pPr>
          </w:p>
        </w:tc>
        <w:tc>
          <w:tcPr>
            <w:tcW w:w="1044" w:type="dxa"/>
            <w:vMerge/>
          </w:tcPr>
          <w:p w14:paraId="332A3352" w14:textId="77777777" w:rsidR="00497B11" w:rsidRPr="00293828" w:rsidRDefault="00497B11" w:rsidP="00293828">
            <w:pPr>
              <w:rPr>
                <w:rFonts w:ascii="Times New Roman" w:hAnsi="Times New Roman" w:cs="Times New Roman"/>
                <w:szCs w:val="21"/>
              </w:rPr>
            </w:pPr>
          </w:p>
        </w:tc>
      </w:tr>
      <w:tr w:rsidR="00497B11" w:rsidRPr="00293828" w14:paraId="244D2412" w14:textId="77777777" w:rsidTr="009D45BD">
        <w:tc>
          <w:tcPr>
            <w:tcW w:w="982" w:type="dxa"/>
            <w:vMerge/>
          </w:tcPr>
          <w:p w14:paraId="1058879E" w14:textId="77777777" w:rsidR="00497B11" w:rsidRPr="00293828" w:rsidRDefault="00497B11" w:rsidP="00293828">
            <w:pPr>
              <w:rPr>
                <w:rFonts w:ascii="Times New Roman" w:hAnsi="Times New Roman" w:cs="Times New Roman"/>
                <w:szCs w:val="21"/>
              </w:rPr>
            </w:pPr>
          </w:p>
        </w:tc>
        <w:tc>
          <w:tcPr>
            <w:tcW w:w="1125" w:type="dxa"/>
            <w:vAlign w:val="center"/>
          </w:tcPr>
          <w:p w14:paraId="2F5781C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203-&gt;206</w:t>
            </w:r>
          </w:p>
        </w:tc>
        <w:tc>
          <w:tcPr>
            <w:tcW w:w="1044" w:type="dxa"/>
            <w:vAlign w:val="center"/>
          </w:tcPr>
          <w:p w14:paraId="4B199C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0.1956</w:t>
            </w:r>
          </w:p>
        </w:tc>
        <w:tc>
          <w:tcPr>
            <w:tcW w:w="1019" w:type="dxa"/>
            <w:vMerge/>
          </w:tcPr>
          <w:p w14:paraId="308D67D3" w14:textId="77777777" w:rsidR="00497B11" w:rsidRPr="00293828" w:rsidRDefault="00497B11" w:rsidP="00293828">
            <w:pPr>
              <w:rPr>
                <w:rFonts w:ascii="Times New Roman" w:hAnsi="Times New Roman" w:cs="Times New Roman"/>
                <w:szCs w:val="21"/>
              </w:rPr>
            </w:pPr>
          </w:p>
        </w:tc>
        <w:tc>
          <w:tcPr>
            <w:tcW w:w="1019" w:type="dxa"/>
            <w:vMerge/>
          </w:tcPr>
          <w:p w14:paraId="3BD4D22F" w14:textId="77777777" w:rsidR="00497B11" w:rsidRPr="00293828" w:rsidRDefault="00497B11" w:rsidP="00293828">
            <w:pPr>
              <w:rPr>
                <w:rFonts w:ascii="Times New Roman" w:hAnsi="Times New Roman" w:cs="Times New Roman"/>
                <w:szCs w:val="21"/>
              </w:rPr>
            </w:pPr>
          </w:p>
        </w:tc>
        <w:tc>
          <w:tcPr>
            <w:tcW w:w="1019" w:type="dxa"/>
            <w:vMerge/>
          </w:tcPr>
          <w:p w14:paraId="6E902851" w14:textId="77777777" w:rsidR="00497B11" w:rsidRPr="00293828" w:rsidRDefault="00497B11" w:rsidP="00293828">
            <w:pPr>
              <w:rPr>
                <w:rFonts w:ascii="Times New Roman" w:hAnsi="Times New Roman" w:cs="Times New Roman"/>
                <w:szCs w:val="21"/>
              </w:rPr>
            </w:pPr>
          </w:p>
        </w:tc>
        <w:tc>
          <w:tcPr>
            <w:tcW w:w="1044" w:type="dxa"/>
            <w:vMerge/>
          </w:tcPr>
          <w:p w14:paraId="2B67A410" w14:textId="77777777" w:rsidR="00497B11" w:rsidRPr="00293828" w:rsidRDefault="00497B11" w:rsidP="00293828">
            <w:pPr>
              <w:rPr>
                <w:rFonts w:ascii="Times New Roman" w:hAnsi="Times New Roman" w:cs="Times New Roman"/>
                <w:szCs w:val="21"/>
              </w:rPr>
            </w:pPr>
          </w:p>
        </w:tc>
        <w:tc>
          <w:tcPr>
            <w:tcW w:w="1044" w:type="dxa"/>
            <w:vMerge/>
          </w:tcPr>
          <w:p w14:paraId="420DBE5F" w14:textId="77777777" w:rsidR="00497B11" w:rsidRPr="00293828" w:rsidRDefault="00497B11" w:rsidP="00293828">
            <w:pPr>
              <w:rPr>
                <w:rFonts w:ascii="Times New Roman" w:hAnsi="Times New Roman" w:cs="Times New Roman"/>
                <w:szCs w:val="21"/>
              </w:rPr>
            </w:pPr>
          </w:p>
        </w:tc>
      </w:tr>
      <w:tr w:rsidR="00497B11" w:rsidRPr="00293828" w14:paraId="2367E197" w14:textId="77777777" w:rsidTr="009D45BD">
        <w:tc>
          <w:tcPr>
            <w:tcW w:w="982" w:type="dxa"/>
            <w:vMerge/>
          </w:tcPr>
          <w:p w14:paraId="3E6D8D0C" w14:textId="77777777" w:rsidR="00497B11" w:rsidRPr="00293828" w:rsidRDefault="00497B11" w:rsidP="00293828">
            <w:pPr>
              <w:rPr>
                <w:rFonts w:ascii="Times New Roman" w:hAnsi="Times New Roman" w:cs="Times New Roman"/>
                <w:szCs w:val="21"/>
              </w:rPr>
            </w:pPr>
          </w:p>
        </w:tc>
        <w:tc>
          <w:tcPr>
            <w:tcW w:w="1125" w:type="dxa"/>
            <w:vAlign w:val="center"/>
          </w:tcPr>
          <w:p w14:paraId="0BC8DC4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205-&gt;212</w:t>
            </w:r>
          </w:p>
        </w:tc>
        <w:tc>
          <w:tcPr>
            <w:tcW w:w="1044" w:type="dxa"/>
            <w:vAlign w:val="center"/>
          </w:tcPr>
          <w:p w14:paraId="33B75E3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-0.16943</w:t>
            </w:r>
          </w:p>
        </w:tc>
        <w:tc>
          <w:tcPr>
            <w:tcW w:w="1019" w:type="dxa"/>
            <w:vMerge/>
          </w:tcPr>
          <w:p w14:paraId="1CA7512F" w14:textId="77777777" w:rsidR="00497B11" w:rsidRPr="00293828" w:rsidRDefault="00497B11" w:rsidP="00293828">
            <w:pPr>
              <w:rPr>
                <w:rFonts w:ascii="Times New Roman" w:hAnsi="Times New Roman" w:cs="Times New Roman"/>
                <w:szCs w:val="21"/>
              </w:rPr>
            </w:pPr>
          </w:p>
        </w:tc>
        <w:tc>
          <w:tcPr>
            <w:tcW w:w="1019" w:type="dxa"/>
            <w:vMerge/>
          </w:tcPr>
          <w:p w14:paraId="59E237B0" w14:textId="77777777" w:rsidR="00497B11" w:rsidRPr="00293828" w:rsidRDefault="00497B11" w:rsidP="00293828">
            <w:pPr>
              <w:rPr>
                <w:rFonts w:ascii="Times New Roman" w:hAnsi="Times New Roman" w:cs="Times New Roman"/>
                <w:szCs w:val="21"/>
              </w:rPr>
            </w:pPr>
          </w:p>
        </w:tc>
        <w:tc>
          <w:tcPr>
            <w:tcW w:w="1019" w:type="dxa"/>
            <w:vMerge/>
          </w:tcPr>
          <w:p w14:paraId="567F3CF1" w14:textId="77777777" w:rsidR="00497B11" w:rsidRPr="00293828" w:rsidRDefault="00497B11" w:rsidP="00293828">
            <w:pPr>
              <w:rPr>
                <w:rFonts w:ascii="Times New Roman" w:hAnsi="Times New Roman" w:cs="Times New Roman"/>
                <w:szCs w:val="21"/>
              </w:rPr>
            </w:pPr>
          </w:p>
        </w:tc>
        <w:tc>
          <w:tcPr>
            <w:tcW w:w="1044" w:type="dxa"/>
            <w:vMerge/>
          </w:tcPr>
          <w:p w14:paraId="6A51D9DE" w14:textId="77777777" w:rsidR="00497B11" w:rsidRPr="00293828" w:rsidRDefault="00497B11" w:rsidP="00293828">
            <w:pPr>
              <w:rPr>
                <w:rFonts w:ascii="Times New Roman" w:hAnsi="Times New Roman" w:cs="Times New Roman"/>
                <w:szCs w:val="21"/>
              </w:rPr>
            </w:pPr>
          </w:p>
        </w:tc>
        <w:tc>
          <w:tcPr>
            <w:tcW w:w="1044" w:type="dxa"/>
            <w:vMerge/>
          </w:tcPr>
          <w:p w14:paraId="611FFE33" w14:textId="77777777" w:rsidR="00497B11" w:rsidRPr="00293828" w:rsidRDefault="00497B11" w:rsidP="00293828">
            <w:pPr>
              <w:rPr>
                <w:rFonts w:ascii="Times New Roman" w:hAnsi="Times New Roman" w:cs="Times New Roman"/>
                <w:szCs w:val="21"/>
              </w:rPr>
            </w:pPr>
          </w:p>
        </w:tc>
      </w:tr>
      <w:tr w:rsidR="00497B11" w:rsidRPr="00293828" w14:paraId="480AF1E0" w14:textId="77777777" w:rsidTr="009D45BD">
        <w:tc>
          <w:tcPr>
            <w:tcW w:w="982" w:type="dxa"/>
            <w:vMerge w:val="restart"/>
            <w:vAlign w:val="center"/>
          </w:tcPr>
          <w:p w14:paraId="6346296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w:t>
            </w:r>
          </w:p>
        </w:tc>
        <w:tc>
          <w:tcPr>
            <w:tcW w:w="1125" w:type="dxa"/>
            <w:vAlign w:val="center"/>
          </w:tcPr>
          <w:p w14:paraId="15AE720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203-&gt;212</w:t>
            </w:r>
          </w:p>
        </w:tc>
        <w:tc>
          <w:tcPr>
            <w:tcW w:w="1044" w:type="dxa"/>
            <w:vAlign w:val="center"/>
          </w:tcPr>
          <w:p w14:paraId="6059B08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0.30098</w:t>
            </w:r>
          </w:p>
        </w:tc>
        <w:tc>
          <w:tcPr>
            <w:tcW w:w="1019" w:type="dxa"/>
            <w:vMerge w:val="restart"/>
            <w:vAlign w:val="center"/>
          </w:tcPr>
          <w:p w14:paraId="6BD58B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6.4283</w:t>
            </w:r>
          </w:p>
        </w:tc>
        <w:tc>
          <w:tcPr>
            <w:tcW w:w="1019" w:type="dxa"/>
            <w:vMerge w:val="restart"/>
            <w:vAlign w:val="center"/>
          </w:tcPr>
          <w:p w14:paraId="7A4FB58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192.87</w:t>
            </w:r>
          </w:p>
        </w:tc>
        <w:tc>
          <w:tcPr>
            <w:tcW w:w="1019" w:type="dxa"/>
            <w:vMerge w:val="restart"/>
            <w:vAlign w:val="center"/>
          </w:tcPr>
          <w:p w14:paraId="5EF451A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0.0377</w:t>
            </w:r>
          </w:p>
        </w:tc>
        <w:tc>
          <w:tcPr>
            <w:tcW w:w="1044" w:type="dxa"/>
            <w:vMerge w:val="restart"/>
            <w:vAlign w:val="center"/>
          </w:tcPr>
          <w:p w14:paraId="5DEDBB3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-2.8916</w:t>
            </w:r>
          </w:p>
        </w:tc>
        <w:tc>
          <w:tcPr>
            <w:tcW w:w="1044" w:type="dxa"/>
            <w:vMerge w:val="restart"/>
            <w:vAlign w:val="center"/>
          </w:tcPr>
          <w:p w14:paraId="0433889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-2.8364</w:t>
            </w:r>
          </w:p>
        </w:tc>
      </w:tr>
      <w:tr w:rsidR="00497B11" w:rsidRPr="00293828" w14:paraId="1E2A959F" w14:textId="77777777" w:rsidTr="009D45BD">
        <w:tc>
          <w:tcPr>
            <w:tcW w:w="982" w:type="dxa"/>
            <w:vMerge/>
          </w:tcPr>
          <w:p w14:paraId="66EDF7FD" w14:textId="77777777" w:rsidR="00497B11" w:rsidRPr="00293828" w:rsidRDefault="00497B11" w:rsidP="00293828">
            <w:pPr>
              <w:rPr>
                <w:rFonts w:ascii="Times New Roman" w:hAnsi="Times New Roman" w:cs="Times New Roman"/>
                <w:szCs w:val="21"/>
              </w:rPr>
            </w:pPr>
          </w:p>
        </w:tc>
        <w:tc>
          <w:tcPr>
            <w:tcW w:w="1125" w:type="dxa"/>
            <w:vAlign w:val="center"/>
          </w:tcPr>
          <w:p w14:paraId="524F880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205-&gt;208</w:t>
            </w:r>
          </w:p>
        </w:tc>
        <w:tc>
          <w:tcPr>
            <w:tcW w:w="1044" w:type="dxa"/>
            <w:vAlign w:val="center"/>
          </w:tcPr>
          <w:p w14:paraId="5022CD6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-0.17787</w:t>
            </w:r>
          </w:p>
        </w:tc>
        <w:tc>
          <w:tcPr>
            <w:tcW w:w="1019" w:type="dxa"/>
            <w:vMerge/>
          </w:tcPr>
          <w:p w14:paraId="622E1C10" w14:textId="77777777" w:rsidR="00497B11" w:rsidRPr="00293828" w:rsidRDefault="00497B11" w:rsidP="00293828">
            <w:pPr>
              <w:rPr>
                <w:rFonts w:ascii="Times New Roman" w:hAnsi="Times New Roman" w:cs="Times New Roman"/>
                <w:szCs w:val="21"/>
              </w:rPr>
            </w:pPr>
          </w:p>
        </w:tc>
        <w:tc>
          <w:tcPr>
            <w:tcW w:w="1019" w:type="dxa"/>
            <w:vMerge/>
          </w:tcPr>
          <w:p w14:paraId="1DF78E7F" w14:textId="77777777" w:rsidR="00497B11" w:rsidRPr="00293828" w:rsidRDefault="00497B11" w:rsidP="00293828">
            <w:pPr>
              <w:rPr>
                <w:rFonts w:ascii="Times New Roman" w:hAnsi="Times New Roman" w:cs="Times New Roman"/>
                <w:szCs w:val="21"/>
              </w:rPr>
            </w:pPr>
          </w:p>
        </w:tc>
        <w:tc>
          <w:tcPr>
            <w:tcW w:w="1019" w:type="dxa"/>
            <w:vMerge/>
          </w:tcPr>
          <w:p w14:paraId="3D225B34" w14:textId="77777777" w:rsidR="00497B11" w:rsidRPr="00293828" w:rsidRDefault="00497B11" w:rsidP="00293828">
            <w:pPr>
              <w:rPr>
                <w:rFonts w:ascii="Times New Roman" w:hAnsi="Times New Roman" w:cs="Times New Roman"/>
                <w:szCs w:val="21"/>
              </w:rPr>
            </w:pPr>
          </w:p>
        </w:tc>
        <w:tc>
          <w:tcPr>
            <w:tcW w:w="1044" w:type="dxa"/>
            <w:vMerge/>
          </w:tcPr>
          <w:p w14:paraId="6A11B527" w14:textId="77777777" w:rsidR="00497B11" w:rsidRPr="00293828" w:rsidRDefault="00497B11" w:rsidP="00293828">
            <w:pPr>
              <w:rPr>
                <w:rFonts w:ascii="Times New Roman" w:hAnsi="Times New Roman" w:cs="Times New Roman"/>
                <w:szCs w:val="21"/>
              </w:rPr>
            </w:pPr>
          </w:p>
        </w:tc>
        <w:tc>
          <w:tcPr>
            <w:tcW w:w="1044" w:type="dxa"/>
            <w:vMerge/>
          </w:tcPr>
          <w:p w14:paraId="445F7C26" w14:textId="77777777" w:rsidR="00497B11" w:rsidRPr="00293828" w:rsidRDefault="00497B11" w:rsidP="00293828">
            <w:pPr>
              <w:rPr>
                <w:rFonts w:ascii="Times New Roman" w:hAnsi="Times New Roman" w:cs="Times New Roman"/>
                <w:szCs w:val="21"/>
              </w:rPr>
            </w:pPr>
          </w:p>
        </w:tc>
      </w:tr>
      <w:tr w:rsidR="00497B11" w:rsidRPr="00293828" w14:paraId="6AE92E9C" w14:textId="77777777" w:rsidTr="009D45BD">
        <w:tc>
          <w:tcPr>
            <w:tcW w:w="982" w:type="dxa"/>
            <w:vMerge/>
          </w:tcPr>
          <w:p w14:paraId="62BACA1A" w14:textId="77777777" w:rsidR="00497B11" w:rsidRPr="00293828" w:rsidRDefault="00497B11" w:rsidP="00293828">
            <w:pPr>
              <w:rPr>
                <w:rFonts w:ascii="Times New Roman" w:hAnsi="Times New Roman" w:cs="Times New Roman"/>
                <w:szCs w:val="21"/>
              </w:rPr>
            </w:pPr>
          </w:p>
        </w:tc>
        <w:tc>
          <w:tcPr>
            <w:tcW w:w="1125" w:type="dxa"/>
            <w:vAlign w:val="center"/>
          </w:tcPr>
          <w:p w14:paraId="32E8436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205-&gt;209</w:t>
            </w:r>
          </w:p>
        </w:tc>
        <w:tc>
          <w:tcPr>
            <w:tcW w:w="1044" w:type="dxa"/>
            <w:vAlign w:val="center"/>
          </w:tcPr>
          <w:p w14:paraId="136DA45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0.40453</w:t>
            </w:r>
          </w:p>
        </w:tc>
        <w:tc>
          <w:tcPr>
            <w:tcW w:w="1019" w:type="dxa"/>
            <w:vMerge/>
          </w:tcPr>
          <w:p w14:paraId="7046C870" w14:textId="77777777" w:rsidR="00497B11" w:rsidRPr="00293828" w:rsidRDefault="00497B11" w:rsidP="00293828">
            <w:pPr>
              <w:rPr>
                <w:rFonts w:ascii="Times New Roman" w:hAnsi="Times New Roman" w:cs="Times New Roman"/>
                <w:szCs w:val="21"/>
              </w:rPr>
            </w:pPr>
          </w:p>
        </w:tc>
        <w:tc>
          <w:tcPr>
            <w:tcW w:w="1019" w:type="dxa"/>
            <w:vMerge/>
          </w:tcPr>
          <w:p w14:paraId="66847648" w14:textId="77777777" w:rsidR="00497B11" w:rsidRPr="00293828" w:rsidRDefault="00497B11" w:rsidP="00293828">
            <w:pPr>
              <w:rPr>
                <w:rFonts w:ascii="Times New Roman" w:hAnsi="Times New Roman" w:cs="Times New Roman"/>
                <w:szCs w:val="21"/>
              </w:rPr>
            </w:pPr>
          </w:p>
        </w:tc>
        <w:tc>
          <w:tcPr>
            <w:tcW w:w="1019" w:type="dxa"/>
            <w:vMerge/>
          </w:tcPr>
          <w:p w14:paraId="02BAA344" w14:textId="77777777" w:rsidR="00497B11" w:rsidRPr="00293828" w:rsidRDefault="00497B11" w:rsidP="00293828">
            <w:pPr>
              <w:rPr>
                <w:rFonts w:ascii="Times New Roman" w:hAnsi="Times New Roman" w:cs="Times New Roman"/>
                <w:szCs w:val="21"/>
              </w:rPr>
            </w:pPr>
          </w:p>
        </w:tc>
        <w:tc>
          <w:tcPr>
            <w:tcW w:w="1044" w:type="dxa"/>
            <w:vMerge/>
          </w:tcPr>
          <w:p w14:paraId="4D162BE3" w14:textId="77777777" w:rsidR="00497B11" w:rsidRPr="00293828" w:rsidRDefault="00497B11" w:rsidP="00293828">
            <w:pPr>
              <w:rPr>
                <w:rFonts w:ascii="Times New Roman" w:hAnsi="Times New Roman" w:cs="Times New Roman"/>
                <w:szCs w:val="21"/>
              </w:rPr>
            </w:pPr>
          </w:p>
        </w:tc>
        <w:tc>
          <w:tcPr>
            <w:tcW w:w="1044" w:type="dxa"/>
            <w:vMerge/>
          </w:tcPr>
          <w:p w14:paraId="669E888B" w14:textId="77777777" w:rsidR="00497B11" w:rsidRPr="00293828" w:rsidRDefault="00497B11" w:rsidP="00293828">
            <w:pPr>
              <w:rPr>
                <w:rFonts w:ascii="Times New Roman" w:hAnsi="Times New Roman" w:cs="Times New Roman"/>
                <w:szCs w:val="21"/>
              </w:rPr>
            </w:pPr>
          </w:p>
        </w:tc>
      </w:tr>
      <w:tr w:rsidR="00497B11" w:rsidRPr="00293828" w14:paraId="1BB7304B" w14:textId="77777777" w:rsidTr="009D45BD">
        <w:tc>
          <w:tcPr>
            <w:tcW w:w="982" w:type="dxa"/>
            <w:vMerge/>
          </w:tcPr>
          <w:p w14:paraId="0EAE0904" w14:textId="77777777" w:rsidR="00497B11" w:rsidRPr="00293828" w:rsidRDefault="00497B11" w:rsidP="00293828">
            <w:pPr>
              <w:rPr>
                <w:rFonts w:ascii="Times New Roman" w:hAnsi="Times New Roman" w:cs="Times New Roman"/>
                <w:szCs w:val="21"/>
              </w:rPr>
            </w:pPr>
          </w:p>
        </w:tc>
        <w:tc>
          <w:tcPr>
            <w:tcW w:w="1125" w:type="dxa"/>
            <w:vAlign w:val="center"/>
          </w:tcPr>
          <w:p w14:paraId="459C991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205-&gt;210</w:t>
            </w:r>
          </w:p>
        </w:tc>
        <w:tc>
          <w:tcPr>
            <w:tcW w:w="1044" w:type="dxa"/>
            <w:vAlign w:val="center"/>
          </w:tcPr>
          <w:p w14:paraId="23AB1CB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0.18481</w:t>
            </w:r>
          </w:p>
        </w:tc>
        <w:tc>
          <w:tcPr>
            <w:tcW w:w="1019" w:type="dxa"/>
            <w:vMerge/>
          </w:tcPr>
          <w:p w14:paraId="76798C3E" w14:textId="77777777" w:rsidR="00497B11" w:rsidRPr="00293828" w:rsidRDefault="00497B11" w:rsidP="00293828">
            <w:pPr>
              <w:rPr>
                <w:rFonts w:ascii="Times New Roman" w:hAnsi="Times New Roman" w:cs="Times New Roman"/>
                <w:szCs w:val="21"/>
              </w:rPr>
            </w:pPr>
          </w:p>
        </w:tc>
        <w:tc>
          <w:tcPr>
            <w:tcW w:w="1019" w:type="dxa"/>
            <w:vMerge/>
          </w:tcPr>
          <w:p w14:paraId="300618B7" w14:textId="77777777" w:rsidR="00497B11" w:rsidRPr="00293828" w:rsidRDefault="00497B11" w:rsidP="00293828">
            <w:pPr>
              <w:rPr>
                <w:rFonts w:ascii="Times New Roman" w:hAnsi="Times New Roman" w:cs="Times New Roman"/>
                <w:szCs w:val="21"/>
              </w:rPr>
            </w:pPr>
          </w:p>
        </w:tc>
        <w:tc>
          <w:tcPr>
            <w:tcW w:w="1019" w:type="dxa"/>
            <w:vMerge/>
          </w:tcPr>
          <w:p w14:paraId="74EEF76C" w14:textId="77777777" w:rsidR="00497B11" w:rsidRPr="00293828" w:rsidRDefault="00497B11" w:rsidP="00293828">
            <w:pPr>
              <w:rPr>
                <w:rFonts w:ascii="Times New Roman" w:hAnsi="Times New Roman" w:cs="Times New Roman"/>
                <w:szCs w:val="21"/>
              </w:rPr>
            </w:pPr>
          </w:p>
        </w:tc>
        <w:tc>
          <w:tcPr>
            <w:tcW w:w="1044" w:type="dxa"/>
            <w:vMerge/>
          </w:tcPr>
          <w:p w14:paraId="0E96ED5D" w14:textId="77777777" w:rsidR="00497B11" w:rsidRPr="00293828" w:rsidRDefault="00497B11" w:rsidP="00293828">
            <w:pPr>
              <w:rPr>
                <w:rFonts w:ascii="Times New Roman" w:hAnsi="Times New Roman" w:cs="Times New Roman"/>
                <w:szCs w:val="21"/>
              </w:rPr>
            </w:pPr>
          </w:p>
        </w:tc>
        <w:tc>
          <w:tcPr>
            <w:tcW w:w="1044" w:type="dxa"/>
            <w:vMerge/>
          </w:tcPr>
          <w:p w14:paraId="4F1CB777" w14:textId="77777777" w:rsidR="00497B11" w:rsidRPr="00293828" w:rsidRDefault="00497B11" w:rsidP="00293828">
            <w:pPr>
              <w:rPr>
                <w:rFonts w:ascii="Times New Roman" w:hAnsi="Times New Roman" w:cs="Times New Roman"/>
                <w:szCs w:val="21"/>
              </w:rPr>
            </w:pPr>
          </w:p>
        </w:tc>
      </w:tr>
      <w:tr w:rsidR="00497B11" w:rsidRPr="00293828" w14:paraId="7611DAEC" w14:textId="77777777" w:rsidTr="009D45BD">
        <w:tc>
          <w:tcPr>
            <w:tcW w:w="982" w:type="dxa"/>
            <w:vMerge/>
          </w:tcPr>
          <w:p w14:paraId="5DC45B7A" w14:textId="77777777" w:rsidR="00497B11" w:rsidRPr="00293828" w:rsidRDefault="00497B11" w:rsidP="00293828">
            <w:pPr>
              <w:rPr>
                <w:rFonts w:ascii="Times New Roman" w:hAnsi="Times New Roman" w:cs="Times New Roman"/>
                <w:szCs w:val="21"/>
              </w:rPr>
            </w:pPr>
          </w:p>
        </w:tc>
        <w:tc>
          <w:tcPr>
            <w:tcW w:w="1125" w:type="dxa"/>
            <w:vAlign w:val="center"/>
          </w:tcPr>
          <w:p w14:paraId="50F633E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205-&gt;211</w:t>
            </w:r>
          </w:p>
        </w:tc>
        <w:tc>
          <w:tcPr>
            <w:tcW w:w="1044" w:type="dxa"/>
            <w:vAlign w:val="center"/>
          </w:tcPr>
          <w:p w14:paraId="10331EC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-0.18194</w:t>
            </w:r>
          </w:p>
        </w:tc>
        <w:tc>
          <w:tcPr>
            <w:tcW w:w="1019" w:type="dxa"/>
            <w:vMerge/>
          </w:tcPr>
          <w:p w14:paraId="1430B906" w14:textId="77777777" w:rsidR="00497B11" w:rsidRPr="00293828" w:rsidRDefault="00497B11" w:rsidP="00293828">
            <w:pPr>
              <w:rPr>
                <w:rFonts w:ascii="Times New Roman" w:hAnsi="Times New Roman" w:cs="Times New Roman"/>
                <w:szCs w:val="21"/>
              </w:rPr>
            </w:pPr>
          </w:p>
        </w:tc>
        <w:tc>
          <w:tcPr>
            <w:tcW w:w="1019" w:type="dxa"/>
            <w:vMerge/>
          </w:tcPr>
          <w:p w14:paraId="2C36D0E8" w14:textId="77777777" w:rsidR="00497B11" w:rsidRPr="00293828" w:rsidRDefault="00497B11" w:rsidP="00293828">
            <w:pPr>
              <w:rPr>
                <w:rFonts w:ascii="Times New Roman" w:hAnsi="Times New Roman" w:cs="Times New Roman"/>
                <w:szCs w:val="21"/>
              </w:rPr>
            </w:pPr>
          </w:p>
        </w:tc>
        <w:tc>
          <w:tcPr>
            <w:tcW w:w="1019" w:type="dxa"/>
            <w:vMerge/>
          </w:tcPr>
          <w:p w14:paraId="4DF910D3" w14:textId="77777777" w:rsidR="00497B11" w:rsidRPr="00293828" w:rsidRDefault="00497B11" w:rsidP="00293828">
            <w:pPr>
              <w:rPr>
                <w:rFonts w:ascii="Times New Roman" w:hAnsi="Times New Roman" w:cs="Times New Roman"/>
                <w:szCs w:val="21"/>
              </w:rPr>
            </w:pPr>
          </w:p>
        </w:tc>
        <w:tc>
          <w:tcPr>
            <w:tcW w:w="1044" w:type="dxa"/>
            <w:vMerge/>
          </w:tcPr>
          <w:p w14:paraId="67073F7F" w14:textId="77777777" w:rsidR="00497B11" w:rsidRPr="00293828" w:rsidRDefault="00497B11" w:rsidP="00293828">
            <w:pPr>
              <w:rPr>
                <w:rFonts w:ascii="Times New Roman" w:hAnsi="Times New Roman" w:cs="Times New Roman"/>
                <w:szCs w:val="21"/>
              </w:rPr>
            </w:pPr>
          </w:p>
        </w:tc>
        <w:tc>
          <w:tcPr>
            <w:tcW w:w="1044" w:type="dxa"/>
            <w:vMerge/>
          </w:tcPr>
          <w:p w14:paraId="1C1BEAF8" w14:textId="77777777" w:rsidR="00497B11" w:rsidRPr="00293828" w:rsidRDefault="00497B11" w:rsidP="00293828">
            <w:pPr>
              <w:rPr>
                <w:rFonts w:ascii="Times New Roman" w:hAnsi="Times New Roman" w:cs="Times New Roman"/>
                <w:szCs w:val="21"/>
              </w:rPr>
            </w:pPr>
          </w:p>
        </w:tc>
      </w:tr>
      <w:tr w:rsidR="00497B11" w:rsidRPr="00293828" w14:paraId="13C28103" w14:textId="77777777" w:rsidTr="009D45BD">
        <w:tc>
          <w:tcPr>
            <w:tcW w:w="982" w:type="dxa"/>
            <w:vMerge w:val="restart"/>
            <w:vAlign w:val="center"/>
          </w:tcPr>
          <w:p w14:paraId="26087DB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11</w:t>
            </w:r>
          </w:p>
        </w:tc>
        <w:tc>
          <w:tcPr>
            <w:tcW w:w="1125" w:type="dxa"/>
            <w:vAlign w:val="center"/>
          </w:tcPr>
          <w:p w14:paraId="2ECC3B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194-&gt;206</w:t>
            </w:r>
          </w:p>
        </w:tc>
        <w:tc>
          <w:tcPr>
            <w:tcW w:w="1044" w:type="dxa"/>
            <w:vAlign w:val="center"/>
          </w:tcPr>
          <w:p w14:paraId="6C0B3CE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0.19022</w:t>
            </w:r>
          </w:p>
        </w:tc>
        <w:tc>
          <w:tcPr>
            <w:tcW w:w="1019" w:type="dxa"/>
            <w:vMerge w:val="restart"/>
            <w:vAlign w:val="center"/>
          </w:tcPr>
          <w:p w14:paraId="062B6A0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6.4810</w:t>
            </w:r>
          </w:p>
        </w:tc>
        <w:tc>
          <w:tcPr>
            <w:tcW w:w="1019" w:type="dxa"/>
            <w:vMerge w:val="restart"/>
            <w:vAlign w:val="center"/>
          </w:tcPr>
          <w:p w14:paraId="4A8EF30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191.30</w:t>
            </w:r>
          </w:p>
        </w:tc>
        <w:tc>
          <w:tcPr>
            <w:tcW w:w="1019" w:type="dxa"/>
            <w:vMerge w:val="restart"/>
            <w:vAlign w:val="center"/>
          </w:tcPr>
          <w:p w14:paraId="690ED3C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0.0028</w:t>
            </w:r>
          </w:p>
        </w:tc>
        <w:tc>
          <w:tcPr>
            <w:tcW w:w="1044" w:type="dxa"/>
            <w:vMerge w:val="restart"/>
            <w:vAlign w:val="center"/>
          </w:tcPr>
          <w:p w14:paraId="78E01B0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-2.4415</w:t>
            </w:r>
          </w:p>
        </w:tc>
        <w:tc>
          <w:tcPr>
            <w:tcW w:w="1044" w:type="dxa"/>
            <w:vMerge w:val="restart"/>
            <w:vAlign w:val="center"/>
          </w:tcPr>
          <w:p w14:paraId="487A37F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-2.3995</w:t>
            </w:r>
          </w:p>
        </w:tc>
      </w:tr>
      <w:tr w:rsidR="00497B11" w:rsidRPr="00293828" w14:paraId="162A7843" w14:textId="77777777" w:rsidTr="009D45BD">
        <w:tc>
          <w:tcPr>
            <w:tcW w:w="982" w:type="dxa"/>
            <w:vMerge/>
          </w:tcPr>
          <w:p w14:paraId="27DC07FD" w14:textId="77777777" w:rsidR="00497B11" w:rsidRPr="00293828" w:rsidRDefault="00497B11" w:rsidP="00293828">
            <w:pPr>
              <w:rPr>
                <w:rFonts w:ascii="Times New Roman" w:hAnsi="Times New Roman" w:cs="Times New Roman"/>
                <w:szCs w:val="21"/>
              </w:rPr>
            </w:pPr>
          </w:p>
        </w:tc>
        <w:tc>
          <w:tcPr>
            <w:tcW w:w="1125" w:type="dxa"/>
            <w:vAlign w:val="center"/>
          </w:tcPr>
          <w:p w14:paraId="3F2B3BB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203-&gt;206</w:t>
            </w:r>
          </w:p>
        </w:tc>
        <w:tc>
          <w:tcPr>
            <w:tcW w:w="1044" w:type="dxa"/>
            <w:vAlign w:val="center"/>
          </w:tcPr>
          <w:p w14:paraId="789ECE4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-0.29869</w:t>
            </w:r>
          </w:p>
        </w:tc>
        <w:tc>
          <w:tcPr>
            <w:tcW w:w="1019" w:type="dxa"/>
            <w:vMerge/>
          </w:tcPr>
          <w:p w14:paraId="7F5C1164" w14:textId="77777777" w:rsidR="00497B11" w:rsidRPr="00293828" w:rsidRDefault="00497B11" w:rsidP="00293828">
            <w:pPr>
              <w:rPr>
                <w:rFonts w:ascii="Times New Roman" w:hAnsi="Times New Roman" w:cs="Times New Roman"/>
                <w:szCs w:val="21"/>
              </w:rPr>
            </w:pPr>
          </w:p>
        </w:tc>
        <w:tc>
          <w:tcPr>
            <w:tcW w:w="1019" w:type="dxa"/>
            <w:vMerge/>
          </w:tcPr>
          <w:p w14:paraId="0A1431ED" w14:textId="77777777" w:rsidR="00497B11" w:rsidRPr="00293828" w:rsidRDefault="00497B11" w:rsidP="00293828">
            <w:pPr>
              <w:rPr>
                <w:rFonts w:ascii="Times New Roman" w:hAnsi="Times New Roman" w:cs="Times New Roman"/>
                <w:szCs w:val="21"/>
              </w:rPr>
            </w:pPr>
          </w:p>
        </w:tc>
        <w:tc>
          <w:tcPr>
            <w:tcW w:w="1019" w:type="dxa"/>
            <w:vMerge/>
          </w:tcPr>
          <w:p w14:paraId="43CC09AB" w14:textId="77777777" w:rsidR="00497B11" w:rsidRPr="00293828" w:rsidRDefault="00497B11" w:rsidP="00293828">
            <w:pPr>
              <w:rPr>
                <w:rFonts w:ascii="Times New Roman" w:hAnsi="Times New Roman" w:cs="Times New Roman"/>
                <w:szCs w:val="21"/>
              </w:rPr>
            </w:pPr>
          </w:p>
        </w:tc>
        <w:tc>
          <w:tcPr>
            <w:tcW w:w="1044" w:type="dxa"/>
            <w:vMerge/>
          </w:tcPr>
          <w:p w14:paraId="059BC449" w14:textId="77777777" w:rsidR="00497B11" w:rsidRPr="00293828" w:rsidRDefault="00497B11" w:rsidP="00293828">
            <w:pPr>
              <w:rPr>
                <w:rFonts w:ascii="Times New Roman" w:hAnsi="Times New Roman" w:cs="Times New Roman"/>
                <w:szCs w:val="21"/>
              </w:rPr>
            </w:pPr>
          </w:p>
        </w:tc>
        <w:tc>
          <w:tcPr>
            <w:tcW w:w="1044" w:type="dxa"/>
            <w:vMerge/>
          </w:tcPr>
          <w:p w14:paraId="43C5CBDB" w14:textId="77777777" w:rsidR="00497B11" w:rsidRPr="00293828" w:rsidRDefault="00497B11" w:rsidP="00293828">
            <w:pPr>
              <w:rPr>
                <w:rFonts w:ascii="Times New Roman" w:hAnsi="Times New Roman" w:cs="Times New Roman"/>
                <w:szCs w:val="21"/>
              </w:rPr>
            </w:pPr>
          </w:p>
        </w:tc>
      </w:tr>
      <w:tr w:rsidR="00497B11" w:rsidRPr="00293828" w14:paraId="24E31CBE" w14:textId="77777777" w:rsidTr="009D45BD">
        <w:tc>
          <w:tcPr>
            <w:tcW w:w="982" w:type="dxa"/>
            <w:vMerge/>
          </w:tcPr>
          <w:p w14:paraId="765464CC" w14:textId="77777777" w:rsidR="00497B11" w:rsidRPr="00293828" w:rsidRDefault="00497B11" w:rsidP="00293828">
            <w:pPr>
              <w:rPr>
                <w:rFonts w:ascii="Times New Roman" w:hAnsi="Times New Roman" w:cs="Times New Roman"/>
                <w:szCs w:val="21"/>
              </w:rPr>
            </w:pPr>
          </w:p>
        </w:tc>
        <w:tc>
          <w:tcPr>
            <w:tcW w:w="1125" w:type="dxa"/>
            <w:vAlign w:val="center"/>
          </w:tcPr>
          <w:p w14:paraId="1EABEAB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203-&gt;207</w:t>
            </w:r>
          </w:p>
        </w:tc>
        <w:tc>
          <w:tcPr>
            <w:tcW w:w="1044" w:type="dxa"/>
            <w:vAlign w:val="center"/>
          </w:tcPr>
          <w:p w14:paraId="4458F54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-0.19424</w:t>
            </w:r>
          </w:p>
        </w:tc>
        <w:tc>
          <w:tcPr>
            <w:tcW w:w="1019" w:type="dxa"/>
            <w:vMerge/>
          </w:tcPr>
          <w:p w14:paraId="23C598FB" w14:textId="77777777" w:rsidR="00497B11" w:rsidRPr="00293828" w:rsidRDefault="00497B11" w:rsidP="00293828">
            <w:pPr>
              <w:rPr>
                <w:rFonts w:ascii="Times New Roman" w:hAnsi="Times New Roman" w:cs="Times New Roman"/>
                <w:szCs w:val="21"/>
              </w:rPr>
            </w:pPr>
          </w:p>
        </w:tc>
        <w:tc>
          <w:tcPr>
            <w:tcW w:w="1019" w:type="dxa"/>
            <w:vMerge/>
          </w:tcPr>
          <w:p w14:paraId="6E8A8AE8" w14:textId="77777777" w:rsidR="00497B11" w:rsidRPr="00293828" w:rsidRDefault="00497B11" w:rsidP="00293828">
            <w:pPr>
              <w:rPr>
                <w:rFonts w:ascii="Times New Roman" w:hAnsi="Times New Roman" w:cs="Times New Roman"/>
                <w:szCs w:val="21"/>
              </w:rPr>
            </w:pPr>
          </w:p>
        </w:tc>
        <w:tc>
          <w:tcPr>
            <w:tcW w:w="1019" w:type="dxa"/>
            <w:vMerge/>
          </w:tcPr>
          <w:p w14:paraId="53FFC930" w14:textId="77777777" w:rsidR="00497B11" w:rsidRPr="00293828" w:rsidRDefault="00497B11" w:rsidP="00293828">
            <w:pPr>
              <w:rPr>
                <w:rFonts w:ascii="Times New Roman" w:hAnsi="Times New Roman" w:cs="Times New Roman"/>
                <w:szCs w:val="21"/>
              </w:rPr>
            </w:pPr>
          </w:p>
        </w:tc>
        <w:tc>
          <w:tcPr>
            <w:tcW w:w="1044" w:type="dxa"/>
            <w:vMerge/>
          </w:tcPr>
          <w:p w14:paraId="16D6074A" w14:textId="77777777" w:rsidR="00497B11" w:rsidRPr="00293828" w:rsidRDefault="00497B11" w:rsidP="00293828">
            <w:pPr>
              <w:rPr>
                <w:rFonts w:ascii="Times New Roman" w:hAnsi="Times New Roman" w:cs="Times New Roman"/>
                <w:szCs w:val="21"/>
              </w:rPr>
            </w:pPr>
          </w:p>
        </w:tc>
        <w:tc>
          <w:tcPr>
            <w:tcW w:w="1044" w:type="dxa"/>
            <w:vMerge/>
          </w:tcPr>
          <w:p w14:paraId="2BE254FC" w14:textId="77777777" w:rsidR="00497B11" w:rsidRPr="00293828" w:rsidRDefault="00497B11" w:rsidP="00293828">
            <w:pPr>
              <w:rPr>
                <w:rFonts w:ascii="Times New Roman" w:hAnsi="Times New Roman" w:cs="Times New Roman"/>
                <w:szCs w:val="21"/>
              </w:rPr>
            </w:pPr>
          </w:p>
        </w:tc>
      </w:tr>
      <w:tr w:rsidR="00497B11" w:rsidRPr="00293828" w14:paraId="621DE48A" w14:textId="77777777" w:rsidTr="009D45BD">
        <w:tc>
          <w:tcPr>
            <w:tcW w:w="982" w:type="dxa"/>
            <w:vMerge/>
          </w:tcPr>
          <w:p w14:paraId="37D26CA8" w14:textId="77777777" w:rsidR="00497B11" w:rsidRPr="00293828" w:rsidRDefault="00497B11" w:rsidP="00293828">
            <w:pPr>
              <w:rPr>
                <w:rFonts w:ascii="Times New Roman" w:hAnsi="Times New Roman" w:cs="Times New Roman"/>
                <w:szCs w:val="21"/>
              </w:rPr>
            </w:pPr>
          </w:p>
        </w:tc>
        <w:tc>
          <w:tcPr>
            <w:tcW w:w="1125" w:type="dxa"/>
            <w:vAlign w:val="center"/>
          </w:tcPr>
          <w:p w14:paraId="1E9F356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205-&gt;207</w:t>
            </w:r>
          </w:p>
        </w:tc>
        <w:tc>
          <w:tcPr>
            <w:tcW w:w="1044" w:type="dxa"/>
            <w:vAlign w:val="center"/>
          </w:tcPr>
          <w:p w14:paraId="5CCFCDF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0.33251</w:t>
            </w:r>
          </w:p>
        </w:tc>
        <w:tc>
          <w:tcPr>
            <w:tcW w:w="1019" w:type="dxa"/>
            <w:vMerge/>
          </w:tcPr>
          <w:p w14:paraId="2B1D3CA5" w14:textId="77777777" w:rsidR="00497B11" w:rsidRPr="00293828" w:rsidRDefault="00497B11" w:rsidP="00293828">
            <w:pPr>
              <w:rPr>
                <w:rFonts w:ascii="Times New Roman" w:hAnsi="Times New Roman" w:cs="Times New Roman"/>
                <w:szCs w:val="21"/>
              </w:rPr>
            </w:pPr>
          </w:p>
        </w:tc>
        <w:tc>
          <w:tcPr>
            <w:tcW w:w="1019" w:type="dxa"/>
            <w:vMerge/>
          </w:tcPr>
          <w:p w14:paraId="1BAC5D76" w14:textId="77777777" w:rsidR="00497B11" w:rsidRPr="00293828" w:rsidRDefault="00497B11" w:rsidP="00293828">
            <w:pPr>
              <w:rPr>
                <w:rFonts w:ascii="Times New Roman" w:hAnsi="Times New Roman" w:cs="Times New Roman"/>
                <w:szCs w:val="21"/>
              </w:rPr>
            </w:pPr>
          </w:p>
        </w:tc>
        <w:tc>
          <w:tcPr>
            <w:tcW w:w="1019" w:type="dxa"/>
            <w:vMerge/>
          </w:tcPr>
          <w:p w14:paraId="3E8A3156" w14:textId="77777777" w:rsidR="00497B11" w:rsidRPr="00293828" w:rsidRDefault="00497B11" w:rsidP="00293828">
            <w:pPr>
              <w:rPr>
                <w:rFonts w:ascii="Times New Roman" w:hAnsi="Times New Roman" w:cs="Times New Roman"/>
                <w:szCs w:val="21"/>
              </w:rPr>
            </w:pPr>
          </w:p>
        </w:tc>
        <w:tc>
          <w:tcPr>
            <w:tcW w:w="1044" w:type="dxa"/>
            <w:vMerge/>
          </w:tcPr>
          <w:p w14:paraId="5693964B" w14:textId="77777777" w:rsidR="00497B11" w:rsidRPr="00293828" w:rsidRDefault="00497B11" w:rsidP="00293828">
            <w:pPr>
              <w:rPr>
                <w:rFonts w:ascii="Times New Roman" w:hAnsi="Times New Roman" w:cs="Times New Roman"/>
                <w:szCs w:val="21"/>
              </w:rPr>
            </w:pPr>
          </w:p>
        </w:tc>
        <w:tc>
          <w:tcPr>
            <w:tcW w:w="1044" w:type="dxa"/>
            <w:vMerge/>
          </w:tcPr>
          <w:p w14:paraId="76F9A438" w14:textId="77777777" w:rsidR="00497B11" w:rsidRPr="00293828" w:rsidRDefault="00497B11" w:rsidP="00293828">
            <w:pPr>
              <w:rPr>
                <w:rFonts w:ascii="Times New Roman" w:hAnsi="Times New Roman" w:cs="Times New Roman"/>
                <w:szCs w:val="21"/>
              </w:rPr>
            </w:pPr>
          </w:p>
        </w:tc>
      </w:tr>
      <w:tr w:rsidR="00497B11" w:rsidRPr="00293828" w14:paraId="3F1C6DF9" w14:textId="77777777" w:rsidTr="009D45BD">
        <w:tc>
          <w:tcPr>
            <w:tcW w:w="982" w:type="dxa"/>
            <w:vMerge/>
          </w:tcPr>
          <w:p w14:paraId="2FD56710" w14:textId="77777777" w:rsidR="00497B11" w:rsidRPr="00293828" w:rsidRDefault="00497B11" w:rsidP="00293828">
            <w:pPr>
              <w:rPr>
                <w:rFonts w:ascii="Times New Roman" w:hAnsi="Times New Roman" w:cs="Times New Roman"/>
                <w:szCs w:val="21"/>
              </w:rPr>
            </w:pPr>
          </w:p>
        </w:tc>
        <w:tc>
          <w:tcPr>
            <w:tcW w:w="1125" w:type="dxa"/>
            <w:vAlign w:val="center"/>
          </w:tcPr>
          <w:p w14:paraId="28DF9DF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205-&gt;212</w:t>
            </w:r>
          </w:p>
        </w:tc>
        <w:tc>
          <w:tcPr>
            <w:tcW w:w="1044" w:type="dxa"/>
            <w:vAlign w:val="center"/>
          </w:tcPr>
          <w:p w14:paraId="25BCD03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0.17584</w:t>
            </w:r>
          </w:p>
        </w:tc>
        <w:tc>
          <w:tcPr>
            <w:tcW w:w="1019" w:type="dxa"/>
            <w:vMerge/>
          </w:tcPr>
          <w:p w14:paraId="578BED79" w14:textId="77777777" w:rsidR="00497B11" w:rsidRPr="00293828" w:rsidRDefault="00497B11" w:rsidP="00293828">
            <w:pPr>
              <w:rPr>
                <w:rFonts w:ascii="Times New Roman" w:hAnsi="Times New Roman" w:cs="Times New Roman"/>
                <w:szCs w:val="21"/>
              </w:rPr>
            </w:pPr>
          </w:p>
        </w:tc>
        <w:tc>
          <w:tcPr>
            <w:tcW w:w="1019" w:type="dxa"/>
            <w:vMerge/>
          </w:tcPr>
          <w:p w14:paraId="2E221699" w14:textId="77777777" w:rsidR="00497B11" w:rsidRPr="00293828" w:rsidRDefault="00497B11" w:rsidP="00293828">
            <w:pPr>
              <w:rPr>
                <w:rFonts w:ascii="Times New Roman" w:hAnsi="Times New Roman" w:cs="Times New Roman"/>
                <w:szCs w:val="21"/>
              </w:rPr>
            </w:pPr>
          </w:p>
        </w:tc>
        <w:tc>
          <w:tcPr>
            <w:tcW w:w="1019" w:type="dxa"/>
            <w:vMerge/>
          </w:tcPr>
          <w:p w14:paraId="6CC9A4AD" w14:textId="77777777" w:rsidR="00497B11" w:rsidRPr="00293828" w:rsidRDefault="00497B11" w:rsidP="00293828">
            <w:pPr>
              <w:rPr>
                <w:rFonts w:ascii="Times New Roman" w:hAnsi="Times New Roman" w:cs="Times New Roman"/>
                <w:szCs w:val="21"/>
              </w:rPr>
            </w:pPr>
          </w:p>
        </w:tc>
        <w:tc>
          <w:tcPr>
            <w:tcW w:w="1044" w:type="dxa"/>
            <w:vMerge/>
          </w:tcPr>
          <w:p w14:paraId="0EBF6A6D" w14:textId="77777777" w:rsidR="00497B11" w:rsidRPr="00293828" w:rsidRDefault="00497B11" w:rsidP="00293828">
            <w:pPr>
              <w:rPr>
                <w:rFonts w:ascii="Times New Roman" w:hAnsi="Times New Roman" w:cs="Times New Roman"/>
                <w:szCs w:val="21"/>
              </w:rPr>
            </w:pPr>
          </w:p>
        </w:tc>
        <w:tc>
          <w:tcPr>
            <w:tcW w:w="1044" w:type="dxa"/>
            <w:vMerge/>
          </w:tcPr>
          <w:p w14:paraId="60628886" w14:textId="77777777" w:rsidR="00497B11" w:rsidRPr="00293828" w:rsidRDefault="00497B11" w:rsidP="00293828">
            <w:pPr>
              <w:rPr>
                <w:rFonts w:ascii="Times New Roman" w:hAnsi="Times New Roman" w:cs="Times New Roman"/>
                <w:szCs w:val="21"/>
              </w:rPr>
            </w:pPr>
          </w:p>
        </w:tc>
      </w:tr>
      <w:tr w:rsidR="00497B11" w:rsidRPr="00293828" w14:paraId="62878C6B" w14:textId="77777777" w:rsidTr="009D45BD">
        <w:tc>
          <w:tcPr>
            <w:tcW w:w="982" w:type="dxa"/>
            <w:vMerge w:val="restart"/>
            <w:vAlign w:val="center"/>
          </w:tcPr>
          <w:p w14:paraId="40B3B58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12</w:t>
            </w:r>
          </w:p>
        </w:tc>
        <w:tc>
          <w:tcPr>
            <w:tcW w:w="1125" w:type="dxa"/>
            <w:vAlign w:val="center"/>
          </w:tcPr>
          <w:p w14:paraId="4947241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203-&gt;209</w:t>
            </w:r>
          </w:p>
        </w:tc>
        <w:tc>
          <w:tcPr>
            <w:tcW w:w="1044" w:type="dxa"/>
            <w:vAlign w:val="center"/>
          </w:tcPr>
          <w:p w14:paraId="493FE3A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0.27568</w:t>
            </w:r>
          </w:p>
        </w:tc>
        <w:tc>
          <w:tcPr>
            <w:tcW w:w="1019" w:type="dxa"/>
            <w:vMerge w:val="restart"/>
            <w:vAlign w:val="center"/>
          </w:tcPr>
          <w:p w14:paraId="330DC6C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6.4999</w:t>
            </w:r>
          </w:p>
        </w:tc>
        <w:tc>
          <w:tcPr>
            <w:tcW w:w="1019" w:type="dxa"/>
            <w:vMerge w:val="restart"/>
            <w:vAlign w:val="center"/>
          </w:tcPr>
          <w:p w14:paraId="328F87D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190.75</w:t>
            </w:r>
          </w:p>
        </w:tc>
        <w:tc>
          <w:tcPr>
            <w:tcW w:w="1019" w:type="dxa"/>
            <w:vMerge w:val="restart"/>
            <w:vAlign w:val="center"/>
          </w:tcPr>
          <w:p w14:paraId="475B7B9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0.0147</w:t>
            </w:r>
          </w:p>
        </w:tc>
        <w:tc>
          <w:tcPr>
            <w:tcW w:w="1044" w:type="dxa"/>
            <w:vMerge w:val="restart"/>
            <w:vAlign w:val="center"/>
          </w:tcPr>
          <w:p w14:paraId="1BA0BE4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-26.2352</w:t>
            </w:r>
          </w:p>
        </w:tc>
        <w:tc>
          <w:tcPr>
            <w:tcW w:w="1044" w:type="dxa"/>
            <w:vMerge w:val="restart"/>
            <w:vAlign w:val="center"/>
          </w:tcPr>
          <w:p w14:paraId="00AF5CC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-26.0375</w:t>
            </w:r>
          </w:p>
        </w:tc>
      </w:tr>
      <w:tr w:rsidR="00497B11" w:rsidRPr="00293828" w14:paraId="76454859" w14:textId="77777777" w:rsidTr="009D45BD">
        <w:tc>
          <w:tcPr>
            <w:tcW w:w="982" w:type="dxa"/>
            <w:vMerge/>
          </w:tcPr>
          <w:p w14:paraId="0522D951" w14:textId="77777777" w:rsidR="00497B11" w:rsidRPr="00293828" w:rsidRDefault="00497B11" w:rsidP="00293828">
            <w:pPr>
              <w:rPr>
                <w:rFonts w:ascii="Times New Roman" w:hAnsi="Times New Roman" w:cs="Times New Roman"/>
                <w:szCs w:val="21"/>
              </w:rPr>
            </w:pPr>
          </w:p>
        </w:tc>
        <w:tc>
          <w:tcPr>
            <w:tcW w:w="1125" w:type="dxa"/>
            <w:vAlign w:val="center"/>
          </w:tcPr>
          <w:p w14:paraId="24F79B5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205-&gt;207</w:t>
            </w:r>
          </w:p>
        </w:tc>
        <w:tc>
          <w:tcPr>
            <w:tcW w:w="1044" w:type="dxa"/>
            <w:vAlign w:val="center"/>
          </w:tcPr>
          <w:p w14:paraId="4A0F4B2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-0.2635</w:t>
            </w:r>
          </w:p>
        </w:tc>
        <w:tc>
          <w:tcPr>
            <w:tcW w:w="1019" w:type="dxa"/>
            <w:vMerge/>
          </w:tcPr>
          <w:p w14:paraId="47C3A669" w14:textId="77777777" w:rsidR="00497B11" w:rsidRPr="00293828" w:rsidRDefault="00497B11" w:rsidP="00293828">
            <w:pPr>
              <w:rPr>
                <w:rFonts w:ascii="Times New Roman" w:hAnsi="Times New Roman" w:cs="Times New Roman"/>
                <w:szCs w:val="21"/>
              </w:rPr>
            </w:pPr>
          </w:p>
        </w:tc>
        <w:tc>
          <w:tcPr>
            <w:tcW w:w="1019" w:type="dxa"/>
            <w:vMerge/>
          </w:tcPr>
          <w:p w14:paraId="37D3D24D" w14:textId="77777777" w:rsidR="00497B11" w:rsidRPr="00293828" w:rsidRDefault="00497B11" w:rsidP="00293828">
            <w:pPr>
              <w:rPr>
                <w:rFonts w:ascii="Times New Roman" w:hAnsi="Times New Roman" w:cs="Times New Roman"/>
                <w:szCs w:val="21"/>
              </w:rPr>
            </w:pPr>
          </w:p>
        </w:tc>
        <w:tc>
          <w:tcPr>
            <w:tcW w:w="1019" w:type="dxa"/>
            <w:vMerge/>
          </w:tcPr>
          <w:p w14:paraId="5437AABD" w14:textId="77777777" w:rsidR="00497B11" w:rsidRPr="00293828" w:rsidRDefault="00497B11" w:rsidP="00293828">
            <w:pPr>
              <w:rPr>
                <w:rFonts w:ascii="Times New Roman" w:hAnsi="Times New Roman" w:cs="Times New Roman"/>
                <w:szCs w:val="21"/>
              </w:rPr>
            </w:pPr>
          </w:p>
        </w:tc>
        <w:tc>
          <w:tcPr>
            <w:tcW w:w="1044" w:type="dxa"/>
            <w:vMerge/>
          </w:tcPr>
          <w:p w14:paraId="769DFB89" w14:textId="77777777" w:rsidR="00497B11" w:rsidRPr="00293828" w:rsidRDefault="00497B11" w:rsidP="00293828">
            <w:pPr>
              <w:rPr>
                <w:rFonts w:ascii="Times New Roman" w:hAnsi="Times New Roman" w:cs="Times New Roman"/>
                <w:szCs w:val="21"/>
              </w:rPr>
            </w:pPr>
          </w:p>
        </w:tc>
        <w:tc>
          <w:tcPr>
            <w:tcW w:w="1044" w:type="dxa"/>
            <w:vMerge/>
          </w:tcPr>
          <w:p w14:paraId="25C79FAC" w14:textId="77777777" w:rsidR="00497B11" w:rsidRPr="00293828" w:rsidRDefault="00497B11" w:rsidP="00293828">
            <w:pPr>
              <w:rPr>
                <w:rFonts w:ascii="Times New Roman" w:hAnsi="Times New Roman" w:cs="Times New Roman"/>
                <w:szCs w:val="21"/>
              </w:rPr>
            </w:pPr>
          </w:p>
        </w:tc>
      </w:tr>
      <w:tr w:rsidR="00497B11" w:rsidRPr="00293828" w14:paraId="43422D47" w14:textId="77777777" w:rsidTr="009D45BD">
        <w:tc>
          <w:tcPr>
            <w:tcW w:w="982" w:type="dxa"/>
            <w:vMerge/>
          </w:tcPr>
          <w:p w14:paraId="5AF56761" w14:textId="77777777" w:rsidR="00497B11" w:rsidRPr="00293828" w:rsidRDefault="00497B11" w:rsidP="00293828">
            <w:pPr>
              <w:rPr>
                <w:rFonts w:ascii="Times New Roman" w:hAnsi="Times New Roman" w:cs="Times New Roman"/>
                <w:szCs w:val="21"/>
              </w:rPr>
            </w:pPr>
          </w:p>
        </w:tc>
        <w:tc>
          <w:tcPr>
            <w:tcW w:w="1125" w:type="dxa"/>
            <w:vAlign w:val="center"/>
          </w:tcPr>
          <w:p w14:paraId="138BE78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205-&gt;210</w:t>
            </w:r>
          </w:p>
        </w:tc>
        <w:tc>
          <w:tcPr>
            <w:tcW w:w="1044" w:type="dxa"/>
            <w:vAlign w:val="center"/>
          </w:tcPr>
          <w:p w14:paraId="793EFAF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0.16433</w:t>
            </w:r>
          </w:p>
        </w:tc>
        <w:tc>
          <w:tcPr>
            <w:tcW w:w="1019" w:type="dxa"/>
            <w:vMerge/>
          </w:tcPr>
          <w:p w14:paraId="002EC168" w14:textId="77777777" w:rsidR="00497B11" w:rsidRPr="00293828" w:rsidRDefault="00497B11" w:rsidP="00293828">
            <w:pPr>
              <w:rPr>
                <w:rFonts w:ascii="Times New Roman" w:hAnsi="Times New Roman" w:cs="Times New Roman"/>
                <w:szCs w:val="21"/>
              </w:rPr>
            </w:pPr>
          </w:p>
        </w:tc>
        <w:tc>
          <w:tcPr>
            <w:tcW w:w="1019" w:type="dxa"/>
            <w:vMerge/>
          </w:tcPr>
          <w:p w14:paraId="1CBE6702" w14:textId="77777777" w:rsidR="00497B11" w:rsidRPr="00293828" w:rsidRDefault="00497B11" w:rsidP="00293828">
            <w:pPr>
              <w:rPr>
                <w:rFonts w:ascii="Times New Roman" w:hAnsi="Times New Roman" w:cs="Times New Roman"/>
                <w:szCs w:val="21"/>
              </w:rPr>
            </w:pPr>
          </w:p>
        </w:tc>
        <w:tc>
          <w:tcPr>
            <w:tcW w:w="1019" w:type="dxa"/>
            <w:vMerge/>
          </w:tcPr>
          <w:p w14:paraId="4F82825B" w14:textId="77777777" w:rsidR="00497B11" w:rsidRPr="00293828" w:rsidRDefault="00497B11" w:rsidP="00293828">
            <w:pPr>
              <w:rPr>
                <w:rFonts w:ascii="Times New Roman" w:hAnsi="Times New Roman" w:cs="Times New Roman"/>
                <w:szCs w:val="21"/>
              </w:rPr>
            </w:pPr>
          </w:p>
        </w:tc>
        <w:tc>
          <w:tcPr>
            <w:tcW w:w="1044" w:type="dxa"/>
            <w:vMerge/>
          </w:tcPr>
          <w:p w14:paraId="5CCFC1FC" w14:textId="77777777" w:rsidR="00497B11" w:rsidRPr="00293828" w:rsidRDefault="00497B11" w:rsidP="00293828">
            <w:pPr>
              <w:rPr>
                <w:rFonts w:ascii="Times New Roman" w:hAnsi="Times New Roman" w:cs="Times New Roman"/>
                <w:szCs w:val="21"/>
              </w:rPr>
            </w:pPr>
          </w:p>
        </w:tc>
        <w:tc>
          <w:tcPr>
            <w:tcW w:w="1044" w:type="dxa"/>
            <w:vMerge/>
          </w:tcPr>
          <w:p w14:paraId="2951D417" w14:textId="77777777" w:rsidR="00497B11" w:rsidRPr="00293828" w:rsidRDefault="00497B11" w:rsidP="00293828">
            <w:pPr>
              <w:rPr>
                <w:rFonts w:ascii="Times New Roman" w:hAnsi="Times New Roman" w:cs="Times New Roman"/>
                <w:szCs w:val="21"/>
              </w:rPr>
            </w:pPr>
          </w:p>
        </w:tc>
      </w:tr>
      <w:tr w:rsidR="00497B11" w:rsidRPr="00293828" w14:paraId="58A8F78C" w14:textId="77777777" w:rsidTr="009D45BD">
        <w:tc>
          <w:tcPr>
            <w:tcW w:w="982" w:type="dxa"/>
            <w:vMerge/>
          </w:tcPr>
          <w:p w14:paraId="5CCFDC1A" w14:textId="77777777" w:rsidR="00497B11" w:rsidRPr="00293828" w:rsidRDefault="00497B11" w:rsidP="00293828">
            <w:pPr>
              <w:rPr>
                <w:rFonts w:ascii="Times New Roman" w:hAnsi="Times New Roman" w:cs="Times New Roman"/>
                <w:szCs w:val="21"/>
              </w:rPr>
            </w:pPr>
          </w:p>
        </w:tc>
        <w:tc>
          <w:tcPr>
            <w:tcW w:w="1125" w:type="dxa"/>
            <w:vAlign w:val="center"/>
          </w:tcPr>
          <w:p w14:paraId="2D3BAD1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205-&gt;212</w:t>
            </w:r>
          </w:p>
        </w:tc>
        <w:tc>
          <w:tcPr>
            <w:tcW w:w="1044" w:type="dxa"/>
            <w:vAlign w:val="center"/>
          </w:tcPr>
          <w:p w14:paraId="656BDE1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0.41257</w:t>
            </w:r>
          </w:p>
        </w:tc>
        <w:tc>
          <w:tcPr>
            <w:tcW w:w="1019" w:type="dxa"/>
            <w:vMerge/>
          </w:tcPr>
          <w:p w14:paraId="7633DB90" w14:textId="77777777" w:rsidR="00497B11" w:rsidRPr="00293828" w:rsidRDefault="00497B11" w:rsidP="00293828">
            <w:pPr>
              <w:rPr>
                <w:rFonts w:ascii="Times New Roman" w:hAnsi="Times New Roman" w:cs="Times New Roman"/>
                <w:szCs w:val="21"/>
              </w:rPr>
            </w:pPr>
          </w:p>
        </w:tc>
        <w:tc>
          <w:tcPr>
            <w:tcW w:w="1019" w:type="dxa"/>
            <w:vMerge/>
          </w:tcPr>
          <w:p w14:paraId="3E7B20E5" w14:textId="77777777" w:rsidR="00497B11" w:rsidRPr="00293828" w:rsidRDefault="00497B11" w:rsidP="00293828">
            <w:pPr>
              <w:rPr>
                <w:rFonts w:ascii="Times New Roman" w:hAnsi="Times New Roman" w:cs="Times New Roman"/>
                <w:szCs w:val="21"/>
              </w:rPr>
            </w:pPr>
          </w:p>
        </w:tc>
        <w:tc>
          <w:tcPr>
            <w:tcW w:w="1019" w:type="dxa"/>
            <w:vMerge/>
          </w:tcPr>
          <w:p w14:paraId="14A9B528" w14:textId="77777777" w:rsidR="00497B11" w:rsidRPr="00293828" w:rsidRDefault="00497B11" w:rsidP="00293828">
            <w:pPr>
              <w:rPr>
                <w:rFonts w:ascii="Times New Roman" w:hAnsi="Times New Roman" w:cs="Times New Roman"/>
                <w:szCs w:val="21"/>
              </w:rPr>
            </w:pPr>
          </w:p>
        </w:tc>
        <w:tc>
          <w:tcPr>
            <w:tcW w:w="1044" w:type="dxa"/>
            <w:vMerge/>
          </w:tcPr>
          <w:p w14:paraId="4D976957" w14:textId="77777777" w:rsidR="00497B11" w:rsidRPr="00293828" w:rsidRDefault="00497B11" w:rsidP="00293828">
            <w:pPr>
              <w:rPr>
                <w:rFonts w:ascii="Times New Roman" w:hAnsi="Times New Roman" w:cs="Times New Roman"/>
                <w:szCs w:val="21"/>
              </w:rPr>
            </w:pPr>
          </w:p>
        </w:tc>
        <w:tc>
          <w:tcPr>
            <w:tcW w:w="1044" w:type="dxa"/>
            <w:vMerge/>
          </w:tcPr>
          <w:p w14:paraId="44B11615" w14:textId="77777777" w:rsidR="00497B11" w:rsidRPr="00293828" w:rsidRDefault="00497B11" w:rsidP="00293828">
            <w:pPr>
              <w:rPr>
                <w:rFonts w:ascii="Times New Roman" w:hAnsi="Times New Roman" w:cs="Times New Roman"/>
                <w:szCs w:val="21"/>
              </w:rPr>
            </w:pPr>
          </w:p>
        </w:tc>
      </w:tr>
      <w:tr w:rsidR="00497B11" w:rsidRPr="00293828" w14:paraId="5104F25D" w14:textId="77777777" w:rsidTr="009D45BD">
        <w:tc>
          <w:tcPr>
            <w:tcW w:w="982" w:type="dxa"/>
            <w:vMerge w:val="restart"/>
            <w:vAlign w:val="center"/>
          </w:tcPr>
          <w:p w14:paraId="652DA07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w:t>
            </w:r>
          </w:p>
        </w:tc>
        <w:tc>
          <w:tcPr>
            <w:tcW w:w="1125" w:type="dxa"/>
            <w:vAlign w:val="center"/>
          </w:tcPr>
          <w:p w14:paraId="22727AB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192-&gt;206</w:t>
            </w:r>
          </w:p>
        </w:tc>
        <w:tc>
          <w:tcPr>
            <w:tcW w:w="1044" w:type="dxa"/>
            <w:vAlign w:val="center"/>
          </w:tcPr>
          <w:p w14:paraId="1CDB2EE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-0.16897</w:t>
            </w:r>
          </w:p>
        </w:tc>
        <w:tc>
          <w:tcPr>
            <w:tcW w:w="1019" w:type="dxa"/>
            <w:vMerge w:val="restart"/>
            <w:vAlign w:val="center"/>
          </w:tcPr>
          <w:p w14:paraId="1FA40F8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6.6169</w:t>
            </w:r>
          </w:p>
        </w:tc>
        <w:tc>
          <w:tcPr>
            <w:tcW w:w="1019" w:type="dxa"/>
            <w:vMerge w:val="restart"/>
            <w:vAlign w:val="center"/>
          </w:tcPr>
          <w:p w14:paraId="73F4177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187.37</w:t>
            </w:r>
          </w:p>
        </w:tc>
        <w:tc>
          <w:tcPr>
            <w:tcW w:w="1019" w:type="dxa"/>
            <w:vMerge w:val="restart"/>
            <w:vAlign w:val="center"/>
          </w:tcPr>
          <w:p w14:paraId="7635FCC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0.0106</w:t>
            </w:r>
          </w:p>
        </w:tc>
        <w:tc>
          <w:tcPr>
            <w:tcW w:w="1044" w:type="dxa"/>
            <w:vMerge w:val="restart"/>
            <w:vAlign w:val="center"/>
          </w:tcPr>
          <w:p w14:paraId="102EA37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-10.1336</w:t>
            </w:r>
          </w:p>
        </w:tc>
        <w:tc>
          <w:tcPr>
            <w:tcW w:w="1044" w:type="dxa"/>
            <w:vMerge w:val="restart"/>
            <w:vAlign w:val="center"/>
          </w:tcPr>
          <w:p w14:paraId="684242A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-10.1475</w:t>
            </w:r>
          </w:p>
        </w:tc>
      </w:tr>
      <w:tr w:rsidR="00497B11" w:rsidRPr="00293828" w14:paraId="69A779CF" w14:textId="77777777" w:rsidTr="009D45BD">
        <w:tc>
          <w:tcPr>
            <w:tcW w:w="982" w:type="dxa"/>
            <w:vMerge/>
          </w:tcPr>
          <w:p w14:paraId="45D2BBDE" w14:textId="77777777" w:rsidR="00497B11" w:rsidRPr="00293828" w:rsidRDefault="00497B11" w:rsidP="00293828">
            <w:pPr>
              <w:rPr>
                <w:rFonts w:ascii="Times New Roman" w:hAnsi="Times New Roman" w:cs="Times New Roman"/>
                <w:szCs w:val="21"/>
              </w:rPr>
            </w:pPr>
          </w:p>
        </w:tc>
        <w:tc>
          <w:tcPr>
            <w:tcW w:w="1125" w:type="dxa"/>
            <w:vAlign w:val="center"/>
          </w:tcPr>
          <w:p w14:paraId="407E049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44" w:type="dxa"/>
            <w:vAlign w:val="center"/>
          </w:tcPr>
          <w:p w14:paraId="3D82357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0.17562</w:t>
            </w:r>
          </w:p>
        </w:tc>
        <w:tc>
          <w:tcPr>
            <w:tcW w:w="1019" w:type="dxa"/>
            <w:vMerge/>
          </w:tcPr>
          <w:p w14:paraId="474A3408" w14:textId="77777777" w:rsidR="00497B11" w:rsidRPr="00293828" w:rsidRDefault="00497B11" w:rsidP="00293828">
            <w:pPr>
              <w:rPr>
                <w:rFonts w:ascii="Times New Roman" w:hAnsi="Times New Roman" w:cs="Times New Roman"/>
                <w:szCs w:val="21"/>
              </w:rPr>
            </w:pPr>
          </w:p>
        </w:tc>
        <w:tc>
          <w:tcPr>
            <w:tcW w:w="1019" w:type="dxa"/>
            <w:vMerge/>
          </w:tcPr>
          <w:p w14:paraId="04BADEEB" w14:textId="77777777" w:rsidR="00497B11" w:rsidRPr="00293828" w:rsidRDefault="00497B11" w:rsidP="00293828">
            <w:pPr>
              <w:rPr>
                <w:rFonts w:ascii="Times New Roman" w:hAnsi="Times New Roman" w:cs="Times New Roman"/>
                <w:szCs w:val="21"/>
              </w:rPr>
            </w:pPr>
          </w:p>
        </w:tc>
        <w:tc>
          <w:tcPr>
            <w:tcW w:w="1019" w:type="dxa"/>
            <w:vMerge/>
          </w:tcPr>
          <w:p w14:paraId="10067FD7" w14:textId="77777777" w:rsidR="00497B11" w:rsidRPr="00293828" w:rsidRDefault="00497B11" w:rsidP="00293828">
            <w:pPr>
              <w:rPr>
                <w:rFonts w:ascii="Times New Roman" w:hAnsi="Times New Roman" w:cs="Times New Roman"/>
                <w:szCs w:val="21"/>
              </w:rPr>
            </w:pPr>
          </w:p>
        </w:tc>
        <w:tc>
          <w:tcPr>
            <w:tcW w:w="1044" w:type="dxa"/>
            <w:vMerge/>
          </w:tcPr>
          <w:p w14:paraId="646323DC" w14:textId="77777777" w:rsidR="00497B11" w:rsidRPr="00293828" w:rsidRDefault="00497B11" w:rsidP="00293828">
            <w:pPr>
              <w:rPr>
                <w:rFonts w:ascii="Times New Roman" w:hAnsi="Times New Roman" w:cs="Times New Roman"/>
                <w:szCs w:val="21"/>
              </w:rPr>
            </w:pPr>
          </w:p>
        </w:tc>
        <w:tc>
          <w:tcPr>
            <w:tcW w:w="1044" w:type="dxa"/>
            <w:vMerge/>
          </w:tcPr>
          <w:p w14:paraId="4A639712" w14:textId="77777777" w:rsidR="00497B11" w:rsidRPr="00293828" w:rsidRDefault="00497B11" w:rsidP="00293828">
            <w:pPr>
              <w:rPr>
                <w:rFonts w:ascii="Times New Roman" w:hAnsi="Times New Roman" w:cs="Times New Roman"/>
                <w:szCs w:val="21"/>
              </w:rPr>
            </w:pPr>
          </w:p>
        </w:tc>
      </w:tr>
      <w:tr w:rsidR="00497B11" w:rsidRPr="00293828" w14:paraId="325EE3FE" w14:textId="77777777" w:rsidTr="009D45BD">
        <w:tc>
          <w:tcPr>
            <w:tcW w:w="982" w:type="dxa"/>
            <w:vMerge/>
          </w:tcPr>
          <w:p w14:paraId="58F8E618" w14:textId="77777777" w:rsidR="00497B11" w:rsidRPr="00293828" w:rsidRDefault="00497B11" w:rsidP="00293828">
            <w:pPr>
              <w:rPr>
                <w:rFonts w:ascii="Times New Roman" w:hAnsi="Times New Roman" w:cs="Times New Roman"/>
                <w:szCs w:val="21"/>
              </w:rPr>
            </w:pPr>
          </w:p>
        </w:tc>
        <w:tc>
          <w:tcPr>
            <w:tcW w:w="1125" w:type="dxa"/>
            <w:vAlign w:val="center"/>
          </w:tcPr>
          <w:p w14:paraId="5FA0162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203-&gt;207</w:t>
            </w:r>
          </w:p>
        </w:tc>
        <w:tc>
          <w:tcPr>
            <w:tcW w:w="1044" w:type="dxa"/>
            <w:vAlign w:val="center"/>
          </w:tcPr>
          <w:p w14:paraId="1B7E1A6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0.38226</w:t>
            </w:r>
          </w:p>
        </w:tc>
        <w:tc>
          <w:tcPr>
            <w:tcW w:w="1019" w:type="dxa"/>
            <w:vMerge/>
          </w:tcPr>
          <w:p w14:paraId="4FC6B0A9" w14:textId="77777777" w:rsidR="00497B11" w:rsidRPr="00293828" w:rsidRDefault="00497B11" w:rsidP="00293828">
            <w:pPr>
              <w:rPr>
                <w:rFonts w:ascii="Times New Roman" w:hAnsi="Times New Roman" w:cs="Times New Roman"/>
                <w:szCs w:val="21"/>
              </w:rPr>
            </w:pPr>
          </w:p>
        </w:tc>
        <w:tc>
          <w:tcPr>
            <w:tcW w:w="1019" w:type="dxa"/>
            <w:vMerge/>
          </w:tcPr>
          <w:p w14:paraId="147430CB" w14:textId="77777777" w:rsidR="00497B11" w:rsidRPr="00293828" w:rsidRDefault="00497B11" w:rsidP="00293828">
            <w:pPr>
              <w:rPr>
                <w:rFonts w:ascii="Times New Roman" w:hAnsi="Times New Roman" w:cs="Times New Roman"/>
                <w:szCs w:val="21"/>
              </w:rPr>
            </w:pPr>
          </w:p>
        </w:tc>
        <w:tc>
          <w:tcPr>
            <w:tcW w:w="1019" w:type="dxa"/>
            <w:vMerge/>
          </w:tcPr>
          <w:p w14:paraId="488096B7" w14:textId="77777777" w:rsidR="00497B11" w:rsidRPr="00293828" w:rsidRDefault="00497B11" w:rsidP="00293828">
            <w:pPr>
              <w:rPr>
                <w:rFonts w:ascii="Times New Roman" w:hAnsi="Times New Roman" w:cs="Times New Roman"/>
                <w:szCs w:val="21"/>
              </w:rPr>
            </w:pPr>
          </w:p>
        </w:tc>
        <w:tc>
          <w:tcPr>
            <w:tcW w:w="1044" w:type="dxa"/>
            <w:vMerge/>
          </w:tcPr>
          <w:p w14:paraId="0822C273" w14:textId="77777777" w:rsidR="00497B11" w:rsidRPr="00293828" w:rsidRDefault="00497B11" w:rsidP="00293828">
            <w:pPr>
              <w:rPr>
                <w:rFonts w:ascii="Times New Roman" w:hAnsi="Times New Roman" w:cs="Times New Roman"/>
                <w:szCs w:val="21"/>
              </w:rPr>
            </w:pPr>
          </w:p>
        </w:tc>
        <w:tc>
          <w:tcPr>
            <w:tcW w:w="1044" w:type="dxa"/>
            <w:vMerge/>
          </w:tcPr>
          <w:p w14:paraId="388A72B2" w14:textId="77777777" w:rsidR="00497B11" w:rsidRPr="00293828" w:rsidRDefault="00497B11" w:rsidP="00293828">
            <w:pPr>
              <w:rPr>
                <w:rFonts w:ascii="Times New Roman" w:hAnsi="Times New Roman" w:cs="Times New Roman"/>
                <w:szCs w:val="21"/>
              </w:rPr>
            </w:pPr>
          </w:p>
        </w:tc>
      </w:tr>
      <w:tr w:rsidR="00497B11" w:rsidRPr="00293828" w14:paraId="6EBEBB7C" w14:textId="77777777" w:rsidTr="009D45BD">
        <w:tc>
          <w:tcPr>
            <w:tcW w:w="982" w:type="dxa"/>
            <w:vMerge/>
          </w:tcPr>
          <w:p w14:paraId="7D5D4C21" w14:textId="77777777" w:rsidR="00497B11" w:rsidRPr="00293828" w:rsidRDefault="00497B11" w:rsidP="00293828">
            <w:pPr>
              <w:rPr>
                <w:rFonts w:ascii="Times New Roman" w:hAnsi="Times New Roman" w:cs="Times New Roman"/>
                <w:szCs w:val="21"/>
              </w:rPr>
            </w:pPr>
          </w:p>
        </w:tc>
        <w:tc>
          <w:tcPr>
            <w:tcW w:w="1125" w:type="dxa"/>
            <w:vAlign w:val="center"/>
          </w:tcPr>
          <w:p w14:paraId="7F3E8B6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205-&gt;206</w:t>
            </w:r>
          </w:p>
        </w:tc>
        <w:tc>
          <w:tcPr>
            <w:tcW w:w="1044" w:type="dxa"/>
            <w:vAlign w:val="center"/>
          </w:tcPr>
          <w:p w14:paraId="1D77646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-0.20787</w:t>
            </w:r>
          </w:p>
        </w:tc>
        <w:tc>
          <w:tcPr>
            <w:tcW w:w="1019" w:type="dxa"/>
            <w:vMerge/>
          </w:tcPr>
          <w:p w14:paraId="0853D036" w14:textId="77777777" w:rsidR="00497B11" w:rsidRPr="00293828" w:rsidRDefault="00497B11" w:rsidP="00293828">
            <w:pPr>
              <w:rPr>
                <w:rFonts w:ascii="Times New Roman" w:hAnsi="Times New Roman" w:cs="Times New Roman"/>
                <w:szCs w:val="21"/>
              </w:rPr>
            </w:pPr>
          </w:p>
        </w:tc>
        <w:tc>
          <w:tcPr>
            <w:tcW w:w="1019" w:type="dxa"/>
            <w:vMerge/>
          </w:tcPr>
          <w:p w14:paraId="126766B6" w14:textId="77777777" w:rsidR="00497B11" w:rsidRPr="00293828" w:rsidRDefault="00497B11" w:rsidP="00293828">
            <w:pPr>
              <w:rPr>
                <w:rFonts w:ascii="Times New Roman" w:hAnsi="Times New Roman" w:cs="Times New Roman"/>
                <w:szCs w:val="21"/>
              </w:rPr>
            </w:pPr>
          </w:p>
        </w:tc>
        <w:tc>
          <w:tcPr>
            <w:tcW w:w="1019" w:type="dxa"/>
            <w:vMerge/>
          </w:tcPr>
          <w:p w14:paraId="23DC0559" w14:textId="77777777" w:rsidR="00497B11" w:rsidRPr="00293828" w:rsidRDefault="00497B11" w:rsidP="00293828">
            <w:pPr>
              <w:rPr>
                <w:rFonts w:ascii="Times New Roman" w:hAnsi="Times New Roman" w:cs="Times New Roman"/>
                <w:szCs w:val="21"/>
              </w:rPr>
            </w:pPr>
          </w:p>
        </w:tc>
        <w:tc>
          <w:tcPr>
            <w:tcW w:w="1044" w:type="dxa"/>
            <w:vMerge/>
          </w:tcPr>
          <w:p w14:paraId="4AC5E7C5" w14:textId="77777777" w:rsidR="00497B11" w:rsidRPr="00293828" w:rsidRDefault="00497B11" w:rsidP="00293828">
            <w:pPr>
              <w:rPr>
                <w:rFonts w:ascii="Times New Roman" w:hAnsi="Times New Roman" w:cs="Times New Roman"/>
                <w:szCs w:val="21"/>
              </w:rPr>
            </w:pPr>
          </w:p>
        </w:tc>
        <w:tc>
          <w:tcPr>
            <w:tcW w:w="1044" w:type="dxa"/>
            <w:vMerge/>
          </w:tcPr>
          <w:p w14:paraId="25595280" w14:textId="77777777" w:rsidR="00497B11" w:rsidRPr="00293828" w:rsidRDefault="00497B11" w:rsidP="00293828">
            <w:pPr>
              <w:rPr>
                <w:rFonts w:ascii="Times New Roman" w:hAnsi="Times New Roman" w:cs="Times New Roman"/>
                <w:szCs w:val="21"/>
              </w:rPr>
            </w:pPr>
          </w:p>
        </w:tc>
      </w:tr>
      <w:tr w:rsidR="00497B11" w:rsidRPr="00293828" w14:paraId="50F5617C" w14:textId="77777777" w:rsidTr="009D45BD">
        <w:tc>
          <w:tcPr>
            <w:tcW w:w="982" w:type="dxa"/>
            <w:vMerge/>
          </w:tcPr>
          <w:p w14:paraId="262B6CB9" w14:textId="77777777" w:rsidR="00497B11" w:rsidRPr="00293828" w:rsidRDefault="00497B11" w:rsidP="00293828">
            <w:pPr>
              <w:rPr>
                <w:rFonts w:ascii="Times New Roman" w:hAnsi="Times New Roman" w:cs="Times New Roman"/>
                <w:szCs w:val="21"/>
              </w:rPr>
            </w:pPr>
          </w:p>
        </w:tc>
        <w:tc>
          <w:tcPr>
            <w:tcW w:w="1125" w:type="dxa"/>
            <w:vAlign w:val="center"/>
          </w:tcPr>
          <w:p w14:paraId="6AF6C59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205-&gt;207</w:t>
            </w:r>
          </w:p>
        </w:tc>
        <w:tc>
          <w:tcPr>
            <w:tcW w:w="1044" w:type="dxa"/>
            <w:vAlign w:val="center"/>
          </w:tcPr>
          <w:p w14:paraId="1807A15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0.20688</w:t>
            </w:r>
          </w:p>
        </w:tc>
        <w:tc>
          <w:tcPr>
            <w:tcW w:w="1019" w:type="dxa"/>
            <w:vMerge/>
          </w:tcPr>
          <w:p w14:paraId="77C4DB12" w14:textId="77777777" w:rsidR="00497B11" w:rsidRPr="00293828" w:rsidRDefault="00497B11" w:rsidP="00293828">
            <w:pPr>
              <w:rPr>
                <w:rFonts w:ascii="Times New Roman" w:hAnsi="Times New Roman" w:cs="Times New Roman"/>
                <w:szCs w:val="21"/>
              </w:rPr>
            </w:pPr>
          </w:p>
        </w:tc>
        <w:tc>
          <w:tcPr>
            <w:tcW w:w="1019" w:type="dxa"/>
            <w:vMerge/>
          </w:tcPr>
          <w:p w14:paraId="56152D49" w14:textId="77777777" w:rsidR="00497B11" w:rsidRPr="00293828" w:rsidRDefault="00497B11" w:rsidP="00293828">
            <w:pPr>
              <w:rPr>
                <w:rFonts w:ascii="Times New Roman" w:hAnsi="Times New Roman" w:cs="Times New Roman"/>
                <w:szCs w:val="21"/>
              </w:rPr>
            </w:pPr>
          </w:p>
        </w:tc>
        <w:tc>
          <w:tcPr>
            <w:tcW w:w="1019" w:type="dxa"/>
            <w:vMerge/>
          </w:tcPr>
          <w:p w14:paraId="05772B28" w14:textId="77777777" w:rsidR="00497B11" w:rsidRPr="00293828" w:rsidRDefault="00497B11" w:rsidP="00293828">
            <w:pPr>
              <w:rPr>
                <w:rFonts w:ascii="Times New Roman" w:hAnsi="Times New Roman" w:cs="Times New Roman"/>
                <w:szCs w:val="21"/>
              </w:rPr>
            </w:pPr>
          </w:p>
        </w:tc>
        <w:tc>
          <w:tcPr>
            <w:tcW w:w="1044" w:type="dxa"/>
            <w:vMerge/>
          </w:tcPr>
          <w:p w14:paraId="47BF44A5" w14:textId="77777777" w:rsidR="00497B11" w:rsidRPr="00293828" w:rsidRDefault="00497B11" w:rsidP="00293828">
            <w:pPr>
              <w:rPr>
                <w:rFonts w:ascii="Times New Roman" w:hAnsi="Times New Roman" w:cs="Times New Roman"/>
                <w:szCs w:val="21"/>
              </w:rPr>
            </w:pPr>
          </w:p>
        </w:tc>
        <w:tc>
          <w:tcPr>
            <w:tcW w:w="1044" w:type="dxa"/>
            <w:vMerge/>
          </w:tcPr>
          <w:p w14:paraId="0FB940BE" w14:textId="77777777" w:rsidR="00497B11" w:rsidRPr="00293828" w:rsidRDefault="00497B11" w:rsidP="00293828">
            <w:pPr>
              <w:rPr>
                <w:rFonts w:ascii="Times New Roman" w:hAnsi="Times New Roman" w:cs="Times New Roman"/>
                <w:szCs w:val="21"/>
              </w:rPr>
            </w:pPr>
          </w:p>
        </w:tc>
      </w:tr>
      <w:tr w:rsidR="00497B11" w:rsidRPr="00293828" w14:paraId="5A1FB5E0" w14:textId="77777777" w:rsidTr="009D45BD">
        <w:tc>
          <w:tcPr>
            <w:tcW w:w="982" w:type="dxa"/>
            <w:vMerge w:val="restart"/>
            <w:vAlign w:val="center"/>
          </w:tcPr>
          <w:p w14:paraId="70A9AF2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14</w:t>
            </w:r>
          </w:p>
        </w:tc>
        <w:tc>
          <w:tcPr>
            <w:tcW w:w="1125" w:type="dxa"/>
            <w:vAlign w:val="center"/>
          </w:tcPr>
          <w:p w14:paraId="38B26F7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192-&gt;206</w:t>
            </w:r>
          </w:p>
        </w:tc>
        <w:tc>
          <w:tcPr>
            <w:tcW w:w="1044" w:type="dxa"/>
            <w:vAlign w:val="center"/>
          </w:tcPr>
          <w:p w14:paraId="306A4C7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0.25114</w:t>
            </w:r>
          </w:p>
        </w:tc>
        <w:tc>
          <w:tcPr>
            <w:tcW w:w="1019" w:type="dxa"/>
            <w:vMerge w:val="restart"/>
            <w:vAlign w:val="center"/>
          </w:tcPr>
          <w:p w14:paraId="790377B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6.7327</w:t>
            </w:r>
          </w:p>
        </w:tc>
        <w:tc>
          <w:tcPr>
            <w:tcW w:w="1019" w:type="dxa"/>
            <w:vMerge w:val="restart"/>
            <w:vAlign w:val="center"/>
          </w:tcPr>
          <w:p w14:paraId="1513D00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184.15</w:t>
            </w:r>
          </w:p>
        </w:tc>
        <w:tc>
          <w:tcPr>
            <w:tcW w:w="1019" w:type="dxa"/>
            <w:vMerge w:val="restart"/>
            <w:vAlign w:val="center"/>
          </w:tcPr>
          <w:p w14:paraId="3420EA8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0.0089</w:t>
            </w:r>
          </w:p>
        </w:tc>
        <w:tc>
          <w:tcPr>
            <w:tcW w:w="1044" w:type="dxa"/>
            <w:vMerge w:val="restart"/>
            <w:vAlign w:val="center"/>
          </w:tcPr>
          <w:p w14:paraId="6DD1D6D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-11.8562</w:t>
            </w:r>
          </w:p>
        </w:tc>
        <w:tc>
          <w:tcPr>
            <w:tcW w:w="1044" w:type="dxa"/>
            <w:vMerge w:val="restart"/>
            <w:vAlign w:val="center"/>
          </w:tcPr>
          <w:p w14:paraId="262AFC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-11.8814</w:t>
            </w:r>
          </w:p>
        </w:tc>
      </w:tr>
      <w:tr w:rsidR="00497B11" w:rsidRPr="00293828" w14:paraId="2949E987" w14:textId="77777777" w:rsidTr="009D45BD">
        <w:tc>
          <w:tcPr>
            <w:tcW w:w="982" w:type="dxa"/>
            <w:vMerge/>
          </w:tcPr>
          <w:p w14:paraId="0D914086" w14:textId="77777777" w:rsidR="00497B11" w:rsidRPr="00293828" w:rsidRDefault="00497B11" w:rsidP="00293828">
            <w:pPr>
              <w:rPr>
                <w:rFonts w:ascii="Times New Roman" w:hAnsi="Times New Roman" w:cs="Times New Roman"/>
                <w:szCs w:val="21"/>
              </w:rPr>
            </w:pPr>
          </w:p>
        </w:tc>
        <w:tc>
          <w:tcPr>
            <w:tcW w:w="1125" w:type="dxa"/>
            <w:vAlign w:val="center"/>
          </w:tcPr>
          <w:p w14:paraId="1865089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193-&gt;206</w:t>
            </w:r>
          </w:p>
        </w:tc>
        <w:tc>
          <w:tcPr>
            <w:tcW w:w="1044" w:type="dxa"/>
            <w:vAlign w:val="center"/>
          </w:tcPr>
          <w:p w14:paraId="7707F76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-0.23901</w:t>
            </w:r>
          </w:p>
        </w:tc>
        <w:tc>
          <w:tcPr>
            <w:tcW w:w="1019" w:type="dxa"/>
            <w:vMerge/>
          </w:tcPr>
          <w:p w14:paraId="07ABF7A1" w14:textId="77777777" w:rsidR="00497B11" w:rsidRPr="00293828" w:rsidRDefault="00497B11" w:rsidP="00293828">
            <w:pPr>
              <w:rPr>
                <w:rFonts w:ascii="Times New Roman" w:hAnsi="Times New Roman" w:cs="Times New Roman"/>
                <w:szCs w:val="21"/>
              </w:rPr>
            </w:pPr>
          </w:p>
        </w:tc>
        <w:tc>
          <w:tcPr>
            <w:tcW w:w="1019" w:type="dxa"/>
            <w:vMerge/>
          </w:tcPr>
          <w:p w14:paraId="6B4785AC" w14:textId="77777777" w:rsidR="00497B11" w:rsidRPr="00293828" w:rsidRDefault="00497B11" w:rsidP="00293828">
            <w:pPr>
              <w:rPr>
                <w:rFonts w:ascii="Times New Roman" w:hAnsi="Times New Roman" w:cs="Times New Roman"/>
                <w:szCs w:val="21"/>
              </w:rPr>
            </w:pPr>
          </w:p>
        </w:tc>
        <w:tc>
          <w:tcPr>
            <w:tcW w:w="1019" w:type="dxa"/>
            <w:vMerge/>
          </w:tcPr>
          <w:p w14:paraId="31DFFB71" w14:textId="77777777" w:rsidR="00497B11" w:rsidRPr="00293828" w:rsidRDefault="00497B11" w:rsidP="00293828">
            <w:pPr>
              <w:rPr>
                <w:rFonts w:ascii="Times New Roman" w:hAnsi="Times New Roman" w:cs="Times New Roman"/>
                <w:szCs w:val="21"/>
              </w:rPr>
            </w:pPr>
          </w:p>
        </w:tc>
        <w:tc>
          <w:tcPr>
            <w:tcW w:w="1044" w:type="dxa"/>
            <w:vMerge/>
          </w:tcPr>
          <w:p w14:paraId="78BDDD83" w14:textId="77777777" w:rsidR="00497B11" w:rsidRPr="00293828" w:rsidRDefault="00497B11" w:rsidP="00293828">
            <w:pPr>
              <w:rPr>
                <w:rFonts w:ascii="Times New Roman" w:hAnsi="Times New Roman" w:cs="Times New Roman"/>
                <w:szCs w:val="21"/>
              </w:rPr>
            </w:pPr>
          </w:p>
        </w:tc>
        <w:tc>
          <w:tcPr>
            <w:tcW w:w="1044" w:type="dxa"/>
            <w:vMerge/>
          </w:tcPr>
          <w:p w14:paraId="26E7E506" w14:textId="77777777" w:rsidR="00497B11" w:rsidRPr="00293828" w:rsidRDefault="00497B11" w:rsidP="00293828">
            <w:pPr>
              <w:rPr>
                <w:rFonts w:ascii="Times New Roman" w:hAnsi="Times New Roman" w:cs="Times New Roman"/>
                <w:szCs w:val="21"/>
              </w:rPr>
            </w:pPr>
          </w:p>
        </w:tc>
      </w:tr>
      <w:tr w:rsidR="00497B11" w:rsidRPr="00293828" w14:paraId="6CF34AD3" w14:textId="77777777" w:rsidTr="009D45BD">
        <w:tc>
          <w:tcPr>
            <w:tcW w:w="982" w:type="dxa"/>
            <w:vMerge/>
          </w:tcPr>
          <w:p w14:paraId="1390AB6D" w14:textId="77777777" w:rsidR="00497B11" w:rsidRPr="00293828" w:rsidRDefault="00497B11" w:rsidP="00293828">
            <w:pPr>
              <w:rPr>
                <w:rFonts w:ascii="Times New Roman" w:hAnsi="Times New Roman" w:cs="Times New Roman"/>
                <w:szCs w:val="21"/>
              </w:rPr>
            </w:pPr>
          </w:p>
        </w:tc>
        <w:tc>
          <w:tcPr>
            <w:tcW w:w="1125" w:type="dxa"/>
            <w:vAlign w:val="center"/>
          </w:tcPr>
          <w:p w14:paraId="300D1DB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194-&gt;206</w:t>
            </w:r>
          </w:p>
        </w:tc>
        <w:tc>
          <w:tcPr>
            <w:tcW w:w="1044" w:type="dxa"/>
            <w:vAlign w:val="center"/>
          </w:tcPr>
          <w:p w14:paraId="023A846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0.18129</w:t>
            </w:r>
          </w:p>
        </w:tc>
        <w:tc>
          <w:tcPr>
            <w:tcW w:w="1019" w:type="dxa"/>
            <w:vMerge/>
          </w:tcPr>
          <w:p w14:paraId="19F6F5E2" w14:textId="77777777" w:rsidR="00497B11" w:rsidRPr="00293828" w:rsidRDefault="00497B11" w:rsidP="00293828">
            <w:pPr>
              <w:rPr>
                <w:rFonts w:ascii="Times New Roman" w:hAnsi="Times New Roman" w:cs="Times New Roman"/>
                <w:szCs w:val="21"/>
              </w:rPr>
            </w:pPr>
          </w:p>
        </w:tc>
        <w:tc>
          <w:tcPr>
            <w:tcW w:w="1019" w:type="dxa"/>
            <w:vMerge/>
          </w:tcPr>
          <w:p w14:paraId="32439FFE" w14:textId="77777777" w:rsidR="00497B11" w:rsidRPr="00293828" w:rsidRDefault="00497B11" w:rsidP="00293828">
            <w:pPr>
              <w:rPr>
                <w:rFonts w:ascii="Times New Roman" w:hAnsi="Times New Roman" w:cs="Times New Roman"/>
                <w:szCs w:val="21"/>
              </w:rPr>
            </w:pPr>
          </w:p>
        </w:tc>
        <w:tc>
          <w:tcPr>
            <w:tcW w:w="1019" w:type="dxa"/>
            <w:vMerge/>
          </w:tcPr>
          <w:p w14:paraId="675DA94A" w14:textId="77777777" w:rsidR="00497B11" w:rsidRPr="00293828" w:rsidRDefault="00497B11" w:rsidP="00293828">
            <w:pPr>
              <w:rPr>
                <w:rFonts w:ascii="Times New Roman" w:hAnsi="Times New Roman" w:cs="Times New Roman"/>
                <w:szCs w:val="21"/>
              </w:rPr>
            </w:pPr>
          </w:p>
        </w:tc>
        <w:tc>
          <w:tcPr>
            <w:tcW w:w="1044" w:type="dxa"/>
            <w:vMerge/>
          </w:tcPr>
          <w:p w14:paraId="0F3469CE" w14:textId="77777777" w:rsidR="00497B11" w:rsidRPr="00293828" w:rsidRDefault="00497B11" w:rsidP="00293828">
            <w:pPr>
              <w:rPr>
                <w:rFonts w:ascii="Times New Roman" w:hAnsi="Times New Roman" w:cs="Times New Roman"/>
                <w:szCs w:val="21"/>
              </w:rPr>
            </w:pPr>
          </w:p>
        </w:tc>
        <w:tc>
          <w:tcPr>
            <w:tcW w:w="1044" w:type="dxa"/>
            <w:vMerge/>
          </w:tcPr>
          <w:p w14:paraId="68CBC938" w14:textId="77777777" w:rsidR="00497B11" w:rsidRPr="00293828" w:rsidRDefault="00497B11" w:rsidP="00293828">
            <w:pPr>
              <w:rPr>
                <w:rFonts w:ascii="Times New Roman" w:hAnsi="Times New Roman" w:cs="Times New Roman"/>
                <w:szCs w:val="21"/>
              </w:rPr>
            </w:pPr>
          </w:p>
        </w:tc>
      </w:tr>
      <w:tr w:rsidR="00497B11" w:rsidRPr="00293828" w14:paraId="6F07A955" w14:textId="77777777" w:rsidTr="009D45BD">
        <w:tc>
          <w:tcPr>
            <w:tcW w:w="982" w:type="dxa"/>
            <w:vMerge/>
          </w:tcPr>
          <w:p w14:paraId="4C8A668E" w14:textId="77777777" w:rsidR="00497B11" w:rsidRPr="00293828" w:rsidRDefault="00497B11" w:rsidP="00293828">
            <w:pPr>
              <w:rPr>
                <w:rFonts w:ascii="Times New Roman" w:hAnsi="Times New Roman" w:cs="Times New Roman"/>
                <w:szCs w:val="21"/>
              </w:rPr>
            </w:pPr>
          </w:p>
        </w:tc>
        <w:tc>
          <w:tcPr>
            <w:tcW w:w="1125" w:type="dxa"/>
            <w:vAlign w:val="center"/>
          </w:tcPr>
          <w:p w14:paraId="748D309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199-&gt;206</w:t>
            </w:r>
          </w:p>
        </w:tc>
        <w:tc>
          <w:tcPr>
            <w:tcW w:w="1044" w:type="dxa"/>
            <w:vAlign w:val="center"/>
          </w:tcPr>
          <w:p w14:paraId="678F383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0.24873</w:t>
            </w:r>
          </w:p>
        </w:tc>
        <w:tc>
          <w:tcPr>
            <w:tcW w:w="1019" w:type="dxa"/>
            <w:vMerge/>
          </w:tcPr>
          <w:p w14:paraId="7C6BE0DA" w14:textId="77777777" w:rsidR="00497B11" w:rsidRPr="00293828" w:rsidRDefault="00497B11" w:rsidP="00293828">
            <w:pPr>
              <w:rPr>
                <w:rFonts w:ascii="Times New Roman" w:hAnsi="Times New Roman" w:cs="Times New Roman"/>
                <w:szCs w:val="21"/>
              </w:rPr>
            </w:pPr>
          </w:p>
        </w:tc>
        <w:tc>
          <w:tcPr>
            <w:tcW w:w="1019" w:type="dxa"/>
            <w:vMerge/>
          </w:tcPr>
          <w:p w14:paraId="519E13B7" w14:textId="77777777" w:rsidR="00497B11" w:rsidRPr="00293828" w:rsidRDefault="00497B11" w:rsidP="00293828">
            <w:pPr>
              <w:rPr>
                <w:rFonts w:ascii="Times New Roman" w:hAnsi="Times New Roman" w:cs="Times New Roman"/>
                <w:szCs w:val="21"/>
              </w:rPr>
            </w:pPr>
          </w:p>
        </w:tc>
        <w:tc>
          <w:tcPr>
            <w:tcW w:w="1019" w:type="dxa"/>
            <w:vMerge/>
          </w:tcPr>
          <w:p w14:paraId="38672B86" w14:textId="77777777" w:rsidR="00497B11" w:rsidRPr="00293828" w:rsidRDefault="00497B11" w:rsidP="00293828">
            <w:pPr>
              <w:rPr>
                <w:rFonts w:ascii="Times New Roman" w:hAnsi="Times New Roman" w:cs="Times New Roman"/>
                <w:szCs w:val="21"/>
              </w:rPr>
            </w:pPr>
          </w:p>
        </w:tc>
        <w:tc>
          <w:tcPr>
            <w:tcW w:w="1044" w:type="dxa"/>
            <w:vMerge/>
          </w:tcPr>
          <w:p w14:paraId="68FD7790" w14:textId="77777777" w:rsidR="00497B11" w:rsidRPr="00293828" w:rsidRDefault="00497B11" w:rsidP="00293828">
            <w:pPr>
              <w:rPr>
                <w:rFonts w:ascii="Times New Roman" w:hAnsi="Times New Roman" w:cs="Times New Roman"/>
                <w:szCs w:val="21"/>
              </w:rPr>
            </w:pPr>
          </w:p>
        </w:tc>
        <w:tc>
          <w:tcPr>
            <w:tcW w:w="1044" w:type="dxa"/>
            <w:vMerge/>
          </w:tcPr>
          <w:p w14:paraId="5EE0BEE1" w14:textId="77777777" w:rsidR="00497B11" w:rsidRPr="00293828" w:rsidRDefault="00497B11" w:rsidP="00293828">
            <w:pPr>
              <w:rPr>
                <w:rFonts w:ascii="Times New Roman" w:hAnsi="Times New Roman" w:cs="Times New Roman"/>
                <w:szCs w:val="21"/>
              </w:rPr>
            </w:pPr>
          </w:p>
        </w:tc>
      </w:tr>
      <w:tr w:rsidR="00497B11" w:rsidRPr="00293828" w14:paraId="72D07ACE" w14:textId="77777777" w:rsidTr="009D45BD">
        <w:tc>
          <w:tcPr>
            <w:tcW w:w="982" w:type="dxa"/>
            <w:vMerge/>
          </w:tcPr>
          <w:p w14:paraId="13F81BCA" w14:textId="77777777" w:rsidR="00497B11" w:rsidRPr="00293828" w:rsidRDefault="00497B11" w:rsidP="00293828">
            <w:pPr>
              <w:rPr>
                <w:rFonts w:ascii="Times New Roman" w:hAnsi="Times New Roman" w:cs="Times New Roman"/>
                <w:szCs w:val="21"/>
              </w:rPr>
            </w:pPr>
          </w:p>
        </w:tc>
        <w:tc>
          <w:tcPr>
            <w:tcW w:w="1125" w:type="dxa"/>
            <w:vAlign w:val="center"/>
          </w:tcPr>
          <w:p w14:paraId="304EDC3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203-&gt;207</w:t>
            </w:r>
          </w:p>
        </w:tc>
        <w:tc>
          <w:tcPr>
            <w:tcW w:w="1044" w:type="dxa"/>
            <w:vAlign w:val="center"/>
          </w:tcPr>
          <w:p w14:paraId="5C63F16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0.23765</w:t>
            </w:r>
          </w:p>
        </w:tc>
        <w:tc>
          <w:tcPr>
            <w:tcW w:w="1019" w:type="dxa"/>
            <w:vMerge/>
          </w:tcPr>
          <w:p w14:paraId="013166DF" w14:textId="77777777" w:rsidR="00497B11" w:rsidRPr="00293828" w:rsidRDefault="00497B11" w:rsidP="00293828">
            <w:pPr>
              <w:rPr>
                <w:rFonts w:ascii="Times New Roman" w:hAnsi="Times New Roman" w:cs="Times New Roman"/>
                <w:szCs w:val="21"/>
              </w:rPr>
            </w:pPr>
          </w:p>
        </w:tc>
        <w:tc>
          <w:tcPr>
            <w:tcW w:w="1019" w:type="dxa"/>
            <w:vMerge/>
          </w:tcPr>
          <w:p w14:paraId="5F443A0C" w14:textId="77777777" w:rsidR="00497B11" w:rsidRPr="00293828" w:rsidRDefault="00497B11" w:rsidP="00293828">
            <w:pPr>
              <w:rPr>
                <w:rFonts w:ascii="Times New Roman" w:hAnsi="Times New Roman" w:cs="Times New Roman"/>
                <w:szCs w:val="21"/>
              </w:rPr>
            </w:pPr>
          </w:p>
        </w:tc>
        <w:tc>
          <w:tcPr>
            <w:tcW w:w="1019" w:type="dxa"/>
            <w:vMerge/>
          </w:tcPr>
          <w:p w14:paraId="5773D1AD" w14:textId="77777777" w:rsidR="00497B11" w:rsidRPr="00293828" w:rsidRDefault="00497B11" w:rsidP="00293828">
            <w:pPr>
              <w:rPr>
                <w:rFonts w:ascii="Times New Roman" w:hAnsi="Times New Roman" w:cs="Times New Roman"/>
                <w:szCs w:val="21"/>
              </w:rPr>
            </w:pPr>
          </w:p>
        </w:tc>
        <w:tc>
          <w:tcPr>
            <w:tcW w:w="1044" w:type="dxa"/>
            <w:vMerge/>
          </w:tcPr>
          <w:p w14:paraId="113FADB2" w14:textId="77777777" w:rsidR="00497B11" w:rsidRPr="00293828" w:rsidRDefault="00497B11" w:rsidP="00293828">
            <w:pPr>
              <w:rPr>
                <w:rFonts w:ascii="Times New Roman" w:hAnsi="Times New Roman" w:cs="Times New Roman"/>
                <w:szCs w:val="21"/>
              </w:rPr>
            </w:pPr>
          </w:p>
        </w:tc>
        <w:tc>
          <w:tcPr>
            <w:tcW w:w="1044" w:type="dxa"/>
            <w:vMerge/>
          </w:tcPr>
          <w:p w14:paraId="52F742F4" w14:textId="77777777" w:rsidR="00497B11" w:rsidRPr="00293828" w:rsidRDefault="00497B11" w:rsidP="00293828">
            <w:pPr>
              <w:rPr>
                <w:rFonts w:ascii="Times New Roman" w:hAnsi="Times New Roman" w:cs="Times New Roman"/>
                <w:szCs w:val="21"/>
              </w:rPr>
            </w:pPr>
          </w:p>
        </w:tc>
      </w:tr>
      <w:tr w:rsidR="00497B11" w:rsidRPr="00293828" w14:paraId="3633DC4C" w14:textId="77777777" w:rsidTr="009D45BD">
        <w:tc>
          <w:tcPr>
            <w:tcW w:w="982" w:type="dxa"/>
            <w:vMerge/>
          </w:tcPr>
          <w:p w14:paraId="43042DD1" w14:textId="77777777" w:rsidR="00497B11" w:rsidRPr="00293828" w:rsidRDefault="00497B11" w:rsidP="00293828">
            <w:pPr>
              <w:rPr>
                <w:rFonts w:ascii="Times New Roman" w:hAnsi="Times New Roman" w:cs="Times New Roman"/>
                <w:szCs w:val="21"/>
              </w:rPr>
            </w:pPr>
          </w:p>
        </w:tc>
        <w:tc>
          <w:tcPr>
            <w:tcW w:w="1125" w:type="dxa"/>
            <w:vAlign w:val="center"/>
          </w:tcPr>
          <w:p w14:paraId="125E83D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204-&gt;206</w:t>
            </w:r>
          </w:p>
        </w:tc>
        <w:tc>
          <w:tcPr>
            <w:tcW w:w="1044" w:type="dxa"/>
            <w:vAlign w:val="center"/>
          </w:tcPr>
          <w:p w14:paraId="4EF5A66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-0.18668</w:t>
            </w:r>
          </w:p>
        </w:tc>
        <w:tc>
          <w:tcPr>
            <w:tcW w:w="1019" w:type="dxa"/>
            <w:vMerge/>
          </w:tcPr>
          <w:p w14:paraId="40FE8814" w14:textId="77777777" w:rsidR="00497B11" w:rsidRPr="00293828" w:rsidRDefault="00497B11" w:rsidP="00293828">
            <w:pPr>
              <w:rPr>
                <w:rFonts w:ascii="Times New Roman" w:hAnsi="Times New Roman" w:cs="Times New Roman"/>
                <w:szCs w:val="21"/>
              </w:rPr>
            </w:pPr>
          </w:p>
        </w:tc>
        <w:tc>
          <w:tcPr>
            <w:tcW w:w="1019" w:type="dxa"/>
            <w:vMerge/>
          </w:tcPr>
          <w:p w14:paraId="7FB730FE" w14:textId="77777777" w:rsidR="00497B11" w:rsidRPr="00293828" w:rsidRDefault="00497B11" w:rsidP="00293828">
            <w:pPr>
              <w:rPr>
                <w:rFonts w:ascii="Times New Roman" w:hAnsi="Times New Roman" w:cs="Times New Roman"/>
                <w:szCs w:val="21"/>
              </w:rPr>
            </w:pPr>
          </w:p>
        </w:tc>
        <w:tc>
          <w:tcPr>
            <w:tcW w:w="1019" w:type="dxa"/>
            <w:vMerge/>
          </w:tcPr>
          <w:p w14:paraId="31DF7649" w14:textId="77777777" w:rsidR="00497B11" w:rsidRPr="00293828" w:rsidRDefault="00497B11" w:rsidP="00293828">
            <w:pPr>
              <w:rPr>
                <w:rFonts w:ascii="Times New Roman" w:hAnsi="Times New Roman" w:cs="Times New Roman"/>
                <w:szCs w:val="21"/>
              </w:rPr>
            </w:pPr>
          </w:p>
        </w:tc>
        <w:tc>
          <w:tcPr>
            <w:tcW w:w="1044" w:type="dxa"/>
            <w:vMerge/>
          </w:tcPr>
          <w:p w14:paraId="64C9ABA7" w14:textId="77777777" w:rsidR="00497B11" w:rsidRPr="00293828" w:rsidRDefault="00497B11" w:rsidP="00293828">
            <w:pPr>
              <w:rPr>
                <w:rFonts w:ascii="Times New Roman" w:hAnsi="Times New Roman" w:cs="Times New Roman"/>
                <w:szCs w:val="21"/>
              </w:rPr>
            </w:pPr>
          </w:p>
        </w:tc>
        <w:tc>
          <w:tcPr>
            <w:tcW w:w="1044" w:type="dxa"/>
            <w:vMerge/>
          </w:tcPr>
          <w:p w14:paraId="27CB1D68" w14:textId="77777777" w:rsidR="00497B11" w:rsidRPr="00293828" w:rsidRDefault="00497B11" w:rsidP="00293828">
            <w:pPr>
              <w:rPr>
                <w:rFonts w:ascii="Times New Roman" w:hAnsi="Times New Roman" w:cs="Times New Roman"/>
                <w:szCs w:val="21"/>
              </w:rPr>
            </w:pPr>
          </w:p>
        </w:tc>
      </w:tr>
      <w:tr w:rsidR="00497B11" w:rsidRPr="00293828" w14:paraId="23FCA580" w14:textId="77777777" w:rsidTr="009D45BD">
        <w:tc>
          <w:tcPr>
            <w:tcW w:w="982" w:type="dxa"/>
            <w:vMerge w:val="restart"/>
            <w:vAlign w:val="center"/>
          </w:tcPr>
          <w:p w14:paraId="7E972E5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15</w:t>
            </w:r>
          </w:p>
        </w:tc>
        <w:tc>
          <w:tcPr>
            <w:tcW w:w="1125" w:type="dxa"/>
            <w:vAlign w:val="center"/>
          </w:tcPr>
          <w:p w14:paraId="08D8CA0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194-&gt;206</w:t>
            </w:r>
          </w:p>
        </w:tc>
        <w:tc>
          <w:tcPr>
            <w:tcW w:w="1044" w:type="dxa"/>
            <w:vAlign w:val="center"/>
          </w:tcPr>
          <w:p w14:paraId="7FCBE22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0.25855</w:t>
            </w:r>
          </w:p>
        </w:tc>
        <w:tc>
          <w:tcPr>
            <w:tcW w:w="1019" w:type="dxa"/>
            <w:vMerge w:val="restart"/>
            <w:vAlign w:val="center"/>
          </w:tcPr>
          <w:p w14:paraId="4BAF1FE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6.8225</w:t>
            </w:r>
          </w:p>
        </w:tc>
        <w:tc>
          <w:tcPr>
            <w:tcW w:w="1019" w:type="dxa"/>
            <w:vMerge w:val="restart"/>
            <w:vAlign w:val="center"/>
          </w:tcPr>
          <w:p w14:paraId="1867839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181.73</w:t>
            </w:r>
          </w:p>
        </w:tc>
        <w:tc>
          <w:tcPr>
            <w:tcW w:w="1019" w:type="dxa"/>
            <w:vMerge w:val="restart"/>
            <w:vAlign w:val="center"/>
          </w:tcPr>
          <w:p w14:paraId="5630D55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0.0121</w:t>
            </w:r>
          </w:p>
        </w:tc>
        <w:tc>
          <w:tcPr>
            <w:tcW w:w="1044" w:type="dxa"/>
            <w:vMerge w:val="restart"/>
            <w:vAlign w:val="center"/>
          </w:tcPr>
          <w:p w14:paraId="2A74F9A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-7.6891</w:t>
            </w:r>
          </w:p>
        </w:tc>
        <w:tc>
          <w:tcPr>
            <w:tcW w:w="1044" w:type="dxa"/>
            <w:vMerge w:val="restart"/>
            <w:vAlign w:val="center"/>
          </w:tcPr>
          <w:p w14:paraId="649ADC2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-7.5973</w:t>
            </w:r>
          </w:p>
        </w:tc>
      </w:tr>
      <w:tr w:rsidR="00497B11" w:rsidRPr="00293828" w14:paraId="723EB997" w14:textId="77777777" w:rsidTr="009D45BD">
        <w:tc>
          <w:tcPr>
            <w:tcW w:w="982" w:type="dxa"/>
            <w:vMerge/>
          </w:tcPr>
          <w:p w14:paraId="2E65F778" w14:textId="77777777" w:rsidR="00497B11" w:rsidRPr="00293828" w:rsidRDefault="00497B11" w:rsidP="00293828">
            <w:pPr>
              <w:rPr>
                <w:rFonts w:ascii="Times New Roman" w:hAnsi="Times New Roman" w:cs="Times New Roman"/>
                <w:szCs w:val="21"/>
              </w:rPr>
            </w:pPr>
          </w:p>
        </w:tc>
        <w:tc>
          <w:tcPr>
            <w:tcW w:w="1125" w:type="dxa"/>
            <w:vAlign w:val="center"/>
          </w:tcPr>
          <w:p w14:paraId="18D3738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195-&gt;206</w:t>
            </w:r>
          </w:p>
        </w:tc>
        <w:tc>
          <w:tcPr>
            <w:tcW w:w="1044" w:type="dxa"/>
            <w:vAlign w:val="center"/>
          </w:tcPr>
          <w:p w14:paraId="030335E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-0.16006</w:t>
            </w:r>
          </w:p>
        </w:tc>
        <w:tc>
          <w:tcPr>
            <w:tcW w:w="1019" w:type="dxa"/>
            <w:vMerge/>
          </w:tcPr>
          <w:p w14:paraId="2D383D3B" w14:textId="77777777" w:rsidR="00497B11" w:rsidRPr="00293828" w:rsidRDefault="00497B11" w:rsidP="00293828">
            <w:pPr>
              <w:rPr>
                <w:rFonts w:ascii="Times New Roman" w:hAnsi="Times New Roman" w:cs="Times New Roman"/>
                <w:szCs w:val="21"/>
              </w:rPr>
            </w:pPr>
          </w:p>
        </w:tc>
        <w:tc>
          <w:tcPr>
            <w:tcW w:w="1019" w:type="dxa"/>
            <w:vMerge/>
          </w:tcPr>
          <w:p w14:paraId="6191D780" w14:textId="77777777" w:rsidR="00497B11" w:rsidRPr="00293828" w:rsidRDefault="00497B11" w:rsidP="00293828">
            <w:pPr>
              <w:rPr>
                <w:rFonts w:ascii="Times New Roman" w:hAnsi="Times New Roman" w:cs="Times New Roman"/>
                <w:szCs w:val="21"/>
              </w:rPr>
            </w:pPr>
          </w:p>
        </w:tc>
        <w:tc>
          <w:tcPr>
            <w:tcW w:w="1019" w:type="dxa"/>
            <w:vMerge/>
          </w:tcPr>
          <w:p w14:paraId="33053CE4" w14:textId="77777777" w:rsidR="00497B11" w:rsidRPr="00293828" w:rsidRDefault="00497B11" w:rsidP="00293828">
            <w:pPr>
              <w:rPr>
                <w:rFonts w:ascii="Times New Roman" w:hAnsi="Times New Roman" w:cs="Times New Roman"/>
                <w:szCs w:val="21"/>
              </w:rPr>
            </w:pPr>
          </w:p>
        </w:tc>
        <w:tc>
          <w:tcPr>
            <w:tcW w:w="1044" w:type="dxa"/>
            <w:vMerge/>
          </w:tcPr>
          <w:p w14:paraId="6AFDC62D" w14:textId="77777777" w:rsidR="00497B11" w:rsidRPr="00293828" w:rsidRDefault="00497B11" w:rsidP="00293828">
            <w:pPr>
              <w:rPr>
                <w:rFonts w:ascii="Times New Roman" w:hAnsi="Times New Roman" w:cs="Times New Roman"/>
                <w:szCs w:val="21"/>
              </w:rPr>
            </w:pPr>
          </w:p>
        </w:tc>
        <w:tc>
          <w:tcPr>
            <w:tcW w:w="1044" w:type="dxa"/>
            <w:vMerge/>
          </w:tcPr>
          <w:p w14:paraId="24A893E7" w14:textId="77777777" w:rsidR="00497B11" w:rsidRPr="00293828" w:rsidRDefault="00497B11" w:rsidP="00293828">
            <w:pPr>
              <w:rPr>
                <w:rFonts w:ascii="Times New Roman" w:hAnsi="Times New Roman" w:cs="Times New Roman"/>
                <w:szCs w:val="21"/>
              </w:rPr>
            </w:pPr>
          </w:p>
        </w:tc>
      </w:tr>
      <w:tr w:rsidR="00497B11" w:rsidRPr="00293828" w14:paraId="4583E656" w14:textId="77777777" w:rsidTr="009D45BD">
        <w:tc>
          <w:tcPr>
            <w:tcW w:w="982" w:type="dxa"/>
            <w:vMerge/>
          </w:tcPr>
          <w:p w14:paraId="6B62CA4B" w14:textId="77777777" w:rsidR="00497B11" w:rsidRPr="00293828" w:rsidRDefault="00497B11" w:rsidP="00293828">
            <w:pPr>
              <w:rPr>
                <w:rFonts w:ascii="Times New Roman" w:hAnsi="Times New Roman" w:cs="Times New Roman"/>
                <w:szCs w:val="21"/>
              </w:rPr>
            </w:pPr>
          </w:p>
        </w:tc>
        <w:tc>
          <w:tcPr>
            <w:tcW w:w="1125" w:type="dxa"/>
            <w:vAlign w:val="center"/>
          </w:tcPr>
          <w:p w14:paraId="47F7839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44" w:type="dxa"/>
            <w:vAlign w:val="center"/>
          </w:tcPr>
          <w:p w14:paraId="7D7F80A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0.29619</w:t>
            </w:r>
          </w:p>
        </w:tc>
        <w:tc>
          <w:tcPr>
            <w:tcW w:w="1019" w:type="dxa"/>
            <w:vMerge/>
          </w:tcPr>
          <w:p w14:paraId="1F76A5B7" w14:textId="77777777" w:rsidR="00497B11" w:rsidRPr="00293828" w:rsidRDefault="00497B11" w:rsidP="00293828">
            <w:pPr>
              <w:rPr>
                <w:rFonts w:ascii="Times New Roman" w:hAnsi="Times New Roman" w:cs="Times New Roman"/>
                <w:szCs w:val="21"/>
              </w:rPr>
            </w:pPr>
          </w:p>
        </w:tc>
        <w:tc>
          <w:tcPr>
            <w:tcW w:w="1019" w:type="dxa"/>
            <w:vMerge/>
          </w:tcPr>
          <w:p w14:paraId="25C00F76" w14:textId="77777777" w:rsidR="00497B11" w:rsidRPr="00293828" w:rsidRDefault="00497B11" w:rsidP="00293828">
            <w:pPr>
              <w:rPr>
                <w:rFonts w:ascii="Times New Roman" w:hAnsi="Times New Roman" w:cs="Times New Roman"/>
                <w:szCs w:val="21"/>
              </w:rPr>
            </w:pPr>
          </w:p>
        </w:tc>
        <w:tc>
          <w:tcPr>
            <w:tcW w:w="1019" w:type="dxa"/>
            <w:vMerge/>
          </w:tcPr>
          <w:p w14:paraId="541DDB43" w14:textId="77777777" w:rsidR="00497B11" w:rsidRPr="00293828" w:rsidRDefault="00497B11" w:rsidP="00293828">
            <w:pPr>
              <w:rPr>
                <w:rFonts w:ascii="Times New Roman" w:hAnsi="Times New Roman" w:cs="Times New Roman"/>
                <w:szCs w:val="21"/>
              </w:rPr>
            </w:pPr>
          </w:p>
        </w:tc>
        <w:tc>
          <w:tcPr>
            <w:tcW w:w="1044" w:type="dxa"/>
            <w:vMerge/>
          </w:tcPr>
          <w:p w14:paraId="1871786D" w14:textId="77777777" w:rsidR="00497B11" w:rsidRPr="00293828" w:rsidRDefault="00497B11" w:rsidP="00293828">
            <w:pPr>
              <w:rPr>
                <w:rFonts w:ascii="Times New Roman" w:hAnsi="Times New Roman" w:cs="Times New Roman"/>
                <w:szCs w:val="21"/>
              </w:rPr>
            </w:pPr>
          </w:p>
        </w:tc>
        <w:tc>
          <w:tcPr>
            <w:tcW w:w="1044" w:type="dxa"/>
            <w:vMerge/>
          </w:tcPr>
          <w:p w14:paraId="5425B454" w14:textId="77777777" w:rsidR="00497B11" w:rsidRPr="00293828" w:rsidRDefault="00497B11" w:rsidP="00293828">
            <w:pPr>
              <w:rPr>
                <w:rFonts w:ascii="Times New Roman" w:hAnsi="Times New Roman" w:cs="Times New Roman"/>
                <w:szCs w:val="21"/>
              </w:rPr>
            </w:pPr>
          </w:p>
        </w:tc>
      </w:tr>
      <w:tr w:rsidR="00497B11" w:rsidRPr="00293828" w14:paraId="25E07F5D" w14:textId="77777777" w:rsidTr="009D45BD">
        <w:tc>
          <w:tcPr>
            <w:tcW w:w="982" w:type="dxa"/>
            <w:vMerge/>
          </w:tcPr>
          <w:p w14:paraId="702859B1" w14:textId="77777777" w:rsidR="00497B11" w:rsidRPr="00293828" w:rsidRDefault="00497B11" w:rsidP="00293828">
            <w:pPr>
              <w:rPr>
                <w:rFonts w:ascii="Times New Roman" w:hAnsi="Times New Roman" w:cs="Times New Roman"/>
                <w:szCs w:val="21"/>
              </w:rPr>
            </w:pPr>
          </w:p>
        </w:tc>
        <w:tc>
          <w:tcPr>
            <w:tcW w:w="1125" w:type="dxa"/>
            <w:vAlign w:val="center"/>
          </w:tcPr>
          <w:p w14:paraId="5705BD1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44" w:type="dxa"/>
            <w:vAlign w:val="center"/>
          </w:tcPr>
          <w:p w14:paraId="1233AA1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0.20862</w:t>
            </w:r>
          </w:p>
        </w:tc>
        <w:tc>
          <w:tcPr>
            <w:tcW w:w="1019" w:type="dxa"/>
            <w:vMerge/>
          </w:tcPr>
          <w:p w14:paraId="6312126B" w14:textId="77777777" w:rsidR="00497B11" w:rsidRPr="00293828" w:rsidRDefault="00497B11" w:rsidP="00293828">
            <w:pPr>
              <w:rPr>
                <w:rFonts w:ascii="Times New Roman" w:hAnsi="Times New Roman" w:cs="Times New Roman"/>
                <w:szCs w:val="21"/>
              </w:rPr>
            </w:pPr>
          </w:p>
        </w:tc>
        <w:tc>
          <w:tcPr>
            <w:tcW w:w="1019" w:type="dxa"/>
            <w:vMerge/>
          </w:tcPr>
          <w:p w14:paraId="475984B0" w14:textId="77777777" w:rsidR="00497B11" w:rsidRPr="00293828" w:rsidRDefault="00497B11" w:rsidP="00293828">
            <w:pPr>
              <w:rPr>
                <w:rFonts w:ascii="Times New Roman" w:hAnsi="Times New Roman" w:cs="Times New Roman"/>
                <w:szCs w:val="21"/>
              </w:rPr>
            </w:pPr>
          </w:p>
        </w:tc>
        <w:tc>
          <w:tcPr>
            <w:tcW w:w="1019" w:type="dxa"/>
            <w:vMerge/>
          </w:tcPr>
          <w:p w14:paraId="50442A67" w14:textId="77777777" w:rsidR="00497B11" w:rsidRPr="00293828" w:rsidRDefault="00497B11" w:rsidP="00293828">
            <w:pPr>
              <w:rPr>
                <w:rFonts w:ascii="Times New Roman" w:hAnsi="Times New Roman" w:cs="Times New Roman"/>
                <w:szCs w:val="21"/>
              </w:rPr>
            </w:pPr>
          </w:p>
        </w:tc>
        <w:tc>
          <w:tcPr>
            <w:tcW w:w="1044" w:type="dxa"/>
            <w:vMerge/>
          </w:tcPr>
          <w:p w14:paraId="621BA2C8" w14:textId="77777777" w:rsidR="00497B11" w:rsidRPr="00293828" w:rsidRDefault="00497B11" w:rsidP="00293828">
            <w:pPr>
              <w:rPr>
                <w:rFonts w:ascii="Times New Roman" w:hAnsi="Times New Roman" w:cs="Times New Roman"/>
                <w:szCs w:val="21"/>
              </w:rPr>
            </w:pPr>
          </w:p>
        </w:tc>
        <w:tc>
          <w:tcPr>
            <w:tcW w:w="1044" w:type="dxa"/>
            <w:vMerge/>
          </w:tcPr>
          <w:p w14:paraId="5940CC0A" w14:textId="77777777" w:rsidR="00497B11" w:rsidRPr="00293828" w:rsidRDefault="00497B11" w:rsidP="00293828">
            <w:pPr>
              <w:rPr>
                <w:rFonts w:ascii="Times New Roman" w:hAnsi="Times New Roman" w:cs="Times New Roman"/>
                <w:szCs w:val="21"/>
              </w:rPr>
            </w:pPr>
          </w:p>
        </w:tc>
      </w:tr>
      <w:tr w:rsidR="00497B11" w:rsidRPr="00293828" w14:paraId="07BFF784" w14:textId="77777777" w:rsidTr="009D45BD">
        <w:tc>
          <w:tcPr>
            <w:tcW w:w="982" w:type="dxa"/>
            <w:vMerge w:val="restart"/>
            <w:vAlign w:val="center"/>
          </w:tcPr>
          <w:p w14:paraId="3082E38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w:t>
            </w:r>
          </w:p>
        </w:tc>
        <w:tc>
          <w:tcPr>
            <w:tcW w:w="1125" w:type="dxa"/>
            <w:vAlign w:val="center"/>
          </w:tcPr>
          <w:p w14:paraId="2860B77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191-&gt;206</w:t>
            </w:r>
          </w:p>
        </w:tc>
        <w:tc>
          <w:tcPr>
            <w:tcW w:w="1044" w:type="dxa"/>
            <w:vAlign w:val="center"/>
          </w:tcPr>
          <w:p w14:paraId="216A69B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0.19911</w:t>
            </w:r>
          </w:p>
        </w:tc>
        <w:tc>
          <w:tcPr>
            <w:tcW w:w="1019" w:type="dxa"/>
            <w:vMerge w:val="restart"/>
            <w:vAlign w:val="center"/>
          </w:tcPr>
          <w:p w14:paraId="0A66F23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6.9894</w:t>
            </w:r>
          </w:p>
        </w:tc>
        <w:tc>
          <w:tcPr>
            <w:tcW w:w="1019" w:type="dxa"/>
            <w:vMerge w:val="restart"/>
            <w:vAlign w:val="center"/>
          </w:tcPr>
          <w:p w14:paraId="2A6611A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177.39</w:t>
            </w:r>
          </w:p>
        </w:tc>
        <w:tc>
          <w:tcPr>
            <w:tcW w:w="1019" w:type="dxa"/>
            <w:vMerge w:val="restart"/>
            <w:vAlign w:val="center"/>
          </w:tcPr>
          <w:p w14:paraId="28C0E57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0.0127</w:t>
            </w:r>
          </w:p>
        </w:tc>
        <w:tc>
          <w:tcPr>
            <w:tcW w:w="1044" w:type="dxa"/>
            <w:vMerge w:val="restart"/>
            <w:vAlign w:val="center"/>
          </w:tcPr>
          <w:p w14:paraId="0B2F512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-14.8236</w:t>
            </w:r>
          </w:p>
        </w:tc>
        <w:tc>
          <w:tcPr>
            <w:tcW w:w="1044" w:type="dxa"/>
            <w:vMerge w:val="restart"/>
            <w:vAlign w:val="center"/>
          </w:tcPr>
          <w:p w14:paraId="314A3AD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-14.8284</w:t>
            </w:r>
          </w:p>
        </w:tc>
      </w:tr>
      <w:tr w:rsidR="00497B11" w:rsidRPr="00293828" w14:paraId="6C4D7A87" w14:textId="77777777" w:rsidTr="009D45BD">
        <w:tc>
          <w:tcPr>
            <w:tcW w:w="982" w:type="dxa"/>
            <w:vMerge/>
          </w:tcPr>
          <w:p w14:paraId="6A873946" w14:textId="77777777" w:rsidR="00497B11" w:rsidRPr="00293828" w:rsidRDefault="00497B11" w:rsidP="00293828">
            <w:pPr>
              <w:rPr>
                <w:rFonts w:ascii="Times New Roman" w:hAnsi="Times New Roman" w:cs="Times New Roman"/>
                <w:szCs w:val="21"/>
              </w:rPr>
            </w:pPr>
          </w:p>
        </w:tc>
        <w:tc>
          <w:tcPr>
            <w:tcW w:w="1125" w:type="dxa"/>
            <w:vAlign w:val="center"/>
          </w:tcPr>
          <w:p w14:paraId="60AD26B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197-&gt;206</w:t>
            </w:r>
          </w:p>
        </w:tc>
        <w:tc>
          <w:tcPr>
            <w:tcW w:w="1044" w:type="dxa"/>
            <w:vAlign w:val="center"/>
          </w:tcPr>
          <w:p w14:paraId="6DB3371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0.38973</w:t>
            </w:r>
          </w:p>
        </w:tc>
        <w:tc>
          <w:tcPr>
            <w:tcW w:w="1019" w:type="dxa"/>
            <w:vMerge/>
          </w:tcPr>
          <w:p w14:paraId="0F552375" w14:textId="77777777" w:rsidR="00497B11" w:rsidRPr="00293828" w:rsidRDefault="00497B11" w:rsidP="00293828">
            <w:pPr>
              <w:rPr>
                <w:rFonts w:ascii="Times New Roman" w:hAnsi="Times New Roman" w:cs="Times New Roman"/>
                <w:szCs w:val="21"/>
              </w:rPr>
            </w:pPr>
          </w:p>
        </w:tc>
        <w:tc>
          <w:tcPr>
            <w:tcW w:w="1019" w:type="dxa"/>
            <w:vMerge/>
          </w:tcPr>
          <w:p w14:paraId="503DF8AC" w14:textId="77777777" w:rsidR="00497B11" w:rsidRPr="00293828" w:rsidRDefault="00497B11" w:rsidP="00293828">
            <w:pPr>
              <w:rPr>
                <w:rFonts w:ascii="Times New Roman" w:hAnsi="Times New Roman" w:cs="Times New Roman"/>
                <w:szCs w:val="21"/>
              </w:rPr>
            </w:pPr>
          </w:p>
        </w:tc>
        <w:tc>
          <w:tcPr>
            <w:tcW w:w="1019" w:type="dxa"/>
            <w:vMerge/>
          </w:tcPr>
          <w:p w14:paraId="7479CF06" w14:textId="77777777" w:rsidR="00497B11" w:rsidRPr="00293828" w:rsidRDefault="00497B11" w:rsidP="00293828">
            <w:pPr>
              <w:rPr>
                <w:rFonts w:ascii="Times New Roman" w:hAnsi="Times New Roman" w:cs="Times New Roman"/>
                <w:szCs w:val="21"/>
              </w:rPr>
            </w:pPr>
          </w:p>
        </w:tc>
        <w:tc>
          <w:tcPr>
            <w:tcW w:w="1044" w:type="dxa"/>
            <w:vMerge/>
          </w:tcPr>
          <w:p w14:paraId="000812A5" w14:textId="77777777" w:rsidR="00497B11" w:rsidRPr="00293828" w:rsidRDefault="00497B11" w:rsidP="00293828">
            <w:pPr>
              <w:rPr>
                <w:rFonts w:ascii="Times New Roman" w:hAnsi="Times New Roman" w:cs="Times New Roman"/>
                <w:szCs w:val="21"/>
              </w:rPr>
            </w:pPr>
          </w:p>
        </w:tc>
        <w:tc>
          <w:tcPr>
            <w:tcW w:w="1044" w:type="dxa"/>
            <w:vMerge/>
          </w:tcPr>
          <w:p w14:paraId="50BFE1FD" w14:textId="77777777" w:rsidR="00497B11" w:rsidRPr="00293828" w:rsidRDefault="00497B11" w:rsidP="00293828">
            <w:pPr>
              <w:rPr>
                <w:rFonts w:ascii="Times New Roman" w:hAnsi="Times New Roman" w:cs="Times New Roman"/>
                <w:szCs w:val="21"/>
              </w:rPr>
            </w:pPr>
          </w:p>
        </w:tc>
      </w:tr>
      <w:tr w:rsidR="00497B11" w:rsidRPr="00293828" w14:paraId="41218708" w14:textId="77777777" w:rsidTr="009D45BD">
        <w:tc>
          <w:tcPr>
            <w:tcW w:w="982" w:type="dxa"/>
            <w:vMerge/>
          </w:tcPr>
          <w:p w14:paraId="73628FCA" w14:textId="77777777" w:rsidR="00497B11" w:rsidRPr="00293828" w:rsidRDefault="00497B11" w:rsidP="00293828">
            <w:pPr>
              <w:rPr>
                <w:rFonts w:ascii="Times New Roman" w:hAnsi="Times New Roman" w:cs="Times New Roman"/>
                <w:szCs w:val="21"/>
              </w:rPr>
            </w:pPr>
          </w:p>
        </w:tc>
        <w:tc>
          <w:tcPr>
            <w:tcW w:w="1125" w:type="dxa"/>
            <w:vAlign w:val="center"/>
          </w:tcPr>
          <w:p w14:paraId="2733373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197-&gt;207</w:t>
            </w:r>
          </w:p>
        </w:tc>
        <w:tc>
          <w:tcPr>
            <w:tcW w:w="1044" w:type="dxa"/>
            <w:vAlign w:val="center"/>
          </w:tcPr>
          <w:p w14:paraId="72DAE69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0.16718</w:t>
            </w:r>
          </w:p>
        </w:tc>
        <w:tc>
          <w:tcPr>
            <w:tcW w:w="1019" w:type="dxa"/>
            <w:vMerge/>
          </w:tcPr>
          <w:p w14:paraId="52CC267C" w14:textId="77777777" w:rsidR="00497B11" w:rsidRPr="00293828" w:rsidRDefault="00497B11" w:rsidP="00293828">
            <w:pPr>
              <w:rPr>
                <w:rFonts w:ascii="Times New Roman" w:hAnsi="Times New Roman" w:cs="Times New Roman"/>
                <w:szCs w:val="21"/>
              </w:rPr>
            </w:pPr>
          </w:p>
        </w:tc>
        <w:tc>
          <w:tcPr>
            <w:tcW w:w="1019" w:type="dxa"/>
            <w:vMerge/>
          </w:tcPr>
          <w:p w14:paraId="7CED4CC4" w14:textId="77777777" w:rsidR="00497B11" w:rsidRPr="00293828" w:rsidRDefault="00497B11" w:rsidP="00293828">
            <w:pPr>
              <w:rPr>
                <w:rFonts w:ascii="Times New Roman" w:hAnsi="Times New Roman" w:cs="Times New Roman"/>
                <w:szCs w:val="21"/>
              </w:rPr>
            </w:pPr>
          </w:p>
        </w:tc>
        <w:tc>
          <w:tcPr>
            <w:tcW w:w="1019" w:type="dxa"/>
            <w:vMerge/>
          </w:tcPr>
          <w:p w14:paraId="36A706B8" w14:textId="77777777" w:rsidR="00497B11" w:rsidRPr="00293828" w:rsidRDefault="00497B11" w:rsidP="00293828">
            <w:pPr>
              <w:rPr>
                <w:rFonts w:ascii="Times New Roman" w:hAnsi="Times New Roman" w:cs="Times New Roman"/>
                <w:szCs w:val="21"/>
              </w:rPr>
            </w:pPr>
          </w:p>
        </w:tc>
        <w:tc>
          <w:tcPr>
            <w:tcW w:w="1044" w:type="dxa"/>
            <w:vMerge/>
          </w:tcPr>
          <w:p w14:paraId="40B9A313" w14:textId="77777777" w:rsidR="00497B11" w:rsidRPr="00293828" w:rsidRDefault="00497B11" w:rsidP="00293828">
            <w:pPr>
              <w:rPr>
                <w:rFonts w:ascii="Times New Roman" w:hAnsi="Times New Roman" w:cs="Times New Roman"/>
                <w:szCs w:val="21"/>
              </w:rPr>
            </w:pPr>
          </w:p>
        </w:tc>
        <w:tc>
          <w:tcPr>
            <w:tcW w:w="1044" w:type="dxa"/>
            <w:vMerge/>
          </w:tcPr>
          <w:p w14:paraId="2CB1EEC3" w14:textId="77777777" w:rsidR="00497B11" w:rsidRPr="00293828" w:rsidRDefault="00497B11" w:rsidP="00293828">
            <w:pPr>
              <w:rPr>
                <w:rFonts w:ascii="Times New Roman" w:hAnsi="Times New Roman" w:cs="Times New Roman"/>
                <w:szCs w:val="21"/>
              </w:rPr>
            </w:pPr>
          </w:p>
        </w:tc>
      </w:tr>
      <w:tr w:rsidR="00497B11" w:rsidRPr="00293828" w14:paraId="6FBBCF2D" w14:textId="77777777" w:rsidTr="009D45BD">
        <w:tc>
          <w:tcPr>
            <w:tcW w:w="982" w:type="dxa"/>
            <w:vMerge/>
          </w:tcPr>
          <w:p w14:paraId="3E460FBA" w14:textId="77777777" w:rsidR="00497B11" w:rsidRPr="00293828" w:rsidRDefault="00497B11" w:rsidP="00293828">
            <w:pPr>
              <w:rPr>
                <w:rFonts w:ascii="Times New Roman" w:hAnsi="Times New Roman" w:cs="Times New Roman"/>
                <w:szCs w:val="21"/>
              </w:rPr>
            </w:pPr>
          </w:p>
        </w:tc>
        <w:tc>
          <w:tcPr>
            <w:tcW w:w="1125" w:type="dxa"/>
            <w:vAlign w:val="center"/>
          </w:tcPr>
          <w:p w14:paraId="20D639E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198-&gt;206</w:t>
            </w:r>
          </w:p>
        </w:tc>
        <w:tc>
          <w:tcPr>
            <w:tcW w:w="1044" w:type="dxa"/>
            <w:vAlign w:val="center"/>
          </w:tcPr>
          <w:p w14:paraId="5577F28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-0.18666</w:t>
            </w:r>
          </w:p>
        </w:tc>
        <w:tc>
          <w:tcPr>
            <w:tcW w:w="1019" w:type="dxa"/>
            <w:vMerge/>
          </w:tcPr>
          <w:p w14:paraId="75A064A2" w14:textId="77777777" w:rsidR="00497B11" w:rsidRPr="00293828" w:rsidRDefault="00497B11" w:rsidP="00293828">
            <w:pPr>
              <w:rPr>
                <w:rFonts w:ascii="Times New Roman" w:hAnsi="Times New Roman" w:cs="Times New Roman"/>
                <w:szCs w:val="21"/>
              </w:rPr>
            </w:pPr>
          </w:p>
        </w:tc>
        <w:tc>
          <w:tcPr>
            <w:tcW w:w="1019" w:type="dxa"/>
            <w:vMerge/>
          </w:tcPr>
          <w:p w14:paraId="25418627" w14:textId="77777777" w:rsidR="00497B11" w:rsidRPr="00293828" w:rsidRDefault="00497B11" w:rsidP="00293828">
            <w:pPr>
              <w:rPr>
                <w:rFonts w:ascii="Times New Roman" w:hAnsi="Times New Roman" w:cs="Times New Roman"/>
                <w:szCs w:val="21"/>
              </w:rPr>
            </w:pPr>
          </w:p>
        </w:tc>
        <w:tc>
          <w:tcPr>
            <w:tcW w:w="1019" w:type="dxa"/>
            <w:vMerge/>
          </w:tcPr>
          <w:p w14:paraId="5DC43DD7" w14:textId="77777777" w:rsidR="00497B11" w:rsidRPr="00293828" w:rsidRDefault="00497B11" w:rsidP="00293828">
            <w:pPr>
              <w:rPr>
                <w:rFonts w:ascii="Times New Roman" w:hAnsi="Times New Roman" w:cs="Times New Roman"/>
                <w:szCs w:val="21"/>
              </w:rPr>
            </w:pPr>
          </w:p>
        </w:tc>
        <w:tc>
          <w:tcPr>
            <w:tcW w:w="1044" w:type="dxa"/>
            <w:vMerge/>
          </w:tcPr>
          <w:p w14:paraId="4C85395F" w14:textId="77777777" w:rsidR="00497B11" w:rsidRPr="00293828" w:rsidRDefault="00497B11" w:rsidP="00293828">
            <w:pPr>
              <w:rPr>
                <w:rFonts w:ascii="Times New Roman" w:hAnsi="Times New Roman" w:cs="Times New Roman"/>
                <w:szCs w:val="21"/>
              </w:rPr>
            </w:pPr>
          </w:p>
        </w:tc>
        <w:tc>
          <w:tcPr>
            <w:tcW w:w="1044" w:type="dxa"/>
            <w:vMerge/>
          </w:tcPr>
          <w:p w14:paraId="2DF6CA4E" w14:textId="77777777" w:rsidR="00497B11" w:rsidRPr="00293828" w:rsidRDefault="00497B11" w:rsidP="00293828">
            <w:pPr>
              <w:rPr>
                <w:rFonts w:ascii="Times New Roman" w:hAnsi="Times New Roman" w:cs="Times New Roman"/>
                <w:szCs w:val="21"/>
              </w:rPr>
            </w:pPr>
          </w:p>
        </w:tc>
      </w:tr>
      <w:tr w:rsidR="00497B11" w:rsidRPr="00293828" w14:paraId="3393EF97" w14:textId="77777777" w:rsidTr="009D45BD">
        <w:tc>
          <w:tcPr>
            <w:tcW w:w="982" w:type="dxa"/>
            <w:vMerge/>
          </w:tcPr>
          <w:p w14:paraId="1307DE12" w14:textId="77777777" w:rsidR="00497B11" w:rsidRPr="00293828" w:rsidRDefault="00497B11" w:rsidP="00293828">
            <w:pPr>
              <w:rPr>
                <w:rFonts w:ascii="Times New Roman" w:hAnsi="Times New Roman" w:cs="Times New Roman"/>
                <w:szCs w:val="21"/>
              </w:rPr>
            </w:pPr>
          </w:p>
        </w:tc>
        <w:tc>
          <w:tcPr>
            <w:tcW w:w="1125" w:type="dxa"/>
            <w:vAlign w:val="center"/>
          </w:tcPr>
          <w:p w14:paraId="2FDF219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44" w:type="dxa"/>
            <w:vAlign w:val="center"/>
          </w:tcPr>
          <w:p w14:paraId="1E18A1E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-0.18876</w:t>
            </w:r>
          </w:p>
        </w:tc>
        <w:tc>
          <w:tcPr>
            <w:tcW w:w="1019" w:type="dxa"/>
            <w:vMerge/>
          </w:tcPr>
          <w:p w14:paraId="32071087" w14:textId="77777777" w:rsidR="00497B11" w:rsidRPr="00293828" w:rsidRDefault="00497B11" w:rsidP="00293828">
            <w:pPr>
              <w:rPr>
                <w:rFonts w:ascii="Times New Roman" w:hAnsi="Times New Roman" w:cs="Times New Roman"/>
                <w:szCs w:val="21"/>
              </w:rPr>
            </w:pPr>
          </w:p>
        </w:tc>
        <w:tc>
          <w:tcPr>
            <w:tcW w:w="1019" w:type="dxa"/>
            <w:vMerge/>
          </w:tcPr>
          <w:p w14:paraId="5411D213" w14:textId="77777777" w:rsidR="00497B11" w:rsidRPr="00293828" w:rsidRDefault="00497B11" w:rsidP="00293828">
            <w:pPr>
              <w:rPr>
                <w:rFonts w:ascii="Times New Roman" w:hAnsi="Times New Roman" w:cs="Times New Roman"/>
                <w:szCs w:val="21"/>
              </w:rPr>
            </w:pPr>
          </w:p>
        </w:tc>
        <w:tc>
          <w:tcPr>
            <w:tcW w:w="1019" w:type="dxa"/>
            <w:vMerge/>
          </w:tcPr>
          <w:p w14:paraId="4AB5043C" w14:textId="77777777" w:rsidR="00497B11" w:rsidRPr="00293828" w:rsidRDefault="00497B11" w:rsidP="00293828">
            <w:pPr>
              <w:rPr>
                <w:rFonts w:ascii="Times New Roman" w:hAnsi="Times New Roman" w:cs="Times New Roman"/>
                <w:szCs w:val="21"/>
              </w:rPr>
            </w:pPr>
          </w:p>
        </w:tc>
        <w:tc>
          <w:tcPr>
            <w:tcW w:w="1044" w:type="dxa"/>
            <w:vMerge/>
          </w:tcPr>
          <w:p w14:paraId="1D7049C4" w14:textId="77777777" w:rsidR="00497B11" w:rsidRPr="00293828" w:rsidRDefault="00497B11" w:rsidP="00293828">
            <w:pPr>
              <w:rPr>
                <w:rFonts w:ascii="Times New Roman" w:hAnsi="Times New Roman" w:cs="Times New Roman"/>
                <w:szCs w:val="21"/>
              </w:rPr>
            </w:pPr>
          </w:p>
        </w:tc>
        <w:tc>
          <w:tcPr>
            <w:tcW w:w="1044" w:type="dxa"/>
            <w:vMerge/>
          </w:tcPr>
          <w:p w14:paraId="77CAA11E" w14:textId="77777777" w:rsidR="00497B11" w:rsidRPr="00293828" w:rsidRDefault="00497B11" w:rsidP="00293828">
            <w:pPr>
              <w:rPr>
                <w:rFonts w:ascii="Times New Roman" w:hAnsi="Times New Roman" w:cs="Times New Roman"/>
                <w:szCs w:val="21"/>
              </w:rPr>
            </w:pPr>
          </w:p>
        </w:tc>
      </w:tr>
      <w:tr w:rsidR="00497B11" w:rsidRPr="00293828" w14:paraId="0C97CA42" w14:textId="77777777" w:rsidTr="009D45BD">
        <w:tc>
          <w:tcPr>
            <w:tcW w:w="982" w:type="dxa"/>
            <w:vMerge w:val="restart"/>
            <w:vAlign w:val="center"/>
          </w:tcPr>
          <w:p w14:paraId="4D5B38B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w:t>
            </w:r>
          </w:p>
        </w:tc>
        <w:tc>
          <w:tcPr>
            <w:tcW w:w="1125" w:type="dxa"/>
            <w:vAlign w:val="center"/>
          </w:tcPr>
          <w:p w14:paraId="3F9B9B8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189-&gt;206</w:t>
            </w:r>
          </w:p>
        </w:tc>
        <w:tc>
          <w:tcPr>
            <w:tcW w:w="1044" w:type="dxa"/>
            <w:vAlign w:val="center"/>
          </w:tcPr>
          <w:p w14:paraId="4FAB263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-0.22941</w:t>
            </w:r>
          </w:p>
        </w:tc>
        <w:tc>
          <w:tcPr>
            <w:tcW w:w="1019" w:type="dxa"/>
            <w:vMerge w:val="restart"/>
            <w:vAlign w:val="center"/>
          </w:tcPr>
          <w:p w14:paraId="73E7174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7.0370</w:t>
            </w:r>
          </w:p>
        </w:tc>
        <w:tc>
          <w:tcPr>
            <w:tcW w:w="1019" w:type="dxa"/>
            <w:vMerge w:val="restart"/>
            <w:vAlign w:val="center"/>
          </w:tcPr>
          <w:p w14:paraId="0375CBB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176.19</w:t>
            </w:r>
          </w:p>
        </w:tc>
        <w:tc>
          <w:tcPr>
            <w:tcW w:w="1019" w:type="dxa"/>
            <w:vMerge w:val="restart"/>
            <w:vAlign w:val="center"/>
          </w:tcPr>
          <w:p w14:paraId="59146D1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0.0651</w:t>
            </w:r>
          </w:p>
        </w:tc>
        <w:tc>
          <w:tcPr>
            <w:tcW w:w="1044" w:type="dxa"/>
            <w:vMerge w:val="restart"/>
            <w:vAlign w:val="center"/>
          </w:tcPr>
          <w:p w14:paraId="7FA8F33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-56.3472</w:t>
            </w:r>
          </w:p>
        </w:tc>
        <w:tc>
          <w:tcPr>
            <w:tcW w:w="1044" w:type="dxa"/>
            <w:vMerge w:val="restart"/>
            <w:vAlign w:val="center"/>
          </w:tcPr>
          <w:p w14:paraId="0F88C26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-56.3971</w:t>
            </w:r>
          </w:p>
        </w:tc>
      </w:tr>
      <w:tr w:rsidR="00497B11" w:rsidRPr="00293828" w14:paraId="1772EE69" w14:textId="77777777" w:rsidTr="009D45BD">
        <w:tc>
          <w:tcPr>
            <w:tcW w:w="982" w:type="dxa"/>
            <w:vMerge/>
          </w:tcPr>
          <w:p w14:paraId="363706B7" w14:textId="77777777" w:rsidR="00497B11" w:rsidRPr="00293828" w:rsidRDefault="00497B11" w:rsidP="00293828">
            <w:pPr>
              <w:rPr>
                <w:rFonts w:ascii="Times New Roman" w:hAnsi="Times New Roman" w:cs="Times New Roman"/>
                <w:szCs w:val="21"/>
              </w:rPr>
            </w:pPr>
          </w:p>
        </w:tc>
        <w:tc>
          <w:tcPr>
            <w:tcW w:w="1125" w:type="dxa"/>
            <w:vAlign w:val="center"/>
          </w:tcPr>
          <w:p w14:paraId="780971E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198-&gt;206</w:t>
            </w:r>
          </w:p>
        </w:tc>
        <w:tc>
          <w:tcPr>
            <w:tcW w:w="1044" w:type="dxa"/>
            <w:vAlign w:val="center"/>
          </w:tcPr>
          <w:p w14:paraId="1D64439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0.34633</w:t>
            </w:r>
          </w:p>
        </w:tc>
        <w:tc>
          <w:tcPr>
            <w:tcW w:w="1019" w:type="dxa"/>
            <w:vMerge/>
          </w:tcPr>
          <w:p w14:paraId="2A822EE8" w14:textId="77777777" w:rsidR="00497B11" w:rsidRPr="00293828" w:rsidRDefault="00497B11" w:rsidP="00293828">
            <w:pPr>
              <w:rPr>
                <w:rFonts w:ascii="Times New Roman" w:hAnsi="Times New Roman" w:cs="Times New Roman"/>
                <w:szCs w:val="21"/>
              </w:rPr>
            </w:pPr>
          </w:p>
        </w:tc>
        <w:tc>
          <w:tcPr>
            <w:tcW w:w="1019" w:type="dxa"/>
            <w:vMerge/>
          </w:tcPr>
          <w:p w14:paraId="5F4E4A74" w14:textId="77777777" w:rsidR="00497B11" w:rsidRPr="00293828" w:rsidRDefault="00497B11" w:rsidP="00293828">
            <w:pPr>
              <w:rPr>
                <w:rFonts w:ascii="Times New Roman" w:hAnsi="Times New Roman" w:cs="Times New Roman"/>
                <w:szCs w:val="21"/>
              </w:rPr>
            </w:pPr>
          </w:p>
        </w:tc>
        <w:tc>
          <w:tcPr>
            <w:tcW w:w="1019" w:type="dxa"/>
            <w:vMerge/>
          </w:tcPr>
          <w:p w14:paraId="598B2B9E" w14:textId="77777777" w:rsidR="00497B11" w:rsidRPr="00293828" w:rsidRDefault="00497B11" w:rsidP="00293828">
            <w:pPr>
              <w:rPr>
                <w:rFonts w:ascii="Times New Roman" w:hAnsi="Times New Roman" w:cs="Times New Roman"/>
                <w:szCs w:val="21"/>
              </w:rPr>
            </w:pPr>
          </w:p>
        </w:tc>
        <w:tc>
          <w:tcPr>
            <w:tcW w:w="1044" w:type="dxa"/>
            <w:vMerge/>
          </w:tcPr>
          <w:p w14:paraId="4B152051" w14:textId="77777777" w:rsidR="00497B11" w:rsidRPr="00293828" w:rsidRDefault="00497B11" w:rsidP="00293828">
            <w:pPr>
              <w:rPr>
                <w:rFonts w:ascii="Times New Roman" w:hAnsi="Times New Roman" w:cs="Times New Roman"/>
                <w:szCs w:val="21"/>
              </w:rPr>
            </w:pPr>
          </w:p>
        </w:tc>
        <w:tc>
          <w:tcPr>
            <w:tcW w:w="1044" w:type="dxa"/>
            <w:vMerge/>
          </w:tcPr>
          <w:p w14:paraId="0485AE0D" w14:textId="77777777" w:rsidR="00497B11" w:rsidRPr="00293828" w:rsidRDefault="00497B11" w:rsidP="00293828">
            <w:pPr>
              <w:rPr>
                <w:rFonts w:ascii="Times New Roman" w:hAnsi="Times New Roman" w:cs="Times New Roman"/>
                <w:szCs w:val="21"/>
              </w:rPr>
            </w:pPr>
          </w:p>
        </w:tc>
      </w:tr>
      <w:tr w:rsidR="00497B11" w:rsidRPr="00293828" w14:paraId="1754274D" w14:textId="77777777" w:rsidTr="009D45BD">
        <w:tc>
          <w:tcPr>
            <w:tcW w:w="982" w:type="dxa"/>
            <w:vMerge/>
          </w:tcPr>
          <w:p w14:paraId="2F30E2C6" w14:textId="77777777" w:rsidR="00497B11" w:rsidRPr="00293828" w:rsidRDefault="00497B11" w:rsidP="00293828">
            <w:pPr>
              <w:rPr>
                <w:rFonts w:ascii="Times New Roman" w:hAnsi="Times New Roman" w:cs="Times New Roman"/>
                <w:szCs w:val="21"/>
              </w:rPr>
            </w:pPr>
          </w:p>
        </w:tc>
        <w:tc>
          <w:tcPr>
            <w:tcW w:w="1125" w:type="dxa"/>
            <w:vAlign w:val="center"/>
          </w:tcPr>
          <w:p w14:paraId="01789B5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44" w:type="dxa"/>
            <w:vAlign w:val="center"/>
          </w:tcPr>
          <w:p w14:paraId="0AEC81D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-0.21107</w:t>
            </w:r>
          </w:p>
        </w:tc>
        <w:tc>
          <w:tcPr>
            <w:tcW w:w="1019" w:type="dxa"/>
            <w:vMerge/>
          </w:tcPr>
          <w:p w14:paraId="2E3F0801" w14:textId="77777777" w:rsidR="00497B11" w:rsidRPr="00293828" w:rsidRDefault="00497B11" w:rsidP="00293828">
            <w:pPr>
              <w:rPr>
                <w:rFonts w:ascii="Times New Roman" w:hAnsi="Times New Roman" w:cs="Times New Roman"/>
                <w:szCs w:val="21"/>
              </w:rPr>
            </w:pPr>
          </w:p>
        </w:tc>
        <w:tc>
          <w:tcPr>
            <w:tcW w:w="1019" w:type="dxa"/>
            <w:vMerge/>
          </w:tcPr>
          <w:p w14:paraId="4322D1FC" w14:textId="77777777" w:rsidR="00497B11" w:rsidRPr="00293828" w:rsidRDefault="00497B11" w:rsidP="00293828">
            <w:pPr>
              <w:rPr>
                <w:rFonts w:ascii="Times New Roman" w:hAnsi="Times New Roman" w:cs="Times New Roman"/>
                <w:szCs w:val="21"/>
              </w:rPr>
            </w:pPr>
          </w:p>
        </w:tc>
        <w:tc>
          <w:tcPr>
            <w:tcW w:w="1019" w:type="dxa"/>
            <w:vMerge/>
          </w:tcPr>
          <w:p w14:paraId="29DE9AE9" w14:textId="77777777" w:rsidR="00497B11" w:rsidRPr="00293828" w:rsidRDefault="00497B11" w:rsidP="00293828">
            <w:pPr>
              <w:rPr>
                <w:rFonts w:ascii="Times New Roman" w:hAnsi="Times New Roman" w:cs="Times New Roman"/>
                <w:szCs w:val="21"/>
              </w:rPr>
            </w:pPr>
          </w:p>
        </w:tc>
        <w:tc>
          <w:tcPr>
            <w:tcW w:w="1044" w:type="dxa"/>
            <w:vMerge/>
          </w:tcPr>
          <w:p w14:paraId="5BE99D15" w14:textId="77777777" w:rsidR="00497B11" w:rsidRPr="00293828" w:rsidRDefault="00497B11" w:rsidP="00293828">
            <w:pPr>
              <w:rPr>
                <w:rFonts w:ascii="Times New Roman" w:hAnsi="Times New Roman" w:cs="Times New Roman"/>
                <w:szCs w:val="21"/>
              </w:rPr>
            </w:pPr>
          </w:p>
        </w:tc>
        <w:tc>
          <w:tcPr>
            <w:tcW w:w="1044" w:type="dxa"/>
            <w:vMerge/>
          </w:tcPr>
          <w:p w14:paraId="2C3C1090" w14:textId="77777777" w:rsidR="00497B11" w:rsidRPr="00293828" w:rsidRDefault="00497B11" w:rsidP="00293828">
            <w:pPr>
              <w:rPr>
                <w:rFonts w:ascii="Times New Roman" w:hAnsi="Times New Roman" w:cs="Times New Roman"/>
                <w:szCs w:val="21"/>
              </w:rPr>
            </w:pPr>
          </w:p>
        </w:tc>
      </w:tr>
      <w:tr w:rsidR="00497B11" w:rsidRPr="00293828" w14:paraId="563638B8" w14:textId="77777777" w:rsidTr="009D45BD">
        <w:tc>
          <w:tcPr>
            <w:tcW w:w="982" w:type="dxa"/>
            <w:vMerge/>
          </w:tcPr>
          <w:p w14:paraId="1274774A" w14:textId="77777777" w:rsidR="00497B11" w:rsidRPr="00293828" w:rsidRDefault="00497B11" w:rsidP="00293828">
            <w:pPr>
              <w:rPr>
                <w:rFonts w:ascii="Times New Roman" w:hAnsi="Times New Roman" w:cs="Times New Roman"/>
                <w:szCs w:val="21"/>
              </w:rPr>
            </w:pPr>
          </w:p>
        </w:tc>
        <w:tc>
          <w:tcPr>
            <w:tcW w:w="1125" w:type="dxa"/>
            <w:vAlign w:val="center"/>
          </w:tcPr>
          <w:p w14:paraId="1910FBD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44" w:type="dxa"/>
            <w:vAlign w:val="center"/>
          </w:tcPr>
          <w:p w14:paraId="3B9A5C8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-0.19524</w:t>
            </w:r>
          </w:p>
        </w:tc>
        <w:tc>
          <w:tcPr>
            <w:tcW w:w="1019" w:type="dxa"/>
            <w:vMerge/>
          </w:tcPr>
          <w:p w14:paraId="2BDC25FF" w14:textId="77777777" w:rsidR="00497B11" w:rsidRPr="00293828" w:rsidRDefault="00497B11" w:rsidP="00293828">
            <w:pPr>
              <w:rPr>
                <w:rFonts w:ascii="Times New Roman" w:hAnsi="Times New Roman" w:cs="Times New Roman"/>
                <w:szCs w:val="21"/>
              </w:rPr>
            </w:pPr>
          </w:p>
        </w:tc>
        <w:tc>
          <w:tcPr>
            <w:tcW w:w="1019" w:type="dxa"/>
            <w:vMerge/>
          </w:tcPr>
          <w:p w14:paraId="37AA6CA6" w14:textId="77777777" w:rsidR="00497B11" w:rsidRPr="00293828" w:rsidRDefault="00497B11" w:rsidP="00293828">
            <w:pPr>
              <w:rPr>
                <w:rFonts w:ascii="Times New Roman" w:hAnsi="Times New Roman" w:cs="Times New Roman"/>
                <w:szCs w:val="21"/>
              </w:rPr>
            </w:pPr>
          </w:p>
        </w:tc>
        <w:tc>
          <w:tcPr>
            <w:tcW w:w="1019" w:type="dxa"/>
            <w:vMerge/>
          </w:tcPr>
          <w:p w14:paraId="2016DAF2" w14:textId="77777777" w:rsidR="00497B11" w:rsidRPr="00293828" w:rsidRDefault="00497B11" w:rsidP="00293828">
            <w:pPr>
              <w:rPr>
                <w:rFonts w:ascii="Times New Roman" w:hAnsi="Times New Roman" w:cs="Times New Roman"/>
                <w:szCs w:val="21"/>
              </w:rPr>
            </w:pPr>
          </w:p>
        </w:tc>
        <w:tc>
          <w:tcPr>
            <w:tcW w:w="1044" w:type="dxa"/>
            <w:vMerge/>
          </w:tcPr>
          <w:p w14:paraId="27DA4A0F" w14:textId="77777777" w:rsidR="00497B11" w:rsidRPr="00293828" w:rsidRDefault="00497B11" w:rsidP="00293828">
            <w:pPr>
              <w:rPr>
                <w:rFonts w:ascii="Times New Roman" w:hAnsi="Times New Roman" w:cs="Times New Roman"/>
                <w:szCs w:val="21"/>
              </w:rPr>
            </w:pPr>
          </w:p>
        </w:tc>
        <w:tc>
          <w:tcPr>
            <w:tcW w:w="1044" w:type="dxa"/>
            <w:vMerge/>
          </w:tcPr>
          <w:p w14:paraId="7C57FA9C" w14:textId="77777777" w:rsidR="00497B11" w:rsidRPr="00293828" w:rsidRDefault="00497B11" w:rsidP="00293828">
            <w:pPr>
              <w:rPr>
                <w:rFonts w:ascii="Times New Roman" w:hAnsi="Times New Roman" w:cs="Times New Roman"/>
                <w:szCs w:val="21"/>
              </w:rPr>
            </w:pPr>
          </w:p>
        </w:tc>
      </w:tr>
      <w:tr w:rsidR="00497B11" w:rsidRPr="00293828" w14:paraId="7A25A1D5" w14:textId="77777777" w:rsidTr="009D45BD">
        <w:tc>
          <w:tcPr>
            <w:tcW w:w="982" w:type="dxa"/>
            <w:vMerge w:val="restart"/>
            <w:vAlign w:val="center"/>
          </w:tcPr>
          <w:p w14:paraId="792AC30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w:t>
            </w:r>
          </w:p>
        </w:tc>
        <w:tc>
          <w:tcPr>
            <w:tcW w:w="1125" w:type="dxa"/>
            <w:vAlign w:val="center"/>
          </w:tcPr>
          <w:p w14:paraId="7889021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183-&gt;206</w:t>
            </w:r>
          </w:p>
        </w:tc>
        <w:tc>
          <w:tcPr>
            <w:tcW w:w="1044" w:type="dxa"/>
            <w:vAlign w:val="center"/>
          </w:tcPr>
          <w:p w14:paraId="3B2213A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0.25495</w:t>
            </w:r>
          </w:p>
        </w:tc>
        <w:tc>
          <w:tcPr>
            <w:tcW w:w="1019" w:type="dxa"/>
            <w:vMerge w:val="restart"/>
            <w:vAlign w:val="center"/>
          </w:tcPr>
          <w:p w14:paraId="2559E6A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7.0944</w:t>
            </w:r>
          </w:p>
        </w:tc>
        <w:tc>
          <w:tcPr>
            <w:tcW w:w="1019" w:type="dxa"/>
            <w:vMerge w:val="restart"/>
            <w:vAlign w:val="center"/>
          </w:tcPr>
          <w:p w14:paraId="04F1A85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174.76</w:t>
            </w:r>
          </w:p>
        </w:tc>
        <w:tc>
          <w:tcPr>
            <w:tcW w:w="1019" w:type="dxa"/>
            <w:vMerge w:val="restart"/>
            <w:vAlign w:val="center"/>
          </w:tcPr>
          <w:p w14:paraId="45D338F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0.0433</w:t>
            </w:r>
          </w:p>
        </w:tc>
        <w:tc>
          <w:tcPr>
            <w:tcW w:w="1044" w:type="dxa"/>
            <w:vMerge w:val="restart"/>
            <w:vAlign w:val="center"/>
          </w:tcPr>
          <w:p w14:paraId="533D3A2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-10.6733</w:t>
            </w:r>
          </w:p>
        </w:tc>
        <w:tc>
          <w:tcPr>
            <w:tcW w:w="1044" w:type="dxa"/>
            <w:vMerge w:val="restart"/>
            <w:vAlign w:val="center"/>
          </w:tcPr>
          <w:p w14:paraId="6EEC4BD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-10.6735</w:t>
            </w:r>
          </w:p>
        </w:tc>
      </w:tr>
      <w:tr w:rsidR="00497B11" w:rsidRPr="00293828" w14:paraId="61CCCD73" w14:textId="77777777" w:rsidTr="009D45BD">
        <w:tc>
          <w:tcPr>
            <w:tcW w:w="982" w:type="dxa"/>
            <w:vMerge/>
          </w:tcPr>
          <w:p w14:paraId="10BE73F9" w14:textId="77777777" w:rsidR="00497B11" w:rsidRPr="00293828" w:rsidRDefault="00497B11" w:rsidP="00293828">
            <w:pPr>
              <w:rPr>
                <w:rFonts w:ascii="Times New Roman" w:hAnsi="Times New Roman" w:cs="Times New Roman"/>
                <w:szCs w:val="21"/>
              </w:rPr>
            </w:pPr>
          </w:p>
        </w:tc>
        <w:tc>
          <w:tcPr>
            <w:tcW w:w="1125" w:type="dxa"/>
            <w:vAlign w:val="center"/>
          </w:tcPr>
          <w:p w14:paraId="7573DA3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185-&gt;206</w:t>
            </w:r>
          </w:p>
        </w:tc>
        <w:tc>
          <w:tcPr>
            <w:tcW w:w="1044" w:type="dxa"/>
            <w:vAlign w:val="center"/>
          </w:tcPr>
          <w:p w14:paraId="78876A1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-0.17705</w:t>
            </w:r>
          </w:p>
        </w:tc>
        <w:tc>
          <w:tcPr>
            <w:tcW w:w="1019" w:type="dxa"/>
            <w:vMerge/>
          </w:tcPr>
          <w:p w14:paraId="7DFEB75E" w14:textId="77777777" w:rsidR="00497B11" w:rsidRPr="00293828" w:rsidRDefault="00497B11" w:rsidP="00293828">
            <w:pPr>
              <w:rPr>
                <w:rFonts w:ascii="Times New Roman" w:hAnsi="Times New Roman" w:cs="Times New Roman"/>
                <w:szCs w:val="21"/>
              </w:rPr>
            </w:pPr>
          </w:p>
        </w:tc>
        <w:tc>
          <w:tcPr>
            <w:tcW w:w="1019" w:type="dxa"/>
            <w:vMerge/>
          </w:tcPr>
          <w:p w14:paraId="2FCD9373" w14:textId="77777777" w:rsidR="00497B11" w:rsidRPr="00293828" w:rsidRDefault="00497B11" w:rsidP="00293828">
            <w:pPr>
              <w:rPr>
                <w:rFonts w:ascii="Times New Roman" w:hAnsi="Times New Roman" w:cs="Times New Roman"/>
                <w:szCs w:val="21"/>
              </w:rPr>
            </w:pPr>
          </w:p>
        </w:tc>
        <w:tc>
          <w:tcPr>
            <w:tcW w:w="1019" w:type="dxa"/>
            <w:vMerge/>
          </w:tcPr>
          <w:p w14:paraId="7C9E77D1" w14:textId="77777777" w:rsidR="00497B11" w:rsidRPr="00293828" w:rsidRDefault="00497B11" w:rsidP="00293828">
            <w:pPr>
              <w:rPr>
                <w:rFonts w:ascii="Times New Roman" w:hAnsi="Times New Roman" w:cs="Times New Roman"/>
                <w:szCs w:val="21"/>
              </w:rPr>
            </w:pPr>
          </w:p>
        </w:tc>
        <w:tc>
          <w:tcPr>
            <w:tcW w:w="1044" w:type="dxa"/>
            <w:vMerge/>
          </w:tcPr>
          <w:p w14:paraId="66679358" w14:textId="77777777" w:rsidR="00497B11" w:rsidRPr="00293828" w:rsidRDefault="00497B11" w:rsidP="00293828">
            <w:pPr>
              <w:rPr>
                <w:rFonts w:ascii="Times New Roman" w:hAnsi="Times New Roman" w:cs="Times New Roman"/>
                <w:szCs w:val="21"/>
              </w:rPr>
            </w:pPr>
          </w:p>
        </w:tc>
        <w:tc>
          <w:tcPr>
            <w:tcW w:w="1044" w:type="dxa"/>
            <w:vMerge/>
          </w:tcPr>
          <w:p w14:paraId="2E8C9214" w14:textId="77777777" w:rsidR="00497B11" w:rsidRPr="00293828" w:rsidRDefault="00497B11" w:rsidP="00293828">
            <w:pPr>
              <w:rPr>
                <w:rFonts w:ascii="Times New Roman" w:hAnsi="Times New Roman" w:cs="Times New Roman"/>
                <w:szCs w:val="21"/>
              </w:rPr>
            </w:pPr>
          </w:p>
        </w:tc>
      </w:tr>
      <w:tr w:rsidR="00497B11" w:rsidRPr="00293828" w14:paraId="34486B78" w14:textId="77777777" w:rsidTr="009D45BD">
        <w:tc>
          <w:tcPr>
            <w:tcW w:w="982" w:type="dxa"/>
            <w:vMerge/>
          </w:tcPr>
          <w:p w14:paraId="08F299DC" w14:textId="77777777" w:rsidR="00497B11" w:rsidRPr="00293828" w:rsidRDefault="00497B11" w:rsidP="00293828">
            <w:pPr>
              <w:rPr>
                <w:rFonts w:ascii="Times New Roman" w:hAnsi="Times New Roman" w:cs="Times New Roman"/>
                <w:szCs w:val="21"/>
              </w:rPr>
            </w:pPr>
          </w:p>
        </w:tc>
        <w:tc>
          <w:tcPr>
            <w:tcW w:w="1125" w:type="dxa"/>
            <w:vAlign w:val="center"/>
          </w:tcPr>
          <w:p w14:paraId="5E0541A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194-&gt;207</w:t>
            </w:r>
          </w:p>
        </w:tc>
        <w:tc>
          <w:tcPr>
            <w:tcW w:w="1044" w:type="dxa"/>
            <w:vAlign w:val="center"/>
          </w:tcPr>
          <w:p w14:paraId="0AB5388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-0.17421</w:t>
            </w:r>
          </w:p>
        </w:tc>
        <w:tc>
          <w:tcPr>
            <w:tcW w:w="1019" w:type="dxa"/>
            <w:vMerge/>
          </w:tcPr>
          <w:p w14:paraId="65467319" w14:textId="77777777" w:rsidR="00497B11" w:rsidRPr="00293828" w:rsidRDefault="00497B11" w:rsidP="00293828">
            <w:pPr>
              <w:rPr>
                <w:rFonts w:ascii="Times New Roman" w:hAnsi="Times New Roman" w:cs="Times New Roman"/>
                <w:szCs w:val="21"/>
              </w:rPr>
            </w:pPr>
          </w:p>
        </w:tc>
        <w:tc>
          <w:tcPr>
            <w:tcW w:w="1019" w:type="dxa"/>
            <w:vMerge/>
          </w:tcPr>
          <w:p w14:paraId="5ABA810A" w14:textId="77777777" w:rsidR="00497B11" w:rsidRPr="00293828" w:rsidRDefault="00497B11" w:rsidP="00293828">
            <w:pPr>
              <w:rPr>
                <w:rFonts w:ascii="Times New Roman" w:hAnsi="Times New Roman" w:cs="Times New Roman"/>
                <w:szCs w:val="21"/>
              </w:rPr>
            </w:pPr>
          </w:p>
        </w:tc>
        <w:tc>
          <w:tcPr>
            <w:tcW w:w="1019" w:type="dxa"/>
            <w:vMerge/>
          </w:tcPr>
          <w:p w14:paraId="3FF5393F" w14:textId="77777777" w:rsidR="00497B11" w:rsidRPr="00293828" w:rsidRDefault="00497B11" w:rsidP="00293828">
            <w:pPr>
              <w:rPr>
                <w:rFonts w:ascii="Times New Roman" w:hAnsi="Times New Roman" w:cs="Times New Roman"/>
                <w:szCs w:val="21"/>
              </w:rPr>
            </w:pPr>
          </w:p>
        </w:tc>
        <w:tc>
          <w:tcPr>
            <w:tcW w:w="1044" w:type="dxa"/>
            <w:vMerge/>
          </w:tcPr>
          <w:p w14:paraId="3DA1ECD8" w14:textId="77777777" w:rsidR="00497B11" w:rsidRPr="00293828" w:rsidRDefault="00497B11" w:rsidP="00293828">
            <w:pPr>
              <w:rPr>
                <w:rFonts w:ascii="Times New Roman" w:hAnsi="Times New Roman" w:cs="Times New Roman"/>
                <w:szCs w:val="21"/>
              </w:rPr>
            </w:pPr>
          </w:p>
        </w:tc>
        <w:tc>
          <w:tcPr>
            <w:tcW w:w="1044" w:type="dxa"/>
            <w:vMerge/>
          </w:tcPr>
          <w:p w14:paraId="0807F4D6" w14:textId="77777777" w:rsidR="00497B11" w:rsidRPr="00293828" w:rsidRDefault="00497B11" w:rsidP="00293828">
            <w:pPr>
              <w:rPr>
                <w:rFonts w:ascii="Times New Roman" w:hAnsi="Times New Roman" w:cs="Times New Roman"/>
                <w:szCs w:val="21"/>
              </w:rPr>
            </w:pPr>
          </w:p>
        </w:tc>
      </w:tr>
      <w:tr w:rsidR="00497B11" w:rsidRPr="00293828" w14:paraId="4F1CEB48" w14:textId="77777777" w:rsidTr="009D45BD">
        <w:tc>
          <w:tcPr>
            <w:tcW w:w="982" w:type="dxa"/>
            <w:vMerge/>
          </w:tcPr>
          <w:p w14:paraId="594F9722" w14:textId="77777777" w:rsidR="00497B11" w:rsidRPr="00293828" w:rsidRDefault="00497B11" w:rsidP="00293828">
            <w:pPr>
              <w:rPr>
                <w:rFonts w:ascii="Times New Roman" w:hAnsi="Times New Roman" w:cs="Times New Roman"/>
                <w:szCs w:val="21"/>
              </w:rPr>
            </w:pPr>
          </w:p>
        </w:tc>
        <w:tc>
          <w:tcPr>
            <w:tcW w:w="1125" w:type="dxa"/>
            <w:vAlign w:val="center"/>
          </w:tcPr>
          <w:p w14:paraId="5D65EA9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195-&gt;207</w:t>
            </w:r>
          </w:p>
        </w:tc>
        <w:tc>
          <w:tcPr>
            <w:tcW w:w="1044" w:type="dxa"/>
            <w:vAlign w:val="center"/>
          </w:tcPr>
          <w:p w14:paraId="29E46FC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-0.21334</w:t>
            </w:r>
          </w:p>
        </w:tc>
        <w:tc>
          <w:tcPr>
            <w:tcW w:w="1019" w:type="dxa"/>
            <w:vMerge/>
          </w:tcPr>
          <w:p w14:paraId="3BA0FA7D" w14:textId="77777777" w:rsidR="00497B11" w:rsidRPr="00293828" w:rsidRDefault="00497B11" w:rsidP="00293828">
            <w:pPr>
              <w:rPr>
                <w:rFonts w:ascii="Times New Roman" w:hAnsi="Times New Roman" w:cs="Times New Roman"/>
                <w:szCs w:val="21"/>
              </w:rPr>
            </w:pPr>
          </w:p>
        </w:tc>
        <w:tc>
          <w:tcPr>
            <w:tcW w:w="1019" w:type="dxa"/>
            <w:vMerge/>
          </w:tcPr>
          <w:p w14:paraId="29B6550B" w14:textId="77777777" w:rsidR="00497B11" w:rsidRPr="00293828" w:rsidRDefault="00497B11" w:rsidP="00293828">
            <w:pPr>
              <w:rPr>
                <w:rFonts w:ascii="Times New Roman" w:hAnsi="Times New Roman" w:cs="Times New Roman"/>
                <w:szCs w:val="21"/>
              </w:rPr>
            </w:pPr>
          </w:p>
        </w:tc>
        <w:tc>
          <w:tcPr>
            <w:tcW w:w="1019" w:type="dxa"/>
            <w:vMerge/>
          </w:tcPr>
          <w:p w14:paraId="52E95359" w14:textId="77777777" w:rsidR="00497B11" w:rsidRPr="00293828" w:rsidRDefault="00497B11" w:rsidP="00293828">
            <w:pPr>
              <w:rPr>
                <w:rFonts w:ascii="Times New Roman" w:hAnsi="Times New Roman" w:cs="Times New Roman"/>
                <w:szCs w:val="21"/>
              </w:rPr>
            </w:pPr>
          </w:p>
        </w:tc>
        <w:tc>
          <w:tcPr>
            <w:tcW w:w="1044" w:type="dxa"/>
            <w:vMerge/>
          </w:tcPr>
          <w:p w14:paraId="5C2F5AB1" w14:textId="77777777" w:rsidR="00497B11" w:rsidRPr="00293828" w:rsidRDefault="00497B11" w:rsidP="00293828">
            <w:pPr>
              <w:rPr>
                <w:rFonts w:ascii="Times New Roman" w:hAnsi="Times New Roman" w:cs="Times New Roman"/>
                <w:szCs w:val="21"/>
              </w:rPr>
            </w:pPr>
          </w:p>
        </w:tc>
        <w:tc>
          <w:tcPr>
            <w:tcW w:w="1044" w:type="dxa"/>
            <w:vMerge/>
          </w:tcPr>
          <w:p w14:paraId="1FB71E95" w14:textId="77777777" w:rsidR="00497B11" w:rsidRPr="00293828" w:rsidRDefault="00497B11" w:rsidP="00293828">
            <w:pPr>
              <w:rPr>
                <w:rFonts w:ascii="Times New Roman" w:hAnsi="Times New Roman" w:cs="Times New Roman"/>
                <w:szCs w:val="21"/>
              </w:rPr>
            </w:pPr>
          </w:p>
        </w:tc>
      </w:tr>
      <w:tr w:rsidR="00497B11" w:rsidRPr="00293828" w14:paraId="6E2D5245" w14:textId="77777777" w:rsidTr="009D45BD">
        <w:tc>
          <w:tcPr>
            <w:tcW w:w="982" w:type="dxa"/>
            <w:vMerge/>
          </w:tcPr>
          <w:p w14:paraId="237B08FE" w14:textId="77777777" w:rsidR="00497B11" w:rsidRPr="00293828" w:rsidRDefault="00497B11" w:rsidP="00293828">
            <w:pPr>
              <w:rPr>
                <w:rFonts w:ascii="Times New Roman" w:hAnsi="Times New Roman" w:cs="Times New Roman"/>
                <w:szCs w:val="21"/>
              </w:rPr>
            </w:pPr>
          </w:p>
        </w:tc>
        <w:tc>
          <w:tcPr>
            <w:tcW w:w="1125" w:type="dxa"/>
            <w:vAlign w:val="center"/>
          </w:tcPr>
          <w:p w14:paraId="4214B7F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44" w:type="dxa"/>
            <w:vAlign w:val="center"/>
          </w:tcPr>
          <w:p w14:paraId="2FE2415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0.19441</w:t>
            </w:r>
          </w:p>
        </w:tc>
        <w:tc>
          <w:tcPr>
            <w:tcW w:w="1019" w:type="dxa"/>
            <w:vMerge/>
          </w:tcPr>
          <w:p w14:paraId="15F192CE" w14:textId="77777777" w:rsidR="00497B11" w:rsidRPr="00293828" w:rsidRDefault="00497B11" w:rsidP="00293828">
            <w:pPr>
              <w:rPr>
                <w:rFonts w:ascii="Times New Roman" w:hAnsi="Times New Roman" w:cs="Times New Roman"/>
                <w:szCs w:val="21"/>
              </w:rPr>
            </w:pPr>
          </w:p>
        </w:tc>
        <w:tc>
          <w:tcPr>
            <w:tcW w:w="1019" w:type="dxa"/>
            <w:vMerge/>
          </w:tcPr>
          <w:p w14:paraId="6F99A766" w14:textId="77777777" w:rsidR="00497B11" w:rsidRPr="00293828" w:rsidRDefault="00497B11" w:rsidP="00293828">
            <w:pPr>
              <w:rPr>
                <w:rFonts w:ascii="Times New Roman" w:hAnsi="Times New Roman" w:cs="Times New Roman"/>
                <w:szCs w:val="21"/>
              </w:rPr>
            </w:pPr>
          </w:p>
        </w:tc>
        <w:tc>
          <w:tcPr>
            <w:tcW w:w="1019" w:type="dxa"/>
            <w:vMerge/>
          </w:tcPr>
          <w:p w14:paraId="74B7E797" w14:textId="77777777" w:rsidR="00497B11" w:rsidRPr="00293828" w:rsidRDefault="00497B11" w:rsidP="00293828">
            <w:pPr>
              <w:rPr>
                <w:rFonts w:ascii="Times New Roman" w:hAnsi="Times New Roman" w:cs="Times New Roman"/>
                <w:szCs w:val="21"/>
              </w:rPr>
            </w:pPr>
          </w:p>
        </w:tc>
        <w:tc>
          <w:tcPr>
            <w:tcW w:w="1044" w:type="dxa"/>
            <w:vMerge/>
          </w:tcPr>
          <w:p w14:paraId="4E3C8FA7" w14:textId="77777777" w:rsidR="00497B11" w:rsidRPr="00293828" w:rsidRDefault="00497B11" w:rsidP="00293828">
            <w:pPr>
              <w:rPr>
                <w:rFonts w:ascii="Times New Roman" w:hAnsi="Times New Roman" w:cs="Times New Roman"/>
                <w:szCs w:val="21"/>
              </w:rPr>
            </w:pPr>
          </w:p>
        </w:tc>
        <w:tc>
          <w:tcPr>
            <w:tcW w:w="1044" w:type="dxa"/>
            <w:vMerge/>
          </w:tcPr>
          <w:p w14:paraId="045FE6FE" w14:textId="77777777" w:rsidR="00497B11" w:rsidRPr="00293828" w:rsidRDefault="00497B11" w:rsidP="00293828">
            <w:pPr>
              <w:rPr>
                <w:rFonts w:ascii="Times New Roman" w:hAnsi="Times New Roman" w:cs="Times New Roman"/>
                <w:szCs w:val="21"/>
              </w:rPr>
            </w:pPr>
          </w:p>
        </w:tc>
      </w:tr>
      <w:tr w:rsidR="00497B11" w:rsidRPr="00293828" w14:paraId="2A61ED92" w14:textId="77777777" w:rsidTr="009D45BD">
        <w:tc>
          <w:tcPr>
            <w:tcW w:w="982" w:type="dxa"/>
            <w:vMerge/>
          </w:tcPr>
          <w:p w14:paraId="5BBA2384" w14:textId="77777777" w:rsidR="00497B11" w:rsidRPr="00293828" w:rsidRDefault="00497B11" w:rsidP="00293828">
            <w:pPr>
              <w:rPr>
                <w:rFonts w:ascii="Times New Roman" w:hAnsi="Times New Roman" w:cs="Times New Roman"/>
                <w:szCs w:val="21"/>
              </w:rPr>
            </w:pPr>
          </w:p>
        </w:tc>
        <w:tc>
          <w:tcPr>
            <w:tcW w:w="1125" w:type="dxa"/>
            <w:vAlign w:val="center"/>
          </w:tcPr>
          <w:p w14:paraId="0EF161F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44" w:type="dxa"/>
            <w:vAlign w:val="center"/>
          </w:tcPr>
          <w:p w14:paraId="5D46E5A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0.25414</w:t>
            </w:r>
          </w:p>
        </w:tc>
        <w:tc>
          <w:tcPr>
            <w:tcW w:w="1019" w:type="dxa"/>
            <w:vMerge/>
          </w:tcPr>
          <w:p w14:paraId="03E499ED" w14:textId="77777777" w:rsidR="00497B11" w:rsidRPr="00293828" w:rsidRDefault="00497B11" w:rsidP="00293828">
            <w:pPr>
              <w:rPr>
                <w:rFonts w:ascii="Times New Roman" w:hAnsi="Times New Roman" w:cs="Times New Roman"/>
                <w:szCs w:val="21"/>
              </w:rPr>
            </w:pPr>
          </w:p>
        </w:tc>
        <w:tc>
          <w:tcPr>
            <w:tcW w:w="1019" w:type="dxa"/>
            <w:vMerge/>
          </w:tcPr>
          <w:p w14:paraId="73F1C84D" w14:textId="77777777" w:rsidR="00497B11" w:rsidRPr="00293828" w:rsidRDefault="00497B11" w:rsidP="00293828">
            <w:pPr>
              <w:rPr>
                <w:rFonts w:ascii="Times New Roman" w:hAnsi="Times New Roman" w:cs="Times New Roman"/>
                <w:szCs w:val="21"/>
              </w:rPr>
            </w:pPr>
          </w:p>
        </w:tc>
        <w:tc>
          <w:tcPr>
            <w:tcW w:w="1019" w:type="dxa"/>
            <w:vMerge/>
          </w:tcPr>
          <w:p w14:paraId="1D9E1C73" w14:textId="77777777" w:rsidR="00497B11" w:rsidRPr="00293828" w:rsidRDefault="00497B11" w:rsidP="00293828">
            <w:pPr>
              <w:rPr>
                <w:rFonts w:ascii="Times New Roman" w:hAnsi="Times New Roman" w:cs="Times New Roman"/>
                <w:szCs w:val="21"/>
              </w:rPr>
            </w:pPr>
          </w:p>
        </w:tc>
        <w:tc>
          <w:tcPr>
            <w:tcW w:w="1044" w:type="dxa"/>
            <w:vMerge/>
          </w:tcPr>
          <w:p w14:paraId="55B61F99" w14:textId="77777777" w:rsidR="00497B11" w:rsidRPr="00293828" w:rsidRDefault="00497B11" w:rsidP="00293828">
            <w:pPr>
              <w:rPr>
                <w:rFonts w:ascii="Times New Roman" w:hAnsi="Times New Roman" w:cs="Times New Roman"/>
                <w:szCs w:val="21"/>
              </w:rPr>
            </w:pPr>
          </w:p>
        </w:tc>
        <w:tc>
          <w:tcPr>
            <w:tcW w:w="1044" w:type="dxa"/>
            <w:vMerge/>
          </w:tcPr>
          <w:p w14:paraId="46E716C9" w14:textId="77777777" w:rsidR="00497B11" w:rsidRPr="00293828" w:rsidRDefault="00497B11" w:rsidP="00293828">
            <w:pPr>
              <w:rPr>
                <w:rFonts w:ascii="Times New Roman" w:hAnsi="Times New Roman" w:cs="Times New Roman"/>
                <w:szCs w:val="21"/>
              </w:rPr>
            </w:pPr>
          </w:p>
        </w:tc>
      </w:tr>
      <w:tr w:rsidR="00497B11" w:rsidRPr="00293828" w14:paraId="1EDC904E" w14:textId="77777777" w:rsidTr="009D45BD">
        <w:tc>
          <w:tcPr>
            <w:tcW w:w="982" w:type="dxa"/>
            <w:vMerge w:val="restart"/>
            <w:vAlign w:val="center"/>
          </w:tcPr>
          <w:p w14:paraId="09E3B7A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w:t>
            </w:r>
          </w:p>
        </w:tc>
        <w:tc>
          <w:tcPr>
            <w:tcW w:w="1125" w:type="dxa"/>
            <w:vAlign w:val="center"/>
          </w:tcPr>
          <w:p w14:paraId="0008812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197-&gt;206</w:t>
            </w:r>
          </w:p>
        </w:tc>
        <w:tc>
          <w:tcPr>
            <w:tcW w:w="1044" w:type="dxa"/>
            <w:vAlign w:val="center"/>
          </w:tcPr>
          <w:p w14:paraId="615014C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0.28155</w:t>
            </w:r>
          </w:p>
        </w:tc>
        <w:tc>
          <w:tcPr>
            <w:tcW w:w="1019" w:type="dxa"/>
            <w:vMerge w:val="restart"/>
            <w:vAlign w:val="center"/>
          </w:tcPr>
          <w:p w14:paraId="58390A8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7.1224</w:t>
            </w:r>
          </w:p>
        </w:tc>
        <w:tc>
          <w:tcPr>
            <w:tcW w:w="1019" w:type="dxa"/>
            <w:vMerge w:val="restart"/>
            <w:vAlign w:val="center"/>
          </w:tcPr>
          <w:p w14:paraId="1F56B3E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174.08</w:t>
            </w:r>
          </w:p>
        </w:tc>
        <w:tc>
          <w:tcPr>
            <w:tcW w:w="1019" w:type="dxa"/>
            <w:vMerge w:val="restart"/>
            <w:vAlign w:val="center"/>
          </w:tcPr>
          <w:p w14:paraId="5C40F90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0.0089</w:t>
            </w:r>
          </w:p>
        </w:tc>
        <w:tc>
          <w:tcPr>
            <w:tcW w:w="1044" w:type="dxa"/>
            <w:vMerge w:val="restart"/>
            <w:vAlign w:val="center"/>
          </w:tcPr>
          <w:p w14:paraId="439ED71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-1.1682</w:t>
            </w:r>
          </w:p>
        </w:tc>
        <w:tc>
          <w:tcPr>
            <w:tcW w:w="1044" w:type="dxa"/>
            <w:vMerge w:val="restart"/>
            <w:vAlign w:val="center"/>
          </w:tcPr>
          <w:p w14:paraId="3FAE5AC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-1.2091</w:t>
            </w:r>
          </w:p>
        </w:tc>
      </w:tr>
      <w:tr w:rsidR="00497B11" w:rsidRPr="00293828" w14:paraId="1F845D54" w14:textId="77777777" w:rsidTr="009D45BD">
        <w:tc>
          <w:tcPr>
            <w:tcW w:w="982" w:type="dxa"/>
            <w:vMerge/>
          </w:tcPr>
          <w:p w14:paraId="0E98D349" w14:textId="77777777" w:rsidR="00497B11" w:rsidRPr="00293828" w:rsidRDefault="00497B11" w:rsidP="00293828">
            <w:pPr>
              <w:rPr>
                <w:rFonts w:ascii="Times New Roman" w:hAnsi="Times New Roman" w:cs="Times New Roman"/>
                <w:szCs w:val="21"/>
              </w:rPr>
            </w:pPr>
          </w:p>
        </w:tc>
        <w:tc>
          <w:tcPr>
            <w:tcW w:w="1125" w:type="dxa"/>
            <w:vAlign w:val="center"/>
          </w:tcPr>
          <w:p w14:paraId="17EE4DE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44" w:type="dxa"/>
            <w:vAlign w:val="center"/>
          </w:tcPr>
          <w:p w14:paraId="2C30054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0.25774</w:t>
            </w:r>
          </w:p>
        </w:tc>
        <w:tc>
          <w:tcPr>
            <w:tcW w:w="1019" w:type="dxa"/>
            <w:vMerge/>
          </w:tcPr>
          <w:p w14:paraId="4946D3D3" w14:textId="77777777" w:rsidR="00497B11" w:rsidRPr="00293828" w:rsidRDefault="00497B11" w:rsidP="00293828">
            <w:pPr>
              <w:rPr>
                <w:rFonts w:ascii="Times New Roman" w:hAnsi="Times New Roman" w:cs="Times New Roman"/>
                <w:szCs w:val="21"/>
              </w:rPr>
            </w:pPr>
          </w:p>
        </w:tc>
        <w:tc>
          <w:tcPr>
            <w:tcW w:w="1019" w:type="dxa"/>
            <w:vMerge/>
          </w:tcPr>
          <w:p w14:paraId="3D39227D" w14:textId="77777777" w:rsidR="00497B11" w:rsidRPr="00293828" w:rsidRDefault="00497B11" w:rsidP="00293828">
            <w:pPr>
              <w:rPr>
                <w:rFonts w:ascii="Times New Roman" w:hAnsi="Times New Roman" w:cs="Times New Roman"/>
                <w:szCs w:val="21"/>
              </w:rPr>
            </w:pPr>
          </w:p>
        </w:tc>
        <w:tc>
          <w:tcPr>
            <w:tcW w:w="1019" w:type="dxa"/>
            <w:vMerge/>
          </w:tcPr>
          <w:p w14:paraId="53ECF145" w14:textId="77777777" w:rsidR="00497B11" w:rsidRPr="00293828" w:rsidRDefault="00497B11" w:rsidP="00293828">
            <w:pPr>
              <w:rPr>
                <w:rFonts w:ascii="Times New Roman" w:hAnsi="Times New Roman" w:cs="Times New Roman"/>
                <w:szCs w:val="21"/>
              </w:rPr>
            </w:pPr>
          </w:p>
        </w:tc>
        <w:tc>
          <w:tcPr>
            <w:tcW w:w="1044" w:type="dxa"/>
            <w:vMerge/>
          </w:tcPr>
          <w:p w14:paraId="43F0D86E" w14:textId="77777777" w:rsidR="00497B11" w:rsidRPr="00293828" w:rsidRDefault="00497B11" w:rsidP="00293828">
            <w:pPr>
              <w:rPr>
                <w:rFonts w:ascii="Times New Roman" w:hAnsi="Times New Roman" w:cs="Times New Roman"/>
                <w:szCs w:val="21"/>
              </w:rPr>
            </w:pPr>
          </w:p>
        </w:tc>
        <w:tc>
          <w:tcPr>
            <w:tcW w:w="1044" w:type="dxa"/>
            <w:vMerge/>
          </w:tcPr>
          <w:p w14:paraId="09ABD12D" w14:textId="77777777" w:rsidR="00497B11" w:rsidRPr="00293828" w:rsidRDefault="00497B11" w:rsidP="00293828">
            <w:pPr>
              <w:rPr>
                <w:rFonts w:ascii="Times New Roman" w:hAnsi="Times New Roman" w:cs="Times New Roman"/>
                <w:szCs w:val="21"/>
              </w:rPr>
            </w:pPr>
          </w:p>
        </w:tc>
      </w:tr>
      <w:tr w:rsidR="00497B11" w:rsidRPr="00293828" w14:paraId="0932F033" w14:textId="77777777" w:rsidTr="009D45BD">
        <w:tc>
          <w:tcPr>
            <w:tcW w:w="982" w:type="dxa"/>
            <w:vMerge/>
          </w:tcPr>
          <w:p w14:paraId="33FD18E9" w14:textId="77777777" w:rsidR="00497B11" w:rsidRPr="00293828" w:rsidRDefault="00497B11" w:rsidP="00293828">
            <w:pPr>
              <w:rPr>
                <w:rFonts w:ascii="Times New Roman" w:hAnsi="Times New Roman" w:cs="Times New Roman"/>
                <w:szCs w:val="21"/>
              </w:rPr>
            </w:pPr>
          </w:p>
        </w:tc>
        <w:tc>
          <w:tcPr>
            <w:tcW w:w="1125" w:type="dxa"/>
            <w:vAlign w:val="center"/>
          </w:tcPr>
          <w:p w14:paraId="0FB181B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200-&gt;207</w:t>
            </w:r>
          </w:p>
        </w:tc>
        <w:tc>
          <w:tcPr>
            <w:tcW w:w="1044" w:type="dxa"/>
            <w:vAlign w:val="center"/>
          </w:tcPr>
          <w:p w14:paraId="27CAA9A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0.19221</w:t>
            </w:r>
          </w:p>
        </w:tc>
        <w:tc>
          <w:tcPr>
            <w:tcW w:w="1019" w:type="dxa"/>
            <w:vMerge/>
          </w:tcPr>
          <w:p w14:paraId="24DBCA95" w14:textId="77777777" w:rsidR="00497B11" w:rsidRPr="00293828" w:rsidRDefault="00497B11" w:rsidP="00293828">
            <w:pPr>
              <w:rPr>
                <w:rFonts w:ascii="Times New Roman" w:hAnsi="Times New Roman" w:cs="Times New Roman"/>
                <w:szCs w:val="21"/>
              </w:rPr>
            </w:pPr>
          </w:p>
        </w:tc>
        <w:tc>
          <w:tcPr>
            <w:tcW w:w="1019" w:type="dxa"/>
            <w:vMerge/>
          </w:tcPr>
          <w:p w14:paraId="1EF77838" w14:textId="77777777" w:rsidR="00497B11" w:rsidRPr="00293828" w:rsidRDefault="00497B11" w:rsidP="00293828">
            <w:pPr>
              <w:rPr>
                <w:rFonts w:ascii="Times New Roman" w:hAnsi="Times New Roman" w:cs="Times New Roman"/>
                <w:szCs w:val="21"/>
              </w:rPr>
            </w:pPr>
          </w:p>
        </w:tc>
        <w:tc>
          <w:tcPr>
            <w:tcW w:w="1019" w:type="dxa"/>
            <w:vMerge/>
          </w:tcPr>
          <w:p w14:paraId="16CBB7C4" w14:textId="77777777" w:rsidR="00497B11" w:rsidRPr="00293828" w:rsidRDefault="00497B11" w:rsidP="00293828">
            <w:pPr>
              <w:rPr>
                <w:rFonts w:ascii="Times New Roman" w:hAnsi="Times New Roman" w:cs="Times New Roman"/>
                <w:szCs w:val="21"/>
              </w:rPr>
            </w:pPr>
          </w:p>
        </w:tc>
        <w:tc>
          <w:tcPr>
            <w:tcW w:w="1044" w:type="dxa"/>
            <w:vMerge/>
          </w:tcPr>
          <w:p w14:paraId="20558F41" w14:textId="77777777" w:rsidR="00497B11" w:rsidRPr="00293828" w:rsidRDefault="00497B11" w:rsidP="00293828">
            <w:pPr>
              <w:rPr>
                <w:rFonts w:ascii="Times New Roman" w:hAnsi="Times New Roman" w:cs="Times New Roman"/>
                <w:szCs w:val="21"/>
              </w:rPr>
            </w:pPr>
          </w:p>
        </w:tc>
        <w:tc>
          <w:tcPr>
            <w:tcW w:w="1044" w:type="dxa"/>
            <w:vMerge/>
          </w:tcPr>
          <w:p w14:paraId="0D657B2C" w14:textId="77777777" w:rsidR="00497B11" w:rsidRPr="00293828" w:rsidRDefault="00497B11" w:rsidP="00293828">
            <w:pPr>
              <w:rPr>
                <w:rFonts w:ascii="Times New Roman" w:hAnsi="Times New Roman" w:cs="Times New Roman"/>
                <w:szCs w:val="21"/>
              </w:rPr>
            </w:pPr>
          </w:p>
        </w:tc>
      </w:tr>
      <w:tr w:rsidR="00497B11" w:rsidRPr="00293828" w14:paraId="744C7F70" w14:textId="77777777" w:rsidTr="009D45BD">
        <w:tc>
          <w:tcPr>
            <w:tcW w:w="982" w:type="dxa"/>
            <w:vMerge/>
          </w:tcPr>
          <w:p w14:paraId="02358443" w14:textId="77777777" w:rsidR="00497B11" w:rsidRPr="00293828" w:rsidRDefault="00497B11" w:rsidP="00293828">
            <w:pPr>
              <w:rPr>
                <w:rFonts w:ascii="Times New Roman" w:hAnsi="Times New Roman" w:cs="Times New Roman"/>
                <w:szCs w:val="21"/>
              </w:rPr>
            </w:pPr>
          </w:p>
        </w:tc>
        <w:tc>
          <w:tcPr>
            <w:tcW w:w="1125" w:type="dxa"/>
            <w:vAlign w:val="center"/>
          </w:tcPr>
          <w:p w14:paraId="5A1FA68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44" w:type="dxa"/>
            <w:vAlign w:val="center"/>
          </w:tcPr>
          <w:p w14:paraId="0B43642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0.19893</w:t>
            </w:r>
          </w:p>
        </w:tc>
        <w:tc>
          <w:tcPr>
            <w:tcW w:w="1019" w:type="dxa"/>
            <w:vMerge/>
          </w:tcPr>
          <w:p w14:paraId="3365187C" w14:textId="77777777" w:rsidR="00497B11" w:rsidRPr="00293828" w:rsidRDefault="00497B11" w:rsidP="00293828">
            <w:pPr>
              <w:rPr>
                <w:rFonts w:ascii="Times New Roman" w:hAnsi="Times New Roman" w:cs="Times New Roman"/>
                <w:szCs w:val="21"/>
              </w:rPr>
            </w:pPr>
          </w:p>
        </w:tc>
        <w:tc>
          <w:tcPr>
            <w:tcW w:w="1019" w:type="dxa"/>
            <w:vMerge/>
          </w:tcPr>
          <w:p w14:paraId="4869265C" w14:textId="77777777" w:rsidR="00497B11" w:rsidRPr="00293828" w:rsidRDefault="00497B11" w:rsidP="00293828">
            <w:pPr>
              <w:rPr>
                <w:rFonts w:ascii="Times New Roman" w:hAnsi="Times New Roman" w:cs="Times New Roman"/>
                <w:szCs w:val="21"/>
              </w:rPr>
            </w:pPr>
          </w:p>
        </w:tc>
        <w:tc>
          <w:tcPr>
            <w:tcW w:w="1019" w:type="dxa"/>
            <w:vMerge/>
          </w:tcPr>
          <w:p w14:paraId="04F1850C" w14:textId="77777777" w:rsidR="00497B11" w:rsidRPr="00293828" w:rsidRDefault="00497B11" w:rsidP="00293828">
            <w:pPr>
              <w:rPr>
                <w:rFonts w:ascii="Times New Roman" w:hAnsi="Times New Roman" w:cs="Times New Roman"/>
                <w:szCs w:val="21"/>
              </w:rPr>
            </w:pPr>
          </w:p>
        </w:tc>
        <w:tc>
          <w:tcPr>
            <w:tcW w:w="1044" w:type="dxa"/>
            <w:vMerge/>
          </w:tcPr>
          <w:p w14:paraId="4089C6DF" w14:textId="77777777" w:rsidR="00497B11" w:rsidRPr="00293828" w:rsidRDefault="00497B11" w:rsidP="00293828">
            <w:pPr>
              <w:rPr>
                <w:rFonts w:ascii="Times New Roman" w:hAnsi="Times New Roman" w:cs="Times New Roman"/>
                <w:szCs w:val="21"/>
              </w:rPr>
            </w:pPr>
          </w:p>
        </w:tc>
        <w:tc>
          <w:tcPr>
            <w:tcW w:w="1044" w:type="dxa"/>
            <w:vMerge/>
          </w:tcPr>
          <w:p w14:paraId="009F249E" w14:textId="77777777" w:rsidR="00497B11" w:rsidRPr="00293828" w:rsidRDefault="00497B11" w:rsidP="00293828">
            <w:pPr>
              <w:rPr>
                <w:rFonts w:ascii="Times New Roman" w:hAnsi="Times New Roman" w:cs="Times New Roman"/>
                <w:szCs w:val="21"/>
              </w:rPr>
            </w:pPr>
          </w:p>
        </w:tc>
      </w:tr>
      <w:tr w:rsidR="00497B11" w:rsidRPr="00293828" w14:paraId="23A68F89" w14:textId="77777777" w:rsidTr="009D45BD">
        <w:tc>
          <w:tcPr>
            <w:tcW w:w="982" w:type="dxa"/>
            <w:vMerge w:val="restart"/>
            <w:vAlign w:val="center"/>
          </w:tcPr>
          <w:p w14:paraId="35C1D4D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w:t>
            </w:r>
          </w:p>
        </w:tc>
        <w:tc>
          <w:tcPr>
            <w:tcW w:w="1125" w:type="dxa"/>
            <w:vAlign w:val="center"/>
          </w:tcPr>
          <w:p w14:paraId="680E0EF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205-&gt;208</w:t>
            </w:r>
          </w:p>
        </w:tc>
        <w:tc>
          <w:tcPr>
            <w:tcW w:w="1044" w:type="dxa"/>
            <w:vAlign w:val="center"/>
          </w:tcPr>
          <w:p w14:paraId="7E603C8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-0.27811</w:t>
            </w:r>
          </w:p>
        </w:tc>
        <w:tc>
          <w:tcPr>
            <w:tcW w:w="1019" w:type="dxa"/>
            <w:vMerge w:val="restart"/>
            <w:vAlign w:val="center"/>
          </w:tcPr>
          <w:p w14:paraId="4CFE95A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7.1331</w:t>
            </w:r>
          </w:p>
        </w:tc>
        <w:tc>
          <w:tcPr>
            <w:tcW w:w="1019" w:type="dxa"/>
            <w:vMerge w:val="restart"/>
            <w:vAlign w:val="center"/>
          </w:tcPr>
          <w:p w14:paraId="5DC011B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173.82</w:t>
            </w:r>
          </w:p>
        </w:tc>
        <w:tc>
          <w:tcPr>
            <w:tcW w:w="1019" w:type="dxa"/>
            <w:vMerge w:val="restart"/>
            <w:vAlign w:val="center"/>
          </w:tcPr>
          <w:p w14:paraId="2C738DF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0.0111</w:t>
            </w:r>
          </w:p>
        </w:tc>
        <w:tc>
          <w:tcPr>
            <w:tcW w:w="1044" w:type="dxa"/>
            <w:vMerge w:val="restart"/>
            <w:vAlign w:val="center"/>
          </w:tcPr>
          <w:p w14:paraId="681A0E5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22.6385</w:t>
            </w:r>
          </w:p>
        </w:tc>
        <w:tc>
          <w:tcPr>
            <w:tcW w:w="1044" w:type="dxa"/>
            <w:vMerge w:val="restart"/>
            <w:vAlign w:val="center"/>
          </w:tcPr>
          <w:p w14:paraId="4AA47EF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22.2223</w:t>
            </w:r>
          </w:p>
        </w:tc>
      </w:tr>
      <w:tr w:rsidR="00497B11" w:rsidRPr="00293828" w14:paraId="4FD35BA1" w14:textId="77777777" w:rsidTr="009D45BD">
        <w:tc>
          <w:tcPr>
            <w:tcW w:w="982" w:type="dxa"/>
            <w:vMerge/>
          </w:tcPr>
          <w:p w14:paraId="47DD4626" w14:textId="77777777" w:rsidR="00497B11" w:rsidRPr="00293828" w:rsidRDefault="00497B11" w:rsidP="00293828">
            <w:pPr>
              <w:rPr>
                <w:rFonts w:ascii="Times New Roman" w:hAnsi="Times New Roman" w:cs="Times New Roman"/>
                <w:szCs w:val="21"/>
              </w:rPr>
            </w:pPr>
          </w:p>
        </w:tc>
        <w:tc>
          <w:tcPr>
            <w:tcW w:w="1125" w:type="dxa"/>
            <w:vAlign w:val="center"/>
          </w:tcPr>
          <w:p w14:paraId="0ED8EF4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205-&gt;210</w:t>
            </w:r>
          </w:p>
        </w:tc>
        <w:tc>
          <w:tcPr>
            <w:tcW w:w="1044" w:type="dxa"/>
            <w:vAlign w:val="center"/>
          </w:tcPr>
          <w:p w14:paraId="3361527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0.29381</w:t>
            </w:r>
          </w:p>
        </w:tc>
        <w:tc>
          <w:tcPr>
            <w:tcW w:w="1019" w:type="dxa"/>
            <w:vMerge/>
          </w:tcPr>
          <w:p w14:paraId="37A54B84" w14:textId="77777777" w:rsidR="00497B11" w:rsidRPr="00293828" w:rsidRDefault="00497B11" w:rsidP="00293828">
            <w:pPr>
              <w:rPr>
                <w:rFonts w:ascii="Times New Roman" w:hAnsi="Times New Roman" w:cs="Times New Roman"/>
                <w:szCs w:val="21"/>
              </w:rPr>
            </w:pPr>
          </w:p>
        </w:tc>
        <w:tc>
          <w:tcPr>
            <w:tcW w:w="1019" w:type="dxa"/>
            <w:vMerge/>
          </w:tcPr>
          <w:p w14:paraId="5B4EC7D7" w14:textId="77777777" w:rsidR="00497B11" w:rsidRPr="00293828" w:rsidRDefault="00497B11" w:rsidP="00293828">
            <w:pPr>
              <w:rPr>
                <w:rFonts w:ascii="Times New Roman" w:hAnsi="Times New Roman" w:cs="Times New Roman"/>
                <w:szCs w:val="21"/>
              </w:rPr>
            </w:pPr>
          </w:p>
        </w:tc>
        <w:tc>
          <w:tcPr>
            <w:tcW w:w="1019" w:type="dxa"/>
            <w:vMerge/>
          </w:tcPr>
          <w:p w14:paraId="7855687B" w14:textId="77777777" w:rsidR="00497B11" w:rsidRPr="00293828" w:rsidRDefault="00497B11" w:rsidP="00293828">
            <w:pPr>
              <w:rPr>
                <w:rFonts w:ascii="Times New Roman" w:hAnsi="Times New Roman" w:cs="Times New Roman"/>
                <w:szCs w:val="21"/>
              </w:rPr>
            </w:pPr>
          </w:p>
        </w:tc>
        <w:tc>
          <w:tcPr>
            <w:tcW w:w="1044" w:type="dxa"/>
            <w:vMerge/>
          </w:tcPr>
          <w:p w14:paraId="7F962DAB" w14:textId="77777777" w:rsidR="00497B11" w:rsidRPr="00293828" w:rsidRDefault="00497B11" w:rsidP="00293828">
            <w:pPr>
              <w:rPr>
                <w:rFonts w:ascii="Times New Roman" w:hAnsi="Times New Roman" w:cs="Times New Roman"/>
                <w:szCs w:val="21"/>
              </w:rPr>
            </w:pPr>
          </w:p>
        </w:tc>
        <w:tc>
          <w:tcPr>
            <w:tcW w:w="1044" w:type="dxa"/>
            <w:vMerge/>
          </w:tcPr>
          <w:p w14:paraId="3F62E40B" w14:textId="77777777" w:rsidR="00497B11" w:rsidRPr="00293828" w:rsidRDefault="00497B11" w:rsidP="00293828">
            <w:pPr>
              <w:rPr>
                <w:rFonts w:ascii="Times New Roman" w:hAnsi="Times New Roman" w:cs="Times New Roman"/>
                <w:szCs w:val="21"/>
              </w:rPr>
            </w:pPr>
          </w:p>
        </w:tc>
      </w:tr>
      <w:tr w:rsidR="00497B11" w:rsidRPr="00293828" w14:paraId="527375F8" w14:textId="77777777" w:rsidTr="009D45BD">
        <w:tc>
          <w:tcPr>
            <w:tcW w:w="982" w:type="dxa"/>
            <w:vMerge/>
          </w:tcPr>
          <w:p w14:paraId="7A6EFCF6" w14:textId="77777777" w:rsidR="00497B11" w:rsidRPr="00293828" w:rsidRDefault="00497B11" w:rsidP="00293828">
            <w:pPr>
              <w:rPr>
                <w:rFonts w:ascii="Times New Roman" w:hAnsi="Times New Roman" w:cs="Times New Roman"/>
                <w:szCs w:val="21"/>
              </w:rPr>
            </w:pPr>
          </w:p>
        </w:tc>
        <w:tc>
          <w:tcPr>
            <w:tcW w:w="1125" w:type="dxa"/>
            <w:vAlign w:val="center"/>
          </w:tcPr>
          <w:p w14:paraId="0EEB628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205-&gt;211</w:t>
            </w:r>
          </w:p>
        </w:tc>
        <w:tc>
          <w:tcPr>
            <w:tcW w:w="1044" w:type="dxa"/>
            <w:vAlign w:val="center"/>
          </w:tcPr>
          <w:p w14:paraId="772FA3F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0.2123</w:t>
            </w:r>
          </w:p>
        </w:tc>
        <w:tc>
          <w:tcPr>
            <w:tcW w:w="1019" w:type="dxa"/>
            <w:vMerge/>
          </w:tcPr>
          <w:p w14:paraId="79B138A7" w14:textId="77777777" w:rsidR="00497B11" w:rsidRPr="00293828" w:rsidRDefault="00497B11" w:rsidP="00293828">
            <w:pPr>
              <w:rPr>
                <w:rFonts w:ascii="Times New Roman" w:hAnsi="Times New Roman" w:cs="Times New Roman"/>
                <w:szCs w:val="21"/>
              </w:rPr>
            </w:pPr>
          </w:p>
        </w:tc>
        <w:tc>
          <w:tcPr>
            <w:tcW w:w="1019" w:type="dxa"/>
            <w:vMerge/>
          </w:tcPr>
          <w:p w14:paraId="1ED75249" w14:textId="77777777" w:rsidR="00497B11" w:rsidRPr="00293828" w:rsidRDefault="00497B11" w:rsidP="00293828">
            <w:pPr>
              <w:rPr>
                <w:rFonts w:ascii="Times New Roman" w:hAnsi="Times New Roman" w:cs="Times New Roman"/>
                <w:szCs w:val="21"/>
              </w:rPr>
            </w:pPr>
          </w:p>
        </w:tc>
        <w:tc>
          <w:tcPr>
            <w:tcW w:w="1019" w:type="dxa"/>
            <w:vMerge/>
          </w:tcPr>
          <w:p w14:paraId="457C787C" w14:textId="77777777" w:rsidR="00497B11" w:rsidRPr="00293828" w:rsidRDefault="00497B11" w:rsidP="00293828">
            <w:pPr>
              <w:rPr>
                <w:rFonts w:ascii="Times New Roman" w:hAnsi="Times New Roman" w:cs="Times New Roman"/>
                <w:szCs w:val="21"/>
              </w:rPr>
            </w:pPr>
          </w:p>
        </w:tc>
        <w:tc>
          <w:tcPr>
            <w:tcW w:w="1044" w:type="dxa"/>
            <w:vMerge/>
          </w:tcPr>
          <w:p w14:paraId="53270F34" w14:textId="77777777" w:rsidR="00497B11" w:rsidRPr="00293828" w:rsidRDefault="00497B11" w:rsidP="00293828">
            <w:pPr>
              <w:rPr>
                <w:rFonts w:ascii="Times New Roman" w:hAnsi="Times New Roman" w:cs="Times New Roman"/>
                <w:szCs w:val="21"/>
              </w:rPr>
            </w:pPr>
          </w:p>
        </w:tc>
        <w:tc>
          <w:tcPr>
            <w:tcW w:w="1044" w:type="dxa"/>
            <w:vMerge/>
          </w:tcPr>
          <w:p w14:paraId="1C7F15C9" w14:textId="77777777" w:rsidR="00497B11" w:rsidRPr="00293828" w:rsidRDefault="00497B11" w:rsidP="00293828">
            <w:pPr>
              <w:rPr>
                <w:rFonts w:ascii="Times New Roman" w:hAnsi="Times New Roman" w:cs="Times New Roman"/>
                <w:szCs w:val="21"/>
              </w:rPr>
            </w:pPr>
          </w:p>
        </w:tc>
      </w:tr>
      <w:tr w:rsidR="00497B11" w:rsidRPr="00293828" w14:paraId="791B7D60" w14:textId="77777777" w:rsidTr="009D45BD">
        <w:tc>
          <w:tcPr>
            <w:tcW w:w="982" w:type="dxa"/>
            <w:vMerge/>
          </w:tcPr>
          <w:p w14:paraId="32817C8B" w14:textId="77777777" w:rsidR="00497B11" w:rsidRPr="00293828" w:rsidRDefault="00497B11" w:rsidP="00293828">
            <w:pPr>
              <w:rPr>
                <w:rFonts w:ascii="Times New Roman" w:hAnsi="Times New Roman" w:cs="Times New Roman"/>
                <w:szCs w:val="21"/>
              </w:rPr>
            </w:pPr>
          </w:p>
        </w:tc>
        <w:tc>
          <w:tcPr>
            <w:tcW w:w="1125" w:type="dxa"/>
            <w:vAlign w:val="center"/>
          </w:tcPr>
          <w:p w14:paraId="2C93A4F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205-&gt;215</w:t>
            </w:r>
          </w:p>
        </w:tc>
        <w:tc>
          <w:tcPr>
            <w:tcW w:w="1044" w:type="dxa"/>
            <w:vAlign w:val="center"/>
          </w:tcPr>
          <w:p w14:paraId="372D0BC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0.19833</w:t>
            </w:r>
          </w:p>
        </w:tc>
        <w:tc>
          <w:tcPr>
            <w:tcW w:w="1019" w:type="dxa"/>
            <w:vMerge/>
          </w:tcPr>
          <w:p w14:paraId="5629758F" w14:textId="77777777" w:rsidR="00497B11" w:rsidRPr="00293828" w:rsidRDefault="00497B11" w:rsidP="00293828">
            <w:pPr>
              <w:rPr>
                <w:rFonts w:ascii="Times New Roman" w:hAnsi="Times New Roman" w:cs="Times New Roman"/>
                <w:szCs w:val="21"/>
              </w:rPr>
            </w:pPr>
          </w:p>
        </w:tc>
        <w:tc>
          <w:tcPr>
            <w:tcW w:w="1019" w:type="dxa"/>
            <w:vMerge/>
          </w:tcPr>
          <w:p w14:paraId="0F8FC57F" w14:textId="77777777" w:rsidR="00497B11" w:rsidRPr="00293828" w:rsidRDefault="00497B11" w:rsidP="00293828">
            <w:pPr>
              <w:rPr>
                <w:rFonts w:ascii="Times New Roman" w:hAnsi="Times New Roman" w:cs="Times New Roman"/>
                <w:szCs w:val="21"/>
              </w:rPr>
            </w:pPr>
          </w:p>
        </w:tc>
        <w:tc>
          <w:tcPr>
            <w:tcW w:w="1019" w:type="dxa"/>
            <w:vMerge/>
          </w:tcPr>
          <w:p w14:paraId="199844BF" w14:textId="77777777" w:rsidR="00497B11" w:rsidRPr="00293828" w:rsidRDefault="00497B11" w:rsidP="00293828">
            <w:pPr>
              <w:rPr>
                <w:rFonts w:ascii="Times New Roman" w:hAnsi="Times New Roman" w:cs="Times New Roman"/>
                <w:szCs w:val="21"/>
              </w:rPr>
            </w:pPr>
          </w:p>
        </w:tc>
        <w:tc>
          <w:tcPr>
            <w:tcW w:w="1044" w:type="dxa"/>
            <w:vMerge/>
          </w:tcPr>
          <w:p w14:paraId="0192224A" w14:textId="77777777" w:rsidR="00497B11" w:rsidRPr="00293828" w:rsidRDefault="00497B11" w:rsidP="00293828">
            <w:pPr>
              <w:rPr>
                <w:rFonts w:ascii="Times New Roman" w:hAnsi="Times New Roman" w:cs="Times New Roman"/>
                <w:szCs w:val="21"/>
              </w:rPr>
            </w:pPr>
          </w:p>
        </w:tc>
        <w:tc>
          <w:tcPr>
            <w:tcW w:w="1044" w:type="dxa"/>
            <w:vMerge/>
          </w:tcPr>
          <w:p w14:paraId="5E3A2E9F" w14:textId="77777777" w:rsidR="00497B11" w:rsidRPr="00293828" w:rsidRDefault="00497B11" w:rsidP="00293828">
            <w:pPr>
              <w:rPr>
                <w:rFonts w:ascii="Times New Roman" w:hAnsi="Times New Roman" w:cs="Times New Roman"/>
                <w:szCs w:val="21"/>
              </w:rPr>
            </w:pPr>
          </w:p>
        </w:tc>
      </w:tr>
      <w:tr w:rsidR="00497B11" w:rsidRPr="00293828" w14:paraId="62AF2E67" w14:textId="77777777" w:rsidTr="009D45BD">
        <w:tc>
          <w:tcPr>
            <w:tcW w:w="982" w:type="dxa"/>
            <w:vMerge w:val="restart"/>
            <w:vAlign w:val="center"/>
          </w:tcPr>
          <w:p w14:paraId="2EA5BB9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w:t>
            </w:r>
          </w:p>
        </w:tc>
        <w:tc>
          <w:tcPr>
            <w:tcW w:w="1125" w:type="dxa"/>
            <w:vAlign w:val="center"/>
          </w:tcPr>
          <w:p w14:paraId="271A897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191-&gt;206</w:t>
            </w:r>
          </w:p>
        </w:tc>
        <w:tc>
          <w:tcPr>
            <w:tcW w:w="1044" w:type="dxa"/>
            <w:vAlign w:val="center"/>
          </w:tcPr>
          <w:p w14:paraId="40186C8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-0.1815</w:t>
            </w:r>
          </w:p>
        </w:tc>
        <w:tc>
          <w:tcPr>
            <w:tcW w:w="1019" w:type="dxa"/>
            <w:vMerge w:val="restart"/>
            <w:vAlign w:val="center"/>
          </w:tcPr>
          <w:p w14:paraId="0407554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7.2269</w:t>
            </w:r>
          </w:p>
        </w:tc>
        <w:tc>
          <w:tcPr>
            <w:tcW w:w="1019" w:type="dxa"/>
            <w:vMerge w:val="restart"/>
            <w:vAlign w:val="center"/>
          </w:tcPr>
          <w:p w14:paraId="285F320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171.56</w:t>
            </w:r>
          </w:p>
        </w:tc>
        <w:tc>
          <w:tcPr>
            <w:tcW w:w="1019" w:type="dxa"/>
            <w:vMerge w:val="restart"/>
            <w:vAlign w:val="center"/>
          </w:tcPr>
          <w:p w14:paraId="670FEB7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0.0051</w:t>
            </w:r>
          </w:p>
        </w:tc>
        <w:tc>
          <w:tcPr>
            <w:tcW w:w="1044" w:type="dxa"/>
            <w:vMerge w:val="restart"/>
            <w:vAlign w:val="center"/>
          </w:tcPr>
          <w:p w14:paraId="68C9571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18.0069</w:t>
            </w:r>
          </w:p>
        </w:tc>
        <w:tc>
          <w:tcPr>
            <w:tcW w:w="1044" w:type="dxa"/>
            <w:vMerge w:val="restart"/>
            <w:vAlign w:val="center"/>
          </w:tcPr>
          <w:p w14:paraId="0F203C1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17.928</w:t>
            </w:r>
          </w:p>
        </w:tc>
      </w:tr>
      <w:tr w:rsidR="00497B11" w:rsidRPr="00293828" w14:paraId="1A3E069A" w14:textId="77777777" w:rsidTr="009D45BD">
        <w:tc>
          <w:tcPr>
            <w:tcW w:w="982" w:type="dxa"/>
            <w:vMerge/>
          </w:tcPr>
          <w:p w14:paraId="759407A5" w14:textId="77777777" w:rsidR="00497B11" w:rsidRPr="00293828" w:rsidRDefault="00497B11" w:rsidP="00293828">
            <w:pPr>
              <w:rPr>
                <w:rFonts w:ascii="Times New Roman" w:hAnsi="Times New Roman" w:cs="Times New Roman"/>
                <w:szCs w:val="21"/>
              </w:rPr>
            </w:pPr>
          </w:p>
        </w:tc>
        <w:tc>
          <w:tcPr>
            <w:tcW w:w="1125" w:type="dxa"/>
            <w:vAlign w:val="center"/>
          </w:tcPr>
          <w:p w14:paraId="4AF64A2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194-&gt;207</w:t>
            </w:r>
          </w:p>
        </w:tc>
        <w:tc>
          <w:tcPr>
            <w:tcW w:w="1044" w:type="dxa"/>
            <w:vAlign w:val="center"/>
          </w:tcPr>
          <w:p w14:paraId="6588059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0.30033</w:t>
            </w:r>
          </w:p>
        </w:tc>
        <w:tc>
          <w:tcPr>
            <w:tcW w:w="1019" w:type="dxa"/>
            <w:vMerge/>
          </w:tcPr>
          <w:p w14:paraId="2E4B9E57" w14:textId="77777777" w:rsidR="00497B11" w:rsidRPr="00293828" w:rsidRDefault="00497B11" w:rsidP="00293828">
            <w:pPr>
              <w:rPr>
                <w:rFonts w:ascii="Times New Roman" w:hAnsi="Times New Roman" w:cs="Times New Roman"/>
                <w:szCs w:val="21"/>
              </w:rPr>
            </w:pPr>
          </w:p>
        </w:tc>
        <w:tc>
          <w:tcPr>
            <w:tcW w:w="1019" w:type="dxa"/>
            <w:vMerge/>
          </w:tcPr>
          <w:p w14:paraId="26064EB1" w14:textId="77777777" w:rsidR="00497B11" w:rsidRPr="00293828" w:rsidRDefault="00497B11" w:rsidP="00293828">
            <w:pPr>
              <w:rPr>
                <w:rFonts w:ascii="Times New Roman" w:hAnsi="Times New Roman" w:cs="Times New Roman"/>
                <w:szCs w:val="21"/>
              </w:rPr>
            </w:pPr>
          </w:p>
        </w:tc>
        <w:tc>
          <w:tcPr>
            <w:tcW w:w="1019" w:type="dxa"/>
            <w:vMerge/>
          </w:tcPr>
          <w:p w14:paraId="5B05A308" w14:textId="77777777" w:rsidR="00497B11" w:rsidRPr="00293828" w:rsidRDefault="00497B11" w:rsidP="00293828">
            <w:pPr>
              <w:rPr>
                <w:rFonts w:ascii="Times New Roman" w:hAnsi="Times New Roman" w:cs="Times New Roman"/>
                <w:szCs w:val="21"/>
              </w:rPr>
            </w:pPr>
          </w:p>
        </w:tc>
        <w:tc>
          <w:tcPr>
            <w:tcW w:w="1044" w:type="dxa"/>
            <w:vMerge/>
          </w:tcPr>
          <w:p w14:paraId="024C55BB" w14:textId="77777777" w:rsidR="00497B11" w:rsidRPr="00293828" w:rsidRDefault="00497B11" w:rsidP="00293828">
            <w:pPr>
              <w:rPr>
                <w:rFonts w:ascii="Times New Roman" w:hAnsi="Times New Roman" w:cs="Times New Roman"/>
                <w:szCs w:val="21"/>
              </w:rPr>
            </w:pPr>
          </w:p>
        </w:tc>
        <w:tc>
          <w:tcPr>
            <w:tcW w:w="1044" w:type="dxa"/>
            <w:vMerge/>
          </w:tcPr>
          <w:p w14:paraId="4581A905" w14:textId="77777777" w:rsidR="00497B11" w:rsidRPr="00293828" w:rsidRDefault="00497B11" w:rsidP="00293828">
            <w:pPr>
              <w:rPr>
                <w:rFonts w:ascii="Times New Roman" w:hAnsi="Times New Roman" w:cs="Times New Roman"/>
                <w:szCs w:val="21"/>
              </w:rPr>
            </w:pPr>
          </w:p>
        </w:tc>
      </w:tr>
      <w:tr w:rsidR="00497B11" w:rsidRPr="00293828" w14:paraId="3539AB09" w14:textId="77777777" w:rsidTr="009D45BD">
        <w:tc>
          <w:tcPr>
            <w:tcW w:w="982" w:type="dxa"/>
            <w:vMerge/>
          </w:tcPr>
          <w:p w14:paraId="58900DFF" w14:textId="77777777" w:rsidR="00497B11" w:rsidRPr="00293828" w:rsidRDefault="00497B11" w:rsidP="00293828">
            <w:pPr>
              <w:rPr>
                <w:rFonts w:ascii="Times New Roman" w:hAnsi="Times New Roman" w:cs="Times New Roman"/>
                <w:szCs w:val="21"/>
              </w:rPr>
            </w:pPr>
          </w:p>
        </w:tc>
        <w:tc>
          <w:tcPr>
            <w:tcW w:w="1125" w:type="dxa"/>
            <w:vAlign w:val="center"/>
          </w:tcPr>
          <w:p w14:paraId="2975D77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44" w:type="dxa"/>
            <w:vAlign w:val="center"/>
          </w:tcPr>
          <w:p w14:paraId="28D8A6C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-0.22089</w:t>
            </w:r>
          </w:p>
        </w:tc>
        <w:tc>
          <w:tcPr>
            <w:tcW w:w="1019" w:type="dxa"/>
            <w:vMerge/>
          </w:tcPr>
          <w:p w14:paraId="1A842938" w14:textId="77777777" w:rsidR="00497B11" w:rsidRPr="00293828" w:rsidRDefault="00497B11" w:rsidP="00293828">
            <w:pPr>
              <w:rPr>
                <w:rFonts w:ascii="Times New Roman" w:hAnsi="Times New Roman" w:cs="Times New Roman"/>
                <w:szCs w:val="21"/>
              </w:rPr>
            </w:pPr>
          </w:p>
        </w:tc>
        <w:tc>
          <w:tcPr>
            <w:tcW w:w="1019" w:type="dxa"/>
            <w:vMerge/>
          </w:tcPr>
          <w:p w14:paraId="5B2E10E6" w14:textId="77777777" w:rsidR="00497B11" w:rsidRPr="00293828" w:rsidRDefault="00497B11" w:rsidP="00293828">
            <w:pPr>
              <w:rPr>
                <w:rFonts w:ascii="Times New Roman" w:hAnsi="Times New Roman" w:cs="Times New Roman"/>
                <w:szCs w:val="21"/>
              </w:rPr>
            </w:pPr>
          </w:p>
        </w:tc>
        <w:tc>
          <w:tcPr>
            <w:tcW w:w="1019" w:type="dxa"/>
            <w:vMerge/>
          </w:tcPr>
          <w:p w14:paraId="114B334E" w14:textId="77777777" w:rsidR="00497B11" w:rsidRPr="00293828" w:rsidRDefault="00497B11" w:rsidP="00293828">
            <w:pPr>
              <w:rPr>
                <w:rFonts w:ascii="Times New Roman" w:hAnsi="Times New Roman" w:cs="Times New Roman"/>
                <w:szCs w:val="21"/>
              </w:rPr>
            </w:pPr>
          </w:p>
        </w:tc>
        <w:tc>
          <w:tcPr>
            <w:tcW w:w="1044" w:type="dxa"/>
            <w:vMerge/>
          </w:tcPr>
          <w:p w14:paraId="0CFBF275" w14:textId="77777777" w:rsidR="00497B11" w:rsidRPr="00293828" w:rsidRDefault="00497B11" w:rsidP="00293828">
            <w:pPr>
              <w:rPr>
                <w:rFonts w:ascii="Times New Roman" w:hAnsi="Times New Roman" w:cs="Times New Roman"/>
                <w:szCs w:val="21"/>
              </w:rPr>
            </w:pPr>
          </w:p>
        </w:tc>
        <w:tc>
          <w:tcPr>
            <w:tcW w:w="1044" w:type="dxa"/>
            <w:vMerge/>
          </w:tcPr>
          <w:p w14:paraId="3891320B" w14:textId="77777777" w:rsidR="00497B11" w:rsidRPr="00293828" w:rsidRDefault="00497B11" w:rsidP="00293828">
            <w:pPr>
              <w:rPr>
                <w:rFonts w:ascii="Times New Roman" w:hAnsi="Times New Roman" w:cs="Times New Roman"/>
                <w:szCs w:val="21"/>
              </w:rPr>
            </w:pPr>
          </w:p>
        </w:tc>
      </w:tr>
      <w:tr w:rsidR="00497B11" w:rsidRPr="00293828" w14:paraId="453E47D0" w14:textId="77777777" w:rsidTr="009D45BD">
        <w:tc>
          <w:tcPr>
            <w:tcW w:w="982" w:type="dxa"/>
            <w:vMerge w:val="restart"/>
            <w:vAlign w:val="center"/>
          </w:tcPr>
          <w:p w14:paraId="006346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22</w:t>
            </w:r>
          </w:p>
        </w:tc>
        <w:tc>
          <w:tcPr>
            <w:tcW w:w="1125" w:type="dxa"/>
            <w:vAlign w:val="center"/>
          </w:tcPr>
          <w:p w14:paraId="7B8E822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191-&gt;206</w:t>
            </w:r>
          </w:p>
        </w:tc>
        <w:tc>
          <w:tcPr>
            <w:tcW w:w="1044" w:type="dxa"/>
            <w:vAlign w:val="center"/>
          </w:tcPr>
          <w:p w14:paraId="2523C00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0.17517</w:t>
            </w:r>
          </w:p>
        </w:tc>
        <w:tc>
          <w:tcPr>
            <w:tcW w:w="1019" w:type="dxa"/>
            <w:vMerge w:val="restart"/>
            <w:vAlign w:val="center"/>
          </w:tcPr>
          <w:p w14:paraId="678A94B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7.2416</w:t>
            </w:r>
          </w:p>
        </w:tc>
        <w:tc>
          <w:tcPr>
            <w:tcW w:w="1019" w:type="dxa"/>
            <w:vMerge w:val="restart"/>
            <w:vAlign w:val="center"/>
          </w:tcPr>
          <w:p w14:paraId="4A776DC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171.21</w:t>
            </w:r>
          </w:p>
        </w:tc>
        <w:tc>
          <w:tcPr>
            <w:tcW w:w="1019" w:type="dxa"/>
            <w:vMerge w:val="restart"/>
            <w:vAlign w:val="center"/>
          </w:tcPr>
          <w:p w14:paraId="62BBEB9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0.0251</w:t>
            </w:r>
          </w:p>
        </w:tc>
        <w:tc>
          <w:tcPr>
            <w:tcW w:w="1044" w:type="dxa"/>
            <w:vMerge w:val="restart"/>
            <w:vAlign w:val="center"/>
          </w:tcPr>
          <w:p w14:paraId="5E4B1BA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7.3068</w:t>
            </w:r>
          </w:p>
        </w:tc>
        <w:tc>
          <w:tcPr>
            <w:tcW w:w="1044" w:type="dxa"/>
            <w:vMerge w:val="restart"/>
            <w:vAlign w:val="center"/>
          </w:tcPr>
          <w:p w14:paraId="027107A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7.3081</w:t>
            </w:r>
          </w:p>
        </w:tc>
      </w:tr>
      <w:tr w:rsidR="00497B11" w:rsidRPr="00293828" w14:paraId="72A766AD" w14:textId="77777777" w:rsidTr="009D45BD">
        <w:tc>
          <w:tcPr>
            <w:tcW w:w="982" w:type="dxa"/>
            <w:vMerge/>
          </w:tcPr>
          <w:p w14:paraId="0155C35F" w14:textId="77777777" w:rsidR="00497B11" w:rsidRPr="00293828" w:rsidRDefault="00497B11" w:rsidP="00293828">
            <w:pPr>
              <w:rPr>
                <w:rFonts w:ascii="Times New Roman" w:hAnsi="Times New Roman" w:cs="Times New Roman"/>
                <w:szCs w:val="21"/>
              </w:rPr>
            </w:pPr>
          </w:p>
        </w:tc>
        <w:tc>
          <w:tcPr>
            <w:tcW w:w="1125" w:type="dxa"/>
            <w:vAlign w:val="center"/>
          </w:tcPr>
          <w:p w14:paraId="5234BE9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192-&gt;206</w:t>
            </w:r>
          </w:p>
        </w:tc>
        <w:tc>
          <w:tcPr>
            <w:tcW w:w="1044" w:type="dxa"/>
            <w:vAlign w:val="center"/>
          </w:tcPr>
          <w:p w14:paraId="4C80B81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0.34221</w:t>
            </w:r>
          </w:p>
        </w:tc>
        <w:tc>
          <w:tcPr>
            <w:tcW w:w="1019" w:type="dxa"/>
            <w:vMerge/>
          </w:tcPr>
          <w:p w14:paraId="01224A3B" w14:textId="77777777" w:rsidR="00497B11" w:rsidRPr="00293828" w:rsidRDefault="00497B11" w:rsidP="00293828">
            <w:pPr>
              <w:rPr>
                <w:rFonts w:ascii="Times New Roman" w:hAnsi="Times New Roman" w:cs="Times New Roman"/>
                <w:szCs w:val="21"/>
              </w:rPr>
            </w:pPr>
          </w:p>
        </w:tc>
        <w:tc>
          <w:tcPr>
            <w:tcW w:w="1019" w:type="dxa"/>
            <w:vMerge/>
          </w:tcPr>
          <w:p w14:paraId="1B867C0C" w14:textId="77777777" w:rsidR="00497B11" w:rsidRPr="00293828" w:rsidRDefault="00497B11" w:rsidP="00293828">
            <w:pPr>
              <w:rPr>
                <w:rFonts w:ascii="Times New Roman" w:hAnsi="Times New Roman" w:cs="Times New Roman"/>
                <w:szCs w:val="21"/>
              </w:rPr>
            </w:pPr>
          </w:p>
        </w:tc>
        <w:tc>
          <w:tcPr>
            <w:tcW w:w="1019" w:type="dxa"/>
            <w:vMerge/>
          </w:tcPr>
          <w:p w14:paraId="11519E32" w14:textId="77777777" w:rsidR="00497B11" w:rsidRPr="00293828" w:rsidRDefault="00497B11" w:rsidP="00293828">
            <w:pPr>
              <w:rPr>
                <w:rFonts w:ascii="Times New Roman" w:hAnsi="Times New Roman" w:cs="Times New Roman"/>
                <w:szCs w:val="21"/>
              </w:rPr>
            </w:pPr>
          </w:p>
        </w:tc>
        <w:tc>
          <w:tcPr>
            <w:tcW w:w="1044" w:type="dxa"/>
            <w:vMerge/>
          </w:tcPr>
          <w:p w14:paraId="032EAE3C" w14:textId="77777777" w:rsidR="00497B11" w:rsidRPr="00293828" w:rsidRDefault="00497B11" w:rsidP="00293828">
            <w:pPr>
              <w:rPr>
                <w:rFonts w:ascii="Times New Roman" w:hAnsi="Times New Roman" w:cs="Times New Roman"/>
                <w:szCs w:val="21"/>
              </w:rPr>
            </w:pPr>
          </w:p>
        </w:tc>
        <w:tc>
          <w:tcPr>
            <w:tcW w:w="1044" w:type="dxa"/>
            <w:vMerge/>
          </w:tcPr>
          <w:p w14:paraId="30DEE942" w14:textId="77777777" w:rsidR="00497B11" w:rsidRPr="00293828" w:rsidRDefault="00497B11" w:rsidP="00293828">
            <w:pPr>
              <w:rPr>
                <w:rFonts w:ascii="Times New Roman" w:hAnsi="Times New Roman" w:cs="Times New Roman"/>
                <w:szCs w:val="21"/>
              </w:rPr>
            </w:pPr>
          </w:p>
        </w:tc>
      </w:tr>
      <w:tr w:rsidR="00497B11" w:rsidRPr="00293828" w14:paraId="3E3DD06B" w14:textId="77777777" w:rsidTr="009D45BD">
        <w:tc>
          <w:tcPr>
            <w:tcW w:w="982" w:type="dxa"/>
            <w:vMerge/>
          </w:tcPr>
          <w:p w14:paraId="1B1ADDF1" w14:textId="77777777" w:rsidR="00497B11" w:rsidRPr="00293828" w:rsidRDefault="00497B11" w:rsidP="00293828">
            <w:pPr>
              <w:rPr>
                <w:rFonts w:ascii="Times New Roman" w:hAnsi="Times New Roman" w:cs="Times New Roman"/>
                <w:szCs w:val="21"/>
              </w:rPr>
            </w:pPr>
          </w:p>
        </w:tc>
        <w:tc>
          <w:tcPr>
            <w:tcW w:w="1125" w:type="dxa"/>
            <w:vAlign w:val="center"/>
          </w:tcPr>
          <w:p w14:paraId="70C135B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205-&gt;213</w:t>
            </w:r>
          </w:p>
        </w:tc>
        <w:tc>
          <w:tcPr>
            <w:tcW w:w="1044" w:type="dxa"/>
            <w:vAlign w:val="center"/>
          </w:tcPr>
          <w:p w14:paraId="3F37E05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-0.15895</w:t>
            </w:r>
          </w:p>
        </w:tc>
        <w:tc>
          <w:tcPr>
            <w:tcW w:w="1019" w:type="dxa"/>
            <w:vMerge/>
          </w:tcPr>
          <w:p w14:paraId="5DA732EA" w14:textId="77777777" w:rsidR="00497B11" w:rsidRPr="00293828" w:rsidRDefault="00497B11" w:rsidP="00293828">
            <w:pPr>
              <w:rPr>
                <w:rFonts w:ascii="Times New Roman" w:hAnsi="Times New Roman" w:cs="Times New Roman"/>
                <w:szCs w:val="21"/>
              </w:rPr>
            </w:pPr>
          </w:p>
        </w:tc>
        <w:tc>
          <w:tcPr>
            <w:tcW w:w="1019" w:type="dxa"/>
            <w:vMerge/>
          </w:tcPr>
          <w:p w14:paraId="725920C2" w14:textId="77777777" w:rsidR="00497B11" w:rsidRPr="00293828" w:rsidRDefault="00497B11" w:rsidP="00293828">
            <w:pPr>
              <w:rPr>
                <w:rFonts w:ascii="Times New Roman" w:hAnsi="Times New Roman" w:cs="Times New Roman"/>
                <w:szCs w:val="21"/>
              </w:rPr>
            </w:pPr>
          </w:p>
        </w:tc>
        <w:tc>
          <w:tcPr>
            <w:tcW w:w="1019" w:type="dxa"/>
            <w:vMerge/>
          </w:tcPr>
          <w:p w14:paraId="604AA5F0" w14:textId="77777777" w:rsidR="00497B11" w:rsidRPr="00293828" w:rsidRDefault="00497B11" w:rsidP="00293828">
            <w:pPr>
              <w:rPr>
                <w:rFonts w:ascii="Times New Roman" w:hAnsi="Times New Roman" w:cs="Times New Roman"/>
                <w:szCs w:val="21"/>
              </w:rPr>
            </w:pPr>
          </w:p>
        </w:tc>
        <w:tc>
          <w:tcPr>
            <w:tcW w:w="1044" w:type="dxa"/>
            <w:vMerge/>
          </w:tcPr>
          <w:p w14:paraId="2ACCE4F2" w14:textId="77777777" w:rsidR="00497B11" w:rsidRPr="00293828" w:rsidRDefault="00497B11" w:rsidP="00293828">
            <w:pPr>
              <w:rPr>
                <w:rFonts w:ascii="Times New Roman" w:hAnsi="Times New Roman" w:cs="Times New Roman"/>
                <w:szCs w:val="21"/>
              </w:rPr>
            </w:pPr>
          </w:p>
        </w:tc>
        <w:tc>
          <w:tcPr>
            <w:tcW w:w="1044" w:type="dxa"/>
            <w:vMerge/>
          </w:tcPr>
          <w:p w14:paraId="1177DBF4" w14:textId="77777777" w:rsidR="00497B11" w:rsidRPr="00293828" w:rsidRDefault="00497B11" w:rsidP="00293828">
            <w:pPr>
              <w:rPr>
                <w:rFonts w:ascii="Times New Roman" w:hAnsi="Times New Roman" w:cs="Times New Roman"/>
                <w:szCs w:val="21"/>
              </w:rPr>
            </w:pPr>
          </w:p>
        </w:tc>
      </w:tr>
      <w:tr w:rsidR="00497B11" w:rsidRPr="00293828" w14:paraId="53897935" w14:textId="77777777" w:rsidTr="009D45BD">
        <w:tc>
          <w:tcPr>
            <w:tcW w:w="982" w:type="dxa"/>
            <w:vMerge w:val="restart"/>
            <w:vAlign w:val="center"/>
          </w:tcPr>
          <w:p w14:paraId="64717C3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23</w:t>
            </w:r>
          </w:p>
        </w:tc>
        <w:tc>
          <w:tcPr>
            <w:tcW w:w="1125" w:type="dxa"/>
            <w:vAlign w:val="center"/>
          </w:tcPr>
          <w:p w14:paraId="70B7915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192-&gt;206</w:t>
            </w:r>
          </w:p>
        </w:tc>
        <w:tc>
          <w:tcPr>
            <w:tcW w:w="1044" w:type="dxa"/>
            <w:vAlign w:val="center"/>
          </w:tcPr>
          <w:p w14:paraId="4D5083E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0.1628</w:t>
            </w:r>
          </w:p>
        </w:tc>
        <w:tc>
          <w:tcPr>
            <w:tcW w:w="1019" w:type="dxa"/>
            <w:vMerge w:val="restart"/>
            <w:vAlign w:val="center"/>
          </w:tcPr>
          <w:p w14:paraId="24E072E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7.2538</w:t>
            </w:r>
          </w:p>
        </w:tc>
        <w:tc>
          <w:tcPr>
            <w:tcW w:w="1019" w:type="dxa"/>
            <w:vMerge w:val="restart"/>
            <w:vAlign w:val="center"/>
          </w:tcPr>
          <w:p w14:paraId="51A5072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170.92</w:t>
            </w:r>
          </w:p>
        </w:tc>
        <w:tc>
          <w:tcPr>
            <w:tcW w:w="1019" w:type="dxa"/>
            <w:vMerge w:val="restart"/>
            <w:vAlign w:val="center"/>
          </w:tcPr>
          <w:p w14:paraId="4310009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0.0476</w:t>
            </w:r>
          </w:p>
        </w:tc>
        <w:tc>
          <w:tcPr>
            <w:tcW w:w="1044" w:type="dxa"/>
            <w:vMerge w:val="restart"/>
            <w:vAlign w:val="center"/>
          </w:tcPr>
          <w:p w14:paraId="57F46FA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-66.4781</w:t>
            </w:r>
          </w:p>
        </w:tc>
        <w:tc>
          <w:tcPr>
            <w:tcW w:w="1044" w:type="dxa"/>
            <w:vMerge w:val="restart"/>
            <w:vAlign w:val="center"/>
          </w:tcPr>
          <w:p w14:paraId="576B899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-66.5075</w:t>
            </w:r>
          </w:p>
        </w:tc>
      </w:tr>
      <w:tr w:rsidR="00497B11" w:rsidRPr="00293828" w14:paraId="2533271A" w14:textId="77777777" w:rsidTr="009D45BD">
        <w:tc>
          <w:tcPr>
            <w:tcW w:w="982" w:type="dxa"/>
            <w:vMerge/>
          </w:tcPr>
          <w:p w14:paraId="5BFBD7EB" w14:textId="77777777" w:rsidR="00497B11" w:rsidRPr="00293828" w:rsidRDefault="00497B11" w:rsidP="00293828">
            <w:pPr>
              <w:rPr>
                <w:rFonts w:ascii="Times New Roman" w:hAnsi="Times New Roman" w:cs="Times New Roman"/>
                <w:szCs w:val="21"/>
              </w:rPr>
            </w:pPr>
          </w:p>
        </w:tc>
        <w:tc>
          <w:tcPr>
            <w:tcW w:w="1125" w:type="dxa"/>
            <w:vAlign w:val="center"/>
          </w:tcPr>
          <w:p w14:paraId="6797414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44" w:type="dxa"/>
            <w:vAlign w:val="center"/>
          </w:tcPr>
          <w:p w14:paraId="30AFA0F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-0.17529</w:t>
            </w:r>
          </w:p>
        </w:tc>
        <w:tc>
          <w:tcPr>
            <w:tcW w:w="1019" w:type="dxa"/>
            <w:vMerge/>
          </w:tcPr>
          <w:p w14:paraId="5CBE5C8C" w14:textId="77777777" w:rsidR="00497B11" w:rsidRPr="00293828" w:rsidRDefault="00497B11" w:rsidP="00293828">
            <w:pPr>
              <w:rPr>
                <w:rFonts w:ascii="Times New Roman" w:hAnsi="Times New Roman" w:cs="Times New Roman"/>
                <w:szCs w:val="21"/>
              </w:rPr>
            </w:pPr>
          </w:p>
        </w:tc>
        <w:tc>
          <w:tcPr>
            <w:tcW w:w="1019" w:type="dxa"/>
            <w:vMerge/>
          </w:tcPr>
          <w:p w14:paraId="0DF151A3" w14:textId="77777777" w:rsidR="00497B11" w:rsidRPr="00293828" w:rsidRDefault="00497B11" w:rsidP="00293828">
            <w:pPr>
              <w:rPr>
                <w:rFonts w:ascii="Times New Roman" w:hAnsi="Times New Roman" w:cs="Times New Roman"/>
                <w:szCs w:val="21"/>
              </w:rPr>
            </w:pPr>
          </w:p>
        </w:tc>
        <w:tc>
          <w:tcPr>
            <w:tcW w:w="1019" w:type="dxa"/>
            <w:vMerge/>
          </w:tcPr>
          <w:p w14:paraId="7DD58778" w14:textId="77777777" w:rsidR="00497B11" w:rsidRPr="00293828" w:rsidRDefault="00497B11" w:rsidP="00293828">
            <w:pPr>
              <w:rPr>
                <w:rFonts w:ascii="Times New Roman" w:hAnsi="Times New Roman" w:cs="Times New Roman"/>
                <w:szCs w:val="21"/>
              </w:rPr>
            </w:pPr>
          </w:p>
        </w:tc>
        <w:tc>
          <w:tcPr>
            <w:tcW w:w="1044" w:type="dxa"/>
            <w:vMerge/>
          </w:tcPr>
          <w:p w14:paraId="03BAFBB6" w14:textId="77777777" w:rsidR="00497B11" w:rsidRPr="00293828" w:rsidRDefault="00497B11" w:rsidP="00293828">
            <w:pPr>
              <w:rPr>
                <w:rFonts w:ascii="Times New Roman" w:hAnsi="Times New Roman" w:cs="Times New Roman"/>
                <w:szCs w:val="21"/>
              </w:rPr>
            </w:pPr>
          </w:p>
        </w:tc>
        <w:tc>
          <w:tcPr>
            <w:tcW w:w="1044" w:type="dxa"/>
            <w:vMerge/>
          </w:tcPr>
          <w:p w14:paraId="375724FF" w14:textId="77777777" w:rsidR="00497B11" w:rsidRPr="00293828" w:rsidRDefault="00497B11" w:rsidP="00293828">
            <w:pPr>
              <w:rPr>
                <w:rFonts w:ascii="Times New Roman" w:hAnsi="Times New Roman" w:cs="Times New Roman"/>
                <w:szCs w:val="21"/>
              </w:rPr>
            </w:pPr>
          </w:p>
        </w:tc>
      </w:tr>
      <w:tr w:rsidR="00497B11" w:rsidRPr="00293828" w14:paraId="7BF0CBCA" w14:textId="77777777" w:rsidTr="009D45BD">
        <w:tc>
          <w:tcPr>
            <w:tcW w:w="982" w:type="dxa"/>
            <w:vMerge/>
          </w:tcPr>
          <w:p w14:paraId="366FC977" w14:textId="77777777" w:rsidR="00497B11" w:rsidRPr="00293828" w:rsidRDefault="00497B11" w:rsidP="00293828">
            <w:pPr>
              <w:rPr>
                <w:rFonts w:ascii="Times New Roman" w:hAnsi="Times New Roman" w:cs="Times New Roman"/>
                <w:szCs w:val="21"/>
              </w:rPr>
            </w:pPr>
          </w:p>
        </w:tc>
        <w:tc>
          <w:tcPr>
            <w:tcW w:w="1125" w:type="dxa"/>
            <w:vAlign w:val="center"/>
          </w:tcPr>
          <w:p w14:paraId="7990BCD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205-&gt;213</w:t>
            </w:r>
          </w:p>
        </w:tc>
        <w:tc>
          <w:tcPr>
            <w:tcW w:w="1044" w:type="dxa"/>
            <w:vAlign w:val="center"/>
          </w:tcPr>
          <w:p w14:paraId="40A9391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0.31422</w:t>
            </w:r>
          </w:p>
        </w:tc>
        <w:tc>
          <w:tcPr>
            <w:tcW w:w="1019" w:type="dxa"/>
            <w:vMerge/>
          </w:tcPr>
          <w:p w14:paraId="36FF9E4A" w14:textId="77777777" w:rsidR="00497B11" w:rsidRPr="00293828" w:rsidRDefault="00497B11" w:rsidP="00293828">
            <w:pPr>
              <w:rPr>
                <w:rFonts w:ascii="Times New Roman" w:hAnsi="Times New Roman" w:cs="Times New Roman"/>
                <w:szCs w:val="21"/>
              </w:rPr>
            </w:pPr>
          </w:p>
        </w:tc>
        <w:tc>
          <w:tcPr>
            <w:tcW w:w="1019" w:type="dxa"/>
            <w:vMerge/>
          </w:tcPr>
          <w:p w14:paraId="0768578D" w14:textId="77777777" w:rsidR="00497B11" w:rsidRPr="00293828" w:rsidRDefault="00497B11" w:rsidP="00293828">
            <w:pPr>
              <w:rPr>
                <w:rFonts w:ascii="Times New Roman" w:hAnsi="Times New Roman" w:cs="Times New Roman"/>
                <w:szCs w:val="21"/>
              </w:rPr>
            </w:pPr>
          </w:p>
        </w:tc>
        <w:tc>
          <w:tcPr>
            <w:tcW w:w="1019" w:type="dxa"/>
            <w:vMerge/>
          </w:tcPr>
          <w:p w14:paraId="48F36775" w14:textId="77777777" w:rsidR="00497B11" w:rsidRPr="00293828" w:rsidRDefault="00497B11" w:rsidP="00293828">
            <w:pPr>
              <w:rPr>
                <w:rFonts w:ascii="Times New Roman" w:hAnsi="Times New Roman" w:cs="Times New Roman"/>
                <w:szCs w:val="21"/>
              </w:rPr>
            </w:pPr>
          </w:p>
        </w:tc>
        <w:tc>
          <w:tcPr>
            <w:tcW w:w="1044" w:type="dxa"/>
            <w:vMerge/>
          </w:tcPr>
          <w:p w14:paraId="3CD4C5ED" w14:textId="77777777" w:rsidR="00497B11" w:rsidRPr="00293828" w:rsidRDefault="00497B11" w:rsidP="00293828">
            <w:pPr>
              <w:rPr>
                <w:rFonts w:ascii="Times New Roman" w:hAnsi="Times New Roman" w:cs="Times New Roman"/>
                <w:szCs w:val="21"/>
              </w:rPr>
            </w:pPr>
          </w:p>
        </w:tc>
        <w:tc>
          <w:tcPr>
            <w:tcW w:w="1044" w:type="dxa"/>
            <w:vMerge/>
          </w:tcPr>
          <w:p w14:paraId="49B9E772" w14:textId="77777777" w:rsidR="00497B11" w:rsidRPr="00293828" w:rsidRDefault="00497B11" w:rsidP="00293828">
            <w:pPr>
              <w:rPr>
                <w:rFonts w:ascii="Times New Roman" w:hAnsi="Times New Roman" w:cs="Times New Roman"/>
                <w:szCs w:val="21"/>
              </w:rPr>
            </w:pPr>
          </w:p>
        </w:tc>
      </w:tr>
      <w:tr w:rsidR="00497B11" w:rsidRPr="00293828" w14:paraId="01350396" w14:textId="77777777" w:rsidTr="009D45BD">
        <w:tc>
          <w:tcPr>
            <w:tcW w:w="982" w:type="dxa"/>
            <w:vMerge/>
          </w:tcPr>
          <w:p w14:paraId="5FC6FA3E" w14:textId="77777777" w:rsidR="00497B11" w:rsidRPr="00293828" w:rsidRDefault="00497B11" w:rsidP="00293828">
            <w:pPr>
              <w:rPr>
                <w:rFonts w:ascii="Times New Roman" w:hAnsi="Times New Roman" w:cs="Times New Roman"/>
                <w:szCs w:val="21"/>
              </w:rPr>
            </w:pPr>
          </w:p>
        </w:tc>
        <w:tc>
          <w:tcPr>
            <w:tcW w:w="1125" w:type="dxa"/>
            <w:vAlign w:val="center"/>
          </w:tcPr>
          <w:p w14:paraId="6F7B121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205-&gt;218</w:t>
            </w:r>
          </w:p>
        </w:tc>
        <w:tc>
          <w:tcPr>
            <w:tcW w:w="1044" w:type="dxa"/>
            <w:vAlign w:val="center"/>
          </w:tcPr>
          <w:p w14:paraId="5F71AF9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0.18272</w:t>
            </w:r>
          </w:p>
        </w:tc>
        <w:tc>
          <w:tcPr>
            <w:tcW w:w="1019" w:type="dxa"/>
            <w:vMerge/>
          </w:tcPr>
          <w:p w14:paraId="276AB071" w14:textId="77777777" w:rsidR="00497B11" w:rsidRPr="00293828" w:rsidRDefault="00497B11" w:rsidP="00293828">
            <w:pPr>
              <w:rPr>
                <w:rFonts w:ascii="Times New Roman" w:hAnsi="Times New Roman" w:cs="Times New Roman"/>
                <w:szCs w:val="21"/>
              </w:rPr>
            </w:pPr>
          </w:p>
        </w:tc>
        <w:tc>
          <w:tcPr>
            <w:tcW w:w="1019" w:type="dxa"/>
            <w:vMerge/>
          </w:tcPr>
          <w:p w14:paraId="42FF9E71" w14:textId="77777777" w:rsidR="00497B11" w:rsidRPr="00293828" w:rsidRDefault="00497B11" w:rsidP="00293828">
            <w:pPr>
              <w:rPr>
                <w:rFonts w:ascii="Times New Roman" w:hAnsi="Times New Roman" w:cs="Times New Roman"/>
                <w:szCs w:val="21"/>
              </w:rPr>
            </w:pPr>
          </w:p>
        </w:tc>
        <w:tc>
          <w:tcPr>
            <w:tcW w:w="1019" w:type="dxa"/>
            <w:vMerge/>
          </w:tcPr>
          <w:p w14:paraId="636E2226" w14:textId="77777777" w:rsidR="00497B11" w:rsidRPr="00293828" w:rsidRDefault="00497B11" w:rsidP="00293828">
            <w:pPr>
              <w:rPr>
                <w:rFonts w:ascii="Times New Roman" w:hAnsi="Times New Roman" w:cs="Times New Roman"/>
                <w:szCs w:val="21"/>
              </w:rPr>
            </w:pPr>
          </w:p>
        </w:tc>
        <w:tc>
          <w:tcPr>
            <w:tcW w:w="1044" w:type="dxa"/>
            <w:vMerge/>
          </w:tcPr>
          <w:p w14:paraId="1321087D" w14:textId="77777777" w:rsidR="00497B11" w:rsidRPr="00293828" w:rsidRDefault="00497B11" w:rsidP="00293828">
            <w:pPr>
              <w:rPr>
                <w:rFonts w:ascii="Times New Roman" w:hAnsi="Times New Roman" w:cs="Times New Roman"/>
                <w:szCs w:val="21"/>
              </w:rPr>
            </w:pPr>
          </w:p>
        </w:tc>
        <w:tc>
          <w:tcPr>
            <w:tcW w:w="1044" w:type="dxa"/>
            <w:vMerge/>
          </w:tcPr>
          <w:p w14:paraId="754F6079" w14:textId="77777777" w:rsidR="00497B11" w:rsidRPr="00293828" w:rsidRDefault="00497B11" w:rsidP="00293828">
            <w:pPr>
              <w:rPr>
                <w:rFonts w:ascii="Times New Roman" w:hAnsi="Times New Roman" w:cs="Times New Roman"/>
                <w:szCs w:val="21"/>
              </w:rPr>
            </w:pPr>
          </w:p>
        </w:tc>
      </w:tr>
      <w:tr w:rsidR="00497B11" w:rsidRPr="00293828" w14:paraId="7F3C8B07" w14:textId="77777777" w:rsidTr="009D45BD">
        <w:tc>
          <w:tcPr>
            <w:tcW w:w="982" w:type="dxa"/>
            <w:vMerge w:val="restart"/>
            <w:vAlign w:val="center"/>
          </w:tcPr>
          <w:p w14:paraId="69D74E4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24</w:t>
            </w:r>
          </w:p>
        </w:tc>
        <w:tc>
          <w:tcPr>
            <w:tcW w:w="1125" w:type="dxa"/>
            <w:vAlign w:val="center"/>
          </w:tcPr>
          <w:p w14:paraId="03E21FB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189-&gt;207</w:t>
            </w:r>
          </w:p>
        </w:tc>
        <w:tc>
          <w:tcPr>
            <w:tcW w:w="1044" w:type="dxa"/>
            <w:vAlign w:val="center"/>
          </w:tcPr>
          <w:p w14:paraId="14E8218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0.18719</w:t>
            </w:r>
          </w:p>
        </w:tc>
        <w:tc>
          <w:tcPr>
            <w:tcW w:w="1019" w:type="dxa"/>
            <w:vMerge w:val="restart"/>
            <w:vAlign w:val="center"/>
          </w:tcPr>
          <w:p w14:paraId="2859F9C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7.2753</w:t>
            </w:r>
          </w:p>
        </w:tc>
        <w:tc>
          <w:tcPr>
            <w:tcW w:w="1019" w:type="dxa"/>
            <w:vMerge w:val="restart"/>
            <w:vAlign w:val="center"/>
          </w:tcPr>
          <w:p w14:paraId="1ED1003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170.42</w:t>
            </w:r>
          </w:p>
        </w:tc>
        <w:tc>
          <w:tcPr>
            <w:tcW w:w="1019" w:type="dxa"/>
            <w:vMerge w:val="restart"/>
            <w:vAlign w:val="center"/>
          </w:tcPr>
          <w:p w14:paraId="5301460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0.0121</w:t>
            </w:r>
          </w:p>
        </w:tc>
        <w:tc>
          <w:tcPr>
            <w:tcW w:w="1044" w:type="dxa"/>
            <w:vMerge w:val="restart"/>
            <w:vAlign w:val="center"/>
          </w:tcPr>
          <w:p w14:paraId="72E80F1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-13.2232</w:t>
            </w:r>
          </w:p>
        </w:tc>
        <w:tc>
          <w:tcPr>
            <w:tcW w:w="1044" w:type="dxa"/>
            <w:vMerge w:val="restart"/>
            <w:vAlign w:val="center"/>
          </w:tcPr>
          <w:p w14:paraId="4B971CE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-13.2243</w:t>
            </w:r>
          </w:p>
        </w:tc>
      </w:tr>
      <w:tr w:rsidR="00497B11" w:rsidRPr="00293828" w14:paraId="7486E78B" w14:textId="77777777" w:rsidTr="009D45BD">
        <w:tc>
          <w:tcPr>
            <w:tcW w:w="982" w:type="dxa"/>
            <w:vMerge/>
          </w:tcPr>
          <w:p w14:paraId="50AE85D3" w14:textId="77777777" w:rsidR="00497B11" w:rsidRPr="00293828" w:rsidRDefault="00497B11" w:rsidP="00293828">
            <w:pPr>
              <w:rPr>
                <w:rFonts w:ascii="Times New Roman" w:hAnsi="Times New Roman" w:cs="Times New Roman"/>
                <w:szCs w:val="21"/>
              </w:rPr>
            </w:pPr>
          </w:p>
        </w:tc>
        <w:tc>
          <w:tcPr>
            <w:tcW w:w="1125" w:type="dxa"/>
            <w:vAlign w:val="center"/>
          </w:tcPr>
          <w:p w14:paraId="5250DA4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193-&gt;207</w:t>
            </w:r>
          </w:p>
        </w:tc>
        <w:tc>
          <w:tcPr>
            <w:tcW w:w="1044" w:type="dxa"/>
            <w:vAlign w:val="center"/>
          </w:tcPr>
          <w:p w14:paraId="02D29B7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0.23516</w:t>
            </w:r>
          </w:p>
        </w:tc>
        <w:tc>
          <w:tcPr>
            <w:tcW w:w="1019" w:type="dxa"/>
            <w:vMerge/>
          </w:tcPr>
          <w:p w14:paraId="64A36E4F" w14:textId="77777777" w:rsidR="00497B11" w:rsidRPr="00293828" w:rsidRDefault="00497B11" w:rsidP="00293828">
            <w:pPr>
              <w:rPr>
                <w:rFonts w:ascii="Times New Roman" w:hAnsi="Times New Roman" w:cs="Times New Roman"/>
                <w:szCs w:val="21"/>
              </w:rPr>
            </w:pPr>
          </w:p>
        </w:tc>
        <w:tc>
          <w:tcPr>
            <w:tcW w:w="1019" w:type="dxa"/>
            <w:vMerge/>
          </w:tcPr>
          <w:p w14:paraId="6CCBC87B" w14:textId="77777777" w:rsidR="00497B11" w:rsidRPr="00293828" w:rsidRDefault="00497B11" w:rsidP="00293828">
            <w:pPr>
              <w:rPr>
                <w:rFonts w:ascii="Times New Roman" w:hAnsi="Times New Roman" w:cs="Times New Roman"/>
                <w:szCs w:val="21"/>
              </w:rPr>
            </w:pPr>
          </w:p>
        </w:tc>
        <w:tc>
          <w:tcPr>
            <w:tcW w:w="1019" w:type="dxa"/>
            <w:vMerge/>
          </w:tcPr>
          <w:p w14:paraId="60D70A39" w14:textId="77777777" w:rsidR="00497B11" w:rsidRPr="00293828" w:rsidRDefault="00497B11" w:rsidP="00293828">
            <w:pPr>
              <w:rPr>
                <w:rFonts w:ascii="Times New Roman" w:hAnsi="Times New Roman" w:cs="Times New Roman"/>
                <w:szCs w:val="21"/>
              </w:rPr>
            </w:pPr>
          </w:p>
        </w:tc>
        <w:tc>
          <w:tcPr>
            <w:tcW w:w="1044" w:type="dxa"/>
            <w:vMerge/>
          </w:tcPr>
          <w:p w14:paraId="34B00A25" w14:textId="77777777" w:rsidR="00497B11" w:rsidRPr="00293828" w:rsidRDefault="00497B11" w:rsidP="00293828">
            <w:pPr>
              <w:rPr>
                <w:rFonts w:ascii="Times New Roman" w:hAnsi="Times New Roman" w:cs="Times New Roman"/>
                <w:szCs w:val="21"/>
              </w:rPr>
            </w:pPr>
          </w:p>
        </w:tc>
        <w:tc>
          <w:tcPr>
            <w:tcW w:w="1044" w:type="dxa"/>
            <w:vMerge/>
          </w:tcPr>
          <w:p w14:paraId="6081F452" w14:textId="77777777" w:rsidR="00497B11" w:rsidRPr="00293828" w:rsidRDefault="00497B11" w:rsidP="00293828">
            <w:pPr>
              <w:rPr>
                <w:rFonts w:ascii="Times New Roman" w:hAnsi="Times New Roman" w:cs="Times New Roman"/>
                <w:szCs w:val="21"/>
              </w:rPr>
            </w:pPr>
          </w:p>
        </w:tc>
      </w:tr>
      <w:tr w:rsidR="00497B11" w:rsidRPr="00293828" w14:paraId="35FE833F" w14:textId="77777777" w:rsidTr="009D45BD">
        <w:tc>
          <w:tcPr>
            <w:tcW w:w="982" w:type="dxa"/>
            <w:vMerge/>
          </w:tcPr>
          <w:p w14:paraId="766DC610" w14:textId="77777777" w:rsidR="00497B11" w:rsidRPr="00293828" w:rsidRDefault="00497B11" w:rsidP="00293828">
            <w:pPr>
              <w:rPr>
                <w:rFonts w:ascii="Times New Roman" w:hAnsi="Times New Roman" w:cs="Times New Roman"/>
                <w:szCs w:val="21"/>
              </w:rPr>
            </w:pPr>
          </w:p>
        </w:tc>
        <w:tc>
          <w:tcPr>
            <w:tcW w:w="1125" w:type="dxa"/>
            <w:vAlign w:val="center"/>
          </w:tcPr>
          <w:p w14:paraId="6C545CB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194-&gt;206</w:t>
            </w:r>
          </w:p>
        </w:tc>
        <w:tc>
          <w:tcPr>
            <w:tcW w:w="1044" w:type="dxa"/>
            <w:vAlign w:val="center"/>
          </w:tcPr>
          <w:p w14:paraId="7B75603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-0.15997</w:t>
            </w:r>
          </w:p>
        </w:tc>
        <w:tc>
          <w:tcPr>
            <w:tcW w:w="1019" w:type="dxa"/>
            <w:vMerge/>
          </w:tcPr>
          <w:p w14:paraId="60F85346" w14:textId="77777777" w:rsidR="00497B11" w:rsidRPr="00293828" w:rsidRDefault="00497B11" w:rsidP="00293828">
            <w:pPr>
              <w:rPr>
                <w:rFonts w:ascii="Times New Roman" w:hAnsi="Times New Roman" w:cs="Times New Roman"/>
                <w:szCs w:val="21"/>
              </w:rPr>
            </w:pPr>
          </w:p>
        </w:tc>
        <w:tc>
          <w:tcPr>
            <w:tcW w:w="1019" w:type="dxa"/>
            <w:vMerge/>
          </w:tcPr>
          <w:p w14:paraId="319FA109" w14:textId="77777777" w:rsidR="00497B11" w:rsidRPr="00293828" w:rsidRDefault="00497B11" w:rsidP="00293828">
            <w:pPr>
              <w:rPr>
                <w:rFonts w:ascii="Times New Roman" w:hAnsi="Times New Roman" w:cs="Times New Roman"/>
                <w:szCs w:val="21"/>
              </w:rPr>
            </w:pPr>
          </w:p>
        </w:tc>
        <w:tc>
          <w:tcPr>
            <w:tcW w:w="1019" w:type="dxa"/>
            <w:vMerge/>
          </w:tcPr>
          <w:p w14:paraId="53F1B2BB" w14:textId="77777777" w:rsidR="00497B11" w:rsidRPr="00293828" w:rsidRDefault="00497B11" w:rsidP="00293828">
            <w:pPr>
              <w:rPr>
                <w:rFonts w:ascii="Times New Roman" w:hAnsi="Times New Roman" w:cs="Times New Roman"/>
                <w:szCs w:val="21"/>
              </w:rPr>
            </w:pPr>
          </w:p>
        </w:tc>
        <w:tc>
          <w:tcPr>
            <w:tcW w:w="1044" w:type="dxa"/>
            <w:vMerge/>
          </w:tcPr>
          <w:p w14:paraId="7A628F50" w14:textId="77777777" w:rsidR="00497B11" w:rsidRPr="00293828" w:rsidRDefault="00497B11" w:rsidP="00293828">
            <w:pPr>
              <w:rPr>
                <w:rFonts w:ascii="Times New Roman" w:hAnsi="Times New Roman" w:cs="Times New Roman"/>
                <w:szCs w:val="21"/>
              </w:rPr>
            </w:pPr>
          </w:p>
        </w:tc>
        <w:tc>
          <w:tcPr>
            <w:tcW w:w="1044" w:type="dxa"/>
            <w:vMerge/>
          </w:tcPr>
          <w:p w14:paraId="3220F908" w14:textId="77777777" w:rsidR="00497B11" w:rsidRPr="00293828" w:rsidRDefault="00497B11" w:rsidP="00293828">
            <w:pPr>
              <w:rPr>
                <w:rFonts w:ascii="Times New Roman" w:hAnsi="Times New Roman" w:cs="Times New Roman"/>
                <w:szCs w:val="21"/>
              </w:rPr>
            </w:pPr>
          </w:p>
        </w:tc>
      </w:tr>
      <w:tr w:rsidR="00497B11" w:rsidRPr="00293828" w14:paraId="5A25B078" w14:textId="77777777" w:rsidTr="009D45BD">
        <w:tc>
          <w:tcPr>
            <w:tcW w:w="982" w:type="dxa"/>
            <w:vMerge/>
          </w:tcPr>
          <w:p w14:paraId="7FFDCB78" w14:textId="77777777" w:rsidR="00497B11" w:rsidRPr="00293828" w:rsidRDefault="00497B11" w:rsidP="00293828">
            <w:pPr>
              <w:rPr>
                <w:rFonts w:ascii="Times New Roman" w:hAnsi="Times New Roman" w:cs="Times New Roman"/>
                <w:szCs w:val="21"/>
              </w:rPr>
            </w:pPr>
          </w:p>
        </w:tc>
        <w:tc>
          <w:tcPr>
            <w:tcW w:w="1125" w:type="dxa"/>
            <w:vAlign w:val="center"/>
          </w:tcPr>
          <w:p w14:paraId="4673B4A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199-&gt;207</w:t>
            </w:r>
          </w:p>
        </w:tc>
        <w:tc>
          <w:tcPr>
            <w:tcW w:w="1044" w:type="dxa"/>
            <w:vAlign w:val="center"/>
          </w:tcPr>
          <w:p w14:paraId="5FE6407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0.16148</w:t>
            </w:r>
          </w:p>
        </w:tc>
        <w:tc>
          <w:tcPr>
            <w:tcW w:w="1019" w:type="dxa"/>
            <w:vMerge/>
          </w:tcPr>
          <w:p w14:paraId="1F43C7E2" w14:textId="77777777" w:rsidR="00497B11" w:rsidRPr="00293828" w:rsidRDefault="00497B11" w:rsidP="00293828">
            <w:pPr>
              <w:rPr>
                <w:rFonts w:ascii="Times New Roman" w:hAnsi="Times New Roman" w:cs="Times New Roman"/>
                <w:szCs w:val="21"/>
              </w:rPr>
            </w:pPr>
          </w:p>
        </w:tc>
        <w:tc>
          <w:tcPr>
            <w:tcW w:w="1019" w:type="dxa"/>
            <w:vMerge/>
          </w:tcPr>
          <w:p w14:paraId="0657FADA" w14:textId="77777777" w:rsidR="00497B11" w:rsidRPr="00293828" w:rsidRDefault="00497B11" w:rsidP="00293828">
            <w:pPr>
              <w:rPr>
                <w:rFonts w:ascii="Times New Roman" w:hAnsi="Times New Roman" w:cs="Times New Roman"/>
                <w:szCs w:val="21"/>
              </w:rPr>
            </w:pPr>
          </w:p>
        </w:tc>
        <w:tc>
          <w:tcPr>
            <w:tcW w:w="1019" w:type="dxa"/>
            <w:vMerge/>
          </w:tcPr>
          <w:p w14:paraId="783F3730" w14:textId="77777777" w:rsidR="00497B11" w:rsidRPr="00293828" w:rsidRDefault="00497B11" w:rsidP="00293828">
            <w:pPr>
              <w:rPr>
                <w:rFonts w:ascii="Times New Roman" w:hAnsi="Times New Roman" w:cs="Times New Roman"/>
                <w:szCs w:val="21"/>
              </w:rPr>
            </w:pPr>
          </w:p>
        </w:tc>
        <w:tc>
          <w:tcPr>
            <w:tcW w:w="1044" w:type="dxa"/>
            <w:vMerge/>
          </w:tcPr>
          <w:p w14:paraId="2C351CE8" w14:textId="77777777" w:rsidR="00497B11" w:rsidRPr="00293828" w:rsidRDefault="00497B11" w:rsidP="00293828">
            <w:pPr>
              <w:rPr>
                <w:rFonts w:ascii="Times New Roman" w:hAnsi="Times New Roman" w:cs="Times New Roman"/>
                <w:szCs w:val="21"/>
              </w:rPr>
            </w:pPr>
          </w:p>
        </w:tc>
        <w:tc>
          <w:tcPr>
            <w:tcW w:w="1044" w:type="dxa"/>
            <w:vMerge/>
          </w:tcPr>
          <w:p w14:paraId="0CA2BC7D" w14:textId="77777777" w:rsidR="00497B11" w:rsidRPr="00293828" w:rsidRDefault="00497B11" w:rsidP="00293828">
            <w:pPr>
              <w:rPr>
                <w:rFonts w:ascii="Times New Roman" w:hAnsi="Times New Roman" w:cs="Times New Roman"/>
                <w:szCs w:val="21"/>
              </w:rPr>
            </w:pPr>
          </w:p>
        </w:tc>
      </w:tr>
      <w:tr w:rsidR="00497B11" w:rsidRPr="00293828" w14:paraId="235AF205" w14:textId="77777777" w:rsidTr="009D45BD">
        <w:tc>
          <w:tcPr>
            <w:tcW w:w="982" w:type="dxa"/>
            <w:vMerge/>
          </w:tcPr>
          <w:p w14:paraId="72EFDA1C" w14:textId="77777777" w:rsidR="00497B11" w:rsidRPr="00293828" w:rsidRDefault="00497B11" w:rsidP="00293828">
            <w:pPr>
              <w:rPr>
                <w:rFonts w:ascii="Times New Roman" w:hAnsi="Times New Roman" w:cs="Times New Roman"/>
                <w:szCs w:val="21"/>
              </w:rPr>
            </w:pPr>
          </w:p>
        </w:tc>
        <w:tc>
          <w:tcPr>
            <w:tcW w:w="1125" w:type="dxa"/>
            <w:vAlign w:val="center"/>
          </w:tcPr>
          <w:p w14:paraId="768F614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44" w:type="dxa"/>
            <w:vAlign w:val="center"/>
          </w:tcPr>
          <w:p w14:paraId="7594ADF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0.18624</w:t>
            </w:r>
          </w:p>
        </w:tc>
        <w:tc>
          <w:tcPr>
            <w:tcW w:w="1019" w:type="dxa"/>
            <w:vMerge/>
          </w:tcPr>
          <w:p w14:paraId="63E4068C" w14:textId="77777777" w:rsidR="00497B11" w:rsidRPr="00293828" w:rsidRDefault="00497B11" w:rsidP="00293828">
            <w:pPr>
              <w:rPr>
                <w:rFonts w:ascii="Times New Roman" w:hAnsi="Times New Roman" w:cs="Times New Roman"/>
                <w:szCs w:val="21"/>
              </w:rPr>
            </w:pPr>
          </w:p>
        </w:tc>
        <w:tc>
          <w:tcPr>
            <w:tcW w:w="1019" w:type="dxa"/>
            <w:vMerge/>
          </w:tcPr>
          <w:p w14:paraId="3DDC0CE4" w14:textId="77777777" w:rsidR="00497B11" w:rsidRPr="00293828" w:rsidRDefault="00497B11" w:rsidP="00293828">
            <w:pPr>
              <w:rPr>
                <w:rFonts w:ascii="Times New Roman" w:hAnsi="Times New Roman" w:cs="Times New Roman"/>
                <w:szCs w:val="21"/>
              </w:rPr>
            </w:pPr>
          </w:p>
        </w:tc>
        <w:tc>
          <w:tcPr>
            <w:tcW w:w="1019" w:type="dxa"/>
            <w:vMerge/>
          </w:tcPr>
          <w:p w14:paraId="3DE74D1C" w14:textId="77777777" w:rsidR="00497B11" w:rsidRPr="00293828" w:rsidRDefault="00497B11" w:rsidP="00293828">
            <w:pPr>
              <w:rPr>
                <w:rFonts w:ascii="Times New Roman" w:hAnsi="Times New Roman" w:cs="Times New Roman"/>
                <w:szCs w:val="21"/>
              </w:rPr>
            </w:pPr>
          </w:p>
        </w:tc>
        <w:tc>
          <w:tcPr>
            <w:tcW w:w="1044" w:type="dxa"/>
            <w:vMerge/>
          </w:tcPr>
          <w:p w14:paraId="6D86138B" w14:textId="77777777" w:rsidR="00497B11" w:rsidRPr="00293828" w:rsidRDefault="00497B11" w:rsidP="00293828">
            <w:pPr>
              <w:rPr>
                <w:rFonts w:ascii="Times New Roman" w:hAnsi="Times New Roman" w:cs="Times New Roman"/>
                <w:szCs w:val="21"/>
              </w:rPr>
            </w:pPr>
          </w:p>
        </w:tc>
        <w:tc>
          <w:tcPr>
            <w:tcW w:w="1044" w:type="dxa"/>
            <w:vMerge/>
          </w:tcPr>
          <w:p w14:paraId="4BA8BCAC" w14:textId="77777777" w:rsidR="00497B11" w:rsidRPr="00293828" w:rsidRDefault="00497B11" w:rsidP="00293828">
            <w:pPr>
              <w:rPr>
                <w:rFonts w:ascii="Times New Roman" w:hAnsi="Times New Roman" w:cs="Times New Roman"/>
                <w:szCs w:val="21"/>
              </w:rPr>
            </w:pPr>
          </w:p>
        </w:tc>
      </w:tr>
      <w:tr w:rsidR="00497B11" w:rsidRPr="00293828" w14:paraId="4B8B2924" w14:textId="77777777" w:rsidTr="009D45BD">
        <w:tc>
          <w:tcPr>
            <w:tcW w:w="982" w:type="dxa"/>
            <w:vMerge/>
          </w:tcPr>
          <w:p w14:paraId="730373FE" w14:textId="77777777" w:rsidR="00497B11" w:rsidRPr="00293828" w:rsidRDefault="00497B11" w:rsidP="00293828">
            <w:pPr>
              <w:rPr>
                <w:rFonts w:ascii="Times New Roman" w:hAnsi="Times New Roman" w:cs="Times New Roman"/>
                <w:szCs w:val="21"/>
              </w:rPr>
            </w:pPr>
          </w:p>
        </w:tc>
        <w:tc>
          <w:tcPr>
            <w:tcW w:w="1125" w:type="dxa"/>
            <w:vAlign w:val="center"/>
          </w:tcPr>
          <w:p w14:paraId="6685D0B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201-&gt;207</w:t>
            </w:r>
          </w:p>
        </w:tc>
        <w:tc>
          <w:tcPr>
            <w:tcW w:w="1044" w:type="dxa"/>
            <w:vAlign w:val="center"/>
          </w:tcPr>
          <w:p w14:paraId="36A580B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-0.17922</w:t>
            </w:r>
          </w:p>
        </w:tc>
        <w:tc>
          <w:tcPr>
            <w:tcW w:w="1019" w:type="dxa"/>
            <w:vMerge/>
          </w:tcPr>
          <w:p w14:paraId="06477361" w14:textId="77777777" w:rsidR="00497B11" w:rsidRPr="00293828" w:rsidRDefault="00497B11" w:rsidP="00293828">
            <w:pPr>
              <w:rPr>
                <w:rFonts w:ascii="Times New Roman" w:hAnsi="Times New Roman" w:cs="Times New Roman"/>
                <w:szCs w:val="21"/>
              </w:rPr>
            </w:pPr>
          </w:p>
        </w:tc>
        <w:tc>
          <w:tcPr>
            <w:tcW w:w="1019" w:type="dxa"/>
            <w:vMerge/>
          </w:tcPr>
          <w:p w14:paraId="7E21F89F" w14:textId="77777777" w:rsidR="00497B11" w:rsidRPr="00293828" w:rsidRDefault="00497B11" w:rsidP="00293828">
            <w:pPr>
              <w:rPr>
                <w:rFonts w:ascii="Times New Roman" w:hAnsi="Times New Roman" w:cs="Times New Roman"/>
                <w:szCs w:val="21"/>
              </w:rPr>
            </w:pPr>
          </w:p>
        </w:tc>
        <w:tc>
          <w:tcPr>
            <w:tcW w:w="1019" w:type="dxa"/>
            <w:vMerge/>
          </w:tcPr>
          <w:p w14:paraId="784BE84A" w14:textId="77777777" w:rsidR="00497B11" w:rsidRPr="00293828" w:rsidRDefault="00497B11" w:rsidP="00293828">
            <w:pPr>
              <w:rPr>
                <w:rFonts w:ascii="Times New Roman" w:hAnsi="Times New Roman" w:cs="Times New Roman"/>
                <w:szCs w:val="21"/>
              </w:rPr>
            </w:pPr>
          </w:p>
        </w:tc>
        <w:tc>
          <w:tcPr>
            <w:tcW w:w="1044" w:type="dxa"/>
            <w:vMerge/>
          </w:tcPr>
          <w:p w14:paraId="131B5AE4" w14:textId="77777777" w:rsidR="00497B11" w:rsidRPr="00293828" w:rsidRDefault="00497B11" w:rsidP="00293828">
            <w:pPr>
              <w:rPr>
                <w:rFonts w:ascii="Times New Roman" w:hAnsi="Times New Roman" w:cs="Times New Roman"/>
                <w:szCs w:val="21"/>
              </w:rPr>
            </w:pPr>
          </w:p>
        </w:tc>
        <w:tc>
          <w:tcPr>
            <w:tcW w:w="1044" w:type="dxa"/>
            <w:vMerge/>
          </w:tcPr>
          <w:p w14:paraId="1B7AA7FC" w14:textId="77777777" w:rsidR="00497B11" w:rsidRPr="00293828" w:rsidRDefault="00497B11" w:rsidP="00293828">
            <w:pPr>
              <w:rPr>
                <w:rFonts w:ascii="Times New Roman" w:hAnsi="Times New Roman" w:cs="Times New Roman"/>
                <w:szCs w:val="21"/>
              </w:rPr>
            </w:pPr>
          </w:p>
        </w:tc>
      </w:tr>
      <w:tr w:rsidR="00497B11" w:rsidRPr="00293828" w14:paraId="4C9462C5" w14:textId="77777777" w:rsidTr="009D45BD">
        <w:tc>
          <w:tcPr>
            <w:tcW w:w="982" w:type="dxa"/>
            <w:vMerge/>
          </w:tcPr>
          <w:p w14:paraId="34B62591" w14:textId="77777777" w:rsidR="00497B11" w:rsidRPr="00293828" w:rsidRDefault="00497B11" w:rsidP="00293828">
            <w:pPr>
              <w:rPr>
                <w:rFonts w:ascii="Times New Roman" w:hAnsi="Times New Roman" w:cs="Times New Roman"/>
                <w:szCs w:val="21"/>
              </w:rPr>
            </w:pPr>
          </w:p>
        </w:tc>
        <w:tc>
          <w:tcPr>
            <w:tcW w:w="1125" w:type="dxa"/>
            <w:vAlign w:val="center"/>
          </w:tcPr>
          <w:p w14:paraId="4ACBFD3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204-&gt;207</w:t>
            </w:r>
          </w:p>
        </w:tc>
        <w:tc>
          <w:tcPr>
            <w:tcW w:w="1044" w:type="dxa"/>
            <w:vAlign w:val="center"/>
          </w:tcPr>
          <w:p w14:paraId="0EBD58F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-0.21987</w:t>
            </w:r>
          </w:p>
        </w:tc>
        <w:tc>
          <w:tcPr>
            <w:tcW w:w="1019" w:type="dxa"/>
            <w:vMerge/>
          </w:tcPr>
          <w:p w14:paraId="110B6BA7" w14:textId="77777777" w:rsidR="00497B11" w:rsidRPr="00293828" w:rsidRDefault="00497B11" w:rsidP="00293828">
            <w:pPr>
              <w:rPr>
                <w:rFonts w:ascii="Times New Roman" w:hAnsi="Times New Roman" w:cs="Times New Roman"/>
                <w:szCs w:val="21"/>
              </w:rPr>
            </w:pPr>
          </w:p>
        </w:tc>
        <w:tc>
          <w:tcPr>
            <w:tcW w:w="1019" w:type="dxa"/>
            <w:vMerge/>
          </w:tcPr>
          <w:p w14:paraId="7E2DB0AB" w14:textId="77777777" w:rsidR="00497B11" w:rsidRPr="00293828" w:rsidRDefault="00497B11" w:rsidP="00293828">
            <w:pPr>
              <w:rPr>
                <w:rFonts w:ascii="Times New Roman" w:hAnsi="Times New Roman" w:cs="Times New Roman"/>
                <w:szCs w:val="21"/>
              </w:rPr>
            </w:pPr>
          </w:p>
        </w:tc>
        <w:tc>
          <w:tcPr>
            <w:tcW w:w="1019" w:type="dxa"/>
            <w:vMerge/>
          </w:tcPr>
          <w:p w14:paraId="39DF8981" w14:textId="77777777" w:rsidR="00497B11" w:rsidRPr="00293828" w:rsidRDefault="00497B11" w:rsidP="00293828">
            <w:pPr>
              <w:rPr>
                <w:rFonts w:ascii="Times New Roman" w:hAnsi="Times New Roman" w:cs="Times New Roman"/>
                <w:szCs w:val="21"/>
              </w:rPr>
            </w:pPr>
          </w:p>
        </w:tc>
        <w:tc>
          <w:tcPr>
            <w:tcW w:w="1044" w:type="dxa"/>
            <w:vMerge/>
          </w:tcPr>
          <w:p w14:paraId="4FAAFD98" w14:textId="77777777" w:rsidR="00497B11" w:rsidRPr="00293828" w:rsidRDefault="00497B11" w:rsidP="00293828">
            <w:pPr>
              <w:rPr>
                <w:rFonts w:ascii="Times New Roman" w:hAnsi="Times New Roman" w:cs="Times New Roman"/>
                <w:szCs w:val="21"/>
              </w:rPr>
            </w:pPr>
          </w:p>
        </w:tc>
        <w:tc>
          <w:tcPr>
            <w:tcW w:w="1044" w:type="dxa"/>
            <w:vMerge/>
          </w:tcPr>
          <w:p w14:paraId="6DCF80FD" w14:textId="77777777" w:rsidR="00497B11" w:rsidRPr="00293828" w:rsidRDefault="00497B11" w:rsidP="00293828">
            <w:pPr>
              <w:rPr>
                <w:rFonts w:ascii="Times New Roman" w:hAnsi="Times New Roman" w:cs="Times New Roman"/>
                <w:szCs w:val="21"/>
              </w:rPr>
            </w:pPr>
          </w:p>
        </w:tc>
      </w:tr>
      <w:tr w:rsidR="00497B11" w:rsidRPr="00293828" w14:paraId="29CEFC0C" w14:textId="77777777" w:rsidTr="009D45BD">
        <w:tc>
          <w:tcPr>
            <w:tcW w:w="982" w:type="dxa"/>
            <w:vMerge w:val="restart"/>
            <w:vAlign w:val="center"/>
          </w:tcPr>
          <w:p w14:paraId="739DF8F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25</w:t>
            </w:r>
          </w:p>
        </w:tc>
        <w:tc>
          <w:tcPr>
            <w:tcW w:w="1125" w:type="dxa"/>
            <w:vAlign w:val="center"/>
          </w:tcPr>
          <w:p w14:paraId="0E649D3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204-&gt;209</w:t>
            </w:r>
          </w:p>
        </w:tc>
        <w:tc>
          <w:tcPr>
            <w:tcW w:w="1044" w:type="dxa"/>
            <w:vAlign w:val="center"/>
          </w:tcPr>
          <w:p w14:paraId="44F0AC3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0.28507</w:t>
            </w:r>
          </w:p>
        </w:tc>
        <w:tc>
          <w:tcPr>
            <w:tcW w:w="1019" w:type="dxa"/>
            <w:vMerge w:val="restart"/>
            <w:vAlign w:val="center"/>
          </w:tcPr>
          <w:p w14:paraId="600A796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7.3015</w:t>
            </w:r>
          </w:p>
        </w:tc>
        <w:tc>
          <w:tcPr>
            <w:tcW w:w="1019" w:type="dxa"/>
            <w:vMerge w:val="restart"/>
            <w:vAlign w:val="center"/>
          </w:tcPr>
          <w:p w14:paraId="0CE0B86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169.81</w:t>
            </w:r>
          </w:p>
        </w:tc>
        <w:tc>
          <w:tcPr>
            <w:tcW w:w="1019" w:type="dxa"/>
            <w:vMerge w:val="restart"/>
            <w:vAlign w:val="center"/>
          </w:tcPr>
          <w:p w14:paraId="240EA8D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0.0186</w:t>
            </w:r>
          </w:p>
        </w:tc>
        <w:tc>
          <w:tcPr>
            <w:tcW w:w="1044" w:type="dxa"/>
            <w:vMerge w:val="restart"/>
            <w:vAlign w:val="center"/>
          </w:tcPr>
          <w:p w14:paraId="6170627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16.7801</w:t>
            </w:r>
          </w:p>
        </w:tc>
        <w:tc>
          <w:tcPr>
            <w:tcW w:w="1044" w:type="dxa"/>
            <w:vMerge w:val="restart"/>
            <w:vAlign w:val="center"/>
          </w:tcPr>
          <w:p w14:paraId="2F7EAD6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16.5836</w:t>
            </w:r>
          </w:p>
        </w:tc>
      </w:tr>
      <w:tr w:rsidR="00497B11" w:rsidRPr="00293828" w14:paraId="6F544E55" w14:textId="77777777" w:rsidTr="009D45BD">
        <w:tc>
          <w:tcPr>
            <w:tcW w:w="982" w:type="dxa"/>
            <w:vMerge/>
          </w:tcPr>
          <w:p w14:paraId="04A8119C" w14:textId="77777777" w:rsidR="00497B11" w:rsidRPr="00293828" w:rsidRDefault="00497B11" w:rsidP="00293828">
            <w:pPr>
              <w:rPr>
                <w:rFonts w:ascii="Times New Roman" w:hAnsi="Times New Roman" w:cs="Times New Roman"/>
                <w:szCs w:val="21"/>
              </w:rPr>
            </w:pPr>
          </w:p>
        </w:tc>
        <w:tc>
          <w:tcPr>
            <w:tcW w:w="1125" w:type="dxa"/>
            <w:vAlign w:val="center"/>
          </w:tcPr>
          <w:p w14:paraId="3EB8387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204-&gt;210</w:t>
            </w:r>
          </w:p>
        </w:tc>
        <w:tc>
          <w:tcPr>
            <w:tcW w:w="1044" w:type="dxa"/>
            <w:vAlign w:val="center"/>
          </w:tcPr>
          <w:p w14:paraId="3C5AAF7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-0.24421</w:t>
            </w:r>
          </w:p>
        </w:tc>
        <w:tc>
          <w:tcPr>
            <w:tcW w:w="1019" w:type="dxa"/>
            <w:vMerge/>
          </w:tcPr>
          <w:p w14:paraId="7E0AC664" w14:textId="77777777" w:rsidR="00497B11" w:rsidRPr="00293828" w:rsidRDefault="00497B11" w:rsidP="00293828">
            <w:pPr>
              <w:rPr>
                <w:rFonts w:ascii="Times New Roman" w:hAnsi="Times New Roman" w:cs="Times New Roman"/>
                <w:szCs w:val="21"/>
              </w:rPr>
            </w:pPr>
          </w:p>
        </w:tc>
        <w:tc>
          <w:tcPr>
            <w:tcW w:w="1019" w:type="dxa"/>
            <w:vMerge/>
          </w:tcPr>
          <w:p w14:paraId="7E69D9D1" w14:textId="77777777" w:rsidR="00497B11" w:rsidRPr="00293828" w:rsidRDefault="00497B11" w:rsidP="00293828">
            <w:pPr>
              <w:rPr>
                <w:rFonts w:ascii="Times New Roman" w:hAnsi="Times New Roman" w:cs="Times New Roman"/>
                <w:szCs w:val="21"/>
              </w:rPr>
            </w:pPr>
          </w:p>
        </w:tc>
        <w:tc>
          <w:tcPr>
            <w:tcW w:w="1019" w:type="dxa"/>
            <w:vMerge/>
          </w:tcPr>
          <w:p w14:paraId="3DD631EB" w14:textId="77777777" w:rsidR="00497B11" w:rsidRPr="00293828" w:rsidRDefault="00497B11" w:rsidP="00293828">
            <w:pPr>
              <w:rPr>
                <w:rFonts w:ascii="Times New Roman" w:hAnsi="Times New Roman" w:cs="Times New Roman"/>
                <w:szCs w:val="21"/>
              </w:rPr>
            </w:pPr>
          </w:p>
        </w:tc>
        <w:tc>
          <w:tcPr>
            <w:tcW w:w="1044" w:type="dxa"/>
            <w:vMerge/>
          </w:tcPr>
          <w:p w14:paraId="5D45DC1C" w14:textId="77777777" w:rsidR="00497B11" w:rsidRPr="00293828" w:rsidRDefault="00497B11" w:rsidP="00293828">
            <w:pPr>
              <w:rPr>
                <w:rFonts w:ascii="Times New Roman" w:hAnsi="Times New Roman" w:cs="Times New Roman"/>
                <w:szCs w:val="21"/>
              </w:rPr>
            </w:pPr>
          </w:p>
        </w:tc>
        <w:tc>
          <w:tcPr>
            <w:tcW w:w="1044" w:type="dxa"/>
            <w:vMerge/>
          </w:tcPr>
          <w:p w14:paraId="5C1A12E9" w14:textId="77777777" w:rsidR="00497B11" w:rsidRPr="00293828" w:rsidRDefault="00497B11" w:rsidP="00293828">
            <w:pPr>
              <w:rPr>
                <w:rFonts w:ascii="Times New Roman" w:hAnsi="Times New Roman" w:cs="Times New Roman"/>
                <w:szCs w:val="21"/>
              </w:rPr>
            </w:pPr>
          </w:p>
        </w:tc>
      </w:tr>
      <w:tr w:rsidR="00497B11" w:rsidRPr="00293828" w14:paraId="297EAE46" w14:textId="77777777" w:rsidTr="009D45BD">
        <w:tc>
          <w:tcPr>
            <w:tcW w:w="982" w:type="dxa"/>
            <w:vMerge/>
          </w:tcPr>
          <w:p w14:paraId="104DFCFB" w14:textId="77777777" w:rsidR="00497B11" w:rsidRPr="00293828" w:rsidRDefault="00497B11" w:rsidP="00293828">
            <w:pPr>
              <w:rPr>
                <w:rFonts w:ascii="Times New Roman" w:hAnsi="Times New Roman" w:cs="Times New Roman"/>
                <w:szCs w:val="21"/>
              </w:rPr>
            </w:pPr>
          </w:p>
        </w:tc>
        <w:tc>
          <w:tcPr>
            <w:tcW w:w="1125" w:type="dxa"/>
            <w:vAlign w:val="center"/>
          </w:tcPr>
          <w:p w14:paraId="1AEEE47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204-&gt;211</w:t>
            </w:r>
          </w:p>
        </w:tc>
        <w:tc>
          <w:tcPr>
            <w:tcW w:w="1044" w:type="dxa"/>
            <w:vAlign w:val="center"/>
          </w:tcPr>
          <w:p w14:paraId="59BF039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0.15844</w:t>
            </w:r>
          </w:p>
        </w:tc>
        <w:tc>
          <w:tcPr>
            <w:tcW w:w="1019" w:type="dxa"/>
            <w:vMerge/>
          </w:tcPr>
          <w:p w14:paraId="0FFA9733" w14:textId="77777777" w:rsidR="00497B11" w:rsidRPr="00293828" w:rsidRDefault="00497B11" w:rsidP="00293828">
            <w:pPr>
              <w:rPr>
                <w:rFonts w:ascii="Times New Roman" w:hAnsi="Times New Roman" w:cs="Times New Roman"/>
                <w:szCs w:val="21"/>
              </w:rPr>
            </w:pPr>
          </w:p>
        </w:tc>
        <w:tc>
          <w:tcPr>
            <w:tcW w:w="1019" w:type="dxa"/>
            <w:vMerge/>
          </w:tcPr>
          <w:p w14:paraId="1B8727FE" w14:textId="77777777" w:rsidR="00497B11" w:rsidRPr="00293828" w:rsidRDefault="00497B11" w:rsidP="00293828">
            <w:pPr>
              <w:rPr>
                <w:rFonts w:ascii="Times New Roman" w:hAnsi="Times New Roman" w:cs="Times New Roman"/>
                <w:szCs w:val="21"/>
              </w:rPr>
            </w:pPr>
          </w:p>
        </w:tc>
        <w:tc>
          <w:tcPr>
            <w:tcW w:w="1019" w:type="dxa"/>
            <w:vMerge/>
          </w:tcPr>
          <w:p w14:paraId="2B15F20C" w14:textId="77777777" w:rsidR="00497B11" w:rsidRPr="00293828" w:rsidRDefault="00497B11" w:rsidP="00293828">
            <w:pPr>
              <w:rPr>
                <w:rFonts w:ascii="Times New Roman" w:hAnsi="Times New Roman" w:cs="Times New Roman"/>
                <w:szCs w:val="21"/>
              </w:rPr>
            </w:pPr>
          </w:p>
        </w:tc>
        <w:tc>
          <w:tcPr>
            <w:tcW w:w="1044" w:type="dxa"/>
            <w:vMerge/>
          </w:tcPr>
          <w:p w14:paraId="03F387BC" w14:textId="77777777" w:rsidR="00497B11" w:rsidRPr="00293828" w:rsidRDefault="00497B11" w:rsidP="00293828">
            <w:pPr>
              <w:rPr>
                <w:rFonts w:ascii="Times New Roman" w:hAnsi="Times New Roman" w:cs="Times New Roman"/>
                <w:szCs w:val="21"/>
              </w:rPr>
            </w:pPr>
          </w:p>
        </w:tc>
        <w:tc>
          <w:tcPr>
            <w:tcW w:w="1044" w:type="dxa"/>
            <w:vMerge/>
          </w:tcPr>
          <w:p w14:paraId="30AAF4D0" w14:textId="77777777" w:rsidR="00497B11" w:rsidRPr="00293828" w:rsidRDefault="00497B11" w:rsidP="00293828">
            <w:pPr>
              <w:rPr>
                <w:rFonts w:ascii="Times New Roman" w:hAnsi="Times New Roman" w:cs="Times New Roman"/>
                <w:szCs w:val="21"/>
              </w:rPr>
            </w:pPr>
          </w:p>
        </w:tc>
      </w:tr>
      <w:tr w:rsidR="00497B11" w:rsidRPr="00293828" w14:paraId="7A31AD90" w14:textId="77777777" w:rsidTr="009D45BD">
        <w:tc>
          <w:tcPr>
            <w:tcW w:w="982" w:type="dxa"/>
            <w:vMerge/>
          </w:tcPr>
          <w:p w14:paraId="7BF07DAE" w14:textId="77777777" w:rsidR="00497B11" w:rsidRPr="00293828" w:rsidRDefault="00497B11" w:rsidP="00293828">
            <w:pPr>
              <w:rPr>
                <w:rFonts w:ascii="Times New Roman" w:hAnsi="Times New Roman" w:cs="Times New Roman"/>
                <w:szCs w:val="21"/>
              </w:rPr>
            </w:pPr>
          </w:p>
        </w:tc>
        <w:tc>
          <w:tcPr>
            <w:tcW w:w="1125" w:type="dxa"/>
            <w:vAlign w:val="center"/>
          </w:tcPr>
          <w:p w14:paraId="54127CA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204-&gt;216</w:t>
            </w:r>
          </w:p>
        </w:tc>
        <w:tc>
          <w:tcPr>
            <w:tcW w:w="1044" w:type="dxa"/>
            <w:vAlign w:val="center"/>
          </w:tcPr>
          <w:p w14:paraId="64445FF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-0.25215</w:t>
            </w:r>
          </w:p>
        </w:tc>
        <w:tc>
          <w:tcPr>
            <w:tcW w:w="1019" w:type="dxa"/>
            <w:vMerge/>
          </w:tcPr>
          <w:p w14:paraId="2E217B84" w14:textId="77777777" w:rsidR="00497B11" w:rsidRPr="00293828" w:rsidRDefault="00497B11" w:rsidP="00293828">
            <w:pPr>
              <w:rPr>
                <w:rFonts w:ascii="Times New Roman" w:hAnsi="Times New Roman" w:cs="Times New Roman"/>
                <w:szCs w:val="21"/>
              </w:rPr>
            </w:pPr>
          </w:p>
        </w:tc>
        <w:tc>
          <w:tcPr>
            <w:tcW w:w="1019" w:type="dxa"/>
            <w:vMerge/>
          </w:tcPr>
          <w:p w14:paraId="558C3E0F" w14:textId="77777777" w:rsidR="00497B11" w:rsidRPr="00293828" w:rsidRDefault="00497B11" w:rsidP="00293828">
            <w:pPr>
              <w:rPr>
                <w:rFonts w:ascii="Times New Roman" w:hAnsi="Times New Roman" w:cs="Times New Roman"/>
                <w:szCs w:val="21"/>
              </w:rPr>
            </w:pPr>
          </w:p>
        </w:tc>
        <w:tc>
          <w:tcPr>
            <w:tcW w:w="1019" w:type="dxa"/>
            <w:vMerge/>
          </w:tcPr>
          <w:p w14:paraId="0035ADC1" w14:textId="77777777" w:rsidR="00497B11" w:rsidRPr="00293828" w:rsidRDefault="00497B11" w:rsidP="00293828">
            <w:pPr>
              <w:rPr>
                <w:rFonts w:ascii="Times New Roman" w:hAnsi="Times New Roman" w:cs="Times New Roman"/>
                <w:szCs w:val="21"/>
              </w:rPr>
            </w:pPr>
          </w:p>
        </w:tc>
        <w:tc>
          <w:tcPr>
            <w:tcW w:w="1044" w:type="dxa"/>
            <w:vMerge/>
          </w:tcPr>
          <w:p w14:paraId="26577299" w14:textId="77777777" w:rsidR="00497B11" w:rsidRPr="00293828" w:rsidRDefault="00497B11" w:rsidP="00293828">
            <w:pPr>
              <w:rPr>
                <w:rFonts w:ascii="Times New Roman" w:hAnsi="Times New Roman" w:cs="Times New Roman"/>
                <w:szCs w:val="21"/>
              </w:rPr>
            </w:pPr>
          </w:p>
        </w:tc>
        <w:tc>
          <w:tcPr>
            <w:tcW w:w="1044" w:type="dxa"/>
            <w:vMerge/>
          </w:tcPr>
          <w:p w14:paraId="03D414E1" w14:textId="77777777" w:rsidR="00497B11" w:rsidRPr="00293828" w:rsidRDefault="00497B11" w:rsidP="00293828">
            <w:pPr>
              <w:rPr>
                <w:rFonts w:ascii="Times New Roman" w:hAnsi="Times New Roman" w:cs="Times New Roman"/>
                <w:szCs w:val="21"/>
              </w:rPr>
            </w:pPr>
          </w:p>
        </w:tc>
      </w:tr>
      <w:tr w:rsidR="00497B11" w:rsidRPr="00293828" w14:paraId="7322F812" w14:textId="77777777" w:rsidTr="009D45BD">
        <w:tc>
          <w:tcPr>
            <w:tcW w:w="982" w:type="dxa"/>
            <w:vMerge w:val="restart"/>
            <w:vAlign w:val="center"/>
          </w:tcPr>
          <w:p w14:paraId="5EDC657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26</w:t>
            </w:r>
          </w:p>
        </w:tc>
        <w:tc>
          <w:tcPr>
            <w:tcW w:w="1125" w:type="dxa"/>
            <w:vAlign w:val="center"/>
          </w:tcPr>
          <w:p w14:paraId="482EA07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204-&gt;209</w:t>
            </w:r>
          </w:p>
        </w:tc>
        <w:tc>
          <w:tcPr>
            <w:tcW w:w="1044" w:type="dxa"/>
            <w:vAlign w:val="center"/>
          </w:tcPr>
          <w:p w14:paraId="3FCEBB3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0.26868</w:t>
            </w:r>
          </w:p>
        </w:tc>
        <w:tc>
          <w:tcPr>
            <w:tcW w:w="1019" w:type="dxa"/>
            <w:vMerge w:val="restart"/>
            <w:vAlign w:val="center"/>
          </w:tcPr>
          <w:p w14:paraId="78F0F97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7.4036</w:t>
            </w:r>
          </w:p>
        </w:tc>
        <w:tc>
          <w:tcPr>
            <w:tcW w:w="1019" w:type="dxa"/>
            <w:vMerge w:val="restart"/>
            <w:vAlign w:val="center"/>
          </w:tcPr>
          <w:p w14:paraId="4F9FCEF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167.46</w:t>
            </w:r>
          </w:p>
        </w:tc>
        <w:tc>
          <w:tcPr>
            <w:tcW w:w="1019" w:type="dxa"/>
            <w:vMerge w:val="restart"/>
            <w:vAlign w:val="center"/>
          </w:tcPr>
          <w:p w14:paraId="40D4513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0.0508</w:t>
            </w:r>
          </w:p>
        </w:tc>
        <w:tc>
          <w:tcPr>
            <w:tcW w:w="1044" w:type="dxa"/>
            <w:vMerge w:val="restart"/>
            <w:vAlign w:val="center"/>
          </w:tcPr>
          <w:p w14:paraId="2C3CA99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10.2122</w:t>
            </w:r>
          </w:p>
        </w:tc>
        <w:tc>
          <w:tcPr>
            <w:tcW w:w="1044" w:type="dxa"/>
            <w:vMerge w:val="restart"/>
            <w:vAlign w:val="center"/>
          </w:tcPr>
          <w:p w14:paraId="2E439E7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9.8747</w:t>
            </w:r>
          </w:p>
        </w:tc>
      </w:tr>
      <w:tr w:rsidR="00497B11" w:rsidRPr="00293828" w14:paraId="3C63934B" w14:textId="77777777" w:rsidTr="009D45BD">
        <w:tc>
          <w:tcPr>
            <w:tcW w:w="982" w:type="dxa"/>
            <w:vMerge/>
          </w:tcPr>
          <w:p w14:paraId="1F93B743" w14:textId="77777777" w:rsidR="00497B11" w:rsidRPr="00293828" w:rsidRDefault="00497B11" w:rsidP="00293828">
            <w:pPr>
              <w:rPr>
                <w:rFonts w:ascii="Times New Roman" w:hAnsi="Times New Roman" w:cs="Times New Roman"/>
                <w:szCs w:val="21"/>
              </w:rPr>
            </w:pPr>
          </w:p>
        </w:tc>
        <w:tc>
          <w:tcPr>
            <w:tcW w:w="1125" w:type="dxa"/>
            <w:vAlign w:val="center"/>
          </w:tcPr>
          <w:p w14:paraId="00EA4E6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204-&gt;210</w:t>
            </w:r>
          </w:p>
        </w:tc>
        <w:tc>
          <w:tcPr>
            <w:tcW w:w="1044" w:type="dxa"/>
            <w:vAlign w:val="center"/>
          </w:tcPr>
          <w:p w14:paraId="37CE565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0.22931</w:t>
            </w:r>
          </w:p>
        </w:tc>
        <w:tc>
          <w:tcPr>
            <w:tcW w:w="1019" w:type="dxa"/>
            <w:vMerge/>
          </w:tcPr>
          <w:p w14:paraId="01D3967D" w14:textId="77777777" w:rsidR="00497B11" w:rsidRPr="00293828" w:rsidRDefault="00497B11" w:rsidP="00293828">
            <w:pPr>
              <w:rPr>
                <w:rFonts w:ascii="Times New Roman" w:hAnsi="Times New Roman" w:cs="Times New Roman"/>
                <w:szCs w:val="21"/>
              </w:rPr>
            </w:pPr>
          </w:p>
        </w:tc>
        <w:tc>
          <w:tcPr>
            <w:tcW w:w="1019" w:type="dxa"/>
            <w:vMerge/>
          </w:tcPr>
          <w:p w14:paraId="2D40E58B" w14:textId="77777777" w:rsidR="00497B11" w:rsidRPr="00293828" w:rsidRDefault="00497B11" w:rsidP="00293828">
            <w:pPr>
              <w:rPr>
                <w:rFonts w:ascii="Times New Roman" w:hAnsi="Times New Roman" w:cs="Times New Roman"/>
                <w:szCs w:val="21"/>
              </w:rPr>
            </w:pPr>
          </w:p>
        </w:tc>
        <w:tc>
          <w:tcPr>
            <w:tcW w:w="1019" w:type="dxa"/>
            <w:vMerge/>
          </w:tcPr>
          <w:p w14:paraId="2DB2DED0" w14:textId="77777777" w:rsidR="00497B11" w:rsidRPr="00293828" w:rsidRDefault="00497B11" w:rsidP="00293828">
            <w:pPr>
              <w:rPr>
                <w:rFonts w:ascii="Times New Roman" w:hAnsi="Times New Roman" w:cs="Times New Roman"/>
                <w:szCs w:val="21"/>
              </w:rPr>
            </w:pPr>
          </w:p>
        </w:tc>
        <w:tc>
          <w:tcPr>
            <w:tcW w:w="1044" w:type="dxa"/>
            <w:vMerge/>
          </w:tcPr>
          <w:p w14:paraId="421AAFD3" w14:textId="77777777" w:rsidR="00497B11" w:rsidRPr="00293828" w:rsidRDefault="00497B11" w:rsidP="00293828">
            <w:pPr>
              <w:rPr>
                <w:rFonts w:ascii="Times New Roman" w:hAnsi="Times New Roman" w:cs="Times New Roman"/>
                <w:szCs w:val="21"/>
              </w:rPr>
            </w:pPr>
          </w:p>
        </w:tc>
        <w:tc>
          <w:tcPr>
            <w:tcW w:w="1044" w:type="dxa"/>
            <w:vMerge/>
          </w:tcPr>
          <w:p w14:paraId="14D7F876" w14:textId="77777777" w:rsidR="00497B11" w:rsidRPr="00293828" w:rsidRDefault="00497B11" w:rsidP="00293828">
            <w:pPr>
              <w:rPr>
                <w:rFonts w:ascii="Times New Roman" w:hAnsi="Times New Roman" w:cs="Times New Roman"/>
                <w:szCs w:val="21"/>
              </w:rPr>
            </w:pPr>
          </w:p>
        </w:tc>
      </w:tr>
      <w:tr w:rsidR="00497B11" w:rsidRPr="00293828" w14:paraId="7E2E331F" w14:textId="77777777" w:rsidTr="009D45BD">
        <w:tc>
          <w:tcPr>
            <w:tcW w:w="982" w:type="dxa"/>
            <w:vMerge/>
          </w:tcPr>
          <w:p w14:paraId="53168893" w14:textId="77777777" w:rsidR="00497B11" w:rsidRPr="00293828" w:rsidRDefault="00497B11" w:rsidP="00293828">
            <w:pPr>
              <w:rPr>
                <w:rFonts w:ascii="Times New Roman" w:hAnsi="Times New Roman" w:cs="Times New Roman"/>
                <w:szCs w:val="21"/>
              </w:rPr>
            </w:pPr>
          </w:p>
        </w:tc>
        <w:tc>
          <w:tcPr>
            <w:tcW w:w="1125" w:type="dxa"/>
            <w:vAlign w:val="center"/>
          </w:tcPr>
          <w:p w14:paraId="2282518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204-&gt;212</w:t>
            </w:r>
          </w:p>
        </w:tc>
        <w:tc>
          <w:tcPr>
            <w:tcW w:w="1044" w:type="dxa"/>
            <w:vAlign w:val="center"/>
          </w:tcPr>
          <w:p w14:paraId="7C7FB2D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0.20114</w:t>
            </w:r>
          </w:p>
        </w:tc>
        <w:tc>
          <w:tcPr>
            <w:tcW w:w="1019" w:type="dxa"/>
            <w:vMerge/>
          </w:tcPr>
          <w:p w14:paraId="49FCBE6B" w14:textId="77777777" w:rsidR="00497B11" w:rsidRPr="00293828" w:rsidRDefault="00497B11" w:rsidP="00293828">
            <w:pPr>
              <w:rPr>
                <w:rFonts w:ascii="Times New Roman" w:hAnsi="Times New Roman" w:cs="Times New Roman"/>
                <w:szCs w:val="21"/>
              </w:rPr>
            </w:pPr>
          </w:p>
        </w:tc>
        <w:tc>
          <w:tcPr>
            <w:tcW w:w="1019" w:type="dxa"/>
            <w:vMerge/>
          </w:tcPr>
          <w:p w14:paraId="0021E053" w14:textId="77777777" w:rsidR="00497B11" w:rsidRPr="00293828" w:rsidRDefault="00497B11" w:rsidP="00293828">
            <w:pPr>
              <w:rPr>
                <w:rFonts w:ascii="Times New Roman" w:hAnsi="Times New Roman" w:cs="Times New Roman"/>
                <w:szCs w:val="21"/>
              </w:rPr>
            </w:pPr>
          </w:p>
        </w:tc>
        <w:tc>
          <w:tcPr>
            <w:tcW w:w="1019" w:type="dxa"/>
            <w:vMerge/>
          </w:tcPr>
          <w:p w14:paraId="2EA76E46" w14:textId="77777777" w:rsidR="00497B11" w:rsidRPr="00293828" w:rsidRDefault="00497B11" w:rsidP="00293828">
            <w:pPr>
              <w:rPr>
                <w:rFonts w:ascii="Times New Roman" w:hAnsi="Times New Roman" w:cs="Times New Roman"/>
                <w:szCs w:val="21"/>
              </w:rPr>
            </w:pPr>
          </w:p>
        </w:tc>
        <w:tc>
          <w:tcPr>
            <w:tcW w:w="1044" w:type="dxa"/>
            <w:vMerge/>
          </w:tcPr>
          <w:p w14:paraId="683E4E04" w14:textId="77777777" w:rsidR="00497B11" w:rsidRPr="00293828" w:rsidRDefault="00497B11" w:rsidP="00293828">
            <w:pPr>
              <w:rPr>
                <w:rFonts w:ascii="Times New Roman" w:hAnsi="Times New Roman" w:cs="Times New Roman"/>
                <w:szCs w:val="21"/>
              </w:rPr>
            </w:pPr>
          </w:p>
        </w:tc>
        <w:tc>
          <w:tcPr>
            <w:tcW w:w="1044" w:type="dxa"/>
            <w:vMerge/>
          </w:tcPr>
          <w:p w14:paraId="3943EED5" w14:textId="77777777" w:rsidR="00497B11" w:rsidRPr="00293828" w:rsidRDefault="00497B11" w:rsidP="00293828">
            <w:pPr>
              <w:rPr>
                <w:rFonts w:ascii="Times New Roman" w:hAnsi="Times New Roman" w:cs="Times New Roman"/>
                <w:szCs w:val="21"/>
              </w:rPr>
            </w:pPr>
          </w:p>
        </w:tc>
      </w:tr>
      <w:tr w:rsidR="00497B11" w:rsidRPr="00293828" w14:paraId="27486CE4" w14:textId="77777777" w:rsidTr="009D45BD">
        <w:tc>
          <w:tcPr>
            <w:tcW w:w="982" w:type="dxa"/>
            <w:vMerge w:val="restart"/>
            <w:vAlign w:val="center"/>
          </w:tcPr>
          <w:p w14:paraId="4D6C32F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27</w:t>
            </w:r>
          </w:p>
        </w:tc>
        <w:tc>
          <w:tcPr>
            <w:tcW w:w="1125" w:type="dxa"/>
            <w:vAlign w:val="center"/>
          </w:tcPr>
          <w:p w14:paraId="4AECB7C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180-&gt;206</w:t>
            </w:r>
          </w:p>
        </w:tc>
        <w:tc>
          <w:tcPr>
            <w:tcW w:w="1044" w:type="dxa"/>
            <w:vAlign w:val="center"/>
          </w:tcPr>
          <w:p w14:paraId="76540D8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0.16138</w:t>
            </w:r>
          </w:p>
        </w:tc>
        <w:tc>
          <w:tcPr>
            <w:tcW w:w="1019" w:type="dxa"/>
            <w:vMerge w:val="restart"/>
            <w:vAlign w:val="center"/>
          </w:tcPr>
          <w:p w14:paraId="119827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7.4113</w:t>
            </w:r>
          </w:p>
        </w:tc>
        <w:tc>
          <w:tcPr>
            <w:tcW w:w="1019" w:type="dxa"/>
            <w:vMerge w:val="restart"/>
            <w:vAlign w:val="center"/>
          </w:tcPr>
          <w:p w14:paraId="152A4E7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167.29</w:t>
            </w:r>
          </w:p>
        </w:tc>
        <w:tc>
          <w:tcPr>
            <w:tcW w:w="1019" w:type="dxa"/>
            <w:vMerge w:val="restart"/>
            <w:vAlign w:val="center"/>
          </w:tcPr>
          <w:p w14:paraId="130FCEA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0.0040</w:t>
            </w:r>
          </w:p>
        </w:tc>
        <w:tc>
          <w:tcPr>
            <w:tcW w:w="1044" w:type="dxa"/>
            <w:vMerge w:val="restart"/>
            <w:vAlign w:val="center"/>
          </w:tcPr>
          <w:p w14:paraId="60774D0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-12.303</w:t>
            </w:r>
          </w:p>
        </w:tc>
        <w:tc>
          <w:tcPr>
            <w:tcW w:w="1044" w:type="dxa"/>
            <w:vMerge w:val="restart"/>
            <w:vAlign w:val="center"/>
          </w:tcPr>
          <w:p w14:paraId="5BD220F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-12.2611</w:t>
            </w:r>
          </w:p>
        </w:tc>
      </w:tr>
      <w:tr w:rsidR="00497B11" w:rsidRPr="00293828" w14:paraId="4E5152CB" w14:textId="77777777" w:rsidTr="009D45BD">
        <w:tc>
          <w:tcPr>
            <w:tcW w:w="982" w:type="dxa"/>
            <w:vMerge/>
          </w:tcPr>
          <w:p w14:paraId="20863EA5" w14:textId="77777777" w:rsidR="00497B11" w:rsidRPr="00293828" w:rsidRDefault="00497B11" w:rsidP="00293828">
            <w:pPr>
              <w:rPr>
                <w:rFonts w:ascii="Times New Roman" w:hAnsi="Times New Roman" w:cs="Times New Roman"/>
                <w:szCs w:val="21"/>
              </w:rPr>
            </w:pPr>
          </w:p>
        </w:tc>
        <w:tc>
          <w:tcPr>
            <w:tcW w:w="1125" w:type="dxa"/>
            <w:vAlign w:val="center"/>
          </w:tcPr>
          <w:p w14:paraId="591E15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187-&gt;206</w:t>
            </w:r>
          </w:p>
        </w:tc>
        <w:tc>
          <w:tcPr>
            <w:tcW w:w="1044" w:type="dxa"/>
            <w:vAlign w:val="center"/>
          </w:tcPr>
          <w:p w14:paraId="7223671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0.28672</w:t>
            </w:r>
          </w:p>
        </w:tc>
        <w:tc>
          <w:tcPr>
            <w:tcW w:w="1019" w:type="dxa"/>
            <w:vMerge/>
          </w:tcPr>
          <w:p w14:paraId="5336A177" w14:textId="77777777" w:rsidR="00497B11" w:rsidRPr="00293828" w:rsidRDefault="00497B11" w:rsidP="00293828">
            <w:pPr>
              <w:rPr>
                <w:rFonts w:ascii="Times New Roman" w:hAnsi="Times New Roman" w:cs="Times New Roman"/>
                <w:szCs w:val="21"/>
              </w:rPr>
            </w:pPr>
          </w:p>
        </w:tc>
        <w:tc>
          <w:tcPr>
            <w:tcW w:w="1019" w:type="dxa"/>
            <w:vMerge/>
          </w:tcPr>
          <w:p w14:paraId="71DD306A" w14:textId="77777777" w:rsidR="00497B11" w:rsidRPr="00293828" w:rsidRDefault="00497B11" w:rsidP="00293828">
            <w:pPr>
              <w:rPr>
                <w:rFonts w:ascii="Times New Roman" w:hAnsi="Times New Roman" w:cs="Times New Roman"/>
                <w:szCs w:val="21"/>
              </w:rPr>
            </w:pPr>
          </w:p>
        </w:tc>
        <w:tc>
          <w:tcPr>
            <w:tcW w:w="1019" w:type="dxa"/>
            <w:vMerge/>
          </w:tcPr>
          <w:p w14:paraId="4D9738B6" w14:textId="77777777" w:rsidR="00497B11" w:rsidRPr="00293828" w:rsidRDefault="00497B11" w:rsidP="00293828">
            <w:pPr>
              <w:rPr>
                <w:rFonts w:ascii="Times New Roman" w:hAnsi="Times New Roman" w:cs="Times New Roman"/>
                <w:szCs w:val="21"/>
              </w:rPr>
            </w:pPr>
          </w:p>
        </w:tc>
        <w:tc>
          <w:tcPr>
            <w:tcW w:w="1044" w:type="dxa"/>
            <w:vMerge/>
          </w:tcPr>
          <w:p w14:paraId="3D676EAA" w14:textId="77777777" w:rsidR="00497B11" w:rsidRPr="00293828" w:rsidRDefault="00497B11" w:rsidP="00293828">
            <w:pPr>
              <w:rPr>
                <w:rFonts w:ascii="Times New Roman" w:hAnsi="Times New Roman" w:cs="Times New Roman"/>
                <w:szCs w:val="21"/>
              </w:rPr>
            </w:pPr>
          </w:p>
        </w:tc>
        <w:tc>
          <w:tcPr>
            <w:tcW w:w="1044" w:type="dxa"/>
            <w:vMerge/>
          </w:tcPr>
          <w:p w14:paraId="440D53B6" w14:textId="77777777" w:rsidR="00497B11" w:rsidRPr="00293828" w:rsidRDefault="00497B11" w:rsidP="00293828">
            <w:pPr>
              <w:rPr>
                <w:rFonts w:ascii="Times New Roman" w:hAnsi="Times New Roman" w:cs="Times New Roman"/>
                <w:szCs w:val="21"/>
              </w:rPr>
            </w:pPr>
          </w:p>
        </w:tc>
      </w:tr>
      <w:tr w:rsidR="00497B11" w:rsidRPr="00293828" w14:paraId="20E4652A" w14:textId="77777777" w:rsidTr="009D45BD">
        <w:tc>
          <w:tcPr>
            <w:tcW w:w="982" w:type="dxa"/>
            <w:vMerge/>
          </w:tcPr>
          <w:p w14:paraId="20E2223F" w14:textId="77777777" w:rsidR="00497B11" w:rsidRPr="00293828" w:rsidRDefault="00497B11" w:rsidP="00293828">
            <w:pPr>
              <w:rPr>
                <w:rFonts w:ascii="Times New Roman" w:hAnsi="Times New Roman" w:cs="Times New Roman"/>
                <w:szCs w:val="21"/>
              </w:rPr>
            </w:pPr>
          </w:p>
        </w:tc>
        <w:tc>
          <w:tcPr>
            <w:tcW w:w="1125" w:type="dxa"/>
            <w:vAlign w:val="center"/>
          </w:tcPr>
          <w:p w14:paraId="1E487EF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193-&gt;206</w:t>
            </w:r>
          </w:p>
        </w:tc>
        <w:tc>
          <w:tcPr>
            <w:tcW w:w="1044" w:type="dxa"/>
            <w:vAlign w:val="center"/>
          </w:tcPr>
          <w:p w14:paraId="5E3B866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0.16149</w:t>
            </w:r>
          </w:p>
        </w:tc>
        <w:tc>
          <w:tcPr>
            <w:tcW w:w="1019" w:type="dxa"/>
            <w:vMerge/>
          </w:tcPr>
          <w:p w14:paraId="2CA0BC05" w14:textId="77777777" w:rsidR="00497B11" w:rsidRPr="00293828" w:rsidRDefault="00497B11" w:rsidP="00293828">
            <w:pPr>
              <w:rPr>
                <w:rFonts w:ascii="Times New Roman" w:hAnsi="Times New Roman" w:cs="Times New Roman"/>
                <w:szCs w:val="21"/>
              </w:rPr>
            </w:pPr>
          </w:p>
        </w:tc>
        <w:tc>
          <w:tcPr>
            <w:tcW w:w="1019" w:type="dxa"/>
            <w:vMerge/>
          </w:tcPr>
          <w:p w14:paraId="2D59DD0A" w14:textId="77777777" w:rsidR="00497B11" w:rsidRPr="00293828" w:rsidRDefault="00497B11" w:rsidP="00293828">
            <w:pPr>
              <w:rPr>
                <w:rFonts w:ascii="Times New Roman" w:hAnsi="Times New Roman" w:cs="Times New Roman"/>
                <w:szCs w:val="21"/>
              </w:rPr>
            </w:pPr>
          </w:p>
        </w:tc>
        <w:tc>
          <w:tcPr>
            <w:tcW w:w="1019" w:type="dxa"/>
            <w:vMerge/>
          </w:tcPr>
          <w:p w14:paraId="6B819E93" w14:textId="77777777" w:rsidR="00497B11" w:rsidRPr="00293828" w:rsidRDefault="00497B11" w:rsidP="00293828">
            <w:pPr>
              <w:rPr>
                <w:rFonts w:ascii="Times New Roman" w:hAnsi="Times New Roman" w:cs="Times New Roman"/>
                <w:szCs w:val="21"/>
              </w:rPr>
            </w:pPr>
          </w:p>
        </w:tc>
        <w:tc>
          <w:tcPr>
            <w:tcW w:w="1044" w:type="dxa"/>
            <w:vMerge/>
          </w:tcPr>
          <w:p w14:paraId="66AD545A" w14:textId="77777777" w:rsidR="00497B11" w:rsidRPr="00293828" w:rsidRDefault="00497B11" w:rsidP="00293828">
            <w:pPr>
              <w:rPr>
                <w:rFonts w:ascii="Times New Roman" w:hAnsi="Times New Roman" w:cs="Times New Roman"/>
                <w:szCs w:val="21"/>
              </w:rPr>
            </w:pPr>
          </w:p>
        </w:tc>
        <w:tc>
          <w:tcPr>
            <w:tcW w:w="1044" w:type="dxa"/>
            <w:vMerge/>
          </w:tcPr>
          <w:p w14:paraId="2289F0B7" w14:textId="77777777" w:rsidR="00497B11" w:rsidRPr="00293828" w:rsidRDefault="00497B11" w:rsidP="00293828">
            <w:pPr>
              <w:rPr>
                <w:rFonts w:ascii="Times New Roman" w:hAnsi="Times New Roman" w:cs="Times New Roman"/>
                <w:szCs w:val="21"/>
              </w:rPr>
            </w:pPr>
          </w:p>
        </w:tc>
      </w:tr>
      <w:tr w:rsidR="00497B11" w:rsidRPr="00293828" w14:paraId="6554E1D8" w14:textId="77777777" w:rsidTr="009D45BD">
        <w:tc>
          <w:tcPr>
            <w:tcW w:w="982" w:type="dxa"/>
            <w:vMerge w:val="restart"/>
            <w:vAlign w:val="center"/>
          </w:tcPr>
          <w:p w14:paraId="7509B71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lastRenderedPageBreak/>
              <w:t>28</w:t>
            </w:r>
          </w:p>
        </w:tc>
        <w:tc>
          <w:tcPr>
            <w:tcW w:w="1125" w:type="dxa"/>
            <w:vAlign w:val="center"/>
          </w:tcPr>
          <w:p w14:paraId="10C1444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185-&gt;206</w:t>
            </w:r>
          </w:p>
        </w:tc>
        <w:tc>
          <w:tcPr>
            <w:tcW w:w="1044" w:type="dxa"/>
            <w:vAlign w:val="center"/>
          </w:tcPr>
          <w:p w14:paraId="6165DCC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0.1823</w:t>
            </w:r>
          </w:p>
        </w:tc>
        <w:tc>
          <w:tcPr>
            <w:tcW w:w="1019" w:type="dxa"/>
            <w:vMerge w:val="restart"/>
            <w:vAlign w:val="center"/>
          </w:tcPr>
          <w:p w14:paraId="1BD33E2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7.4325</w:t>
            </w:r>
          </w:p>
        </w:tc>
        <w:tc>
          <w:tcPr>
            <w:tcW w:w="1019" w:type="dxa"/>
            <w:vMerge w:val="restart"/>
            <w:vAlign w:val="center"/>
          </w:tcPr>
          <w:p w14:paraId="1203DD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166.81</w:t>
            </w:r>
          </w:p>
        </w:tc>
        <w:tc>
          <w:tcPr>
            <w:tcW w:w="1019" w:type="dxa"/>
            <w:vMerge w:val="restart"/>
            <w:vAlign w:val="center"/>
          </w:tcPr>
          <w:p w14:paraId="394F52E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0.0172</w:t>
            </w:r>
          </w:p>
        </w:tc>
        <w:tc>
          <w:tcPr>
            <w:tcW w:w="1044" w:type="dxa"/>
            <w:vMerge w:val="restart"/>
            <w:vAlign w:val="center"/>
          </w:tcPr>
          <w:p w14:paraId="332B80B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3.1031</w:t>
            </w:r>
          </w:p>
        </w:tc>
        <w:tc>
          <w:tcPr>
            <w:tcW w:w="1044" w:type="dxa"/>
            <w:vMerge w:val="restart"/>
            <w:vAlign w:val="center"/>
          </w:tcPr>
          <w:p w14:paraId="26F6CE4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4.3055</w:t>
            </w:r>
          </w:p>
        </w:tc>
      </w:tr>
      <w:tr w:rsidR="00497B11" w:rsidRPr="00293828" w14:paraId="7903592E" w14:textId="77777777" w:rsidTr="009D45BD">
        <w:tc>
          <w:tcPr>
            <w:tcW w:w="982" w:type="dxa"/>
            <w:vMerge/>
          </w:tcPr>
          <w:p w14:paraId="04690A11" w14:textId="77777777" w:rsidR="00497B11" w:rsidRPr="00293828" w:rsidRDefault="00497B11" w:rsidP="00293828">
            <w:pPr>
              <w:rPr>
                <w:rFonts w:ascii="Times New Roman" w:hAnsi="Times New Roman" w:cs="Times New Roman"/>
                <w:szCs w:val="21"/>
              </w:rPr>
            </w:pPr>
          </w:p>
        </w:tc>
        <w:tc>
          <w:tcPr>
            <w:tcW w:w="1125" w:type="dxa"/>
            <w:vAlign w:val="center"/>
          </w:tcPr>
          <w:p w14:paraId="4CB3E58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201-&gt;208</w:t>
            </w:r>
          </w:p>
        </w:tc>
        <w:tc>
          <w:tcPr>
            <w:tcW w:w="1044" w:type="dxa"/>
            <w:vAlign w:val="center"/>
          </w:tcPr>
          <w:p w14:paraId="2C7A0E9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-0.16156</w:t>
            </w:r>
          </w:p>
        </w:tc>
        <w:tc>
          <w:tcPr>
            <w:tcW w:w="1019" w:type="dxa"/>
            <w:vMerge/>
          </w:tcPr>
          <w:p w14:paraId="618F864F" w14:textId="77777777" w:rsidR="00497B11" w:rsidRPr="00293828" w:rsidRDefault="00497B11" w:rsidP="00293828">
            <w:pPr>
              <w:rPr>
                <w:rFonts w:ascii="Times New Roman" w:hAnsi="Times New Roman" w:cs="Times New Roman"/>
                <w:szCs w:val="21"/>
              </w:rPr>
            </w:pPr>
          </w:p>
        </w:tc>
        <w:tc>
          <w:tcPr>
            <w:tcW w:w="1019" w:type="dxa"/>
            <w:vMerge/>
          </w:tcPr>
          <w:p w14:paraId="5A206668" w14:textId="77777777" w:rsidR="00497B11" w:rsidRPr="00293828" w:rsidRDefault="00497B11" w:rsidP="00293828">
            <w:pPr>
              <w:rPr>
                <w:rFonts w:ascii="Times New Roman" w:hAnsi="Times New Roman" w:cs="Times New Roman"/>
                <w:szCs w:val="21"/>
              </w:rPr>
            </w:pPr>
          </w:p>
        </w:tc>
        <w:tc>
          <w:tcPr>
            <w:tcW w:w="1019" w:type="dxa"/>
            <w:vMerge/>
          </w:tcPr>
          <w:p w14:paraId="2805783A" w14:textId="77777777" w:rsidR="00497B11" w:rsidRPr="00293828" w:rsidRDefault="00497B11" w:rsidP="00293828">
            <w:pPr>
              <w:rPr>
                <w:rFonts w:ascii="Times New Roman" w:hAnsi="Times New Roman" w:cs="Times New Roman"/>
                <w:szCs w:val="21"/>
              </w:rPr>
            </w:pPr>
          </w:p>
        </w:tc>
        <w:tc>
          <w:tcPr>
            <w:tcW w:w="1044" w:type="dxa"/>
            <w:vMerge/>
          </w:tcPr>
          <w:p w14:paraId="74E217BE" w14:textId="77777777" w:rsidR="00497B11" w:rsidRPr="00293828" w:rsidRDefault="00497B11" w:rsidP="00293828">
            <w:pPr>
              <w:rPr>
                <w:rFonts w:ascii="Times New Roman" w:hAnsi="Times New Roman" w:cs="Times New Roman"/>
                <w:szCs w:val="21"/>
              </w:rPr>
            </w:pPr>
          </w:p>
        </w:tc>
        <w:tc>
          <w:tcPr>
            <w:tcW w:w="1044" w:type="dxa"/>
            <w:vMerge/>
          </w:tcPr>
          <w:p w14:paraId="20B5C997" w14:textId="77777777" w:rsidR="00497B11" w:rsidRPr="00293828" w:rsidRDefault="00497B11" w:rsidP="00293828">
            <w:pPr>
              <w:rPr>
                <w:rFonts w:ascii="Times New Roman" w:hAnsi="Times New Roman" w:cs="Times New Roman"/>
                <w:szCs w:val="21"/>
              </w:rPr>
            </w:pPr>
          </w:p>
        </w:tc>
      </w:tr>
      <w:tr w:rsidR="00497B11" w:rsidRPr="00293828" w14:paraId="3D7AD23B" w14:textId="77777777" w:rsidTr="009D45BD">
        <w:tc>
          <w:tcPr>
            <w:tcW w:w="982" w:type="dxa"/>
            <w:vAlign w:val="center"/>
          </w:tcPr>
          <w:p w14:paraId="108123D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29</w:t>
            </w:r>
          </w:p>
        </w:tc>
        <w:tc>
          <w:tcPr>
            <w:tcW w:w="1125" w:type="dxa"/>
            <w:vAlign w:val="center"/>
          </w:tcPr>
          <w:p w14:paraId="45479DD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44" w:type="dxa"/>
            <w:vAlign w:val="center"/>
          </w:tcPr>
          <w:p w14:paraId="677EC1D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0.1795</w:t>
            </w:r>
          </w:p>
        </w:tc>
        <w:tc>
          <w:tcPr>
            <w:tcW w:w="1019" w:type="dxa"/>
            <w:vAlign w:val="center"/>
          </w:tcPr>
          <w:p w14:paraId="04DFC15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7.4752</w:t>
            </w:r>
          </w:p>
        </w:tc>
        <w:tc>
          <w:tcPr>
            <w:tcW w:w="1019" w:type="dxa"/>
            <w:vAlign w:val="center"/>
          </w:tcPr>
          <w:p w14:paraId="17098EE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165.86</w:t>
            </w:r>
          </w:p>
        </w:tc>
        <w:tc>
          <w:tcPr>
            <w:tcW w:w="1019" w:type="dxa"/>
            <w:vAlign w:val="center"/>
          </w:tcPr>
          <w:p w14:paraId="64BB513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0.0119</w:t>
            </w:r>
          </w:p>
        </w:tc>
        <w:tc>
          <w:tcPr>
            <w:tcW w:w="1044" w:type="dxa"/>
            <w:vAlign w:val="center"/>
          </w:tcPr>
          <w:p w14:paraId="0128628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-57.0486</w:t>
            </w:r>
          </w:p>
        </w:tc>
        <w:tc>
          <w:tcPr>
            <w:tcW w:w="1044" w:type="dxa"/>
            <w:vAlign w:val="center"/>
          </w:tcPr>
          <w:p w14:paraId="0558DF4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-56.7308</w:t>
            </w:r>
          </w:p>
        </w:tc>
      </w:tr>
      <w:tr w:rsidR="00497B11" w:rsidRPr="00293828" w14:paraId="12AAB5E2" w14:textId="77777777" w:rsidTr="009D45BD">
        <w:tc>
          <w:tcPr>
            <w:tcW w:w="982" w:type="dxa"/>
            <w:vMerge w:val="restart"/>
            <w:vAlign w:val="center"/>
          </w:tcPr>
          <w:p w14:paraId="2BDFF73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30</w:t>
            </w:r>
          </w:p>
        </w:tc>
        <w:tc>
          <w:tcPr>
            <w:tcW w:w="1125" w:type="dxa"/>
            <w:vAlign w:val="center"/>
          </w:tcPr>
          <w:p w14:paraId="4A1AA72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181-&gt;206</w:t>
            </w:r>
          </w:p>
        </w:tc>
        <w:tc>
          <w:tcPr>
            <w:tcW w:w="1044" w:type="dxa"/>
            <w:vAlign w:val="center"/>
          </w:tcPr>
          <w:p w14:paraId="7B8C792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0.19145</w:t>
            </w:r>
          </w:p>
        </w:tc>
        <w:tc>
          <w:tcPr>
            <w:tcW w:w="1019" w:type="dxa"/>
            <w:vMerge w:val="restart"/>
            <w:vAlign w:val="center"/>
          </w:tcPr>
          <w:p w14:paraId="570FFCF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7.4799</w:t>
            </w:r>
          </w:p>
        </w:tc>
        <w:tc>
          <w:tcPr>
            <w:tcW w:w="1019" w:type="dxa"/>
            <w:vMerge w:val="restart"/>
            <w:vAlign w:val="center"/>
          </w:tcPr>
          <w:p w14:paraId="1B698EF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165.76</w:t>
            </w:r>
          </w:p>
        </w:tc>
        <w:tc>
          <w:tcPr>
            <w:tcW w:w="1019" w:type="dxa"/>
            <w:vMerge w:val="restart"/>
            <w:vAlign w:val="center"/>
          </w:tcPr>
          <w:p w14:paraId="3B9F5D4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0.0256</w:t>
            </w:r>
          </w:p>
        </w:tc>
        <w:tc>
          <w:tcPr>
            <w:tcW w:w="1044" w:type="dxa"/>
            <w:vMerge w:val="restart"/>
            <w:vAlign w:val="center"/>
          </w:tcPr>
          <w:p w14:paraId="6BCA065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2.8176</w:t>
            </w:r>
          </w:p>
        </w:tc>
        <w:tc>
          <w:tcPr>
            <w:tcW w:w="1044" w:type="dxa"/>
            <w:vMerge w:val="restart"/>
            <w:vAlign w:val="center"/>
          </w:tcPr>
          <w:p w14:paraId="4062357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2.8579</w:t>
            </w:r>
          </w:p>
        </w:tc>
      </w:tr>
      <w:tr w:rsidR="00497B11" w:rsidRPr="00293828" w14:paraId="5C95E48C" w14:textId="77777777" w:rsidTr="009D45BD">
        <w:tc>
          <w:tcPr>
            <w:tcW w:w="982" w:type="dxa"/>
            <w:vMerge/>
          </w:tcPr>
          <w:p w14:paraId="3A105ECB" w14:textId="77777777" w:rsidR="00497B11" w:rsidRPr="00293828" w:rsidRDefault="00497B11" w:rsidP="00293828">
            <w:pPr>
              <w:rPr>
                <w:rFonts w:ascii="Times New Roman" w:hAnsi="Times New Roman" w:cs="Times New Roman"/>
                <w:szCs w:val="21"/>
              </w:rPr>
            </w:pPr>
          </w:p>
        </w:tc>
        <w:tc>
          <w:tcPr>
            <w:tcW w:w="1125" w:type="dxa"/>
            <w:vAlign w:val="center"/>
          </w:tcPr>
          <w:p w14:paraId="2111545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183-&gt;206</w:t>
            </w:r>
          </w:p>
        </w:tc>
        <w:tc>
          <w:tcPr>
            <w:tcW w:w="1044" w:type="dxa"/>
            <w:vAlign w:val="center"/>
          </w:tcPr>
          <w:p w14:paraId="30DE134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0.26391</w:t>
            </w:r>
          </w:p>
        </w:tc>
        <w:tc>
          <w:tcPr>
            <w:tcW w:w="1019" w:type="dxa"/>
            <w:vMerge/>
          </w:tcPr>
          <w:p w14:paraId="5295898A" w14:textId="77777777" w:rsidR="00497B11" w:rsidRPr="00293828" w:rsidRDefault="00497B11" w:rsidP="00293828">
            <w:pPr>
              <w:rPr>
                <w:rFonts w:ascii="Times New Roman" w:hAnsi="Times New Roman" w:cs="Times New Roman"/>
                <w:szCs w:val="21"/>
              </w:rPr>
            </w:pPr>
          </w:p>
        </w:tc>
        <w:tc>
          <w:tcPr>
            <w:tcW w:w="1019" w:type="dxa"/>
            <w:vMerge/>
          </w:tcPr>
          <w:p w14:paraId="4DCA66AC" w14:textId="77777777" w:rsidR="00497B11" w:rsidRPr="00293828" w:rsidRDefault="00497B11" w:rsidP="00293828">
            <w:pPr>
              <w:rPr>
                <w:rFonts w:ascii="Times New Roman" w:hAnsi="Times New Roman" w:cs="Times New Roman"/>
                <w:szCs w:val="21"/>
              </w:rPr>
            </w:pPr>
          </w:p>
        </w:tc>
        <w:tc>
          <w:tcPr>
            <w:tcW w:w="1019" w:type="dxa"/>
            <w:vMerge/>
          </w:tcPr>
          <w:p w14:paraId="68D1B1C5" w14:textId="77777777" w:rsidR="00497B11" w:rsidRPr="00293828" w:rsidRDefault="00497B11" w:rsidP="00293828">
            <w:pPr>
              <w:rPr>
                <w:rFonts w:ascii="Times New Roman" w:hAnsi="Times New Roman" w:cs="Times New Roman"/>
                <w:szCs w:val="21"/>
              </w:rPr>
            </w:pPr>
          </w:p>
        </w:tc>
        <w:tc>
          <w:tcPr>
            <w:tcW w:w="1044" w:type="dxa"/>
            <w:vMerge/>
          </w:tcPr>
          <w:p w14:paraId="4F9DB1E0" w14:textId="77777777" w:rsidR="00497B11" w:rsidRPr="00293828" w:rsidRDefault="00497B11" w:rsidP="00293828">
            <w:pPr>
              <w:rPr>
                <w:rFonts w:ascii="Times New Roman" w:hAnsi="Times New Roman" w:cs="Times New Roman"/>
                <w:szCs w:val="21"/>
              </w:rPr>
            </w:pPr>
          </w:p>
        </w:tc>
        <w:tc>
          <w:tcPr>
            <w:tcW w:w="1044" w:type="dxa"/>
            <w:vMerge/>
          </w:tcPr>
          <w:p w14:paraId="6FBDBA02" w14:textId="77777777" w:rsidR="00497B11" w:rsidRPr="00293828" w:rsidRDefault="00497B11" w:rsidP="00293828">
            <w:pPr>
              <w:rPr>
                <w:rFonts w:ascii="Times New Roman" w:hAnsi="Times New Roman" w:cs="Times New Roman"/>
                <w:szCs w:val="21"/>
              </w:rPr>
            </w:pPr>
          </w:p>
        </w:tc>
      </w:tr>
      <w:tr w:rsidR="00497B11" w:rsidRPr="00293828" w14:paraId="1BB2CCBA" w14:textId="77777777" w:rsidTr="009D45BD">
        <w:tc>
          <w:tcPr>
            <w:tcW w:w="982" w:type="dxa"/>
            <w:vMerge/>
          </w:tcPr>
          <w:p w14:paraId="7D6DB894" w14:textId="77777777" w:rsidR="00497B11" w:rsidRPr="00293828" w:rsidRDefault="00497B11" w:rsidP="00293828">
            <w:pPr>
              <w:rPr>
                <w:rFonts w:ascii="Times New Roman" w:hAnsi="Times New Roman" w:cs="Times New Roman"/>
                <w:szCs w:val="21"/>
              </w:rPr>
            </w:pPr>
          </w:p>
        </w:tc>
        <w:tc>
          <w:tcPr>
            <w:tcW w:w="1125" w:type="dxa"/>
            <w:vAlign w:val="center"/>
          </w:tcPr>
          <w:p w14:paraId="754F114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194-&gt;207</w:t>
            </w:r>
          </w:p>
        </w:tc>
        <w:tc>
          <w:tcPr>
            <w:tcW w:w="1044" w:type="dxa"/>
            <w:vAlign w:val="center"/>
          </w:tcPr>
          <w:p w14:paraId="7556D96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0.24883</w:t>
            </w:r>
          </w:p>
        </w:tc>
        <w:tc>
          <w:tcPr>
            <w:tcW w:w="1019" w:type="dxa"/>
            <w:vMerge/>
          </w:tcPr>
          <w:p w14:paraId="1FDE89E7" w14:textId="77777777" w:rsidR="00497B11" w:rsidRPr="00293828" w:rsidRDefault="00497B11" w:rsidP="00293828">
            <w:pPr>
              <w:rPr>
                <w:rFonts w:ascii="Times New Roman" w:hAnsi="Times New Roman" w:cs="Times New Roman"/>
                <w:szCs w:val="21"/>
              </w:rPr>
            </w:pPr>
          </w:p>
        </w:tc>
        <w:tc>
          <w:tcPr>
            <w:tcW w:w="1019" w:type="dxa"/>
            <w:vMerge/>
          </w:tcPr>
          <w:p w14:paraId="375D1BCA" w14:textId="77777777" w:rsidR="00497B11" w:rsidRPr="00293828" w:rsidRDefault="00497B11" w:rsidP="00293828">
            <w:pPr>
              <w:rPr>
                <w:rFonts w:ascii="Times New Roman" w:hAnsi="Times New Roman" w:cs="Times New Roman"/>
                <w:szCs w:val="21"/>
              </w:rPr>
            </w:pPr>
          </w:p>
        </w:tc>
        <w:tc>
          <w:tcPr>
            <w:tcW w:w="1019" w:type="dxa"/>
            <w:vMerge/>
          </w:tcPr>
          <w:p w14:paraId="09FFE90E" w14:textId="77777777" w:rsidR="00497B11" w:rsidRPr="00293828" w:rsidRDefault="00497B11" w:rsidP="00293828">
            <w:pPr>
              <w:rPr>
                <w:rFonts w:ascii="Times New Roman" w:hAnsi="Times New Roman" w:cs="Times New Roman"/>
                <w:szCs w:val="21"/>
              </w:rPr>
            </w:pPr>
          </w:p>
        </w:tc>
        <w:tc>
          <w:tcPr>
            <w:tcW w:w="1044" w:type="dxa"/>
            <w:vMerge/>
          </w:tcPr>
          <w:p w14:paraId="399C7B4E" w14:textId="77777777" w:rsidR="00497B11" w:rsidRPr="00293828" w:rsidRDefault="00497B11" w:rsidP="00293828">
            <w:pPr>
              <w:rPr>
                <w:rFonts w:ascii="Times New Roman" w:hAnsi="Times New Roman" w:cs="Times New Roman"/>
                <w:szCs w:val="21"/>
              </w:rPr>
            </w:pPr>
          </w:p>
        </w:tc>
        <w:tc>
          <w:tcPr>
            <w:tcW w:w="1044" w:type="dxa"/>
            <w:vMerge/>
          </w:tcPr>
          <w:p w14:paraId="4333222C" w14:textId="77777777" w:rsidR="00497B11" w:rsidRPr="00293828" w:rsidRDefault="00497B11" w:rsidP="00293828">
            <w:pPr>
              <w:rPr>
                <w:rFonts w:ascii="Times New Roman" w:hAnsi="Times New Roman" w:cs="Times New Roman"/>
                <w:szCs w:val="21"/>
              </w:rPr>
            </w:pPr>
          </w:p>
        </w:tc>
      </w:tr>
      <w:tr w:rsidR="00497B11" w:rsidRPr="00293828" w14:paraId="270FB869" w14:textId="77777777" w:rsidTr="009D45BD">
        <w:tc>
          <w:tcPr>
            <w:tcW w:w="982" w:type="dxa"/>
            <w:vMerge/>
          </w:tcPr>
          <w:p w14:paraId="3564ADC6" w14:textId="77777777" w:rsidR="00497B11" w:rsidRPr="00293828" w:rsidRDefault="00497B11" w:rsidP="00293828">
            <w:pPr>
              <w:rPr>
                <w:rFonts w:ascii="Times New Roman" w:hAnsi="Times New Roman" w:cs="Times New Roman"/>
                <w:szCs w:val="21"/>
              </w:rPr>
            </w:pPr>
          </w:p>
        </w:tc>
        <w:tc>
          <w:tcPr>
            <w:tcW w:w="1125" w:type="dxa"/>
            <w:vAlign w:val="center"/>
          </w:tcPr>
          <w:p w14:paraId="726B533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195-&gt;207</w:t>
            </w:r>
          </w:p>
        </w:tc>
        <w:tc>
          <w:tcPr>
            <w:tcW w:w="1044" w:type="dxa"/>
            <w:vAlign w:val="center"/>
          </w:tcPr>
          <w:p w14:paraId="1A64D12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0.29711</w:t>
            </w:r>
          </w:p>
        </w:tc>
        <w:tc>
          <w:tcPr>
            <w:tcW w:w="1019" w:type="dxa"/>
            <w:vMerge/>
          </w:tcPr>
          <w:p w14:paraId="28B8B364" w14:textId="77777777" w:rsidR="00497B11" w:rsidRPr="00293828" w:rsidRDefault="00497B11" w:rsidP="00293828">
            <w:pPr>
              <w:rPr>
                <w:rFonts w:ascii="Times New Roman" w:hAnsi="Times New Roman" w:cs="Times New Roman"/>
                <w:szCs w:val="21"/>
              </w:rPr>
            </w:pPr>
          </w:p>
        </w:tc>
        <w:tc>
          <w:tcPr>
            <w:tcW w:w="1019" w:type="dxa"/>
            <w:vMerge/>
          </w:tcPr>
          <w:p w14:paraId="50C6BE39" w14:textId="77777777" w:rsidR="00497B11" w:rsidRPr="00293828" w:rsidRDefault="00497B11" w:rsidP="00293828">
            <w:pPr>
              <w:rPr>
                <w:rFonts w:ascii="Times New Roman" w:hAnsi="Times New Roman" w:cs="Times New Roman"/>
                <w:szCs w:val="21"/>
              </w:rPr>
            </w:pPr>
          </w:p>
        </w:tc>
        <w:tc>
          <w:tcPr>
            <w:tcW w:w="1019" w:type="dxa"/>
            <w:vMerge/>
          </w:tcPr>
          <w:p w14:paraId="737C61B4" w14:textId="77777777" w:rsidR="00497B11" w:rsidRPr="00293828" w:rsidRDefault="00497B11" w:rsidP="00293828">
            <w:pPr>
              <w:rPr>
                <w:rFonts w:ascii="Times New Roman" w:hAnsi="Times New Roman" w:cs="Times New Roman"/>
                <w:szCs w:val="21"/>
              </w:rPr>
            </w:pPr>
          </w:p>
        </w:tc>
        <w:tc>
          <w:tcPr>
            <w:tcW w:w="1044" w:type="dxa"/>
            <w:vMerge/>
          </w:tcPr>
          <w:p w14:paraId="05BD1DCC" w14:textId="77777777" w:rsidR="00497B11" w:rsidRPr="00293828" w:rsidRDefault="00497B11" w:rsidP="00293828">
            <w:pPr>
              <w:rPr>
                <w:rFonts w:ascii="Times New Roman" w:hAnsi="Times New Roman" w:cs="Times New Roman"/>
                <w:szCs w:val="21"/>
              </w:rPr>
            </w:pPr>
          </w:p>
        </w:tc>
        <w:tc>
          <w:tcPr>
            <w:tcW w:w="1044" w:type="dxa"/>
            <w:vMerge/>
          </w:tcPr>
          <w:p w14:paraId="432CC1B3" w14:textId="77777777" w:rsidR="00497B11" w:rsidRPr="00293828" w:rsidRDefault="00497B11" w:rsidP="00293828">
            <w:pPr>
              <w:rPr>
                <w:rFonts w:ascii="Times New Roman" w:hAnsi="Times New Roman" w:cs="Times New Roman"/>
                <w:szCs w:val="21"/>
              </w:rPr>
            </w:pPr>
          </w:p>
        </w:tc>
      </w:tr>
      <w:tr w:rsidR="00497B11" w:rsidRPr="00293828" w14:paraId="7EAC9B4D" w14:textId="77777777" w:rsidTr="009D45BD">
        <w:tc>
          <w:tcPr>
            <w:tcW w:w="982" w:type="dxa"/>
            <w:vMerge w:val="restart"/>
            <w:vAlign w:val="center"/>
          </w:tcPr>
          <w:p w14:paraId="2122597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31</w:t>
            </w:r>
          </w:p>
        </w:tc>
        <w:tc>
          <w:tcPr>
            <w:tcW w:w="1125" w:type="dxa"/>
            <w:vAlign w:val="center"/>
          </w:tcPr>
          <w:p w14:paraId="3DCE91A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205-&gt;208</w:t>
            </w:r>
          </w:p>
        </w:tc>
        <w:tc>
          <w:tcPr>
            <w:tcW w:w="1044" w:type="dxa"/>
            <w:vAlign w:val="center"/>
          </w:tcPr>
          <w:p w14:paraId="38B69DB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0.33782</w:t>
            </w:r>
          </w:p>
        </w:tc>
        <w:tc>
          <w:tcPr>
            <w:tcW w:w="1019" w:type="dxa"/>
            <w:vMerge w:val="restart"/>
            <w:vAlign w:val="center"/>
          </w:tcPr>
          <w:p w14:paraId="50CC69F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7.5082</w:t>
            </w:r>
          </w:p>
        </w:tc>
        <w:tc>
          <w:tcPr>
            <w:tcW w:w="1019" w:type="dxa"/>
            <w:vMerge w:val="restart"/>
            <w:vAlign w:val="center"/>
          </w:tcPr>
          <w:p w14:paraId="4D09FA5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165.13</w:t>
            </w:r>
          </w:p>
        </w:tc>
        <w:tc>
          <w:tcPr>
            <w:tcW w:w="1019" w:type="dxa"/>
            <w:vMerge w:val="restart"/>
            <w:vAlign w:val="center"/>
          </w:tcPr>
          <w:p w14:paraId="12D53AF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0.0167</w:t>
            </w:r>
          </w:p>
        </w:tc>
        <w:tc>
          <w:tcPr>
            <w:tcW w:w="1044" w:type="dxa"/>
            <w:vMerge w:val="restart"/>
            <w:vAlign w:val="center"/>
          </w:tcPr>
          <w:p w14:paraId="1942DB8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-33.2907</w:t>
            </w:r>
          </w:p>
        </w:tc>
        <w:tc>
          <w:tcPr>
            <w:tcW w:w="1044" w:type="dxa"/>
            <w:vMerge w:val="restart"/>
            <w:vAlign w:val="center"/>
          </w:tcPr>
          <w:p w14:paraId="34ECE22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-33.3183</w:t>
            </w:r>
          </w:p>
        </w:tc>
      </w:tr>
      <w:tr w:rsidR="00497B11" w:rsidRPr="00293828" w14:paraId="4D200BA3" w14:textId="77777777" w:rsidTr="009D45BD">
        <w:tc>
          <w:tcPr>
            <w:tcW w:w="982" w:type="dxa"/>
            <w:vMerge/>
          </w:tcPr>
          <w:p w14:paraId="3ECECE76" w14:textId="77777777" w:rsidR="00497B11" w:rsidRPr="00293828" w:rsidRDefault="00497B11" w:rsidP="00293828">
            <w:pPr>
              <w:rPr>
                <w:rFonts w:ascii="Times New Roman" w:hAnsi="Times New Roman" w:cs="Times New Roman"/>
                <w:szCs w:val="21"/>
              </w:rPr>
            </w:pPr>
          </w:p>
        </w:tc>
        <w:tc>
          <w:tcPr>
            <w:tcW w:w="1125" w:type="dxa"/>
            <w:vAlign w:val="center"/>
          </w:tcPr>
          <w:p w14:paraId="1ED3578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205-&gt;210</w:t>
            </w:r>
          </w:p>
        </w:tc>
        <w:tc>
          <w:tcPr>
            <w:tcW w:w="1044" w:type="dxa"/>
            <w:vAlign w:val="center"/>
          </w:tcPr>
          <w:p w14:paraId="2CD123D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0.2302</w:t>
            </w:r>
          </w:p>
        </w:tc>
        <w:tc>
          <w:tcPr>
            <w:tcW w:w="1019" w:type="dxa"/>
            <w:vMerge/>
          </w:tcPr>
          <w:p w14:paraId="6E58D47B" w14:textId="77777777" w:rsidR="00497B11" w:rsidRPr="00293828" w:rsidRDefault="00497B11" w:rsidP="00293828">
            <w:pPr>
              <w:rPr>
                <w:rFonts w:ascii="Times New Roman" w:hAnsi="Times New Roman" w:cs="Times New Roman"/>
                <w:szCs w:val="21"/>
              </w:rPr>
            </w:pPr>
          </w:p>
        </w:tc>
        <w:tc>
          <w:tcPr>
            <w:tcW w:w="1019" w:type="dxa"/>
            <w:vMerge/>
          </w:tcPr>
          <w:p w14:paraId="60DC69AB" w14:textId="77777777" w:rsidR="00497B11" w:rsidRPr="00293828" w:rsidRDefault="00497B11" w:rsidP="00293828">
            <w:pPr>
              <w:rPr>
                <w:rFonts w:ascii="Times New Roman" w:hAnsi="Times New Roman" w:cs="Times New Roman"/>
                <w:szCs w:val="21"/>
              </w:rPr>
            </w:pPr>
          </w:p>
        </w:tc>
        <w:tc>
          <w:tcPr>
            <w:tcW w:w="1019" w:type="dxa"/>
            <w:vMerge/>
          </w:tcPr>
          <w:p w14:paraId="02CEB00C" w14:textId="77777777" w:rsidR="00497B11" w:rsidRPr="00293828" w:rsidRDefault="00497B11" w:rsidP="00293828">
            <w:pPr>
              <w:rPr>
                <w:rFonts w:ascii="Times New Roman" w:hAnsi="Times New Roman" w:cs="Times New Roman"/>
                <w:szCs w:val="21"/>
              </w:rPr>
            </w:pPr>
          </w:p>
        </w:tc>
        <w:tc>
          <w:tcPr>
            <w:tcW w:w="1044" w:type="dxa"/>
            <w:vMerge/>
          </w:tcPr>
          <w:p w14:paraId="4E44778D" w14:textId="77777777" w:rsidR="00497B11" w:rsidRPr="00293828" w:rsidRDefault="00497B11" w:rsidP="00293828">
            <w:pPr>
              <w:rPr>
                <w:rFonts w:ascii="Times New Roman" w:hAnsi="Times New Roman" w:cs="Times New Roman"/>
                <w:szCs w:val="21"/>
              </w:rPr>
            </w:pPr>
          </w:p>
        </w:tc>
        <w:tc>
          <w:tcPr>
            <w:tcW w:w="1044" w:type="dxa"/>
            <w:vMerge/>
          </w:tcPr>
          <w:p w14:paraId="33AB4919" w14:textId="77777777" w:rsidR="00497B11" w:rsidRPr="00293828" w:rsidRDefault="00497B11" w:rsidP="00293828">
            <w:pPr>
              <w:rPr>
                <w:rFonts w:ascii="Times New Roman" w:hAnsi="Times New Roman" w:cs="Times New Roman"/>
                <w:szCs w:val="21"/>
              </w:rPr>
            </w:pPr>
          </w:p>
        </w:tc>
      </w:tr>
      <w:tr w:rsidR="00497B11" w:rsidRPr="00293828" w14:paraId="01362CEA" w14:textId="77777777" w:rsidTr="009D45BD">
        <w:tc>
          <w:tcPr>
            <w:tcW w:w="982" w:type="dxa"/>
            <w:vMerge/>
          </w:tcPr>
          <w:p w14:paraId="616B57F6" w14:textId="77777777" w:rsidR="00497B11" w:rsidRPr="00293828" w:rsidRDefault="00497B11" w:rsidP="00293828">
            <w:pPr>
              <w:rPr>
                <w:rFonts w:ascii="Times New Roman" w:hAnsi="Times New Roman" w:cs="Times New Roman"/>
                <w:szCs w:val="21"/>
              </w:rPr>
            </w:pPr>
          </w:p>
        </w:tc>
        <w:tc>
          <w:tcPr>
            <w:tcW w:w="1125" w:type="dxa"/>
            <w:vAlign w:val="center"/>
          </w:tcPr>
          <w:p w14:paraId="6E1A59D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205-&gt;211</w:t>
            </w:r>
          </w:p>
        </w:tc>
        <w:tc>
          <w:tcPr>
            <w:tcW w:w="1044" w:type="dxa"/>
            <w:vAlign w:val="center"/>
          </w:tcPr>
          <w:p w14:paraId="03F5BFB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0.23804</w:t>
            </w:r>
          </w:p>
        </w:tc>
        <w:tc>
          <w:tcPr>
            <w:tcW w:w="1019" w:type="dxa"/>
            <w:vMerge/>
          </w:tcPr>
          <w:p w14:paraId="05C96A57" w14:textId="77777777" w:rsidR="00497B11" w:rsidRPr="00293828" w:rsidRDefault="00497B11" w:rsidP="00293828">
            <w:pPr>
              <w:rPr>
                <w:rFonts w:ascii="Times New Roman" w:hAnsi="Times New Roman" w:cs="Times New Roman"/>
                <w:szCs w:val="21"/>
              </w:rPr>
            </w:pPr>
          </w:p>
        </w:tc>
        <w:tc>
          <w:tcPr>
            <w:tcW w:w="1019" w:type="dxa"/>
            <w:vMerge/>
          </w:tcPr>
          <w:p w14:paraId="1B013352" w14:textId="77777777" w:rsidR="00497B11" w:rsidRPr="00293828" w:rsidRDefault="00497B11" w:rsidP="00293828">
            <w:pPr>
              <w:rPr>
                <w:rFonts w:ascii="Times New Roman" w:hAnsi="Times New Roman" w:cs="Times New Roman"/>
                <w:szCs w:val="21"/>
              </w:rPr>
            </w:pPr>
          </w:p>
        </w:tc>
        <w:tc>
          <w:tcPr>
            <w:tcW w:w="1019" w:type="dxa"/>
            <w:vMerge/>
          </w:tcPr>
          <w:p w14:paraId="181A8E9C" w14:textId="77777777" w:rsidR="00497B11" w:rsidRPr="00293828" w:rsidRDefault="00497B11" w:rsidP="00293828">
            <w:pPr>
              <w:rPr>
                <w:rFonts w:ascii="Times New Roman" w:hAnsi="Times New Roman" w:cs="Times New Roman"/>
                <w:szCs w:val="21"/>
              </w:rPr>
            </w:pPr>
          </w:p>
        </w:tc>
        <w:tc>
          <w:tcPr>
            <w:tcW w:w="1044" w:type="dxa"/>
            <w:vMerge/>
          </w:tcPr>
          <w:p w14:paraId="4DDDA487" w14:textId="77777777" w:rsidR="00497B11" w:rsidRPr="00293828" w:rsidRDefault="00497B11" w:rsidP="00293828">
            <w:pPr>
              <w:rPr>
                <w:rFonts w:ascii="Times New Roman" w:hAnsi="Times New Roman" w:cs="Times New Roman"/>
                <w:szCs w:val="21"/>
              </w:rPr>
            </w:pPr>
          </w:p>
        </w:tc>
        <w:tc>
          <w:tcPr>
            <w:tcW w:w="1044" w:type="dxa"/>
            <w:vMerge/>
          </w:tcPr>
          <w:p w14:paraId="4AFDAF2D" w14:textId="77777777" w:rsidR="00497B11" w:rsidRPr="00293828" w:rsidRDefault="00497B11" w:rsidP="00293828">
            <w:pPr>
              <w:rPr>
                <w:rFonts w:ascii="Times New Roman" w:hAnsi="Times New Roman" w:cs="Times New Roman"/>
                <w:szCs w:val="21"/>
              </w:rPr>
            </w:pPr>
          </w:p>
        </w:tc>
      </w:tr>
      <w:tr w:rsidR="00497B11" w:rsidRPr="00293828" w14:paraId="5E883651" w14:textId="77777777" w:rsidTr="009D45BD">
        <w:tc>
          <w:tcPr>
            <w:tcW w:w="982" w:type="dxa"/>
            <w:vMerge/>
          </w:tcPr>
          <w:p w14:paraId="1665BF23" w14:textId="77777777" w:rsidR="00497B11" w:rsidRPr="00293828" w:rsidRDefault="00497B11" w:rsidP="00293828">
            <w:pPr>
              <w:rPr>
                <w:rFonts w:ascii="Times New Roman" w:hAnsi="Times New Roman" w:cs="Times New Roman"/>
                <w:szCs w:val="21"/>
              </w:rPr>
            </w:pPr>
          </w:p>
        </w:tc>
        <w:tc>
          <w:tcPr>
            <w:tcW w:w="1125" w:type="dxa"/>
            <w:vAlign w:val="center"/>
          </w:tcPr>
          <w:p w14:paraId="5862690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205-&gt;219</w:t>
            </w:r>
          </w:p>
        </w:tc>
        <w:tc>
          <w:tcPr>
            <w:tcW w:w="1044" w:type="dxa"/>
            <w:vAlign w:val="center"/>
          </w:tcPr>
          <w:p w14:paraId="5264D3B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0.15813</w:t>
            </w:r>
          </w:p>
        </w:tc>
        <w:tc>
          <w:tcPr>
            <w:tcW w:w="1019" w:type="dxa"/>
            <w:vMerge/>
          </w:tcPr>
          <w:p w14:paraId="011A7690" w14:textId="77777777" w:rsidR="00497B11" w:rsidRPr="00293828" w:rsidRDefault="00497B11" w:rsidP="00293828">
            <w:pPr>
              <w:rPr>
                <w:rFonts w:ascii="Times New Roman" w:hAnsi="Times New Roman" w:cs="Times New Roman"/>
                <w:szCs w:val="21"/>
              </w:rPr>
            </w:pPr>
          </w:p>
        </w:tc>
        <w:tc>
          <w:tcPr>
            <w:tcW w:w="1019" w:type="dxa"/>
            <w:vMerge/>
          </w:tcPr>
          <w:p w14:paraId="6F432171" w14:textId="77777777" w:rsidR="00497B11" w:rsidRPr="00293828" w:rsidRDefault="00497B11" w:rsidP="00293828">
            <w:pPr>
              <w:rPr>
                <w:rFonts w:ascii="Times New Roman" w:hAnsi="Times New Roman" w:cs="Times New Roman"/>
                <w:szCs w:val="21"/>
              </w:rPr>
            </w:pPr>
          </w:p>
        </w:tc>
        <w:tc>
          <w:tcPr>
            <w:tcW w:w="1019" w:type="dxa"/>
            <w:vMerge/>
          </w:tcPr>
          <w:p w14:paraId="7D66CF8E" w14:textId="77777777" w:rsidR="00497B11" w:rsidRPr="00293828" w:rsidRDefault="00497B11" w:rsidP="00293828">
            <w:pPr>
              <w:rPr>
                <w:rFonts w:ascii="Times New Roman" w:hAnsi="Times New Roman" w:cs="Times New Roman"/>
                <w:szCs w:val="21"/>
              </w:rPr>
            </w:pPr>
          </w:p>
        </w:tc>
        <w:tc>
          <w:tcPr>
            <w:tcW w:w="1044" w:type="dxa"/>
            <w:vMerge/>
          </w:tcPr>
          <w:p w14:paraId="6C35685B" w14:textId="77777777" w:rsidR="00497B11" w:rsidRPr="00293828" w:rsidRDefault="00497B11" w:rsidP="00293828">
            <w:pPr>
              <w:rPr>
                <w:rFonts w:ascii="Times New Roman" w:hAnsi="Times New Roman" w:cs="Times New Roman"/>
                <w:szCs w:val="21"/>
              </w:rPr>
            </w:pPr>
          </w:p>
        </w:tc>
        <w:tc>
          <w:tcPr>
            <w:tcW w:w="1044" w:type="dxa"/>
            <w:vMerge/>
          </w:tcPr>
          <w:p w14:paraId="57F148F1" w14:textId="77777777" w:rsidR="00497B11" w:rsidRPr="00293828" w:rsidRDefault="00497B11" w:rsidP="00293828">
            <w:pPr>
              <w:rPr>
                <w:rFonts w:ascii="Times New Roman" w:hAnsi="Times New Roman" w:cs="Times New Roman"/>
                <w:szCs w:val="21"/>
              </w:rPr>
            </w:pPr>
          </w:p>
        </w:tc>
      </w:tr>
      <w:tr w:rsidR="00497B11" w:rsidRPr="00293828" w14:paraId="2E3F71FB" w14:textId="77777777" w:rsidTr="009D45BD">
        <w:tc>
          <w:tcPr>
            <w:tcW w:w="982" w:type="dxa"/>
            <w:vMerge w:val="restart"/>
            <w:vAlign w:val="center"/>
          </w:tcPr>
          <w:p w14:paraId="2A98A96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32</w:t>
            </w:r>
          </w:p>
        </w:tc>
        <w:tc>
          <w:tcPr>
            <w:tcW w:w="1125" w:type="dxa"/>
            <w:vAlign w:val="center"/>
          </w:tcPr>
          <w:p w14:paraId="3DA898E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200-&gt;209</w:t>
            </w:r>
          </w:p>
        </w:tc>
        <w:tc>
          <w:tcPr>
            <w:tcW w:w="1044" w:type="dxa"/>
            <w:vAlign w:val="center"/>
          </w:tcPr>
          <w:p w14:paraId="07FFD69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0.16484</w:t>
            </w:r>
          </w:p>
        </w:tc>
        <w:tc>
          <w:tcPr>
            <w:tcW w:w="1019" w:type="dxa"/>
            <w:vMerge w:val="restart"/>
            <w:vAlign w:val="center"/>
          </w:tcPr>
          <w:p w14:paraId="7CD89A3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7.5309</w:t>
            </w:r>
          </w:p>
        </w:tc>
        <w:tc>
          <w:tcPr>
            <w:tcW w:w="1019" w:type="dxa"/>
            <w:vMerge w:val="restart"/>
            <w:vAlign w:val="center"/>
          </w:tcPr>
          <w:p w14:paraId="1CA26DF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164.63</w:t>
            </w:r>
          </w:p>
        </w:tc>
        <w:tc>
          <w:tcPr>
            <w:tcW w:w="1019" w:type="dxa"/>
            <w:vMerge w:val="restart"/>
            <w:vAlign w:val="center"/>
          </w:tcPr>
          <w:p w14:paraId="1E61084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0.0094</w:t>
            </w:r>
          </w:p>
        </w:tc>
        <w:tc>
          <w:tcPr>
            <w:tcW w:w="1044" w:type="dxa"/>
            <w:vMerge w:val="restart"/>
            <w:vAlign w:val="center"/>
          </w:tcPr>
          <w:p w14:paraId="0B874F1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-28.0285</w:t>
            </w:r>
          </w:p>
        </w:tc>
        <w:tc>
          <w:tcPr>
            <w:tcW w:w="1044" w:type="dxa"/>
            <w:vMerge w:val="restart"/>
            <w:vAlign w:val="center"/>
          </w:tcPr>
          <w:p w14:paraId="60F1907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-27.8944</w:t>
            </w:r>
          </w:p>
        </w:tc>
      </w:tr>
      <w:tr w:rsidR="00497B11" w:rsidRPr="00293828" w14:paraId="0EC3D02D" w14:textId="77777777" w:rsidTr="009D45BD">
        <w:tc>
          <w:tcPr>
            <w:tcW w:w="982" w:type="dxa"/>
            <w:vMerge/>
          </w:tcPr>
          <w:p w14:paraId="53047ABB" w14:textId="77777777" w:rsidR="00497B11" w:rsidRPr="00293828" w:rsidRDefault="00497B11" w:rsidP="00293828">
            <w:pPr>
              <w:rPr>
                <w:rFonts w:ascii="Times New Roman" w:hAnsi="Times New Roman" w:cs="Times New Roman"/>
                <w:szCs w:val="21"/>
              </w:rPr>
            </w:pPr>
          </w:p>
        </w:tc>
        <w:tc>
          <w:tcPr>
            <w:tcW w:w="1125" w:type="dxa"/>
            <w:vAlign w:val="center"/>
          </w:tcPr>
          <w:p w14:paraId="6DE53BE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204-&gt;213</w:t>
            </w:r>
          </w:p>
        </w:tc>
        <w:tc>
          <w:tcPr>
            <w:tcW w:w="1044" w:type="dxa"/>
            <w:vAlign w:val="center"/>
          </w:tcPr>
          <w:p w14:paraId="0E37592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-0.17849</w:t>
            </w:r>
          </w:p>
        </w:tc>
        <w:tc>
          <w:tcPr>
            <w:tcW w:w="1019" w:type="dxa"/>
            <w:vMerge/>
          </w:tcPr>
          <w:p w14:paraId="7C63A6A5" w14:textId="77777777" w:rsidR="00497B11" w:rsidRPr="00293828" w:rsidRDefault="00497B11" w:rsidP="00293828">
            <w:pPr>
              <w:rPr>
                <w:rFonts w:ascii="Times New Roman" w:hAnsi="Times New Roman" w:cs="Times New Roman"/>
                <w:szCs w:val="21"/>
              </w:rPr>
            </w:pPr>
          </w:p>
        </w:tc>
        <w:tc>
          <w:tcPr>
            <w:tcW w:w="1019" w:type="dxa"/>
            <w:vMerge/>
          </w:tcPr>
          <w:p w14:paraId="15FD0FB7" w14:textId="77777777" w:rsidR="00497B11" w:rsidRPr="00293828" w:rsidRDefault="00497B11" w:rsidP="00293828">
            <w:pPr>
              <w:rPr>
                <w:rFonts w:ascii="Times New Roman" w:hAnsi="Times New Roman" w:cs="Times New Roman"/>
                <w:szCs w:val="21"/>
              </w:rPr>
            </w:pPr>
          </w:p>
        </w:tc>
        <w:tc>
          <w:tcPr>
            <w:tcW w:w="1019" w:type="dxa"/>
            <w:vMerge/>
          </w:tcPr>
          <w:p w14:paraId="2850980E" w14:textId="77777777" w:rsidR="00497B11" w:rsidRPr="00293828" w:rsidRDefault="00497B11" w:rsidP="00293828">
            <w:pPr>
              <w:rPr>
                <w:rFonts w:ascii="Times New Roman" w:hAnsi="Times New Roman" w:cs="Times New Roman"/>
                <w:szCs w:val="21"/>
              </w:rPr>
            </w:pPr>
          </w:p>
        </w:tc>
        <w:tc>
          <w:tcPr>
            <w:tcW w:w="1044" w:type="dxa"/>
            <w:vMerge/>
          </w:tcPr>
          <w:p w14:paraId="36E609E2" w14:textId="77777777" w:rsidR="00497B11" w:rsidRPr="00293828" w:rsidRDefault="00497B11" w:rsidP="00293828">
            <w:pPr>
              <w:rPr>
                <w:rFonts w:ascii="Times New Roman" w:hAnsi="Times New Roman" w:cs="Times New Roman"/>
                <w:szCs w:val="21"/>
              </w:rPr>
            </w:pPr>
          </w:p>
        </w:tc>
        <w:tc>
          <w:tcPr>
            <w:tcW w:w="1044" w:type="dxa"/>
            <w:vMerge/>
          </w:tcPr>
          <w:p w14:paraId="3215F0CE" w14:textId="77777777" w:rsidR="00497B11" w:rsidRPr="00293828" w:rsidRDefault="00497B11" w:rsidP="00293828">
            <w:pPr>
              <w:rPr>
                <w:rFonts w:ascii="Times New Roman" w:hAnsi="Times New Roman" w:cs="Times New Roman"/>
                <w:szCs w:val="21"/>
              </w:rPr>
            </w:pPr>
          </w:p>
        </w:tc>
      </w:tr>
      <w:tr w:rsidR="00497B11" w:rsidRPr="00293828" w14:paraId="4AE74D78" w14:textId="77777777" w:rsidTr="009D45BD">
        <w:tc>
          <w:tcPr>
            <w:tcW w:w="982" w:type="dxa"/>
            <w:vMerge/>
          </w:tcPr>
          <w:p w14:paraId="091610D0" w14:textId="77777777" w:rsidR="00497B11" w:rsidRPr="00293828" w:rsidRDefault="00497B11" w:rsidP="00293828">
            <w:pPr>
              <w:rPr>
                <w:rFonts w:ascii="Times New Roman" w:hAnsi="Times New Roman" w:cs="Times New Roman"/>
                <w:szCs w:val="21"/>
              </w:rPr>
            </w:pPr>
          </w:p>
        </w:tc>
        <w:tc>
          <w:tcPr>
            <w:tcW w:w="1125" w:type="dxa"/>
            <w:vAlign w:val="center"/>
          </w:tcPr>
          <w:p w14:paraId="2E8FB37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205-&gt;208</w:t>
            </w:r>
          </w:p>
        </w:tc>
        <w:tc>
          <w:tcPr>
            <w:tcW w:w="1044" w:type="dxa"/>
            <w:vAlign w:val="center"/>
          </w:tcPr>
          <w:p w14:paraId="59E47CA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0.17315</w:t>
            </w:r>
          </w:p>
        </w:tc>
        <w:tc>
          <w:tcPr>
            <w:tcW w:w="1019" w:type="dxa"/>
            <w:vMerge/>
          </w:tcPr>
          <w:p w14:paraId="2D8FC547" w14:textId="77777777" w:rsidR="00497B11" w:rsidRPr="00293828" w:rsidRDefault="00497B11" w:rsidP="00293828">
            <w:pPr>
              <w:rPr>
                <w:rFonts w:ascii="Times New Roman" w:hAnsi="Times New Roman" w:cs="Times New Roman"/>
                <w:szCs w:val="21"/>
              </w:rPr>
            </w:pPr>
          </w:p>
        </w:tc>
        <w:tc>
          <w:tcPr>
            <w:tcW w:w="1019" w:type="dxa"/>
            <w:vMerge/>
          </w:tcPr>
          <w:p w14:paraId="7F8FF2C1" w14:textId="77777777" w:rsidR="00497B11" w:rsidRPr="00293828" w:rsidRDefault="00497B11" w:rsidP="00293828">
            <w:pPr>
              <w:rPr>
                <w:rFonts w:ascii="Times New Roman" w:hAnsi="Times New Roman" w:cs="Times New Roman"/>
                <w:szCs w:val="21"/>
              </w:rPr>
            </w:pPr>
          </w:p>
        </w:tc>
        <w:tc>
          <w:tcPr>
            <w:tcW w:w="1019" w:type="dxa"/>
            <w:vMerge/>
          </w:tcPr>
          <w:p w14:paraId="5060DEA2" w14:textId="77777777" w:rsidR="00497B11" w:rsidRPr="00293828" w:rsidRDefault="00497B11" w:rsidP="00293828">
            <w:pPr>
              <w:rPr>
                <w:rFonts w:ascii="Times New Roman" w:hAnsi="Times New Roman" w:cs="Times New Roman"/>
                <w:szCs w:val="21"/>
              </w:rPr>
            </w:pPr>
          </w:p>
        </w:tc>
        <w:tc>
          <w:tcPr>
            <w:tcW w:w="1044" w:type="dxa"/>
            <w:vMerge/>
          </w:tcPr>
          <w:p w14:paraId="2F49C4E5" w14:textId="77777777" w:rsidR="00497B11" w:rsidRPr="00293828" w:rsidRDefault="00497B11" w:rsidP="00293828">
            <w:pPr>
              <w:rPr>
                <w:rFonts w:ascii="Times New Roman" w:hAnsi="Times New Roman" w:cs="Times New Roman"/>
                <w:szCs w:val="21"/>
              </w:rPr>
            </w:pPr>
          </w:p>
        </w:tc>
        <w:tc>
          <w:tcPr>
            <w:tcW w:w="1044" w:type="dxa"/>
            <w:vMerge/>
          </w:tcPr>
          <w:p w14:paraId="3C134914" w14:textId="77777777" w:rsidR="00497B11" w:rsidRPr="00293828" w:rsidRDefault="00497B11" w:rsidP="00293828">
            <w:pPr>
              <w:rPr>
                <w:rFonts w:ascii="Times New Roman" w:hAnsi="Times New Roman" w:cs="Times New Roman"/>
                <w:szCs w:val="21"/>
              </w:rPr>
            </w:pPr>
          </w:p>
        </w:tc>
      </w:tr>
      <w:tr w:rsidR="00497B11" w:rsidRPr="00293828" w14:paraId="2AC4FE52" w14:textId="77777777" w:rsidTr="009D45BD">
        <w:tc>
          <w:tcPr>
            <w:tcW w:w="982" w:type="dxa"/>
            <w:vMerge/>
          </w:tcPr>
          <w:p w14:paraId="2693E031" w14:textId="77777777" w:rsidR="00497B11" w:rsidRPr="00293828" w:rsidRDefault="00497B11" w:rsidP="00293828">
            <w:pPr>
              <w:rPr>
                <w:rFonts w:ascii="Times New Roman" w:hAnsi="Times New Roman" w:cs="Times New Roman"/>
                <w:szCs w:val="21"/>
              </w:rPr>
            </w:pPr>
          </w:p>
        </w:tc>
        <w:tc>
          <w:tcPr>
            <w:tcW w:w="1125" w:type="dxa"/>
            <w:vAlign w:val="center"/>
          </w:tcPr>
          <w:p w14:paraId="120C8B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205-&gt;211</w:t>
            </w:r>
          </w:p>
        </w:tc>
        <w:tc>
          <w:tcPr>
            <w:tcW w:w="1044" w:type="dxa"/>
            <w:vAlign w:val="center"/>
          </w:tcPr>
          <w:p w14:paraId="064A9D1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0.21325</w:t>
            </w:r>
          </w:p>
        </w:tc>
        <w:tc>
          <w:tcPr>
            <w:tcW w:w="1019" w:type="dxa"/>
            <w:vMerge/>
          </w:tcPr>
          <w:p w14:paraId="777A3BD2" w14:textId="77777777" w:rsidR="00497B11" w:rsidRPr="00293828" w:rsidRDefault="00497B11" w:rsidP="00293828">
            <w:pPr>
              <w:rPr>
                <w:rFonts w:ascii="Times New Roman" w:hAnsi="Times New Roman" w:cs="Times New Roman"/>
                <w:szCs w:val="21"/>
              </w:rPr>
            </w:pPr>
          </w:p>
        </w:tc>
        <w:tc>
          <w:tcPr>
            <w:tcW w:w="1019" w:type="dxa"/>
            <w:vMerge/>
          </w:tcPr>
          <w:p w14:paraId="2755E2C6" w14:textId="77777777" w:rsidR="00497B11" w:rsidRPr="00293828" w:rsidRDefault="00497B11" w:rsidP="00293828">
            <w:pPr>
              <w:rPr>
                <w:rFonts w:ascii="Times New Roman" w:hAnsi="Times New Roman" w:cs="Times New Roman"/>
                <w:szCs w:val="21"/>
              </w:rPr>
            </w:pPr>
          </w:p>
        </w:tc>
        <w:tc>
          <w:tcPr>
            <w:tcW w:w="1019" w:type="dxa"/>
            <w:vMerge/>
          </w:tcPr>
          <w:p w14:paraId="24E98698" w14:textId="77777777" w:rsidR="00497B11" w:rsidRPr="00293828" w:rsidRDefault="00497B11" w:rsidP="00293828">
            <w:pPr>
              <w:rPr>
                <w:rFonts w:ascii="Times New Roman" w:hAnsi="Times New Roman" w:cs="Times New Roman"/>
                <w:szCs w:val="21"/>
              </w:rPr>
            </w:pPr>
          </w:p>
        </w:tc>
        <w:tc>
          <w:tcPr>
            <w:tcW w:w="1044" w:type="dxa"/>
            <w:vMerge/>
          </w:tcPr>
          <w:p w14:paraId="2DDD45B1" w14:textId="77777777" w:rsidR="00497B11" w:rsidRPr="00293828" w:rsidRDefault="00497B11" w:rsidP="00293828">
            <w:pPr>
              <w:rPr>
                <w:rFonts w:ascii="Times New Roman" w:hAnsi="Times New Roman" w:cs="Times New Roman"/>
                <w:szCs w:val="21"/>
              </w:rPr>
            </w:pPr>
          </w:p>
        </w:tc>
        <w:tc>
          <w:tcPr>
            <w:tcW w:w="1044" w:type="dxa"/>
            <w:vMerge/>
          </w:tcPr>
          <w:p w14:paraId="1CC7744A" w14:textId="77777777" w:rsidR="00497B11" w:rsidRPr="00293828" w:rsidRDefault="00497B11" w:rsidP="00293828">
            <w:pPr>
              <w:rPr>
                <w:rFonts w:ascii="Times New Roman" w:hAnsi="Times New Roman" w:cs="Times New Roman"/>
                <w:szCs w:val="21"/>
              </w:rPr>
            </w:pPr>
          </w:p>
        </w:tc>
      </w:tr>
      <w:tr w:rsidR="00497B11" w:rsidRPr="00293828" w14:paraId="52A278DC" w14:textId="77777777" w:rsidTr="009D45BD">
        <w:tc>
          <w:tcPr>
            <w:tcW w:w="982" w:type="dxa"/>
            <w:vAlign w:val="center"/>
          </w:tcPr>
          <w:p w14:paraId="625D558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33</w:t>
            </w:r>
          </w:p>
        </w:tc>
        <w:tc>
          <w:tcPr>
            <w:tcW w:w="1125" w:type="dxa"/>
            <w:vAlign w:val="center"/>
          </w:tcPr>
          <w:p w14:paraId="31A7B9D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204-&gt;210</w:t>
            </w:r>
          </w:p>
        </w:tc>
        <w:tc>
          <w:tcPr>
            <w:tcW w:w="1044" w:type="dxa"/>
            <w:vAlign w:val="center"/>
          </w:tcPr>
          <w:p w14:paraId="0A907E9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0.17058</w:t>
            </w:r>
          </w:p>
        </w:tc>
        <w:tc>
          <w:tcPr>
            <w:tcW w:w="1019" w:type="dxa"/>
            <w:vAlign w:val="center"/>
          </w:tcPr>
          <w:p w14:paraId="64551D6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7.5398</w:t>
            </w:r>
          </w:p>
        </w:tc>
        <w:tc>
          <w:tcPr>
            <w:tcW w:w="1019" w:type="dxa"/>
            <w:vAlign w:val="center"/>
          </w:tcPr>
          <w:p w14:paraId="3055DB4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164.44</w:t>
            </w:r>
          </w:p>
        </w:tc>
        <w:tc>
          <w:tcPr>
            <w:tcW w:w="1019" w:type="dxa"/>
            <w:vAlign w:val="center"/>
          </w:tcPr>
          <w:p w14:paraId="68C8F02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0.2092</w:t>
            </w:r>
          </w:p>
        </w:tc>
        <w:tc>
          <w:tcPr>
            <w:tcW w:w="1044" w:type="dxa"/>
            <w:vAlign w:val="center"/>
          </w:tcPr>
          <w:p w14:paraId="7FB0FF9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65.4984</w:t>
            </w:r>
          </w:p>
        </w:tc>
        <w:tc>
          <w:tcPr>
            <w:tcW w:w="1044" w:type="dxa"/>
            <w:vAlign w:val="center"/>
          </w:tcPr>
          <w:p w14:paraId="44497F3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65.0476</w:t>
            </w:r>
          </w:p>
        </w:tc>
      </w:tr>
      <w:tr w:rsidR="00497B11" w:rsidRPr="00293828" w14:paraId="29F780C0" w14:textId="77777777" w:rsidTr="009D45BD">
        <w:tc>
          <w:tcPr>
            <w:tcW w:w="982" w:type="dxa"/>
            <w:vMerge w:val="restart"/>
            <w:vAlign w:val="center"/>
          </w:tcPr>
          <w:p w14:paraId="3E0370E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34</w:t>
            </w:r>
          </w:p>
        </w:tc>
        <w:tc>
          <w:tcPr>
            <w:tcW w:w="1125" w:type="dxa"/>
            <w:vAlign w:val="center"/>
          </w:tcPr>
          <w:p w14:paraId="250E433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199-&gt;207</w:t>
            </w:r>
          </w:p>
        </w:tc>
        <w:tc>
          <w:tcPr>
            <w:tcW w:w="1044" w:type="dxa"/>
            <w:vAlign w:val="center"/>
          </w:tcPr>
          <w:p w14:paraId="2F35D99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0.16087</w:t>
            </w:r>
          </w:p>
        </w:tc>
        <w:tc>
          <w:tcPr>
            <w:tcW w:w="1019" w:type="dxa"/>
            <w:vMerge w:val="restart"/>
            <w:vAlign w:val="center"/>
          </w:tcPr>
          <w:p w14:paraId="3FE967A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7.5558</w:t>
            </w:r>
          </w:p>
        </w:tc>
        <w:tc>
          <w:tcPr>
            <w:tcW w:w="1019" w:type="dxa"/>
            <w:vMerge w:val="restart"/>
            <w:vAlign w:val="center"/>
          </w:tcPr>
          <w:p w14:paraId="783B07F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164.09</w:t>
            </w:r>
          </w:p>
        </w:tc>
        <w:tc>
          <w:tcPr>
            <w:tcW w:w="1019" w:type="dxa"/>
            <w:vMerge w:val="restart"/>
            <w:vAlign w:val="center"/>
          </w:tcPr>
          <w:p w14:paraId="0BACE6A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0.0204</w:t>
            </w:r>
          </w:p>
        </w:tc>
        <w:tc>
          <w:tcPr>
            <w:tcW w:w="1044" w:type="dxa"/>
            <w:vMerge w:val="restart"/>
            <w:vAlign w:val="center"/>
          </w:tcPr>
          <w:p w14:paraId="03191B0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60.3733</w:t>
            </w:r>
          </w:p>
        </w:tc>
        <w:tc>
          <w:tcPr>
            <w:tcW w:w="1044" w:type="dxa"/>
            <w:vMerge w:val="restart"/>
            <w:vAlign w:val="center"/>
          </w:tcPr>
          <w:p w14:paraId="752F12F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59.8827</w:t>
            </w:r>
          </w:p>
        </w:tc>
      </w:tr>
      <w:tr w:rsidR="00497B11" w:rsidRPr="00293828" w14:paraId="6429D3FB" w14:textId="77777777" w:rsidTr="009D45BD">
        <w:tc>
          <w:tcPr>
            <w:tcW w:w="982" w:type="dxa"/>
            <w:vMerge/>
          </w:tcPr>
          <w:p w14:paraId="17130943" w14:textId="77777777" w:rsidR="00497B11" w:rsidRPr="00293828" w:rsidRDefault="00497B11" w:rsidP="00293828">
            <w:pPr>
              <w:rPr>
                <w:rFonts w:ascii="Times New Roman" w:hAnsi="Times New Roman" w:cs="Times New Roman"/>
                <w:szCs w:val="21"/>
              </w:rPr>
            </w:pPr>
          </w:p>
        </w:tc>
        <w:tc>
          <w:tcPr>
            <w:tcW w:w="1125" w:type="dxa"/>
            <w:vAlign w:val="center"/>
          </w:tcPr>
          <w:p w14:paraId="50571C1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204-&gt;207</w:t>
            </w:r>
          </w:p>
        </w:tc>
        <w:tc>
          <w:tcPr>
            <w:tcW w:w="1044" w:type="dxa"/>
            <w:vAlign w:val="center"/>
          </w:tcPr>
          <w:p w14:paraId="38DC920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0.3576</w:t>
            </w:r>
          </w:p>
        </w:tc>
        <w:tc>
          <w:tcPr>
            <w:tcW w:w="1019" w:type="dxa"/>
            <w:vMerge/>
          </w:tcPr>
          <w:p w14:paraId="00DA7521" w14:textId="77777777" w:rsidR="00497B11" w:rsidRPr="00293828" w:rsidRDefault="00497B11" w:rsidP="00293828">
            <w:pPr>
              <w:rPr>
                <w:rFonts w:ascii="Times New Roman" w:hAnsi="Times New Roman" w:cs="Times New Roman"/>
                <w:szCs w:val="21"/>
              </w:rPr>
            </w:pPr>
          </w:p>
        </w:tc>
        <w:tc>
          <w:tcPr>
            <w:tcW w:w="1019" w:type="dxa"/>
            <w:vMerge/>
          </w:tcPr>
          <w:p w14:paraId="57CC2603" w14:textId="77777777" w:rsidR="00497B11" w:rsidRPr="00293828" w:rsidRDefault="00497B11" w:rsidP="00293828">
            <w:pPr>
              <w:rPr>
                <w:rFonts w:ascii="Times New Roman" w:hAnsi="Times New Roman" w:cs="Times New Roman"/>
                <w:szCs w:val="21"/>
              </w:rPr>
            </w:pPr>
          </w:p>
        </w:tc>
        <w:tc>
          <w:tcPr>
            <w:tcW w:w="1019" w:type="dxa"/>
            <w:vMerge/>
          </w:tcPr>
          <w:p w14:paraId="4DDB35AE" w14:textId="77777777" w:rsidR="00497B11" w:rsidRPr="00293828" w:rsidRDefault="00497B11" w:rsidP="00293828">
            <w:pPr>
              <w:rPr>
                <w:rFonts w:ascii="Times New Roman" w:hAnsi="Times New Roman" w:cs="Times New Roman"/>
                <w:szCs w:val="21"/>
              </w:rPr>
            </w:pPr>
          </w:p>
        </w:tc>
        <w:tc>
          <w:tcPr>
            <w:tcW w:w="1044" w:type="dxa"/>
            <w:vMerge/>
          </w:tcPr>
          <w:p w14:paraId="6DA72B6D" w14:textId="77777777" w:rsidR="00497B11" w:rsidRPr="00293828" w:rsidRDefault="00497B11" w:rsidP="00293828">
            <w:pPr>
              <w:rPr>
                <w:rFonts w:ascii="Times New Roman" w:hAnsi="Times New Roman" w:cs="Times New Roman"/>
                <w:szCs w:val="21"/>
              </w:rPr>
            </w:pPr>
          </w:p>
        </w:tc>
        <w:tc>
          <w:tcPr>
            <w:tcW w:w="1044" w:type="dxa"/>
            <w:vMerge/>
          </w:tcPr>
          <w:p w14:paraId="4139DEEC" w14:textId="77777777" w:rsidR="00497B11" w:rsidRPr="00293828" w:rsidRDefault="00497B11" w:rsidP="00293828">
            <w:pPr>
              <w:rPr>
                <w:rFonts w:ascii="Times New Roman" w:hAnsi="Times New Roman" w:cs="Times New Roman"/>
                <w:szCs w:val="21"/>
              </w:rPr>
            </w:pPr>
          </w:p>
        </w:tc>
      </w:tr>
      <w:tr w:rsidR="00497B11" w:rsidRPr="00293828" w14:paraId="72C99099" w14:textId="77777777" w:rsidTr="009D45BD">
        <w:tc>
          <w:tcPr>
            <w:tcW w:w="982" w:type="dxa"/>
            <w:vMerge w:val="restart"/>
            <w:vAlign w:val="center"/>
          </w:tcPr>
          <w:p w14:paraId="33B632A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35</w:t>
            </w:r>
          </w:p>
        </w:tc>
        <w:tc>
          <w:tcPr>
            <w:tcW w:w="1125" w:type="dxa"/>
            <w:vAlign w:val="center"/>
          </w:tcPr>
          <w:p w14:paraId="6FC11A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205-&gt;210</w:t>
            </w:r>
          </w:p>
        </w:tc>
        <w:tc>
          <w:tcPr>
            <w:tcW w:w="1044" w:type="dxa"/>
            <w:vAlign w:val="center"/>
          </w:tcPr>
          <w:p w14:paraId="5E1A4D8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0.15863</w:t>
            </w:r>
          </w:p>
        </w:tc>
        <w:tc>
          <w:tcPr>
            <w:tcW w:w="1019" w:type="dxa"/>
            <w:vMerge w:val="restart"/>
            <w:vAlign w:val="center"/>
          </w:tcPr>
          <w:p w14:paraId="321CA97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7.5752</w:t>
            </w:r>
          </w:p>
        </w:tc>
        <w:tc>
          <w:tcPr>
            <w:tcW w:w="1019" w:type="dxa"/>
            <w:vMerge w:val="restart"/>
            <w:vAlign w:val="center"/>
          </w:tcPr>
          <w:p w14:paraId="109E961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163.67</w:t>
            </w:r>
          </w:p>
        </w:tc>
        <w:tc>
          <w:tcPr>
            <w:tcW w:w="1019" w:type="dxa"/>
            <w:vMerge w:val="restart"/>
            <w:vAlign w:val="center"/>
          </w:tcPr>
          <w:p w14:paraId="2EF007D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0.0093</w:t>
            </w:r>
          </w:p>
        </w:tc>
        <w:tc>
          <w:tcPr>
            <w:tcW w:w="1044" w:type="dxa"/>
            <w:vMerge w:val="restart"/>
            <w:vAlign w:val="center"/>
          </w:tcPr>
          <w:p w14:paraId="4969414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-6.1713</w:t>
            </w:r>
          </w:p>
        </w:tc>
        <w:tc>
          <w:tcPr>
            <w:tcW w:w="1044" w:type="dxa"/>
            <w:vMerge w:val="restart"/>
            <w:vAlign w:val="center"/>
          </w:tcPr>
          <w:p w14:paraId="65FB3FC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-6.348</w:t>
            </w:r>
          </w:p>
        </w:tc>
      </w:tr>
      <w:tr w:rsidR="00497B11" w:rsidRPr="00293828" w14:paraId="10006AA4" w14:textId="77777777" w:rsidTr="009D45BD">
        <w:tc>
          <w:tcPr>
            <w:tcW w:w="982" w:type="dxa"/>
            <w:vMerge/>
          </w:tcPr>
          <w:p w14:paraId="39BD3458" w14:textId="77777777" w:rsidR="00497B11" w:rsidRPr="00293828" w:rsidRDefault="00497B11" w:rsidP="00293828">
            <w:pPr>
              <w:rPr>
                <w:rFonts w:ascii="Times New Roman" w:hAnsi="Times New Roman" w:cs="Times New Roman"/>
                <w:szCs w:val="21"/>
              </w:rPr>
            </w:pPr>
          </w:p>
        </w:tc>
        <w:tc>
          <w:tcPr>
            <w:tcW w:w="1125" w:type="dxa"/>
            <w:vAlign w:val="center"/>
          </w:tcPr>
          <w:p w14:paraId="2A8DEA1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205-&gt;211</w:t>
            </w:r>
          </w:p>
        </w:tc>
        <w:tc>
          <w:tcPr>
            <w:tcW w:w="1044" w:type="dxa"/>
            <w:vAlign w:val="center"/>
          </w:tcPr>
          <w:p w14:paraId="2159365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-0.26725</w:t>
            </w:r>
          </w:p>
        </w:tc>
        <w:tc>
          <w:tcPr>
            <w:tcW w:w="1019" w:type="dxa"/>
            <w:vMerge/>
          </w:tcPr>
          <w:p w14:paraId="768668DD" w14:textId="77777777" w:rsidR="00497B11" w:rsidRPr="00293828" w:rsidRDefault="00497B11" w:rsidP="00293828">
            <w:pPr>
              <w:rPr>
                <w:rFonts w:ascii="Times New Roman" w:hAnsi="Times New Roman" w:cs="Times New Roman"/>
                <w:szCs w:val="21"/>
              </w:rPr>
            </w:pPr>
          </w:p>
        </w:tc>
        <w:tc>
          <w:tcPr>
            <w:tcW w:w="1019" w:type="dxa"/>
            <w:vMerge/>
          </w:tcPr>
          <w:p w14:paraId="1D71EE82" w14:textId="77777777" w:rsidR="00497B11" w:rsidRPr="00293828" w:rsidRDefault="00497B11" w:rsidP="00293828">
            <w:pPr>
              <w:rPr>
                <w:rFonts w:ascii="Times New Roman" w:hAnsi="Times New Roman" w:cs="Times New Roman"/>
                <w:szCs w:val="21"/>
              </w:rPr>
            </w:pPr>
          </w:p>
        </w:tc>
        <w:tc>
          <w:tcPr>
            <w:tcW w:w="1019" w:type="dxa"/>
            <w:vMerge/>
          </w:tcPr>
          <w:p w14:paraId="36D7AD65" w14:textId="77777777" w:rsidR="00497B11" w:rsidRPr="00293828" w:rsidRDefault="00497B11" w:rsidP="00293828">
            <w:pPr>
              <w:rPr>
                <w:rFonts w:ascii="Times New Roman" w:hAnsi="Times New Roman" w:cs="Times New Roman"/>
                <w:szCs w:val="21"/>
              </w:rPr>
            </w:pPr>
          </w:p>
        </w:tc>
        <w:tc>
          <w:tcPr>
            <w:tcW w:w="1044" w:type="dxa"/>
            <w:vMerge/>
          </w:tcPr>
          <w:p w14:paraId="0B23D010" w14:textId="77777777" w:rsidR="00497B11" w:rsidRPr="00293828" w:rsidRDefault="00497B11" w:rsidP="00293828">
            <w:pPr>
              <w:rPr>
                <w:rFonts w:ascii="Times New Roman" w:hAnsi="Times New Roman" w:cs="Times New Roman"/>
                <w:szCs w:val="21"/>
              </w:rPr>
            </w:pPr>
          </w:p>
        </w:tc>
        <w:tc>
          <w:tcPr>
            <w:tcW w:w="1044" w:type="dxa"/>
            <w:vMerge/>
          </w:tcPr>
          <w:p w14:paraId="77F1BD84" w14:textId="77777777" w:rsidR="00497B11" w:rsidRPr="00293828" w:rsidRDefault="00497B11" w:rsidP="00293828">
            <w:pPr>
              <w:rPr>
                <w:rFonts w:ascii="Times New Roman" w:hAnsi="Times New Roman" w:cs="Times New Roman"/>
                <w:szCs w:val="21"/>
              </w:rPr>
            </w:pPr>
          </w:p>
        </w:tc>
      </w:tr>
      <w:tr w:rsidR="00497B11" w:rsidRPr="00293828" w14:paraId="731A9B0F" w14:textId="77777777" w:rsidTr="009D45BD">
        <w:tc>
          <w:tcPr>
            <w:tcW w:w="982" w:type="dxa"/>
            <w:vMerge/>
          </w:tcPr>
          <w:p w14:paraId="7B07C873" w14:textId="77777777" w:rsidR="00497B11" w:rsidRPr="00293828" w:rsidRDefault="00497B11" w:rsidP="00293828">
            <w:pPr>
              <w:rPr>
                <w:rFonts w:ascii="Times New Roman" w:hAnsi="Times New Roman" w:cs="Times New Roman"/>
                <w:szCs w:val="21"/>
              </w:rPr>
            </w:pPr>
          </w:p>
        </w:tc>
        <w:tc>
          <w:tcPr>
            <w:tcW w:w="1125" w:type="dxa"/>
            <w:vAlign w:val="center"/>
          </w:tcPr>
          <w:p w14:paraId="74A1F0C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205-&gt;214</w:t>
            </w:r>
          </w:p>
        </w:tc>
        <w:tc>
          <w:tcPr>
            <w:tcW w:w="1044" w:type="dxa"/>
            <w:vAlign w:val="center"/>
          </w:tcPr>
          <w:p w14:paraId="039F6FE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0.34789</w:t>
            </w:r>
          </w:p>
        </w:tc>
        <w:tc>
          <w:tcPr>
            <w:tcW w:w="1019" w:type="dxa"/>
            <w:vMerge/>
          </w:tcPr>
          <w:p w14:paraId="16945712" w14:textId="77777777" w:rsidR="00497B11" w:rsidRPr="00293828" w:rsidRDefault="00497B11" w:rsidP="00293828">
            <w:pPr>
              <w:rPr>
                <w:rFonts w:ascii="Times New Roman" w:hAnsi="Times New Roman" w:cs="Times New Roman"/>
                <w:szCs w:val="21"/>
              </w:rPr>
            </w:pPr>
          </w:p>
        </w:tc>
        <w:tc>
          <w:tcPr>
            <w:tcW w:w="1019" w:type="dxa"/>
            <w:vMerge/>
          </w:tcPr>
          <w:p w14:paraId="53DD0DD4" w14:textId="77777777" w:rsidR="00497B11" w:rsidRPr="00293828" w:rsidRDefault="00497B11" w:rsidP="00293828">
            <w:pPr>
              <w:rPr>
                <w:rFonts w:ascii="Times New Roman" w:hAnsi="Times New Roman" w:cs="Times New Roman"/>
                <w:szCs w:val="21"/>
              </w:rPr>
            </w:pPr>
          </w:p>
        </w:tc>
        <w:tc>
          <w:tcPr>
            <w:tcW w:w="1019" w:type="dxa"/>
            <w:vMerge/>
          </w:tcPr>
          <w:p w14:paraId="62685202" w14:textId="77777777" w:rsidR="00497B11" w:rsidRPr="00293828" w:rsidRDefault="00497B11" w:rsidP="00293828">
            <w:pPr>
              <w:rPr>
                <w:rFonts w:ascii="Times New Roman" w:hAnsi="Times New Roman" w:cs="Times New Roman"/>
                <w:szCs w:val="21"/>
              </w:rPr>
            </w:pPr>
          </w:p>
        </w:tc>
        <w:tc>
          <w:tcPr>
            <w:tcW w:w="1044" w:type="dxa"/>
            <w:vMerge/>
          </w:tcPr>
          <w:p w14:paraId="571F0851" w14:textId="77777777" w:rsidR="00497B11" w:rsidRPr="00293828" w:rsidRDefault="00497B11" w:rsidP="00293828">
            <w:pPr>
              <w:rPr>
                <w:rFonts w:ascii="Times New Roman" w:hAnsi="Times New Roman" w:cs="Times New Roman"/>
                <w:szCs w:val="21"/>
              </w:rPr>
            </w:pPr>
          </w:p>
        </w:tc>
        <w:tc>
          <w:tcPr>
            <w:tcW w:w="1044" w:type="dxa"/>
            <w:vMerge/>
          </w:tcPr>
          <w:p w14:paraId="5C8EF35A" w14:textId="77777777" w:rsidR="00497B11" w:rsidRPr="00293828" w:rsidRDefault="00497B11" w:rsidP="00293828">
            <w:pPr>
              <w:rPr>
                <w:rFonts w:ascii="Times New Roman" w:hAnsi="Times New Roman" w:cs="Times New Roman"/>
                <w:szCs w:val="21"/>
              </w:rPr>
            </w:pPr>
          </w:p>
        </w:tc>
      </w:tr>
      <w:tr w:rsidR="00497B11" w:rsidRPr="00293828" w14:paraId="4B76621A" w14:textId="77777777" w:rsidTr="009D45BD">
        <w:tc>
          <w:tcPr>
            <w:tcW w:w="982" w:type="dxa"/>
            <w:vMerge/>
          </w:tcPr>
          <w:p w14:paraId="5EBB86B5" w14:textId="77777777" w:rsidR="00497B11" w:rsidRPr="00293828" w:rsidRDefault="00497B11" w:rsidP="00293828">
            <w:pPr>
              <w:rPr>
                <w:rFonts w:ascii="Times New Roman" w:hAnsi="Times New Roman" w:cs="Times New Roman"/>
                <w:szCs w:val="21"/>
              </w:rPr>
            </w:pPr>
          </w:p>
        </w:tc>
        <w:tc>
          <w:tcPr>
            <w:tcW w:w="1125" w:type="dxa"/>
            <w:vAlign w:val="center"/>
          </w:tcPr>
          <w:p w14:paraId="5B2BBC1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205-&gt;215</w:t>
            </w:r>
          </w:p>
        </w:tc>
        <w:tc>
          <w:tcPr>
            <w:tcW w:w="1044" w:type="dxa"/>
            <w:vAlign w:val="center"/>
          </w:tcPr>
          <w:p w14:paraId="37DCE07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0.17034</w:t>
            </w:r>
          </w:p>
        </w:tc>
        <w:tc>
          <w:tcPr>
            <w:tcW w:w="1019" w:type="dxa"/>
            <w:vMerge/>
          </w:tcPr>
          <w:p w14:paraId="2F9BB143" w14:textId="77777777" w:rsidR="00497B11" w:rsidRPr="00293828" w:rsidRDefault="00497B11" w:rsidP="00293828">
            <w:pPr>
              <w:rPr>
                <w:rFonts w:ascii="Times New Roman" w:hAnsi="Times New Roman" w:cs="Times New Roman"/>
                <w:szCs w:val="21"/>
              </w:rPr>
            </w:pPr>
          </w:p>
        </w:tc>
        <w:tc>
          <w:tcPr>
            <w:tcW w:w="1019" w:type="dxa"/>
            <w:vMerge/>
          </w:tcPr>
          <w:p w14:paraId="02EC1922" w14:textId="77777777" w:rsidR="00497B11" w:rsidRPr="00293828" w:rsidRDefault="00497B11" w:rsidP="00293828">
            <w:pPr>
              <w:rPr>
                <w:rFonts w:ascii="Times New Roman" w:hAnsi="Times New Roman" w:cs="Times New Roman"/>
                <w:szCs w:val="21"/>
              </w:rPr>
            </w:pPr>
          </w:p>
        </w:tc>
        <w:tc>
          <w:tcPr>
            <w:tcW w:w="1019" w:type="dxa"/>
            <w:vMerge/>
          </w:tcPr>
          <w:p w14:paraId="368CCCE6" w14:textId="77777777" w:rsidR="00497B11" w:rsidRPr="00293828" w:rsidRDefault="00497B11" w:rsidP="00293828">
            <w:pPr>
              <w:rPr>
                <w:rFonts w:ascii="Times New Roman" w:hAnsi="Times New Roman" w:cs="Times New Roman"/>
                <w:szCs w:val="21"/>
              </w:rPr>
            </w:pPr>
          </w:p>
        </w:tc>
        <w:tc>
          <w:tcPr>
            <w:tcW w:w="1044" w:type="dxa"/>
            <w:vMerge/>
          </w:tcPr>
          <w:p w14:paraId="529D5917" w14:textId="77777777" w:rsidR="00497B11" w:rsidRPr="00293828" w:rsidRDefault="00497B11" w:rsidP="00293828">
            <w:pPr>
              <w:rPr>
                <w:rFonts w:ascii="Times New Roman" w:hAnsi="Times New Roman" w:cs="Times New Roman"/>
                <w:szCs w:val="21"/>
              </w:rPr>
            </w:pPr>
          </w:p>
        </w:tc>
        <w:tc>
          <w:tcPr>
            <w:tcW w:w="1044" w:type="dxa"/>
            <w:vMerge/>
          </w:tcPr>
          <w:p w14:paraId="796FA769" w14:textId="77777777" w:rsidR="00497B11" w:rsidRPr="00293828" w:rsidRDefault="00497B11" w:rsidP="00293828">
            <w:pPr>
              <w:rPr>
                <w:rFonts w:ascii="Times New Roman" w:hAnsi="Times New Roman" w:cs="Times New Roman"/>
                <w:szCs w:val="21"/>
              </w:rPr>
            </w:pPr>
          </w:p>
        </w:tc>
      </w:tr>
      <w:tr w:rsidR="00497B11" w:rsidRPr="00293828" w14:paraId="21985BE7" w14:textId="77777777" w:rsidTr="009D45BD">
        <w:tc>
          <w:tcPr>
            <w:tcW w:w="982" w:type="dxa"/>
            <w:vMerge/>
          </w:tcPr>
          <w:p w14:paraId="179E5C22" w14:textId="77777777" w:rsidR="00497B11" w:rsidRPr="00293828" w:rsidRDefault="00497B11" w:rsidP="00293828">
            <w:pPr>
              <w:rPr>
                <w:rFonts w:ascii="Times New Roman" w:hAnsi="Times New Roman" w:cs="Times New Roman"/>
                <w:szCs w:val="21"/>
              </w:rPr>
            </w:pPr>
          </w:p>
        </w:tc>
        <w:tc>
          <w:tcPr>
            <w:tcW w:w="1125" w:type="dxa"/>
            <w:vAlign w:val="center"/>
          </w:tcPr>
          <w:p w14:paraId="3141524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205-&gt;220</w:t>
            </w:r>
          </w:p>
        </w:tc>
        <w:tc>
          <w:tcPr>
            <w:tcW w:w="1044" w:type="dxa"/>
            <w:vAlign w:val="center"/>
          </w:tcPr>
          <w:p w14:paraId="31FE440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0.17386</w:t>
            </w:r>
          </w:p>
        </w:tc>
        <w:tc>
          <w:tcPr>
            <w:tcW w:w="1019" w:type="dxa"/>
            <w:vMerge/>
          </w:tcPr>
          <w:p w14:paraId="0284E9BC" w14:textId="77777777" w:rsidR="00497B11" w:rsidRPr="00293828" w:rsidRDefault="00497B11" w:rsidP="00293828">
            <w:pPr>
              <w:rPr>
                <w:rFonts w:ascii="Times New Roman" w:hAnsi="Times New Roman" w:cs="Times New Roman"/>
                <w:szCs w:val="21"/>
              </w:rPr>
            </w:pPr>
          </w:p>
        </w:tc>
        <w:tc>
          <w:tcPr>
            <w:tcW w:w="1019" w:type="dxa"/>
            <w:vMerge/>
          </w:tcPr>
          <w:p w14:paraId="40078A51" w14:textId="77777777" w:rsidR="00497B11" w:rsidRPr="00293828" w:rsidRDefault="00497B11" w:rsidP="00293828">
            <w:pPr>
              <w:rPr>
                <w:rFonts w:ascii="Times New Roman" w:hAnsi="Times New Roman" w:cs="Times New Roman"/>
                <w:szCs w:val="21"/>
              </w:rPr>
            </w:pPr>
          </w:p>
        </w:tc>
        <w:tc>
          <w:tcPr>
            <w:tcW w:w="1019" w:type="dxa"/>
            <w:vMerge/>
          </w:tcPr>
          <w:p w14:paraId="7C522808" w14:textId="77777777" w:rsidR="00497B11" w:rsidRPr="00293828" w:rsidRDefault="00497B11" w:rsidP="00293828">
            <w:pPr>
              <w:rPr>
                <w:rFonts w:ascii="Times New Roman" w:hAnsi="Times New Roman" w:cs="Times New Roman"/>
                <w:szCs w:val="21"/>
              </w:rPr>
            </w:pPr>
          </w:p>
        </w:tc>
        <w:tc>
          <w:tcPr>
            <w:tcW w:w="1044" w:type="dxa"/>
            <w:vMerge/>
          </w:tcPr>
          <w:p w14:paraId="76D6AD3E" w14:textId="77777777" w:rsidR="00497B11" w:rsidRPr="00293828" w:rsidRDefault="00497B11" w:rsidP="00293828">
            <w:pPr>
              <w:rPr>
                <w:rFonts w:ascii="Times New Roman" w:hAnsi="Times New Roman" w:cs="Times New Roman"/>
                <w:szCs w:val="21"/>
              </w:rPr>
            </w:pPr>
          </w:p>
        </w:tc>
        <w:tc>
          <w:tcPr>
            <w:tcW w:w="1044" w:type="dxa"/>
            <w:vMerge/>
          </w:tcPr>
          <w:p w14:paraId="24C12AEC" w14:textId="77777777" w:rsidR="00497B11" w:rsidRPr="00293828" w:rsidRDefault="00497B11" w:rsidP="00293828">
            <w:pPr>
              <w:rPr>
                <w:rFonts w:ascii="Times New Roman" w:hAnsi="Times New Roman" w:cs="Times New Roman"/>
                <w:szCs w:val="21"/>
              </w:rPr>
            </w:pPr>
          </w:p>
        </w:tc>
      </w:tr>
      <w:tr w:rsidR="00497B11" w:rsidRPr="00293828" w14:paraId="43666D58" w14:textId="77777777" w:rsidTr="009D45BD">
        <w:tc>
          <w:tcPr>
            <w:tcW w:w="982" w:type="dxa"/>
            <w:vAlign w:val="center"/>
          </w:tcPr>
          <w:p w14:paraId="6D0A81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36</w:t>
            </w:r>
          </w:p>
        </w:tc>
        <w:tc>
          <w:tcPr>
            <w:tcW w:w="1125" w:type="dxa"/>
            <w:vAlign w:val="center"/>
          </w:tcPr>
          <w:p w14:paraId="470EBB9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202-&gt;208</w:t>
            </w:r>
          </w:p>
        </w:tc>
        <w:tc>
          <w:tcPr>
            <w:tcW w:w="1044" w:type="dxa"/>
            <w:vAlign w:val="center"/>
          </w:tcPr>
          <w:p w14:paraId="1B3F634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0.15836</w:t>
            </w:r>
          </w:p>
        </w:tc>
        <w:tc>
          <w:tcPr>
            <w:tcW w:w="1019" w:type="dxa"/>
            <w:vAlign w:val="center"/>
          </w:tcPr>
          <w:p w14:paraId="69CF6E7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7.6076</w:t>
            </w:r>
          </w:p>
        </w:tc>
        <w:tc>
          <w:tcPr>
            <w:tcW w:w="1019" w:type="dxa"/>
            <w:vAlign w:val="center"/>
          </w:tcPr>
          <w:p w14:paraId="55CD610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162.97</w:t>
            </w:r>
          </w:p>
        </w:tc>
        <w:tc>
          <w:tcPr>
            <w:tcW w:w="1019" w:type="dxa"/>
            <w:vAlign w:val="center"/>
          </w:tcPr>
          <w:p w14:paraId="43106AA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0.0171</w:t>
            </w:r>
          </w:p>
        </w:tc>
        <w:tc>
          <w:tcPr>
            <w:tcW w:w="1044" w:type="dxa"/>
            <w:vAlign w:val="center"/>
          </w:tcPr>
          <w:p w14:paraId="67D7DD4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-10.6281</w:t>
            </w:r>
          </w:p>
        </w:tc>
        <w:tc>
          <w:tcPr>
            <w:tcW w:w="1044" w:type="dxa"/>
            <w:vAlign w:val="center"/>
          </w:tcPr>
          <w:p w14:paraId="5F510CD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-11.1295</w:t>
            </w:r>
          </w:p>
        </w:tc>
      </w:tr>
    </w:tbl>
    <w:p w14:paraId="4B7DAF9F" w14:textId="77777777" w:rsidR="00497B11" w:rsidRPr="00293828" w:rsidRDefault="00497B11" w:rsidP="00293828">
      <w:pPr>
        <w:spacing w:after="40" w:line="360" w:lineRule="auto"/>
        <w:rPr>
          <w:rFonts w:ascii="Times New Roman" w:hAnsi="Times New Roman" w:cs="Times New Roman"/>
          <w:szCs w:val="21"/>
          <w14:ligatures w14:val="none"/>
        </w:rPr>
      </w:pPr>
      <w:proofErr w:type="spellStart"/>
      <w:r w:rsidRPr="00293828">
        <w:rPr>
          <w:rFonts w:ascii="Times New Roman" w:hAnsi="Times New Roman" w:cs="Times New Roman"/>
          <w:i/>
          <w:iCs/>
          <w:szCs w:val="21"/>
          <w:vertAlign w:val="superscript"/>
          <w14:ligatures w14:val="none"/>
        </w:rPr>
        <w:t>a</w:t>
      </w:r>
      <w:r w:rsidRPr="00293828">
        <w:rPr>
          <w:rFonts w:ascii="Times New Roman" w:hAnsi="Times New Roman" w:cs="Times New Roman"/>
          <w:szCs w:val="21"/>
          <w14:ligatures w14:val="none"/>
        </w:rPr>
        <w:t>Number</w:t>
      </w:r>
      <w:proofErr w:type="spellEnd"/>
      <w:r w:rsidRPr="00293828">
        <w:rPr>
          <w:rFonts w:ascii="Times New Roman" w:hAnsi="Times New Roman" w:cs="Times New Roman"/>
          <w:szCs w:val="21"/>
          <w14:ligatures w14:val="none"/>
        </w:rPr>
        <w:t xml:space="preserve"> of the excited states; </w:t>
      </w:r>
      <w:proofErr w:type="spellStart"/>
      <w:r w:rsidRPr="00293828">
        <w:rPr>
          <w:rFonts w:ascii="Times New Roman" w:hAnsi="Times New Roman" w:cs="Times New Roman"/>
          <w:i/>
          <w:iCs/>
          <w:szCs w:val="21"/>
          <w:vertAlign w:val="superscript"/>
          <w14:ligatures w14:val="none"/>
        </w:rPr>
        <w:t>b</w:t>
      </w:r>
      <w:r w:rsidRPr="00293828">
        <w:rPr>
          <w:rFonts w:ascii="Times New Roman" w:hAnsi="Times New Roman" w:cs="Times New Roman"/>
          <w:szCs w:val="21"/>
          <w14:ligatures w14:val="none"/>
        </w:rPr>
        <w:t>Only</w:t>
      </w:r>
      <w:proofErr w:type="spellEnd"/>
      <w:r w:rsidRPr="00293828">
        <w:rPr>
          <w:rFonts w:ascii="Times New Roman" w:hAnsi="Times New Roman" w:cs="Times New Roman"/>
          <w:szCs w:val="21"/>
          <w14:ligatures w14:val="none"/>
        </w:rPr>
        <w:t xml:space="preserve"> transitions with contribution over </w:t>
      </w:r>
      <w:r w:rsidRPr="00293828">
        <w:rPr>
          <w:rFonts w:ascii="Times New Roman" w:hAnsi="Times New Roman" w:cs="Times New Roman" w:hint="eastAsia"/>
          <w:szCs w:val="21"/>
          <w14:ligatures w14:val="none"/>
        </w:rPr>
        <w:t>5</w:t>
      </w:r>
      <w:r w:rsidRPr="00293828">
        <w:rPr>
          <w:rFonts w:ascii="Times New Roman" w:hAnsi="Times New Roman" w:cs="Times New Roman"/>
          <w:szCs w:val="21"/>
          <w14:ligatures w14:val="none"/>
        </w:rPr>
        <w:t xml:space="preserve">.0% were listed; </w:t>
      </w:r>
      <w:proofErr w:type="spellStart"/>
      <w:r w:rsidRPr="00293828">
        <w:rPr>
          <w:rFonts w:ascii="Times New Roman" w:hAnsi="Times New Roman" w:cs="Times New Roman"/>
          <w:i/>
          <w:iCs/>
          <w:szCs w:val="21"/>
          <w:vertAlign w:val="superscript"/>
          <w14:ligatures w14:val="none"/>
        </w:rPr>
        <w:t>c</w:t>
      </w:r>
      <w:r w:rsidRPr="00293828">
        <w:rPr>
          <w:rFonts w:ascii="Times New Roman" w:hAnsi="Times New Roman" w:cs="Times New Roman"/>
          <w:szCs w:val="21"/>
          <w14:ligatures w14:val="none"/>
        </w:rPr>
        <w:t>Configuration</w:t>
      </w:r>
      <w:proofErr w:type="spellEnd"/>
      <w:r w:rsidRPr="00293828">
        <w:rPr>
          <w:rFonts w:ascii="Times New Roman" w:hAnsi="Times New Roman" w:cs="Times New Roman"/>
          <w:szCs w:val="21"/>
          <w14:ligatures w14:val="none"/>
        </w:rPr>
        <w:t xml:space="preserve">-interaction coefficient; </w:t>
      </w:r>
      <w:proofErr w:type="spellStart"/>
      <w:r w:rsidRPr="00293828">
        <w:rPr>
          <w:rFonts w:ascii="Times New Roman" w:hAnsi="Times New Roman" w:cs="Times New Roman"/>
          <w:i/>
          <w:iCs/>
          <w:szCs w:val="21"/>
          <w:vertAlign w:val="superscript"/>
          <w14:ligatures w14:val="none"/>
        </w:rPr>
        <w:t>d</w:t>
      </w:r>
      <w:r w:rsidRPr="00293828">
        <w:rPr>
          <w:rFonts w:ascii="Times New Roman" w:hAnsi="Times New Roman" w:cs="Times New Roman"/>
          <w:szCs w:val="21"/>
          <w14:ligatures w14:val="none"/>
        </w:rPr>
        <w:t>Excitation</w:t>
      </w:r>
      <w:proofErr w:type="spellEnd"/>
      <w:r w:rsidRPr="00293828">
        <w:rPr>
          <w:rFonts w:ascii="Times New Roman" w:hAnsi="Times New Roman" w:cs="Times New Roman"/>
          <w:szCs w:val="21"/>
          <w14:ligatures w14:val="none"/>
        </w:rPr>
        <w:t xml:space="preserve"> energy; </w:t>
      </w:r>
      <w:proofErr w:type="spellStart"/>
      <w:r w:rsidRPr="00293828">
        <w:rPr>
          <w:rFonts w:ascii="Times New Roman" w:hAnsi="Times New Roman" w:cs="Times New Roman"/>
          <w:i/>
          <w:iCs/>
          <w:szCs w:val="21"/>
          <w:vertAlign w:val="superscript"/>
          <w14:ligatures w14:val="none"/>
        </w:rPr>
        <w:t>e</w:t>
      </w:r>
      <w:r w:rsidRPr="00293828">
        <w:rPr>
          <w:rFonts w:ascii="Times New Roman" w:hAnsi="Times New Roman" w:cs="Times New Roman"/>
          <w:szCs w:val="21"/>
          <w14:ligatures w14:val="none"/>
        </w:rPr>
        <w:t>Wavelength</w:t>
      </w:r>
      <w:proofErr w:type="spellEnd"/>
      <w:r w:rsidRPr="00293828">
        <w:rPr>
          <w:rFonts w:ascii="Times New Roman" w:hAnsi="Times New Roman" w:cs="Times New Roman"/>
          <w:szCs w:val="21"/>
          <w14:ligatures w14:val="none"/>
        </w:rPr>
        <w:t>;</w:t>
      </w:r>
      <w:r w:rsidRPr="00293828">
        <w:rPr>
          <w:rFonts w:ascii="Times New Roman" w:hAnsi="Times New Roman" w:cs="Times New Roman"/>
          <w:i/>
          <w:iCs/>
          <w:szCs w:val="21"/>
          <w:vertAlign w:val="superscript"/>
          <w14:ligatures w14:val="none"/>
        </w:rPr>
        <w:t xml:space="preserve"> </w:t>
      </w:r>
      <w:proofErr w:type="spellStart"/>
      <w:r w:rsidRPr="00293828">
        <w:rPr>
          <w:rFonts w:ascii="Times New Roman" w:hAnsi="Times New Roman" w:cs="Times New Roman"/>
          <w:i/>
          <w:iCs/>
          <w:szCs w:val="21"/>
          <w:vertAlign w:val="superscript"/>
          <w14:ligatures w14:val="none"/>
        </w:rPr>
        <w:t>f</w:t>
      </w:r>
      <w:r w:rsidRPr="00293828">
        <w:rPr>
          <w:rFonts w:ascii="Times New Roman" w:hAnsi="Times New Roman" w:cs="Times New Roman"/>
          <w:szCs w:val="21"/>
          <w14:ligatures w14:val="none"/>
        </w:rPr>
        <w:t>Oscillator</w:t>
      </w:r>
      <w:proofErr w:type="spellEnd"/>
      <w:r w:rsidRPr="00293828">
        <w:rPr>
          <w:rFonts w:ascii="Times New Roman" w:hAnsi="Times New Roman" w:cs="Times New Roman"/>
          <w:szCs w:val="21"/>
          <w14:ligatures w14:val="none"/>
        </w:rPr>
        <w:t xml:space="preserve"> strength; </w:t>
      </w:r>
      <w:proofErr w:type="spellStart"/>
      <w:r w:rsidRPr="00293828">
        <w:rPr>
          <w:rFonts w:ascii="Times New Roman" w:hAnsi="Times New Roman" w:cs="Times New Roman"/>
          <w:i/>
          <w:iCs/>
          <w:szCs w:val="21"/>
          <w:vertAlign w:val="superscript"/>
          <w14:ligatures w14:val="none"/>
        </w:rPr>
        <w:t>g</w:t>
      </w:r>
      <w:r w:rsidRPr="00293828">
        <w:rPr>
          <w:rFonts w:ascii="Times New Roman" w:hAnsi="Times New Roman" w:cs="Times New Roman"/>
          <w:szCs w:val="21"/>
          <w14:ligatures w14:val="none"/>
        </w:rPr>
        <w:t>Rotatory</w:t>
      </w:r>
      <w:proofErr w:type="spellEnd"/>
      <w:r w:rsidRPr="00293828">
        <w:rPr>
          <w:rFonts w:ascii="Times New Roman" w:hAnsi="Times New Roman" w:cs="Times New Roman"/>
          <w:szCs w:val="21"/>
          <w14:ligatures w14:val="none"/>
        </w:rPr>
        <w:t xml:space="preserve"> strength in velocity form (10</w:t>
      </w:r>
      <w:r w:rsidRPr="00293828">
        <w:rPr>
          <w:rFonts w:ascii="Times New Roman" w:hAnsi="Times New Roman" w:cs="Times New Roman"/>
          <w:szCs w:val="21"/>
          <w:vertAlign w:val="superscript"/>
          <w14:ligatures w14:val="none"/>
        </w:rPr>
        <w:t>-40</w:t>
      </w:r>
      <w:r w:rsidRPr="00293828">
        <w:rPr>
          <w:rFonts w:ascii="Times New Roman" w:hAnsi="Times New Roman" w:cs="Times New Roman"/>
          <w:szCs w:val="21"/>
          <w14:ligatures w14:val="none"/>
        </w:rPr>
        <w:t xml:space="preserve"> cgs); </w:t>
      </w:r>
      <w:proofErr w:type="spellStart"/>
      <w:r w:rsidRPr="00293828">
        <w:rPr>
          <w:rFonts w:ascii="Times New Roman" w:hAnsi="Times New Roman" w:cs="Times New Roman"/>
          <w:i/>
          <w:iCs/>
          <w:szCs w:val="21"/>
          <w:vertAlign w:val="superscript"/>
          <w14:ligatures w14:val="none"/>
        </w:rPr>
        <w:t>h</w:t>
      </w:r>
      <w:r w:rsidRPr="00293828">
        <w:rPr>
          <w:rFonts w:ascii="Times New Roman" w:hAnsi="Times New Roman" w:cs="Times New Roman"/>
          <w:szCs w:val="21"/>
          <w14:ligatures w14:val="none"/>
        </w:rPr>
        <w:t>Rotatory</w:t>
      </w:r>
      <w:proofErr w:type="spellEnd"/>
      <w:r w:rsidRPr="00293828">
        <w:rPr>
          <w:rFonts w:ascii="Times New Roman" w:hAnsi="Times New Roman" w:cs="Times New Roman"/>
          <w:szCs w:val="21"/>
          <w14:ligatures w14:val="none"/>
        </w:rPr>
        <w:t xml:space="preserve"> strength in length form (10</w:t>
      </w:r>
      <w:r w:rsidRPr="00293828">
        <w:rPr>
          <w:rFonts w:ascii="Times New Roman" w:hAnsi="Times New Roman" w:cs="Times New Roman"/>
          <w:szCs w:val="21"/>
          <w:vertAlign w:val="superscript"/>
          <w14:ligatures w14:val="none"/>
        </w:rPr>
        <w:t>-40</w:t>
      </w:r>
      <w:r w:rsidRPr="00293828">
        <w:rPr>
          <w:rFonts w:ascii="Times New Roman" w:hAnsi="Times New Roman" w:cs="Times New Roman"/>
          <w:szCs w:val="21"/>
          <w14:ligatures w14:val="none"/>
        </w:rPr>
        <w:t xml:space="preserve"> cgs).</w:t>
      </w:r>
    </w:p>
    <w:p w14:paraId="2FC73AC2" w14:textId="77777777" w:rsidR="00497B11" w:rsidRPr="00293828" w:rsidRDefault="00497B11" w:rsidP="00293828">
      <w:pPr>
        <w:rPr>
          <w:rFonts w:ascii="Times New Roman" w:hAnsi="Times New Roman" w:cs="Times New Roman"/>
          <w:szCs w:val="21"/>
          <w14:ligatures w14:val="none"/>
        </w:rPr>
      </w:pPr>
      <w:r w:rsidRPr="00293828">
        <w:rPr>
          <w:rFonts w:ascii="Times New Roman" w:hAnsi="Times New Roman" w:cs="Times New Roman"/>
          <w:szCs w:val="21"/>
          <w14:ligatures w14:val="none"/>
        </w:rPr>
        <w:br w:type="page"/>
      </w:r>
    </w:p>
    <w:p w14:paraId="0925EFB5" w14:textId="77777777" w:rsidR="00497B11" w:rsidRPr="00293828" w:rsidRDefault="00497B11" w:rsidP="00293828">
      <w:pPr>
        <w:spacing w:line="360" w:lineRule="auto"/>
        <w:rPr>
          <w:rFonts w:ascii="Times New Roman" w:hAnsi="Times New Roman" w:cs="Times New Roman"/>
          <w:szCs w:val="21"/>
          <w14:ligatures w14:val="none"/>
        </w:rPr>
      </w:pPr>
      <w:r w:rsidRPr="009A52A7">
        <w:rPr>
          <w:rFonts w:ascii="Times New Roman" w:hAnsi="Times New Roman" w:cs="Times New Roman"/>
          <w:b/>
          <w:bCs/>
          <w:szCs w:val="21"/>
          <w14:ligatures w14:val="none"/>
        </w:rPr>
        <w:lastRenderedPageBreak/>
        <w:t>Table S</w:t>
      </w:r>
      <w:r w:rsidRPr="009A52A7">
        <w:rPr>
          <w:rFonts w:ascii="Times New Roman" w:hAnsi="Times New Roman" w:cs="Times New Roman" w:hint="eastAsia"/>
          <w:b/>
          <w:bCs/>
          <w:szCs w:val="21"/>
          <w14:ligatures w14:val="none"/>
        </w:rPr>
        <w:t>9</w:t>
      </w:r>
      <w:r w:rsidRPr="009A52A7">
        <w:rPr>
          <w:rFonts w:ascii="Times New Roman" w:hAnsi="Times New Roman" w:cs="Times New Roman"/>
          <w:szCs w:val="21"/>
          <w14:ligatures w14:val="none"/>
        </w:rPr>
        <w:t xml:space="preserve"> K</w:t>
      </w:r>
      <w:r w:rsidRPr="00293828">
        <w:rPr>
          <w:rFonts w:ascii="Times New Roman" w:hAnsi="Times New Roman" w:cs="Times New Roman"/>
          <w:szCs w:val="21"/>
          <w14:ligatures w14:val="none"/>
        </w:rPr>
        <w:t xml:space="preserve">ey transitions, oscillator strengths, and rotatory strengths in the ECD spectrum of conformer </w:t>
      </w:r>
      <w:r w:rsidRPr="00293828">
        <w:rPr>
          <w:rFonts w:ascii="Times New Roman" w:hAnsi="Times New Roman" w:cs="Times New Roman" w:hint="eastAsia"/>
          <w:b/>
          <w:bCs/>
          <w:szCs w:val="21"/>
          <w14:ligatures w14:val="none"/>
        </w:rPr>
        <w:t>4A</w:t>
      </w:r>
      <w:r w:rsidRPr="00293828">
        <w:rPr>
          <w:rFonts w:ascii="Times New Roman" w:hAnsi="Times New Roman" w:cs="Times New Roman"/>
          <w:b/>
          <w:bCs/>
          <w:szCs w:val="21"/>
          <w14:ligatures w14:val="none"/>
        </w:rPr>
        <w:t>-</w:t>
      </w:r>
      <w:r w:rsidRPr="00293828">
        <w:rPr>
          <w:rFonts w:ascii="Times New Roman" w:hAnsi="Times New Roman" w:cs="Times New Roman" w:hint="eastAsia"/>
          <w:b/>
          <w:bCs/>
          <w:szCs w:val="21"/>
          <w14:ligatures w14:val="none"/>
        </w:rPr>
        <w:t>2</w:t>
      </w:r>
      <w:r w:rsidRPr="00293828">
        <w:rPr>
          <w:rFonts w:ascii="Times New Roman" w:hAnsi="Times New Roman" w:cs="Times New Roman"/>
          <w:szCs w:val="21"/>
          <w14:ligatures w14:val="none"/>
        </w:rPr>
        <w:t xml:space="preserve"> at the </w:t>
      </w:r>
      <w:r w:rsidRPr="00293828">
        <w:rPr>
          <w:rFonts w:ascii="Times New Roman" w:hAnsi="Times New Roman" w:cs="Times New Roman" w:hint="eastAsia"/>
          <w:szCs w:val="21"/>
          <w14:ligatures w14:val="none"/>
        </w:rPr>
        <w:t>CAM-B3LYP</w:t>
      </w:r>
      <w:r w:rsidRPr="00293828">
        <w:rPr>
          <w:rFonts w:ascii="Times New Roman" w:hAnsi="Times New Roman" w:cs="Times New Roman"/>
          <w:szCs w:val="21"/>
          <w14:ligatures w14:val="none"/>
        </w:rPr>
        <w:t>/6-311+G(</w:t>
      </w:r>
      <w:r w:rsidRPr="00293828">
        <w:rPr>
          <w:rFonts w:ascii="Times New Roman" w:hAnsi="Times New Roman" w:cs="Times New Roman" w:hint="eastAsia"/>
          <w:szCs w:val="21"/>
          <w14:ligatures w14:val="none"/>
        </w:rPr>
        <w:t>2</w:t>
      </w:r>
      <w:proofErr w:type="gramStart"/>
      <w:r w:rsidRPr="00293828">
        <w:rPr>
          <w:rFonts w:ascii="Times New Roman" w:hAnsi="Times New Roman" w:cs="Times New Roman"/>
          <w:szCs w:val="21"/>
          <w14:ligatures w14:val="none"/>
        </w:rPr>
        <w:t>d,p</w:t>
      </w:r>
      <w:proofErr w:type="gramEnd"/>
      <w:r w:rsidRPr="00293828">
        <w:rPr>
          <w:rFonts w:ascii="Times New Roman" w:hAnsi="Times New Roman" w:cs="Times New Roman"/>
          <w:szCs w:val="21"/>
          <w14:ligatures w14:val="none"/>
        </w:rPr>
        <w:t>) level of theory in MeOH with IEFPCM solvent model.</w:t>
      </w:r>
    </w:p>
    <w:tbl>
      <w:tblPr>
        <w:tblStyle w:val="ad"/>
        <w:tblW w:w="0" w:type="auto"/>
        <w:tblLook w:val="04A0" w:firstRow="1" w:lastRow="0" w:firstColumn="1" w:lastColumn="0" w:noHBand="0" w:noVBand="1"/>
      </w:tblPr>
      <w:tblGrid>
        <w:gridCol w:w="962"/>
        <w:gridCol w:w="1150"/>
        <w:gridCol w:w="1035"/>
        <w:gridCol w:w="1005"/>
        <w:gridCol w:w="1005"/>
        <w:gridCol w:w="1005"/>
        <w:gridCol w:w="1067"/>
        <w:gridCol w:w="1067"/>
      </w:tblGrid>
      <w:tr w:rsidR="00497B11" w:rsidRPr="00293828" w14:paraId="1AEC51D2" w14:textId="77777777" w:rsidTr="009D45BD">
        <w:trPr>
          <w:tblHeader/>
        </w:trPr>
        <w:tc>
          <w:tcPr>
            <w:tcW w:w="969" w:type="dxa"/>
            <w:vAlign w:val="center"/>
          </w:tcPr>
          <w:p w14:paraId="0F69B45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Num</w:t>
            </w:r>
            <w:r w:rsidRPr="00293828">
              <w:rPr>
                <w:rFonts w:ascii="Times New Roman" w:hAnsi="Times New Roman" w:cs="Times New Roman"/>
                <w:i/>
                <w:iCs/>
                <w:szCs w:val="21"/>
                <w:vertAlign w:val="superscript"/>
              </w:rPr>
              <w:t>a</w:t>
            </w:r>
          </w:p>
        </w:tc>
        <w:tc>
          <w:tcPr>
            <w:tcW w:w="1125" w:type="dxa"/>
            <w:vAlign w:val="center"/>
          </w:tcPr>
          <w:p w14:paraId="65375ECA" w14:textId="77777777" w:rsidR="00497B11" w:rsidRPr="00293828" w:rsidRDefault="00497B11" w:rsidP="00293828">
            <w:pPr>
              <w:jc w:val="center"/>
              <w:rPr>
                <w:rFonts w:ascii="Times New Roman" w:hAnsi="Times New Roman" w:cs="Times New Roman"/>
                <w:szCs w:val="21"/>
              </w:rPr>
            </w:pPr>
            <w:proofErr w:type="spellStart"/>
            <w:r w:rsidRPr="00293828">
              <w:rPr>
                <w:rFonts w:ascii="Times New Roman" w:hAnsi="Times New Roman" w:cs="Times New Roman"/>
                <w:i/>
                <w:iCs/>
                <w:szCs w:val="21"/>
              </w:rPr>
              <w:t>Transition</w:t>
            </w:r>
            <w:r w:rsidRPr="00293828">
              <w:rPr>
                <w:rFonts w:ascii="Times New Roman" w:hAnsi="Times New Roman" w:cs="Times New Roman"/>
                <w:i/>
                <w:iCs/>
                <w:szCs w:val="21"/>
                <w:vertAlign w:val="superscript"/>
              </w:rPr>
              <w:t>b</w:t>
            </w:r>
            <w:proofErr w:type="spellEnd"/>
          </w:p>
        </w:tc>
        <w:tc>
          <w:tcPr>
            <w:tcW w:w="1039" w:type="dxa"/>
            <w:vAlign w:val="center"/>
          </w:tcPr>
          <w:p w14:paraId="183C63A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CI-</w:t>
            </w:r>
            <w:proofErr w:type="spellStart"/>
            <w:r w:rsidRPr="00293828">
              <w:rPr>
                <w:rFonts w:ascii="Times New Roman" w:hAnsi="Times New Roman" w:cs="Times New Roman"/>
                <w:i/>
                <w:iCs/>
                <w:szCs w:val="21"/>
              </w:rPr>
              <w:t>coeff</w:t>
            </w:r>
            <w:r w:rsidRPr="00293828">
              <w:rPr>
                <w:rFonts w:ascii="Times New Roman" w:hAnsi="Times New Roman" w:cs="Times New Roman"/>
                <w:i/>
                <w:iCs/>
                <w:szCs w:val="21"/>
                <w:vertAlign w:val="superscript"/>
              </w:rPr>
              <w:t>b</w:t>
            </w:r>
            <w:proofErr w:type="spellEnd"/>
          </w:p>
        </w:tc>
        <w:tc>
          <w:tcPr>
            <w:tcW w:w="1009" w:type="dxa"/>
            <w:vAlign w:val="center"/>
          </w:tcPr>
          <w:p w14:paraId="5FC778D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ΔE (eV)</w:t>
            </w:r>
            <w:r w:rsidRPr="00293828">
              <w:rPr>
                <w:rFonts w:ascii="Times New Roman" w:hAnsi="Times New Roman" w:cs="Times New Roman"/>
                <w:i/>
                <w:iCs/>
                <w:szCs w:val="21"/>
                <w:vertAlign w:val="superscript"/>
              </w:rPr>
              <w:t>d</w:t>
            </w:r>
          </w:p>
        </w:tc>
        <w:tc>
          <w:tcPr>
            <w:tcW w:w="1009" w:type="dxa"/>
            <w:vAlign w:val="center"/>
          </w:tcPr>
          <w:p w14:paraId="0274EB3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λ (nm)</w:t>
            </w:r>
            <w:r w:rsidRPr="00293828">
              <w:rPr>
                <w:rFonts w:ascii="Times New Roman" w:hAnsi="Times New Roman" w:cs="Times New Roman"/>
                <w:i/>
                <w:iCs/>
                <w:szCs w:val="21"/>
                <w:vertAlign w:val="superscript"/>
              </w:rPr>
              <w:t>e</w:t>
            </w:r>
          </w:p>
        </w:tc>
        <w:tc>
          <w:tcPr>
            <w:tcW w:w="1009" w:type="dxa"/>
            <w:vAlign w:val="center"/>
          </w:tcPr>
          <w:p w14:paraId="5A71500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i/>
                <w:iCs/>
                <w:szCs w:val="21"/>
              </w:rPr>
              <w:t>f</w:t>
            </w:r>
            <w:r w:rsidRPr="00293828">
              <w:rPr>
                <w:rFonts w:ascii="Times New Roman" w:hAnsi="Times New Roman" w:cs="Times New Roman"/>
                <w:i/>
                <w:iCs/>
                <w:szCs w:val="21"/>
                <w:vertAlign w:val="superscript"/>
              </w:rPr>
              <w:t>f</w:t>
            </w:r>
          </w:p>
        </w:tc>
        <w:tc>
          <w:tcPr>
            <w:tcW w:w="1068" w:type="dxa"/>
            <w:vAlign w:val="center"/>
          </w:tcPr>
          <w:p w14:paraId="4818510C" w14:textId="77777777" w:rsidR="00497B11" w:rsidRPr="00293828" w:rsidRDefault="00497B11" w:rsidP="00293828">
            <w:pPr>
              <w:jc w:val="center"/>
              <w:rPr>
                <w:rFonts w:ascii="Times New Roman" w:hAnsi="Times New Roman" w:cs="Times New Roman"/>
                <w:szCs w:val="21"/>
              </w:rPr>
            </w:pPr>
            <w:proofErr w:type="spellStart"/>
            <w:r w:rsidRPr="00293828">
              <w:rPr>
                <w:rFonts w:ascii="Times New Roman" w:hAnsi="Times New Roman" w:cs="Times New Roman"/>
                <w:i/>
                <w:iCs/>
                <w:szCs w:val="21"/>
              </w:rPr>
              <w:t>R</w:t>
            </w:r>
            <w:r w:rsidRPr="00293828">
              <w:rPr>
                <w:rFonts w:ascii="Times New Roman" w:hAnsi="Times New Roman" w:cs="Times New Roman"/>
                <w:i/>
                <w:iCs/>
                <w:szCs w:val="21"/>
                <w:vertAlign w:val="subscript"/>
              </w:rPr>
              <w:t>vel</w:t>
            </w:r>
            <w:r w:rsidRPr="00293828">
              <w:rPr>
                <w:rFonts w:ascii="Times New Roman" w:hAnsi="Times New Roman" w:cs="Times New Roman"/>
                <w:i/>
                <w:iCs/>
                <w:szCs w:val="21"/>
                <w:vertAlign w:val="superscript"/>
              </w:rPr>
              <w:t>g</w:t>
            </w:r>
            <w:proofErr w:type="spellEnd"/>
          </w:p>
        </w:tc>
        <w:tc>
          <w:tcPr>
            <w:tcW w:w="1068" w:type="dxa"/>
            <w:vAlign w:val="center"/>
          </w:tcPr>
          <w:p w14:paraId="67EA19CA" w14:textId="77777777" w:rsidR="00497B11" w:rsidRPr="00293828" w:rsidRDefault="00497B11" w:rsidP="00293828">
            <w:pPr>
              <w:jc w:val="center"/>
              <w:rPr>
                <w:rFonts w:ascii="Times New Roman" w:hAnsi="Times New Roman" w:cs="Times New Roman"/>
                <w:szCs w:val="21"/>
              </w:rPr>
            </w:pPr>
            <w:proofErr w:type="spellStart"/>
            <w:r w:rsidRPr="00293828">
              <w:rPr>
                <w:rFonts w:ascii="Times New Roman" w:hAnsi="Times New Roman" w:cs="Times New Roman"/>
                <w:i/>
                <w:iCs/>
                <w:szCs w:val="21"/>
              </w:rPr>
              <w:t>R</w:t>
            </w:r>
            <w:r w:rsidRPr="00293828">
              <w:rPr>
                <w:rFonts w:ascii="Times New Roman" w:hAnsi="Times New Roman" w:cs="Times New Roman"/>
                <w:i/>
                <w:iCs/>
                <w:szCs w:val="21"/>
                <w:vertAlign w:val="subscript"/>
              </w:rPr>
              <w:t>len</w:t>
            </w:r>
            <w:r w:rsidRPr="00293828">
              <w:rPr>
                <w:rFonts w:ascii="Times New Roman" w:hAnsi="Times New Roman" w:cs="Times New Roman"/>
                <w:i/>
                <w:iCs/>
                <w:szCs w:val="21"/>
                <w:vertAlign w:val="superscript"/>
              </w:rPr>
              <w:t>h</w:t>
            </w:r>
            <w:proofErr w:type="spellEnd"/>
          </w:p>
        </w:tc>
      </w:tr>
      <w:tr w:rsidR="00497B11" w:rsidRPr="00293828" w14:paraId="00CD2C4D" w14:textId="77777777" w:rsidTr="009D45BD">
        <w:tc>
          <w:tcPr>
            <w:tcW w:w="969" w:type="dxa"/>
            <w:vMerge w:val="restart"/>
            <w:vAlign w:val="center"/>
          </w:tcPr>
          <w:p w14:paraId="770BAD4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w:t>
            </w:r>
          </w:p>
        </w:tc>
        <w:tc>
          <w:tcPr>
            <w:tcW w:w="1125" w:type="dxa"/>
            <w:vAlign w:val="center"/>
          </w:tcPr>
          <w:p w14:paraId="1604057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203-&gt;207</w:t>
            </w:r>
          </w:p>
        </w:tc>
        <w:tc>
          <w:tcPr>
            <w:tcW w:w="1039" w:type="dxa"/>
            <w:vAlign w:val="center"/>
          </w:tcPr>
          <w:p w14:paraId="335188C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0.31705</w:t>
            </w:r>
          </w:p>
        </w:tc>
        <w:tc>
          <w:tcPr>
            <w:tcW w:w="1009" w:type="dxa"/>
            <w:vMerge w:val="restart"/>
            <w:vAlign w:val="center"/>
          </w:tcPr>
          <w:p w14:paraId="59FA2EF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4.0038</w:t>
            </w:r>
          </w:p>
        </w:tc>
        <w:tc>
          <w:tcPr>
            <w:tcW w:w="1009" w:type="dxa"/>
            <w:vMerge w:val="restart"/>
            <w:vAlign w:val="center"/>
          </w:tcPr>
          <w:p w14:paraId="6DE965D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309.66</w:t>
            </w:r>
          </w:p>
        </w:tc>
        <w:tc>
          <w:tcPr>
            <w:tcW w:w="1009" w:type="dxa"/>
            <w:vMerge w:val="restart"/>
            <w:vAlign w:val="center"/>
          </w:tcPr>
          <w:p w14:paraId="2DF3EED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0.0006</w:t>
            </w:r>
          </w:p>
        </w:tc>
        <w:tc>
          <w:tcPr>
            <w:tcW w:w="1068" w:type="dxa"/>
            <w:vMerge w:val="restart"/>
            <w:vAlign w:val="center"/>
          </w:tcPr>
          <w:p w14:paraId="021DDDB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13.5504</w:t>
            </w:r>
          </w:p>
        </w:tc>
        <w:tc>
          <w:tcPr>
            <w:tcW w:w="1068" w:type="dxa"/>
            <w:vMerge w:val="restart"/>
            <w:vAlign w:val="center"/>
          </w:tcPr>
          <w:p w14:paraId="4ECF466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13.7871</w:t>
            </w:r>
          </w:p>
        </w:tc>
      </w:tr>
      <w:tr w:rsidR="00497B11" w:rsidRPr="00293828" w14:paraId="44F18FDF" w14:textId="77777777" w:rsidTr="009D45BD">
        <w:tc>
          <w:tcPr>
            <w:tcW w:w="969" w:type="dxa"/>
            <w:vMerge/>
          </w:tcPr>
          <w:p w14:paraId="5A293DA5" w14:textId="77777777" w:rsidR="00497B11" w:rsidRPr="00293828" w:rsidRDefault="00497B11" w:rsidP="00293828">
            <w:pPr>
              <w:rPr>
                <w:rFonts w:ascii="Times New Roman" w:hAnsi="Times New Roman" w:cs="Times New Roman"/>
                <w:szCs w:val="21"/>
              </w:rPr>
            </w:pPr>
          </w:p>
        </w:tc>
        <w:tc>
          <w:tcPr>
            <w:tcW w:w="1125" w:type="dxa"/>
            <w:vAlign w:val="center"/>
          </w:tcPr>
          <w:p w14:paraId="7B2EBB3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205-&gt;206</w:t>
            </w:r>
          </w:p>
        </w:tc>
        <w:tc>
          <w:tcPr>
            <w:tcW w:w="1039" w:type="dxa"/>
            <w:vAlign w:val="center"/>
          </w:tcPr>
          <w:p w14:paraId="4AD0C48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0.58253</w:t>
            </w:r>
          </w:p>
        </w:tc>
        <w:tc>
          <w:tcPr>
            <w:tcW w:w="1009" w:type="dxa"/>
            <w:vMerge/>
          </w:tcPr>
          <w:p w14:paraId="460F8A90" w14:textId="77777777" w:rsidR="00497B11" w:rsidRPr="00293828" w:rsidRDefault="00497B11" w:rsidP="00293828">
            <w:pPr>
              <w:rPr>
                <w:rFonts w:ascii="Times New Roman" w:hAnsi="Times New Roman" w:cs="Times New Roman"/>
                <w:szCs w:val="21"/>
              </w:rPr>
            </w:pPr>
          </w:p>
        </w:tc>
        <w:tc>
          <w:tcPr>
            <w:tcW w:w="1009" w:type="dxa"/>
            <w:vMerge/>
          </w:tcPr>
          <w:p w14:paraId="5D43A042" w14:textId="77777777" w:rsidR="00497B11" w:rsidRPr="00293828" w:rsidRDefault="00497B11" w:rsidP="00293828">
            <w:pPr>
              <w:rPr>
                <w:rFonts w:ascii="Times New Roman" w:hAnsi="Times New Roman" w:cs="Times New Roman"/>
                <w:szCs w:val="21"/>
              </w:rPr>
            </w:pPr>
          </w:p>
        </w:tc>
        <w:tc>
          <w:tcPr>
            <w:tcW w:w="1009" w:type="dxa"/>
            <w:vMerge/>
          </w:tcPr>
          <w:p w14:paraId="0667FE0A" w14:textId="77777777" w:rsidR="00497B11" w:rsidRPr="00293828" w:rsidRDefault="00497B11" w:rsidP="00293828">
            <w:pPr>
              <w:rPr>
                <w:rFonts w:ascii="Times New Roman" w:hAnsi="Times New Roman" w:cs="Times New Roman"/>
                <w:szCs w:val="21"/>
              </w:rPr>
            </w:pPr>
          </w:p>
        </w:tc>
        <w:tc>
          <w:tcPr>
            <w:tcW w:w="1068" w:type="dxa"/>
            <w:vMerge/>
          </w:tcPr>
          <w:p w14:paraId="5E8974FC" w14:textId="77777777" w:rsidR="00497B11" w:rsidRPr="00293828" w:rsidRDefault="00497B11" w:rsidP="00293828">
            <w:pPr>
              <w:rPr>
                <w:rFonts w:ascii="Times New Roman" w:hAnsi="Times New Roman" w:cs="Times New Roman"/>
                <w:szCs w:val="21"/>
              </w:rPr>
            </w:pPr>
          </w:p>
        </w:tc>
        <w:tc>
          <w:tcPr>
            <w:tcW w:w="1068" w:type="dxa"/>
            <w:vMerge/>
          </w:tcPr>
          <w:p w14:paraId="5A59DFF5" w14:textId="77777777" w:rsidR="00497B11" w:rsidRPr="00293828" w:rsidRDefault="00497B11" w:rsidP="00293828">
            <w:pPr>
              <w:rPr>
                <w:rFonts w:ascii="Times New Roman" w:hAnsi="Times New Roman" w:cs="Times New Roman"/>
                <w:szCs w:val="21"/>
              </w:rPr>
            </w:pPr>
          </w:p>
        </w:tc>
      </w:tr>
      <w:tr w:rsidR="00497B11" w:rsidRPr="00293828" w14:paraId="0AC6898E" w14:textId="77777777" w:rsidTr="009D45BD">
        <w:tc>
          <w:tcPr>
            <w:tcW w:w="969" w:type="dxa"/>
            <w:vMerge w:val="restart"/>
            <w:vAlign w:val="center"/>
          </w:tcPr>
          <w:p w14:paraId="02293E0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w:t>
            </w:r>
          </w:p>
        </w:tc>
        <w:tc>
          <w:tcPr>
            <w:tcW w:w="1125" w:type="dxa"/>
            <w:vAlign w:val="center"/>
          </w:tcPr>
          <w:p w14:paraId="033C2D4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203-&gt;206</w:t>
            </w:r>
          </w:p>
        </w:tc>
        <w:tc>
          <w:tcPr>
            <w:tcW w:w="1039" w:type="dxa"/>
            <w:vAlign w:val="center"/>
          </w:tcPr>
          <w:p w14:paraId="36A1441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0.48366</w:t>
            </w:r>
          </w:p>
        </w:tc>
        <w:tc>
          <w:tcPr>
            <w:tcW w:w="1009" w:type="dxa"/>
            <w:vMerge w:val="restart"/>
            <w:vAlign w:val="center"/>
          </w:tcPr>
          <w:p w14:paraId="63BD6A7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4.1315</w:t>
            </w:r>
          </w:p>
        </w:tc>
        <w:tc>
          <w:tcPr>
            <w:tcW w:w="1009" w:type="dxa"/>
            <w:vMerge w:val="restart"/>
            <w:vAlign w:val="center"/>
          </w:tcPr>
          <w:p w14:paraId="74AAE43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300.10</w:t>
            </w:r>
          </w:p>
        </w:tc>
        <w:tc>
          <w:tcPr>
            <w:tcW w:w="1009" w:type="dxa"/>
            <w:vMerge w:val="restart"/>
            <w:vAlign w:val="center"/>
          </w:tcPr>
          <w:p w14:paraId="5B023BF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0.0002</w:t>
            </w:r>
          </w:p>
        </w:tc>
        <w:tc>
          <w:tcPr>
            <w:tcW w:w="1068" w:type="dxa"/>
            <w:vMerge w:val="restart"/>
            <w:vAlign w:val="center"/>
          </w:tcPr>
          <w:p w14:paraId="7FC45EA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4.1257</w:t>
            </w:r>
          </w:p>
        </w:tc>
        <w:tc>
          <w:tcPr>
            <w:tcW w:w="1068" w:type="dxa"/>
            <w:vMerge w:val="restart"/>
            <w:vAlign w:val="center"/>
          </w:tcPr>
          <w:p w14:paraId="2B7035A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4.1262</w:t>
            </w:r>
          </w:p>
        </w:tc>
      </w:tr>
      <w:tr w:rsidR="00497B11" w:rsidRPr="00293828" w14:paraId="1B34AD0C" w14:textId="77777777" w:rsidTr="009D45BD">
        <w:tc>
          <w:tcPr>
            <w:tcW w:w="969" w:type="dxa"/>
            <w:vMerge/>
          </w:tcPr>
          <w:p w14:paraId="7D97D02B" w14:textId="77777777" w:rsidR="00497B11" w:rsidRPr="00293828" w:rsidRDefault="00497B11" w:rsidP="00293828">
            <w:pPr>
              <w:rPr>
                <w:rFonts w:ascii="Times New Roman" w:hAnsi="Times New Roman" w:cs="Times New Roman"/>
                <w:szCs w:val="21"/>
              </w:rPr>
            </w:pPr>
          </w:p>
        </w:tc>
        <w:tc>
          <w:tcPr>
            <w:tcW w:w="1125" w:type="dxa"/>
            <w:vAlign w:val="center"/>
          </w:tcPr>
          <w:p w14:paraId="4419FBA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204-&gt;206</w:t>
            </w:r>
          </w:p>
        </w:tc>
        <w:tc>
          <w:tcPr>
            <w:tcW w:w="1039" w:type="dxa"/>
            <w:vAlign w:val="center"/>
          </w:tcPr>
          <w:p w14:paraId="33D9180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0.14732</w:t>
            </w:r>
          </w:p>
        </w:tc>
        <w:tc>
          <w:tcPr>
            <w:tcW w:w="1009" w:type="dxa"/>
            <w:vMerge/>
          </w:tcPr>
          <w:p w14:paraId="2A7AB761" w14:textId="77777777" w:rsidR="00497B11" w:rsidRPr="00293828" w:rsidRDefault="00497B11" w:rsidP="00293828">
            <w:pPr>
              <w:rPr>
                <w:rFonts w:ascii="Times New Roman" w:hAnsi="Times New Roman" w:cs="Times New Roman"/>
                <w:szCs w:val="21"/>
              </w:rPr>
            </w:pPr>
          </w:p>
        </w:tc>
        <w:tc>
          <w:tcPr>
            <w:tcW w:w="1009" w:type="dxa"/>
            <w:vMerge/>
          </w:tcPr>
          <w:p w14:paraId="40D9D5FC" w14:textId="77777777" w:rsidR="00497B11" w:rsidRPr="00293828" w:rsidRDefault="00497B11" w:rsidP="00293828">
            <w:pPr>
              <w:rPr>
                <w:rFonts w:ascii="Times New Roman" w:hAnsi="Times New Roman" w:cs="Times New Roman"/>
                <w:szCs w:val="21"/>
              </w:rPr>
            </w:pPr>
          </w:p>
        </w:tc>
        <w:tc>
          <w:tcPr>
            <w:tcW w:w="1009" w:type="dxa"/>
            <w:vMerge/>
          </w:tcPr>
          <w:p w14:paraId="7FF304E7" w14:textId="77777777" w:rsidR="00497B11" w:rsidRPr="00293828" w:rsidRDefault="00497B11" w:rsidP="00293828">
            <w:pPr>
              <w:rPr>
                <w:rFonts w:ascii="Times New Roman" w:hAnsi="Times New Roman" w:cs="Times New Roman"/>
                <w:szCs w:val="21"/>
              </w:rPr>
            </w:pPr>
          </w:p>
        </w:tc>
        <w:tc>
          <w:tcPr>
            <w:tcW w:w="1068" w:type="dxa"/>
            <w:vMerge/>
          </w:tcPr>
          <w:p w14:paraId="29100263" w14:textId="77777777" w:rsidR="00497B11" w:rsidRPr="00293828" w:rsidRDefault="00497B11" w:rsidP="00293828">
            <w:pPr>
              <w:rPr>
                <w:rFonts w:ascii="Times New Roman" w:hAnsi="Times New Roman" w:cs="Times New Roman"/>
                <w:szCs w:val="21"/>
              </w:rPr>
            </w:pPr>
          </w:p>
        </w:tc>
        <w:tc>
          <w:tcPr>
            <w:tcW w:w="1068" w:type="dxa"/>
            <w:vMerge/>
          </w:tcPr>
          <w:p w14:paraId="66385C2A" w14:textId="77777777" w:rsidR="00497B11" w:rsidRPr="00293828" w:rsidRDefault="00497B11" w:rsidP="00293828">
            <w:pPr>
              <w:rPr>
                <w:rFonts w:ascii="Times New Roman" w:hAnsi="Times New Roman" w:cs="Times New Roman"/>
                <w:szCs w:val="21"/>
              </w:rPr>
            </w:pPr>
          </w:p>
        </w:tc>
      </w:tr>
      <w:tr w:rsidR="00497B11" w:rsidRPr="00293828" w14:paraId="0EAC4D48" w14:textId="77777777" w:rsidTr="009D45BD">
        <w:tc>
          <w:tcPr>
            <w:tcW w:w="969" w:type="dxa"/>
            <w:vMerge/>
          </w:tcPr>
          <w:p w14:paraId="4EDF6D84" w14:textId="77777777" w:rsidR="00497B11" w:rsidRPr="00293828" w:rsidRDefault="00497B11" w:rsidP="00293828">
            <w:pPr>
              <w:rPr>
                <w:rFonts w:ascii="Times New Roman" w:hAnsi="Times New Roman" w:cs="Times New Roman"/>
                <w:szCs w:val="21"/>
              </w:rPr>
            </w:pPr>
          </w:p>
        </w:tc>
        <w:tc>
          <w:tcPr>
            <w:tcW w:w="1125" w:type="dxa"/>
            <w:vAlign w:val="center"/>
          </w:tcPr>
          <w:p w14:paraId="6C7937B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205-&gt;207</w:t>
            </w:r>
          </w:p>
        </w:tc>
        <w:tc>
          <w:tcPr>
            <w:tcW w:w="1039" w:type="dxa"/>
            <w:vAlign w:val="center"/>
          </w:tcPr>
          <w:p w14:paraId="015B74B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0.43341</w:t>
            </w:r>
          </w:p>
        </w:tc>
        <w:tc>
          <w:tcPr>
            <w:tcW w:w="1009" w:type="dxa"/>
            <w:vMerge/>
          </w:tcPr>
          <w:p w14:paraId="2C999FD2" w14:textId="77777777" w:rsidR="00497B11" w:rsidRPr="00293828" w:rsidRDefault="00497B11" w:rsidP="00293828">
            <w:pPr>
              <w:rPr>
                <w:rFonts w:ascii="Times New Roman" w:hAnsi="Times New Roman" w:cs="Times New Roman"/>
                <w:szCs w:val="21"/>
              </w:rPr>
            </w:pPr>
          </w:p>
        </w:tc>
        <w:tc>
          <w:tcPr>
            <w:tcW w:w="1009" w:type="dxa"/>
            <w:vMerge/>
          </w:tcPr>
          <w:p w14:paraId="1C950120" w14:textId="77777777" w:rsidR="00497B11" w:rsidRPr="00293828" w:rsidRDefault="00497B11" w:rsidP="00293828">
            <w:pPr>
              <w:rPr>
                <w:rFonts w:ascii="Times New Roman" w:hAnsi="Times New Roman" w:cs="Times New Roman"/>
                <w:szCs w:val="21"/>
              </w:rPr>
            </w:pPr>
          </w:p>
        </w:tc>
        <w:tc>
          <w:tcPr>
            <w:tcW w:w="1009" w:type="dxa"/>
            <w:vMerge/>
          </w:tcPr>
          <w:p w14:paraId="1B58F2B2" w14:textId="77777777" w:rsidR="00497B11" w:rsidRPr="00293828" w:rsidRDefault="00497B11" w:rsidP="00293828">
            <w:pPr>
              <w:rPr>
                <w:rFonts w:ascii="Times New Roman" w:hAnsi="Times New Roman" w:cs="Times New Roman"/>
                <w:szCs w:val="21"/>
              </w:rPr>
            </w:pPr>
          </w:p>
        </w:tc>
        <w:tc>
          <w:tcPr>
            <w:tcW w:w="1068" w:type="dxa"/>
            <w:vMerge/>
          </w:tcPr>
          <w:p w14:paraId="3E634C20" w14:textId="77777777" w:rsidR="00497B11" w:rsidRPr="00293828" w:rsidRDefault="00497B11" w:rsidP="00293828">
            <w:pPr>
              <w:rPr>
                <w:rFonts w:ascii="Times New Roman" w:hAnsi="Times New Roman" w:cs="Times New Roman"/>
                <w:szCs w:val="21"/>
              </w:rPr>
            </w:pPr>
          </w:p>
        </w:tc>
        <w:tc>
          <w:tcPr>
            <w:tcW w:w="1068" w:type="dxa"/>
            <w:vMerge/>
          </w:tcPr>
          <w:p w14:paraId="026C4554" w14:textId="77777777" w:rsidR="00497B11" w:rsidRPr="00293828" w:rsidRDefault="00497B11" w:rsidP="00293828">
            <w:pPr>
              <w:rPr>
                <w:rFonts w:ascii="Times New Roman" w:hAnsi="Times New Roman" w:cs="Times New Roman"/>
                <w:szCs w:val="21"/>
              </w:rPr>
            </w:pPr>
          </w:p>
        </w:tc>
      </w:tr>
      <w:tr w:rsidR="00497B11" w:rsidRPr="00293828" w14:paraId="1807035F" w14:textId="77777777" w:rsidTr="009D45BD">
        <w:tc>
          <w:tcPr>
            <w:tcW w:w="969" w:type="dxa"/>
            <w:vMerge w:val="restart"/>
            <w:vAlign w:val="center"/>
          </w:tcPr>
          <w:p w14:paraId="031D8B9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w:t>
            </w:r>
          </w:p>
        </w:tc>
        <w:tc>
          <w:tcPr>
            <w:tcW w:w="1125" w:type="dxa"/>
            <w:vAlign w:val="center"/>
          </w:tcPr>
          <w:p w14:paraId="1F81E95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198-&gt;210</w:t>
            </w:r>
          </w:p>
        </w:tc>
        <w:tc>
          <w:tcPr>
            <w:tcW w:w="1039" w:type="dxa"/>
            <w:vAlign w:val="center"/>
          </w:tcPr>
          <w:p w14:paraId="55E095C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0.15749</w:t>
            </w:r>
          </w:p>
        </w:tc>
        <w:tc>
          <w:tcPr>
            <w:tcW w:w="1009" w:type="dxa"/>
            <w:vMerge w:val="restart"/>
            <w:vAlign w:val="center"/>
          </w:tcPr>
          <w:p w14:paraId="23DDE8F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5.6715</w:t>
            </w:r>
          </w:p>
        </w:tc>
        <w:tc>
          <w:tcPr>
            <w:tcW w:w="1009" w:type="dxa"/>
            <w:vMerge w:val="restart"/>
            <w:vAlign w:val="center"/>
          </w:tcPr>
          <w:p w14:paraId="133F8CD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218.61</w:t>
            </w:r>
          </w:p>
        </w:tc>
        <w:tc>
          <w:tcPr>
            <w:tcW w:w="1009" w:type="dxa"/>
            <w:vMerge w:val="restart"/>
            <w:vAlign w:val="center"/>
          </w:tcPr>
          <w:p w14:paraId="080A318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0.0007</w:t>
            </w:r>
          </w:p>
        </w:tc>
        <w:tc>
          <w:tcPr>
            <w:tcW w:w="1068" w:type="dxa"/>
            <w:vMerge w:val="restart"/>
            <w:vAlign w:val="center"/>
          </w:tcPr>
          <w:p w14:paraId="0A19D3D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-5.3426</w:t>
            </w:r>
          </w:p>
        </w:tc>
        <w:tc>
          <w:tcPr>
            <w:tcW w:w="1068" w:type="dxa"/>
            <w:vMerge w:val="restart"/>
            <w:vAlign w:val="center"/>
          </w:tcPr>
          <w:p w14:paraId="1BE0BED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-5.3162</w:t>
            </w:r>
          </w:p>
        </w:tc>
      </w:tr>
      <w:tr w:rsidR="00497B11" w:rsidRPr="00293828" w14:paraId="01E55395" w14:textId="77777777" w:rsidTr="009D45BD">
        <w:tc>
          <w:tcPr>
            <w:tcW w:w="969" w:type="dxa"/>
            <w:vMerge/>
          </w:tcPr>
          <w:p w14:paraId="60191A3E" w14:textId="77777777" w:rsidR="00497B11" w:rsidRPr="00293828" w:rsidRDefault="00497B11" w:rsidP="00293828">
            <w:pPr>
              <w:rPr>
                <w:rFonts w:ascii="Times New Roman" w:hAnsi="Times New Roman" w:cs="Times New Roman"/>
                <w:szCs w:val="21"/>
              </w:rPr>
            </w:pPr>
          </w:p>
        </w:tc>
        <w:tc>
          <w:tcPr>
            <w:tcW w:w="1125" w:type="dxa"/>
            <w:vAlign w:val="center"/>
          </w:tcPr>
          <w:p w14:paraId="3E10A85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198-&gt;213</w:t>
            </w:r>
          </w:p>
        </w:tc>
        <w:tc>
          <w:tcPr>
            <w:tcW w:w="1039" w:type="dxa"/>
            <w:vAlign w:val="center"/>
          </w:tcPr>
          <w:p w14:paraId="2017206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0.17156</w:t>
            </w:r>
          </w:p>
        </w:tc>
        <w:tc>
          <w:tcPr>
            <w:tcW w:w="1009" w:type="dxa"/>
            <w:vMerge/>
          </w:tcPr>
          <w:p w14:paraId="32438AA7" w14:textId="77777777" w:rsidR="00497B11" w:rsidRPr="00293828" w:rsidRDefault="00497B11" w:rsidP="00293828">
            <w:pPr>
              <w:rPr>
                <w:rFonts w:ascii="Times New Roman" w:hAnsi="Times New Roman" w:cs="Times New Roman"/>
                <w:szCs w:val="21"/>
              </w:rPr>
            </w:pPr>
          </w:p>
        </w:tc>
        <w:tc>
          <w:tcPr>
            <w:tcW w:w="1009" w:type="dxa"/>
            <w:vMerge/>
          </w:tcPr>
          <w:p w14:paraId="642B0414" w14:textId="77777777" w:rsidR="00497B11" w:rsidRPr="00293828" w:rsidRDefault="00497B11" w:rsidP="00293828">
            <w:pPr>
              <w:rPr>
                <w:rFonts w:ascii="Times New Roman" w:hAnsi="Times New Roman" w:cs="Times New Roman"/>
                <w:szCs w:val="21"/>
              </w:rPr>
            </w:pPr>
          </w:p>
        </w:tc>
        <w:tc>
          <w:tcPr>
            <w:tcW w:w="1009" w:type="dxa"/>
            <w:vMerge/>
          </w:tcPr>
          <w:p w14:paraId="6148642E" w14:textId="77777777" w:rsidR="00497B11" w:rsidRPr="00293828" w:rsidRDefault="00497B11" w:rsidP="00293828">
            <w:pPr>
              <w:rPr>
                <w:rFonts w:ascii="Times New Roman" w:hAnsi="Times New Roman" w:cs="Times New Roman"/>
                <w:szCs w:val="21"/>
              </w:rPr>
            </w:pPr>
          </w:p>
        </w:tc>
        <w:tc>
          <w:tcPr>
            <w:tcW w:w="1068" w:type="dxa"/>
            <w:vMerge/>
          </w:tcPr>
          <w:p w14:paraId="31382EA6" w14:textId="77777777" w:rsidR="00497B11" w:rsidRPr="00293828" w:rsidRDefault="00497B11" w:rsidP="00293828">
            <w:pPr>
              <w:rPr>
                <w:rFonts w:ascii="Times New Roman" w:hAnsi="Times New Roman" w:cs="Times New Roman"/>
                <w:szCs w:val="21"/>
              </w:rPr>
            </w:pPr>
          </w:p>
        </w:tc>
        <w:tc>
          <w:tcPr>
            <w:tcW w:w="1068" w:type="dxa"/>
            <w:vMerge/>
          </w:tcPr>
          <w:p w14:paraId="53626C65" w14:textId="77777777" w:rsidR="00497B11" w:rsidRPr="00293828" w:rsidRDefault="00497B11" w:rsidP="00293828">
            <w:pPr>
              <w:rPr>
                <w:rFonts w:ascii="Times New Roman" w:hAnsi="Times New Roman" w:cs="Times New Roman"/>
                <w:szCs w:val="21"/>
              </w:rPr>
            </w:pPr>
          </w:p>
        </w:tc>
      </w:tr>
      <w:tr w:rsidR="00497B11" w:rsidRPr="00293828" w14:paraId="7B49761F" w14:textId="77777777" w:rsidTr="009D45BD">
        <w:tc>
          <w:tcPr>
            <w:tcW w:w="969" w:type="dxa"/>
            <w:vMerge/>
          </w:tcPr>
          <w:p w14:paraId="55C43C64" w14:textId="77777777" w:rsidR="00497B11" w:rsidRPr="00293828" w:rsidRDefault="00497B11" w:rsidP="00293828">
            <w:pPr>
              <w:rPr>
                <w:rFonts w:ascii="Times New Roman" w:hAnsi="Times New Roman" w:cs="Times New Roman"/>
                <w:szCs w:val="21"/>
              </w:rPr>
            </w:pPr>
          </w:p>
        </w:tc>
        <w:tc>
          <w:tcPr>
            <w:tcW w:w="1125" w:type="dxa"/>
            <w:vAlign w:val="center"/>
          </w:tcPr>
          <w:p w14:paraId="644DAA2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201-&gt;210</w:t>
            </w:r>
          </w:p>
        </w:tc>
        <w:tc>
          <w:tcPr>
            <w:tcW w:w="1039" w:type="dxa"/>
            <w:vAlign w:val="center"/>
          </w:tcPr>
          <w:p w14:paraId="1286C67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-0.15024</w:t>
            </w:r>
          </w:p>
        </w:tc>
        <w:tc>
          <w:tcPr>
            <w:tcW w:w="1009" w:type="dxa"/>
            <w:vMerge/>
          </w:tcPr>
          <w:p w14:paraId="57785A3B" w14:textId="77777777" w:rsidR="00497B11" w:rsidRPr="00293828" w:rsidRDefault="00497B11" w:rsidP="00293828">
            <w:pPr>
              <w:rPr>
                <w:rFonts w:ascii="Times New Roman" w:hAnsi="Times New Roman" w:cs="Times New Roman"/>
                <w:szCs w:val="21"/>
              </w:rPr>
            </w:pPr>
          </w:p>
        </w:tc>
        <w:tc>
          <w:tcPr>
            <w:tcW w:w="1009" w:type="dxa"/>
            <w:vMerge/>
          </w:tcPr>
          <w:p w14:paraId="3F2A8092" w14:textId="77777777" w:rsidR="00497B11" w:rsidRPr="00293828" w:rsidRDefault="00497B11" w:rsidP="00293828">
            <w:pPr>
              <w:rPr>
                <w:rFonts w:ascii="Times New Roman" w:hAnsi="Times New Roman" w:cs="Times New Roman"/>
                <w:szCs w:val="21"/>
              </w:rPr>
            </w:pPr>
          </w:p>
        </w:tc>
        <w:tc>
          <w:tcPr>
            <w:tcW w:w="1009" w:type="dxa"/>
            <w:vMerge/>
          </w:tcPr>
          <w:p w14:paraId="5C933389" w14:textId="77777777" w:rsidR="00497B11" w:rsidRPr="00293828" w:rsidRDefault="00497B11" w:rsidP="00293828">
            <w:pPr>
              <w:rPr>
                <w:rFonts w:ascii="Times New Roman" w:hAnsi="Times New Roman" w:cs="Times New Roman"/>
                <w:szCs w:val="21"/>
              </w:rPr>
            </w:pPr>
          </w:p>
        </w:tc>
        <w:tc>
          <w:tcPr>
            <w:tcW w:w="1068" w:type="dxa"/>
            <w:vMerge/>
          </w:tcPr>
          <w:p w14:paraId="162CE816" w14:textId="77777777" w:rsidR="00497B11" w:rsidRPr="00293828" w:rsidRDefault="00497B11" w:rsidP="00293828">
            <w:pPr>
              <w:rPr>
                <w:rFonts w:ascii="Times New Roman" w:hAnsi="Times New Roman" w:cs="Times New Roman"/>
                <w:szCs w:val="21"/>
              </w:rPr>
            </w:pPr>
          </w:p>
        </w:tc>
        <w:tc>
          <w:tcPr>
            <w:tcW w:w="1068" w:type="dxa"/>
            <w:vMerge/>
          </w:tcPr>
          <w:p w14:paraId="53D05B40" w14:textId="77777777" w:rsidR="00497B11" w:rsidRPr="00293828" w:rsidRDefault="00497B11" w:rsidP="00293828">
            <w:pPr>
              <w:rPr>
                <w:rFonts w:ascii="Times New Roman" w:hAnsi="Times New Roman" w:cs="Times New Roman"/>
                <w:szCs w:val="21"/>
              </w:rPr>
            </w:pPr>
          </w:p>
        </w:tc>
      </w:tr>
      <w:tr w:rsidR="00497B11" w:rsidRPr="00293828" w14:paraId="602AF999" w14:textId="77777777" w:rsidTr="009D45BD">
        <w:tc>
          <w:tcPr>
            <w:tcW w:w="969" w:type="dxa"/>
            <w:vMerge/>
          </w:tcPr>
          <w:p w14:paraId="4C45753A" w14:textId="77777777" w:rsidR="00497B11" w:rsidRPr="00293828" w:rsidRDefault="00497B11" w:rsidP="00293828">
            <w:pPr>
              <w:rPr>
                <w:rFonts w:ascii="Times New Roman" w:hAnsi="Times New Roman" w:cs="Times New Roman"/>
                <w:szCs w:val="21"/>
              </w:rPr>
            </w:pPr>
          </w:p>
        </w:tc>
        <w:tc>
          <w:tcPr>
            <w:tcW w:w="1125" w:type="dxa"/>
            <w:vAlign w:val="center"/>
          </w:tcPr>
          <w:p w14:paraId="1FAF168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201-&gt;213</w:t>
            </w:r>
          </w:p>
        </w:tc>
        <w:tc>
          <w:tcPr>
            <w:tcW w:w="1039" w:type="dxa"/>
            <w:vAlign w:val="center"/>
          </w:tcPr>
          <w:p w14:paraId="1B00E8F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-0.15608</w:t>
            </w:r>
          </w:p>
        </w:tc>
        <w:tc>
          <w:tcPr>
            <w:tcW w:w="1009" w:type="dxa"/>
            <w:vMerge/>
          </w:tcPr>
          <w:p w14:paraId="0CF5A84B" w14:textId="77777777" w:rsidR="00497B11" w:rsidRPr="00293828" w:rsidRDefault="00497B11" w:rsidP="00293828">
            <w:pPr>
              <w:rPr>
                <w:rFonts w:ascii="Times New Roman" w:hAnsi="Times New Roman" w:cs="Times New Roman"/>
                <w:szCs w:val="21"/>
              </w:rPr>
            </w:pPr>
          </w:p>
        </w:tc>
        <w:tc>
          <w:tcPr>
            <w:tcW w:w="1009" w:type="dxa"/>
            <w:vMerge/>
          </w:tcPr>
          <w:p w14:paraId="4745FBF2" w14:textId="77777777" w:rsidR="00497B11" w:rsidRPr="00293828" w:rsidRDefault="00497B11" w:rsidP="00293828">
            <w:pPr>
              <w:rPr>
                <w:rFonts w:ascii="Times New Roman" w:hAnsi="Times New Roman" w:cs="Times New Roman"/>
                <w:szCs w:val="21"/>
              </w:rPr>
            </w:pPr>
          </w:p>
        </w:tc>
        <w:tc>
          <w:tcPr>
            <w:tcW w:w="1009" w:type="dxa"/>
            <w:vMerge/>
          </w:tcPr>
          <w:p w14:paraId="62DF3D51" w14:textId="77777777" w:rsidR="00497B11" w:rsidRPr="00293828" w:rsidRDefault="00497B11" w:rsidP="00293828">
            <w:pPr>
              <w:rPr>
                <w:rFonts w:ascii="Times New Roman" w:hAnsi="Times New Roman" w:cs="Times New Roman"/>
                <w:szCs w:val="21"/>
              </w:rPr>
            </w:pPr>
          </w:p>
        </w:tc>
        <w:tc>
          <w:tcPr>
            <w:tcW w:w="1068" w:type="dxa"/>
            <w:vMerge/>
          </w:tcPr>
          <w:p w14:paraId="2940346E" w14:textId="77777777" w:rsidR="00497B11" w:rsidRPr="00293828" w:rsidRDefault="00497B11" w:rsidP="00293828">
            <w:pPr>
              <w:rPr>
                <w:rFonts w:ascii="Times New Roman" w:hAnsi="Times New Roman" w:cs="Times New Roman"/>
                <w:szCs w:val="21"/>
              </w:rPr>
            </w:pPr>
          </w:p>
        </w:tc>
        <w:tc>
          <w:tcPr>
            <w:tcW w:w="1068" w:type="dxa"/>
            <w:vMerge/>
          </w:tcPr>
          <w:p w14:paraId="1F2817EF" w14:textId="77777777" w:rsidR="00497B11" w:rsidRPr="00293828" w:rsidRDefault="00497B11" w:rsidP="00293828">
            <w:pPr>
              <w:rPr>
                <w:rFonts w:ascii="Times New Roman" w:hAnsi="Times New Roman" w:cs="Times New Roman"/>
                <w:szCs w:val="21"/>
              </w:rPr>
            </w:pPr>
          </w:p>
        </w:tc>
      </w:tr>
      <w:tr w:rsidR="00497B11" w:rsidRPr="00293828" w14:paraId="790F7024" w14:textId="77777777" w:rsidTr="009D45BD">
        <w:tc>
          <w:tcPr>
            <w:tcW w:w="969" w:type="dxa"/>
            <w:vMerge/>
          </w:tcPr>
          <w:p w14:paraId="6BB65140" w14:textId="77777777" w:rsidR="00497B11" w:rsidRPr="00293828" w:rsidRDefault="00497B11" w:rsidP="00293828">
            <w:pPr>
              <w:rPr>
                <w:rFonts w:ascii="Times New Roman" w:hAnsi="Times New Roman" w:cs="Times New Roman"/>
                <w:szCs w:val="21"/>
              </w:rPr>
            </w:pPr>
          </w:p>
        </w:tc>
        <w:tc>
          <w:tcPr>
            <w:tcW w:w="1125" w:type="dxa"/>
            <w:vAlign w:val="center"/>
          </w:tcPr>
          <w:p w14:paraId="4C57E8F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39" w:type="dxa"/>
            <w:vAlign w:val="center"/>
          </w:tcPr>
          <w:p w14:paraId="6390B74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0.15966</w:t>
            </w:r>
          </w:p>
        </w:tc>
        <w:tc>
          <w:tcPr>
            <w:tcW w:w="1009" w:type="dxa"/>
            <w:vMerge/>
          </w:tcPr>
          <w:p w14:paraId="41D3E214" w14:textId="77777777" w:rsidR="00497B11" w:rsidRPr="00293828" w:rsidRDefault="00497B11" w:rsidP="00293828">
            <w:pPr>
              <w:rPr>
                <w:rFonts w:ascii="Times New Roman" w:hAnsi="Times New Roman" w:cs="Times New Roman"/>
                <w:szCs w:val="21"/>
              </w:rPr>
            </w:pPr>
          </w:p>
        </w:tc>
        <w:tc>
          <w:tcPr>
            <w:tcW w:w="1009" w:type="dxa"/>
            <w:vMerge/>
          </w:tcPr>
          <w:p w14:paraId="7894F773" w14:textId="77777777" w:rsidR="00497B11" w:rsidRPr="00293828" w:rsidRDefault="00497B11" w:rsidP="00293828">
            <w:pPr>
              <w:rPr>
                <w:rFonts w:ascii="Times New Roman" w:hAnsi="Times New Roman" w:cs="Times New Roman"/>
                <w:szCs w:val="21"/>
              </w:rPr>
            </w:pPr>
          </w:p>
        </w:tc>
        <w:tc>
          <w:tcPr>
            <w:tcW w:w="1009" w:type="dxa"/>
            <w:vMerge/>
          </w:tcPr>
          <w:p w14:paraId="05E5DCFC" w14:textId="77777777" w:rsidR="00497B11" w:rsidRPr="00293828" w:rsidRDefault="00497B11" w:rsidP="00293828">
            <w:pPr>
              <w:rPr>
                <w:rFonts w:ascii="Times New Roman" w:hAnsi="Times New Roman" w:cs="Times New Roman"/>
                <w:szCs w:val="21"/>
              </w:rPr>
            </w:pPr>
          </w:p>
        </w:tc>
        <w:tc>
          <w:tcPr>
            <w:tcW w:w="1068" w:type="dxa"/>
            <w:vMerge/>
          </w:tcPr>
          <w:p w14:paraId="5E5B59BB" w14:textId="77777777" w:rsidR="00497B11" w:rsidRPr="00293828" w:rsidRDefault="00497B11" w:rsidP="00293828">
            <w:pPr>
              <w:rPr>
                <w:rFonts w:ascii="Times New Roman" w:hAnsi="Times New Roman" w:cs="Times New Roman"/>
                <w:szCs w:val="21"/>
              </w:rPr>
            </w:pPr>
          </w:p>
        </w:tc>
        <w:tc>
          <w:tcPr>
            <w:tcW w:w="1068" w:type="dxa"/>
            <w:vMerge/>
          </w:tcPr>
          <w:p w14:paraId="718E3EE3" w14:textId="77777777" w:rsidR="00497B11" w:rsidRPr="00293828" w:rsidRDefault="00497B11" w:rsidP="00293828">
            <w:pPr>
              <w:rPr>
                <w:rFonts w:ascii="Times New Roman" w:hAnsi="Times New Roman" w:cs="Times New Roman"/>
                <w:szCs w:val="21"/>
              </w:rPr>
            </w:pPr>
          </w:p>
        </w:tc>
      </w:tr>
      <w:tr w:rsidR="00497B11" w:rsidRPr="00293828" w14:paraId="4965CE7D" w14:textId="77777777" w:rsidTr="009D45BD">
        <w:tc>
          <w:tcPr>
            <w:tcW w:w="969" w:type="dxa"/>
            <w:vMerge/>
          </w:tcPr>
          <w:p w14:paraId="604E01A6" w14:textId="77777777" w:rsidR="00497B11" w:rsidRPr="00293828" w:rsidRDefault="00497B11" w:rsidP="00293828">
            <w:pPr>
              <w:rPr>
                <w:rFonts w:ascii="Times New Roman" w:hAnsi="Times New Roman" w:cs="Times New Roman"/>
                <w:szCs w:val="21"/>
              </w:rPr>
            </w:pPr>
          </w:p>
        </w:tc>
        <w:tc>
          <w:tcPr>
            <w:tcW w:w="1125" w:type="dxa"/>
            <w:vAlign w:val="center"/>
          </w:tcPr>
          <w:p w14:paraId="2BA21EC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202-&gt;210</w:t>
            </w:r>
          </w:p>
        </w:tc>
        <w:tc>
          <w:tcPr>
            <w:tcW w:w="1039" w:type="dxa"/>
            <w:vAlign w:val="center"/>
          </w:tcPr>
          <w:p w14:paraId="0583EAE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0.21167</w:t>
            </w:r>
          </w:p>
        </w:tc>
        <w:tc>
          <w:tcPr>
            <w:tcW w:w="1009" w:type="dxa"/>
            <w:vMerge/>
          </w:tcPr>
          <w:p w14:paraId="30D83AC6" w14:textId="77777777" w:rsidR="00497B11" w:rsidRPr="00293828" w:rsidRDefault="00497B11" w:rsidP="00293828">
            <w:pPr>
              <w:rPr>
                <w:rFonts w:ascii="Times New Roman" w:hAnsi="Times New Roman" w:cs="Times New Roman"/>
                <w:szCs w:val="21"/>
              </w:rPr>
            </w:pPr>
          </w:p>
        </w:tc>
        <w:tc>
          <w:tcPr>
            <w:tcW w:w="1009" w:type="dxa"/>
            <w:vMerge/>
          </w:tcPr>
          <w:p w14:paraId="72538C01" w14:textId="77777777" w:rsidR="00497B11" w:rsidRPr="00293828" w:rsidRDefault="00497B11" w:rsidP="00293828">
            <w:pPr>
              <w:rPr>
                <w:rFonts w:ascii="Times New Roman" w:hAnsi="Times New Roman" w:cs="Times New Roman"/>
                <w:szCs w:val="21"/>
              </w:rPr>
            </w:pPr>
          </w:p>
        </w:tc>
        <w:tc>
          <w:tcPr>
            <w:tcW w:w="1009" w:type="dxa"/>
            <w:vMerge/>
          </w:tcPr>
          <w:p w14:paraId="0A2EE68C" w14:textId="77777777" w:rsidR="00497B11" w:rsidRPr="00293828" w:rsidRDefault="00497B11" w:rsidP="00293828">
            <w:pPr>
              <w:rPr>
                <w:rFonts w:ascii="Times New Roman" w:hAnsi="Times New Roman" w:cs="Times New Roman"/>
                <w:szCs w:val="21"/>
              </w:rPr>
            </w:pPr>
          </w:p>
        </w:tc>
        <w:tc>
          <w:tcPr>
            <w:tcW w:w="1068" w:type="dxa"/>
            <w:vMerge/>
          </w:tcPr>
          <w:p w14:paraId="444F36CA" w14:textId="77777777" w:rsidR="00497B11" w:rsidRPr="00293828" w:rsidRDefault="00497B11" w:rsidP="00293828">
            <w:pPr>
              <w:rPr>
                <w:rFonts w:ascii="Times New Roman" w:hAnsi="Times New Roman" w:cs="Times New Roman"/>
                <w:szCs w:val="21"/>
              </w:rPr>
            </w:pPr>
          </w:p>
        </w:tc>
        <w:tc>
          <w:tcPr>
            <w:tcW w:w="1068" w:type="dxa"/>
            <w:vMerge/>
          </w:tcPr>
          <w:p w14:paraId="2DF5CA7C" w14:textId="77777777" w:rsidR="00497B11" w:rsidRPr="00293828" w:rsidRDefault="00497B11" w:rsidP="00293828">
            <w:pPr>
              <w:rPr>
                <w:rFonts w:ascii="Times New Roman" w:hAnsi="Times New Roman" w:cs="Times New Roman"/>
                <w:szCs w:val="21"/>
              </w:rPr>
            </w:pPr>
          </w:p>
        </w:tc>
      </w:tr>
      <w:tr w:rsidR="00497B11" w:rsidRPr="00293828" w14:paraId="2C638C4E" w14:textId="77777777" w:rsidTr="009D45BD">
        <w:tc>
          <w:tcPr>
            <w:tcW w:w="969" w:type="dxa"/>
            <w:vMerge/>
          </w:tcPr>
          <w:p w14:paraId="61AF6A46" w14:textId="77777777" w:rsidR="00497B11" w:rsidRPr="00293828" w:rsidRDefault="00497B11" w:rsidP="00293828">
            <w:pPr>
              <w:rPr>
                <w:rFonts w:ascii="Times New Roman" w:hAnsi="Times New Roman" w:cs="Times New Roman"/>
                <w:szCs w:val="21"/>
              </w:rPr>
            </w:pPr>
          </w:p>
        </w:tc>
        <w:tc>
          <w:tcPr>
            <w:tcW w:w="1125" w:type="dxa"/>
            <w:vAlign w:val="center"/>
          </w:tcPr>
          <w:p w14:paraId="218CE99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202-&gt;211</w:t>
            </w:r>
          </w:p>
        </w:tc>
        <w:tc>
          <w:tcPr>
            <w:tcW w:w="1039" w:type="dxa"/>
            <w:vAlign w:val="center"/>
          </w:tcPr>
          <w:p w14:paraId="35EAA18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-0.14596</w:t>
            </w:r>
          </w:p>
        </w:tc>
        <w:tc>
          <w:tcPr>
            <w:tcW w:w="1009" w:type="dxa"/>
            <w:vMerge/>
          </w:tcPr>
          <w:p w14:paraId="05444138" w14:textId="77777777" w:rsidR="00497B11" w:rsidRPr="00293828" w:rsidRDefault="00497B11" w:rsidP="00293828">
            <w:pPr>
              <w:rPr>
                <w:rFonts w:ascii="Times New Roman" w:hAnsi="Times New Roman" w:cs="Times New Roman"/>
                <w:szCs w:val="21"/>
              </w:rPr>
            </w:pPr>
          </w:p>
        </w:tc>
        <w:tc>
          <w:tcPr>
            <w:tcW w:w="1009" w:type="dxa"/>
            <w:vMerge/>
          </w:tcPr>
          <w:p w14:paraId="2686AE27" w14:textId="77777777" w:rsidR="00497B11" w:rsidRPr="00293828" w:rsidRDefault="00497B11" w:rsidP="00293828">
            <w:pPr>
              <w:rPr>
                <w:rFonts w:ascii="Times New Roman" w:hAnsi="Times New Roman" w:cs="Times New Roman"/>
                <w:szCs w:val="21"/>
              </w:rPr>
            </w:pPr>
          </w:p>
        </w:tc>
        <w:tc>
          <w:tcPr>
            <w:tcW w:w="1009" w:type="dxa"/>
            <w:vMerge/>
          </w:tcPr>
          <w:p w14:paraId="17D3D979" w14:textId="77777777" w:rsidR="00497B11" w:rsidRPr="00293828" w:rsidRDefault="00497B11" w:rsidP="00293828">
            <w:pPr>
              <w:rPr>
                <w:rFonts w:ascii="Times New Roman" w:hAnsi="Times New Roman" w:cs="Times New Roman"/>
                <w:szCs w:val="21"/>
              </w:rPr>
            </w:pPr>
          </w:p>
        </w:tc>
        <w:tc>
          <w:tcPr>
            <w:tcW w:w="1068" w:type="dxa"/>
            <w:vMerge/>
          </w:tcPr>
          <w:p w14:paraId="354ABF7D" w14:textId="77777777" w:rsidR="00497B11" w:rsidRPr="00293828" w:rsidRDefault="00497B11" w:rsidP="00293828">
            <w:pPr>
              <w:rPr>
                <w:rFonts w:ascii="Times New Roman" w:hAnsi="Times New Roman" w:cs="Times New Roman"/>
                <w:szCs w:val="21"/>
              </w:rPr>
            </w:pPr>
          </w:p>
        </w:tc>
        <w:tc>
          <w:tcPr>
            <w:tcW w:w="1068" w:type="dxa"/>
            <w:vMerge/>
          </w:tcPr>
          <w:p w14:paraId="0FA0F1A9" w14:textId="77777777" w:rsidR="00497B11" w:rsidRPr="00293828" w:rsidRDefault="00497B11" w:rsidP="00293828">
            <w:pPr>
              <w:rPr>
                <w:rFonts w:ascii="Times New Roman" w:hAnsi="Times New Roman" w:cs="Times New Roman"/>
                <w:szCs w:val="21"/>
              </w:rPr>
            </w:pPr>
          </w:p>
        </w:tc>
      </w:tr>
      <w:tr w:rsidR="00497B11" w:rsidRPr="00293828" w14:paraId="104980D4" w14:textId="77777777" w:rsidTr="009D45BD">
        <w:tc>
          <w:tcPr>
            <w:tcW w:w="969" w:type="dxa"/>
            <w:vMerge/>
          </w:tcPr>
          <w:p w14:paraId="020A50C0" w14:textId="77777777" w:rsidR="00497B11" w:rsidRPr="00293828" w:rsidRDefault="00497B11" w:rsidP="00293828">
            <w:pPr>
              <w:rPr>
                <w:rFonts w:ascii="Times New Roman" w:hAnsi="Times New Roman" w:cs="Times New Roman"/>
                <w:szCs w:val="21"/>
              </w:rPr>
            </w:pPr>
          </w:p>
        </w:tc>
        <w:tc>
          <w:tcPr>
            <w:tcW w:w="1125" w:type="dxa"/>
            <w:vAlign w:val="center"/>
          </w:tcPr>
          <w:p w14:paraId="60C8830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202-&gt;213</w:t>
            </w:r>
          </w:p>
        </w:tc>
        <w:tc>
          <w:tcPr>
            <w:tcW w:w="1039" w:type="dxa"/>
            <w:vAlign w:val="center"/>
          </w:tcPr>
          <w:p w14:paraId="0756B27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0.22875</w:t>
            </w:r>
          </w:p>
        </w:tc>
        <w:tc>
          <w:tcPr>
            <w:tcW w:w="1009" w:type="dxa"/>
            <w:vMerge/>
          </w:tcPr>
          <w:p w14:paraId="2409DF7E" w14:textId="77777777" w:rsidR="00497B11" w:rsidRPr="00293828" w:rsidRDefault="00497B11" w:rsidP="00293828">
            <w:pPr>
              <w:rPr>
                <w:rFonts w:ascii="Times New Roman" w:hAnsi="Times New Roman" w:cs="Times New Roman"/>
                <w:szCs w:val="21"/>
              </w:rPr>
            </w:pPr>
          </w:p>
        </w:tc>
        <w:tc>
          <w:tcPr>
            <w:tcW w:w="1009" w:type="dxa"/>
            <w:vMerge/>
          </w:tcPr>
          <w:p w14:paraId="29CFB134" w14:textId="77777777" w:rsidR="00497B11" w:rsidRPr="00293828" w:rsidRDefault="00497B11" w:rsidP="00293828">
            <w:pPr>
              <w:rPr>
                <w:rFonts w:ascii="Times New Roman" w:hAnsi="Times New Roman" w:cs="Times New Roman"/>
                <w:szCs w:val="21"/>
              </w:rPr>
            </w:pPr>
          </w:p>
        </w:tc>
        <w:tc>
          <w:tcPr>
            <w:tcW w:w="1009" w:type="dxa"/>
            <w:vMerge/>
          </w:tcPr>
          <w:p w14:paraId="1FCDD5DC" w14:textId="77777777" w:rsidR="00497B11" w:rsidRPr="00293828" w:rsidRDefault="00497B11" w:rsidP="00293828">
            <w:pPr>
              <w:rPr>
                <w:rFonts w:ascii="Times New Roman" w:hAnsi="Times New Roman" w:cs="Times New Roman"/>
                <w:szCs w:val="21"/>
              </w:rPr>
            </w:pPr>
          </w:p>
        </w:tc>
        <w:tc>
          <w:tcPr>
            <w:tcW w:w="1068" w:type="dxa"/>
            <w:vMerge/>
          </w:tcPr>
          <w:p w14:paraId="369214B7" w14:textId="77777777" w:rsidR="00497B11" w:rsidRPr="00293828" w:rsidRDefault="00497B11" w:rsidP="00293828">
            <w:pPr>
              <w:rPr>
                <w:rFonts w:ascii="Times New Roman" w:hAnsi="Times New Roman" w:cs="Times New Roman"/>
                <w:szCs w:val="21"/>
              </w:rPr>
            </w:pPr>
          </w:p>
        </w:tc>
        <w:tc>
          <w:tcPr>
            <w:tcW w:w="1068" w:type="dxa"/>
            <w:vMerge/>
          </w:tcPr>
          <w:p w14:paraId="1D318860" w14:textId="77777777" w:rsidR="00497B11" w:rsidRPr="00293828" w:rsidRDefault="00497B11" w:rsidP="00293828">
            <w:pPr>
              <w:rPr>
                <w:rFonts w:ascii="Times New Roman" w:hAnsi="Times New Roman" w:cs="Times New Roman"/>
                <w:szCs w:val="21"/>
              </w:rPr>
            </w:pPr>
          </w:p>
        </w:tc>
      </w:tr>
      <w:tr w:rsidR="00497B11" w:rsidRPr="00293828" w14:paraId="15E3529F" w14:textId="77777777" w:rsidTr="009D45BD">
        <w:tc>
          <w:tcPr>
            <w:tcW w:w="969" w:type="dxa"/>
            <w:vMerge w:val="restart"/>
            <w:vAlign w:val="center"/>
          </w:tcPr>
          <w:p w14:paraId="6EDFF01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w:t>
            </w:r>
          </w:p>
        </w:tc>
        <w:tc>
          <w:tcPr>
            <w:tcW w:w="1125" w:type="dxa"/>
            <w:vAlign w:val="center"/>
          </w:tcPr>
          <w:p w14:paraId="200AD9E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199-&gt;206</w:t>
            </w:r>
          </w:p>
        </w:tc>
        <w:tc>
          <w:tcPr>
            <w:tcW w:w="1039" w:type="dxa"/>
            <w:vAlign w:val="center"/>
          </w:tcPr>
          <w:p w14:paraId="5B575A3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-0.1515</w:t>
            </w:r>
          </w:p>
        </w:tc>
        <w:tc>
          <w:tcPr>
            <w:tcW w:w="1009" w:type="dxa"/>
            <w:vMerge w:val="restart"/>
            <w:vAlign w:val="center"/>
          </w:tcPr>
          <w:p w14:paraId="412C2F1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5.6817</w:t>
            </w:r>
          </w:p>
        </w:tc>
        <w:tc>
          <w:tcPr>
            <w:tcW w:w="1009" w:type="dxa"/>
            <w:vMerge w:val="restart"/>
            <w:vAlign w:val="center"/>
          </w:tcPr>
          <w:p w14:paraId="57177A0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218.22</w:t>
            </w:r>
          </w:p>
        </w:tc>
        <w:tc>
          <w:tcPr>
            <w:tcW w:w="1009" w:type="dxa"/>
            <w:vMerge w:val="restart"/>
            <w:vAlign w:val="center"/>
          </w:tcPr>
          <w:p w14:paraId="3AB0E48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0.0018</w:t>
            </w:r>
          </w:p>
        </w:tc>
        <w:tc>
          <w:tcPr>
            <w:tcW w:w="1068" w:type="dxa"/>
            <w:vMerge w:val="restart"/>
            <w:vAlign w:val="center"/>
          </w:tcPr>
          <w:p w14:paraId="2F3C49F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-10.5782</w:t>
            </w:r>
          </w:p>
        </w:tc>
        <w:tc>
          <w:tcPr>
            <w:tcW w:w="1068" w:type="dxa"/>
            <w:vMerge w:val="restart"/>
            <w:vAlign w:val="center"/>
          </w:tcPr>
          <w:p w14:paraId="36EF502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-10.5551</w:t>
            </w:r>
          </w:p>
        </w:tc>
      </w:tr>
      <w:tr w:rsidR="00497B11" w:rsidRPr="00293828" w14:paraId="21B1CD32" w14:textId="77777777" w:rsidTr="009D45BD">
        <w:tc>
          <w:tcPr>
            <w:tcW w:w="969" w:type="dxa"/>
            <w:vMerge/>
          </w:tcPr>
          <w:p w14:paraId="4CE55ECD" w14:textId="77777777" w:rsidR="00497B11" w:rsidRPr="00293828" w:rsidRDefault="00497B11" w:rsidP="00293828">
            <w:pPr>
              <w:rPr>
                <w:rFonts w:ascii="Times New Roman" w:hAnsi="Times New Roman" w:cs="Times New Roman"/>
                <w:szCs w:val="21"/>
              </w:rPr>
            </w:pPr>
          </w:p>
        </w:tc>
        <w:tc>
          <w:tcPr>
            <w:tcW w:w="1125" w:type="dxa"/>
            <w:vAlign w:val="center"/>
          </w:tcPr>
          <w:p w14:paraId="1672AB6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199-&gt;209</w:t>
            </w:r>
          </w:p>
        </w:tc>
        <w:tc>
          <w:tcPr>
            <w:tcW w:w="1039" w:type="dxa"/>
            <w:vAlign w:val="center"/>
          </w:tcPr>
          <w:p w14:paraId="48273CF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-0.24595</w:t>
            </w:r>
          </w:p>
        </w:tc>
        <w:tc>
          <w:tcPr>
            <w:tcW w:w="1009" w:type="dxa"/>
            <w:vMerge/>
          </w:tcPr>
          <w:p w14:paraId="245B2E7F" w14:textId="77777777" w:rsidR="00497B11" w:rsidRPr="00293828" w:rsidRDefault="00497B11" w:rsidP="00293828">
            <w:pPr>
              <w:rPr>
                <w:rFonts w:ascii="Times New Roman" w:hAnsi="Times New Roman" w:cs="Times New Roman"/>
                <w:szCs w:val="21"/>
              </w:rPr>
            </w:pPr>
          </w:p>
        </w:tc>
        <w:tc>
          <w:tcPr>
            <w:tcW w:w="1009" w:type="dxa"/>
            <w:vMerge/>
          </w:tcPr>
          <w:p w14:paraId="59137249" w14:textId="77777777" w:rsidR="00497B11" w:rsidRPr="00293828" w:rsidRDefault="00497B11" w:rsidP="00293828">
            <w:pPr>
              <w:rPr>
                <w:rFonts w:ascii="Times New Roman" w:hAnsi="Times New Roman" w:cs="Times New Roman"/>
                <w:szCs w:val="21"/>
              </w:rPr>
            </w:pPr>
          </w:p>
        </w:tc>
        <w:tc>
          <w:tcPr>
            <w:tcW w:w="1009" w:type="dxa"/>
            <w:vMerge/>
          </w:tcPr>
          <w:p w14:paraId="5A14448B" w14:textId="77777777" w:rsidR="00497B11" w:rsidRPr="00293828" w:rsidRDefault="00497B11" w:rsidP="00293828">
            <w:pPr>
              <w:rPr>
                <w:rFonts w:ascii="Times New Roman" w:hAnsi="Times New Roman" w:cs="Times New Roman"/>
                <w:szCs w:val="21"/>
              </w:rPr>
            </w:pPr>
          </w:p>
        </w:tc>
        <w:tc>
          <w:tcPr>
            <w:tcW w:w="1068" w:type="dxa"/>
            <w:vMerge/>
          </w:tcPr>
          <w:p w14:paraId="56966329" w14:textId="77777777" w:rsidR="00497B11" w:rsidRPr="00293828" w:rsidRDefault="00497B11" w:rsidP="00293828">
            <w:pPr>
              <w:rPr>
                <w:rFonts w:ascii="Times New Roman" w:hAnsi="Times New Roman" w:cs="Times New Roman"/>
                <w:szCs w:val="21"/>
              </w:rPr>
            </w:pPr>
          </w:p>
        </w:tc>
        <w:tc>
          <w:tcPr>
            <w:tcW w:w="1068" w:type="dxa"/>
            <w:vMerge/>
          </w:tcPr>
          <w:p w14:paraId="6266ED7D" w14:textId="77777777" w:rsidR="00497B11" w:rsidRPr="00293828" w:rsidRDefault="00497B11" w:rsidP="00293828">
            <w:pPr>
              <w:rPr>
                <w:rFonts w:ascii="Times New Roman" w:hAnsi="Times New Roman" w:cs="Times New Roman"/>
                <w:szCs w:val="21"/>
              </w:rPr>
            </w:pPr>
          </w:p>
        </w:tc>
      </w:tr>
      <w:tr w:rsidR="00497B11" w:rsidRPr="00293828" w14:paraId="67B22A24" w14:textId="77777777" w:rsidTr="009D45BD">
        <w:tc>
          <w:tcPr>
            <w:tcW w:w="969" w:type="dxa"/>
            <w:vMerge/>
          </w:tcPr>
          <w:p w14:paraId="3D19C983" w14:textId="77777777" w:rsidR="00497B11" w:rsidRPr="00293828" w:rsidRDefault="00497B11" w:rsidP="00293828">
            <w:pPr>
              <w:rPr>
                <w:rFonts w:ascii="Times New Roman" w:hAnsi="Times New Roman" w:cs="Times New Roman"/>
                <w:szCs w:val="21"/>
              </w:rPr>
            </w:pPr>
          </w:p>
        </w:tc>
        <w:tc>
          <w:tcPr>
            <w:tcW w:w="1125" w:type="dxa"/>
            <w:vAlign w:val="center"/>
          </w:tcPr>
          <w:p w14:paraId="215471F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199-&gt;210</w:t>
            </w:r>
          </w:p>
        </w:tc>
        <w:tc>
          <w:tcPr>
            <w:tcW w:w="1039" w:type="dxa"/>
            <w:vAlign w:val="center"/>
          </w:tcPr>
          <w:p w14:paraId="3FA5069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0.25942</w:t>
            </w:r>
          </w:p>
        </w:tc>
        <w:tc>
          <w:tcPr>
            <w:tcW w:w="1009" w:type="dxa"/>
            <w:vMerge/>
          </w:tcPr>
          <w:p w14:paraId="38FAC458" w14:textId="77777777" w:rsidR="00497B11" w:rsidRPr="00293828" w:rsidRDefault="00497B11" w:rsidP="00293828">
            <w:pPr>
              <w:rPr>
                <w:rFonts w:ascii="Times New Roman" w:hAnsi="Times New Roman" w:cs="Times New Roman"/>
                <w:szCs w:val="21"/>
              </w:rPr>
            </w:pPr>
          </w:p>
        </w:tc>
        <w:tc>
          <w:tcPr>
            <w:tcW w:w="1009" w:type="dxa"/>
            <w:vMerge/>
          </w:tcPr>
          <w:p w14:paraId="074B369E" w14:textId="77777777" w:rsidR="00497B11" w:rsidRPr="00293828" w:rsidRDefault="00497B11" w:rsidP="00293828">
            <w:pPr>
              <w:rPr>
                <w:rFonts w:ascii="Times New Roman" w:hAnsi="Times New Roman" w:cs="Times New Roman"/>
                <w:szCs w:val="21"/>
              </w:rPr>
            </w:pPr>
          </w:p>
        </w:tc>
        <w:tc>
          <w:tcPr>
            <w:tcW w:w="1009" w:type="dxa"/>
            <w:vMerge/>
          </w:tcPr>
          <w:p w14:paraId="6B7B0C49" w14:textId="77777777" w:rsidR="00497B11" w:rsidRPr="00293828" w:rsidRDefault="00497B11" w:rsidP="00293828">
            <w:pPr>
              <w:rPr>
                <w:rFonts w:ascii="Times New Roman" w:hAnsi="Times New Roman" w:cs="Times New Roman"/>
                <w:szCs w:val="21"/>
              </w:rPr>
            </w:pPr>
          </w:p>
        </w:tc>
        <w:tc>
          <w:tcPr>
            <w:tcW w:w="1068" w:type="dxa"/>
            <w:vMerge/>
          </w:tcPr>
          <w:p w14:paraId="6A9331E5" w14:textId="77777777" w:rsidR="00497B11" w:rsidRPr="00293828" w:rsidRDefault="00497B11" w:rsidP="00293828">
            <w:pPr>
              <w:rPr>
                <w:rFonts w:ascii="Times New Roman" w:hAnsi="Times New Roman" w:cs="Times New Roman"/>
                <w:szCs w:val="21"/>
              </w:rPr>
            </w:pPr>
          </w:p>
        </w:tc>
        <w:tc>
          <w:tcPr>
            <w:tcW w:w="1068" w:type="dxa"/>
            <w:vMerge/>
          </w:tcPr>
          <w:p w14:paraId="2BEE1541" w14:textId="77777777" w:rsidR="00497B11" w:rsidRPr="00293828" w:rsidRDefault="00497B11" w:rsidP="00293828">
            <w:pPr>
              <w:rPr>
                <w:rFonts w:ascii="Times New Roman" w:hAnsi="Times New Roman" w:cs="Times New Roman"/>
                <w:szCs w:val="21"/>
              </w:rPr>
            </w:pPr>
          </w:p>
        </w:tc>
      </w:tr>
      <w:tr w:rsidR="00497B11" w:rsidRPr="00293828" w14:paraId="41133929" w14:textId="77777777" w:rsidTr="009D45BD">
        <w:tc>
          <w:tcPr>
            <w:tcW w:w="969" w:type="dxa"/>
            <w:vMerge/>
          </w:tcPr>
          <w:p w14:paraId="39078484" w14:textId="77777777" w:rsidR="00497B11" w:rsidRPr="00293828" w:rsidRDefault="00497B11" w:rsidP="00293828">
            <w:pPr>
              <w:rPr>
                <w:rFonts w:ascii="Times New Roman" w:hAnsi="Times New Roman" w:cs="Times New Roman"/>
                <w:szCs w:val="21"/>
              </w:rPr>
            </w:pPr>
          </w:p>
        </w:tc>
        <w:tc>
          <w:tcPr>
            <w:tcW w:w="1125" w:type="dxa"/>
            <w:vAlign w:val="center"/>
          </w:tcPr>
          <w:p w14:paraId="707382D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199-&gt;213</w:t>
            </w:r>
          </w:p>
        </w:tc>
        <w:tc>
          <w:tcPr>
            <w:tcW w:w="1039" w:type="dxa"/>
            <w:vAlign w:val="center"/>
          </w:tcPr>
          <w:p w14:paraId="1A6F1F2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-0.17833</w:t>
            </w:r>
          </w:p>
        </w:tc>
        <w:tc>
          <w:tcPr>
            <w:tcW w:w="1009" w:type="dxa"/>
            <w:vMerge/>
          </w:tcPr>
          <w:p w14:paraId="340A6200" w14:textId="77777777" w:rsidR="00497B11" w:rsidRPr="00293828" w:rsidRDefault="00497B11" w:rsidP="00293828">
            <w:pPr>
              <w:rPr>
                <w:rFonts w:ascii="Times New Roman" w:hAnsi="Times New Roman" w:cs="Times New Roman"/>
                <w:szCs w:val="21"/>
              </w:rPr>
            </w:pPr>
          </w:p>
        </w:tc>
        <w:tc>
          <w:tcPr>
            <w:tcW w:w="1009" w:type="dxa"/>
            <w:vMerge/>
          </w:tcPr>
          <w:p w14:paraId="0D5E5D24" w14:textId="77777777" w:rsidR="00497B11" w:rsidRPr="00293828" w:rsidRDefault="00497B11" w:rsidP="00293828">
            <w:pPr>
              <w:rPr>
                <w:rFonts w:ascii="Times New Roman" w:hAnsi="Times New Roman" w:cs="Times New Roman"/>
                <w:szCs w:val="21"/>
              </w:rPr>
            </w:pPr>
          </w:p>
        </w:tc>
        <w:tc>
          <w:tcPr>
            <w:tcW w:w="1009" w:type="dxa"/>
            <w:vMerge/>
          </w:tcPr>
          <w:p w14:paraId="7827D7F6" w14:textId="77777777" w:rsidR="00497B11" w:rsidRPr="00293828" w:rsidRDefault="00497B11" w:rsidP="00293828">
            <w:pPr>
              <w:rPr>
                <w:rFonts w:ascii="Times New Roman" w:hAnsi="Times New Roman" w:cs="Times New Roman"/>
                <w:szCs w:val="21"/>
              </w:rPr>
            </w:pPr>
          </w:p>
        </w:tc>
        <w:tc>
          <w:tcPr>
            <w:tcW w:w="1068" w:type="dxa"/>
            <w:vMerge/>
          </w:tcPr>
          <w:p w14:paraId="2B94E6D0" w14:textId="77777777" w:rsidR="00497B11" w:rsidRPr="00293828" w:rsidRDefault="00497B11" w:rsidP="00293828">
            <w:pPr>
              <w:rPr>
                <w:rFonts w:ascii="Times New Roman" w:hAnsi="Times New Roman" w:cs="Times New Roman"/>
                <w:szCs w:val="21"/>
              </w:rPr>
            </w:pPr>
          </w:p>
        </w:tc>
        <w:tc>
          <w:tcPr>
            <w:tcW w:w="1068" w:type="dxa"/>
            <w:vMerge/>
          </w:tcPr>
          <w:p w14:paraId="0A678984" w14:textId="77777777" w:rsidR="00497B11" w:rsidRPr="00293828" w:rsidRDefault="00497B11" w:rsidP="00293828">
            <w:pPr>
              <w:rPr>
                <w:rFonts w:ascii="Times New Roman" w:hAnsi="Times New Roman" w:cs="Times New Roman"/>
                <w:szCs w:val="21"/>
              </w:rPr>
            </w:pPr>
          </w:p>
        </w:tc>
      </w:tr>
      <w:tr w:rsidR="00497B11" w:rsidRPr="00293828" w14:paraId="61B7A045" w14:textId="77777777" w:rsidTr="009D45BD">
        <w:tc>
          <w:tcPr>
            <w:tcW w:w="969" w:type="dxa"/>
            <w:vMerge w:val="restart"/>
            <w:vAlign w:val="center"/>
          </w:tcPr>
          <w:p w14:paraId="1984BA2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w:t>
            </w:r>
          </w:p>
        </w:tc>
        <w:tc>
          <w:tcPr>
            <w:tcW w:w="1125" w:type="dxa"/>
            <w:vAlign w:val="center"/>
          </w:tcPr>
          <w:p w14:paraId="13E739D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196-&gt;215</w:t>
            </w:r>
          </w:p>
        </w:tc>
        <w:tc>
          <w:tcPr>
            <w:tcW w:w="1039" w:type="dxa"/>
            <w:vAlign w:val="center"/>
          </w:tcPr>
          <w:p w14:paraId="28A30A1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0.17255</w:t>
            </w:r>
          </w:p>
        </w:tc>
        <w:tc>
          <w:tcPr>
            <w:tcW w:w="1009" w:type="dxa"/>
            <w:vMerge w:val="restart"/>
            <w:vAlign w:val="center"/>
          </w:tcPr>
          <w:p w14:paraId="11C68FB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6.0164</w:t>
            </w:r>
          </w:p>
        </w:tc>
        <w:tc>
          <w:tcPr>
            <w:tcW w:w="1009" w:type="dxa"/>
            <w:vMerge w:val="restart"/>
            <w:vAlign w:val="center"/>
          </w:tcPr>
          <w:p w14:paraId="098408E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206.08</w:t>
            </w:r>
          </w:p>
        </w:tc>
        <w:tc>
          <w:tcPr>
            <w:tcW w:w="1009" w:type="dxa"/>
            <w:vMerge w:val="restart"/>
            <w:vAlign w:val="center"/>
          </w:tcPr>
          <w:p w14:paraId="2956E40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0.0008</w:t>
            </w:r>
          </w:p>
        </w:tc>
        <w:tc>
          <w:tcPr>
            <w:tcW w:w="1068" w:type="dxa"/>
            <w:vMerge w:val="restart"/>
            <w:vAlign w:val="center"/>
          </w:tcPr>
          <w:p w14:paraId="0575E2E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3.2452</w:t>
            </w:r>
          </w:p>
        </w:tc>
        <w:tc>
          <w:tcPr>
            <w:tcW w:w="1068" w:type="dxa"/>
            <w:vMerge w:val="restart"/>
            <w:vAlign w:val="center"/>
          </w:tcPr>
          <w:p w14:paraId="168E073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2.992</w:t>
            </w:r>
          </w:p>
        </w:tc>
      </w:tr>
      <w:tr w:rsidR="00497B11" w:rsidRPr="00293828" w14:paraId="08CA688E" w14:textId="77777777" w:rsidTr="009D45BD">
        <w:tc>
          <w:tcPr>
            <w:tcW w:w="969" w:type="dxa"/>
            <w:vMerge/>
          </w:tcPr>
          <w:p w14:paraId="5C8C685B" w14:textId="77777777" w:rsidR="00497B11" w:rsidRPr="00293828" w:rsidRDefault="00497B11" w:rsidP="00293828">
            <w:pPr>
              <w:rPr>
                <w:rFonts w:ascii="Times New Roman" w:hAnsi="Times New Roman" w:cs="Times New Roman"/>
                <w:szCs w:val="21"/>
              </w:rPr>
            </w:pPr>
          </w:p>
        </w:tc>
        <w:tc>
          <w:tcPr>
            <w:tcW w:w="1125" w:type="dxa"/>
            <w:vAlign w:val="center"/>
          </w:tcPr>
          <w:p w14:paraId="118C5D7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196-&gt;216</w:t>
            </w:r>
          </w:p>
        </w:tc>
        <w:tc>
          <w:tcPr>
            <w:tcW w:w="1039" w:type="dxa"/>
            <w:vAlign w:val="center"/>
          </w:tcPr>
          <w:p w14:paraId="50EAD2C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0.14449</w:t>
            </w:r>
          </w:p>
        </w:tc>
        <w:tc>
          <w:tcPr>
            <w:tcW w:w="1009" w:type="dxa"/>
            <w:vMerge/>
          </w:tcPr>
          <w:p w14:paraId="5BA61F99" w14:textId="77777777" w:rsidR="00497B11" w:rsidRPr="00293828" w:rsidRDefault="00497B11" w:rsidP="00293828">
            <w:pPr>
              <w:rPr>
                <w:rFonts w:ascii="Times New Roman" w:hAnsi="Times New Roman" w:cs="Times New Roman"/>
                <w:szCs w:val="21"/>
              </w:rPr>
            </w:pPr>
          </w:p>
        </w:tc>
        <w:tc>
          <w:tcPr>
            <w:tcW w:w="1009" w:type="dxa"/>
            <w:vMerge/>
          </w:tcPr>
          <w:p w14:paraId="0F17069A" w14:textId="77777777" w:rsidR="00497B11" w:rsidRPr="00293828" w:rsidRDefault="00497B11" w:rsidP="00293828">
            <w:pPr>
              <w:rPr>
                <w:rFonts w:ascii="Times New Roman" w:hAnsi="Times New Roman" w:cs="Times New Roman"/>
                <w:szCs w:val="21"/>
              </w:rPr>
            </w:pPr>
          </w:p>
        </w:tc>
        <w:tc>
          <w:tcPr>
            <w:tcW w:w="1009" w:type="dxa"/>
            <w:vMerge/>
          </w:tcPr>
          <w:p w14:paraId="01650982" w14:textId="77777777" w:rsidR="00497B11" w:rsidRPr="00293828" w:rsidRDefault="00497B11" w:rsidP="00293828">
            <w:pPr>
              <w:rPr>
                <w:rFonts w:ascii="Times New Roman" w:hAnsi="Times New Roman" w:cs="Times New Roman"/>
                <w:szCs w:val="21"/>
              </w:rPr>
            </w:pPr>
          </w:p>
        </w:tc>
        <w:tc>
          <w:tcPr>
            <w:tcW w:w="1068" w:type="dxa"/>
            <w:vMerge/>
          </w:tcPr>
          <w:p w14:paraId="1C2A5F40" w14:textId="77777777" w:rsidR="00497B11" w:rsidRPr="00293828" w:rsidRDefault="00497B11" w:rsidP="00293828">
            <w:pPr>
              <w:rPr>
                <w:rFonts w:ascii="Times New Roman" w:hAnsi="Times New Roman" w:cs="Times New Roman"/>
                <w:szCs w:val="21"/>
              </w:rPr>
            </w:pPr>
          </w:p>
        </w:tc>
        <w:tc>
          <w:tcPr>
            <w:tcW w:w="1068" w:type="dxa"/>
            <w:vMerge/>
          </w:tcPr>
          <w:p w14:paraId="2094D55F" w14:textId="77777777" w:rsidR="00497B11" w:rsidRPr="00293828" w:rsidRDefault="00497B11" w:rsidP="00293828">
            <w:pPr>
              <w:rPr>
                <w:rFonts w:ascii="Times New Roman" w:hAnsi="Times New Roman" w:cs="Times New Roman"/>
                <w:szCs w:val="21"/>
              </w:rPr>
            </w:pPr>
          </w:p>
        </w:tc>
      </w:tr>
      <w:tr w:rsidR="00497B11" w:rsidRPr="00293828" w14:paraId="3D3A4305" w14:textId="77777777" w:rsidTr="009D45BD">
        <w:tc>
          <w:tcPr>
            <w:tcW w:w="969" w:type="dxa"/>
            <w:vMerge/>
          </w:tcPr>
          <w:p w14:paraId="5819D2E8" w14:textId="77777777" w:rsidR="00497B11" w:rsidRPr="00293828" w:rsidRDefault="00497B11" w:rsidP="00293828">
            <w:pPr>
              <w:rPr>
                <w:rFonts w:ascii="Times New Roman" w:hAnsi="Times New Roman" w:cs="Times New Roman"/>
                <w:szCs w:val="21"/>
              </w:rPr>
            </w:pPr>
          </w:p>
        </w:tc>
        <w:tc>
          <w:tcPr>
            <w:tcW w:w="1125" w:type="dxa"/>
            <w:vAlign w:val="center"/>
          </w:tcPr>
          <w:p w14:paraId="71BD032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196-&gt;217</w:t>
            </w:r>
          </w:p>
        </w:tc>
        <w:tc>
          <w:tcPr>
            <w:tcW w:w="1039" w:type="dxa"/>
            <w:vAlign w:val="center"/>
          </w:tcPr>
          <w:p w14:paraId="7B2E004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-0.43051</w:t>
            </w:r>
          </w:p>
        </w:tc>
        <w:tc>
          <w:tcPr>
            <w:tcW w:w="1009" w:type="dxa"/>
            <w:vMerge/>
          </w:tcPr>
          <w:p w14:paraId="2ECD5DDD" w14:textId="77777777" w:rsidR="00497B11" w:rsidRPr="00293828" w:rsidRDefault="00497B11" w:rsidP="00293828">
            <w:pPr>
              <w:rPr>
                <w:rFonts w:ascii="Times New Roman" w:hAnsi="Times New Roman" w:cs="Times New Roman"/>
                <w:szCs w:val="21"/>
              </w:rPr>
            </w:pPr>
          </w:p>
        </w:tc>
        <w:tc>
          <w:tcPr>
            <w:tcW w:w="1009" w:type="dxa"/>
            <w:vMerge/>
          </w:tcPr>
          <w:p w14:paraId="1796B86F" w14:textId="77777777" w:rsidR="00497B11" w:rsidRPr="00293828" w:rsidRDefault="00497B11" w:rsidP="00293828">
            <w:pPr>
              <w:rPr>
                <w:rFonts w:ascii="Times New Roman" w:hAnsi="Times New Roman" w:cs="Times New Roman"/>
                <w:szCs w:val="21"/>
              </w:rPr>
            </w:pPr>
          </w:p>
        </w:tc>
        <w:tc>
          <w:tcPr>
            <w:tcW w:w="1009" w:type="dxa"/>
            <w:vMerge/>
          </w:tcPr>
          <w:p w14:paraId="0C2E494D" w14:textId="77777777" w:rsidR="00497B11" w:rsidRPr="00293828" w:rsidRDefault="00497B11" w:rsidP="00293828">
            <w:pPr>
              <w:rPr>
                <w:rFonts w:ascii="Times New Roman" w:hAnsi="Times New Roman" w:cs="Times New Roman"/>
                <w:szCs w:val="21"/>
              </w:rPr>
            </w:pPr>
          </w:p>
        </w:tc>
        <w:tc>
          <w:tcPr>
            <w:tcW w:w="1068" w:type="dxa"/>
            <w:vMerge/>
          </w:tcPr>
          <w:p w14:paraId="66BED3AE" w14:textId="77777777" w:rsidR="00497B11" w:rsidRPr="00293828" w:rsidRDefault="00497B11" w:rsidP="00293828">
            <w:pPr>
              <w:rPr>
                <w:rFonts w:ascii="Times New Roman" w:hAnsi="Times New Roman" w:cs="Times New Roman"/>
                <w:szCs w:val="21"/>
              </w:rPr>
            </w:pPr>
          </w:p>
        </w:tc>
        <w:tc>
          <w:tcPr>
            <w:tcW w:w="1068" w:type="dxa"/>
            <w:vMerge/>
          </w:tcPr>
          <w:p w14:paraId="41CBA9B4" w14:textId="77777777" w:rsidR="00497B11" w:rsidRPr="00293828" w:rsidRDefault="00497B11" w:rsidP="00293828">
            <w:pPr>
              <w:rPr>
                <w:rFonts w:ascii="Times New Roman" w:hAnsi="Times New Roman" w:cs="Times New Roman"/>
                <w:szCs w:val="21"/>
              </w:rPr>
            </w:pPr>
          </w:p>
        </w:tc>
      </w:tr>
      <w:tr w:rsidR="00497B11" w:rsidRPr="00293828" w14:paraId="08C1A60C" w14:textId="77777777" w:rsidTr="009D45BD">
        <w:tc>
          <w:tcPr>
            <w:tcW w:w="969" w:type="dxa"/>
            <w:vMerge/>
          </w:tcPr>
          <w:p w14:paraId="7F29EE7B" w14:textId="77777777" w:rsidR="00497B11" w:rsidRPr="00293828" w:rsidRDefault="00497B11" w:rsidP="00293828">
            <w:pPr>
              <w:rPr>
                <w:rFonts w:ascii="Times New Roman" w:hAnsi="Times New Roman" w:cs="Times New Roman"/>
                <w:szCs w:val="21"/>
              </w:rPr>
            </w:pPr>
          </w:p>
        </w:tc>
        <w:tc>
          <w:tcPr>
            <w:tcW w:w="1125" w:type="dxa"/>
            <w:vAlign w:val="center"/>
          </w:tcPr>
          <w:p w14:paraId="06AED27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196-&gt;219</w:t>
            </w:r>
          </w:p>
        </w:tc>
        <w:tc>
          <w:tcPr>
            <w:tcW w:w="1039" w:type="dxa"/>
            <w:vAlign w:val="center"/>
          </w:tcPr>
          <w:p w14:paraId="7BCC8A0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-0.16842</w:t>
            </w:r>
          </w:p>
        </w:tc>
        <w:tc>
          <w:tcPr>
            <w:tcW w:w="1009" w:type="dxa"/>
            <w:vMerge/>
          </w:tcPr>
          <w:p w14:paraId="70D7F8DF" w14:textId="77777777" w:rsidR="00497B11" w:rsidRPr="00293828" w:rsidRDefault="00497B11" w:rsidP="00293828">
            <w:pPr>
              <w:rPr>
                <w:rFonts w:ascii="Times New Roman" w:hAnsi="Times New Roman" w:cs="Times New Roman"/>
                <w:szCs w:val="21"/>
              </w:rPr>
            </w:pPr>
          </w:p>
        </w:tc>
        <w:tc>
          <w:tcPr>
            <w:tcW w:w="1009" w:type="dxa"/>
            <w:vMerge/>
          </w:tcPr>
          <w:p w14:paraId="2873640C" w14:textId="77777777" w:rsidR="00497B11" w:rsidRPr="00293828" w:rsidRDefault="00497B11" w:rsidP="00293828">
            <w:pPr>
              <w:rPr>
                <w:rFonts w:ascii="Times New Roman" w:hAnsi="Times New Roman" w:cs="Times New Roman"/>
                <w:szCs w:val="21"/>
              </w:rPr>
            </w:pPr>
          </w:p>
        </w:tc>
        <w:tc>
          <w:tcPr>
            <w:tcW w:w="1009" w:type="dxa"/>
            <w:vMerge/>
          </w:tcPr>
          <w:p w14:paraId="6DD1DC86" w14:textId="77777777" w:rsidR="00497B11" w:rsidRPr="00293828" w:rsidRDefault="00497B11" w:rsidP="00293828">
            <w:pPr>
              <w:rPr>
                <w:rFonts w:ascii="Times New Roman" w:hAnsi="Times New Roman" w:cs="Times New Roman"/>
                <w:szCs w:val="21"/>
              </w:rPr>
            </w:pPr>
          </w:p>
        </w:tc>
        <w:tc>
          <w:tcPr>
            <w:tcW w:w="1068" w:type="dxa"/>
            <w:vMerge/>
          </w:tcPr>
          <w:p w14:paraId="2705FB6A" w14:textId="77777777" w:rsidR="00497B11" w:rsidRPr="00293828" w:rsidRDefault="00497B11" w:rsidP="00293828">
            <w:pPr>
              <w:rPr>
                <w:rFonts w:ascii="Times New Roman" w:hAnsi="Times New Roman" w:cs="Times New Roman"/>
                <w:szCs w:val="21"/>
              </w:rPr>
            </w:pPr>
          </w:p>
        </w:tc>
        <w:tc>
          <w:tcPr>
            <w:tcW w:w="1068" w:type="dxa"/>
            <w:vMerge/>
          </w:tcPr>
          <w:p w14:paraId="2B8AD95E" w14:textId="77777777" w:rsidR="00497B11" w:rsidRPr="00293828" w:rsidRDefault="00497B11" w:rsidP="00293828">
            <w:pPr>
              <w:rPr>
                <w:rFonts w:ascii="Times New Roman" w:hAnsi="Times New Roman" w:cs="Times New Roman"/>
                <w:szCs w:val="21"/>
              </w:rPr>
            </w:pPr>
          </w:p>
        </w:tc>
      </w:tr>
      <w:tr w:rsidR="00497B11" w:rsidRPr="00293828" w14:paraId="31B7DBDE" w14:textId="77777777" w:rsidTr="009D45BD">
        <w:tc>
          <w:tcPr>
            <w:tcW w:w="969" w:type="dxa"/>
            <w:vMerge/>
          </w:tcPr>
          <w:p w14:paraId="080BC4FF" w14:textId="77777777" w:rsidR="00497B11" w:rsidRPr="00293828" w:rsidRDefault="00497B11" w:rsidP="00293828">
            <w:pPr>
              <w:rPr>
                <w:rFonts w:ascii="Times New Roman" w:hAnsi="Times New Roman" w:cs="Times New Roman"/>
                <w:szCs w:val="21"/>
              </w:rPr>
            </w:pPr>
          </w:p>
        </w:tc>
        <w:tc>
          <w:tcPr>
            <w:tcW w:w="1125" w:type="dxa"/>
            <w:vAlign w:val="center"/>
          </w:tcPr>
          <w:p w14:paraId="46912BA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196-&gt;220</w:t>
            </w:r>
          </w:p>
        </w:tc>
        <w:tc>
          <w:tcPr>
            <w:tcW w:w="1039" w:type="dxa"/>
            <w:vAlign w:val="center"/>
          </w:tcPr>
          <w:p w14:paraId="4A4558C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0.14539</w:t>
            </w:r>
          </w:p>
        </w:tc>
        <w:tc>
          <w:tcPr>
            <w:tcW w:w="1009" w:type="dxa"/>
            <w:vMerge/>
          </w:tcPr>
          <w:p w14:paraId="616C78DA" w14:textId="77777777" w:rsidR="00497B11" w:rsidRPr="00293828" w:rsidRDefault="00497B11" w:rsidP="00293828">
            <w:pPr>
              <w:rPr>
                <w:rFonts w:ascii="Times New Roman" w:hAnsi="Times New Roman" w:cs="Times New Roman"/>
                <w:szCs w:val="21"/>
              </w:rPr>
            </w:pPr>
          </w:p>
        </w:tc>
        <w:tc>
          <w:tcPr>
            <w:tcW w:w="1009" w:type="dxa"/>
            <w:vMerge/>
          </w:tcPr>
          <w:p w14:paraId="19652EDF" w14:textId="77777777" w:rsidR="00497B11" w:rsidRPr="00293828" w:rsidRDefault="00497B11" w:rsidP="00293828">
            <w:pPr>
              <w:rPr>
                <w:rFonts w:ascii="Times New Roman" w:hAnsi="Times New Roman" w:cs="Times New Roman"/>
                <w:szCs w:val="21"/>
              </w:rPr>
            </w:pPr>
          </w:p>
        </w:tc>
        <w:tc>
          <w:tcPr>
            <w:tcW w:w="1009" w:type="dxa"/>
            <w:vMerge/>
          </w:tcPr>
          <w:p w14:paraId="59C3D529" w14:textId="77777777" w:rsidR="00497B11" w:rsidRPr="00293828" w:rsidRDefault="00497B11" w:rsidP="00293828">
            <w:pPr>
              <w:rPr>
                <w:rFonts w:ascii="Times New Roman" w:hAnsi="Times New Roman" w:cs="Times New Roman"/>
                <w:szCs w:val="21"/>
              </w:rPr>
            </w:pPr>
          </w:p>
        </w:tc>
        <w:tc>
          <w:tcPr>
            <w:tcW w:w="1068" w:type="dxa"/>
            <w:vMerge/>
          </w:tcPr>
          <w:p w14:paraId="48D56FEB" w14:textId="77777777" w:rsidR="00497B11" w:rsidRPr="00293828" w:rsidRDefault="00497B11" w:rsidP="00293828">
            <w:pPr>
              <w:rPr>
                <w:rFonts w:ascii="Times New Roman" w:hAnsi="Times New Roman" w:cs="Times New Roman"/>
                <w:szCs w:val="21"/>
              </w:rPr>
            </w:pPr>
          </w:p>
        </w:tc>
        <w:tc>
          <w:tcPr>
            <w:tcW w:w="1068" w:type="dxa"/>
            <w:vMerge/>
          </w:tcPr>
          <w:p w14:paraId="3F336509" w14:textId="77777777" w:rsidR="00497B11" w:rsidRPr="00293828" w:rsidRDefault="00497B11" w:rsidP="00293828">
            <w:pPr>
              <w:rPr>
                <w:rFonts w:ascii="Times New Roman" w:hAnsi="Times New Roman" w:cs="Times New Roman"/>
                <w:szCs w:val="21"/>
              </w:rPr>
            </w:pPr>
          </w:p>
        </w:tc>
      </w:tr>
      <w:tr w:rsidR="00497B11" w:rsidRPr="00293828" w14:paraId="1D967D1E" w14:textId="77777777" w:rsidTr="009D45BD">
        <w:tc>
          <w:tcPr>
            <w:tcW w:w="969" w:type="dxa"/>
            <w:vMerge/>
          </w:tcPr>
          <w:p w14:paraId="757AA611" w14:textId="77777777" w:rsidR="00497B11" w:rsidRPr="00293828" w:rsidRDefault="00497B11" w:rsidP="00293828">
            <w:pPr>
              <w:rPr>
                <w:rFonts w:ascii="Times New Roman" w:hAnsi="Times New Roman" w:cs="Times New Roman"/>
                <w:szCs w:val="21"/>
              </w:rPr>
            </w:pPr>
          </w:p>
        </w:tc>
        <w:tc>
          <w:tcPr>
            <w:tcW w:w="1125" w:type="dxa"/>
            <w:vAlign w:val="center"/>
          </w:tcPr>
          <w:p w14:paraId="7D41D2E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196-&gt;222</w:t>
            </w:r>
          </w:p>
        </w:tc>
        <w:tc>
          <w:tcPr>
            <w:tcW w:w="1039" w:type="dxa"/>
            <w:vAlign w:val="center"/>
          </w:tcPr>
          <w:p w14:paraId="614419E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-0.1638</w:t>
            </w:r>
          </w:p>
        </w:tc>
        <w:tc>
          <w:tcPr>
            <w:tcW w:w="1009" w:type="dxa"/>
            <w:vMerge/>
          </w:tcPr>
          <w:p w14:paraId="0CA322EB" w14:textId="77777777" w:rsidR="00497B11" w:rsidRPr="00293828" w:rsidRDefault="00497B11" w:rsidP="00293828">
            <w:pPr>
              <w:rPr>
                <w:rFonts w:ascii="Times New Roman" w:hAnsi="Times New Roman" w:cs="Times New Roman"/>
                <w:szCs w:val="21"/>
              </w:rPr>
            </w:pPr>
          </w:p>
        </w:tc>
        <w:tc>
          <w:tcPr>
            <w:tcW w:w="1009" w:type="dxa"/>
            <w:vMerge/>
          </w:tcPr>
          <w:p w14:paraId="697F3CFA" w14:textId="77777777" w:rsidR="00497B11" w:rsidRPr="00293828" w:rsidRDefault="00497B11" w:rsidP="00293828">
            <w:pPr>
              <w:rPr>
                <w:rFonts w:ascii="Times New Roman" w:hAnsi="Times New Roman" w:cs="Times New Roman"/>
                <w:szCs w:val="21"/>
              </w:rPr>
            </w:pPr>
          </w:p>
        </w:tc>
        <w:tc>
          <w:tcPr>
            <w:tcW w:w="1009" w:type="dxa"/>
            <w:vMerge/>
          </w:tcPr>
          <w:p w14:paraId="51533815" w14:textId="77777777" w:rsidR="00497B11" w:rsidRPr="00293828" w:rsidRDefault="00497B11" w:rsidP="00293828">
            <w:pPr>
              <w:rPr>
                <w:rFonts w:ascii="Times New Roman" w:hAnsi="Times New Roman" w:cs="Times New Roman"/>
                <w:szCs w:val="21"/>
              </w:rPr>
            </w:pPr>
          </w:p>
        </w:tc>
        <w:tc>
          <w:tcPr>
            <w:tcW w:w="1068" w:type="dxa"/>
            <w:vMerge/>
          </w:tcPr>
          <w:p w14:paraId="009B61BD" w14:textId="77777777" w:rsidR="00497B11" w:rsidRPr="00293828" w:rsidRDefault="00497B11" w:rsidP="00293828">
            <w:pPr>
              <w:rPr>
                <w:rFonts w:ascii="Times New Roman" w:hAnsi="Times New Roman" w:cs="Times New Roman"/>
                <w:szCs w:val="21"/>
              </w:rPr>
            </w:pPr>
          </w:p>
        </w:tc>
        <w:tc>
          <w:tcPr>
            <w:tcW w:w="1068" w:type="dxa"/>
            <w:vMerge/>
          </w:tcPr>
          <w:p w14:paraId="6401368C" w14:textId="77777777" w:rsidR="00497B11" w:rsidRPr="00293828" w:rsidRDefault="00497B11" w:rsidP="00293828">
            <w:pPr>
              <w:rPr>
                <w:rFonts w:ascii="Times New Roman" w:hAnsi="Times New Roman" w:cs="Times New Roman"/>
                <w:szCs w:val="21"/>
              </w:rPr>
            </w:pPr>
          </w:p>
        </w:tc>
      </w:tr>
      <w:tr w:rsidR="00497B11" w:rsidRPr="00293828" w14:paraId="39C3651F" w14:textId="77777777" w:rsidTr="009D45BD">
        <w:tc>
          <w:tcPr>
            <w:tcW w:w="969" w:type="dxa"/>
            <w:vMerge/>
          </w:tcPr>
          <w:p w14:paraId="314AA830" w14:textId="77777777" w:rsidR="00497B11" w:rsidRPr="00293828" w:rsidRDefault="00497B11" w:rsidP="00293828">
            <w:pPr>
              <w:rPr>
                <w:rFonts w:ascii="Times New Roman" w:hAnsi="Times New Roman" w:cs="Times New Roman"/>
                <w:szCs w:val="21"/>
              </w:rPr>
            </w:pPr>
          </w:p>
        </w:tc>
        <w:tc>
          <w:tcPr>
            <w:tcW w:w="1125" w:type="dxa"/>
            <w:vAlign w:val="center"/>
          </w:tcPr>
          <w:p w14:paraId="18230D6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198-&gt;217</w:t>
            </w:r>
          </w:p>
        </w:tc>
        <w:tc>
          <w:tcPr>
            <w:tcW w:w="1039" w:type="dxa"/>
            <w:vAlign w:val="center"/>
          </w:tcPr>
          <w:p w14:paraId="13C7268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-0.16898</w:t>
            </w:r>
          </w:p>
        </w:tc>
        <w:tc>
          <w:tcPr>
            <w:tcW w:w="1009" w:type="dxa"/>
            <w:vMerge/>
          </w:tcPr>
          <w:p w14:paraId="5A1ED726" w14:textId="77777777" w:rsidR="00497B11" w:rsidRPr="00293828" w:rsidRDefault="00497B11" w:rsidP="00293828">
            <w:pPr>
              <w:rPr>
                <w:rFonts w:ascii="Times New Roman" w:hAnsi="Times New Roman" w:cs="Times New Roman"/>
                <w:szCs w:val="21"/>
              </w:rPr>
            </w:pPr>
          </w:p>
        </w:tc>
        <w:tc>
          <w:tcPr>
            <w:tcW w:w="1009" w:type="dxa"/>
            <w:vMerge/>
          </w:tcPr>
          <w:p w14:paraId="6C30A42B" w14:textId="77777777" w:rsidR="00497B11" w:rsidRPr="00293828" w:rsidRDefault="00497B11" w:rsidP="00293828">
            <w:pPr>
              <w:rPr>
                <w:rFonts w:ascii="Times New Roman" w:hAnsi="Times New Roman" w:cs="Times New Roman"/>
                <w:szCs w:val="21"/>
              </w:rPr>
            </w:pPr>
          </w:p>
        </w:tc>
        <w:tc>
          <w:tcPr>
            <w:tcW w:w="1009" w:type="dxa"/>
            <w:vMerge/>
          </w:tcPr>
          <w:p w14:paraId="2116FDE2" w14:textId="77777777" w:rsidR="00497B11" w:rsidRPr="00293828" w:rsidRDefault="00497B11" w:rsidP="00293828">
            <w:pPr>
              <w:rPr>
                <w:rFonts w:ascii="Times New Roman" w:hAnsi="Times New Roman" w:cs="Times New Roman"/>
                <w:szCs w:val="21"/>
              </w:rPr>
            </w:pPr>
          </w:p>
        </w:tc>
        <w:tc>
          <w:tcPr>
            <w:tcW w:w="1068" w:type="dxa"/>
            <w:vMerge/>
          </w:tcPr>
          <w:p w14:paraId="0A168F1C" w14:textId="77777777" w:rsidR="00497B11" w:rsidRPr="00293828" w:rsidRDefault="00497B11" w:rsidP="00293828">
            <w:pPr>
              <w:rPr>
                <w:rFonts w:ascii="Times New Roman" w:hAnsi="Times New Roman" w:cs="Times New Roman"/>
                <w:szCs w:val="21"/>
              </w:rPr>
            </w:pPr>
          </w:p>
        </w:tc>
        <w:tc>
          <w:tcPr>
            <w:tcW w:w="1068" w:type="dxa"/>
            <w:vMerge/>
          </w:tcPr>
          <w:p w14:paraId="1E7CEE01" w14:textId="77777777" w:rsidR="00497B11" w:rsidRPr="00293828" w:rsidRDefault="00497B11" w:rsidP="00293828">
            <w:pPr>
              <w:rPr>
                <w:rFonts w:ascii="Times New Roman" w:hAnsi="Times New Roman" w:cs="Times New Roman"/>
                <w:szCs w:val="21"/>
              </w:rPr>
            </w:pPr>
          </w:p>
        </w:tc>
      </w:tr>
      <w:tr w:rsidR="00497B11" w:rsidRPr="00293828" w14:paraId="3E7E3990" w14:textId="77777777" w:rsidTr="009D45BD">
        <w:tc>
          <w:tcPr>
            <w:tcW w:w="969" w:type="dxa"/>
            <w:vMerge w:val="restart"/>
            <w:vAlign w:val="center"/>
          </w:tcPr>
          <w:p w14:paraId="180B180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w:t>
            </w:r>
          </w:p>
        </w:tc>
        <w:tc>
          <w:tcPr>
            <w:tcW w:w="1125" w:type="dxa"/>
            <w:vAlign w:val="center"/>
          </w:tcPr>
          <w:p w14:paraId="7CA670A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203-&gt;206</w:t>
            </w:r>
          </w:p>
        </w:tc>
        <w:tc>
          <w:tcPr>
            <w:tcW w:w="1039" w:type="dxa"/>
            <w:vAlign w:val="center"/>
          </w:tcPr>
          <w:p w14:paraId="183BBC6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-0.40395</w:t>
            </w:r>
          </w:p>
        </w:tc>
        <w:tc>
          <w:tcPr>
            <w:tcW w:w="1009" w:type="dxa"/>
            <w:vMerge w:val="restart"/>
            <w:vAlign w:val="center"/>
          </w:tcPr>
          <w:p w14:paraId="46B6EB0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6.1148</w:t>
            </w:r>
          </w:p>
        </w:tc>
        <w:tc>
          <w:tcPr>
            <w:tcW w:w="1009" w:type="dxa"/>
            <w:vMerge w:val="restart"/>
            <w:vAlign w:val="center"/>
          </w:tcPr>
          <w:p w14:paraId="7262FC7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202.76</w:t>
            </w:r>
          </w:p>
        </w:tc>
        <w:tc>
          <w:tcPr>
            <w:tcW w:w="1009" w:type="dxa"/>
            <w:vMerge w:val="restart"/>
            <w:vAlign w:val="center"/>
          </w:tcPr>
          <w:p w14:paraId="5A7CB01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0.0076</w:t>
            </w:r>
          </w:p>
        </w:tc>
        <w:tc>
          <w:tcPr>
            <w:tcW w:w="1068" w:type="dxa"/>
            <w:vMerge w:val="restart"/>
            <w:vAlign w:val="center"/>
          </w:tcPr>
          <w:p w14:paraId="7C7CE94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-0.5611</w:t>
            </w:r>
          </w:p>
        </w:tc>
        <w:tc>
          <w:tcPr>
            <w:tcW w:w="1068" w:type="dxa"/>
            <w:vMerge w:val="restart"/>
            <w:vAlign w:val="center"/>
          </w:tcPr>
          <w:p w14:paraId="5F0E311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-0.5705</w:t>
            </w:r>
          </w:p>
        </w:tc>
      </w:tr>
      <w:tr w:rsidR="00497B11" w:rsidRPr="00293828" w14:paraId="1644A792" w14:textId="77777777" w:rsidTr="009D45BD">
        <w:tc>
          <w:tcPr>
            <w:tcW w:w="969" w:type="dxa"/>
            <w:vMerge/>
          </w:tcPr>
          <w:p w14:paraId="0B732CF8" w14:textId="77777777" w:rsidR="00497B11" w:rsidRPr="00293828" w:rsidRDefault="00497B11" w:rsidP="00293828">
            <w:pPr>
              <w:rPr>
                <w:rFonts w:ascii="Times New Roman" w:hAnsi="Times New Roman" w:cs="Times New Roman"/>
                <w:szCs w:val="21"/>
              </w:rPr>
            </w:pPr>
          </w:p>
        </w:tc>
        <w:tc>
          <w:tcPr>
            <w:tcW w:w="1125" w:type="dxa"/>
            <w:vAlign w:val="center"/>
          </w:tcPr>
          <w:p w14:paraId="5C90EFE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204-&gt;206</w:t>
            </w:r>
          </w:p>
        </w:tc>
        <w:tc>
          <w:tcPr>
            <w:tcW w:w="1039" w:type="dxa"/>
            <w:vAlign w:val="center"/>
          </w:tcPr>
          <w:p w14:paraId="3F50212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-0.14503</w:t>
            </w:r>
          </w:p>
        </w:tc>
        <w:tc>
          <w:tcPr>
            <w:tcW w:w="1009" w:type="dxa"/>
            <w:vMerge/>
          </w:tcPr>
          <w:p w14:paraId="00156DEE" w14:textId="77777777" w:rsidR="00497B11" w:rsidRPr="00293828" w:rsidRDefault="00497B11" w:rsidP="00293828">
            <w:pPr>
              <w:rPr>
                <w:rFonts w:ascii="Times New Roman" w:hAnsi="Times New Roman" w:cs="Times New Roman"/>
                <w:szCs w:val="21"/>
              </w:rPr>
            </w:pPr>
          </w:p>
        </w:tc>
        <w:tc>
          <w:tcPr>
            <w:tcW w:w="1009" w:type="dxa"/>
            <w:vMerge/>
          </w:tcPr>
          <w:p w14:paraId="5126E7E0" w14:textId="77777777" w:rsidR="00497B11" w:rsidRPr="00293828" w:rsidRDefault="00497B11" w:rsidP="00293828">
            <w:pPr>
              <w:rPr>
                <w:rFonts w:ascii="Times New Roman" w:hAnsi="Times New Roman" w:cs="Times New Roman"/>
                <w:szCs w:val="21"/>
              </w:rPr>
            </w:pPr>
          </w:p>
        </w:tc>
        <w:tc>
          <w:tcPr>
            <w:tcW w:w="1009" w:type="dxa"/>
            <w:vMerge/>
          </w:tcPr>
          <w:p w14:paraId="5C9A60DB" w14:textId="77777777" w:rsidR="00497B11" w:rsidRPr="00293828" w:rsidRDefault="00497B11" w:rsidP="00293828">
            <w:pPr>
              <w:rPr>
                <w:rFonts w:ascii="Times New Roman" w:hAnsi="Times New Roman" w:cs="Times New Roman"/>
                <w:szCs w:val="21"/>
              </w:rPr>
            </w:pPr>
          </w:p>
        </w:tc>
        <w:tc>
          <w:tcPr>
            <w:tcW w:w="1068" w:type="dxa"/>
            <w:vMerge/>
          </w:tcPr>
          <w:p w14:paraId="298288ED" w14:textId="77777777" w:rsidR="00497B11" w:rsidRPr="00293828" w:rsidRDefault="00497B11" w:rsidP="00293828">
            <w:pPr>
              <w:rPr>
                <w:rFonts w:ascii="Times New Roman" w:hAnsi="Times New Roman" w:cs="Times New Roman"/>
                <w:szCs w:val="21"/>
              </w:rPr>
            </w:pPr>
          </w:p>
        </w:tc>
        <w:tc>
          <w:tcPr>
            <w:tcW w:w="1068" w:type="dxa"/>
            <w:vMerge/>
          </w:tcPr>
          <w:p w14:paraId="0FCBBDFF" w14:textId="77777777" w:rsidR="00497B11" w:rsidRPr="00293828" w:rsidRDefault="00497B11" w:rsidP="00293828">
            <w:pPr>
              <w:rPr>
                <w:rFonts w:ascii="Times New Roman" w:hAnsi="Times New Roman" w:cs="Times New Roman"/>
                <w:szCs w:val="21"/>
              </w:rPr>
            </w:pPr>
          </w:p>
        </w:tc>
      </w:tr>
      <w:tr w:rsidR="00497B11" w:rsidRPr="00293828" w14:paraId="1F576FA0" w14:textId="77777777" w:rsidTr="009D45BD">
        <w:tc>
          <w:tcPr>
            <w:tcW w:w="969" w:type="dxa"/>
            <w:vMerge/>
          </w:tcPr>
          <w:p w14:paraId="62DD4DE6" w14:textId="77777777" w:rsidR="00497B11" w:rsidRPr="00293828" w:rsidRDefault="00497B11" w:rsidP="00293828">
            <w:pPr>
              <w:rPr>
                <w:rFonts w:ascii="Times New Roman" w:hAnsi="Times New Roman" w:cs="Times New Roman"/>
                <w:szCs w:val="21"/>
              </w:rPr>
            </w:pPr>
          </w:p>
        </w:tc>
        <w:tc>
          <w:tcPr>
            <w:tcW w:w="1125" w:type="dxa"/>
            <w:vAlign w:val="center"/>
          </w:tcPr>
          <w:p w14:paraId="5F0263C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205-&gt;207</w:t>
            </w:r>
          </w:p>
        </w:tc>
        <w:tc>
          <w:tcPr>
            <w:tcW w:w="1039" w:type="dxa"/>
            <w:vAlign w:val="center"/>
          </w:tcPr>
          <w:p w14:paraId="79BB4A8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0.45013</w:t>
            </w:r>
          </w:p>
        </w:tc>
        <w:tc>
          <w:tcPr>
            <w:tcW w:w="1009" w:type="dxa"/>
            <w:vMerge/>
          </w:tcPr>
          <w:p w14:paraId="2126C01D" w14:textId="77777777" w:rsidR="00497B11" w:rsidRPr="00293828" w:rsidRDefault="00497B11" w:rsidP="00293828">
            <w:pPr>
              <w:rPr>
                <w:rFonts w:ascii="Times New Roman" w:hAnsi="Times New Roman" w:cs="Times New Roman"/>
                <w:szCs w:val="21"/>
              </w:rPr>
            </w:pPr>
          </w:p>
        </w:tc>
        <w:tc>
          <w:tcPr>
            <w:tcW w:w="1009" w:type="dxa"/>
            <w:vMerge/>
          </w:tcPr>
          <w:p w14:paraId="66A4CC4F" w14:textId="77777777" w:rsidR="00497B11" w:rsidRPr="00293828" w:rsidRDefault="00497B11" w:rsidP="00293828">
            <w:pPr>
              <w:rPr>
                <w:rFonts w:ascii="Times New Roman" w:hAnsi="Times New Roman" w:cs="Times New Roman"/>
                <w:szCs w:val="21"/>
              </w:rPr>
            </w:pPr>
          </w:p>
        </w:tc>
        <w:tc>
          <w:tcPr>
            <w:tcW w:w="1009" w:type="dxa"/>
            <w:vMerge/>
          </w:tcPr>
          <w:p w14:paraId="5B3EE03E" w14:textId="77777777" w:rsidR="00497B11" w:rsidRPr="00293828" w:rsidRDefault="00497B11" w:rsidP="00293828">
            <w:pPr>
              <w:rPr>
                <w:rFonts w:ascii="Times New Roman" w:hAnsi="Times New Roman" w:cs="Times New Roman"/>
                <w:szCs w:val="21"/>
              </w:rPr>
            </w:pPr>
          </w:p>
        </w:tc>
        <w:tc>
          <w:tcPr>
            <w:tcW w:w="1068" w:type="dxa"/>
            <w:vMerge/>
          </w:tcPr>
          <w:p w14:paraId="162D99CB" w14:textId="77777777" w:rsidR="00497B11" w:rsidRPr="00293828" w:rsidRDefault="00497B11" w:rsidP="00293828">
            <w:pPr>
              <w:rPr>
                <w:rFonts w:ascii="Times New Roman" w:hAnsi="Times New Roman" w:cs="Times New Roman"/>
                <w:szCs w:val="21"/>
              </w:rPr>
            </w:pPr>
          </w:p>
        </w:tc>
        <w:tc>
          <w:tcPr>
            <w:tcW w:w="1068" w:type="dxa"/>
            <w:vMerge/>
          </w:tcPr>
          <w:p w14:paraId="6E71D078" w14:textId="77777777" w:rsidR="00497B11" w:rsidRPr="00293828" w:rsidRDefault="00497B11" w:rsidP="00293828">
            <w:pPr>
              <w:rPr>
                <w:rFonts w:ascii="Times New Roman" w:hAnsi="Times New Roman" w:cs="Times New Roman"/>
                <w:szCs w:val="21"/>
              </w:rPr>
            </w:pPr>
          </w:p>
        </w:tc>
      </w:tr>
      <w:tr w:rsidR="00497B11" w:rsidRPr="00293828" w14:paraId="2154CAA4" w14:textId="77777777" w:rsidTr="009D45BD">
        <w:tc>
          <w:tcPr>
            <w:tcW w:w="969" w:type="dxa"/>
            <w:vMerge w:val="restart"/>
            <w:vAlign w:val="center"/>
          </w:tcPr>
          <w:p w14:paraId="7862137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w:t>
            </w:r>
          </w:p>
        </w:tc>
        <w:tc>
          <w:tcPr>
            <w:tcW w:w="1125" w:type="dxa"/>
            <w:vAlign w:val="center"/>
          </w:tcPr>
          <w:p w14:paraId="6592450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203-&gt;206</w:t>
            </w:r>
          </w:p>
        </w:tc>
        <w:tc>
          <w:tcPr>
            <w:tcW w:w="1039" w:type="dxa"/>
            <w:vAlign w:val="center"/>
          </w:tcPr>
          <w:p w14:paraId="376EF46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-0.17401</w:t>
            </w:r>
          </w:p>
        </w:tc>
        <w:tc>
          <w:tcPr>
            <w:tcW w:w="1009" w:type="dxa"/>
            <w:vMerge w:val="restart"/>
            <w:vAlign w:val="center"/>
          </w:tcPr>
          <w:p w14:paraId="36A2417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6.1319</w:t>
            </w:r>
          </w:p>
        </w:tc>
        <w:tc>
          <w:tcPr>
            <w:tcW w:w="1009" w:type="dxa"/>
            <w:vMerge w:val="restart"/>
            <w:vAlign w:val="center"/>
          </w:tcPr>
          <w:p w14:paraId="09B5973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202.20</w:t>
            </w:r>
          </w:p>
        </w:tc>
        <w:tc>
          <w:tcPr>
            <w:tcW w:w="1009" w:type="dxa"/>
            <w:vMerge w:val="restart"/>
            <w:vAlign w:val="center"/>
          </w:tcPr>
          <w:p w14:paraId="1676186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0.0349</w:t>
            </w:r>
          </w:p>
        </w:tc>
        <w:tc>
          <w:tcPr>
            <w:tcW w:w="1068" w:type="dxa"/>
            <w:vMerge w:val="restart"/>
            <w:vAlign w:val="center"/>
          </w:tcPr>
          <w:p w14:paraId="4B930CF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4.359</w:t>
            </w:r>
          </w:p>
        </w:tc>
        <w:tc>
          <w:tcPr>
            <w:tcW w:w="1068" w:type="dxa"/>
            <w:vMerge w:val="restart"/>
            <w:vAlign w:val="center"/>
          </w:tcPr>
          <w:p w14:paraId="63647E7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4.3473</w:t>
            </w:r>
          </w:p>
        </w:tc>
      </w:tr>
      <w:tr w:rsidR="00497B11" w:rsidRPr="00293828" w14:paraId="7872DB45" w14:textId="77777777" w:rsidTr="009D45BD">
        <w:tc>
          <w:tcPr>
            <w:tcW w:w="969" w:type="dxa"/>
            <w:vMerge/>
          </w:tcPr>
          <w:p w14:paraId="4CEEB185" w14:textId="77777777" w:rsidR="00497B11" w:rsidRPr="00293828" w:rsidRDefault="00497B11" w:rsidP="00293828">
            <w:pPr>
              <w:rPr>
                <w:rFonts w:ascii="Times New Roman" w:hAnsi="Times New Roman" w:cs="Times New Roman"/>
                <w:szCs w:val="21"/>
              </w:rPr>
            </w:pPr>
          </w:p>
        </w:tc>
        <w:tc>
          <w:tcPr>
            <w:tcW w:w="1125" w:type="dxa"/>
            <w:vAlign w:val="center"/>
          </w:tcPr>
          <w:p w14:paraId="7C1D212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204-&gt;206</w:t>
            </w:r>
          </w:p>
        </w:tc>
        <w:tc>
          <w:tcPr>
            <w:tcW w:w="1039" w:type="dxa"/>
            <w:vAlign w:val="center"/>
          </w:tcPr>
          <w:p w14:paraId="048D5C8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0.49184</w:t>
            </w:r>
          </w:p>
        </w:tc>
        <w:tc>
          <w:tcPr>
            <w:tcW w:w="1009" w:type="dxa"/>
            <w:vMerge/>
          </w:tcPr>
          <w:p w14:paraId="3E22DFF0" w14:textId="77777777" w:rsidR="00497B11" w:rsidRPr="00293828" w:rsidRDefault="00497B11" w:rsidP="00293828">
            <w:pPr>
              <w:rPr>
                <w:rFonts w:ascii="Times New Roman" w:hAnsi="Times New Roman" w:cs="Times New Roman"/>
                <w:szCs w:val="21"/>
              </w:rPr>
            </w:pPr>
          </w:p>
        </w:tc>
        <w:tc>
          <w:tcPr>
            <w:tcW w:w="1009" w:type="dxa"/>
            <w:vMerge/>
          </w:tcPr>
          <w:p w14:paraId="5AF5C590" w14:textId="77777777" w:rsidR="00497B11" w:rsidRPr="00293828" w:rsidRDefault="00497B11" w:rsidP="00293828">
            <w:pPr>
              <w:rPr>
                <w:rFonts w:ascii="Times New Roman" w:hAnsi="Times New Roman" w:cs="Times New Roman"/>
                <w:szCs w:val="21"/>
              </w:rPr>
            </w:pPr>
          </w:p>
        </w:tc>
        <w:tc>
          <w:tcPr>
            <w:tcW w:w="1009" w:type="dxa"/>
            <w:vMerge/>
          </w:tcPr>
          <w:p w14:paraId="21A91B2D" w14:textId="77777777" w:rsidR="00497B11" w:rsidRPr="00293828" w:rsidRDefault="00497B11" w:rsidP="00293828">
            <w:pPr>
              <w:rPr>
                <w:rFonts w:ascii="Times New Roman" w:hAnsi="Times New Roman" w:cs="Times New Roman"/>
                <w:szCs w:val="21"/>
              </w:rPr>
            </w:pPr>
          </w:p>
        </w:tc>
        <w:tc>
          <w:tcPr>
            <w:tcW w:w="1068" w:type="dxa"/>
            <w:vMerge/>
          </w:tcPr>
          <w:p w14:paraId="6F845C78" w14:textId="77777777" w:rsidR="00497B11" w:rsidRPr="00293828" w:rsidRDefault="00497B11" w:rsidP="00293828">
            <w:pPr>
              <w:rPr>
                <w:rFonts w:ascii="Times New Roman" w:hAnsi="Times New Roman" w:cs="Times New Roman"/>
                <w:szCs w:val="21"/>
              </w:rPr>
            </w:pPr>
          </w:p>
        </w:tc>
        <w:tc>
          <w:tcPr>
            <w:tcW w:w="1068" w:type="dxa"/>
            <w:vMerge/>
          </w:tcPr>
          <w:p w14:paraId="43DC609A" w14:textId="77777777" w:rsidR="00497B11" w:rsidRPr="00293828" w:rsidRDefault="00497B11" w:rsidP="00293828">
            <w:pPr>
              <w:rPr>
                <w:rFonts w:ascii="Times New Roman" w:hAnsi="Times New Roman" w:cs="Times New Roman"/>
                <w:szCs w:val="21"/>
              </w:rPr>
            </w:pPr>
          </w:p>
        </w:tc>
      </w:tr>
      <w:tr w:rsidR="00497B11" w:rsidRPr="00293828" w14:paraId="646A473D" w14:textId="77777777" w:rsidTr="009D45BD">
        <w:tc>
          <w:tcPr>
            <w:tcW w:w="969" w:type="dxa"/>
            <w:vMerge/>
          </w:tcPr>
          <w:p w14:paraId="6952D269" w14:textId="77777777" w:rsidR="00497B11" w:rsidRPr="00293828" w:rsidRDefault="00497B11" w:rsidP="00293828">
            <w:pPr>
              <w:rPr>
                <w:rFonts w:ascii="Times New Roman" w:hAnsi="Times New Roman" w:cs="Times New Roman"/>
                <w:szCs w:val="21"/>
              </w:rPr>
            </w:pPr>
          </w:p>
        </w:tc>
        <w:tc>
          <w:tcPr>
            <w:tcW w:w="1125" w:type="dxa"/>
            <w:vAlign w:val="center"/>
          </w:tcPr>
          <w:p w14:paraId="295EF92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204-&gt;207</w:t>
            </w:r>
          </w:p>
        </w:tc>
        <w:tc>
          <w:tcPr>
            <w:tcW w:w="1039" w:type="dxa"/>
            <w:vAlign w:val="center"/>
          </w:tcPr>
          <w:p w14:paraId="3B896CC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0.22878</w:t>
            </w:r>
          </w:p>
        </w:tc>
        <w:tc>
          <w:tcPr>
            <w:tcW w:w="1009" w:type="dxa"/>
            <w:vMerge/>
          </w:tcPr>
          <w:p w14:paraId="221E7100" w14:textId="77777777" w:rsidR="00497B11" w:rsidRPr="00293828" w:rsidRDefault="00497B11" w:rsidP="00293828">
            <w:pPr>
              <w:rPr>
                <w:rFonts w:ascii="Times New Roman" w:hAnsi="Times New Roman" w:cs="Times New Roman"/>
                <w:szCs w:val="21"/>
              </w:rPr>
            </w:pPr>
          </w:p>
        </w:tc>
        <w:tc>
          <w:tcPr>
            <w:tcW w:w="1009" w:type="dxa"/>
            <w:vMerge/>
          </w:tcPr>
          <w:p w14:paraId="04E1BFA8" w14:textId="77777777" w:rsidR="00497B11" w:rsidRPr="00293828" w:rsidRDefault="00497B11" w:rsidP="00293828">
            <w:pPr>
              <w:rPr>
                <w:rFonts w:ascii="Times New Roman" w:hAnsi="Times New Roman" w:cs="Times New Roman"/>
                <w:szCs w:val="21"/>
              </w:rPr>
            </w:pPr>
          </w:p>
        </w:tc>
        <w:tc>
          <w:tcPr>
            <w:tcW w:w="1009" w:type="dxa"/>
            <w:vMerge/>
          </w:tcPr>
          <w:p w14:paraId="63823B6A" w14:textId="77777777" w:rsidR="00497B11" w:rsidRPr="00293828" w:rsidRDefault="00497B11" w:rsidP="00293828">
            <w:pPr>
              <w:rPr>
                <w:rFonts w:ascii="Times New Roman" w:hAnsi="Times New Roman" w:cs="Times New Roman"/>
                <w:szCs w:val="21"/>
              </w:rPr>
            </w:pPr>
          </w:p>
        </w:tc>
        <w:tc>
          <w:tcPr>
            <w:tcW w:w="1068" w:type="dxa"/>
            <w:vMerge/>
          </w:tcPr>
          <w:p w14:paraId="162E31DE" w14:textId="77777777" w:rsidR="00497B11" w:rsidRPr="00293828" w:rsidRDefault="00497B11" w:rsidP="00293828">
            <w:pPr>
              <w:rPr>
                <w:rFonts w:ascii="Times New Roman" w:hAnsi="Times New Roman" w:cs="Times New Roman"/>
                <w:szCs w:val="21"/>
              </w:rPr>
            </w:pPr>
          </w:p>
        </w:tc>
        <w:tc>
          <w:tcPr>
            <w:tcW w:w="1068" w:type="dxa"/>
            <w:vMerge/>
          </w:tcPr>
          <w:p w14:paraId="053BDBC2" w14:textId="77777777" w:rsidR="00497B11" w:rsidRPr="00293828" w:rsidRDefault="00497B11" w:rsidP="00293828">
            <w:pPr>
              <w:rPr>
                <w:rFonts w:ascii="Times New Roman" w:hAnsi="Times New Roman" w:cs="Times New Roman"/>
                <w:szCs w:val="21"/>
              </w:rPr>
            </w:pPr>
          </w:p>
        </w:tc>
      </w:tr>
      <w:tr w:rsidR="00497B11" w:rsidRPr="00293828" w14:paraId="36DE9F18" w14:textId="77777777" w:rsidTr="009D45BD">
        <w:tc>
          <w:tcPr>
            <w:tcW w:w="969" w:type="dxa"/>
            <w:vMerge w:val="restart"/>
            <w:vAlign w:val="center"/>
          </w:tcPr>
          <w:p w14:paraId="5C3BDDF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8</w:t>
            </w:r>
          </w:p>
        </w:tc>
        <w:tc>
          <w:tcPr>
            <w:tcW w:w="1125" w:type="dxa"/>
            <w:vAlign w:val="center"/>
          </w:tcPr>
          <w:p w14:paraId="7FBFB27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199-&gt;206</w:t>
            </w:r>
          </w:p>
        </w:tc>
        <w:tc>
          <w:tcPr>
            <w:tcW w:w="1039" w:type="dxa"/>
            <w:vAlign w:val="center"/>
          </w:tcPr>
          <w:p w14:paraId="782E2F4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0.30078</w:t>
            </w:r>
          </w:p>
        </w:tc>
        <w:tc>
          <w:tcPr>
            <w:tcW w:w="1009" w:type="dxa"/>
            <w:vMerge w:val="restart"/>
            <w:vAlign w:val="center"/>
          </w:tcPr>
          <w:p w14:paraId="1ED7E17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6.1916</w:t>
            </w:r>
          </w:p>
        </w:tc>
        <w:tc>
          <w:tcPr>
            <w:tcW w:w="1009" w:type="dxa"/>
            <w:vMerge w:val="restart"/>
            <w:vAlign w:val="center"/>
          </w:tcPr>
          <w:p w14:paraId="5AF0D6F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200.24</w:t>
            </w:r>
          </w:p>
        </w:tc>
        <w:tc>
          <w:tcPr>
            <w:tcW w:w="1009" w:type="dxa"/>
            <w:vMerge w:val="restart"/>
            <w:vAlign w:val="center"/>
          </w:tcPr>
          <w:p w14:paraId="6473819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0.1221</w:t>
            </w:r>
          </w:p>
        </w:tc>
        <w:tc>
          <w:tcPr>
            <w:tcW w:w="1068" w:type="dxa"/>
            <w:vMerge w:val="restart"/>
            <w:vAlign w:val="center"/>
          </w:tcPr>
          <w:p w14:paraId="3E3E8E9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-65.5928</w:t>
            </w:r>
          </w:p>
        </w:tc>
        <w:tc>
          <w:tcPr>
            <w:tcW w:w="1068" w:type="dxa"/>
            <w:vMerge w:val="restart"/>
            <w:vAlign w:val="center"/>
          </w:tcPr>
          <w:p w14:paraId="00F0F47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-65.9472</w:t>
            </w:r>
          </w:p>
        </w:tc>
      </w:tr>
      <w:tr w:rsidR="00497B11" w:rsidRPr="00293828" w14:paraId="2432A2AC" w14:textId="77777777" w:rsidTr="009D45BD">
        <w:tc>
          <w:tcPr>
            <w:tcW w:w="969" w:type="dxa"/>
            <w:vMerge/>
          </w:tcPr>
          <w:p w14:paraId="158A21DB" w14:textId="77777777" w:rsidR="00497B11" w:rsidRPr="00293828" w:rsidRDefault="00497B11" w:rsidP="00293828">
            <w:pPr>
              <w:rPr>
                <w:rFonts w:ascii="Times New Roman" w:hAnsi="Times New Roman" w:cs="Times New Roman"/>
                <w:szCs w:val="21"/>
              </w:rPr>
            </w:pPr>
          </w:p>
        </w:tc>
        <w:tc>
          <w:tcPr>
            <w:tcW w:w="1125" w:type="dxa"/>
            <w:vAlign w:val="center"/>
          </w:tcPr>
          <w:p w14:paraId="6F418E1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39" w:type="dxa"/>
            <w:vAlign w:val="center"/>
          </w:tcPr>
          <w:p w14:paraId="40F5301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0.16445</w:t>
            </w:r>
          </w:p>
        </w:tc>
        <w:tc>
          <w:tcPr>
            <w:tcW w:w="1009" w:type="dxa"/>
            <w:vMerge/>
          </w:tcPr>
          <w:p w14:paraId="1943E36A" w14:textId="77777777" w:rsidR="00497B11" w:rsidRPr="00293828" w:rsidRDefault="00497B11" w:rsidP="00293828">
            <w:pPr>
              <w:rPr>
                <w:rFonts w:ascii="Times New Roman" w:hAnsi="Times New Roman" w:cs="Times New Roman"/>
                <w:szCs w:val="21"/>
              </w:rPr>
            </w:pPr>
          </w:p>
        </w:tc>
        <w:tc>
          <w:tcPr>
            <w:tcW w:w="1009" w:type="dxa"/>
            <w:vMerge/>
          </w:tcPr>
          <w:p w14:paraId="5C781E4A" w14:textId="77777777" w:rsidR="00497B11" w:rsidRPr="00293828" w:rsidRDefault="00497B11" w:rsidP="00293828">
            <w:pPr>
              <w:rPr>
                <w:rFonts w:ascii="Times New Roman" w:hAnsi="Times New Roman" w:cs="Times New Roman"/>
                <w:szCs w:val="21"/>
              </w:rPr>
            </w:pPr>
          </w:p>
        </w:tc>
        <w:tc>
          <w:tcPr>
            <w:tcW w:w="1009" w:type="dxa"/>
            <w:vMerge/>
          </w:tcPr>
          <w:p w14:paraId="072EF359" w14:textId="77777777" w:rsidR="00497B11" w:rsidRPr="00293828" w:rsidRDefault="00497B11" w:rsidP="00293828">
            <w:pPr>
              <w:rPr>
                <w:rFonts w:ascii="Times New Roman" w:hAnsi="Times New Roman" w:cs="Times New Roman"/>
                <w:szCs w:val="21"/>
              </w:rPr>
            </w:pPr>
          </w:p>
        </w:tc>
        <w:tc>
          <w:tcPr>
            <w:tcW w:w="1068" w:type="dxa"/>
            <w:vMerge/>
          </w:tcPr>
          <w:p w14:paraId="2F3A577A" w14:textId="77777777" w:rsidR="00497B11" w:rsidRPr="00293828" w:rsidRDefault="00497B11" w:rsidP="00293828">
            <w:pPr>
              <w:rPr>
                <w:rFonts w:ascii="Times New Roman" w:hAnsi="Times New Roman" w:cs="Times New Roman"/>
                <w:szCs w:val="21"/>
              </w:rPr>
            </w:pPr>
          </w:p>
        </w:tc>
        <w:tc>
          <w:tcPr>
            <w:tcW w:w="1068" w:type="dxa"/>
            <w:vMerge/>
          </w:tcPr>
          <w:p w14:paraId="6C3ABB5C" w14:textId="77777777" w:rsidR="00497B11" w:rsidRPr="00293828" w:rsidRDefault="00497B11" w:rsidP="00293828">
            <w:pPr>
              <w:rPr>
                <w:rFonts w:ascii="Times New Roman" w:hAnsi="Times New Roman" w:cs="Times New Roman"/>
                <w:szCs w:val="21"/>
              </w:rPr>
            </w:pPr>
          </w:p>
        </w:tc>
      </w:tr>
      <w:tr w:rsidR="00497B11" w:rsidRPr="00293828" w14:paraId="02171309" w14:textId="77777777" w:rsidTr="009D45BD">
        <w:tc>
          <w:tcPr>
            <w:tcW w:w="969" w:type="dxa"/>
            <w:vMerge/>
          </w:tcPr>
          <w:p w14:paraId="459769D7" w14:textId="77777777" w:rsidR="00497B11" w:rsidRPr="00293828" w:rsidRDefault="00497B11" w:rsidP="00293828">
            <w:pPr>
              <w:rPr>
                <w:rFonts w:ascii="Times New Roman" w:hAnsi="Times New Roman" w:cs="Times New Roman"/>
                <w:szCs w:val="21"/>
              </w:rPr>
            </w:pPr>
          </w:p>
        </w:tc>
        <w:tc>
          <w:tcPr>
            <w:tcW w:w="1125" w:type="dxa"/>
            <w:vAlign w:val="center"/>
          </w:tcPr>
          <w:p w14:paraId="5CC4304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39" w:type="dxa"/>
            <w:vAlign w:val="center"/>
          </w:tcPr>
          <w:p w14:paraId="6D7CDF1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-0.27014</w:t>
            </w:r>
          </w:p>
        </w:tc>
        <w:tc>
          <w:tcPr>
            <w:tcW w:w="1009" w:type="dxa"/>
            <w:vMerge/>
          </w:tcPr>
          <w:p w14:paraId="6A878A9C" w14:textId="77777777" w:rsidR="00497B11" w:rsidRPr="00293828" w:rsidRDefault="00497B11" w:rsidP="00293828">
            <w:pPr>
              <w:rPr>
                <w:rFonts w:ascii="Times New Roman" w:hAnsi="Times New Roman" w:cs="Times New Roman"/>
                <w:szCs w:val="21"/>
              </w:rPr>
            </w:pPr>
          </w:p>
        </w:tc>
        <w:tc>
          <w:tcPr>
            <w:tcW w:w="1009" w:type="dxa"/>
            <w:vMerge/>
          </w:tcPr>
          <w:p w14:paraId="6CDD7C47" w14:textId="77777777" w:rsidR="00497B11" w:rsidRPr="00293828" w:rsidRDefault="00497B11" w:rsidP="00293828">
            <w:pPr>
              <w:rPr>
                <w:rFonts w:ascii="Times New Roman" w:hAnsi="Times New Roman" w:cs="Times New Roman"/>
                <w:szCs w:val="21"/>
              </w:rPr>
            </w:pPr>
          </w:p>
        </w:tc>
        <w:tc>
          <w:tcPr>
            <w:tcW w:w="1009" w:type="dxa"/>
            <w:vMerge/>
          </w:tcPr>
          <w:p w14:paraId="07F5A86E" w14:textId="77777777" w:rsidR="00497B11" w:rsidRPr="00293828" w:rsidRDefault="00497B11" w:rsidP="00293828">
            <w:pPr>
              <w:rPr>
                <w:rFonts w:ascii="Times New Roman" w:hAnsi="Times New Roman" w:cs="Times New Roman"/>
                <w:szCs w:val="21"/>
              </w:rPr>
            </w:pPr>
          </w:p>
        </w:tc>
        <w:tc>
          <w:tcPr>
            <w:tcW w:w="1068" w:type="dxa"/>
            <w:vMerge/>
          </w:tcPr>
          <w:p w14:paraId="764B4884" w14:textId="77777777" w:rsidR="00497B11" w:rsidRPr="00293828" w:rsidRDefault="00497B11" w:rsidP="00293828">
            <w:pPr>
              <w:rPr>
                <w:rFonts w:ascii="Times New Roman" w:hAnsi="Times New Roman" w:cs="Times New Roman"/>
                <w:szCs w:val="21"/>
              </w:rPr>
            </w:pPr>
          </w:p>
        </w:tc>
        <w:tc>
          <w:tcPr>
            <w:tcW w:w="1068" w:type="dxa"/>
            <w:vMerge/>
          </w:tcPr>
          <w:p w14:paraId="4129F7E0" w14:textId="77777777" w:rsidR="00497B11" w:rsidRPr="00293828" w:rsidRDefault="00497B11" w:rsidP="00293828">
            <w:pPr>
              <w:rPr>
                <w:rFonts w:ascii="Times New Roman" w:hAnsi="Times New Roman" w:cs="Times New Roman"/>
                <w:szCs w:val="21"/>
              </w:rPr>
            </w:pPr>
          </w:p>
        </w:tc>
      </w:tr>
      <w:tr w:rsidR="00497B11" w:rsidRPr="00293828" w14:paraId="3CCF9B65" w14:textId="77777777" w:rsidTr="009D45BD">
        <w:tc>
          <w:tcPr>
            <w:tcW w:w="969" w:type="dxa"/>
            <w:vMerge/>
          </w:tcPr>
          <w:p w14:paraId="4A41FEC2" w14:textId="77777777" w:rsidR="00497B11" w:rsidRPr="00293828" w:rsidRDefault="00497B11" w:rsidP="00293828">
            <w:pPr>
              <w:rPr>
                <w:rFonts w:ascii="Times New Roman" w:hAnsi="Times New Roman" w:cs="Times New Roman"/>
                <w:szCs w:val="21"/>
              </w:rPr>
            </w:pPr>
          </w:p>
        </w:tc>
        <w:tc>
          <w:tcPr>
            <w:tcW w:w="1125" w:type="dxa"/>
            <w:vAlign w:val="center"/>
          </w:tcPr>
          <w:p w14:paraId="60D7450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203-&gt;207</w:t>
            </w:r>
          </w:p>
        </w:tc>
        <w:tc>
          <w:tcPr>
            <w:tcW w:w="1039" w:type="dxa"/>
            <w:vAlign w:val="center"/>
          </w:tcPr>
          <w:p w14:paraId="3D80D5C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0.29585</w:t>
            </w:r>
          </w:p>
        </w:tc>
        <w:tc>
          <w:tcPr>
            <w:tcW w:w="1009" w:type="dxa"/>
            <w:vMerge/>
          </w:tcPr>
          <w:p w14:paraId="1295BC70" w14:textId="77777777" w:rsidR="00497B11" w:rsidRPr="00293828" w:rsidRDefault="00497B11" w:rsidP="00293828">
            <w:pPr>
              <w:rPr>
                <w:rFonts w:ascii="Times New Roman" w:hAnsi="Times New Roman" w:cs="Times New Roman"/>
                <w:szCs w:val="21"/>
              </w:rPr>
            </w:pPr>
          </w:p>
        </w:tc>
        <w:tc>
          <w:tcPr>
            <w:tcW w:w="1009" w:type="dxa"/>
            <w:vMerge/>
          </w:tcPr>
          <w:p w14:paraId="156ACE4F" w14:textId="77777777" w:rsidR="00497B11" w:rsidRPr="00293828" w:rsidRDefault="00497B11" w:rsidP="00293828">
            <w:pPr>
              <w:rPr>
                <w:rFonts w:ascii="Times New Roman" w:hAnsi="Times New Roman" w:cs="Times New Roman"/>
                <w:szCs w:val="21"/>
              </w:rPr>
            </w:pPr>
          </w:p>
        </w:tc>
        <w:tc>
          <w:tcPr>
            <w:tcW w:w="1009" w:type="dxa"/>
            <w:vMerge/>
          </w:tcPr>
          <w:p w14:paraId="3D797A53" w14:textId="77777777" w:rsidR="00497B11" w:rsidRPr="00293828" w:rsidRDefault="00497B11" w:rsidP="00293828">
            <w:pPr>
              <w:rPr>
                <w:rFonts w:ascii="Times New Roman" w:hAnsi="Times New Roman" w:cs="Times New Roman"/>
                <w:szCs w:val="21"/>
              </w:rPr>
            </w:pPr>
          </w:p>
        </w:tc>
        <w:tc>
          <w:tcPr>
            <w:tcW w:w="1068" w:type="dxa"/>
            <w:vMerge/>
          </w:tcPr>
          <w:p w14:paraId="7856A2E2" w14:textId="77777777" w:rsidR="00497B11" w:rsidRPr="00293828" w:rsidRDefault="00497B11" w:rsidP="00293828">
            <w:pPr>
              <w:rPr>
                <w:rFonts w:ascii="Times New Roman" w:hAnsi="Times New Roman" w:cs="Times New Roman"/>
                <w:szCs w:val="21"/>
              </w:rPr>
            </w:pPr>
          </w:p>
        </w:tc>
        <w:tc>
          <w:tcPr>
            <w:tcW w:w="1068" w:type="dxa"/>
            <w:vMerge/>
          </w:tcPr>
          <w:p w14:paraId="2EB3A50C" w14:textId="77777777" w:rsidR="00497B11" w:rsidRPr="00293828" w:rsidRDefault="00497B11" w:rsidP="00293828">
            <w:pPr>
              <w:rPr>
                <w:rFonts w:ascii="Times New Roman" w:hAnsi="Times New Roman" w:cs="Times New Roman"/>
                <w:szCs w:val="21"/>
              </w:rPr>
            </w:pPr>
          </w:p>
        </w:tc>
      </w:tr>
      <w:tr w:rsidR="00497B11" w:rsidRPr="00293828" w14:paraId="40680292" w14:textId="77777777" w:rsidTr="009D45BD">
        <w:tc>
          <w:tcPr>
            <w:tcW w:w="969" w:type="dxa"/>
            <w:vMerge/>
          </w:tcPr>
          <w:p w14:paraId="038949F6" w14:textId="77777777" w:rsidR="00497B11" w:rsidRPr="00293828" w:rsidRDefault="00497B11" w:rsidP="00293828">
            <w:pPr>
              <w:rPr>
                <w:rFonts w:ascii="Times New Roman" w:hAnsi="Times New Roman" w:cs="Times New Roman"/>
                <w:szCs w:val="21"/>
              </w:rPr>
            </w:pPr>
          </w:p>
        </w:tc>
        <w:tc>
          <w:tcPr>
            <w:tcW w:w="1125" w:type="dxa"/>
            <w:vAlign w:val="center"/>
          </w:tcPr>
          <w:p w14:paraId="44E714C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205-&gt;206</w:t>
            </w:r>
          </w:p>
        </w:tc>
        <w:tc>
          <w:tcPr>
            <w:tcW w:w="1039" w:type="dxa"/>
            <w:vAlign w:val="center"/>
          </w:tcPr>
          <w:p w14:paraId="701592F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-0.1875</w:t>
            </w:r>
          </w:p>
        </w:tc>
        <w:tc>
          <w:tcPr>
            <w:tcW w:w="1009" w:type="dxa"/>
            <w:vMerge/>
          </w:tcPr>
          <w:p w14:paraId="06B36101" w14:textId="77777777" w:rsidR="00497B11" w:rsidRPr="00293828" w:rsidRDefault="00497B11" w:rsidP="00293828">
            <w:pPr>
              <w:rPr>
                <w:rFonts w:ascii="Times New Roman" w:hAnsi="Times New Roman" w:cs="Times New Roman"/>
                <w:szCs w:val="21"/>
              </w:rPr>
            </w:pPr>
          </w:p>
        </w:tc>
        <w:tc>
          <w:tcPr>
            <w:tcW w:w="1009" w:type="dxa"/>
            <w:vMerge/>
          </w:tcPr>
          <w:p w14:paraId="2A9D060F" w14:textId="77777777" w:rsidR="00497B11" w:rsidRPr="00293828" w:rsidRDefault="00497B11" w:rsidP="00293828">
            <w:pPr>
              <w:rPr>
                <w:rFonts w:ascii="Times New Roman" w:hAnsi="Times New Roman" w:cs="Times New Roman"/>
                <w:szCs w:val="21"/>
              </w:rPr>
            </w:pPr>
          </w:p>
        </w:tc>
        <w:tc>
          <w:tcPr>
            <w:tcW w:w="1009" w:type="dxa"/>
            <w:vMerge/>
          </w:tcPr>
          <w:p w14:paraId="64FE24BF" w14:textId="77777777" w:rsidR="00497B11" w:rsidRPr="00293828" w:rsidRDefault="00497B11" w:rsidP="00293828">
            <w:pPr>
              <w:rPr>
                <w:rFonts w:ascii="Times New Roman" w:hAnsi="Times New Roman" w:cs="Times New Roman"/>
                <w:szCs w:val="21"/>
              </w:rPr>
            </w:pPr>
          </w:p>
        </w:tc>
        <w:tc>
          <w:tcPr>
            <w:tcW w:w="1068" w:type="dxa"/>
            <w:vMerge/>
          </w:tcPr>
          <w:p w14:paraId="04D48F2E" w14:textId="77777777" w:rsidR="00497B11" w:rsidRPr="00293828" w:rsidRDefault="00497B11" w:rsidP="00293828">
            <w:pPr>
              <w:rPr>
                <w:rFonts w:ascii="Times New Roman" w:hAnsi="Times New Roman" w:cs="Times New Roman"/>
                <w:szCs w:val="21"/>
              </w:rPr>
            </w:pPr>
          </w:p>
        </w:tc>
        <w:tc>
          <w:tcPr>
            <w:tcW w:w="1068" w:type="dxa"/>
            <w:vMerge/>
          </w:tcPr>
          <w:p w14:paraId="69857861" w14:textId="77777777" w:rsidR="00497B11" w:rsidRPr="00293828" w:rsidRDefault="00497B11" w:rsidP="00293828">
            <w:pPr>
              <w:rPr>
                <w:rFonts w:ascii="Times New Roman" w:hAnsi="Times New Roman" w:cs="Times New Roman"/>
                <w:szCs w:val="21"/>
              </w:rPr>
            </w:pPr>
          </w:p>
        </w:tc>
      </w:tr>
      <w:tr w:rsidR="00497B11" w:rsidRPr="00293828" w14:paraId="3A17D79E" w14:textId="77777777" w:rsidTr="009D45BD">
        <w:tc>
          <w:tcPr>
            <w:tcW w:w="969" w:type="dxa"/>
            <w:vMerge w:val="restart"/>
            <w:vAlign w:val="center"/>
          </w:tcPr>
          <w:p w14:paraId="7137730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9</w:t>
            </w:r>
          </w:p>
        </w:tc>
        <w:tc>
          <w:tcPr>
            <w:tcW w:w="1125" w:type="dxa"/>
            <w:vAlign w:val="center"/>
          </w:tcPr>
          <w:p w14:paraId="7743D0A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198-&gt;206</w:t>
            </w:r>
          </w:p>
        </w:tc>
        <w:tc>
          <w:tcPr>
            <w:tcW w:w="1039" w:type="dxa"/>
            <w:vAlign w:val="center"/>
          </w:tcPr>
          <w:p w14:paraId="7FA8175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0.14673</w:t>
            </w:r>
          </w:p>
        </w:tc>
        <w:tc>
          <w:tcPr>
            <w:tcW w:w="1009" w:type="dxa"/>
            <w:vMerge w:val="restart"/>
            <w:vAlign w:val="center"/>
          </w:tcPr>
          <w:p w14:paraId="6E9456D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6.3086</w:t>
            </w:r>
          </w:p>
        </w:tc>
        <w:tc>
          <w:tcPr>
            <w:tcW w:w="1009" w:type="dxa"/>
            <w:vMerge w:val="restart"/>
            <w:vAlign w:val="center"/>
          </w:tcPr>
          <w:p w14:paraId="4BD5830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196.53</w:t>
            </w:r>
          </w:p>
        </w:tc>
        <w:tc>
          <w:tcPr>
            <w:tcW w:w="1009" w:type="dxa"/>
            <w:vMerge w:val="restart"/>
            <w:vAlign w:val="center"/>
          </w:tcPr>
          <w:p w14:paraId="590F76A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0.0124</w:t>
            </w:r>
          </w:p>
        </w:tc>
        <w:tc>
          <w:tcPr>
            <w:tcW w:w="1068" w:type="dxa"/>
            <w:vMerge w:val="restart"/>
            <w:vAlign w:val="center"/>
          </w:tcPr>
          <w:p w14:paraId="4148EFB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0.572</w:t>
            </w:r>
          </w:p>
        </w:tc>
        <w:tc>
          <w:tcPr>
            <w:tcW w:w="1068" w:type="dxa"/>
            <w:vMerge w:val="restart"/>
            <w:vAlign w:val="center"/>
          </w:tcPr>
          <w:p w14:paraId="2620242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0.6292</w:t>
            </w:r>
          </w:p>
        </w:tc>
      </w:tr>
      <w:tr w:rsidR="00497B11" w:rsidRPr="00293828" w14:paraId="520C2A48" w14:textId="77777777" w:rsidTr="009D45BD">
        <w:tc>
          <w:tcPr>
            <w:tcW w:w="969" w:type="dxa"/>
            <w:vMerge/>
          </w:tcPr>
          <w:p w14:paraId="3FB78E02" w14:textId="77777777" w:rsidR="00497B11" w:rsidRPr="00293828" w:rsidRDefault="00497B11" w:rsidP="00293828">
            <w:pPr>
              <w:rPr>
                <w:rFonts w:ascii="Times New Roman" w:hAnsi="Times New Roman" w:cs="Times New Roman"/>
                <w:szCs w:val="21"/>
              </w:rPr>
            </w:pPr>
          </w:p>
        </w:tc>
        <w:tc>
          <w:tcPr>
            <w:tcW w:w="1125" w:type="dxa"/>
            <w:vAlign w:val="center"/>
          </w:tcPr>
          <w:p w14:paraId="7FCFB2B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39" w:type="dxa"/>
            <w:vAlign w:val="center"/>
          </w:tcPr>
          <w:p w14:paraId="5E09494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0.29713</w:t>
            </w:r>
          </w:p>
        </w:tc>
        <w:tc>
          <w:tcPr>
            <w:tcW w:w="1009" w:type="dxa"/>
            <w:vMerge/>
          </w:tcPr>
          <w:p w14:paraId="254D781F" w14:textId="77777777" w:rsidR="00497B11" w:rsidRPr="00293828" w:rsidRDefault="00497B11" w:rsidP="00293828">
            <w:pPr>
              <w:rPr>
                <w:rFonts w:ascii="Times New Roman" w:hAnsi="Times New Roman" w:cs="Times New Roman"/>
                <w:szCs w:val="21"/>
              </w:rPr>
            </w:pPr>
          </w:p>
        </w:tc>
        <w:tc>
          <w:tcPr>
            <w:tcW w:w="1009" w:type="dxa"/>
            <w:vMerge/>
          </w:tcPr>
          <w:p w14:paraId="280607BE" w14:textId="77777777" w:rsidR="00497B11" w:rsidRPr="00293828" w:rsidRDefault="00497B11" w:rsidP="00293828">
            <w:pPr>
              <w:rPr>
                <w:rFonts w:ascii="Times New Roman" w:hAnsi="Times New Roman" w:cs="Times New Roman"/>
                <w:szCs w:val="21"/>
              </w:rPr>
            </w:pPr>
          </w:p>
        </w:tc>
        <w:tc>
          <w:tcPr>
            <w:tcW w:w="1009" w:type="dxa"/>
            <w:vMerge/>
          </w:tcPr>
          <w:p w14:paraId="0A63CCA2" w14:textId="77777777" w:rsidR="00497B11" w:rsidRPr="00293828" w:rsidRDefault="00497B11" w:rsidP="00293828">
            <w:pPr>
              <w:rPr>
                <w:rFonts w:ascii="Times New Roman" w:hAnsi="Times New Roman" w:cs="Times New Roman"/>
                <w:szCs w:val="21"/>
              </w:rPr>
            </w:pPr>
          </w:p>
        </w:tc>
        <w:tc>
          <w:tcPr>
            <w:tcW w:w="1068" w:type="dxa"/>
            <w:vMerge/>
          </w:tcPr>
          <w:p w14:paraId="31AE16B4" w14:textId="77777777" w:rsidR="00497B11" w:rsidRPr="00293828" w:rsidRDefault="00497B11" w:rsidP="00293828">
            <w:pPr>
              <w:rPr>
                <w:rFonts w:ascii="Times New Roman" w:hAnsi="Times New Roman" w:cs="Times New Roman"/>
                <w:szCs w:val="21"/>
              </w:rPr>
            </w:pPr>
          </w:p>
        </w:tc>
        <w:tc>
          <w:tcPr>
            <w:tcW w:w="1068" w:type="dxa"/>
            <w:vMerge/>
          </w:tcPr>
          <w:p w14:paraId="7EA9C58A" w14:textId="77777777" w:rsidR="00497B11" w:rsidRPr="00293828" w:rsidRDefault="00497B11" w:rsidP="00293828">
            <w:pPr>
              <w:rPr>
                <w:rFonts w:ascii="Times New Roman" w:hAnsi="Times New Roman" w:cs="Times New Roman"/>
                <w:szCs w:val="21"/>
              </w:rPr>
            </w:pPr>
          </w:p>
        </w:tc>
      </w:tr>
      <w:tr w:rsidR="00497B11" w:rsidRPr="00293828" w14:paraId="3AA8FBE0" w14:textId="77777777" w:rsidTr="009D45BD">
        <w:tc>
          <w:tcPr>
            <w:tcW w:w="969" w:type="dxa"/>
            <w:vMerge/>
          </w:tcPr>
          <w:p w14:paraId="37BEDC68" w14:textId="77777777" w:rsidR="00497B11" w:rsidRPr="00293828" w:rsidRDefault="00497B11" w:rsidP="00293828">
            <w:pPr>
              <w:rPr>
                <w:rFonts w:ascii="Times New Roman" w:hAnsi="Times New Roman" w:cs="Times New Roman"/>
                <w:szCs w:val="21"/>
              </w:rPr>
            </w:pPr>
          </w:p>
        </w:tc>
        <w:tc>
          <w:tcPr>
            <w:tcW w:w="1125" w:type="dxa"/>
            <w:vAlign w:val="center"/>
          </w:tcPr>
          <w:p w14:paraId="301A49D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202-&gt;207</w:t>
            </w:r>
          </w:p>
        </w:tc>
        <w:tc>
          <w:tcPr>
            <w:tcW w:w="1039" w:type="dxa"/>
            <w:vAlign w:val="center"/>
          </w:tcPr>
          <w:p w14:paraId="7B90731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-0.15125</w:t>
            </w:r>
          </w:p>
        </w:tc>
        <w:tc>
          <w:tcPr>
            <w:tcW w:w="1009" w:type="dxa"/>
            <w:vMerge/>
          </w:tcPr>
          <w:p w14:paraId="6F9BD7A0" w14:textId="77777777" w:rsidR="00497B11" w:rsidRPr="00293828" w:rsidRDefault="00497B11" w:rsidP="00293828">
            <w:pPr>
              <w:rPr>
                <w:rFonts w:ascii="Times New Roman" w:hAnsi="Times New Roman" w:cs="Times New Roman"/>
                <w:szCs w:val="21"/>
              </w:rPr>
            </w:pPr>
          </w:p>
        </w:tc>
        <w:tc>
          <w:tcPr>
            <w:tcW w:w="1009" w:type="dxa"/>
            <w:vMerge/>
          </w:tcPr>
          <w:p w14:paraId="48ABFDA6" w14:textId="77777777" w:rsidR="00497B11" w:rsidRPr="00293828" w:rsidRDefault="00497B11" w:rsidP="00293828">
            <w:pPr>
              <w:rPr>
                <w:rFonts w:ascii="Times New Roman" w:hAnsi="Times New Roman" w:cs="Times New Roman"/>
                <w:szCs w:val="21"/>
              </w:rPr>
            </w:pPr>
          </w:p>
        </w:tc>
        <w:tc>
          <w:tcPr>
            <w:tcW w:w="1009" w:type="dxa"/>
            <w:vMerge/>
          </w:tcPr>
          <w:p w14:paraId="092EB222" w14:textId="77777777" w:rsidR="00497B11" w:rsidRPr="00293828" w:rsidRDefault="00497B11" w:rsidP="00293828">
            <w:pPr>
              <w:rPr>
                <w:rFonts w:ascii="Times New Roman" w:hAnsi="Times New Roman" w:cs="Times New Roman"/>
                <w:szCs w:val="21"/>
              </w:rPr>
            </w:pPr>
          </w:p>
        </w:tc>
        <w:tc>
          <w:tcPr>
            <w:tcW w:w="1068" w:type="dxa"/>
            <w:vMerge/>
          </w:tcPr>
          <w:p w14:paraId="5F747A3F" w14:textId="77777777" w:rsidR="00497B11" w:rsidRPr="00293828" w:rsidRDefault="00497B11" w:rsidP="00293828">
            <w:pPr>
              <w:rPr>
                <w:rFonts w:ascii="Times New Roman" w:hAnsi="Times New Roman" w:cs="Times New Roman"/>
                <w:szCs w:val="21"/>
              </w:rPr>
            </w:pPr>
          </w:p>
        </w:tc>
        <w:tc>
          <w:tcPr>
            <w:tcW w:w="1068" w:type="dxa"/>
            <w:vMerge/>
          </w:tcPr>
          <w:p w14:paraId="1282B00F" w14:textId="77777777" w:rsidR="00497B11" w:rsidRPr="00293828" w:rsidRDefault="00497B11" w:rsidP="00293828">
            <w:pPr>
              <w:rPr>
                <w:rFonts w:ascii="Times New Roman" w:hAnsi="Times New Roman" w:cs="Times New Roman"/>
                <w:szCs w:val="21"/>
              </w:rPr>
            </w:pPr>
          </w:p>
        </w:tc>
      </w:tr>
      <w:tr w:rsidR="00497B11" w:rsidRPr="00293828" w14:paraId="33B997ED" w14:textId="77777777" w:rsidTr="009D45BD">
        <w:tc>
          <w:tcPr>
            <w:tcW w:w="969" w:type="dxa"/>
            <w:vMerge/>
          </w:tcPr>
          <w:p w14:paraId="7FD3A4B3" w14:textId="77777777" w:rsidR="00497B11" w:rsidRPr="00293828" w:rsidRDefault="00497B11" w:rsidP="00293828">
            <w:pPr>
              <w:rPr>
                <w:rFonts w:ascii="Times New Roman" w:hAnsi="Times New Roman" w:cs="Times New Roman"/>
                <w:szCs w:val="21"/>
              </w:rPr>
            </w:pPr>
          </w:p>
        </w:tc>
        <w:tc>
          <w:tcPr>
            <w:tcW w:w="1125" w:type="dxa"/>
            <w:vAlign w:val="center"/>
          </w:tcPr>
          <w:p w14:paraId="75626F8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203-&gt;207</w:t>
            </w:r>
          </w:p>
        </w:tc>
        <w:tc>
          <w:tcPr>
            <w:tcW w:w="1039" w:type="dxa"/>
            <w:vAlign w:val="center"/>
          </w:tcPr>
          <w:p w14:paraId="5C5E25E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0.37866</w:t>
            </w:r>
          </w:p>
        </w:tc>
        <w:tc>
          <w:tcPr>
            <w:tcW w:w="1009" w:type="dxa"/>
            <w:vMerge/>
          </w:tcPr>
          <w:p w14:paraId="22E0D2E1" w14:textId="77777777" w:rsidR="00497B11" w:rsidRPr="00293828" w:rsidRDefault="00497B11" w:rsidP="00293828">
            <w:pPr>
              <w:rPr>
                <w:rFonts w:ascii="Times New Roman" w:hAnsi="Times New Roman" w:cs="Times New Roman"/>
                <w:szCs w:val="21"/>
              </w:rPr>
            </w:pPr>
          </w:p>
        </w:tc>
        <w:tc>
          <w:tcPr>
            <w:tcW w:w="1009" w:type="dxa"/>
            <w:vMerge/>
          </w:tcPr>
          <w:p w14:paraId="2606D1EA" w14:textId="77777777" w:rsidR="00497B11" w:rsidRPr="00293828" w:rsidRDefault="00497B11" w:rsidP="00293828">
            <w:pPr>
              <w:rPr>
                <w:rFonts w:ascii="Times New Roman" w:hAnsi="Times New Roman" w:cs="Times New Roman"/>
                <w:szCs w:val="21"/>
              </w:rPr>
            </w:pPr>
          </w:p>
        </w:tc>
        <w:tc>
          <w:tcPr>
            <w:tcW w:w="1009" w:type="dxa"/>
            <w:vMerge/>
          </w:tcPr>
          <w:p w14:paraId="6EAFBF1E" w14:textId="77777777" w:rsidR="00497B11" w:rsidRPr="00293828" w:rsidRDefault="00497B11" w:rsidP="00293828">
            <w:pPr>
              <w:rPr>
                <w:rFonts w:ascii="Times New Roman" w:hAnsi="Times New Roman" w:cs="Times New Roman"/>
                <w:szCs w:val="21"/>
              </w:rPr>
            </w:pPr>
          </w:p>
        </w:tc>
        <w:tc>
          <w:tcPr>
            <w:tcW w:w="1068" w:type="dxa"/>
            <w:vMerge/>
          </w:tcPr>
          <w:p w14:paraId="6743DC2E" w14:textId="77777777" w:rsidR="00497B11" w:rsidRPr="00293828" w:rsidRDefault="00497B11" w:rsidP="00293828">
            <w:pPr>
              <w:rPr>
                <w:rFonts w:ascii="Times New Roman" w:hAnsi="Times New Roman" w:cs="Times New Roman"/>
                <w:szCs w:val="21"/>
              </w:rPr>
            </w:pPr>
          </w:p>
        </w:tc>
        <w:tc>
          <w:tcPr>
            <w:tcW w:w="1068" w:type="dxa"/>
            <w:vMerge/>
          </w:tcPr>
          <w:p w14:paraId="3162BB56" w14:textId="77777777" w:rsidR="00497B11" w:rsidRPr="00293828" w:rsidRDefault="00497B11" w:rsidP="00293828">
            <w:pPr>
              <w:rPr>
                <w:rFonts w:ascii="Times New Roman" w:hAnsi="Times New Roman" w:cs="Times New Roman"/>
                <w:szCs w:val="21"/>
              </w:rPr>
            </w:pPr>
          </w:p>
        </w:tc>
      </w:tr>
      <w:tr w:rsidR="00497B11" w:rsidRPr="00293828" w14:paraId="6A0B3A06" w14:textId="77777777" w:rsidTr="009D45BD">
        <w:tc>
          <w:tcPr>
            <w:tcW w:w="969" w:type="dxa"/>
            <w:vMerge/>
          </w:tcPr>
          <w:p w14:paraId="72063616" w14:textId="77777777" w:rsidR="00497B11" w:rsidRPr="00293828" w:rsidRDefault="00497B11" w:rsidP="00293828">
            <w:pPr>
              <w:rPr>
                <w:rFonts w:ascii="Times New Roman" w:hAnsi="Times New Roman" w:cs="Times New Roman"/>
                <w:szCs w:val="21"/>
              </w:rPr>
            </w:pPr>
          </w:p>
        </w:tc>
        <w:tc>
          <w:tcPr>
            <w:tcW w:w="1125" w:type="dxa"/>
            <w:vAlign w:val="center"/>
          </w:tcPr>
          <w:p w14:paraId="7355E5C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205-&gt;206</w:t>
            </w:r>
          </w:p>
        </w:tc>
        <w:tc>
          <w:tcPr>
            <w:tcW w:w="1039" w:type="dxa"/>
            <w:vAlign w:val="center"/>
          </w:tcPr>
          <w:p w14:paraId="415CB97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-0.23274</w:t>
            </w:r>
          </w:p>
        </w:tc>
        <w:tc>
          <w:tcPr>
            <w:tcW w:w="1009" w:type="dxa"/>
            <w:vMerge/>
          </w:tcPr>
          <w:p w14:paraId="1D43F0A9" w14:textId="77777777" w:rsidR="00497B11" w:rsidRPr="00293828" w:rsidRDefault="00497B11" w:rsidP="00293828">
            <w:pPr>
              <w:rPr>
                <w:rFonts w:ascii="Times New Roman" w:hAnsi="Times New Roman" w:cs="Times New Roman"/>
                <w:szCs w:val="21"/>
              </w:rPr>
            </w:pPr>
          </w:p>
        </w:tc>
        <w:tc>
          <w:tcPr>
            <w:tcW w:w="1009" w:type="dxa"/>
            <w:vMerge/>
          </w:tcPr>
          <w:p w14:paraId="5274427C" w14:textId="77777777" w:rsidR="00497B11" w:rsidRPr="00293828" w:rsidRDefault="00497B11" w:rsidP="00293828">
            <w:pPr>
              <w:rPr>
                <w:rFonts w:ascii="Times New Roman" w:hAnsi="Times New Roman" w:cs="Times New Roman"/>
                <w:szCs w:val="21"/>
              </w:rPr>
            </w:pPr>
          </w:p>
        </w:tc>
        <w:tc>
          <w:tcPr>
            <w:tcW w:w="1009" w:type="dxa"/>
            <w:vMerge/>
          </w:tcPr>
          <w:p w14:paraId="512766A3" w14:textId="77777777" w:rsidR="00497B11" w:rsidRPr="00293828" w:rsidRDefault="00497B11" w:rsidP="00293828">
            <w:pPr>
              <w:rPr>
                <w:rFonts w:ascii="Times New Roman" w:hAnsi="Times New Roman" w:cs="Times New Roman"/>
                <w:szCs w:val="21"/>
              </w:rPr>
            </w:pPr>
          </w:p>
        </w:tc>
        <w:tc>
          <w:tcPr>
            <w:tcW w:w="1068" w:type="dxa"/>
            <w:vMerge/>
          </w:tcPr>
          <w:p w14:paraId="6F996204" w14:textId="77777777" w:rsidR="00497B11" w:rsidRPr="00293828" w:rsidRDefault="00497B11" w:rsidP="00293828">
            <w:pPr>
              <w:rPr>
                <w:rFonts w:ascii="Times New Roman" w:hAnsi="Times New Roman" w:cs="Times New Roman"/>
                <w:szCs w:val="21"/>
              </w:rPr>
            </w:pPr>
          </w:p>
        </w:tc>
        <w:tc>
          <w:tcPr>
            <w:tcW w:w="1068" w:type="dxa"/>
            <w:vMerge/>
          </w:tcPr>
          <w:p w14:paraId="6A521562" w14:textId="77777777" w:rsidR="00497B11" w:rsidRPr="00293828" w:rsidRDefault="00497B11" w:rsidP="00293828">
            <w:pPr>
              <w:rPr>
                <w:rFonts w:ascii="Times New Roman" w:hAnsi="Times New Roman" w:cs="Times New Roman"/>
                <w:szCs w:val="21"/>
              </w:rPr>
            </w:pPr>
          </w:p>
        </w:tc>
      </w:tr>
      <w:tr w:rsidR="00497B11" w:rsidRPr="00293828" w14:paraId="09F648BE" w14:textId="77777777" w:rsidTr="009D45BD">
        <w:tc>
          <w:tcPr>
            <w:tcW w:w="969" w:type="dxa"/>
            <w:vMerge w:val="restart"/>
            <w:vAlign w:val="center"/>
          </w:tcPr>
          <w:p w14:paraId="4BBDE7D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w:t>
            </w:r>
          </w:p>
        </w:tc>
        <w:tc>
          <w:tcPr>
            <w:tcW w:w="1125" w:type="dxa"/>
            <w:vAlign w:val="center"/>
          </w:tcPr>
          <w:p w14:paraId="4F7355D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190-&gt;206</w:t>
            </w:r>
          </w:p>
        </w:tc>
        <w:tc>
          <w:tcPr>
            <w:tcW w:w="1039" w:type="dxa"/>
            <w:vAlign w:val="center"/>
          </w:tcPr>
          <w:p w14:paraId="16B181F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-0.16154</w:t>
            </w:r>
          </w:p>
        </w:tc>
        <w:tc>
          <w:tcPr>
            <w:tcW w:w="1009" w:type="dxa"/>
            <w:vMerge w:val="restart"/>
            <w:vAlign w:val="center"/>
          </w:tcPr>
          <w:p w14:paraId="32D468B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6.3671</w:t>
            </w:r>
          </w:p>
        </w:tc>
        <w:tc>
          <w:tcPr>
            <w:tcW w:w="1009" w:type="dxa"/>
            <w:vMerge w:val="restart"/>
            <w:vAlign w:val="center"/>
          </w:tcPr>
          <w:p w14:paraId="19C1982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194.73</w:t>
            </w:r>
          </w:p>
        </w:tc>
        <w:tc>
          <w:tcPr>
            <w:tcW w:w="1009" w:type="dxa"/>
            <w:vMerge w:val="restart"/>
            <w:vAlign w:val="center"/>
          </w:tcPr>
          <w:p w14:paraId="32F71D6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0.0438</w:t>
            </w:r>
          </w:p>
        </w:tc>
        <w:tc>
          <w:tcPr>
            <w:tcW w:w="1068" w:type="dxa"/>
            <w:vMerge w:val="restart"/>
            <w:vAlign w:val="center"/>
          </w:tcPr>
          <w:p w14:paraId="4D3007A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16.3503</w:t>
            </w:r>
          </w:p>
        </w:tc>
        <w:tc>
          <w:tcPr>
            <w:tcW w:w="1068" w:type="dxa"/>
            <w:vMerge w:val="restart"/>
            <w:vAlign w:val="center"/>
          </w:tcPr>
          <w:p w14:paraId="46A3837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16.3982</w:t>
            </w:r>
          </w:p>
        </w:tc>
      </w:tr>
      <w:tr w:rsidR="00497B11" w:rsidRPr="00293828" w14:paraId="223EFB03" w14:textId="77777777" w:rsidTr="009D45BD">
        <w:tc>
          <w:tcPr>
            <w:tcW w:w="969" w:type="dxa"/>
            <w:vMerge/>
          </w:tcPr>
          <w:p w14:paraId="48514776" w14:textId="77777777" w:rsidR="00497B11" w:rsidRPr="00293828" w:rsidRDefault="00497B11" w:rsidP="00293828">
            <w:pPr>
              <w:rPr>
                <w:rFonts w:ascii="Times New Roman" w:hAnsi="Times New Roman" w:cs="Times New Roman"/>
                <w:szCs w:val="21"/>
              </w:rPr>
            </w:pPr>
          </w:p>
        </w:tc>
        <w:tc>
          <w:tcPr>
            <w:tcW w:w="1125" w:type="dxa"/>
            <w:vAlign w:val="center"/>
          </w:tcPr>
          <w:p w14:paraId="712F5AA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195-&gt;206</w:t>
            </w:r>
          </w:p>
        </w:tc>
        <w:tc>
          <w:tcPr>
            <w:tcW w:w="1039" w:type="dxa"/>
            <w:vAlign w:val="center"/>
          </w:tcPr>
          <w:p w14:paraId="40B66C6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-0.17238</w:t>
            </w:r>
          </w:p>
        </w:tc>
        <w:tc>
          <w:tcPr>
            <w:tcW w:w="1009" w:type="dxa"/>
            <w:vMerge/>
          </w:tcPr>
          <w:p w14:paraId="31695EE5" w14:textId="77777777" w:rsidR="00497B11" w:rsidRPr="00293828" w:rsidRDefault="00497B11" w:rsidP="00293828">
            <w:pPr>
              <w:rPr>
                <w:rFonts w:ascii="Times New Roman" w:hAnsi="Times New Roman" w:cs="Times New Roman"/>
                <w:szCs w:val="21"/>
              </w:rPr>
            </w:pPr>
          </w:p>
        </w:tc>
        <w:tc>
          <w:tcPr>
            <w:tcW w:w="1009" w:type="dxa"/>
            <w:vMerge/>
          </w:tcPr>
          <w:p w14:paraId="326A48DD" w14:textId="77777777" w:rsidR="00497B11" w:rsidRPr="00293828" w:rsidRDefault="00497B11" w:rsidP="00293828">
            <w:pPr>
              <w:rPr>
                <w:rFonts w:ascii="Times New Roman" w:hAnsi="Times New Roman" w:cs="Times New Roman"/>
                <w:szCs w:val="21"/>
              </w:rPr>
            </w:pPr>
          </w:p>
        </w:tc>
        <w:tc>
          <w:tcPr>
            <w:tcW w:w="1009" w:type="dxa"/>
            <w:vMerge/>
          </w:tcPr>
          <w:p w14:paraId="327A1FAD" w14:textId="77777777" w:rsidR="00497B11" w:rsidRPr="00293828" w:rsidRDefault="00497B11" w:rsidP="00293828">
            <w:pPr>
              <w:rPr>
                <w:rFonts w:ascii="Times New Roman" w:hAnsi="Times New Roman" w:cs="Times New Roman"/>
                <w:szCs w:val="21"/>
              </w:rPr>
            </w:pPr>
          </w:p>
        </w:tc>
        <w:tc>
          <w:tcPr>
            <w:tcW w:w="1068" w:type="dxa"/>
            <w:vMerge/>
          </w:tcPr>
          <w:p w14:paraId="121DFE13" w14:textId="77777777" w:rsidR="00497B11" w:rsidRPr="00293828" w:rsidRDefault="00497B11" w:rsidP="00293828">
            <w:pPr>
              <w:rPr>
                <w:rFonts w:ascii="Times New Roman" w:hAnsi="Times New Roman" w:cs="Times New Roman"/>
                <w:szCs w:val="21"/>
              </w:rPr>
            </w:pPr>
          </w:p>
        </w:tc>
        <w:tc>
          <w:tcPr>
            <w:tcW w:w="1068" w:type="dxa"/>
            <w:vMerge/>
          </w:tcPr>
          <w:p w14:paraId="23A8EAA8" w14:textId="77777777" w:rsidR="00497B11" w:rsidRPr="00293828" w:rsidRDefault="00497B11" w:rsidP="00293828">
            <w:pPr>
              <w:rPr>
                <w:rFonts w:ascii="Times New Roman" w:hAnsi="Times New Roman" w:cs="Times New Roman"/>
                <w:szCs w:val="21"/>
              </w:rPr>
            </w:pPr>
          </w:p>
        </w:tc>
      </w:tr>
      <w:tr w:rsidR="00497B11" w:rsidRPr="00293828" w14:paraId="1A284D9D" w14:textId="77777777" w:rsidTr="009D45BD">
        <w:tc>
          <w:tcPr>
            <w:tcW w:w="969" w:type="dxa"/>
            <w:vMerge/>
          </w:tcPr>
          <w:p w14:paraId="65305C9B" w14:textId="77777777" w:rsidR="00497B11" w:rsidRPr="00293828" w:rsidRDefault="00497B11" w:rsidP="00293828">
            <w:pPr>
              <w:rPr>
                <w:rFonts w:ascii="Times New Roman" w:hAnsi="Times New Roman" w:cs="Times New Roman"/>
                <w:szCs w:val="21"/>
              </w:rPr>
            </w:pPr>
          </w:p>
        </w:tc>
        <w:tc>
          <w:tcPr>
            <w:tcW w:w="1125" w:type="dxa"/>
            <w:vAlign w:val="center"/>
          </w:tcPr>
          <w:p w14:paraId="0B5DA13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199-&gt;206</w:t>
            </w:r>
          </w:p>
        </w:tc>
        <w:tc>
          <w:tcPr>
            <w:tcW w:w="1039" w:type="dxa"/>
            <w:vAlign w:val="center"/>
          </w:tcPr>
          <w:p w14:paraId="21FDAA7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0.2832</w:t>
            </w:r>
          </w:p>
        </w:tc>
        <w:tc>
          <w:tcPr>
            <w:tcW w:w="1009" w:type="dxa"/>
            <w:vMerge/>
          </w:tcPr>
          <w:p w14:paraId="1B80A27F" w14:textId="77777777" w:rsidR="00497B11" w:rsidRPr="00293828" w:rsidRDefault="00497B11" w:rsidP="00293828">
            <w:pPr>
              <w:rPr>
                <w:rFonts w:ascii="Times New Roman" w:hAnsi="Times New Roman" w:cs="Times New Roman"/>
                <w:szCs w:val="21"/>
              </w:rPr>
            </w:pPr>
          </w:p>
        </w:tc>
        <w:tc>
          <w:tcPr>
            <w:tcW w:w="1009" w:type="dxa"/>
            <w:vMerge/>
          </w:tcPr>
          <w:p w14:paraId="30E695C3" w14:textId="77777777" w:rsidR="00497B11" w:rsidRPr="00293828" w:rsidRDefault="00497B11" w:rsidP="00293828">
            <w:pPr>
              <w:rPr>
                <w:rFonts w:ascii="Times New Roman" w:hAnsi="Times New Roman" w:cs="Times New Roman"/>
                <w:szCs w:val="21"/>
              </w:rPr>
            </w:pPr>
          </w:p>
        </w:tc>
        <w:tc>
          <w:tcPr>
            <w:tcW w:w="1009" w:type="dxa"/>
            <w:vMerge/>
          </w:tcPr>
          <w:p w14:paraId="190C3973" w14:textId="77777777" w:rsidR="00497B11" w:rsidRPr="00293828" w:rsidRDefault="00497B11" w:rsidP="00293828">
            <w:pPr>
              <w:rPr>
                <w:rFonts w:ascii="Times New Roman" w:hAnsi="Times New Roman" w:cs="Times New Roman"/>
                <w:szCs w:val="21"/>
              </w:rPr>
            </w:pPr>
          </w:p>
        </w:tc>
        <w:tc>
          <w:tcPr>
            <w:tcW w:w="1068" w:type="dxa"/>
            <w:vMerge/>
          </w:tcPr>
          <w:p w14:paraId="0504C1EE" w14:textId="77777777" w:rsidR="00497B11" w:rsidRPr="00293828" w:rsidRDefault="00497B11" w:rsidP="00293828">
            <w:pPr>
              <w:rPr>
                <w:rFonts w:ascii="Times New Roman" w:hAnsi="Times New Roman" w:cs="Times New Roman"/>
                <w:szCs w:val="21"/>
              </w:rPr>
            </w:pPr>
          </w:p>
        </w:tc>
        <w:tc>
          <w:tcPr>
            <w:tcW w:w="1068" w:type="dxa"/>
            <w:vMerge/>
          </w:tcPr>
          <w:p w14:paraId="22907013" w14:textId="77777777" w:rsidR="00497B11" w:rsidRPr="00293828" w:rsidRDefault="00497B11" w:rsidP="00293828">
            <w:pPr>
              <w:rPr>
                <w:rFonts w:ascii="Times New Roman" w:hAnsi="Times New Roman" w:cs="Times New Roman"/>
                <w:szCs w:val="21"/>
              </w:rPr>
            </w:pPr>
          </w:p>
        </w:tc>
      </w:tr>
      <w:tr w:rsidR="00497B11" w:rsidRPr="00293828" w14:paraId="09021D63" w14:textId="77777777" w:rsidTr="009D45BD">
        <w:tc>
          <w:tcPr>
            <w:tcW w:w="969" w:type="dxa"/>
            <w:vMerge/>
          </w:tcPr>
          <w:p w14:paraId="1736492B" w14:textId="77777777" w:rsidR="00497B11" w:rsidRPr="00293828" w:rsidRDefault="00497B11" w:rsidP="00293828">
            <w:pPr>
              <w:rPr>
                <w:rFonts w:ascii="Times New Roman" w:hAnsi="Times New Roman" w:cs="Times New Roman"/>
                <w:szCs w:val="21"/>
              </w:rPr>
            </w:pPr>
          </w:p>
        </w:tc>
        <w:tc>
          <w:tcPr>
            <w:tcW w:w="1125" w:type="dxa"/>
            <w:vAlign w:val="center"/>
          </w:tcPr>
          <w:p w14:paraId="18A1B4E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39" w:type="dxa"/>
            <w:vAlign w:val="center"/>
          </w:tcPr>
          <w:p w14:paraId="0EA5402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0.2402</w:t>
            </w:r>
          </w:p>
        </w:tc>
        <w:tc>
          <w:tcPr>
            <w:tcW w:w="1009" w:type="dxa"/>
            <w:vMerge/>
          </w:tcPr>
          <w:p w14:paraId="749A1FC1" w14:textId="77777777" w:rsidR="00497B11" w:rsidRPr="00293828" w:rsidRDefault="00497B11" w:rsidP="00293828">
            <w:pPr>
              <w:rPr>
                <w:rFonts w:ascii="Times New Roman" w:hAnsi="Times New Roman" w:cs="Times New Roman"/>
                <w:szCs w:val="21"/>
              </w:rPr>
            </w:pPr>
          </w:p>
        </w:tc>
        <w:tc>
          <w:tcPr>
            <w:tcW w:w="1009" w:type="dxa"/>
            <w:vMerge/>
          </w:tcPr>
          <w:p w14:paraId="57C13349" w14:textId="77777777" w:rsidR="00497B11" w:rsidRPr="00293828" w:rsidRDefault="00497B11" w:rsidP="00293828">
            <w:pPr>
              <w:rPr>
                <w:rFonts w:ascii="Times New Roman" w:hAnsi="Times New Roman" w:cs="Times New Roman"/>
                <w:szCs w:val="21"/>
              </w:rPr>
            </w:pPr>
          </w:p>
        </w:tc>
        <w:tc>
          <w:tcPr>
            <w:tcW w:w="1009" w:type="dxa"/>
            <w:vMerge/>
          </w:tcPr>
          <w:p w14:paraId="29D9613F" w14:textId="77777777" w:rsidR="00497B11" w:rsidRPr="00293828" w:rsidRDefault="00497B11" w:rsidP="00293828">
            <w:pPr>
              <w:rPr>
                <w:rFonts w:ascii="Times New Roman" w:hAnsi="Times New Roman" w:cs="Times New Roman"/>
                <w:szCs w:val="21"/>
              </w:rPr>
            </w:pPr>
          </w:p>
        </w:tc>
        <w:tc>
          <w:tcPr>
            <w:tcW w:w="1068" w:type="dxa"/>
            <w:vMerge/>
          </w:tcPr>
          <w:p w14:paraId="13746CAE" w14:textId="77777777" w:rsidR="00497B11" w:rsidRPr="00293828" w:rsidRDefault="00497B11" w:rsidP="00293828">
            <w:pPr>
              <w:rPr>
                <w:rFonts w:ascii="Times New Roman" w:hAnsi="Times New Roman" w:cs="Times New Roman"/>
                <w:szCs w:val="21"/>
              </w:rPr>
            </w:pPr>
          </w:p>
        </w:tc>
        <w:tc>
          <w:tcPr>
            <w:tcW w:w="1068" w:type="dxa"/>
            <w:vMerge/>
          </w:tcPr>
          <w:p w14:paraId="747A0AED" w14:textId="77777777" w:rsidR="00497B11" w:rsidRPr="00293828" w:rsidRDefault="00497B11" w:rsidP="00293828">
            <w:pPr>
              <w:rPr>
                <w:rFonts w:ascii="Times New Roman" w:hAnsi="Times New Roman" w:cs="Times New Roman"/>
                <w:szCs w:val="21"/>
              </w:rPr>
            </w:pPr>
          </w:p>
        </w:tc>
      </w:tr>
      <w:tr w:rsidR="00497B11" w:rsidRPr="00293828" w14:paraId="371803E7" w14:textId="77777777" w:rsidTr="009D45BD">
        <w:tc>
          <w:tcPr>
            <w:tcW w:w="969" w:type="dxa"/>
            <w:vMerge/>
          </w:tcPr>
          <w:p w14:paraId="312E1909" w14:textId="77777777" w:rsidR="00497B11" w:rsidRPr="00293828" w:rsidRDefault="00497B11" w:rsidP="00293828">
            <w:pPr>
              <w:rPr>
                <w:rFonts w:ascii="Times New Roman" w:hAnsi="Times New Roman" w:cs="Times New Roman"/>
                <w:szCs w:val="21"/>
              </w:rPr>
            </w:pPr>
          </w:p>
        </w:tc>
        <w:tc>
          <w:tcPr>
            <w:tcW w:w="1125" w:type="dxa"/>
            <w:vAlign w:val="center"/>
          </w:tcPr>
          <w:p w14:paraId="50833F5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39" w:type="dxa"/>
            <w:vAlign w:val="center"/>
          </w:tcPr>
          <w:p w14:paraId="5621DAF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-0.23404</w:t>
            </w:r>
          </w:p>
        </w:tc>
        <w:tc>
          <w:tcPr>
            <w:tcW w:w="1009" w:type="dxa"/>
            <w:vMerge/>
          </w:tcPr>
          <w:p w14:paraId="6BDA71A6" w14:textId="77777777" w:rsidR="00497B11" w:rsidRPr="00293828" w:rsidRDefault="00497B11" w:rsidP="00293828">
            <w:pPr>
              <w:rPr>
                <w:rFonts w:ascii="Times New Roman" w:hAnsi="Times New Roman" w:cs="Times New Roman"/>
                <w:szCs w:val="21"/>
              </w:rPr>
            </w:pPr>
          </w:p>
        </w:tc>
        <w:tc>
          <w:tcPr>
            <w:tcW w:w="1009" w:type="dxa"/>
            <w:vMerge/>
          </w:tcPr>
          <w:p w14:paraId="3646DC6D" w14:textId="77777777" w:rsidR="00497B11" w:rsidRPr="00293828" w:rsidRDefault="00497B11" w:rsidP="00293828">
            <w:pPr>
              <w:rPr>
                <w:rFonts w:ascii="Times New Roman" w:hAnsi="Times New Roman" w:cs="Times New Roman"/>
                <w:szCs w:val="21"/>
              </w:rPr>
            </w:pPr>
          </w:p>
        </w:tc>
        <w:tc>
          <w:tcPr>
            <w:tcW w:w="1009" w:type="dxa"/>
            <w:vMerge/>
          </w:tcPr>
          <w:p w14:paraId="57830375" w14:textId="77777777" w:rsidR="00497B11" w:rsidRPr="00293828" w:rsidRDefault="00497B11" w:rsidP="00293828">
            <w:pPr>
              <w:rPr>
                <w:rFonts w:ascii="Times New Roman" w:hAnsi="Times New Roman" w:cs="Times New Roman"/>
                <w:szCs w:val="21"/>
              </w:rPr>
            </w:pPr>
          </w:p>
        </w:tc>
        <w:tc>
          <w:tcPr>
            <w:tcW w:w="1068" w:type="dxa"/>
            <w:vMerge/>
          </w:tcPr>
          <w:p w14:paraId="582892BE" w14:textId="77777777" w:rsidR="00497B11" w:rsidRPr="00293828" w:rsidRDefault="00497B11" w:rsidP="00293828">
            <w:pPr>
              <w:rPr>
                <w:rFonts w:ascii="Times New Roman" w:hAnsi="Times New Roman" w:cs="Times New Roman"/>
                <w:szCs w:val="21"/>
              </w:rPr>
            </w:pPr>
          </w:p>
        </w:tc>
        <w:tc>
          <w:tcPr>
            <w:tcW w:w="1068" w:type="dxa"/>
            <w:vMerge/>
          </w:tcPr>
          <w:p w14:paraId="27926ACD" w14:textId="77777777" w:rsidR="00497B11" w:rsidRPr="00293828" w:rsidRDefault="00497B11" w:rsidP="00293828">
            <w:pPr>
              <w:rPr>
                <w:rFonts w:ascii="Times New Roman" w:hAnsi="Times New Roman" w:cs="Times New Roman"/>
                <w:szCs w:val="21"/>
              </w:rPr>
            </w:pPr>
          </w:p>
        </w:tc>
      </w:tr>
      <w:tr w:rsidR="00497B11" w:rsidRPr="00293828" w14:paraId="1F57D3A0" w14:textId="77777777" w:rsidTr="009D45BD">
        <w:tc>
          <w:tcPr>
            <w:tcW w:w="969" w:type="dxa"/>
            <w:vMerge/>
          </w:tcPr>
          <w:p w14:paraId="2F5A8F0F" w14:textId="77777777" w:rsidR="00497B11" w:rsidRPr="00293828" w:rsidRDefault="00497B11" w:rsidP="00293828">
            <w:pPr>
              <w:rPr>
                <w:rFonts w:ascii="Times New Roman" w:hAnsi="Times New Roman" w:cs="Times New Roman"/>
                <w:szCs w:val="21"/>
              </w:rPr>
            </w:pPr>
          </w:p>
        </w:tc>
        <w:tc>
          <w:tcPr>
            <w:tcW w:w="1125" w:type="dxa"/>
            <w:vAlign w:val="center"/>
          </w:tcPr>
          <w:p w14:paraId="402EF9A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39" w:type="dxa"/>
            <w:vAlign w:val="center"/>
          </w:tcPr>
          <w:p w14:paraId="652B84C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0.14842</w:t>
            </w:r>
          </w:p>
        </w:tc>
        <w:tc>
          <w:tcPr>
            <w:tcW w:w="1009" w:type="dxa"/>
            <w:vMerge/>
          </w:tcPr>
          <w:p w14:paraId="5190D633" w14:textId="77777777" w:rsidR="00497B11" w:rsidRPr="00293828" w:rsidRDefault="00497B11" w:rsidP="00293828">
            <w:pPr>
              <w:rPr>
                <w:rFonts w:ascii="Times New Roman" w:hAnsi="Times New Roman" w:cs="Times New Roman"/>
                <w:szCs w:val="21"/>
              </w:rPr>
            </w:pPr>
          </w:p>
        </w:tc>
        <w:tc>
          <w:tcPr>
            <w:tcW w:w="1009" w:type="dxa"/>
            <w:vMerge/>
          </w:tcPr>
          <w:p w14:paraId="3C76468F" w14:textId="77777777" w:rsidR="00497B11" w:rsidRPr="00293828" w:rsidRDefault="00497B11" w:rsidP="00293828">
            <w:pPr>
              <w:rPr>
                <w:rFonts w:ascii="Times New Roman" w:hAnsi="Times New Roman" w:cs="Times New Roman"/>
                <w:szCs w:val="21"/>
              </w:rPr>
            </w:pPr>
          </w:p>
        </w:tc>
        <w:tc>
          <w:tcPr>
            <w:tcW w:w="1009" w:type="dxa"/>
            <w:vMerge/>
          </w:tcPr>
          <w:p w14:paraId="207DA23C" w14:textId="77777777" w:rsidR="00497B11" w:rsidRPr="00293828" w:rsidRDefault="00497B11" w:rsidP="00293828">
            <w:pPr>
              <w:rPr>
                <w:rFonts w:ascii="Times New Roman" w:hAnsi="Times New Roman" w:cs="Times New Roman"/>
                <w:szCs w:val="21"/>
              </w:rPr>
            </w:pPr>
          </w:p>
        </w:tc>
        <w:tc>
          <w:tcPr>
            <w:tcW w:w="1068" w:type="dxa"/>
            <w:vMerge/>
          </w:tcPr>
          <w:p w14:paraId="0EC599D0" w14:textId="77777777" w:rsidR="00497B11" w:rsidRPr="00293828" w:rsidRDefault="00497B11" w:rsidP="00293828">
            <w:pPr>
              <w:rPr>
                <w:rFonts w:ascii="Times New Roman" w:hAnsi="Times New Roman" w:cs="Times New Roman"/>
                <w:szCs w:val="21"/>
              </w:rPr>
            </w:pPr>
          </w:p>
        </w:tc>
        <w:tc>
          <w:tcPr>
            <w:tcW w:w="1068" w:type="dxa"/>
            <w:vMerge/>
          </w:tcPr>
          <w:p w14:paraId="4DAA7503" w14:textId="77777777" w:rsidR="00497B11" w:rsidRPr="00293828" w:rsidRDefault="00497B11" w:rsidP="00293828">
            <w:pPr>
              <w:rPr>
                <w:rFonts w:ascii="Times New Roman" w:hAnsi="Times New Roman" w:cs="Times New Roman"/>
                <w:szCs w:val="21"/>
              </w:rPr>
            </w:pPr>
          </w:p>
        </w:tc>
      </w:tr>
      <w:tr w:rsidR="00497B11" w:rsidRPr="00293828" w14:paraId="0D3DE605" w14:textId="77777777" w:rsidTr="009D45BD">
        <w:tc>
          <w:tcPr>
            <w:tcW w:w="969" w:type="dxa"/>
            <w:vMerge/>
          </w:tcPr>
          <w:p w14:paraId="075E6B4F" w14:textId="77777777" w:rsidR="00497B11" w:rsidRPr="00293828" w:rsidRDefault="00497B11" w:rsidP="00293828">
            <w:pPr>
              <w:rPr>
                <w:rFonts w:ascii="Times New Roman" w:hAnsi="Times New Roman" w:cs="Times New Roman"/>
                <w:szCs w:val="21"/>
              </w:rPr>
            </w:pPr>
          </w:p>
        </w:tc>
        <w:tc>
          <w:tcPr>
            <w:tcW w:w="1125" w:type="dxa"/>
            <w:vAlign w:val="center"/>
          </w:tcPr>
          <w:p w14:paraId="4C47626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203-&gt;207</w:t>
            </w:r>
          </w:p>
        </w:tc>
        <w:tc>
          <w:tcPr>
            <w:tcW w:w="1039" w:type="dxa"/>
            <w:vAlign w:val="center"/>
          </w:tcPr>
          <w:p w14:paraId="699800A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-0.1474</w:t>
            </w:r>
          </w:p>
        </w:tc>
        <w:tc>
          <w:tcPr>
            <w:tcW w:w="1009" w:type="dxa"/>
            <w:vMerge/>
          </w:tcPr>
          <w:p w14:paraId="075E200D" w14:textId="77777777" w:rsidR="00497B11" w:rsidRPr="00293828" w:rsidRDefault="00497B11" w:rsidP="00293828">
            <w:pPr>
              <w:rPr>
                <w:rFonts w:ascii="Times New Roman" w:hAnsi="Times New Roman" w:cs="Times New Roman"/>
                <w:szCs w:val="21"/>
              </w:rPr>
            </w:pPr>
          </w:p>
        </w:tc>
        <w:tc>
          <w:tcPr>
            <w:tcW w:w="1009" w:type="dxa"/>
            <w:vMerge/>
          </w:tcPr>
          <w:p w14:paraId="41003F3B" w14:textId="77777777" w:rsidR="00497B11" w:rsidRPr="00293828" w:rsidRDefault="00497B11" w:rsidP="00293828">
            <w:pPr>
              <w:rPr>
                <w:rFonts w:ascii="Times New Roman" w:hAnsi="Times New Roman" w:cs="Times New Roman"/>
                <w:szCs w:val="21"/>
              </w:rPr>
            </w:pPr>
          </w:p>
        </w:tc>
        <w:tc>
          <w:tcPr>
            <w:tcW w:w="1009" w:type="dxa"/>
            <w:vMerge/>
          </w:tcPr>
          <w:p w14:paraId="4186903A" w14:textId="77777777" w:rsidR="00497B11" w:rsidRPr="00293828" w:rsidRDefault="00497B11" w:rsidP="00293828">
            <w:pPr>
              <w:rPr>
                <w:rFonts w:ascii="Times New Roman" w:hAnsi="Times New Roman" w:cs="Times New Roman"/>
                <w:szCs w:val="21"/>
              </w:rPr>
            </w:pPr>
          </w:p>
        </w:tc>
        <w:tc>
          <w:tcPr>
            <w:tcW w:w="1068" w:type="dxa"/>
            <w:vMerge/>
          </w:tcPr>
          <w:p w14:paraId="6257DA15" w14:textId="77777777" w:rsidR="00497B11" w:rsidRPr="00293828" w:rsidRDefault="00497B11" w:rsidP="00293828">
            <w:pPr>
              <w:rPr>
                <w:rFonts w:ascii="Times New Roman" w:hAnsi="Times New Roman" w:cs="Times New Roman"/>
                <w:szCs w:val="21"/>
              </w:rPr>
            </w:pPr>
          </w:p>
        </w:tc>
        <w:tc>
          <w:tcPr>
            <w:tcW w:w="1068" w:type="dxa"/>
            <w:vMerge/>
          </w:tcPr>
          <w:p w14:paraId="5F564FBD" w14:textId="77777777" w:rsidR="00497B11" w:rsidRPr="00293828" w:rsidRDefault="00497B11" w:rsidP="00293828">
            <w:pPr>
              <w:rPr>
                <w:rFonts w:ascii="Times New Roman" w:hAnsi="Times New Roman" w:cs="Times New Roman"/>
                <w:szCs w:val="21"/>
              </w:rPr>
            </w:pPr>
          </w:p>
        </w:tc>
      </w:tr>
      <w:tr w:rsidR="00497B11" w:rsidRPr="00293828" w14:paraId="4C3AF389" w14:textId="77777777" w:rsidTr="009D45BD">
        <w:tc>
          <w:tcPr>
            <w:tcW w:w="969" w:type="dxa"/>
            <w:vMerge/>
          </w:tcPr>
          <w:p w14:paraId="1AAE17EC" w14:textId="77777777" w:rsidR="00497B11" w:rsidRPr="00293828" w:rsidRDefault="00497B11" w:rsidP="00293828">
            <w:pPr>
              <w:rPr>
                <w:rFonts w:ascii="Times New Roman" w:hAnsi="Times New Roman" w:cs="Times New Roman"/>
                <w:szCs w:val="21"/>
              </w:rPr>
            </w:pPr>
          </w:p>
        </w:tc>
        <w:tc>
          <w:tcPr>
            <w:tcW w:w="1125" w:type="dxa"/>
            <w:vAlign w:val="center"/>
          </w:tcPr>
          <w:p w14:paraId="23D884D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204-&gt;206</w:t>
            </w:r>
          </w:p>
        </w:tc>
        <w:tc>
          <w:tcPr>
            <w:tcW w:w="1039" w:type="dxa"/>
            <w:vAlign w:val="center"/>
          </w:tcPr>
          <w:p w14:paraId="446DDAB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0.20266</w:t>
            </w:r>
          </w:p>
        </w:tc>
        <w:tc>
          <w:tcPr>
            <w:tcW w:w="1009" w:type="dxa"/>
            <w:vMerge/>
          </w:tcPr>
          <w:p w14:paraId="456D774D" w14:textId="77777777" w:rsidR="00497B11" w:rsidRPr="00293828" w:rsidRDefault="00497B11" w:rsidP="00293828">
            <w:pPr>
              <w:rPr>
                <w:rFonts w:ascii="Times New Roman" w:hAnsi="Times New Roman" w:cs="Times New Roman"/>
                <w:szCs w:val="21"/>
              </w:rPr>
            </w:pPr>
          </w:p>
        </w:tc>
        <w:tc>
          <w:tcPr>
            <w:tcW w:w="1009" w:type="dxa"/>
            <w:vMerge/>
          </w:tcPr>
          <w:p w14:paraId="13869B5E" w14:textId="77777777" w:rsidR="00497B11" w:rsidRPr="00293828" w:rsidRDefault="00497B11" w:rsidP="00293828">
            <w:pPr>
              <w:rPr>
                <w:rFonts w:ascii="Times New Roman" w:hAnsi="Times New Roman" w:cs="Times New Roman"/>
                <w:szCs w:val="21"/>
              </w:rPr>
            </w:pPr>
          </w:p>
        </w:tc>
        <w:tc>
          <w:tcPr>
            <w:tcW w:w="1009" w:type="dxa"/>
            <w:vMerge/>
          </w:tcPr>
          <w:p w14:paraId="2E03292F" w14:textId="77777777" w:rsidR="00497B11" w:rsidRPr="00293828" w:rsidRDefault="00497B11" w:rsidP="00293828">
            <w:pPr>
              <w:rPr>
                <w:rFonts w:ascii="Times New Roman" w:hAnsi="Times New Roman" w:cs="Times New Roman"/>
                <w:szCs w:val="21"/>
              </w:rPr>
            </w:pPr>
          </w:p>
        </w:tc>
        <w:tc>
          <w:tcPr>
            <w:tcW w:w="1068" w:type="dxa"/>
            <w:vMerge/>
          </w:tcPr>
          <w:p w14:paraId="4A4FC737" w14:textId="77777777" w:rsidR="00497B11" w:rsidRPr="00293828" w:rsidRDefault="00497B11" w:rsidP="00293828">
            <w:pPr>
              <w:rPr>
                <w:rFonts w:ascii="Times New Roman" w:hAnsi="Times New Roman" w:cs="Times New Roman"/>
                <w:szCs w:val="21"/>
              </w:rPr>
            </w:pPr>
          </w:p>
        </w:tc>
        <w:tc>
          <w:tcPr>
            <w:tcW w:w="1068" w:type="dxa"/>
            <w:vMerge/>
          </w:tcPr>
          <w:p w14:paraId="719A6C55" w14:textId="77777777" w:rsidR="00497B11" w:rsidRPr="00293828" w:rsidRDefault="00497B11" w:rsidP="00293828">
            <w:pPr>
              <w:rPr>
                <w:rFonts w:ascii="Times New Roman" w:hAnsi="Times New Roman" w:cs="Times New Roman"/>
                <w:szCs w:val="21"/>
              </w:rPr>
            </w:pPr>
          </w:p>
        </w:tc>
      </w:tr>
      <w:tr w:rsidR="00497B11" w:rsidRPr="00293828" w14:paraId="564936B2" w14:textId="77777777" w:rsidTr="009D45BD">
        <w:tc>
          <w:tcPr>
            <w:tcW w:w="969" w:type="dxa"/>
            <w:vMerge w:val="restart"/>
            <w:vAlign w:val="center"/>
          </w:tcPr>
          <w:p w14:paraId="0C9DB5F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11</w:t>
            </w:r>
          </w:p>
        </w:tc>
        <w:tc>
          <w:tcPr>
            <w:tcW w:w="1125" w:type="dxa"/>
            <w:vAlign w:val="center"/>
          </w:tcPr>
          <w:p w14:paraId="1959E35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203-&gt;210</w:t>
            </w:r>
          </w:p>
        </w:tc>
        <w:tc>
          <w:tcPr>
            <w:tcW w:w="1039" w:type="dxa"/>
            <w:vAlign w:val="center"/>
          </w:tcPr>
          <w:p w14:paraId="2872BBE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-0.20998</w:t>
            </w:r>
          </w:p>
        </w:tc>
        <w:tc>
          <w:tcPr>
            <w:tcW w:w="1009" w:type="dxa"/>
            <w:vMerge w:val="restart"/>
            <w:vAlign w:val="center"/>
          </w:tcPr>
          <w:p w14:paraId="549F2AB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6.4989</w:t>
            </w:r>
          </w:p>
        </w:tc>
        <w:tc>
          <w:tcPr>
            <w:tcW w:w="1009" w:type="dxa"/>
            <w:vMerge w:val="restart"/>
            <w:vAlign w:val="center"/>
          </w:tcPr>
          <w:p w14:paraId="793779B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190.78</w:t>
            </w:r>
          </w:p>
        </w:tc>
        <w:tc>
          <w:tcPr>
            <w:tcW w:w="1009" w:type="dxa"/>
            <w:vMerge w:val="restart"/>
            <w:vAlign w:val="center"/>
          </w:tcPr>
          <w:p w14:paraId="604622C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0.0136</w:t>
            </w:r>
          </w:p>
        </w:tc>
        <w:tc>
          <w:tcPr>
            <w:tcW w:w="1068" w:type="dxa"/>
            <w:vMerge w:val="restart"/>
            <w:vAlign w:val="center"/>
          </w:tcPr>
          <w:p w14:paraId="7DB0DAF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-7.8795</w:t>
            </w:r>
          </w:p>
        </w:tc>
        <w:tc>
          <w:tcPr>
            <w:tcW w:w="1068" w:type="dxa"/>
            <w:vMerge w:val="restart"/>
            <w:vAlign w:val="center"/>
          </w:tcPr>
          <w:p w14:paraId="04CD628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-7.8507</w:t>
            </w:r>
          </w:p>
        </w:tc>
      </w:tr>
      <w:tr w:rsidR="00497B11" w:rsidRPr="00293828" w14:paraId="503E285C" w14:textId="77777777" w:rsidTr="009D45BD">
        <w:tc>
          <w:tcPr>
            <w:tcW w:w="969" w:type="dxa"/>
            <w:vMerge/>
          </w:tcPr>
          <w:p w14:paraId="51C43536" w14:textId="77777777" w:rsidR="00497B11" w:rsidRPr="00293828" w:rsidRDefault="00497B11" w:rsidP="00293828">
            <w:pPr>
              <w:rPr>
                <w:rFonts w:ascii="Times New Roman" w:hAnsi="Times New Roman" w:cs="Times New Roman"/>
                <w:szCs w:val="21"/>
              </w:rPr>
            </w:pPr>
          </w:p>
        </w:tc>
        <w:tc>
          <w:tcPr>
            <w:tcW w:w="1125" w:type="dxa"/>
            <w:vAlign w:val="center"/>
          </w:tcPr>
          <w:p w14:paraId="6F3A3DB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203-&gt;211</w:t>
            </w:r>
          </w:p>
        </w:tc>
        <w:tc>
          <w:tcPr>
            <w:tcW w:w="1039" w:type="dxa"/>
            <w:vAlign w:val="center"/>
          </w:tcPr>
          <w:p w14:paraId="285DB0C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0.1425</w:t>
            </w:r>
          </w:p>
        </w:tc>
        <w:tc>
          <w:tcPr>
            <w:tcW w:w="1009" w:type="dxa"/>
            <w:vMerge/>
          </w:tcPr>
          <w:p w14:paraId="2D539757" w14:textId="77777777" w:rsidR="00497B11" w:rsidRPr="00293828" w:rsidRDefault="00497B11" w:rsidP="00293828">
            <w:pPr>
              <w:rPr>
                <w:rFonts w:ascii="Times New Roman" w:hAnsi="Times New Roman" w:cs="Times New Roman"/>
                <w:szCs w:val="21"/>
              </w:rPr>
            </w:pPr>
          </w:p>
        </w:tc>
        <w:tc>
          <w:tcPr>
            <w:tcW w:w="1009" w:type="dxa"/>
            <w:vMerge/>
          </w:tcPr>
          <w:p w14:paraId="7AE19E4C" w14:textId="77777777" w:rsidR="00497B11" w:rsidRPr="00293828" w:rsidRDefault="00497B11" w:rsidP="00293828">
            <w:pPr>
              <w:rPr>
                <w:rFonts w:ascii="Times New Roman" w:hAnsi="Times New Roman" w:cs="Times New Roman"/>
                <w:szCs w:val="21"/>
              </w:rPr>
            </w:pPr>
          </w:p>
        </w:tc>
        <w:tc>
          <w:tcPr>
            <w:tcW w:w="1009" w:type="dxa"/>
            <w:vMerge/>
          </w:tcPr>
          <w:p w14:paraId="3C82C491" w14:textId="77777777" w:rsidR="00497B11" w:rsidRPr="00293828" w:rsidRDefault="00497B11" w:rsidP="00293828">
            <w:pPr>
              <w:rPr>
                <w:rFonts w:ascii="Times New Roman" w:hAnsi="Times New Roman" w:cs="Times New Roman"/>
                <w:szCs w:val="21"/>
              </w:rPr>
            </w:pPr>
          </w:p>
        </w:tc>
        <w:tc>
          <w:tcPr>
            <w:tcW w:w="1068" w:type="dxa"/>
            <w:vMerge/>
          </w:tcPr>
          <w:p w14:paraId="7FBBCB5C" w14:textId="77777777" w:rsidR="00497B11" w:rsidRPr="00293828" w:rsidRDefault="00497B11" w:rsidP="00293828">
            <w:pPr>
              <w:rPr>
                <w:rFonts w:ascii="Times New Roman" w:hAnsi="Times New Roman" w:cs="Times New Roman"/>
                <w:szCs w:val="21"/>
              </w:rPr>
            </w:pPr>
          </w:p>
        </w:tc>
        <w:tc>
          <w:tcPr>
            <w:tcW w:w="1068" w:type="dxa"/>
            <w:vMerge/>
          </w:tcPr>
          <w:p w14:paraId="62757CB5" w14:textId="77777777" w:rsidR="00497B11" w:rsidRPr="00293828" w:rsidRDefault="00497B11" w:rsidP="00293828">
            <w:pPr>
              <w:rPr>
                <w:rFonts w:ascii="Times New Roman" w:hAnsi="Times New Roman" w:cs="Times New Roman"/>
                <w:szCs w:val="21"/>
              </w:rPr>
            </w:pPr>
          </w:p>
        </w:tc>
      </w:tr>
      <w:tr w:rsidR="00497B11" w:rsidRPr="00293828" w14:paraId="70B8ACA3" w14:textId="77777777" w:rsidTr="009D45BD">
        <w:tc>
          <w:tcPr>
            <w:tcW w:w="969" w:type="dxa"/>
            <w:vMerge/>
          </w:tcPr>
          <w:p w14:paraId="7B9F2DE1" w14:textId="77777777" w:rsidR="00497B11" w:rsidRPr="00293828" w:rsidRDefault="00497B11" w:rsidP="00293828">
            <w:pPr>
              <w:rPr>
                <w:rFonts w:ascii="Times New Roman" w:hAnsi="Times New Roman" w:cs="Times New Roman"/>
                <w:szCs w:val="21"/>
              </w:rPr>
            </w:pPr>
          </w:p>
        </w:tc>
        <w:tc>
          <w:tcPr>
            <w:tcW w:w="1125" w:type="dxa"/>
            <w:vAlign w:val="center"/>
          </w:tcPr>
          <w:p w14:paraId="24B0167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203-&gt;213</w:t>
            </w:r>
          </w:p>
        </w:tc>
        <w:tc>
          <w:tcPr>
            <w:tcW w:w="1039" w:type="dxa"/>
            <w:vAlign w:val="center"/>
          </w:tcPr>
          <w:p w14:paraId="125B75B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-0.22395</w:t>
            </w:r>
          </w:p>
        </w:tc>
        <w:tc>
          <w:tcPr>
            <w:tcW w:w="1009" w:type="dxa"/>
            <w:vMerge/>
          </w:tcPr>
          <w:p w14:paraId="59C042E0" w14:textId="77777777" w:rsidR="00497B11" w:rsidRPr="00293828" w:rsidRDefault="00497B11" w:rsidP="00293828">
            <w:pPr>
              <w:rPr>
                <w:rFonts w:ascii="Times New Roman" w:hAnsi="Times New Roman" w:cs="Times New Roman"/>
                <w:szCs w:val="21"/>
              </w:rPr>
            </w:pPr>
          </w:p>
        </w:tc>
        <w:tc>
          <w:tcPr>
            <w:tcW w:w="1009" w:type="dxa"/>
            <w:vMerge/>
          </w:tcPr>
          <w:p w14:paraId="3FD27134" w14:textId="77777777" w:rsidR="00497B11" w:rsidRPr="00293828" w:rsidRDefault="00497B11" w:rsidP="00293828">
            <w:pPr>
              <w:rPr>
                <w:rFonts w:ascii="Times New Roman" w:hAnsi="Times New Roman" w:cs="Times New Roman"/>
                <w:szCs w:val="21"/>
              </w:rPr>
            </w:pPr>
          </w:p>
        </w:tc>
        <w:tc>
          <w:tcPr>
            <w:tcW w:w="1009" w:type="dxa"/>
            <w:vMerge/>
          </w:tcPr>
          <w:p w14:paraId="074DABF7" w14:textId="77777777" w:rsidR="00497B11" w:rsidRPr="00293828" w:rsidRDefault="00497B11" w:rsidP="00293828">
            <w:pPr>
              <w:rPr>
                <w:rFonts w:ascii="Times New Roman" w:hAnsi="Times New Roman" w:cs="Times New Roman"/>
                <w:szCs w:val="21"/>
              </w:rPr>
            </w:pPr>
          </w:p>
        </w:tc>
        <w:tc>
          <w:tcPr>
            <w:tcW w:w="1068" w:type="dxa"/>
            <w:vMerge/>
          </w:tcPr>
          <w:p w14:paraId="49CACE90" w14:textId="77777777" w:rsidR="00497B11" w:rsidRPr="00293828" w:rsidRDefault="00497B11" w:rsidP="00293828">
            <w:pPr>
              <w:rPr>
                <w:rFonts w:ascii="Times New Roman" w:hAnsi="Times New Roman" w:cs="Times New Roman"/>
                <w:szCs w:val="21"/>
              </w:rPr>
            </w:pPr>
          </w:p>
        </w:tc>
        <w:tc>
          <w:tcPr>
            <w:tcW w:w="1068" w:type="dxa"/>
            <w:vMerge/>
          </w:tcPr>
          <w:p w14:paraId="04634E1F" w14:textId="77777777" w:rsidR="00497B11" w:rsidRPr="00293828" w:rsidRDefault="00497B11" w:rsidP="00293828">
            <w:pPr>
              <w:rPr>
                <w:rFonts w:ascii="Times New Roman" w:hAnsi="Times New Roman" w:cs="Times New Roman"/>
                <w:szCs w:val="21"/>
              </w:rPr>
            </w:pPr>
          </w:p>
        </w:tc>
      </w:tr>
      <w:tr w:rsidR="00497B11" w:rsidRPr="00293828" w14:paraId="2A149BA7" w14:textId="77777777" w:rsidTr="009D45BD">
        <w:tc>
          <w:tcPr>
            <w:tcW w:w="969" w:type="dxa"/>
            <w:vMerge/>
          </w:tcPr>
          <w:p w14:paraId="77C3DDF3" w14:textId="77777777" w:rsidR="00497B11" w:rsidRPr="00293828" w:rsidRDefault="00497B11" w:rsidP="00293828">
            <w:pPr>
              <w:rPr>
                <w:rFonts w:ascii="Times New Roman" w:hAnsi="Times New Roman" w:cs="Times New Roman"/>
                <w:szCs w:val="21"/>
              </w:rPr>
            </w:pPr>
          </w:p>
        </w:tc>
        <w:tc>
          <w:tcPr>
            <w:tcW w:w="1125" w:type="dxa"/>
            <w:vAlign w:val="center"/>
          </w:tcPr>
          <w:p w14:paraId="3026B37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205-&gt;210</w:t>
            </w:r>
          </w:p>
        </w:tc>
        <w:tc>
          <w:tcPr>
            <w:tcW w:w="1039" w:type="dxa"/>
            <w:vAlign w:val="center"/>
          </w:tcPr>
          <w:p w14:paraId="57C0476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0.30543</w:t>
            </w:r>
          </w:p>
        </w:tc>
        <w:tc>
          <w:tcPr>
            <w:tcW w:w="1009" w:type="dxa"/>
            <w:vMerge/>
          </w:tcPr>
          <w:p w14:paraId="06812753" w14:textId="77777777" w:rsidR="00497B11" w:rsidRPr="00293828" w:rsidRDefault="00497B11" w:rsidP="00293828">
            <w:pPr>
              <w:rPr>
                <w:rFonts w:ascii="Times New Roman" w:hAnsi="Times New Roman" w:cs="Times New Roman"/>
                <w:szCs w:val="21"/>
              </w:rPr>
            </w:pPr>
          </w:p>
        </w:tc>
        <w:tc>
          <w:tcPr>
            <w:tcW w:w="1009" w:type="dxa"/>
            <w:vMerge/>
          </w:tcPr>
          <w:p w14:paraId="23CE3EE5" w14:textId="77777777" w:rsidR="00497B11" w:rsidRPr="00293828" w:rsidRDefault="00497B11" w:rsidP="00293828">
            <w:pPr>
              <w:rPr>
                <w:rFonts w:ascii="Times New Roman" w:hAnsi="Times New Roman" w:cs="Times New Roman"/>
                <w:szCs w:val="21"/>
              </w:rPr>
            </w:pPr>
          </w:p>
        </w:tc>
        <w:tc>
          <w:tcPr>
            <w:tcW w:w="1009" w:type="dxa"/>
            <w:vMerge/>
          </w:tcPr>
          <w:p w14:paraId="3A4FA352" w14:textId="77777777" w:rsidR="00497B11" w:rsidRPr="00293828" w:rsidRDefault="00497B11" w:rsidP="00293828">
            <w:pPr>
              <w:rPr>
                <w:rFonts w:ascii="Times New Roman" w:hAnsi="Times New Roman" w:cs="Times New Roman"/>
                <w:szCs w:val="21"/>
              </w:rPr>
            </w:pPr>
          </w:p>
        </w:tc>
        <w:tc>
          <w:tcPr>
            <w:tcW w:w="1068" w:type="dxa"/>
            <w:vMerge/>
          </w:tcPr>
          <w:p w14:paraId="1C39493F" w14:textId="77777777" w:rsidR="00497B11" w:rsidRPr="00293828" w:rsidRDefault="00497B11" w:rsidP="00293828">
            <w:pPr>
              <w:rPr>
                <w:rFonts w:ascii="Times New Roman" w:hAnsi="Times New Roman" w:cs="Times New Roman"/>
                <w:szCs w:val="21"/>
              </w:rPr>
            </w:pPr>
          </w:p>
        </w:tc>
        <w:tc>
          <w:tcPr>
            <w:tcW w:w="1068" w:type="dxa"/>
            <w:vMerge/>
          </w:tcPr>
          <w:p w14:paraId="5CBBC22A" w14:textId="77777777" w:rsidR="00497B11" w:rsidRPr="00293828" w:rsidRDefault="00497B11" w:rsidP="00293828">
            <w:pPr>
              <w:rPr>
                <w:rFonts w:ascii="Times New Roman" w:hAnsi="Times New Roman" w:cs="Times New Roman"/>
                <w:szCs w:val="21"/>
              </w:rPr>
            </w:pPr>
          </w:p>
        </w:tc>
      </w:tr>
      <w:tr w:rsidR="00497B11" w:rsidRPr="00293828" w14:paraId="0B19D851" w14:textId="77777777" w:rsidTr="009D45BD">
        <w:tc>
          <w:tcPr>
            <w:tcW w:w="969" w:type="dxa"/>
            <w:vMerge/>
          </w:tcPr>
          <w:p w14:paraId="73A419B3" w14:textId="77777777" w:rsidR="00497B11" w:rsidRPr="00293828" w:rsidRDefault="00497B11" w:rsidP="00293828">
            <w:pPr>
              <w:rPr>
                <w:rFonts w:ascii="Times New Roman" w:hAnsi="Times New Roman" w:cs="Times New Roman"/>
                <w:szCs w:val="21"/>
              </w:rPr>
            </w:pPr>
          </w:p>
        </w:tc>
        <w:tc>
          <w:tcPr>
            <w:tcW w:w="1125" w:type="dxa"/>
            <w:vAlign w:val="center"/>
          </w:tcPr>
          <w:p w14:paraId="797AE58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205-&gt;211</w:t>
            </w:r>
          </w:p>
        </w:tc>
        <w:tc>
          <w:tcPr>
            <w:tcW w:w="1039" w:type="dxa"/>
            <w:vAlign w:val="center"/>
          </w:tcPr>
          <w:p w14:paraId="7AC475D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-0.22055</w:t>
            </w:r>
          </w:p>
        </w:tc>
        <w:tc>
          <w:tcPr>
            <w:tcW w:w="1009" w:type="dxa"/>
            <w:vMerge/>
          </w:tcPr>
          <w:p w14:paraId="5DE96E14" w14:textId="77777777" w:rsidR="00497B11" w:rsidRPr="00293828" w:rsidRDefault="00497B11" w:rsidP="00293828">
            <w:pPr>
              <w:rPr>
                <w:rFonts w:ascii="Times New Roman" w:hAnsi="Times New Roman" w:cs="Times New Roman"/>
                <w:szCs w:val="21"/>
              </w:rPr>
            </w:pPr>
          </w:p>
        </w:tc>
        <w:tc>
          <w:tcPr>
            <w:tcW w:w="1009" w:type="dxa"/>
            <w:vMerge/>
          </w:tcPr>
          <w:p w14:paraId="5F30DF4A" w14:textId="77777777" w:rsidR="00497B11" w:rsidRPr="00293828" w:rsidRDefault="00497B11" w:rsidP="00293828">
            <w:pPr>
              <w:rPr>
                <w:rFonts w:ascii="Times New Roman" w:hAnsi="Times New Roman" w:cs="Times New Roman"/>
                <w:szCs w:val="21"/>
              </w:rPr>
            </w:pPr>
          </w:p>
        </w:tc>
        <w:tc>
          <w:tcPr>
            <w:tcW w:w="1009" w:type="dxa"/>
            <w:vMerge/>
          </w:tcPr>
          <w:p w14:paraId="70F2F48B" w14:textId="77777777" w:rsidR="00497B11" w:rsidRPr="00293828" w:rsidRDefault="00497B11" w:rsidP="00293828">
            <w:pPr>
              <w:rPr>
                <w:rFonts w:ascii="Times New Roman" w:hAnsi="Times New Roman" w:cs="Times New Roman"/>
                <w:szCs w:val="21"/>
              </w:rPr>
            </w:pPr>
          </w:p>
        </w:tc>
        <w:tc>
          <w:tcPr>
            <w:tcW w:w="1068" w:type="dxa"/>
            <w:vMerge/>
          </w:tcPr>
          <w:p w14:paraId="339C7075" w14:textId="77777777" w:rsidR="00497B11" w:rsidRPr="00293828" w:rsidRDefault="00497B11" w:rsidP="00293828">
            <w:pPr>
              <w:rPr>
                <w:rFonts w:ascii="Times New Roman" w:hAnsi="Times New Roman" w:cs="Times New Roman"/>
                <w:szCs w:val="21"/>
              </w:rPr>
            </w:pPr>
          </w:p>
        </w:tc>
        <w:tc>
          <w:tcPr>
            <w:tcW w:w="1068" w:type="dxa"/>
            <w:vMerge/>
          </w:tcPr>
          <w:p w14:paraId="13930B01" w14:textId="77777777" w:rsidR="00497B11" w:rsidRPr="00293828" w:rsidRDefault="00497B11" w:rsidP="00293828">
            <w:pPr>
              <w:rPr>
                <w:rFonts w:ascii="Times New Roman" w:hAnsi="Times New Roman" w:cs="Times New Roman"/>
                <w:szCs w:val="21"/>
              </w:rPr>
            </w:pPr>
          </w:p>
        </w:tc>
      </w:tr>
      <w:tr w:rsidR="00497B11" w:rsidRPr="00293828" w14:paraId="28EF494F" w14:textId="77777777" w:rsidTr="009D45BD">
        <w:tc>
          <w:tcPr>
            <w:tcW w:w="969" w:type="dxa"/>
            <w:vMerge/>
          </w:tcPr>
          <w:p w14:paraId="798C62AE" w14:textId="77777777" w:rsidR="00497B11" w:rsidRPr="00293828" w:rsidRDefault="00497B11" w:rsidP="00293828">
            <w:pPr>
              <w:rPr>
                <w:rFonts w:ascii="Times New Roman" w:hAnsi="Times New Roman" w:cs="Times New Roman"/>
                <w:szCs w:val="21"/>
              </w:rPr>
            </w:pPr>
          </w:p>
        </w:tc>
        <w:tc>
          <w:tcPr>
            <w:tcW w:w="1125" w:type="dxa"/>
            <w:vAlign w:val="center"/>
          </w:tcPr>
          <w:p w14:paraId="19B2A37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205-&gt;213</w:t>
            </w:r>
          </w:p>
        </w:tc>
        <w:tc>
          <w:tcPr>
            <w:tcW w:w="1039" w:type="dxa"/>
            <w:vAlign w:val="center"/>
          </w:tcPr>
          <w:p w14:paraId="75353E8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0.32879</w:t>
            </w:r>
          </w:p>
        </w:tc>
        <w:tc>
          <w:tcPr>
            <w:tcW w:w="1009" w:type="dxa"/>
            <w:vMerge/>
          </w:tcPr>
          <w:p w14:paraId="16ACB363" w14:textId="77777777" w:rsidR="00497B11" w:rsidRPr="00293828" w:rsidRDefault="00497B11" w:rsidP="00293828">
            <w:pPr>
              <w:rPr>
                <w:rFonts w:ascii="Times New Roman" w:hAnsi="Times New Roman" w:cs="Times New Roman"/>
                <w:szCs w:val="21"/>
              </w:rPr>
            </w:pPr>
          </w:p>
        </w:tc>
        <w:tc>
          <w:tcPr>
            <w:tcW w:w="1009" w:type="dxa"/>
            <w:vMerge/>
          </w:tcPr>
          <w:p w14:paraId="7A6A97A1" w14:textId="77777777" w:rsidR="00497B11" w:rsidRPr="00293828" w:rsidRDefault="00497B11" w:rsidP="00293828">
            <w:pPr>
              <w:rPr>
                <w:rFonts w:ascii="Times New Roman" w:hAnsi="Times New Roman" w:cs="Times New Roman"/>
                <w:szCs w:val="21"/>
              </w:rPr>
            </w:pPr>
          </w:p>
        </w:tc>
        <w:tc>
          <w:tcPr>
            <w:tcW w:w="1009" w:type="dxa"/>
            <w:vMerge/>
          </w:tcPr>
          <w:p w14:paraId="6648044E" w14:textId="77777777" w:rsidR="00497B11" w:rsidRPr="00293828" w:rsidRDefault="00497B11" w:rsidP="00293828">
            <w:pPr>
              <w:rPr>
                <w:rFonts w:ascii="Times New Roman" w:hAnsi="Times New Roman" w:cs="Times New Roman"/>
                <w:szCs w:val="21"/>
              </w:rPr>
            </w:pPr>
          </w:p>
        </w:tc>
        <w:tc>
          <w:tcPr>
            <w:tcW w:w="1068" w:type="dxa"/>
            <w:vMerge/>
          </w:tcPr>
          <w:p w14:paraId="73DA183F" w14:textId="77777777" w:rsidR="00497B11" w:rsidRPr="00293828" w:rsidRDefault="00497B11" w:rsidP="00293828">
            <w:pPr>
              <w:rPr>
                <w:rFonts w:ascii="Times New Roman" w:hAnsi="Times New Roman" w:cs="Times New Roman"/>
                <w:szCs w:val="21"/>
              </w:rPr>
            </w:pPr>
          </w:p>
        </w:tc>
        <w:tc>
          <w:tcPr>
            <w:tcW w:w="1068" w:type="dxa"/>
            <w:vMerge/>
          </w:tcPr>
          <w:p w14:paraId="10E12904" w14:textId="77777777" w:rsidR="00497B11" w:rsidRPr="00293828" w:rsidRDefault="00497B11" w:rsidP="00293828">
            <w:pPr>
              <w:rPr>
                <w:rFonts w:ascii="Times New Roman" w:hAnsi="Times New Roman" w:cs="Times New Roman"/>
                <w:szCs w:val="21"/>
              </w:rPr>
            </w:pPr>
          </w:p>
        </w:tc>
      </w:tr>
      <w:tr w:rsidR="00497B11" w:rsidRPr="00293828" w14:paraId="51CBCE26" w14:textId="77777777" w:rsidTr="009D45BD">
        <w:tc>
          <w:tcPr>
            <w:tcW w:w="969" w:type="dxa"/>
            <w:vMerge w:val="restart"/>
            <w:vAlign w:val="center"/>
          </w:tcPr>
          <w:p w14:paraId="7EDC20C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12</w:t>
            </w:r>
          </w:p>
        </w:tc>
        <w:tc>
          <w:tcPr>
            <w:tcW w:w="1125" w:type="dxa"/>
            <w:vAlign w:val="center"/>
          </w:tcPr>
          <w:p w14:paraId="5DE284A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203-&gt;209</w:t>
            </w:r>
          </w:p>
        </w:tc>
        <w:tc>
          <w:tcPr>
            <w:tcW w:w="1039" w:type="dxa"/>
            <w:vAlign w:val="center"/>
          </w:tcPr>
          <w:p w14:paraId="5606E49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-0.2289</w:t>
            </w:r>
          </w:p>
        </w:tc>
        <w:tc>
          <w:tcPr>
            <w:tcW w:w="1009" w:type="dxa"/>
            <w:vMerge w:val="restart"/>
            <w:vAlign w:val="center"/>
          </w:tcPr>
          <w:p w14:paraId="617C2F0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6.5167</w:t>
            </w:r>
          </w:p>
        </w:tc>
        <w:tc>
          <w:tcPr>
            <w:tcW w:w="1009" w:type="dxa"/>
            <w:vMerge w:val="restart"/>
            <w:vAlign w:val="center"/>
          </w:tcPr>
          <w:p w14:paraId="7423EB0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190.25</w:t>
            </w:r>
          </w:p>
        </w:tc>
        <w:tc>
          <w:tcPr>
            <w:tcW w:w="1009" w:type="dxa"/>
            <w:vMerge w:val="restart"/>
            <w:vAlign w:val="center"/>
          </w:tcPr>
          <w:p w14:paraId="20FCC8E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0.0211</w:t>
            </w:r>
          </w:p>
        </w:tc>
        <w:tc>
          <w:tcPr>
            <w:tcW w:w="1068" w:type="dxa"/>
            <w:vMerge w:val="restart"/>
            <w:vAlign w:val="center"/>
          </w:tcPr>
          <w:p w14:paraId="1CB34F7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0.1445</w:t>
            </w:r>
          </w:p>
        </w:tc>
        <w:tc>
          <w:tcPr>
            <w:tcW w:w="1068" w:type="dxa"/>
            <w:vMerge w:val="restart"/>
            <w:vAlign w:val="center"/>
          </w:tcPr>
          <w:p w14:paraId="25FC0EA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0.1913</w:t>
            </w:r>
          </w:p>
        </w:tc>
      </w:tr>
      <w:tr w:rsidR="00497B11" w:rsidRPr="00293828" w14:paraId="2CB66220" w14:textId="77777777" w:rsidTr="009D45BD">
        <w:tc>
          <w:tcPr>
            <w:tcW w:w="969" w:type="dxa"/>
            <w:vMerge/>
          </w:tcPr>
          <w:p w14:paraId="12B076B4" w14:textId="77777777" w:rsidR="00497B11" w:rsidRPr="00293828" w:rsidRDefault="00497B11" w:rsidP="00293828">
            <w:pPr>
              <w:rPr>
                <w:rFonts w:ascii="Times New Roman" w:hAnsi="Times New Roman" w:cs="Times New Roman"/>
                <w:szCs w:val="21"/>
              </w:rPr>
            </w:pPr>
          </w:p>
        </w:tc>
        <w:tc>
          <w:tcPr>
            <w:tcW w:w="1125" w:type="dxa"/>
            <w:vAlign w:val="center"/>
          </w:tcPr>
          <w:p w14:paraId="16C6844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203-&gt;210</w:t>
            </w:r>
          </w:p>
        </w:tc>
        <w:tc>
          <w:tcPr>
            <w:tcW w:w="1039" w:type="dxa"/>
            <w:vAlign w:val="center"/>
          </w:tcPr>
          <w:p w14:paraId="58CD43B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0.22731</w:t>
            </w:r>
          </w:p>
        </w:tc>
        <w:tc>
          <w:tcPr>
            <w:tcW w:w="1009" w:type="dxa"/>
            <w:vMerge/>
          </w:tcPr>
          <w:p w14:paraId="55AB14CD" w14:textId="77777777" w:rsidR="00497B11" w:rsidRPr="00293828" w:rsidRDefault="00497B11" w:rsidP="00293828">
            <w:pPr>
              <w:rPr>
                <w:rFonts w:ascii="Times New Roman" w:hAnsi="Times New Roman" w:cs="Times New Roman"/>
                <w:szCs w:val="21"/>
              </w:rPr>
            </w:pPr>
          </w:p>
        </w:tc>
        <w:tc>
          <w:tcPr>
            <w:tcW w:w="1009" w:type="dxa"/>
            <w:vMerge/>
          </w:tcPr>
          <w:p w14:paraId="1F49D018" w14:textId="77777777" w:rsidR="00497B11" w:rsidRPr="00293828" w:rsidRDefault="00497B11" w:rsidP="00293828">
            <w:pPr>
              <w:rPr>
                <w:rFonts w:ascii="Times New Roman" w:hAnsi="Times New Roman" w:cs="Times New Roman"/>
                <w:szCs w:val="21"/>
              </w:rPr>
            </w:pPr>
          </w:p>
        </w:tc>
        <w:tc>
          <w:tcPr>
            <w:tcW w:w="1009" w:type="dxa"/>
            <w:vMerge/>
          </w:tcPr>
          <w:p w14:paraId="6DC0F777" w14:textId="77777777" w:rsidR="00497B11" w:rsidRPr="00293828" w:rsidRDefault="00497B11" w:rsidP="00293828">
            <w:pPr>
              <w:rPr>
                <w:rFonts w:ascii="Times New Roman" w:hAnsi="Times New Roman" w:cs="Times New Roman"/>
                <w:szCs w:val="21"/>
              </w:rPr>
            </w:pPr>
          </w:p>
        </w:tc>
        <w:tc>
          <w:tcPr>
            <w:tcW w:w="1068" w:type="dxa"/>
            <w:vMerge/>
          </w:tcPr>
          <w:p w14:paraId="1EE28CC3" w14:textId="77777777" w:rsidR="00497B11" w:rsidRPr="00293828" w:rsidRDefault="00497B11" w:rsidP="00293828">
            <w:pPr>
              <w:rPr>
                <w:rFonts w:ascii="Times New Roman" w:hAnsi="Times New Roman" w:cs="Times New Roman"/>
                <w:szCs w:val="21"/>
              </w:rPr>
            </w:pPr>
          </w:p>
        </w:tc>
        <w:tc>
          <w:tcPr>
            <w:tcW w:w="1068" w:type="dxa"/>
            <w:vMerge/>
          </w:tcPr>
          <w:p w14:paraId="743EEA7B" w14:textId="77777777" w:rsidR="00497B11" w:rsidRPr="00293828" w:rsidRDefault="00497B11" w:rsidP="00293828">
            <w:pPr>
              <w:rPr>
                <w:rFonts w:ascii="Times New Roman" w:hAnsi="Times New Roman" w:cs="Times New Roman"/>
                <w:szCs w:val="21"/>
              </w:rPr>
            </w:pPr>
          </w:p>
        </w:tc>
      </w:tr>
      <w:tr w:rsidR="00497B11" w:rsidRPr="00293828" w14:paraId="3C6070AC" w14:textId="77777777" w:rsidTr="009D45BD">
        <w:tc>
          <w:tcPr>
            <w:tcW w:w="969" w:type="dxa"/>
            <w:vMerge/>
          </w:tcPr>
          <w:p w14:paraId="6BDF3FC3" w14:textId="77777777" w:rsidR="00497B11" w:rsidRPr="00293828" w:rsidRDefault="00497B11" w:rsidP="00293828">
            <w:pPr>
              <w:rPr>
                <w:rFonts w:ascii="Times New Roman" w:hAnsi="Times New Roman" w:cs="Times New Roman"/>
                <w:szCs w:val="21"/>
              </w:rPr>
            </w:pPr>
          </w:p>
        </w:tc>
        <w:tc>
          <w:tcPr>
            <w:tcW w:w="1125" w:type="dxa"/>
            <w:vAlign w:val="center"/>
          </w:tcPr>
          <w:p w14:paraId="6E9E096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203-&gt;213</w:t>
            </w:r>
          </w:p>
        </w:tc>
        <w:tc>
          <w:tcPr>
            <w:tcW w:w="1039" w:type="dxa"/>
            <w:vAlign w:val="center"/>
          </w:tcPr>
          <w:p w14:paraId="3FDAE40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-0.16512</w:t>
            </w:r>
          </w:p>
        </w:tc>
        <w:tc>
          <w:tcPr>
            <w:tcW w:w="1009" w:type="dxa"/>
            <w:vMerge/>
          </w:tcPr>
          <w:p w14:paraId="4B6A718D" w14:textId="77777777" w:rsidR="00497B11" w:rsidRPr="00293828" w:rsidRDefault="00497B11" w:rsidP="00293828">
            <w:pPr>
              <w:rPr>
                <w:rFonts w:ascii="Times New Roman" w:hAnsi="Times New Roman" w:cs="Times New Roman"/>
                <w:szCs w:val="21"/>
              </w:rPr>
            </w:pPr>
          </w:p>
        </w:tc>
        <w:tc>
          <w:tcPr>
            <w:tcW w:w="1009" w:type="dxa"/>
            <w:vMerge/>
          </w:tcPr>
          <w:p w14:paraId="4D9310FA" w14:textId="77777777" w:rsidR="00497B11" w:rsidRPr="00293828" w:rsidRDefault="00497B11" w:rsidP="00293828">
            <w:pPr>
              <w:rPr>
                <w:rFonts w:ascii="Times New Roman" w:hAnsi="Times New Roman" w:cs="Times New Roman"/>
                <w:szCs w:val="21"/>
              </w:rPr>
            </w:pPr>
          </w:p>
        </w:tc>
        <w:tc>
          <w:tcPr>
            <w:tcW w:w="1009" w:type="dxa"/>
            <w:vMerge/>
          </w:tcPr>
          <w:p w14:paraId="1DFF3019" w14:textId="77777777" w:rsidR="00497B11" w:rsidRPr="00293828" w:rsidRDefault="00497B11" w:rsidP="00293828">
            <w:pPr>
              <w:rPr>
                <w:rFonts w:ascii="Times New Roman" w:hAnsi="Times New Roman" w:cs="Times New Roman"/>
                <w:szCs w:val="21"/>
              </w:rPr>
            </w:pPr>
          </w:p>
        </w:tc>
        <w:tc>
          <w:tcPr>
            <w:tcW w:w="1068" w:type="dxa"/>
            <w:vMerge/>
          </w:tcPr>
          <w:p w14:paraId="61E4EA6C" w14:textId="77777777" w:rsidR="00497B11" w:rsidRPr="00293828" w:rsidRDefault="00497B11" w:rsidP="00293828">
            <w:pPr>
              <w:rPr>
                <w:rFonts w:ascii="Times New Roman" w:hAnsi="Times New Roman" w:cs="Times New Roman"/>
                <w:szCs w:val="21"/>
              </w:rPr>
            </w:pPr>
          </w:p>
        </w:tc>
        <w:tc>
          <w:tcPr>
            <w:tcW w:w="1068" w:type="dxa"/>
            <w:vMerge/>
          </w:tcPr>
          <w:p w14:paraId="26022C0B" w14:textId="77777777" w:rsidR="00497B11" w:rsidRPr="00293828" w:rsidRDefault="00497B11" w:rsidP="00293828">
            <w:pPr>
              <w:rPr>
                <w:rFonts w:ascii="Times New Roman" w:hAnsi="Times New Roman" w:cs="Times New Roman"/>
                <w:szCs w:val="21"/>
              </w:rPr>
            </w:pPr>
          </w:p>
        </w:tc>
      </w:tr>
      <w:tr w:rsidR="00497B11" w:rsidRPr="00293828" w14:paraId="6C85D954" w14:textId="77777777" w:rsidTr="009D45BD">
        <w:tc>
          <w:tcPr>
            <w:tcW w:w="969" w:type="dxa"/>
            <w:vMerge/>
          </w:tcPr>
          <w:p w14:paraId="5ACF45AF" w14:textId="77777777" w:rsidR="00497B11" w:rsidRPr="00293828" w:rsidRDefault="00497B11" w:rsidP="00293828">
            <w:pPr>
              <w:rPr>
                <w:rFonts w:ascii="Times New Roman" w:hAnsi="Times New Roman" w:cs="Times New Roman"/>
                <w:szCs w:val="21"/>
              </w:rPr>
            </w:pPr>
          </w:p>
        </w:tc>
        <w:tc>
          <w:tcPr>
            <w:tcW w:w="1125" w:type="dxa"/>
            <w:vAlign w:val="center"/>
          </w:tcPr>
          <w:p w14:paraId="5CB1243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205-&gt;209</w:t>
            </w:r>
          </w:p>
        </w:tc>
        <w:tc>
          <w:tcPr>
            <w:tcW w:w="1039" w:type="dxa"/>
            <w:vAlign w:val="center"/>
          </w:tcPr>
          <w:p w14:paraId="12C6289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-0.31452</w:t>
            </w:r>
          </w:p>
        </w:tc>
        <w:tc>
          <w:tcPr>
            <w:tcW w:w="1009" w:type="dxa"/>
            <w:vMerge/>
          </w:tcPr>
          <w:p w14:paraId="570F286D" w14:textId="77777777" w:rsidR="00497B11" w:rsidRPr="00293828" w:rsidRDefault="00497B11" w:rsidP="00293828">
            <w:pPr>
              <w:rPr>
                <w:rFonts w:ascii="Times New Roman" w:hAnsi="Times New Roman" w:cs="Times New Roman"/>
                <w:szCs w:val="21"/>
              </w:rPr>
            </w:pPr>
          </w:p>
        </w:tc>
        <w:tc>
          <w:tcPr>
            <w:tcW w:w="1009" w:type="dxa"/>
            <w:vMerge/>
          </w:tcPr>
          <w:p w14:paraId="7B8ED10F" w14:textId="77777777" w:rsidR="00497B11" w:rsidRPr="00293828" w:rsidRDefault="00497B11" w:rsidP="00293828">
            <w:pPr>
              <w:rPr>
                <w:rFonts w:ascii="Times New Roman" w:hAnsi="Times New Roman" w:cs="Times New Roman"/>
                <w:szCs w:val="21"/>
              </w:rPr>
            </w:pPr>
          </w:p>
        </w:tc>
        <w:tc>
          <w:tcPr>
            <w:tcW w:w="1009" w:type="dxa"/>
            <w:vMerge/>
          </w:tcPr>
          <w:p w14:paraId="30F72922" w14:textId="77777777" w:rsidR="00497B11" w:rsidRPr="00293828" w:rsidRDefault="00497B11" w:rsidP="00293828">
            <w:pPr>
              <w:rPr>
                <w:rFonts w:ascii="Times New Roman" w:hAnsi="Times New Roman" w:cs="Times New Roman"/>
                <w:szCs w:val="21"/>
              </w:rPr>
            </w:pPr>
          </w:p>
        </w:tc>
        <w:tc>
          <w:tcPr>
            <w:tcW w:w="1068" w:type="dxa"/>
            <w:vMerge/>
          </w:tcPr>
          <w:p w14:paraId="14F1BA6C" w14:textId="77777777" w:rsidR="00497B11" w:rsidRPr="00293828" w:rsidRDefault="00497B11" w:rsidP="00293828">
            <w:pPr>
              <w:rPr>
                <w:rFonts w:ascii="Times New Roman" w:hAnsi="Times New Roman" w:cs="Times New Roman"/>
                <w:szCs w:val="21"/>
              </w:rPr>
            </w:pPr>
          </w:p>
        </w:tc>
        <w:tc>
          <w:tcPr>
            <w:tcW w:w="1068" w:type="dxa"/>
            <w:vMerge/>
          </w:tcPr>
          <w:p w14:paraId="18897623" w14:textId="77777777" w:rsidR="00497B11" w:rsidRPr="00293828" w:rsidRDefault="00497B11" w:rsidP="00293828">
            <w:pPr>
              <w:rPr>
                <w:rFonts w:ascii="Times New Roman" w:hAnsi="Times New Roman" w:cs="Times New Roman"/>
                <w:szCs w:val="21"/>
              </w:rPr>
            </w:pPr>
          </w:p>
        </w:tc>
      </w:tr>
      <w:tr w:rsidR="00497B11" w:rsidRPr="00293828" w14:paraId="3F99AE2C" w14:textId="77777777" w:rsidTr="009D45BD">
        <w:tc>
          <w:tcPr>
            <w:tcW w:w="969" w:type="dxa"/>
            <w:vMerge/>
          </w:tcPr>
          <w:p w14:paraId="65EF69B1" w14:textId="77777777" w:rsidR="00497B11" w:rsidRPr="00293828" w:rsidRDefault="00497B11" w:rsidP="00293828">
            <w:pPr>
              <w:rPr>
                <w:rFonts w:ascii="Times New Roman" w:hAnsi="Times New Roman" w:cs="Times New Roman"/>
                <w:szCs w:val="21"/>
              </w:rPr>
            </w:pPr>
          </w:p>
        </w:tc>
        <w:tc>
          <w:tcPr>
            <w:tcW w:w="1125" w:type="dxa"/>
            <w:vAlign w:val="center"/>
          </w:tcPr>
          <w:p w14:paraId="2CB6A70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205-&gt;210</w:t>
            </w:r>
          </w:p>
        </w:tc>
        <w:tc>
          <w:tcPr>
            <w:tcW w:w="1039" w:type="dxa"/>
            <w:vAlign w:val="center"/>
          </w:tcPr>
          <w:p w14:paraId="7631CD4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0.32435</w:t>
            </w:r>
          </w:p>
        </w:tc>
        <w:tc>
          <w:tcPr>
            <w:tcW w:w="1009" w:type="dxa"/>
            <w:vMerge/>
          </w:tcPr>
          <w:p w14:paraId="6F9DA0B7" w14:textId="77777777" w:rsidR="00497B11" w:rsidRPr="00293828" w:rsidRDefault="00497B11" w:rsidP="00293828">
            <w:pPr>
              <w:rPr>
                <w:rFonts w:ascii="Times New Roman" w:hAnsi="Times New Roman" w:cs="Times New Roman"/>
                <w:szCs w:val="21"/>
              </w:rPr>
            </w:pPr>
          </w:p>
        </w:tc>
        <w:tc>
          <w:tcPr>
            <w:tcW w:w="1009" w:type="dxa"/>
            <w:vMerge/>
          </w:tcPr>
          <w:p w14:paraId="0D2B9108" w14:textId="77777777" w:rsidR="00497B11" w:rsidRPr="00293828" w:rsidRDefault="00497B11" w:rsidP="00293828">
            <w:pPr>
              <w:rPr>
                <w:rFonts w:ascii="Times New Roman" w:hAnsi="Times New Roman" w:cs="Times New Roman"/>
                <w:szCs w:val="21"/>
              </w:rPr>
            </w:pPr>
          </w:p>
        </w:tc>
        <w:tc>
          <w:tcPr>
            <w:tcW w:w="1009" w:type="dxa"/>
            <w:vMerge/>
          </w:tcPr>
          <w:p w14:paraId="5B679FD2" w14:textId="77777777" w:rsidR="00497B11" w:rsidRPr="00293828" w:rsidRDefault="00497B11" w:rsidP="00293828">
            <w:pPr>
              <w:rPr>
                <w:rFonts w:ascii="Times New Roman" w:hAnsi="Times New Roman" w:cs="Times New Roman"/>
                <w:szCs w:val="21"/>
              </w:rPr>
            </w:pPr>
          </w:p>
        </w:tc>
        <w:tc>
          <w:tcPr>
            <w:tcW w:w="1068" w:type="dxa"/>
            <w:vMerge/>
          </w:tcPr>
          <w:p w14:paraId="316B12CE" w14:textId="77777777" w:rsidR="00497B11" w:rsidRPr="00293828" w:rsidRDefault="00497B11" w:rsidP="00293828">
            <w:pPr>
              <w:rPr>
                <w:rFonts w:ascii="Times New Roman" w:hAnsi="Times New Roman" w:cs="Times New Roman"/>
                <w:szCs w:val="21"/>
              </w:rPr>
            </w:pPr>
          </w:p>
        </w:tc>
        <w:tc>
          <w:tcPr>
            <w:tcW w:w="1068" w:type="dxa"/>
            <w:vMerge/>
          </w:tcPr>
          <w:p w14:paraId="73BD48AB" w14:textId="77777777" w:rsidR="00497B11" w:rsidRPr="00293828" w:rsidRDefault="00497B11" w:rsidP="00293828">
            <w:pPr>
              <w:rPr>
                <w:rFonts w:ascii="Times New Roman" w:hAnsi="Times New Roman" w:cs="Times New Roman"/>
                <w:szCs w:val="21"/>
              </w:rPr>
            </w:pPr>
          </w:p>
        </w:tc>
      </w:tr>
      <w:tr w:rsidR="00497B11" w:rsidRPr="00293828" w14:paraId="2E0B76E2" w14:textId="77777777" w:rsidTr="009D45BD">
        <w:tc>
          <w:tcPr>
            <w:tcW w:w="969" w:type="dxa"/>
            <w:vMerge/>
          </w:tcPr>
          <w:p w14:paraId="05BBB71D" w14:textId="77777777" w:rsidR="00497B11" w:rsidRPr="00293828" w:rsidRDefault="00497B11" w:rsidP="00293828">
            <w:pPr>
              <w:rPr>
                <w:rFonts w:ascii="Times New Roman" w:hAnsi="Times New Roman" w:cs="Times New Roman"/>
                <w:szCs w:val="21"/>
              </w:rPr>
            </w:pPr>
          </w:p>
        </w:tc>
        <w:tc>
          <w:tcPr>
            <w:tcW w:w="1125" w:type="dxa"/>
            <w:vAlign w:val="center"/>
          </w:tcPr>
          <w:p w14:paraId="0D6C80F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205-&gt;213</w:t>
            </w:r>
          </w:p>
        </w:tc>
        <w:tc>
          <w:tcPr>
            <w:tcW w:w="1039" w:type="dxa"/>
            <w:vAlign w:val="center"/>
          </w:tcPr>
          <w:p w14:paraId="169B7A3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-0.20376</w:t>
            </w:r>
          </w:p>
        </w:tc>
        <w:tc>
          <w:tcPr>
            <w:tcW w:w="1009" w:type="dxa"/>
            <w:vMerge/>
          </w:tcPr>
          <w:p w14:paraId="65AD4415" w14:textId="77777777" w:rsidR="00497B11" w:rsidRPr="00293828" w:rsidRDefault="00497B11" w:rsidP="00293828">
            <w:pPr>
              <w:rPr>
                <w:rFonts w:ascii="Times New Roman" w:hAnsi="Times New Roman" w:cs="Times New Roman"/>
                <w:szCs w:val="21"/>
              </w:rPr>
            </w:pPr>
          </w:p>
        </w:tc>
        <w:tc>
          <w:tcPr>
            <w:tcW w:w="1009" w:type="dxa"/>
            <w:vMerge/>
          </w:tcPr>
          <w:p w14:paraId="4319D63C" w14:textId="77777777" w:rsidR="00497B11" w:rsidRPr="00293828" w:rsidRDefault="00497B11" w:rsidP="00293828">
            <w:pPr>
              <w:rPr>
                <w:rFonts w:ascii="Times New Roman" w:hAnsi="Times New Roman" w:cs="Times New Roman"/>
                <w:szCs w:val="21"/>
              </w:rPr>
            </w:pPr>
          </w:p>
        </w:tc>
        <w:tc>
          <w:tcPr>
            <w:tcW w:w="1009" w:type="dxa"/>
            <w:vMerge/>
          </w:tcPr>
          <w:p w14:paraId="513C9842" w14:textId="77777777" w:rsidR="00497B11" w:rsidRPr="00293828" w:rsidRDefault="00497B11" w:rsidP="00293828">
            <w:pPr>
              <w:rPr>
                <w:rFonts w:ascii="Times New Roman" w:hAnsi="Times New Roman" w:cs="Times New Roman"/>
                <w:szCs w:val="21"/>
              </w:rPr>
            </w:pPr>
          </w:p>
        </w:tc>
        <w:tc>
          <w:tcPr>
            <w:tcW w:w="1068" w:type="dxa"/>
            <w:vMerge/>
          </w:tcPr>
          <w:p w14:paraId="1CA9FB5D" w14:textId="77777777" w:rsidR="00497B11" w:rsidRPr="00293828" w:rsidRDefault="00497B11" w:rsidP="00293828">
            <w:pPr>
              <w:rPr>
                <w:rFonts w:ascii="Times New Roman" w:hAnsi="Times New Roman" w:cs="Times New Roman"/>
                <w:szCs w:val="21"/>
              </w:rPr>
            </w:pPr>
          </w:p>
        </w:tc>
        <w:tc>
          <w:tcPr>
            <w:tcW w:w="1068" w:type="dxa"/>
            <w:vMerge/>
          </w:tcPr>
          <w:p w14:paraId="401CDB07" w14:textId="77777777" w:rsidR="00497B11" w:rsidRPr="00293828" w:rsidRDefault="00497B11" w:rsidP="00293828">
            <w:pPr>
              <w:rPr>
                <w:rFonts w:ascii="Times New Roman" w:hAnsi="Times New Roman" w:cs="Times New Roman"/>
                <w:szCs w:val="21"/>
              </w:rPr>
            </w:pPr>
          </w:p>
        </w:tc>
      </w:tr>
      <w:tr w:rsidR="00497B11" w:rsidRPr="00293828" w14:paraId="2B4ACF0A" w14:textId="77777777" w:rsidTr="009D45BD">
        <w:tc>
          <w:tcPr>
            <w:tcW w:w="969" w:type="dxa"/>
            <w:vMerge w:val="restart"/>
            <w:vAlign w:val="center"/>
          </w:tcPr>
          <w:p w14:paraId="08DC7FB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13</w:t>
            </w:r>
          </w:p>
        </w:tc>
        <w:tc>
          <w:tcPr>
            <w:tcW w:w="1125" w:type="dxa"/>
            <w:vAlign w:val="center"/>
          </w:tcPr>
          <w:p w14:paraId="0E1B56A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188-&gt;206</w:t>
            </w:r>
          </w:p>
        </w:tc>
        <w:tc>
          <w:tcPr>
            <w:tcW w:w="1039" w:type="dxa"/>
            <w:vAlign w:val="center"/>
          </w:tcPr>
          <w:p w14:paraId="49D75A9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0.15363</w:t>
            </w:r>
          </w:p>
        </w:tc>
        <w:tc>
          <w:tcPr>
            <w:tcW w:w="1009" w:type="dxa"/>
            <w:vMerge w:val="restart"/>
            <w:vAlign w:val="center"/>
          </w:tcPr>
          <w:p w14:paraId="65BA651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6.6550</w:t>
            </w:r>
          </w:p>
        </w:tc>
        <w:tc>
          <w:tcPr>
            <w:tcW w:w="1009" w:type="dxa"/>
            <w:vMerge w:val="restart"/>
            <w:vAlign w:val="center"/>
          </w:tcPr>
          <w:p w14:paraId="3AC4D2D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186.30</w:t>
            </w:r>
          </w:p>
        </w:tc>
        <w:tc>
          <w:tcPr>
            <w:tcW w:w="1009" w:type="dxa"/>
            <w:vMerge w:val="restart"/>
            <w:vAlign w:val="center"/>
          </w:tcPr>
          <w:p w14:paraId="2BDA21E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0.0077</w:t>
            </w:r>
          </w:p>
        </w:tc>
        <w:tc>
          <w:tcPr>
            <w:tcW w:w="1068" w:type="dxa"/>
            <w:vMerge w:val="restart"/>
            <w:vAlign w:val="center"/>
          </w:tcPr>
          <w:p w14:paraId="6A538EE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-0.1409</w:t>
            </w:r>
          </w:p>
        </w:tc>
        <w:tc>
          <w:tcPr>
            <w:tcW w:w="1068" w:type="dxa"/>
            <w:vMerge w:val="restart"/>
            <w:vAlign w:val="center"/>
          </w:tcPr>
          <w:p w14:paraId="229E3B0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-0.1214</w:t>
            </w:r>
          </w:p>
        </w:tc>
      </w:tr>
      <w:tr w:rsidR="00497B11" w:rsidRPr="00293828" w14:paraId="6CDC2C1E" w14:textId="77777777" w:rsidTr="009D45BD">
        <w:tc>
          <w:tcPr>
            <w:tcW w:w="969" w:type="dxa"/>
            <w:vMerge/>
          </w:tcPr>
          <w:p w14:paraId="6FF56A27" w14:textId="77777777" w:rsidR="00497B11" w:rsidRPr="00293828" w:rsidRDefault="00497B11" w:rsidP="00293828">
            <w:pPr>
              <w:rPr>
                <w:rFonts w:ascii="Times New Roman" w:hAnsi="Times New Roman" w:cs="Times New Roman"/>
                <w:szCs w:val="21"/>
              </w:rPr>
            </w:pPr>
          </w:p>
        </w:tc>
        <w:tc>
          <w:tcPr>
            <w:tcW w:w="1125" w:type="dxa"/>
            <w:vAlign w:val="center"/>
          </w:tcPr>
          <w:p w14:paraId="34F64AD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189-&gt;206</w:t>
            </w:r>
          </w:p>
        </w:tc>
        <w:tc>
          <w:tcPr>
            <w:tcW w:w="1039" w:type="dxa"/>
            <w:vAlign w:val="center"/>
          </w:tcPr>
          <w:p w14:paraId="67A2BAF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0.28073</w:t>
            </w:r>
          </w:p>
        </w:tc>
        <w:tc>
          <w:tcPr>
            <w:tcW w:w="1009" w:type="dxa"/>
            <w:vMerge/>
          </w:tcPr>
          <w:p w14:paraId="68EB0518" w14:textId="77777777" w:rsidR="00497B11" w:rsidRPr="00293828" w:rsidRDefault="00497B11" w:rsidP="00293828">
            <w:pPr>
              <w:rPr>
                <w:rFonts w:ascii="Times New Roman" w:hAnsi="Times New Roman" w:cs="Times New Roman"/>
                <w:szCs w:val="21"/>
              </w:rPr>
            </w:pPr>
          </w:p>
        </w:tc>
        <w:tc>
          <w:tcPr>
            <w:tcW w:w="1009" w:type="dxa"/>
            <w:vMerge/>
          </w:tcPr>
          <w:p w14:paraId="1B2F5D7C" w14:textId="77777777" w:rsidR="00497B11" w:rsidRPr="00293828" w:rsidRDefault="00497B11" w:rsidP="00293828">
            <w:pPr>
              <w:rPr>
                <w:rFonts w:ascii="Times New Roman" w:hAnsi="Times New Roman" w:cs="Times New Roman"/>
                <w:szCs w:val="21"/>
              </w:rPr>
            </w:pPr>
          </w:p>
        </w:tc>
        <w:tc>
          <w:tcPr>
            <w:tcW w:w="1009" w:type="dxa"/>
            <w:vMerge/>
          </w:tcPr>
          <w:p w14:paraId="032229E1" w14:textId="77777777" w:rsidR="00497B11" w:rsidRPr="00293828" w:rsidRDefault="00497B11" w:rsidP="00293828">
            <w:pPr>
              <w:rPr>
                <w:rFonts w:ascii="Times New Roman" w:hAnsi="Times New Roman" w:cs="Times New Roman"/>
                <w:szCs w:val="21"/>
              </w:rPr>
            </w:pPr>
          </w:p>
        </w:tc>
        <w:tc>
          <w:tcPr>
            <w:tcW w:w="1068" w:type="dxa"/>
            <w:vMerge/>
          </w:tcPr>
          <w:p w14:paraId="50AD4952" w14:textId="77777777" w:rsidR="00497B11" w:rsidRPr="00293828" w:rsidRDefault="00497B11" w:rsidP="00293828">
            <w:pPr>
              <w:rPr>
                <w:rFonts w:ascii="Times New Roman" w:hAnsi="Times New Roman" w:cs="Times New Roman"/>
                <w:szCs w:val="21"/>
              </w:rPr>
            </w:pPr>
          </w:p>
        </w:tc>
        <w:tc>
          <w:tcPr>
            <w:tcW w:w="1068" w:type="dxa"/>
            <w:vMerge/>
          </w:tcPr>
          <w:p w14:paraId="22E2AB8E" w14:textId="77777777" w:rsidR="00497B11" w:rsidRPr="00293828" w:rsidRDefault="00497B11" w:rsidP="00293828">
            <w:pPr>
              <w:rPr>
                <w:rFonts w:ascii="Times New Roman" w:hAnsi="Times New Roman" w:cs="Times New Roman"/>
                <w:szCs w:val="21"/>
              </w:rPr>
            </w:pPr>
          </w:p>
        </w:tc>
      </w:tr>
      <w:tr w:rsidR="00497B11" w:rsidRPr="00293828" w14:paraId="4CBBB9FC" w14:textId="77777777" w:rsidTr="009D45BD">
        <w:tc>
          <w:tcPr>
            <w:tcW w:w="969" w:type="dxa"/>
            <w:vMerge/>
          </w:tcPr>
          <w:p w14:paraId="55956A51" w14:textId="77777777" w:rsidR="00497B11" w:rsidRPr="00293828" w:rsidRDefault="00497B11" w:rsidP="00293828">
            <w:pPr>
              <w:rPr>
                <w:rFonts w:ascii="Times New Roman" w:hAnsi="Times New Roman" w:cs="Times New Roman"/>
                <w:szCs w:val="21"/>
              </w:rPr>
            </w:pPr>
          </w:p>
        </w:tc>
        <w:tc>
          <w:tcPr>
            <w:tcW w:w="1125" w:type="dxa"/>
            <w:vAlign w:val="center"/>
          </w:tcPr>
          <w:p w14:paraId="601C832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191-&gt;206</w:t>
            </w:r>
          </w:p>
        </w:tc>
        <w:tc>
          <w:tcPr>
            <w:tcW w:w="1039" w:type="dxa"/>
            <w:vAlign w:val="center"/>
          </w:tcPr>
          <w:p w14:paraId="40E09EA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-0.14939</w:t>
            </w:r>
          </w:p>
        </w:tc>
        <w:tc>
          <w:tcPr>
            <w:tcW w:w="1009" w:type="dxa"/>
            <w:vMerge/>
          </w:tcPr>
          <w:p w14:paraId="04332F95" w14:textId="77777777" w:rsidR="00497B11" w:rsidRPr="00293828" w:rsidRDefault="00497B11" w:rsidP="00293828">
            <w:pPr>
              <w:rPr>
                <w:rFonts w:ascii="Times New Roman" w:hAnsi="Times New Roman" w:cs="Times New Roman"/>
                <w:szCs w:val="21"/>
              </w:rPr>
            </w:pPr>
          </w:p>
        </w:tc>
        <w:tc>
          <w:tcPr>
            <w:tcW w:w="1009" w:type="dxa"/>
            <w:vMerge/>
          </w:tcPr>
          <w:p w14:paraId="3AB52279" w14:textId="77777777" w:rsidR="00497B11" w:rsidRPr="00293828" w:rsidRDefault="00497B11" w:rsidP="00293828">
            <w:pPr>
              <w:rPr>
                <w:rFonts w:ascii="Times New Roman" w:hAnsi="Times New Roman" w:cs="Times New Roman"/>
                <w:szCs w:val="21"/>
              </w:rPr>
            </w:pPr>
          </w:p>
        </w:tc>
        <w:tc>
          <w:tcPr>
            <w:tcW w:w="1009" w:type="dxa"/>
            <w:vMerge/>
          </w:tcPr>
          <w:p w14:paraId="51F85067" w14:textId="77777777" w:rsidR="00497B11" w:rsidRPr="00293828" w:rsidRDefault="00497B11" w:rsidP="00293828">
            <w:pPr>
              <w:rPr>
                <w:rFonts w:ascii="Times New Roman" w:hAnsi="Times New Roman" w:cs="Times New Roman"/>
                <w:szCs w:val="21"/>
              </w:rPr>
            </w:pPr>
          </w:p>
        </w:tc>
        <w:tc>
          <w:tcPr>
            <w:tcW w:w="1068" w:type="dxa"/>
            <w:vMerge/>
          </w:tcPr>
          <w:p w14:paraId="3E314E18" w14:textId="77777777" w:rsidR="00497B11" w:rsidRPr="00293828" w:rsidRDefault="00497B11" w:rsidP="00293828">
            <w:pPr>
              <w:rPr>
                <w:rFonts w:ascii="Times New Roman" w:hAnsi="Times New Roman" w:cs="Times New Roman"/>
                <w:szCs w:val="21"/>
              </w:rPr>
            </w:pPr>
          </w:p>
        </w:tc>
        <w:tc>
          <w:tcPr>
            <w:tcW w:w="1068" w:type="dxa"/>
            <w:vMerge/>
          </w:tcPr>
          <w:p w14:paraId="048DBDEC" w14:textId="77777777" w:rsidR="00497B11" w:rsidRPr="00293828" w:rsidRDefault="00497B11" w:rsidP="00293828">
            <w:pPr>
              <w:rPr>
                <w:rFonts w:ascii="Times New Roman" w:hAnsi="Times New Roman" w:cs="Times New Roman"/>
                <w:szCs w:val="21"/>
              </w:rPr>
            </w:pPr>
          </w:p>
        </w:tc>
      </w:tr>
      <w:tr w:rsidR="00497B11" w:rsidRPr="00293828" w14:paraId="5F96EB9D" w14:textId="77777777" w:rsidTr="009D45BD">
        <w:tc>
          <w:tcPr>
            <w:tcW w:w="969" w:type="dxa"/>
            <w:vMerge/>
          </w:tcPr>
          <w:p w14:paraId="58DADBAD" w14:textId="77777777" w:rsidR="00497B11" w:rsidRPr="00293828" w:rsidRDefault="00497B11" w:rsidP="00293828">
            <w:pPr>
              <w:rPr>
                <w:rFonts w:ascii="Times New Roman" w:hAnsi="Times New Roman" w:cs="Times New Roman"/>
                <w:szCs w:val="21"/>
              </w:rPr>
            </w:pPr>
          </w:p>
        </w:tc>
        <w:tc>
          <w:tcPr>
            <w:tcW w:w="1125" w:type="dxa"/>
            <w:vAlign w:val="center"/>
          </w:tcPr>
          <w:p w14:paraId="5F2A619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195-&gt;206</w:t>
            </w:r>
          </w:p>
        </w:tc>
        <w:tc>
          <w:tcPr>
            <w:tcW w:w="1039" w:type="dxa"/>
            <w:vAlign w:val="center"/>
          </w:tcPr>
          <w:p w14:paraId="77EF1E0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0.29656</w:t>
            </w:r>
          </w:p>
        </w:tc>
        <w:tc>
          <w:tcPr>
            <w:tcW w:w="1009" w:type="dxa"/>
            <w:vMerge/>
          </w:tcPr>
          <w:p w14:paraId="2B6088AE" w14:textId="77777777" w:rsidR="00497B11" w:rsidRPr="00293828" w:rsidRDefault="00497B11" w:rsidP="00293828">
            <w:pPr>
              <w:rPr>
                <w:rFonts w:ascii="Times New Roman" w:hAnsi="Times New Roman" w:cs="Times New Roman"/>
                <w:szCs w:val="21"/>
              </w:rPr>
            </w:pPr>
          </w:p>
        </w:tc>
        <w:tc>
          <w:tcPr>
            <w:tcW w:w="1009" w:type="dxa"/>
            <w:vMerge/>
          </w:tcPr>
          <w:p w14:paraId="31683847" w14:textId="77777777" w:rsidR="00497B11" w:rsidRPr="00293828" w:rsidRDefault="00497B11" w:rsidP="00293828">
            <w:pPr>
              <w:rPr>
                <w:rFonts w:ascii="Times New Roman" w:hAnsi="Times New Roman" w:cs="Times New Roman"/>
                <w:szCs w:val="21"/>
              </w:rPr>
            </w:pPr>
          </w:p>
        </w:tc>
        <w:tc>
          <w:tcPr>
            <w:tcW w:w="1009" w:type="dxa"/>
            <w:vMerge/>
          </w:tcPr>
          <w:p w14:paraId="0643D70F" w14:textId="77777777" w:rsidR="00497B11" w:rsidRPr="00293828" w:rsidRDefault="00497B11" w:rsidP="00293828">
            <w:pPr>
              <w:rPr>
                <w:rFonts w:ascii="Times New Roman" w:hAnsi="Times New Roman" w:cs="Times New Roman"/>
                <w:szCs w:val="21"/>
              </w:rPr>
            </w:pPr>
          </w:p>
        </w:tc>
        <w:tc>
          <w:tcPr>
            <w:tcW w:w="1068" w:type="dxa"/>
            <w:vMerge/>
          </w:tcPr>
          <w:p w14:paraId="739E1710" w14:textId="77777777" w:rsidR="00497B11" w:rsidRPr="00293828" w:rsidRDefault="00497B11" w:rsidP="00293828">
            <w:pPr>
              <w:rPr>
                <w:rFonts w:ascii="Times New Roman" w:hAnsi="Times New Roman" w:cs="Times New Roman"/>
                <w:szCs w:val="21"/>
              </w:rPr>
            </w:pPr>
          </w:p>
        </w:tc>
        <w:tc>
          <w:tcPr>
            <w:tcW w:w="1068" w:type="dxa"/>
            <w:vMerge/>
          </w:tcPr>
          <w:p w14:paraId="12E7BEFF" w14:textId="77777777" w:rsidR="00497B11" w:rsidRPr="00293828" w:rsidRDefault="00497B11" w:rsidP="00293828">
            <w:pPr>
              <w:rPr>
                <w:rFonts w:ascii="Times New Roman" w:hAnsi="Times New Roman" w:cs="Times New Roman"/>
                <w:szCs w:val="21"/>
              </w:rPr>
            </w:pPr>
          </w:p>
        </w:tc>
      </w:tr>
      <w:tr w:rsidR="00497B11" w:rsidRPr="00293828" w14:paraId="6DDDDE4F" w14:textId="77777777" w:rsidTr="009D45BD">
        <w:tc>
          <w:tcPr>
            <w:tcW w:w="969" w:type="dxa"/>
            <w:vMerge/>
          </w:tcPr>
          <w:p w14:paraId="3BD9E1F8" w14:textId="77777777" w:rsidR="00497B11" w:rsidRPr="00293828" w:rsidRDefault="00497B11" w:rsidP="00293828">
            <w:pPr>
              <w:rPr>
                <w:rFonts w:ascii="Times New Roman" w:hAnsi="Times New Roman" w:cs="Times New Roman"/>
                <w:szCs w:val="21"/>
              </w:rPr>
            </w:pPr>
          </w:p>
        </w:tc>
        <w:tc>
          <w:tcPr>
            <w:tcW w:w="1125" w:type="dxa"/>
            <w:vAlign w:val="center"/>
          </w:tcPr>
          <w:p w14:paraId="30BEAB3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39" w:type="dxa"/>
            <w:vAlign w:val="center"/>
          </w:tcPr>
          <w:p w14:paraId="1DBAC80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-0.25847</w:t>
            </w:r>
          </w:p>
        </w:tc>
        <w:tc>
          <w:tcPr>
            <w:tcW w:w="1009" w:type="dxa"/>
            <w:vMerge/>
          </w:tcPr>
          <w:p w14:paraId="2197873C" w14:textId="77777777" w:rsidR="00497B11" w:rsidRPr="00293828" w:rsidRDefault="00497B11" w:rsidP="00293828">
            <w:pPr>
              <w:rPr>
                <w:rFonts w:ascii="Times New Roman" w:hAnsi="Times New Roman" w:cs="Times New Roman"/>
                <w:szCs w:val="21"/>
              </w:rPr>
            </w:pPr>
          </w:p>
        </w:tc>
        <w:tc>
          <w:tcPr>
            <w:tcW w:w="1009" w:type="dxa"/>
            <w:vMerge/>
          </w:tcPr>
          <w:p w14:paraId="4D2BDD77" w14:textId="77777777" w:rsidR="00497B11" w:rsidRPr="00293828" w:rsidRDefault="00497B11" w:rsidP="00293828">
            <w:pPr>
              <w:rPr>
                <w:rFonts w:ascii="Times New Roman" w:hAnsi="Times New Roman" w:cs="Times New Roman"/>
                <w:szCs w:val="21"/>
              </w:rPr>
            </w:pPr>
          </w:p>
        </w:tc>
        <w:tc>
          <w:tcPr>
            <w:tcW w:w="1009" w:type="dxa"/>
            <w:vMerge/>
          </w:tcPr>
          <w:p w14:paraId="26DC01D0" w14:textId="77777777" w:rsidR="00497B11" w:rsidRPr="00293828" w:rsidRDefault="00497B11" w:rsidP="00293828">
            <w:pPr>
              <w:rPr>
                <w:rFonts w:ascii="Times New Roman" w:hAnsi="Times New Roman" w:cs="Times New Roman"/>
                <w:szCs w:val="21"/>
              </w:rPr>
            </w:pPr>
          </w:p>
        </w:tc>
        <w:tc>
          <w:tcPr>
            <w:tcW w:w="1068" w:type="dxa"/>
            <w:vMerge/>
          </w:tcPr>
          <w:p w14:paraId="613E4B66" w14:textId="77777777" w:rsidR="00497B11" w:rsidRPr="00293828" w:rsidRDefault="00497B11" w:rsidP="00293828">
            <w:pPr>
              <w:rPr>
                <w:rFonts w:ascii="Times New Roman" w:hAnsi="Times New Roman" w:cs="Times New Roman"/>
                <w:szCs w:val="21"/>
              </w:rPr>
            </w:pPr>
          </w:p>
        </w:tc>
        <w:tc>
          <w:tcPr>
            <w:tcW w:w="1068" w:type="dxa"/>
            <w:vMerge/>
          </w:tcPr>
          <w:p w14:paraId="2DDF62CB" w14:textId="77777777" w:rsidR="00497B11" w:rsidRPr="00293828" w:rsidRDefault="00497B11" w:rsidP="00293828">
            <w:pPr>
              <w:rPr>
                <w:rFonts w:ascii="Times New Roman" w:hAnsi="Times New Roman" w:cs="Times New Roman"/>
                <w:szCs w:val="21"/>
              </w:rPr>
            </w:pPr>
          </w:p>
        </w:tc>
      </w:tr>
      <w:tr w:rsidR="00497B11" w:rsidRPr="00293828" w14:paraId="26B369EA" w14:textId="77777777" w:rsidTr="009D45BD">
        <w:tc>
          <w:tcPr>
            <w:tcW w:w="969" w:type="dxa"/>
            <w:vMerge/>
          </w:tcPr>
          <w:p w14:paraId="73A6715C" w14:textId="77777777" w:rsidR="00497B11" w:rsidRPr="00293828" w:rsidRDefault="00497B11" w:rsidP="00293828">
            <w:pPr>
              <w:rPr>
                <w:rFonts w:ascii="Times New Roman" w:hAnsi="Times New Roman" w:cs="Times New Roman"/>
                <w:szCs w:val="21"/>
              </w:rPr>
            </w:pPr>
          </w:p>
        </w:tc>
        <w:tc>
          <w:tcPr>
            <w:tcW w:w="1125" w:type="dxa"/>
            <w:vAlign w:val="center"/>
          </w:tcPr>
          <w:p w14:paraId="5357CF9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205-&gt;207</w:t>
            </w:r>
          </w:p>
        </w:tc>
        <w:tc>
          <w:tcPr>
            <w:tcW w:w="1039" w:type="dxa"/>
            <w:vAlign w:val="center"/>
          </w:tcPr>
          <w:p w14:paraId="6AC3560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0.18254</w:t>
            </w:r>
          </w:p>
        </w:tc>
        <w:tc>
          <w:tcPr>
            <w:tcW w:w="1009" w:type="dxa"/>
            <w:vMerge/>
          </w:tcPr>
          <w:p w14:paraId="62C82EA5" w14:textId="77777777" w:rsidR="00497B11" w:rsidRPr="00293828" w:rsidRDefault="00497B11" w:rsidP="00293828">
            <w:pPr>
              <w:rPr>
                <w:rFonts w:ascii="Times New Roman" w:hAnsi="Times New Roman" w:cs="Times New Roman"/>
                <w:szCs w:val="21"/>
              </w:rPr>
            </w:pPr>
          </w:p>
        </w:tc>
        <w:tc>
          <w:tcPr>
            <w:tcW w:w="1009" w:type="dxa"/>
            <w:vMerge/>
          </w:tcPr>
          <w:p w14:paraId="34B2638F" w14:textId="77777777" w:rsidR="00497B11" w:rsidRPr="00293828" w:rsidRDefault="00497B11" w:rsidP="00293828">
            <w:pPr>
              <w:rPr>
                <w:rFonts w:ascii="Times New Roman" w:hAnsi="Times New Roman" w:cs="Times New Roman"/>
                <w:szCs w:val="21"/>
              </w:rPr>
            </w:pPr>
          </w:p>
        </w:tc>
        <w:tc>
          <w:tcPr>
            <w:tcW w:w="1009" w:type="dxa"/>
            <w:vMerge/>
          </w:tcPr>
          <w:p w14:paraId="3AA222D7" w14:textId="77777777" w:rsidR="00497B11" w:rsidRPr="00293828" w:rsidRDefault="00497B11" w:rsidP="00293828">
            <w:pPr>
              <w:rPr>
                <w:rFonts w:ascii="Times New Roman" w:hAnsi="Times New Roman" w:cs="Times New Roman"/>
                <w:szCs w:val="21"/>
              </w:rPr>
            </w:pPr>
          </w:p>
        </w:tc>
        <w:tc>
          <w:tcPr>
            <w:tcW w:w="1068" w:type="dxa"/>
            <w:vMerge/>
          </w:tcPr>
          <w:p w14:paraId="791F6D4A" w14:textId="77777777" w:rsidR="00497B11" w:rsidRPr="00293828" w:rsidRDefault="00497B11" w:rsidP="00293828">
            <w:pPr>
              <w:rPr>
                <w:rFonts w:ascii="Times New Roman" w:hAnsi="Times New Roman" w:cs="Times New Roman"/>
                <w:szCs w:val="21"/>
              </w:rPr>
            </w:pPr>
          </w:p>
        </w:tc>
        <w:tc>
          <w:tcPr>
            <w:tcW w:w="1068" w:type="dxa"/>
            <w:vMerge/>
          </w:tcPr>
          <w:p w14:paraId="45B0B242" w14:textId="77777777" w:rsidR="00497B11" w:rsidRPr="00293828" w:rsidRDefault="00497B11" w:rsidP="00293828">
            <w:pPr>
              <w:rPr>
                <w:rFonts w:ascii="Times New Roman" w:hAnsi="Times New Roman" w:cs="Times New Roman"/>
                <w:szCs w:val="21"/>
              </w:rPr>
            </w:pPr>
          </w:p>
        </w:tc>
      </w:tr>
      <w:tr w:rsidR="00497B11" w:rsidRPr="00293828" w14:paraId="444F2630" w14:textId="77777777" w:rsidTr="009D45BD">
        <w:tc>
          <w:tcPr>
            <w:tcW w:w="969" w:type="dxa"/>
            <w:vMerge w:val="restart"/>
            <w:vAlign w:val="center"/>
          </w:tcPr>
          <w:p w14:paraId="4BF30AF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14</w:t>
            </w:r>
          </w:p>
        </w:tc>
        <w:tc>
          <w:tcPr>
            <w:tcW w:w="1125" w:type="dxa"/>
            <w:vAlign w:val="center"/>
          </w:tcPr>
          <w:p w14:paraId="45F8F1E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189-&gt;206</w:t>
            </w:r>
          </w:p>
        </w:tc>
        <w:tc>
          <w:tcPr>
            <w:tcW w:w="1039" w:type="dxa"/>
            <w:vAlign w:val="center"/>
          </w:tcPr>
          <w:p w14:paraId="7A65505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0.24654</w:t>
            </w:r>
          </w:p>
        </w:tc>
        <w:tc>
          <w:tcPr>
            <w:tcW w:w="1009" w:type="dxa"/>
            <w:vMerge w:val="restart"/>
            <w:vAlign w:val="center"/>
          </w:tcPr>
          <w:p w14:paraId="1BC8B5A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6.6922</w:t>
            </w:r>
          </w:p>
        </w:tc>
        <w:tc>
          <w:tcPr>
            <w:tcW w:w="1009" w:type="dxa"/>
            <w:vMerge w:val="restart"/>
            <w:vAlign w:val="center"/>
          </w:tcPr>
          <w:p w14:paraId="7DEDDEF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185.27</w:t>
            </w:r>
          </w:p>
        </w:tc>
        <w:tc>
          <w:tcPr>
            <w:tcW w:w="1009" w:type="dxa"/>
            <w:vMerge w:val="restart"/>
            <w:vAlign w:val="center"/>
          </w:tcPr>
          <w:p w14:paraId="298EDFD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0.0150</w:t>
            </w:r>
          </w:p>
        </w:tc>
        <w:tc>
          <w:tcPr>
            <w:tcW w:w="1068" w:type="dxa"/>
            <w:vMerge w:val="restart"/>
            <w:vAlign w:val="center"/>
          </w:tcPr>
          <w:p w14:paraId="692E847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-5.0525</w:t>
            </w:r>
          </w:p>
        </w:tc>
        <w:tc>
          <w:tcPr>
            <w:tcW w:w="1068" w:type="dxa"/>
            <w:vMerge w:val="restart"/>
            <w:vAlign w:val="center"/>
          </w:tcPr>
          <w:p w14:paraId="389B992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-5.0452</w:t>
            </w:r>
          </w:p>
        </w:tc>
      </w:tr>
      <w:tr w:rsidR="00497B11" w:rsidRPr="00293828" w14:paraId="0183586D" w14:textId="77777777" w:rsidTr="009D45BD">
        <w:tc>
          <w:tcPr>
            <w:tcW w:w="969" w:type="dxa"/>
            <w:vMerge/>
          </w:tcPr>
          <w:p w14:paraId="2B78E20B" w14:textId="77777777" w:rsidR="00497B11" w:rsidRPr="00293828" w:rsidRDefault="00497B11" w:rsidP="00293828">
            <w:pPr>
              <w:rPr>
                <w:rFonts w:ascii="Times New Roman" w:hAnsi="Times New Roman" w:cs="Times New Roman"/>
                <w:szCs w:val="21"/>
              </w:rPr>
            </w:pPr>
          </w:p>
        </w:tc>
        <w:tc>
          <w:tcPr>
            <w:tcW w:w="1125" w:type="dxa"/>
            <w:vAlign w:val="center"/>
          </w:tcPr>
          <w:p w14:paraId="57849B5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191-&gt;206</w:t>
            </w:r>
          </w:p>
        </w:tc>
        <w:tc>
          <w:tcPr>
            <w:tcW w:w="1039" w:type="dxa"/>
            <w:vAlign w:val="center"/>
          </w:tcPr>
          <w:p w14:paraId="1547F5D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-0.14696</w:t>
            </w:r>
          </w:p>
        </w:tc>
        <w:tc>
          <w:tcPr>
            <w:tcW w:w="1009" w:type="dxa"/>
            <w:vMerge/>
          </w:tcPr>
          <w:p w14:paraId="04AE99B7" w14:textId="77777777" w:rsidR="00497B11" w:rsidRPr="00293828" w:rsidRDefault="00497B11" w:rsidP="00293828">
            <w:pPr>
              <w:rPr>
                <w:rFonts w:ascii="Times New Roman" w:hAnsi="Times New Roman" w:cs="Times New Roman"/>
                <w:szCs w:val="21"/>
              </w:rPr>
            </w:pPr>
          </w:p>
        </w:tc>
        <w:tc>
          <w:tcPr>
            <w:tcW w:w="1009" w:type="dxa"/>
            <w:vMerge/>
          </w:tcPr>
          <w:p w14:paraId="394BB0D6" w14:textId="77777777" w:rsidR="00497B11" w:rsidRPr="00293828" w:rsidRDefault="00497B11" w:rsidP="00293828">
            <w:pPr>
              <w:rPr>
                <w:rFonts w:ascii="Times New Roman" w:hAnsi="Times New Roman" w:cs="Times New Roman"/>
                <w:szCs w:val="21"/>
              </w:rPr>
            </w:pPr>
          </w:p>
        </w:tc>
        <w:tc>
          <w:tcPr>
            <w:tcW w:w="1009" w:type="dxa"/>
            <w:vMerge/>
          </w:tcPr>
          <w:p w14:paraId="27CBD3CA" w14:textId="77777777" w:rsidR="00497B11" w:rsidRPr="00293828" w:rsidRDefault="00497B11" w:rsidP="00293828">
            <w:pPr>
              <w:rPr>
                <w:rFonts w:ascii="Times New Roman" w:hAnsi="Times New Roman" w:cs="Times New Roman"/>
                <w:szCs w:val="21"/>
              </w:rPr>
            </w:pPr>
          </w:p>
        </w:tc>
        <w:tc>
          <w:tcPr>
            <w:tcW w:w="1068" w:type="dxa"/>
            <w:vMerge/>
          </w:tcPr>
          <w:p w14:paraId="5188C240" w14:textId="77777777" w:rsidR="00497B11" w:rsidRPr="00293828" w:rsidRDefault="00497B11" w:rsidP="00293828">
            <w:pPr>
              <w:rPr>
                <w:rFonts w:ascii="Times New Roman" w:hAnsi="Times New Roman" w:cs="Times New Roman"/>
                <w:szCs w:val="21"/>
              </w:rPr>
            </w:pPr>
          </w:p>
        </w:tc>
        <w:tc>
          <w:tcPr>
            <w:tcW w:w="1068" w:type="dxa"/>
            <w:vMerge/>
          </w:tcPr>
          <w:p w14:paraId="0690F13D" w14:textId="77777777" w:rsidR="00497B11" w:rsidRPr="00293828" w:rsidRDefault="00497B11" w:rsidP="00293828">
            <w:pPr>
              <w:rPr>
                <w:rFonts w:ascii="Times New Roman" w:hAnsi="Times New Roman" w:cs="Times New Roman"/>
                <w:szCs w:val="21"/>
              </w:rPr>
            </w:pPr>
          </w:p>
        </w:tc>
      </w:tr>
      <w:tr w:rsidR="00497B11" w:rsidRPr="00293828" w14:paraId="39885D9C" w14:textId="77777777" w:rsidTr="009D45BD">
        <w:tc>
          <w:tcPr>
            <w:tcW w:w="969" w:type="dxa"/>
            <w:vMerge/>
          </w:tcPr>
          <w:p w14:paraId="26E407F8" w14:textId="77777777" w:rsidR="00497B11" w:rsidRPr="00293828" w:rsidRDefault="00497B11" w:rsidP="00293828">
            <w:pPr>
              <w:rPr>
                <w:rFonts w:ascii="Times New Roman" w:hAnsi="Times New Roman" w:cs="Times New Roman"/>
                <w:szCs w:val="21"/>
              </w:rPr>
            </w:pPr>
          </w:p>
        </w:tc>
        <w:tc>
          <w:tcPr>
            <w:tcW w:w="1125" w:type="dxa"/>
            <w:vAlign w:val="center"/>
          </w:tcPr>
          <w:p w14:paraId="15127BA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192-&gt;206</w:t>
            </w:r>
          </w:p>
        </w:tc>
        <w:tc>
          <w:tcPr>
            <w:tcW w:w="1039" w:type="dxa"/>
            <w:vAlign w:val="center"/>
          </w:tcPr>
          <w:p w14:paraId="011F853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0.23604</w:t>
            </w:r>
          </w:p>
        </w:tc>
        <w:tc>
          <w:tcPr>
            <w:tcW w:w="1009" w:type="dxa"/>
            <w:vMerge/>
          </w:tcPr>
          <w:p w14:paraId="314727C7" w14:textId="77777777" w:rsidR="00497B11" w:rsidRPr="00293828" w:rsidRDefault="00497B11" w:rsidP="00293828">
            <w:pPr>
              <w:rPr>
                <w:rFonts w:ascii="Times New Roman" w:hAnsi="Times New Roman" w:cs="Times New Roman"/>
                <w:szCs w:val="21"/>
              </w:rPr>
            </w:pPr>
          </w:p>
        </w:tc>
        <w:tc>
          <w:tcPr>
            <w:tcW w:w="1009" w:type="dxa"/>
            <w:vMerge/>
          </w:tcPr>
          <w:p w14:paraId="11CDB861" w14:textId="77777777" w:rsidR="00497B11" w:rsidRPr="00293828" w:rsidRDefault="00497B11" w:rsidP="00293828">
            <w:pPr>
              <w:rPr>
                <w:rFonts w:ascii="Times New Roman" w:hAnsi="Times New Roman" w:cs="Times New Roman"/>
                <w:szCs w:val="21"/>
              </w:rPr>
            </w:pPr>
          </w:p>
        </w:tc>
        <w:tc>
          <w:tcPr>
            <w:tcW w:w="1009" w:type="dxa"/>
            <w:vMerge/>
          </w:tcPr>
          <w:p w14:paraId="1C27159E" w14:textId="77777777" w:rsidR="00497B11" w:rsidRPr="00293828" w:rsidRDefault="00497B11" w:rsidP="00293828">
            <w:pPr>
              <w:rPr>
                <w:rFonts w:ascii="Times New Roman" w:hAnsi="Times New Roman" w:cs="Times New Roman"/>
                <w:szCs w:val="21"/>
              </w:rPr>
            </w:pPr>
          </w:p>
        </w:tc>
        <w:tc>
          <w:tcPr>
            <w:tcW w:w="1068" w:type="dxa"/>
            <w:vMerge/>
          </w:tcPr>
          <w:p w14:paraId="2275009A" w14:textId="77777777" w:rsidR="00497B11" w:rsidRPr="00293828" w:rsidRDefault="00497B11" w:rsidP="00293828">
            <w:pPr>
              <w:rPr>
                <w:rFonts w:ascii="Times New Roman" w:hAnsi="Times New Roman" w:cs="Times New Roman"/>
                <w:szCs w:val="21"/>
              </w:rPr>
            </w:pPr>
          </w:p>
        </w:tc>
        <w:tc>
          <w:tcPr>
            <w:tcW w:w="1068" w:type="dxa"/>
            <w:vMerge/>
          </w:tcPr>
          <w:p w14:paraId="7DA4E23E" w14:textId="77777777" w:rsidR="00497B11" w:rsidRPr="00293828" w:rsidRDefault="00497B11" w:rsidP="00293828">
            <w:pPr>
              <w:rPr>
                <w:rFonts w:ascii="Times New Roman" w:hAnsi="Times New Roman" w:cs="Times New Roman"/>
                <w:szCs w:val="21"/>
              </w:rPr>
            </w:pPr>
          </w:p>
        </w:tc>
      </w:tr>
      <w:tr w:rsidR="00497B11" w:rsidRPr="00293828" w14:paraId="3C75F247" w14:textId="77777777" w:rsidTr="009D45BD">
        <w:tc>
          <w:tcPr>
            <w:tcW w:w="969" w:type="dxa"/>
            <w:vMerge/>
          </w:tcPr>
          <w:p w14:paraId="3F7BF187" w14:textId="77777777" w:rsidR="00497B11" w:rsidRPr="00293828" w:rsidRDefault="00497B11" w:rsidP="00293828">
            <w:pPr>
              <w:rPr>
                <w:rFonts w:ascii="Times New Roman" w:hAnsi="Times New Roman" w:cs="Times New Roman"/>
                <w:szCs w:val="21"/>
              </w:rPr>
            </w:pPr>
          </w:p>
        </w:tc>
        <w:tc>
          <w:tcPr>
            <w:tcW w:w="1125" w:type="dxa"/>
            <w:vAlign w:val="center"/>
          </w:tcPr>
          <w:p w14:paraId="10EDA94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193-&gt;206</w:t>
            </w:r>
          </w:p>
        </w:tc>
        <w:tc>
          <w:tcPr>
            <w:tcW w:w="1039" w:type="dxa"/>
            <w:vAlign w:val="center"/>
          </w:tcPr>
          <w:p w14:paraId="0884BFF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0.20588</w:t>
            </w:r>
          </w:p>
        </w:tc>
        <w:tc>
          <w:tcPr>
            <w:tcW w:w="1009" w:type="dxa"/>
            <w:vMerge/>
          </w:tcPr>
          <w:p w14:paraId="67C5747E" w14:textId="77777777" w:rsidR="00497B11" w:rsidRPr="00293828" w:rsidRDefault="00497B11" w:rsidP="00293828">
            <w:pPr>
              <w:rPr>
                <w:rFonts w:ascii="Times New Roman" w:hAnsi="Times New Roman" w:cs="Times New Roman"/>
                <w:szCs w:val="21"/>
              </w:rPr>
            </w:pPr>
          </w:p>
        </w:tc>
        <w:tc>
          <w:tcPr>
            <w:tcW w:w="1009" w:type="dxa"/>
            <w:vMerge/>
          </w:tcPr>
          <w:p w14:paraId="1D12F917" w14:textId="77777777" w:rsidR="00497B11" w:rsidRPr="00293828" w:rsidRDefault="00497B11" w:rsidP="00293828">
            <w:pPr>
              <w:rPr>
                <w:rFonts w:ascii="Times New Roman" w:hAnsi="Times New Roman" w:cs="Times New Roman"/>
                <w:szCs w:val="21"/>
              </w:rPr>
            </w:pPr>
          </w:p>
        </w:tc>
        <w:tc>
          <w:tcPr>
            <w:tcW w:w="1009" w:type="dxa"/>
            <w:vMerge/>
          </w:tcPr>
          <w:p w14:paraId="7BEAAFBC" w14:textId="77777777" w:rsidR="00497B11" w:rsidRPr="00293828" w:rsidRDefault="00497B11" w:rsidP="00293828">
            <w:pPr>
              <w:rPr>
                <w:rFonts w:ascii="Times New Roman" w:hAnsi="Times New Roman" w:cs="Times New Roman"/>
                <w:szCs w:val="21"/>
              </w:rPr>
            </w:pPr>
          </w:p>
        </w:tc>
        <w:tc>
          <w:tcPr>
            <w:tcW w:w="1068" w:type="dxa"/>
            <w:vMerge/>
          </w:tcPr>
          <w:p w14:paraId="7564AAF7" w14:textId="77777777" w:rsidR="00497B11" w:rsidRPr="00293828" w:rsidRDefault="00497B11" w:rsidP="00293828">
            <w:pPr>
              <w:rPr>
                <w:rFonts w:ascii="Times New Roman" w:hAnsi="Times New Roman" w:cs="Times New Roman"/>
                <w:szCs w:val="21"/>
              </w:rPr>
            </w:pPr>
          </w:p>
        </w:tc>
        <w:tc>
          <w:tcPr>
            <w:tcW w:w="1068" w:type="dxa"/>
            <w:vMerge/>
          </w:tcPr>
          <w:p w14:paraId="31FFC6AF" w14:textId="77777777" w:rsidR="00497B11" w:rsidRPr="00293828" w:rsidRDefault="00497B11" w:rsidP="00293828">
            <w:pPr>
              <w:rPr>
                <w:rFonts w:ascii="Times New Roman" w:hAnsi="Times New Roman" w:cs="Times New Roman"/>
                <w:szCs w:val="21"/>
              </w:rPr>
            </w:pPr>
          </w:p>
        </w:tc>
      </w:tr>
      <w:tr w:rsidR="00497B11" w:rsidRPr="00293828" w14:paraId="32329D67" w14:textId="77777777" w:rsidTr="009D45BD">
        <w:tc>
          <w:tcPr>
            <w:tcW w:w="969" w:type="dxa"/>
            <w:vMerge/>
          </w:tcPr>
          <w:p w14:paraId="13DC6B4E" w14:textId="77777777" w:rsidR="00497B11" w:rsidRPr="00293828" w:rsidRDefault="00497B11" w:rsidP="00293828">
            <w:pPr>
              <w:rPr>
                <w:rFonts w:ascii="Times New Roman" w:hAnsi="Times New Roman" w:cs="Times New Roman"/>
                <w:szCs w:val="21"/>
              </w:rPr>
            </w:pPr>
          </w:p>
        </w:tc>
        <w:tc>
          <w:tcPr>
            <w:tcW w:w="1125" w:type="dxa"/>
            <w:vAlign w:val="center"/>
          </w:tcPr>
          <w:p w14:paraId="0A0D5D3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194-&gt;206</w:t>
            </w:r>
          </w:p>
        </w:tc>
        <w:tc>
          <w:tcPr>
            <w:tcW w:w="1039" w:type="dxa"/>
            <w:vAlign w:val="center"/>
          </w:tcPr>
          <w:p w14:paraId="3DBCC9B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-0.15302</w:t>
            </w:r>
          </w:p>
        </w:tc>
        <w:tc>
          <w:tcPr>
            <w:tcW w:w="1009" w:type="dxa"/>
            <w:vMerge/>
          </w:tcPr>
          <w:p w14:paraId="0E932BB4" w14:textId="77777777" w:rsidR="00497B11" w:rsidRPr="00293828" w:rsidRDefault="00497B11" w:rsidP="00293828">
            <w:pPr>
              <w:rPr>
                <w:rFonts w:ascii="Times New Roman" w:hAnsi="Times New Roman" w:cs="Times New Roman"/>
                <w:szCs w:val="21"/>
              </w:rPr>
            </w:pPr>
          </w:p>
        </w:tc>
        <w:tc>
          <w:tcPr>
            <w:tcW w:w="1009" w:type="dxa"/>
            <w:vMerge/>
          </w:tcPr>
          <w:p w14:paraId="3F005109" w14:textId="77777777" w:rsidR="00497B11" w:rsidRPr="00293828" w:rsidRDefault="00497B11" w:rsidP="00293828">
            <w:pPr>
              <w:rPr>
                <w:rFonts w:ascii="Times New Roman" w:hAnsi="Times New Roman" w:cs="Times New Roman"/>
                <w:szCs w:val="21"/>
              </w:rPr>
            </w:pPr>
          </w:p>
        </w:tc>
        <w:tc>
          <w:tcPr>
            <w:tcW w:w="1009" w:type="dxa"/>
            <w:vMerge/>
          </w:tcPr>
          <w:p w14:paraId="0A31AC67" w14:textId="77777777" w:rsidR="00497B11" w:rsidRPr="00293828" w:rsidRDefault="00497B11" w:rsidP="00293828">
            <w:pPr>
              <w:rPr>
                <w:rFonts w:ascii="Times New Roman" w:hAnsi="Times New Roman" w:cs="Times New Roman"/>
                <w:szCs w:val="21"/>
              </w:rPr>
            </w:pPr>
          </w:p>
        </w:tc>
        <w:tc>
          <w:tcPr>
            <w:tcW w:w="1068" w:type="dxa"/>
            <w:vMerge/>
          </w:tcPr>
          <w:p w14:paraId="2EAF8EA3" w14:textId="77777777" w:rsidR="00497B11" w:rsidRPr="00293828" w:rsidRDefault="00497B11" w:rsidP="00293828">
            <w:pPr>
              <w:rPr>
                <w:rFonts w:ascii="Times New Roman" w:hAnsi="Times New Roman" w:cs="Times New Roman"/>
                <w:szCs w:val="21"/>
              </w:rPr>
            </w:pPr>
          </w:p>
        </w:tc>
        <w:tc>
          <w:tcPr>
            <w:tcW w:w="1068" w:type="dxa"/>
            <w:vMerge/>
          </w:tcPr>
          <w:p w14:paraId="1FFFC4EE" w14:textId="77777777" w:rsidR="00497B11" w:rsidRPr="00293828" w:rsidRDefault="00497B11" w:rsidP="00293828">
            <w:pPr>
              <w:rPr>
                <w:rFonts w:ascii="Times New Roman" w:hAnsi="Times New Roman" w:cs="Times New Roman"/>
                <w:szCs w:val="21"/>
              </w:rPr>
            </w:pPr>
          </w:p>
        </w:tc>
      </w:tr>
      <w:tr w:rsidR="00497B11" w:rsidRPr="00293828" w14:paraId="4F234B9A" w14:textId="77777777" w:rsidTr="009D45BD">
        <w:tc>
          <w:tcPr>
            <w:tcW w:w="969" w:type="dxa"/>
            <w:vMerge/>
          </w:tcPr>
          <w:p w14:paraId="5ACD4212" w14:textId="77777777" w:rsidR="00497B11" w:rsidRPr="00293828" w:rsidRDefault="00497B11" w:rsidP="00293828">
            <w:pPr>
              <w:rPr>
                <w:rFonts w:ascii="Times New Roman" w:hAnsi="Times New Roman" w:cs="Times New Roman"/>
                <w:szCs w:val="21"/>
              </w:rPr>
            </w:pPr>
          </w:p>
        </w:tc>
        <w:tc>
          <w:tcPr>
            <w:tcW w:w="1125" w:type="dxa"/>
            <w:vAlign w:val="center"/>
          </w:tcPr>
          <w:p w14:paraId="0F6C9B9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195-&gt;206</w:t>
            </w:r>
          </w:p>
        </w:tc>
        <w:tc>
          <w:tcPr>
            <w:tcW w:w="1039" w:type="dxa"/>
            <w:vAlign w:val="center"/>
          </w:tcPr>
          <w:p w14:paraId="5499844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-0.2115</w:t>
            </w:r>
          </w:p>
        </w:tc>
        <w:tc>
          <w:tcPr>
            <w:tcW w:w="1009" w:type="dxa"/>
            <w:vMerge/>
          </w:tcPr>
          <w:p w14:paraId="2075BB18" w14:textId="77777777" w:rsidR="00497B11" w:rsidRPr="00293828" w:rsidRDefault="00497B11" w:rsidP="00293828">
            <w:pPr>
              <w:rPr>
                <w:rFonts w:ascii="Times New Roman" w:hAnsi="Times New Roman" w:cs="Times New Roman"/>
                <w:szCs w:val="21"/>
              </w:rPr>
            </w:pPr>
          </w:p>
        </w:tc>
        <w:tc>
          <w:tcPr>
            <w:tcW w:w="1009" w:type="dxa"/>
            <w:vMerge/>
          </w:tcPr>
          <w:p w14:paraId="5F974CE0" w14:textId="77777777" w:rsidR="00497B11" w:rsidRPr="00293828" w:rsidRDefault="00497B11" w:rsidP="00293828">
            <w:pPr>
              <w:rPr>
                <w:rFonts w:ascii="Times New Roman" w:hAnsi="Times New Roman" w:cs="Times New Roman"/>
                <w:szCs w:val="21"/>
              </w:rPr>
            </w:pPr>
          </w:p>
        </w:tc>
        <w:tc>
          <w:tcPr>
            <w:tcW w:w="1009" w:type="dxa"/>
            <w:vMerge/>
          </w:tcPr>
          <w:p w14:paraId="4A6D2051" w14:textId="77777777" w:rsidR="00497B11" w:rsidRPr="00293828" w:rsidRDefault="00497B11" w:rsidP="00293828">
            <w:pPr>
              <w:rPr>
                <w:rFonts w:ascii="Times New Roman" w:hAnsi="Times New Roman" w:cs="Times New Roman"/>
                <w:szCs w:val="21"/>
              </w:rPr>
            </w:pPr>
          </w:p>
        </w:tc>
        <w:tc>
          <w:tcPr>
            <w:tcW w:w="1068" w:type="dxa"/>
            <w:vMerge/>
          </w:tcPr>
          <w:p w14:paraId="577D8F54" w14:textId="77777777" w:rsidR="00497B11" w:rsidRPr="00293828" w:rsidRDefault="00497B11" w:rsidP="00293828">
            <w:pPr>
              <w:rPr>
                <w:rFonts w:ascii="Times New Roman" w:hAnsi="Times New Roman" w:cs="Times New Roman"/>
                <w:szCs w:val="21"/>
              </w:rPr>
            </w:pPr>
          </w:p>
        </w:tc>
        <w:tc>
          <w:tcPr>
            <w:tcW w:w="1068" w:type="dxa"/>
            <w:vMerge/>
          </w:tcPr>
          <w:p w14:paraId="06F0636F" w14:textId="77777777" w:rsidR="00497B11" w:rsidRPr="00293828" w:rsidRDefault="00497B11" w:rsidP="00293828">
            <w:pPr>
              <w:rPr>
                <w:rFonts w:ascii="Times New Roman" w:hAnsi="Times New Roman" w:cs="Times New Roman"/>
                <w:szCs w:val="21"/>
              </w:rPr>
            </w:pPr>
          </w:p>
        </w:tc>
      </w:tr>
      <w:tr w:rsidR="00497B11" w:rsidRPr="00293828" w14:paraId="15C6C52B" w14:textId="77777777" w:rsidTr="009D45BD">
        <w:tc>
          <w:tcPr>
            <w:tcW w:w="969" w:type="dxa"/>
            <w:vMerge/>
          </w:tcPr>
          <w:p w14:paraId="18182837" w14:textId="77777777" w:rsidR="00497B11" w:rsidRPr="00293828" w:rsidRDefault="00497B11" w:rsidP="00293828">
            <w:pPr>
              <w:rPr>
                <w:rFonts w:ascii="Times New Roman" w:hAnsi="Times New Roman" w:cs="Times New Roman"/>
                <w:szCs w:val="21"/>
              </w:rPr>
            </w:pPr>
          </w:p>
        </w:tc>
        <w:tc>
          <w:tcPr>
            <w:tcW w:w="1125" w:type="dxa"/>
            <w:vAlign w:val="center"/>
          </w:tcPr>
          <w:p w14:paraId="71CB949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199-&gt;206</w:t>
            </w:r>
          </w:p>
        </w:tc>
        <w:tc>
          <w:tcPr>
            <w:tcW w:w="1039" w:type="dxa"/>
            <w:vAlign w:val="center"/>
          </w:tcPr>
          <w:p w14:paraId="2A0FE05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-0.1725</w:t>
            </w:r>
          </w:p>
        </w:tc>
        <w:tc>
          <w:tcPr>
            <w:tcW w:w="1009" w:type="dxa"/>
            <w:vMerge/>
          </w:tcPr>
          <w:p w14:paraId="3E1F0728" w14:textId="77777777" w:rsidR="00497B11" w:rsidRPr="00293828" w:rsidRDefault="00497B11" w:rsidP="00293828">
            <w:pPr>
              <w:rPr>
                <w:rFonts w:ascii="Times New Roman" w:hAnsi="Times New Roman" w:cs="Times New Roman"/>
                <w:szCs w:val="21"/>
              </w:rPr>
            </w:pPr>
          </w:p>
        </w:tc>
        <w:tc>
          <w:tcPr>
            <w:tcW w:w="1009" w:type="dxa"/>
            <w:vMerge/>
          </w:tcPr>
          <w:p w14:paraId="47626C49" w14:textId="77777777" w:rsidR="00497B11" w:rsidRPr="00293828" w:rsidRDefault="00497B11" w:rsidP="00293828">
            <w:pPr>
              <w:rPr>
                <w:rFonts w:ascii="Times New Roman" w:hAnsi="Times New Roman" w:cs="Times New Roman"/>
                <w:szCs w:val="21"/>
              </w:rPr>
            </w:pPr>
          </w:p>
        </w:tc>
        <w:tc>
          <w:tcPr>
            <w:tcW w:w="1009" w:type="dxa"/>
            <w:vMerge/>
          </w:tcPr>
          <w:p w14:paraId="25E115CC" w14:textId="77777777" w:rsidR="00497B11" w:rsidRPr="00293828" w:rsidRDefault="00497B11" w:rsidP="00293828">
            <w:pPr>
              <w:rPr>
                <w:rFonts w:ascii="Times New Roman" w:hAnsi="Times New Roman" w:cs="Times New Roman"/>
                <w:szCs w:val="21"/>
              </w:rPr>
            </w:pPr>
          </w:p>
        </w:tc>
        <w:tc>
          <w:tcPr>
            <w:tcW w:w="1068" w:type="dxa"/>
            <w:vMerge/>
          </w:tcPr>
          <w:p w14:paraId="470DEE74" w14:textId="77777777" w:rsidR="00497B11" w:rsidRPr="00293828" w:rsidRDefault="00497B11" w:rsidP="00293828">
            <w:pPr>
              <w:rPr>
                <w:rFonts w:ascii="Times New Roman" w:hAnsi="Times New Roman" w:cs="Times New Roman"/>
                <w:szCs w:val="21"/>
              </w:rPr>
            </w:pPr>
          </w:p>
        </w:tc>
        <w:tc>
          <w:tcPr>
            <w:tcW w:w="1068" w:type="dxa"/>
            <w:vMerge/>
          </w:tcPr>
          <w:p w14:paraId="7C81AC95" w14:textId="77777777" w:rsidR="00497B11" w:rsidRPr="00293828" w:rsidRDefault="00497B11" w:rsidP="00293828">
            <w:pPr>
              <w:rPr>
                <w:rFonts w:ascii="Times New Roman" w:hAnsi="Times New Roman" w:cs="Times New Roman"/>
                <w:szCs w:val="21"/>
              </w:rPr>
            </w:pPr>
          </w:p>
        </w:tc>
      </w:tr>
      <w:tr w:rsidR="00497B11" w:rsidRPr="00293828" w14:paraId="4E174EF0" w14:textId="77777777" w:rsidTr="009D45BD">
        <w:tc>
          <w:tcPr>
            <w:tcW w:w="969" w:type="dxa"/>
            <w:vMerge/>
          </w:tcPr>
          <w:p w14:paraId="0586D1F9" w14:textId="77777777" w:rsidR="00497B11" w:rsidRPr="00293828" w:rsidRDefault="00497B11" w:rsidP="00293828">
            <w:pPr>
              <w:rPr>
                <w:rFonts w:ascii="Times New Roman" w:hAnsi="Times New Roman" w:cs="Times New Roman"/>
                <w:szCs w:val="21"/>
              </w:rPr>
            </w:pPr>
          </w:p>
        </w:tc>
        <w:tc>
          <w:tcPr>
            <w:tcW w:w="1125" w:type="dxa"/>
            <w:vAlign w:val="center"/>
          </w:tcPr>
          <w:p w14:paraId="2031FEA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199-&gt;207</w:t>
            </w:r>
          </w:p>
        </w:tc>
        <w:tc>
          <w:tcPr>
            <w:tcW w:w="1039" w:type="dxa"/>
            <w:vAlign w:val="center"/>
          </w:tcPr>
          <w:p w14:paraId="3902DAD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-0.16023</w:t>
            </w:r>
          </w:p>
        </w:tc>
        <w:tc>
          <w:tcPr>
            <w:tcW w:w="1009" w:type="dxa"/>
            <w:vMerge/>
          </w:tcPr>
          <w:p w14:paraId="3D91DD85" w14:textId="77777777" w:rsidR="00497B11" w:rsidRPr="00293828" w:rsidRDefault="00497B11" w:rsidP="00293828">
            <w:pPr>
              <w:rPr>
                <w:rFonts w:ascii="Times New Roman" w:hAnsi="Times New Roman" w:cs="Times New Roman"/>
                <w:szCs w:val="21"/>
              </w:rPr>
            </w:pPr>
          </w:p>
        </w:tc>
        <w:tc>
          <w:tcPr>
            <w:tcW w:w="1009" w:type="dxa"/>
            <w:vMerge/>
          </w:tcPr>
          <w:p w14:paraId="1FEBFD60" w14:textId="77777777" w:rsidR="00497B11" w:rsidRPr="00293828" w:rsidRDefault="00497B11" w:rsidP="00293828">
            <w:pPr>
              <w:rPr>
                <w:rFonts w:ascii="Times New Roman" w:hAnsi="Times New Roman" w:cs="Times New Roman"/>
                <w:szCs w:val="21"/>
              </w:rPr>
            </w:pPr>
          </w:p>
        </w:tc>
        <w:tc>
          <w:tcPr>
            <w:tcW w:w="1009" w:type="dxa"/>
            <w:vMerge/>
          </w:tcPr>
          <w:p w14:paraId="3B641F59" w14:textId="77777777" w:rsidR="00497B11" w:rsidRPr="00293828" w:rsidRDefault="00497B11" w:rsidP="00293828">
            <w:pPr>
              <w:rPr>
                <w:rFonts w:ascii="Times New Roman" w:hAnsi="Times New Roman" w:cs="Times New Roman"/>
                <w:szCs w:val="21"/>
              </w:rPr>
            </w:pPr>
          </w:p>
        </w:tc>
        <w:tc>
          <w:tcPr>
            <w:tcW w:w="1068" w:type="dxa"/>
            <w:vMerge/>
          </w:tcPr>
          <w:p w14:paraId="0B135A26" w14:textId="77777777" w:rsidR="00497B11" w:rsidRPr="00293828" w:rsidRDefault="00497B11" w:rsidP="00293828">
            <w:pPr>
              <w:rPr>
                <w:rFonts w:ascii="Times New Roman" w:hAnsi="Times New Roman" w:cs="Times New Roman"/>
                <w:szCs w:val="21"/>
              </w:rPr>
            </w:pPr>
          </w:p>
        </w:tc>
        <w:tc>
          <w:tcPr>
            <w:tcW w:w="1068" w:type="dxa"/>
            <w:vMerge/>
          </w:tcPr>
          <w:p w14:paraId="00761BDB" w14:textId="77777777" w:rsidR="00497B11" w:rsidRPr="00293828" w:rsidRDefault="00497B11" w:rsidP="00293828">
            <w:pPr>
              <w:rPr>
                <w:rFonts w:ascii="Times New Roman" w:hAnsi="Times New Roman" w:cs="Times New Roman"/>
                <w:szCs w:val="21"/>
              </w:rPr>
            </w:pPr>
          </w:p>
        </w:tc>
      </w:tr>
      <w:tr w:rsidR="00497B11" w:rsidRPr="00293828" w14:paraId="62168131" w14:textId="77777777" w:rsidTr="009D45BD">
        <w:tc>
          <w:tcPr>
            <w:tcW w:w="969" w:type="dxa"/>
            <w:vMerge/>
          </w:tcPr>
          <w:p w14:paraId="6F3C37BC" w14:textId="77777777" w:rsidR="00497B11" w:rsidRPr="00293828" w:rsidRDefault="00497B11" w:rsidP="00293828">
            <w:pPr>
              <w:rPr>
                <w:rFonts w:ascii="Times New Roman" w:hAnsi="Times New Roman" w:cs="Times New Roman"/>
                <w:szCs w:val="21"/>
              </w:rPr>
            </w:pPr>
          </w:p>
        </w:tc>
        <w:tc>
          <w:tcPr>
            <w:tcW w:w="1125" w:type="dxa"/>
            <w:vAlign w:val="center"/>
          </w:tcPr>
          <w:p w14:paraId="743317D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204-&gt;206</w:t>
            </w:r>
          </w:p>
        </w:tc>
        <w:tc>
          <w:tcPr>
            <w:tcW w:w="1039" w:type="dxa"/>
            <w:vAlign w:val="center"/>
          </w:tcPr>
          <w:p w14:paraId="672666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-0.16431</w:t>
            </w:r>
          </w:p>
        </w:tc>
        <w:tc>
          <w:tcPr>
            <w:tcW w:w="1009" w:type="dxa"/>
            <w:vMerge/>
          </w:tcPr>
          <w:p w14:paraId="47315D0B" w14:textId="77777777" w:rsidR="00497B11" w:rsidRPr="00293828" w:rsidRDefault="00497B11" w:rsidP="00293828">
            <w:pPr>
              <w:rPr>
                <w:rFonts w:ascii="Times New Roman" w:hAnsi="Times New Roman" w:cs="Times New Roman"/>
                <w:szCs w:val="21"/>
              </w:rPr>
            </w:pPr>
          </w:p>
        </w:tc>
        <w:tc>
          <w:tcPr>
            <w:tcW w:w="1009" w:type="dxa"/>
            <w:vMerge/>
          </w:tcPr>
          <w:p w14:paraId="4BCB3A60" w14:textId="77777777" w:rsidR="00497B11" w:rsidRPr="00293828" w:rsidRDefault="00497B11" w:rsidP="00293828">
            <w:pPr>
              <w:rPr>
                <w:rFonts w:ascii="Times New Roman" w:hAnsi="Times New Roman" w:cs="Times New Roman"/>
                <w:szCs w:val="21"/>
              </w:rPr>
            </w:pPr>
          </w:p>
        </w:tc>
        <w:tc>
          <w:tcPr>
            <w:tcW w:w="1009" w:type="dxa"/>
            <w:vMerge/>
          </w:tcPr>
          <w:p w14:paraId="4E8B4460" w14:textId="77777777" w:rsidR="00497B11" w:rsidRPr="00293828" w:rsidRDefault="00497B11" w:rsidP="00293828">
            <w:pPr>
              <w:rPr>
                <w:rFonts w:ascii="Times New Roman" w:hAnsi="Times New Roman" w:cs="Times New Roman"/>
                <w:szCs w:val="21"/>
              </w:rPr>
            </w:pPr>
          </w:p>
        </w:tc>
        <w:tc>
          <w:tcPr>
            <w:tcW w:w="1068" w:type="dxa"/>
            <w:vMerge/>
          </w:tcPr>
          <w:p w14:paraId="4FCAE600" w14:textId="77777777" w:rsidR="00497B11" w:rsidRPr="00293828" w:rsidRDefault="00497B11" w:rsidP="00293828">
            <w:pPr>
              <w:rPr>
                <w:rFonts w:ascii="Times New Roman" w:hAnsi="Times New Roman" w:cs="Times New Roman"/>
                <w:szCs w:val="21"/>
              </w:rPr>
            </w:pPr>
          </w:p>
        </w:tc>
        <w:tc>
          <w:tcPr>
            <w:tcW w:w="1068" w:type="dxa"/>
            <w:vMerge/>
          </w:tcPr>
          <w:p w14:paraId="35E660A6" w14:textId="77777777" w:rsidR="00497B11" w:rsidRPr="00293828" w:rsidRDefault="00497B11" w:rsidP="00293828">
            <w:pPr>
              <w:rPr>
                <w:rFonts w:ascii="Times New Roman" w:hAnsi="Times New Roman" w:cs="Times New Roman"/>
                <w:szCs w:val="21"/>
              </w:rPr>
            </w:pPr>
          </w:p>
        </w:tc>
      </w:tr>
      <w:tr w:rsidR="00497B11" w:rsidRPr="00293828" w14:paraId="5567E6A2" w14:textId="77777777" w:rsidTr="009D45BD">
        <w:tc>
          <w:tcPr>
            <w:tcW w:w="969" w:type="dxa"/>
            <w:vMerge w:val="restart"/>
            <w:vAlign w:val="center"/>
          </w:tcPr>
          <w:p w14:paraId="14671A2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15</w:t>
            </w:r>
          </w:p>
        </w:tc>
        <w:tc>
          <w:tcPr>
            <w:tcW w:w="1125" w:type="dxa"/>
            <w:vAlign w:val="center"/>
          </w:tcPr>
          <w:p w14:paraId="5264275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185-&gt;206</w:t>
            </w:r>
          </w:p>
        </w:tc>
        <w:tc>
          <w:tcPr>
            <w:tcW w:w="1039" w:type="dxa"/>
            <w:vAlign w:val="center"/>
          </w:tcPr>
          <w:p w14:paraId="6745D2C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-0.16718</w:t>
            </w:r>
          </w:p>
        </w:tc>
        <w:tc>
          <w:tcPr>
            <w:tcW w:w="1009" w:type="dxa"/>
            <w:vMerge w:val="restart"/>
            <w:vAlign w:val="center"/>
          </w:tcPr>
          <w:p w14:paraId="7CB4E40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6.8211</w:t>
            </w:r>
          </w:p>
        </w:tc>
        <w:tc>
          <w:tcPr>
            <w:tcW w:w="1009" w:type="dxa"/>
            <w:vMerge w:val="restart"/>
            <w:vAlign w:val="center"/>
          </w:tcPr>
          <w:p w14:paraId="429CCD6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181.77</w:t>
            </w:r>
          </w:p>
        </w:tc>
        <w:tc>
          <w:tcPr>
            <w:tcW w:w="1009" w:type="dxa"/>
            <w:vMerge w:val="restart"/>
            <w:vAlign w:val="center"/>
          </w:tcPr>
          <w:p w14:paraId="1481328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0.0163</w:t>
            </w:r>
          </w:p>
        </w:tc>
        <w:tc>
          <w:tcPr>
            <w:tcW w:w="1068" w:type="dxa"/>
            <w:vMerge w:val="restart"/>
            <w:vAlign w:val="center"/>
          </w:tcPr>
          <w:p w14:paraId="3B7B2DE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-17.3617</w:t>
            </w:r>
          </w:p>
        </w:tc>
        <w:tc>
          <w:tcPr>
            <w:tcW w:w="1068" w:type="dxa"/>
            <w:vMerge w:val="restart"/>
            <w:vAlign w:val="center"/>
          </w:tcPr>
          <w:p w14:paraId="7F9D6CE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-17.1246</w:t>
            </w:r>
          </w:p>
        </w:tc>
      </w:tr>
      <w:tr w:rsidR="00497B11" w:rsidRPr="00293828" w14:paraId="7E076CCC" w14:textId="77777777" w:rsidTr="009D45BD">
        <w:tc>
          <w:tcPr>
            <w:tcW w:w="969" w:type="dxa"/>
            <w:vMerge/>
          </w:tcPr>
          <w:p w14:paraId="0E07B37D" w14:textId="77777777" w:rsidR="00497B11" w:rsidRPr="00293828" w:rsidRDefault="00497B11" w:rsidP="00293828">
            <w:pPr>
              <w:rPr>
                <w:rFonts w:ascii="Times New Roman" w:hAnsi="Times New Roman" w:cs="Times New Roman"/>
                <w:szCs w:val="21"/>
              </w:rPr>
            </w:pPr>
          </w:p>
        </w:tc>
        <w:tc>
          <w:tcPr>
            <w:tcW w:w="1125" w:type="dxa"/>
            <w:vAlign w:val="center"/>
          </w:tcPr>
          <w:p w14:paraId="587D85B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189-&gt;206</w:t>
            </w:r>
          </w:p>
        </w:tc>
        <w:tc>
          <w:tcPr>
            <w:tcW w:w="1039" w:type="dxa"/>
            <w:vAlign w:val="center"/>
          </w:tcPr>
          <w:p w14:paraId="627EDBD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-0.18008</w:t>
            </w:r>
          </w:p>
        </w:tc>
        <w:tc>
          <w:tcPr>
            <w:tcW w:w="1009" w:type="dxa"/>
            <w:vMerge/>
          </w:tcPr>
          <w:p w14:paraId="37C4FA09" w14:textId="77777777" w:rsidR="00497B11" w:rsidRPr="00293828" w:rsidRDefault="00497B11" w:rsidP="00293828">
            <w:pPr>
              <w:rPr>
                <w:rFonts w:ascii="Times New Roman" w:hAnsi="Times New Roman" w:cs="Times New Roman"/>
                <w:szCs w:val="21"/>
              </w:rPr>
            </w:pPr>
          </w:p>
        </w:tc>
        <w:tc>
          <w:tcPr>
            <w:tcW w:w="1009" w:type="dxa"/>
            <w:vMerge/>
          </w:tcPr>
          <w:p w14:paraId="1AB8FBD2" w14:textId="77777777" w:rsidR="00497B11" w:rsidRPr="00293828" w:rsidRDefault="00497B11" w:rsidP="00293828">
            <w:pPr>
              <w:rPr>
                <w:rFonts w:ascii="Times New Roman" w:hAnsi="Times New Roman" w:cs="Times New Roman"/>
                <w:szCs w:val="21"/>
              </w:rPr>
            </w:pPr>
          </w:p>
        </w:tc>
        <w:tc>
          <w:tcPr>
            <w:tcW w:w="1009" w:type="dxa"/>
            <w:vMerge/>
          </w:tcPr>
          <w:p w14:paraId="45A164E1" w14:textId="77777777" w:rsidR="00497B11" w:rsidRPr="00293828" w:rsidRDefault="00497B11" w:rsidP="00293828">
            <w:pPr>
              <w:rPr>
                <w:rFonts w:ascii="Times New Roman" w:hAnsi="Times New Roman" w:cs="Times New Roman"/>
                <w:szCs w:val="21"/>
              </w:rPr>
            </w:pPr>
          </w:p>
        </w:tc>
        <w:tc>
          <w:tcPr>
            <w:tcW w:w="1068" w:type="dxa"/>
            <w:vMerge/>
          </w:tcPr>
          <w:p w14:paraId="5BA7F16A" w14:textId="77777777" w:rsidR="00497B11" w:rsidRPr="00293828" w:rsidRDefault="00497B11" w:rsidP="00293828">
            <w:pPr>
              <w:rPr>
                <w:rFonts w:ascii="Times New Roman" w:hAnsi="Times New Roman" w:cs="Times New Roman"/>
                <w:szCs w:val="21"/>
              </w:rPr>
            </w:pPr>
          </w:p>
        </w:tc>
        <w:tc>
          <w:tcPr>
            <w:tcW w:w="1068" w:type="dxa"/>
            <w:vMerge/>
          </w:tcPr>
          <w:p w14:paraId="54E55C01" w14:textId="77777777" w:rsidR="00497B11" w:rsidRPr="00293828" w:rsidRDefault="00497B11" w:rsidP="00293828">
            <w:pPr>
              <w:rPr>
                <w:rFonts w:ascii="Times New Roman" w:hAnsi="Times New Roman" w:cs="Times New Roman"/>
                <w:szCs w:val="21"/>
              </w:rPr>
            </w:pPr>
          </w:p>
        </w:tc>
      </w:tr>
      <w:tr w:rsidR="00497B11" w:rsidRPr="00293828" w14:paraId="67F84021" w14:textId="77777777" w:rsidTr="009D45BD">
        <w:tc>
          <w:tcPr>
            <w:tcW w:w="969" w:type="dxa"/>
            <w:vMerge/>
          </w:tcPr>
          <w:p w14:paraId="7DE5D786" w14:textId="77777777" w:rsidR="00497B11" w:rsidRPr="00293828" w:rsidRDefault="00497B11" w:rsidP="00293828">
            <w:pPr>
              <w:rPr>
                <w:rFonts w:ascii="Times New Roman" w:hAnsi="Times New Roman" w:cs="Times New Roman"/>
                <w:szCs w:val="21"/>
              </w:rPr>
            </w:pPr>
          </w:p>
        </w:tc>
        <w:tc>
          <w:tcPr>
            <w:tcW w:w="1125" w:type="dxa"/>
            <w:vAlign w:val="center"/>
          </w:tcPr>
          <w:p w14:paraId="758A34F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194-&gt;206</w:t>
            </w:r>
          </w:p>
        </w:tc>
        <w:tc>
          <w:tcPr>
            <w:tcW w:w="1039" w:type="dxa"/>
            <w:vAlign w:val="center"/>
          </w:tcPr>
          <w:p w14:paraId="521F3A0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-0.14451</w:t>
            </w:r>
          </w:p>
        </w:tc>
        <w:tc>
          <w:tcPr>
            <w:tcW w:w="1009" w:type="dxa"/>
            <w:vMerge/>
          </w:tcPr>
          <w:p w14:paraId="1302FFD5" w14:textId="77777777" w:rsidR="00497B11" w:rsidRPr="00293828" w:rsidRDefault="00497B11" w:rsidP="00293828">
            <w:pPr>
              <w:rPr>
                <w:rFonts w:ascii="Times New Roman" w:hAnsi="Times New Roman" w:cs="Times New Roman"/>
                <w:szCs w:val="21"/>
              </w:rPr>
            </w:pPr>
          </w:p>
        </w:tc>
        <w:tc>
          <w:tcPr>
            <w:tcW w:w="1009" w:type="dxa"/>
            <w:vMerge/>
          </w:tcPr>
          <w:p w14:paraId="751D5290" w14:textId="77777777" w:rsidR="00497B11" w:rsidRPr="00293828" w:rsidRDefault="00497B11" w:rsidP="00293828">
            <w:pPr>
              <w:rPr>
                <w:rFonts w:ascii="Times New Roman" w:hAnsi="Times New Roman" w:cs="Times New Roman"/>
                <w:szCs w:val="21"/>
              </w:rPr>
            </w:pPr>
          </w:p>
        </w:tc>
        <w:tc>
          <w:tcPr>
            <w:tcW w:w="1009" w:type="dxa"/>
            <w:vMerge/>
          </w:tcPr>
          <w:p w14:paraId="00F54365" w14:textId="77777777" w:rsidR="00497B11" w:rsidRPr="00293828" w:rsidRDefault="00497B11" w:rsidP="00293828">
            <w:pPr>
              <w:rPr>
                <w:rFonts w:ascii="Times New Roman" w:hAnsi="Times New Roman" w:cs="Times New Roman"/>
                <w:szCs w:val="21"/>
              </w:rPr>
            </w:pPr>
          </w:p>
        </w:tc>
        <w:tc>
          <w:tcPr>
            <w:tcW w:w="1068" w:type="dxa"/>
            <w:vMerge/>
          </w:tcPr>
          <w:p w14:paraId="5C272E84" w14:textId="77777777" w:rsidR="00497B11" w:rsidRPr="00293828" w:rsidRDefault="00497B11" w:rsidP="00293828">
            <w:pPr>
              <w:rPr>
                <w:rFonts w:ascii="Times New Roman" w:hAnsi="Times New Roman" w:cs="Times New Roman"/>
                <w:szCs w:val="21"/>
              </w:rPr>
            </w:pPr>
          </w:p>
        </w:tc>
        <w:tc>
          <w:tcPr>
            <w:tcW w:w="1068" w:type="dxa"/>
            <w:vMerge/>
          </w:tcPr>
          <w:p w14:paraId="663059F7" w14:textId="77777777" w:rsidR="00497B11" w:rsidRPr="00293828" w:rsidRDefault="00497B11" w:rsidP="00293828">
            <w:pPr>
              <w:rPr>
                <w:rFonts w:ascii="Times New Roman" w:hAnsi="Times New Roman" w:cs="Times New Roman"/>
                <w:szCs w:val="21"/>
              </w:rPr>
            </w:pPr>
          </w:p>
        </w:tc>
      </w:tr>
      <w:tr w:rsidR="00497B11" w:rsidRPr="00293828" w14:paraId="46834804" w14:textId="77777777" w:rsidTr="009D45BD">
        <w:tc>
          <w:tcPr>
            <w:tcW w:w="969" w:type="dxa"/>
            <w:vMerge/>
          </w:tcPr>
          <w:p w14:paraId="39C1254E" w14:textId="77777777" w:rsidR="00497B11" w:rsidRPr="00293828" w:rsidRDefault="00497B11" w:rsidP="00293828">
            <w:pPr>
              <w:rPr>
                <w:rFonts w:ascii="Times New Roman" w:hAnsi="Times New Roman" w:cs="Times New Roman"/>
                <w:szCs w:val="21"/>
              </w:rPr>
            </w:pPr>
          </w:p>
        </w:tc>
        <w:tc>
          <w:tcPr>
            <w:tcW w:w="1125" w:type="dxa"/>
            <w:vAlign w:val="center"/>
          </w:tcPr>
          <w:p w14:paraId="41C0E9B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195-&gt;206</w:t>
            </w:r>
          </w:p>
        </w:tc>
        <w:tc>
          <w:tcPr>
            <w:tcW w:w="1039" w:type="dxa"/>
            <w:vAlign w:val="center"/>
          </w:tcPr>
          <w:p w14:paraId="20D2FD2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0.1561</w:t>
            </w:r>
          </w:p>
        </w:tc>
        <w:tc>
          <w:tcPr>
            <w:tcW w:w="1009" w:type="dxa"/>
            <w:vMerge/>
          </w:tcPr>
          <w:p w14:paraId="59469BAE" w14:textId="77777777" w:rsidR="00497B11" w:rsidRPr="00293828" w:rsidRDefault="00497B11" w:rsidP="00293828">
            <w:pPr>
              <w:rPr>
                <w:rFonts w:ascii="Times New Roman" w:hAnsi="Times New Roman" w:cs="Times New Roman"/>
                <w:szCs w:val="21"/>
              </w:rPr>
            </w:pPr>
          </w:p>
        </w:tc>
        <w:tc>
          <w:tcPr>
            <w:tcW w:w="1009" w:type="dxa"/>
            <w:vMerge/>
          </w:tcPr>
          <w:p w14:paraId="04CF4C3D" w14:textId="77777777" w:rsidR="00497B11" w:rsidRPr="00293828" w:rsidRDefault="00497B11" w:rsidP="00293828">
            <w:pPr>
              <w:rPr>
                <w:rFonts w:ascii="Times New Roman" w:hAnsi="Times New Roman" w:cs="Times New Roman"/>
                <w:szCs w:val="21"/>
              </w:rPr>
            </w:pPr>
          </w:p>
        </w:tc>
        <w:tc>
          <w:tcPr>
            <w:tcW w:w="1009" w:type="dxa"/>
            <w:vMerge/>
          </w:tcPr>
          <w:p w14:paraId="1FAC7476" w14:textId="77777777" w:rsidR="00497B11" w:rsidRPr="00293828" w:rsidRDefault="00497B11" w:rsidP="00293828">
            <w:pPr>
              <w:rPr>
                <w:rFonts w:ascii="Times New Roman" w:hAnsi="Times New Roman" w:cs="Times New Roman"/>
                <w:szCs w:val="21"/>
              </w:rPr>
            </w:pPr>
          </w:p>
        </w:tc>
        <w:tc>
          <w:tcPr>
            <w:tcW w:w="1068" w:type="dxa"/>
            <w:vMerge/>
          </w:tcPr>
          <w:p w14:paraId="35FCA477" w14:textId="77777777" w:rsidR="00497B11" w:rsidRPr="00293828" w:rsidRDefault="00497B11" w:rsidP="00293828">
            <w:pPr>
              <w:rPr>
                <w:rFonts w:ascii="Times New Roman" w:hAnsi="Times New Roman" w:cs="Times New Roman"/>
                <w:szCs w:val="21"/>
              </w:rPr>
            </w:pPr>
          </w:p>
        </w:tc>
        <w:tc>
          <w:tcPr>
            <w:tcW w:w="1068" w:type="dxa"/>
            <w:vMerge/>
          </w:tcPr>
          <w:p w14:paraId="383E3BA7" w14:textId="77777777" w:rsidR="00497B11" w:rsidRPr="00293828" w:rsidRDefault="00497B11" w:rsidP="00293828">
            <w:pPr>
              <w:rPr>
                <w:rFonts w:ascii="Times New Roman" w:hAnsi="Times New Roman" w:cs="Times New Roman"/>
                <w:szCs w:val="21"/>
              </w:rPr>
            </w:pPr>
          </w:p>
        </w:tc>
      </w:tr>
      <w:tr w:rsidR="00497B11" w:rsidRPr="00293828" w14:paraId="0FAB779D" w14:textId="77777777" w:rsidTr="009D45BD">
        <w:tc>
          <w:tcPr>
            <w:tcW w:w="969" w:type="dxa"/>
            <w:vMerge/>
          </w:tcPr>
          <w:p w14:paraId="356E8CD5" w14:textId="77777777" w:rsidR="00497B11" w:rsidRPr="00293828" w:rsidRDefault="00497B11" w:rsidP="00293828">
            <w:pPr>
              <w:rPr>
                <w:rFonts w:ascii="Times New Roman" w:hAnsi="Times New Roman" w:cs="Times New Roman"/>
                <w:szCs w:val="21"/>
              </w:rPr>
            </w:pPr>
          </w:p>
        </w:tc>
        <w:tc>
          <w:tcPr>
            <w:tcW w:w="1125" w:type="dxa"/>
            <w:vAlign w:val="center"/>
          </w:tcPr>
          <w:p w14:paraId="6D1D96E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39" w:type="dxa"/>
            <w:vAlign w:val="center"/>
          </w:tcPr>
          <w:p w14:paraId="233204D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-0.23086</w:t>
            </w:r>
          </w:p>
        </w:tc>
        <w:tc>
          <w:tcPr>
            <w:tcW w:w="1009" w:type="dxa"/>
            <w:vMerge/>
          </w:tcPr>
          <w:p w14:paraId="50F164EE" w14:textId="77777777" w:rsidR="00497B11" w:rsidRPr="00293828" w:rsidRDefault="00497B11" w:rsidP="00293828">
            <w:pPr>
              <w:rPr>
                <w:rFonts w:ascii="Times New Roman" w:hAnsi="Times New Roman" w:cs="Times New Roman"/>
                <w:szCs w:val="21"/>
              </w:rPr>
            </w:pPr>
          </w:p>
        </w:tc>
        <w:tc>
          <w:tcPr>
            <w:tcW w:w="1009" w:type="dxa"/>
            <w:vMerge/>
          </w:tcPr>
          <w:p w14:paraId="57B9E5B6" w14:textId="77777777" w:rsidR="00497B11" w:rsidRPr="00293828" w:rsidRDefault="00497B11" w:rsidP="00293828">
            <w:pPr>
              <w:rPr>
                <w:rFonts w:ascii="Times New Roman" w:hAnsi="Times New Roman" w:cs="Times New Roman"/>
                <w:szCs w:val="21"/>
              </w:rPr>
            </w:pPr>
          </w:p>
        </w:tc>
        <w:tc>
          <w:tcPr>
            <w:tcW w:w="1009" w:type="dxa"/>
            <w:vMerge/>
          </w:tcPr>
          <w:p w14:paraId="11AE5C80" w14:textId="77777777" w:rsidR="00497B11" w:rsidRPr="00293828" w:rsidRDefault="00497B11" w:rsidP="00293828">
            <w:pPr>
              <w:rPr>
                <w:rFonts w:ascii="Times New Roman" w:hAnsi="Times New Roman" w:cs="Times New Roman"/>
                <w:szCs w:val="21"/>
              </w:rPr>
            </w:pPr>
          </w:p>
        </w:tc>
        <w:tc>
          <w:tcPr>
            <w:tcW w:w="1068" w:type="dxa"/>
            <w:vMerge/>
          </w:tcPr>
          <w:p w14:paraId="691F44C2" w14:textId="77777777" w:rsidR="00497B11" w:rsidRPr="00293828" w:rsidRDefault="00497B11" w:rsidP="00293828">
            <w:pPr>
              <w:rPr>
                <w:rFonts w:ascii="Times New Roman" w:hAnsi="Times New Roman" w:cs="Times New Roman"/>
                <w:szCs w:val="21"/>
              </w:rPr>
            </w:pPr>
          </w:p>
        </w:tc>
        <w:tc>
          <w:tcPr>
            <w:tcW w:w="1068" w:type="dxa"/>
            <w:vMerge/>
          </w:tcPr>
          <w:p w14:paraId="6F9DB166" w14:textId="77777777" w:rsidR="00497B11" w:rsidRPr="00293828" w:rsidRDefault="00497B11" w:rsidP="00293828">
            <w:pPr>
              <w:rPr>
                <w:rFonts w:ascii="Times New Roman" w:hAnsi="Times New Roman" w:cs="Times New Roman"/>
                <w:szCs w:val="21"/>
              </w:rPr>
            </w:pPr>
          </w:p>
        </w:tc>
      </w:tr>
      <w:tr w:rsidR="00497B11" w:rsidRPr="00293828" w14:paraId="78505041" w14:textId="77777777" w:rsidTr="009D45BD">
        <w:tc>
          <w:tcPr>
            <w:tcW w:w="969" w:type="dxa"/>
            <w:vMerge/>
          </w:tcPr>
          <w:p w14:paraId="401888B1" w14:textId="77777777" w:rsidR="00497B11" w:rsidRPr="00293828" w:rsidRDefault="00497B11" w:rsidP="00293828">
            <w:pPr>
              <w:rPr>
                <w:rFonts w:ascii="Times New Roman" w:hAnsi="Times New Roman" w:cs="Times New Roman"/>
                <w:szCs w:val="21"/>
              </w:rPr>
            </w:pPr>
          </w:p>
        </w:tc>
        <w:tc>
          <w:tcPr>
            <w:tcW w:w="1125" w:type="dxa"/>
            <w:vAlign w:val="center"/>
          </w:tcPr>
          <w:p w14:paraId="0840D32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201-&gt;207</w:t>
            </w:r>
          </w:p>
        </w:tc>
        <w:tc>
          <w:tcPr>
            <w:tcW w:w="1039" w:type="dxa"/>
            <w:vAlign w:val="center"/>
          </w:tcPr>
          <w:p w14:paraId="39F16BB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0.24678</w:t>
            </w:r>
          </w:p>
        </w:tc>
        <w:tc>
          <w:tcPr>
            <w:tcW w:w="1009" w:type="dxa"/>
            <w:vMerge/>
          </w:tcPr>
          <w:p w14:paraId="7DBF1310" w14:textId="77777777" w:rsidR="00497B11" w:rsidRPr="00293828" w:rsidRDefault="00497B11" w:rsidP="00293828">
            <w:pPr>
              <w:rPr>
                <w:rFonts w:ascii="Times New Roman" w:hAnsi="Times New Roman" w:cs="Times New Roman"/>
                <w:szCs w:val="21"/>
              </w:rPr>
            </w:pPr>
          </w:p>
        </w:tc>
        <w:tc>
          <w:tcPr>
            <w:tcW w:w="1009" w:type="dxa"/>
            <w:vMerge/>
          </w:tcPr>
          <w:p w14:paraId="264B521D" w14:textId="77777777" w:rsidR="00497B11" w:rsidRPr="00293828" w:rsidRDefault="00497B11" w:rsidP="00293828">
            <w:pPr>
              <w:rPr>
                <w:rFonts w:ascii="Times New Roman" w:hAnsi="Times New Roman" w:cs="Times New Roman"/>
                <w:szCs w:val="21"/>
              </w:rPr>
            </w:pPr>
          </w:p>
        </w:tc>
        <w:tc>
          <w:tcPr>
            <w:tcW w:w="1009" w:type="dxa"/>
            <w:vMerge/>
          </w:tcPr>
          <w:p w14:paraId="3299DB68" w14:textId="77777777" w:rsidR="00497B11" w:rsidRPr="00293828" w:rsidRDefault="00497B11" w:rsidP="00293828">
            <w:pPr>
              <w:rPr>
                <w:rFonts w:ascii="Times New Roman" w:hAnsi="Times New Roman" w:cs="Times New Roman"/>
                <w:szCs w:val="21"/>
              </w:rPr>
            </w:pPr>
          </w:p>
        </w:tc>
        <w:tc>
          <w:tcPr>
            <w:tcW w:w="1068" w:type="dxa"/>
            <w:vMerge/>
          </w:tcPr>
          <w:p w14:paraId="5382F973" w14:textId="77777777" w:rsidR="00497B11" w:rsidRPr="00293828" w:rsidRDefault="00497B11" w:rsidP="00293828">
            <w:pPr>
              <w:rPr>
                <w:rFonts w:ascii="Times New Roman" w:hAnsi="Times New Roman" w:cs="Times New Roman"/>
                <w:szCs w:val="21"/>
              </w:rPr>
            </w:pPr>
          </w:p>
        </w:tc>
        <w:tc>
          <w:tcPr>
            <w:tcW w:w="1068" w:type="dxa"/>
            <w:vMerge/>
          </w:tcPr>
          <w:p w14:paraId="62A8945B" w14:textId="77777777" w:rsidR="00497B11" w:rsidRPr="00293828" w:rsidRDefault="00497B11" w:rsidP="00293828">
            <w:pPr>
              <w:rPr>
                <w:rFonts w:ascii="Times New Roman" w:hAnsi="Times New Roman" w:cs="Times New Roman"/>
                <w:szCs w:val="21"/>
              </w:rPr>
            </w:pPr>
          </w:p>
        </w:tc>
      </w:tr>
      <w:tr w:rsidR="00497B11" w:rsidRPr="00293828" w14:paraId="61820DA4" w14:textId="77777777" w:rsidTr="009D45BD">
        <w:tc>
          <w:tcPr>
            <w:tcW w:w="969" w:type="dxa"/>
            <w:vMerge/>
          </w:tcPr>
          <w:p w14:paraId="3C23CEB7" w14:textId="77777777" w:rsidR="00497B11" w:rsidRPr="00293828" w:rsidRDefault="00497B11" w:rsidP="00293828">
            <w:pPr>
              <w:rPr>
                <w:rFonts w:ascii="Times New Roman" w:hAnsi="Times New Roman" w:cs="Times New Roman"/>
                <w:szCs w:val="21"/>
              </w:rPr>
            </w:pPr>
          </w:p>
        </w:tc>
        <w:tc>
          <w:tcPr>
            <w:tcW w:w="1125" w:type="dxa"/>
            <w:vAlign w:val="center"/>
          </w:tcPr>
          <w:p w14:paraId="44BE1B1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39" w:type="dxa"/>
            <w:vAlign w:val="center"/>
          </w:tcPr>
          <w:p w14:paraId="4C23498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-0.15427</w:t>
            </w:r>
          </w:p>
        </w:tc>
        <w:tc>
          <w:tcPr>
            <w:tcW w:w="1009" w:type="dxa"/>
            <w:vMerge/>
          </w:tcPr>
          <w:p w14:paraId="00C8B503" w14:textId="77777777" w:rsidR="00497B11" w:rsidRPr="00293828" w:rsidRDefault="00497B11" w:rsidP="00293828">
            <w:pPr>
              <w:rPr>
                <w:rFonts w:ascii="Times New Roman" w:hAnsi="Times New Roman" w:cs="Times New Roman"/>
                <w:szCs w:val="21"/>
              </w:rPr>
            </w:pPr>
          </w:p>
        </w:tc>
        <w:tc>
          <w:tcPr>
            <w:tcW w:w="1009" w:type="dxa"/>
            <w:vMerge/>
          </w:tcPr>
          <w:p w14:paraId="2ED4D5F5" w14:textId="77777777" w:rsidR="00497B11" w:rsidRPr="00293828" w:rsidRDefault="00497B11" w:rsidP="00293828">
            <w:pPr>
              <w:rPr>
                <w:rFonts w:ascii="Times New Roman" w:hAnsi="Times New Roman" w:cs="Times New Roman"/>
                <w:szCs w:val="21"/>
              </w:rPr>
            </w:pPr>
          </w:p>
        </w:tc>
        <w:tc>
          <w:tcPr>
            <w:tcW w:w="1009" w:type="dxa"/>
            <w:vMerge/>
          </w:tcPr>
          <w:p w14:paraId="3620F5BE" w14:textId="77777777" w:rsidR="00497B11" w:rsidRPr="00293828" w:rsidRDefault="00497B11" w:rsidP="00293828">
            <w:pPr>
              <w:rPr>
                <w:rFonts w:ascii="Times New Roman" w:hAnsi="Times New Roman" w:cs="Times New Roman"/>
                <w:szCs w:val="21"/>
              </w:rPr>
            </w:pPr>
          </w:p>
        </w:tc>
        <w:tc>
          <w:tcPr>
            <w:tcW w:w="1068" w:type="dxa"/>
            <w:vMerge/>
          </w:tcPr>
          <w:p w14:paraId="298041EB" w14:textId="77777777" w:rsidR="00497B11" w:rsidRPr="00293828" w:rsidRDefault="00497B11" w:rsidP="00293828">
            <w:pPr>
              <w:rPr>
                <w:rFonts w:ascii="Times New Roman" w:hAnsi="Times New Roman" w:cs="Times New Roman"/>
                <w:szCs w:val="21"/>
              </w:rPr>
            </w:pPr>
          </w:p>
        </w:tc>
        <w:tc>
          <w:tcPr>
            <w:tcW w:w="1068" w:type="dxa"/>
            <w:vMerge/>
          </w:tcPr>
          <w:p w14:paraId="386DA5E5" w14:textId="77777777" w:rsidR="00497B11" w:rsidRPr="00293828" w:rsidRDefault="00497B11" w:rsidP="00293828">
            <w:pPr>
              <w:rPr>
                <w:rFonts w:ascii="Times New Roman" w:hAnsi="Times New Roman" w:cs="Times New Roman"/>
                <w:szCs w:val="21"/>
              </w:rPr>
            </w:pPr>
          </w:p>
        </w:tc>
      </w:tr>
      <w:tr w:rsidR="00497B11" w:rsidRPr="00293828" w14:paraId="170FD333" w14:textId="77777777" w:rsidTr="009D45BD">
        <w:tc>
          <w:tcPr>
            <w:tcW w:w="969" w:type="dxa"/>
            <w:vMerge w:val="restart"/>
            <w:vAlign w:val="center"/>
          </w:tcPr>
          <w:p w14:paraId="5552496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w:t>
            </w:r>
          </w:p>
        </w:tc>
        <w:tc>
          <w:tcPr>
            <w:tcW w:w="1125" w:type="dxa"/>
            <w:vAlign w:val="center"/>
          </w:tcPr>
          <w:p w14:paraId="50D70C2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189-&gt;206</w:t>
            </w:r>
          </w:p>
        </w:tc>
        <w:tc>
          <w:tcPr>
            <w:tcW w:w="1039" w:type="dxa"/>
            <w:vAlign w:val="center"/>
          </w:tcPr>
          <w:p w14:paraId="64F9E0D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-0.1985</w:t>
            </w:r>
          </w:p>
        </w:tc>
        <w:tc>
          <w:tcPr>
            <w:tcW w:w="1009" w:type="dxa"/>
            <w:vMerge w:val="restart"/>
            <w:vAlign w:val="center"/>
          </w:tcPr>
          <w:p w14:paraId="6132E26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6.9593</w:t>
            </w:r>
          </w:p>
        </w:tc>
        <w:tc>
          <w:tcPr>
            <w:tcW w:w="1009" w:type="dxa"/>
            <w:vMerge w:val="restart"/>
            <w:vAlign w:val="center"/>
          </w:tcPr>
          <w:p w14:paraId="78239A5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178.16</w:t>
            </w:r>
          </w:p>
        </w:tc>
        <w:tc>
          <w:tcPr>
            <w:tcW w:w="1009" w:type="dxa"/>
            <w:vMerge w:val="restart"/>
            <w:vAlign w:val="center"/>
          </w:tcPr>
          <w:p w14:paraId="08E6276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0.0026</w:t>
            </w:r>
          </w:p>
        </w:tc>
        <w:tc>
          <w:tcPr>
            <w:tcW w:w="1068" w:type="dxa"/>
            <w:vMerge w:val="restart"/>
            <w:vAlign w:val="center"/>
          </w:tcPr>
          <w:p w14:paraId="008140E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3.7139</w:t>
            </w:r>
          </w:p>
        </w:tc>
        <w:tc>
          <w:tcPr>
            <w:tcW w:w="1068" w:type="dxa"/>
            <w:vMerge w:val="restart"/>
            <w:vAlign w:val="center"/>
          </w:tcPr>
          <w:p w14:paraId="79A3AC2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3.779</w:t>
            </w:r>
          </w:p>
        </w:tc>
      </w:tr>
      <w:tr w:rsidR="00497B11" w:rsidRPr="00293828" w14:paraId="758F0E1E" w14:textId="77777777" w:rsidTr="009D45BD">
        <w:tc>
          <w:tcPr>
            <w:tcW w:w="969" w:type="dxa"/>
            <w:vMerge/>
          </w:tcPr>
          <w:p w14:paraId="5525FCC1" w14:textId="77777777" w:rsidR="00497B11" w:rsidRPr="00293828" w:rsidRDefault="00497B11" w:rsidP="00293828">
            <w:pPr>
              <w:rPr>
                <w:rFonts w:ascii="Times New Roman" w:hAnsi="Times New Roman" w:cs="Times New Roman"/>
                <w:szCs w:val="21"/>
              </w:rPr>
            </w:pPr>
          </w:p>
        </w:tc>
        <w:tc>
          <w:tcPr>
            <w:tcW w:w="1125" w:type="dxa"/>
            <w:vAlign w:val="center"/>
          </w:tcPr>
          <w:p w14:paraId="2D5E5EE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191-&gt;206</w:t>
            </w:r>
          </w:p>
        </w:tc>
        <w:tc>
          <w:tcPr>
            <w:tcW w:w="1039" w:type="dxa"/>
            <w:vAlign w:val="center"/>
          </w:tcPr>
          <w:p w14:paraId="186C18F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-0.17413</w:t>
            </w:r>
          </w:p>
        </w:tc>
        <w:tc>
          <w:tcPr>
            <w:tcW w:w="1009" w:type="dxa"/>
            <w:vMerge/>
          </w:tcPr>
          <w:p w14:paraId="0605988A" w14:textId="77777777" w:rsidR="00497B11" w:rsidRPr="00293828" w:rsidRDefault="00497B11" w:rsidP="00293828">
            <w:pPr>
              <w:rPr>
                <w:rFonts w:ascii="Times New Roman" w:hAnsi="Times New Roman" w:cs="Times New Roman"/>
                <w:szCs w:val="21"/>
              </w:rPr>
            </w:pPr>
          </w:p>
        </w:tc>
        <w:tc>
          <w:tcPr>
            <w:tcW w:w="1009" w:type="dxa"/>
            <w:vMerge/>
          </w:tcPr>
          <w:p w14:paraId="1FB9A872" w14:textId="77777777" w:rsidR="00497B11" w:rsidRPr="00293828" w:rsidRDefault="00497B11" w:rsidP="00293828">
            <w:pPr>
              <w:rPr>
                <w:rFonts w:ascii="Times New Roman" w:hAnsi="Times New Roman" w:cs="Times New Roman"/>
                <w:szCs w:val="21"/>
              </w:rPr>
            </w:pPr>
          </w:p>
        </w:tc>
        <w:tc>
          <w:tcPr>
            <w:tcW w:w="1009" w:type="dxa"/>
            <w:vMerge/>
          </w:tcPr>
          <w:p w14:paraId="307FEDBD" w14:textId="77777777" w:rsidR="00497B11" w:rsidRPr="00293828" w:rsidRDefault="00497B11" w:rsidP="00293828">
            <w:pPr>
              <w:rPr>
                <w:rFonts w:ascii="Times New Roman" w:hAnsi="Times New Roman" w:cs="Times New Roman"/>
                <w:szCs w:val="21"/>
              </w:rPr>
            </w:pPr>
          </w:p>
        </w:tc>
        <w:tc>
          <w:tcPr>
            <w:tcW w:w="1068" w:type="dxa"/>
            <w:vMerge/>
          </w:tcPr>
          <w:p w14:paraId="36D03AB6" w14:textId="77777777" w:rsidR="00497B11" w:rsidRPr="00293828" w:rsidRDefault="00497B11" w:rsidP="00293828">
            <w:pPr>
              <w:rPr>
                <w:rFonts w:ascii="Times New Roman" w:hAnsi="Times New Roman" w:cs="Times New Roman"/>
                <w:szCs w:val="21"/>
              </w:rPr>
            </w:pPr>
          </w:p>
        </w:tc>
        <w:tc>
          <w:tcPr>
            <w:tcW w:w="1068" w:type="dxa"/>
            <w:vMerge/>
          </w:tcPr>
          <w:p w14:paraId="6D6923CB" w14:textId="77777777" w:rsidR="00497B11" w:rsidRPr="00293828" w:rsidRDefault="00497B11" w:rsidP="00293828">
            <w:pPr>
              <w:rPr>
                <w:rFonts w:ascii="Times New Roman" w:hAnsi="Times New Roman" w:cs="Times New Roman"/>
                <w:szCs w:val="21"/>
              </w:rPr>
            </w:pPr>
          </w:p>
        </w:tc>
      </w:tr>
      <w:tr w:rsidR="00497B11" w:rsidRPr="00293828" w14:paraId="1070DB14" w14:textId="77777777" w:rsidTr="009D45BD">
        <w:tc>
          <w:tcPr>
            <w:tcW w:w="969" w:type="dxa"/>
            <w:vMerge/>
          </w:tcPr>
          <w:p w14:paraId="0C1D79FB" w14:textId="77777777" w:rsidR="00497B11" w:rsidRPr="00293828" w:rsidRDefault="00497B11" w:rsidP="00293828">
            <w:pPr>
              <w:rPr>
                <w:rFonts w:ascii="Times New Roman" w:hAnsi="Times New Roman" w:cs="Times New Roman"/>
                <w:szCs w:val="21"/>
              </w:rPr>
            </w:pPr>
          </w:p>
        </w:tc>
        <w:tc>
          <w:tcPr>
            <w:tcW w:w="1125" w:type="dxa"/>
            <w:vAlign w:val="center"/>
          </w:tcPr>
          <w:p w14:paraId="61DD470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195-&gt;207</w:t>
            </w:r>
          </w:p>
        </w:tc>
        <w:tc>
          <w:tcPr>
            <w:tcW w:w="1039" w:type="dxa"/>
            <w:vAlign w:val="center"/>
          </w:tcPr>
          <w:p w14:paraId="00F9F3B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0.15906</w:t>
            </w:r>
          </w:p>
        </w:tc>
        <w:tc>
          <w:tcPr>
            <w:tcW w:w="1009" w:type="dxa"/>
            <w:vMerge/>
          </w:tcPr>
          <w:p w14:paraId="1008759A" w14:textId="77777777" w:rsidR="00497B11" w:rsidRPr="00293828" w:rsidRDefault="00497B11" w:rsidP="00293828">
            <w:pPr>
              <w:rPr>
                <w:rFonts w:ascii="Times New Roman" w:hAnsi="Times New Roman" w:cs="Times New Roman"/>
                <w:szCs w:val="21"/>
              </w:rPr>
            </w:pPr>
          </w:p>
        </w:tc>
        <w:tc>
          <w:tcPr>
            <w:tcW w:w="1009" w:type="dxa"/>
            <w:vMerge/>
          </w:tcPr>
          <w:p w14:paraId="2F94438E" w14:textId="77777777" w:rsidR="00497B11" w:rsidRPr="00293828" w:rsidRDefault="00497B11" w:rsidP="00293828">
            <w:pPr>
              <w:rPr>
                <w:rFonts w:ascii="Times New Roman" w:hAnsi="Times New Roman" w:cs="Times New Roman"/>
                <w:szCs w:val="21"/>
              </w:rPr>
            </w:pPr>
          </w:p>
        </w:tc>
        <w:tc>
          <w:tcPr>
            <w:tcW w:w="1009" w:type="dxa"/>
            <w:vMerge/>
          </w:tcPr>
          <w:p w14:paraId="65F05CD0" w14:textId="77777777" w:rsidR="00497B11" w:rsidRPr="00293828" w:rsidRDefault="00497B11" w:rsidP="00293828">
            <w:pPr>
              <w:rPr>
                <w:rFonts w:ascii="Times New Roman" w:hAnsi="Times New Roman" w:cs="Times New Roman"/>
                <w:szCs w:val="21"/>
              </w:rPr>
            </w:pPr>
          </w:p>
        </w:tc>
        <w:tc>
          <w:tcPr>
            <w:tcW w:w="1068" w:type="dxa"/>
            <w:vMerge/>
          </w:tcPr>
          <w:p w14:paraId="51257EED" w14:textId="77777777" w:rsidR="00497B11" w:rsidRPr="00293828" w:rsidRDefault="00497B11" w:rsidP="00293828">
            <w:pPr>
              <w:rPr>
                <w:rFonts w:ascii="Times New Roman" w:hAnsi="Times New Roman" w:cs="Times New Roman"/>
                <w:szCs w:val="21"/>
              </w:rPr>
            </w:pPr>
          </w:p>
        </w:tc>
        <w:tc>
          <w:tcPr>
            <w:tcW w:w="1068" w:type="dxa"/>
            <w:vMerge/>
          </w:tcPr>
          <w:p w14:paraId="268326B6" w14:textId="77777777" w:rsidR="00497B11" w:rsidRPr="00293828" w:rsidRDefault="00497B11" w:rsidP="00293828">
            <w:pPr>
              <w:rPr>
                <w:rFonts w:ascii="Times New Roman" w:hAnsi="Times New Roman" w:cs="Times New Roman"/>
                <w:szCs w:val="21"/>
              </w:rPr>
            </w:pPr>
          </w:p>
        </w:tc>
      </w:tr>
      <w:tr w:rsidR="00497B11" w:rsidRPr="00293828" w14:paraId="3475B581" w14:textId="77777777" w:rsidTr="009D45BD">
        <w:tc>
          <w:tcPr>
            <w:tcW w:w="969" w:type="dxa"/>
            <w:vMerge/>
          </w:tcPr>
          <w:p w14:paraId="54914244" w14:textId="77777777" w:rsidR="00497B11" w:rsidRPr="00293828" w:rsidRDefault="00497B11" w:rsidP="00293828">
            <w:pPr>
              <w:rPr>
                <w:rFonts w:ascii="Times New Roman" w:hAnsi="Times New Roman" w:cs="Times New Roman"/>
                <w:szCs w:val="21"/>
              </w:rPr>
            </w:pPr>
          </w:p>
        </w:tc>
        <w:tc>
          <w:tcPr>
            <w:tcW w:w="1125" w:type="dxa"/>
            <w:vAlign w:val="center"/>
          </w:tcPr>
          <w:p w14:paraId="63A806C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197-&gt;206</w:t>
            </w:r>
          </w:p>
        </w:tc>
        <w:tc>
          <w:tcPr>
            <w:tcW w:w="1039" w:type="dxa"/>
            <w:vAlign w:val="center"/>
          </w:tcPr>
          <w:p w14:paraId="4019564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0.3789</w:t>
            </w:r>
          </w:p>
        </w:tc>
        <w:tc>
          <w:tcPr>
            <w:tcW w:w="1009" w:type="dxa"/>
            <w:vMerge/>
          </w:tcPr>
          <w:p w14:paraId="271025BB" w14:textId="77777777" w:rsidR="00497B11" w:rsidRPr="00293828" w:rsidRDefault="00497B11" w:rsidP="00293828">
            <w:pPr>
              <w:rPr>
                <w:rFonts w:ascii="Times New Roman" w:hAnsi="Times New Roman" w:cs="Times New Roman"/>
                <w:szCs w:val="21"/>
              </w:rPr>
            </w:pPr>
          </w:p>
        </w:tc>
        <w:tc>
          <w:tcPr>
            <w:tcW w:w="1009" w:type="dxa"/>
            <w:vMerge/>
          </w:tcPr>
          <w:p w14:paraId="31845066" w14:textId="77777777" w:rsidR="00497B11" w:rsidRPr="00293828" w:rsidRDefault="00497B11" w:rsidP="00293828">
            <w:pPr>
              <w:rPr>
                <w:rFonts w:ascii="Times New Roman" w:hAnsi="Times New Roman" w:cs="Times New Roman"/>
                <w:szCs w:val="21"/>
              </w:rPr>
            </w:pPr>
          </w:p>
        </w:tc>
        <w:tc>
          <w:tcPr>
            <w:tcW w:w="1009" w:type="dxa"/>
            <w:vMerge/>
          </w:tcPr>
          <w:p w14:paraId="3C0D2E40" w14:textId="77777777" w:rsidR="00497B11" w:rsidRPr="00293828" w:rsidRDefault="00497B11" w:rsidP="00293828">
            <w:pPr>
              <w:rPr>
                <w:rFonts w:ascii="Times New Roman" w:hAnsi="Times New Roman" w:cs="Times New Roman"/>
                <w:szCs w:val="21"/>
              </w:rPr>
            </w:pPr>
          </w:p>
        </w:tc>
        <w:tc>
          <w:tcPr>
            <w:tcW w:w="1068" w:type="dxa"/>
            <w:vMerge/>
          </w:tcPr>
          <w:p w14:paraId="60B414E1" w14:textId="77777777" w:rsidR="00497B11" w:rsidRPr="00293828" w:rsidRDefault="00497B11" w:rsidP="00293828">
            <w:pPr>
              <w:rPr>
                <w:rFonts w:ascii="Times New Roman" w:hAnsi="Times New Roman" w:cs="Times New Roman"/>
                <w:szCs w:val="21"/>
              </w:rPr>
            </w:pPr>
          </w:p>
        </w:tc>
        <w:tc>
          <w:tcPr>
            <w:tcW w:w="1068" w:type="dxa"/>
            <w:vMerge/>
          </w:tcPr>
          <w:p w14:paraId="7791EE73" w14:textId="77777777" w:rsidR="00497B11" w:rsidRPr="00293828" w:rsidRDefault="00497B11" w:rsidP="00293828">
            <w:pPr>
              <w:rPr>
                <w:rFonts w:ascii="Times New Roman" w:hAnsi="Times New Roman" w:cs="Times New Roman"/>
                <w:szCs w:val="21"/>
              </w:rPr>
            </w:pPr>
          </w:p>
        </w:tc>
      </w:tr>
      <w:tr w:rsidR="00497B11" w:rsidRPr="00293828" w14:paraId="78609A2C" w14:textId="77777777" w:rsidTr="009D45BD">
        <w:tc>
          <w:tcPr>
            <w:tcW w:w="969" w:type="dxa"/>
            <w:vMerge/>
          </w:tcPr>
          <w:p w14:paraId="22C0D5EE" w14:textId="77777777" w:rsidR="00497B11" w:rsidRPr="00293828" w:rsidRDefault="00497B11" w:rsidP="00293828">
            <w:pPr>
              <w:rPr>
                <w:rFonts w:ascii="Times New Roman" w:hAnsi="Times New Roman" w:cs="Times New Roman"/>
                <w:szCs w:val="21"/>
              </w:rPr>
            </w:pPr>
          </w:p>
        </w:tc>
        <w:tc>
          <w:tcPr>
            <w:tcW w:w="1125" w:type="dxa"/>
            <w:vAlign w:val="center"/>
          </w:tcPr>
          <w:p w14:paraId="5ADBCA8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39" w:type="dxa"/>
            <w:vAlign w:val="center"/>
          </w:tcPr>
          <w:p w14:paraId="3CF65AD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-0.16534</w:t>
            </w:r>
          </w:p>
        </w:tc>
        <w:tc>
          <w:tcPr>
            <w:tcW w:w="1009" w:type="dxa"/>
            <w:vMerge/>
          </w:tcPr>
          <w:p w14:paraId="5206C45D" w14:textId="77777777" w:rsidR="00497B11" w:rsidRPr="00293828" w:rsidRDefault="00497B11" w:rsidP="00293828">
            <w:pPr>
              <w:rPr>
                <w:rFonts w:ascii="Times New Roman" w:hAnsi="Times New Roman" w:cs="Times New Roman"/>
                <w:szCs w:val="21"/>
              </w:rPr>
            </w:pPr>
          </w:p>
        </w:tc>
        <w:tc>
          <w:tcPr>
            <w:tcW w:w="1009" w:type="dxa"/>
            <w:vMerge/>
          </w:tcPr>
          <w:p w14:paraId="68A805B7" w14:textId="77777777" w:rsidR="00497B11" w:rsidRPr="00293828" w:rsidRDefault="00497B11" w:rsidP="00293828">
            <w:pPr>
              <w:rPr>
                <w:rFonts w:ascii="Times New Roman" w:hAnsi="Times New Roman" w:cs="Times New Roman"/>
                <w:szCs w:val="21"/>
              </w:rPr>
            </w:pPr>
          </w:p>
        </w:tc>
        <w:tc>
          <w:tcPr>
            <w:tcW w:w="1009" w:type="dxa"/>
            <w:vMerge/>
          </w:tcPr>
          <w:p w14:paraId="10F026D5" w14:textId="77777777" w:rsidR="00497B11" w:rsidRPr="00293828" w:rsidRDefault="00497B11" w:rsidP="00293828">
            <w:pPr>
              <w:rPr>
                <w:rFonts w:ascii="Times New Roman" w:hAnsi="Times New Roman" w:cs="Times New Roman"/>
                <w:szCs w:val="21"/>
              </w:rPr>
            </w:pPr>
          </w:p>
        </w:tc>
        <w:tc>
          <w:tcPr>
            <w:tcW w:w="1068" w:type="dxa"/>
            <w:vMerge/>
          </w:tcPr>
          <w:p w14:paraId="680E7BB0" w14:textId="77777777" w:rsidR="00497B11" w:rsidRPr="00293828" w:rsidRDefault="00497B11" w:rsidP="00293828">
            <w:pPr>
              <w:rPr>
                <w:rFonts w:ascii="Times New Roman" w:hAnsi="Times New Roman" w:cs="Times New Roman"/>
                <w:szCs w:val="21"/>
              </w:rPr>
            </w:pPr>
          </w:p>
        </w:tc>
        <w:tc>
          <w:tcPr>
            <w:tcW w:w="1068" w:type="dxa"/>
            <w:vMerge/>
          </w:tcPr>
          <w:p w14:paraId="0EAC05A1" w14:textId="77777777" w:rsidR="00497B11" w:rsidRPr="00293828" w:rsidRDefault="00497B11" w:rsidP="00293828">
            <w:pPr>
              <w:rPr>
                <w:rFonts w:ascii="Times New Roman" w:hAnsi="Times New Roman" w:cs="Times New Roman"/>
                <w:szCs w:val="21"/>
              </w:rPr>
            </w:pPr>
          </w:p>
        </w:tc>
      </w:tr>
      <w:tr w:rsidR="00497B11" w:rsidRPr="00293828" w14:paraId="7EE148B5" w14:textId="77777777" w:rsidTr="009D45BD">
        <w:tc>
          <w:tcPr>
            <w:tcW w:w="969" w:type="dxa"/>
            <w:vMerge/>
          </w:tcPr>
          <w:p w14:paraId="2D077C07" w14:textId="77777777" w:rsidR="00497B11" w:rsidRPr="00293828" w:rsidRDefault="00497B11" w:rsidP="00293828">
            <w:pPr>
              <w:rPr>
                <w:rFonts w:ascii="Times New Roman" w:hAnsi="Times New Roman" w:cs="Times New Roman"/>
                <w:szCs w:val="21"/>
              </w:rPr>
            </w:pPr>
          </w:p>
        </w:tc>
        <w:tc>
          <w:tcPr>
            <w:tcW w:w="1125" w:type="dxa"/>
            <w:vAlign w:val="center"/>
          </w:tcPr>
          <w:p w14:paraId="132DDDB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200-&gt;207</w:t>
            </w:r>
          </w:p>
        </w:tc>
        <w:tc>
          <w:tcPr>
            <w:tcW w:w="1039" w:type="dxa"/>
            <w:vAlign w:val="center"/>
          </w:tcPr>
          <w:p w14:paraId="619F0EF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-0.14771</w:t>
            </w:r>
          </w:p>
        </w:tc>
        <w:tc>
          <w:tcPr>
            <w:tcW w:w="1009" w:type="dxa"/>
            <w:vMerge/>
          </w:tcPr>
          <w:p w14:paraId="2E0E0BFF" w14:textId="77777777" w:rsidR="00497B11" w:rsidRPr="00293828" w:rsidRDefault="00497B11" w:rsidP="00293828">
            <w:pPr>
              <w:rPr>
                <w:rFonts w:ascii="Times New Roman" w:hAnsi="Times New Roman" w:cs="Times New Roman"/>
                <w:szCs w:val="21"/>
              </w:rPr>
            </w:pPr>
          </w:p>
        </w:tc>
        <w:tc>
          <w:tcPr>
            <w:tcW w:w="1009" w:type="dxa"/>
            <w:vMerge/>
          </w:tcPr>
          <w:p w14:paraId="6BEF0F8C" w14:textId="77777777" w:rsidR="00497B11" w:rsidRPr="00293828" w:rsidRDefault="00497B11" w:rsidP="00293828">
            <w:pPr>
              <w:rPr>
                <w:rFonts w:ascii="Times New Roman" w:hAnsi="Times New Roman" w:cs="Times New Roman"/>
                <w:szCs w:val="21"/>
              </w:rPr>
            </w:pPr>
          </w:p>
        </w:tc>
        <w:tc>
          <w:tcPr>
            <w:tcW w:w="1009" w:type="dxa"/>
            <w:vMerge/>
          </w:tcPr>
          <w:p w14:paraId="4D346CDD" w14:textId="77777777" w:rsidR="00497B11" w:rsidRPr="00293828" w:rsidRDefault="00497B11" w:rsidP="00293828">
            <w:pPr>
              <w:rPr>
                <w:rFonts w:ascii="Times New Roman" w:hAnsi="Times New Roman" w:cs="Times New Roman"/>
                <w:szCs w:val="21"/>
              </w:rPr>
            </w:pPr>
          </w:p>
        </w:tc>
        <w:tc>
          <w:tcPr>
            <w:tcW w:w="1068" w:type="dxa"/>
            <w:vMerge/>
          </w:tcPr>
          <w:p w14:paraId="6F412FA0" w14:textId="77777777" w:rsidR="00497B11" w:rsidRPr="00293828" w:rsidRDefault="00497B11" w:rsidP="00293828">
            <w:pPr>
              <w:rPr>
                <w:rFonts w:ascii="Times New Roman" w:hAnsi="Times New Roman" w:cs="Times New Roman"/>
                <w:szCs w:val="21"/>
              </w:rPr>
            </w:pPr>
          </w:p>
        </w:tc>
        <w:tc>
          <w:tcPr>
            <w:tcW w:w="1068" w:type="dxa"/>
            <w:vMerge/>
          </w:tcPr>
          <w:p w14:paraId="32CD090F" w14:textId="77777777" w:rsidR="00497B11" w:rsidRPr="00293828" w:rsidRDefault="00497B11" w:rsidP="00293828">
            <w:pPr>
              <w:rPr>
                <w:rFonts w:ascii="Times New Roman" w:hAnsi="Times New Roman" w:cs="Times New Roman"/>
                <w:szCs w:val="21"/>
              </w:rPr>
            </w:pPr>
          </w:p>
        </w:tc>
      </w:tr>
      <w:tr w:rsidR="00497B11" w:rsidRPr="00293828" w14:paraId="6FAC9FCF" w14:textId="77777777" w:rsidTr="009D45BD">
        <w:tc>
          <w:tcPr>
            <w:tcW w:w="969" w:type="dxa"/>
            <w:vMerge/>
          </w:tcPr>
          <w:p w14:paraId="23AF33CD" w14:textId="77777777" w:rsidR="00497B11" w:rsidRPr="00293828" w:rsidRDefault="00497B11" w:rsidP="00293828">
            <w:pPr>
              <w:rPr>
                <w:rFonts w:ascii="Times New Roman" w:hAnsi="Times New Roman" w:cs="Times New Roman"/>
                <w:szCs w:val="21"/>
              </w:rPr>
            </w:pPr>
          </w:p>
        </w:tc>
        <w:tc>
          <w:tcPr>
            <w:tcW w:w="1125" w:type="dxa"/>
            <w:vAlign w:val="center"/>
          </w:tcPr>
          <w:p w14:paraId="1363169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204-&gt;207</w:t>
            </w:r>
          </w:p>
        </w:tc>
        <w:tc>
          <w:tcPr>
            <w:tcW w:w="1039" w:type="dxa"/>
            <w:vAlign w:val="center"/>
          </w:tcPr>
          <w:p w14:paraId="5B67686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-0.17674</w:t>
            </w:r>
          </w:p>
        </w:tc>
        <w:tc>
          <w:tcPr>
            <w:tcW w:w="1009" w:type="dxa"/>
            <w:vMerge/>
          </w:tcPr>
          <w:p w14:paraId="291C98A0" w14:textId="77777777" w:rsidR="00497B11" w:rsidRPr="00293828" w:rsidRDefault="00497B11" w:rsidP="00293828">
            <w:pPr>
              <w:rPr>
                <w:rFonts w:ascii="Times New Roman" w:hAnsi="Times New Roman" w:cs="Times New Roman"/>
                <w:szCs w:val="21"/>
              </w:rPr>
            </w:pPr>
          </w:p>
        </w:tc>
        <w:tc>
          <w:tcPr>
            <w:tcW w:w="1009" w:type="dxa"/>
            <w:vMerge/>
          </w:tcPr>
          <w:p w14:paraId="4917F2DD" w14:textId="77777777" w:rsidR="00497B11" w:rsidRPr="00293828" w:rsidRDefault="00497B11" w:rsidP="00293828">
            <w:pPr>
              <w:rPr>
                <w:rFonts w:ascii="Times New Roman" w:hAnsi="Times New Roman" w:cs="Times New Roman"/>
                <w:szCs w:val="21"/>
              </w:rPr>
            </w:pPr>
          </w:p>
        </w:tc>
        <w:tc>
          <w:tcPr>
            <w:tcW w:w="1009" w:type="dxa"/>
            <w:vMerge/>
          </w:tcPr>
          <w:p w14:paraId="36CCDFBA" w14:textId="77777777" w:rsidR="00497B11" w:rsidRPr="00293828" w:rsidRDefault="00497B11" w:rsidP="00293828">
            <w:pPr>
              <w:rPr>
                <w:rFonts w:ascii="Times New Roman" w:hAnsi="Times New Roman" w:cs="Times New Roman"/>
                <w:szCs w:val="21"/>
              </w:rPr>
            </w:pPr>
          </w:p>
        </w:tc>
        <w:tc>
          <w:tcPr>
            <w:tcW w:w="1068" w:type="dxa"/>
            <w:vMerge/>
          </w:tcPr>
          <w:p w14:paraId="6CAFBB6F" w14:textId="77777777" w:rsidR="00497B11" w:rsidRPr="00293828" w:rsidRDefault="00497B11" w:rsidP="00293828">
            <w:pPr>
              <w:rPr>
                <w:rFonts w:ascii="Times New Roman" w:hAnsi="Times New Roman" w:cs="Times New Roman"/>
                <w:szCs w:val="21"/>
              </w:rPr>
            </w:pPr>
          </w:p>
        </w:tc>
        <w:tc>
          <w:tcPr>
            <w:tcW w:w="1068" w:type="dxa"/>
            <w:vMerge/>
          </w:tcPr>
          <w:p w14:paraId="2CB67B80" w14:textId="77777777" w:rsidR="00497B11" w:rsidRPr="00293828" w:rsidRDefault="00497B11" w:rsidP="00293828">
            <w:pPr>
              <w:rPr>
                <w:rFonts w:ascii="Times New Roman" w:hAnsi="Times New Roman" w:cs="Times New Roman"/>
                <w:szCs w:val="21"/>
              </w:rPr>
            </w:pPr>
          </w:p>
        </w:tc>
      </w:tr>
      <w:tr w:rsidR="00497B11" w:rsidRPr="00293828" w14:paraId="75FA1EC4" w14:textId="77777777" w:rsidTr="009D45BD">
        <w:tc>
          <w:tcPr>
            <w:tcW w:w="969" w:type="dxa"/>
            <w:vMerge w:val="restart"/>
            <w:vAlign w:val="center"/>
          </w:tcPr>
          <w:p w14:paraId="4C7BBEE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w:t>
            </w:r>
          </w:p>
        </w:tc>
        <w:tc>
          <w:tcPr>
            <w:tcW w:w="1125" w:type="dxa"/>
            <w:vAlign w:val="center"/>
          </w:tcPr>
          <w:p w14:paraId="4256D98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189-&gt;207</w:t>
            </w:r>
          </w:p>
        </w:tc>
        <w:tc>
          <w:tcPr>
            <w:tcW w:w="1039" w:type="dxa"/>
            <w:vAlign w:val="center"/>
          </w:tcPr>
          <w:p w14:paraId="18E368A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0.15588</w:t>
            </w:r>
          </w:p>
        </w:tc>
        <w:tc>
          <w:tcPr>
            <w:tcW w:w="1009" w:type="dxa"/>
            <w:vMerge w:val="restart"/>
            <w:vAlign w:val="center"/>
          </w:tcPr>
          <w:p w14:paraId="6731D3D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7.0233</w:t>
            </w:r>
          </w:p>
        </w:tc>
        <w:tc>
          <w:tcPr>
            <w:tcW w:w="1009" w:type="dxa"/>
            <w:vMerge w:val="restart"/>
            <w:vAlign w:val="center"/>
          </w:tcPr>
          <w:p w14:paraId="7D9983E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176.53</w:t>
            </w:r>
          </w:p>
        </w:tc>
        <w:tc>
          <w:tcPr>
            <w:tcW w:w="1009" w:type="dxa"/>
            <w:vMerge w:val="restart"/>
            <w:vAlign w:val="center"/>
          </w:tcPr>
          <w:p w14:paraId="0566EF3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0.0923</w:t>
            </w:r>
          </w:p>
        </w:tc>
        <w:tc>
          <w:tcPr>
            <w:tcW w:w="1068" w:type="dxa"/>
            <w:vMerge w:val="restart"/>
            <w:vAlign w:val="center"/>
          </w:tcPr>
          <w:p w14:paraId="58F4F6C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-54.7441</w:t>
            </w:r>
          </w:p>
        </w:tc>
        <w:tc>
          <w:tcPr>
            <w:tcW w:w="1068" w:type="dxa"/>
            <w:vMerge w:val="restart"/>
            <w:vAlign w:val="center"/>
          </w:tcPr>
          <w:p w14:paraId="48AB7D7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-54.7041</w:t>
            </w:r>
          </w:p>
        </w:tc>
      </w:tr>
      <w:tr w:rsidR="00497B11" w:rsidRPr="00293828" w14:paraId="5E9BEFD4" w14:textId="77777777" w:rsidTr="009D45BD">
        <w:tc>
          <w:tcPr>
            <w:tcW w:w="969" w:type="dxa"/>
            <w:vMerge/>
          </w:tcPr>
          <w:p w14:paraId="177B36CC" w14:textId="77777777" w:rsidR="00497B11" w:rsidRPr="00293828" w:rsidRDefault="00497B11" w:rsidP="00293828">
            <w:pPr>
              <w:rPr>
                <w:rFonts w:ascii="Times New Roman" w:hAnsi="Times New Roman" w:cs="Times New Roman"/>
                <w:szCs w:val="21"/>
              </w:rPr>
            </w:pPr>
          </w:p>
        </w:tc>
        <w:tc>
          <w:tcPr>
            <w:tcW w:w="1125" w:type="dxa"/>
            <w:vAlign w:val="center"/>
          </w:tcPr>
          <w:p w14:paraId="6CF1F1A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190-&gt;206</w:t>
            </w:r>
          </w:p>
        </w:tc>
        <w:tc>
          <w:tcPr>
            <w:tcW w:w="1039" w:type="dxa"/>
            <w:vAlign w:val="center"/>
          </w:tcPr>
          <w:p w14:paraId="18D12AD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0.26417</w:t>
            </w:r>
          </w:p>
        </w:tc>
        <w:tc>
          <w:tcPr>
            <w:tcW w:w="1009" w:type="dxa"/>
            <w:vMerge/>
          </w:tcPr>
          <w:p w14:paraId="2B65BF3E" w14:textId="77777777" w:rsidR="00497B11" w:rsidRPr="00293828" w:rsidRDefault="00497B11" w:rsidP="00293828">
            <w:pPr>
              <w:rPr>
                <w:rFonts w:ascii="Times New Roman" w:hAnsi="Times New Roman" w:cs="Times New Roman"/>
                <w:szCs w:val="21"/>
              </w:rPr>
            </w:pPr>
          </w:p>
        </w:tc>
        <w:tc>
          <w:tcPr>
            <w:tcW w:w="1009" w:type="dxa"/>
            <w:vMerge/>
          </w:tcPr>
          <w:p w14:paraId="79668363" w14:textId="77777777" w:rsidR="00497B11" w:rsidRPr="00293828" w:rsidRDefault="00497B11" w:rsidP="00293828">
            <w:pPr>
              <w:rPr>
                <w:rFonts w:ascii="Times New Roman" w:hAnsi="Times New Roman" w:cs="Times New Roman"/>
                <w:szCs w:val="21"/>
              </w:rPr>
            </w:pPr>
          </w:p>
        </w:tc>
        <w:tc>
          <w:tcPr>
            <w:tcW w:w="1009" w:type="dxa"/>
            <w:vMerge/>
          </w:tcPr>
          <w:p w14:paraId="6CCB734F" w14:textId="77777777" w:rsidR="00497B11" w:rsidRPr="00293828" w:rsidRDefault="00497B11" w:rsidP="00293828">
            <w:pPr>
              <w:rPr>
                <w:rFonts w:ascii="Times New Roman" w:hAnsi="Times New Roman" w:cs="Times New Roman"/>
                <w:szCs w:val="21"/>
              </w:rPr>
            </w:pPr>
          </w:p>
        </w:tc>
        <w:tc>
          <w:tcPr>
            <w:tcW w:w="1068" w:type="dxa"/>
            <w:vMerge/>
          </w:tcPr>
          <w:p w14:paraId="541391C3" w14:textId="77777777" w:rsidR="00497B11" w:rsidRPr="00293828" w:rsidRDefault="00497B11" w:rsidP="00293828">
            <w:pPr>
              <w:rPr>
                <w:rFonts w:ascii="Times New Roman" w:hAnsi="Times New Roman" w:cs="Times New Roman"/>
                <w:szCs w:val="21"/>
              </w:rPr>
            </w:pPr>
          </w:p>
        </w:tc>
        <w:tc>
          <w:tcPr>
            <w:tcW w:w="1068" w:type="dxa"/>
            <w:vMerge/>
          </w:tcPr>
          <w:p w14:paraId="0DCBCD9E" w14:textId="77777777" w:rsidR="00497B11" w:rsidRPr="00293828" w:rsidRDefault="00497B11" w:rsidP="00293828">
            <w:pPr>
              <w:rPr>
                <w:rFonts w:ascii="Times New Roman" w:hAnsi="Times New Roman" w:cs="Times New Roman"/>
                <w:szCs w:val="21"/>
              </w:rPr>
            </w:pPr>
          </w:p>
        </w:tc>
      </w:tr>
      <w:tr w:rsidR="00497B11" w:rsidRPr="00293828" w14:paraId="18C5BE59" w14:textId="77777777" w:rsidTr="009D45BD">
        <w:tc>
          <w:tcPr>
            <w:tcW w:w="969" w:type="dxa"/>
            <w:vMerge/>
          </w:tcPr>
          <w:p w14:paraId="1F4C7228" w14:textId="77777777" w:rsidR="00497B11" w:rsidRPr="00293828" w:rsidRDefault="00497B11" w:rsidP="00293828">
            <w:pPr>
              <w:rPr>
                <w:rFonts w:ascii="Times New Roman" w:hAnsi="Times New Roman" w:cs="Times New Roman"/>
                <w:szCs w:val="21"/>
              </w:rPr>
            </w:pPr>
          </w:p>
        </w:tc>
        <w:tc>
          <w:tcPr>
            <w:tcW w:w="1125" w:type="dxa"/>
            <w:vAlign w:val="center"/>
          </w:tcPr>
          <w:p w14:paraId="52C42FB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194-&gt;206</w:t>
            </w:r>
          </w:p>
        </w:tc>
        <w:tc>
          <w:tcPr>
            <w:tcW w:w="1039" w:type="dxa"/>
            <w:vAlign w:val="center"/>
          </w:tcPr>
          <w:p w14:paraId="4B67486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-0.16316</w:t>
            </w:r>
          </w:p>
        </w:tc>
        <w:tc>
          <w:tcPr>
            <w:tcW w:w="1009" w:type="dxa"/>
            <w:vMerge/>
          </w:tcPr>
          <w:p w14:paraId="5450CDB0" w14:textId="77777777" w:rsidR="00497B11" w:rsidRPr="00293828" w:rsidRDefault="00497B11" w:rsidP="00293828">
            <w:pPr>
              <w:rPr>
                <w:rFonts w:ascii="Times New Roman" w:hAnsi="Times New Roman" w:cs="Times New Roman"/>
                <w:szCs w:val="21"/>
              </w:rPr>
            </w:pPr>
          </w:p>
        </w:tc>
        <w:tc>
          <w:tcPr>
            <w:tcW w:w="1009" w:type="dxa"/>
            <w:vMerge/>
          </w:tcPr>
          <w:p w14:paraId="3AEFBCF8" w14:textId="77777777" w:rsidR="00497B11" w:rsidRPr="00293828" w:rsidRDefault="00497B11" w:rsidP="00293828">
            <w:pPr>
              <w:rPr>
                <w:rFonts w:ascii="Times New Roman" w:hAnsi="Times New Roman" w:cs="Times New Roman"/>
                <w:szCs w:val="21"/>
              </w:rPr>
            </w:pPr>
          </w:p>
        </w:tc>
        <w:tc>
          <w:tcPr>
            <w:tcW w:w="1009" w:type="dxa"/>
            <w:vMerge/>
          </w:tcPr>
          <w:p w14:paraId="1A313C61" w14:textId="77777777" w:rsidR="00497B11" w:rsidRPr="00293828" w:rsidRDefault="00497B11" w:rsidP="00293828">
            <w:pPr>
              <w:rPr>
                <w:rFonts w:ascii="Times New Roman" w:hAnsi="Times New Roman" w:cs="Times New Roman"/>
                <w:szCs w:val="21"/>
              </w:rPr>
            </w:pPr>
          </w:p>
        </w:tc>
        <w:tc>
          <w:tcPr>
            <w:tcW w:w="1068" w:type="dxa"/>
            <w:vMerge/>
          </w:tcPr>
          <w:p w14:paraId="6DE6173F" w14:textId="77777777" w:rsidR="00497B11" w:rsidRPr="00293828" w:rsidRDefault="00497B11" w:rsidP="00293828">
            <w:pPr>
              <w:rPr>
                <w:rFonts w:ascii="Times New Roman" w:hAnsi="Times New Roman" w:cs="Times New Roman"/>
                <w:szCs w:val="21"/>
              </w:rPr>
            </w:pPr>
          </w:p>
        </w:tc>
        <w:tc>
          <w:tcPr>
            <w:tcW w:w="1068" w:type="dxa"/>
            <w:vMerge/>
          </w:tcPr>
          <w:p w14:paraId="2F16CD10" w14:textId="77777777" w:rsidR="00497B11" w:rsidRPr="00293828" w:rsidRDefault="00497B11" w:rsidP="00293828">
            <w:pPr>
              <w:rPr>
                <w:rFonts w:ascii="Times New Roman" w:hAnsi="Times New Roman" w:cs="Times New Roman"/>
                <w:szCs w:val="21"/>
              </w:rPr>
            </w:pPr>
          </w:p>
        </w:tc>
      </w:tr>
      <w:tr w:rsidR="00497B11" w:rsidRPr="00293828" w14:paraId="6B5B6AB4" w14:textId="77777777" w:rsidTr="009D45BD">
        <w:tc>
          <w:tcPr>
            <w:tcW w:w="969" w:type="dxa"/>
            <w:vMerge/>
          </w:tcPr>
          <w:p w14:paraId="75242682" w14:textId="77777777" w:rsidR="00497B11" w:rsidRPr="00293828" w:rsidRDefault="00497B11" w:rsidP="00293828">
            <w:pPr>
              <w:rPr>
                <w:rFonts w:ascii="Times New Roman" w:hAnsi="Times New Roman" w:cs="Times New Roman"/>
                <w:szCs w:val="21"/>
              </w:rPr>
            </w:pPr>
          </w:p>
        </w:tc>
        <w:tc>
          <w:tcPr>
            <w:tcW w:w="1125" w:type="dxa"/>
            <w:vAlign w:val="center"/>
          </w:tcPr>
          <w:p w14:paraId="06E642B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198-&gt;206</w:t>
            </w:r>
          </w:p>
        </w:tc>
        <w:tc>
          <w:tcPr>
            <w:tcW w:w="1039" w:type="dxa"/>
            <w:vAlign w:val="center"/>
          </w:tcPr>
          <w:p w14:paraId="4A991E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-0.24569</w:t>
            </w:r>
          </w:p>
        </w:tc>
        <w:tc>
          <w:tcPr>
            <w:tcW w:w="1009" w:type="dxa"/>
            <w:vMerge/>
          </w:tcPr>
          <w:p w14:paraId="6F2E0FF3" w14:textId="77777777" w:rsidR="00497B11" w:rsidRPr="00293828" w:rsidRDefault="00497B11" w:rsidP="00293828">
            <w:pPr>
              <w:rPr>
                <w:rFonts w:ascii="Times New Roman" w:hAnsi="Times New Roman" w:cs="Times New Roman"/>
                <w:szCs w:val="21"/>
              </w:rPr>
            </w:pPr>
          </w:p>
        </w:tc>
        <w:tc>
          <w:tcPr>
            <w:tcW w:w="1009" w:type="dxa"/>
            <w:vMerge/>
          </w:tcPr>
          <w:p w14:paraId="5526D264" w14:textId="77777777" w:rsidR="00497B11" w:rsidRPr="00293828" w:rsidRDefault="00497B11" w:rsidP="00293828">
            <w:pPr>
              <w:rPr>
                <w:rFonts w:ascii="Times New Roman" w:hAnsi="Times New Roman" w:cs="Times New Roman"/>
                <w:szCs w:val="21"/>
              </w:rPr>
            </w:pPr>
          </w:p>
        </w:tc>
        <w:tc>
          <w:tcPr>
            <w:tcW w:w="1009" w:type="dxa"/>
            <w:vMerge/>
          </w:tcPr>
          <w:p w14:paraId="4D621C92" w14:textId="77777777" w:rsidR="00497B11" w:rsidRPr="00293828" w:rsidRDefault="00497B11" w:rsidP="00293828">
            <w:pPr>
              <w:rPr>
                <w:rFonts w:ascii="Times New Roman" w:hAnsi="Times New Roman" w:cs="Times New Roman"/>
                <w:szCs w:val="21"/>
              </w:rPr>
            </w:pPr>
          </w:p>
        </w:tc>
        <w:tc>
          <w:tcPr>
            <w:tcW w:w="1068" w:type="dxa"/>
            <w:vMerge/>
          </w:tcPr>
          <w:p w14:paraId="47EEE980" w14:textId="77777777" w:rsidR="00497B11" w:rsidRPr="00293828" w:rsidRDefault="00497B11" w:rsidP="00293828">
            <w:pPr>
              <w:rPr>
                <w:rFonts w:ascii="Times New Roman" w:hAnsi="Times New Roman" w:cs="Times New Roman"/>
                <w:szCs w:val="21"/>
              </w:rPr>
            </w:pPr>
          </w:p>
        </w:tc>
        <w:tc>
          <w:tcPr>
            <w:tcW w:w="1068" w:type="dxa"/>
            <w:vMerge/>
          </w:tcPr>
          <w:p w14:paraId="3380B2E3" w14:textId="77777777" w:rsidR="00497B11" w:rsidRPr="00293828" w:rsidRDefault="00497B11" w:rsidP="00293828">
            <w:pPr>
              <w:rPr>
                <w:rFonts w:ascii="Times New Roman" w:hAnsi="Times New Roman" w:cs="Times New Roman"/>
                <w:szCs w:val="21"/>
              </w:rPr>
            </w:pPr>
          </w:p>
        </w:tc>
      </w:tr>
      <w:tr w:rsidR="00497B11" w:rsidRPr="00293828" w14:paraId="5D835FE5" w14:textId="77777777" w:rsidTr="009D45BD">
        <w:tc>
          <w:tcPr>
            <w:tcW w:w="969" w:type="dxa"/>
            <w:vMerge/>
          </w:tcPr>
          <w:p w14:paraId="2D197D18" w14:textId="77777777" w:rsidR="00497B11" w:rsidRPr="00293828" w:rsidRDefault="00497B11" w:rsidP="00293828">
            <w:pPr>
              <w:rPr>
                <w:rFonts w:ascii="Times New Roman" w:hAnsi="Times New Roman" w:cs="Times New Roman"/>
                <w:szCs w:val="21"/>
              </w:rPr>
            </w:pPr>
          </w:p>
        </w:tc>
        <w:tc>
          <w:tcPr>
            <w:tcW w:w="1125" w:type="dxa"/>
            <w:vAlign w:val="center"/>
          </w:tcPr>
          <w:p w14:paraId="45E0C56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198-&gt;207</w:t>
            </w:r>
          </w:p>
        </w:tc>
        <w:tc>
          <w:tcPr>
            <w:tcW w:w="1039" w:type="dxa"/>
            <w:vAlign w:val="center"/>
          </w:tcPr>
          <w:p w14:paraId="5B00F4E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0.14375</w:t>
            </w:r>
          </w:p>
        </w:tc>
        <w:tc>
          <w:tcPr>
            <w:tcW w:w="1009" w:type="dxa"/>
            <w:vMerge/>
          </w:tcPr>
          <w:p w14:paraId="4EC01384" w14:textId="77777777" w:rsidR="00497B11" w:rsidRPr="00293828" w:rsidRDefault="00497B11" w:rsidP="00293828">
            <w:pPr>
              <w:rPr>
                <w:rFonts w:ascii="Times New Roman" w:hAnsi="Times New Roman" w:cs="Times New Roman"/>
                <w:szCs w:val="21"/>
              </w:rPr>
            </w:pPr>
          </w:p>
        </w:tc>
        <w:tc>
          <w:tcPr>
            <w:tcW w:w="1009" w:type="dxa"/>
            <w:vMerge/>
          </w:tcPr>
          <w:p w14:paraId="39B98160" w14:textId="77777777" w:rsidR="00497B11" w:rsidRPr="00293828" w:rsidRDefault="00497B11" w:rsidP="00293828">
            <w:pPr>
              <w:rPr>
                <w:rFonts w:ascii="Times New Roman" w:hAnsi="Times New Roman" w:cs="Times New Roman"/>
                <w:szCs w:val="21"/>
              </w:rPr>
            </w:pPr>
          </w:p>
        </w:tc>
        <w:tc>
          <w:tcPr>
            <w:tcW w:w="1009" w:type="dxa"/>
            <w:vMerge/>
          </w:tcPr>
          <w:p w14:paraId="1CA51239" w14:textId="77777777" w:rsidR="00497B11" w:rsidRPr="00293828" w:rsidRDefault="00497B11" w:rsidP="00293828">
            <w:pPr>
              <w:rPr>
                <w:rFonts w:ascii="Times New Roman" w:hAnsi="Times New Roman" w:cs="Times New Roman"/>
                <w:szCs w:val="21"/>
              </w:rPr>
            </w:pPr>
          </w:p>
        </w:tc>
        <w:tc>
          <w:tcPr>
            <w:tcW w:w="1068" w:type="dxa"/>
            <w:vMerge/>
          </w:tcPr>
          <w:p w14:paraId="03B8E017" w14:textId="77777777" w:rsidR="00497B11" w:rsidRPr="00293828" w:rsidRDefault="00497B11" w:rsidP="00293828">
            <w:pPr>
              <w:rPr>
                <w:rFonts w:ascii="Times New Roman" w:hAnsi="Times New Roman" w:cs="Times New Roman"/>
                <w:szCs w:val="21"/>
              </w:rPr>
            </w:pPr>
          </w:p>
        </w:tc>
        <w:tc>
          <w:tcPr>
            <w:tcW w:w="1068" w:type="dxa"/>
            <w:vMerge/>
          </w:tcPr>
          <w:p w14:paraId="66797B7D" w14:textId="77777777" w:rsidR="00497B11" w:rsidRPr="00293828" w:rsidRDefault="00497B11" w:rsidP="00293828">
            <w:pPr>
              <w:rPr>
                <w:rFonts w:ascii="Times New Roman" w:hAnsi="Times New Roman" w:cs="Times New Roman"/>
                <w:szCs w:val="21"/>
              </w:rPr>
            </w:pPr>
          </w:p>
        </w:tc>
      </w:tr>
      <w:tr w:rsidR="00497B11" w:rsidRPr="00293828" w14:paraId="599AB38E" w14:textId="77777777" w:rsidTr="009D45BD">
        <w:tc>
          <w:tcPr>
            <w:tcW w:w="969" w:type="dxa"/>
            <w:vMerge/>
          </w:tcPr>
          <w:p w14:paraId="1402CD34" w14:textId="77777777" w:rsidR="00497B11" w:rsidRPr="00293828" w:rsidRDefault="00497B11" w:rsidP="00293828">
            <w:pPr>
              <w:rPr>
                <w:rFonts w:ascii="Times New Roman" w:hAnsi="Times New Roman" w:cs="Times New Roman"/>
                <w:szCs w:val="21"/>
              </w:rPr>
            </w:pPr>
          </w:p>
        </w:tc>
        <w:tc>
          <w:tcPr>
            <w:tcW w:w="1125" w:type="dxa"/>
            <w:vAlign w:val="center"/>
          </w:tcPr>
          <w:p w14:paraId="4A8704C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204-&gt;207</w:t>
            </w:r>
          </w:p>
        </w:tc>
        <w:tc>
          <w:tcPr>
            <w:tcW w:w="1039" w:type="dxa"/>
            <w:vAlign w:val="center"/>
          </w:tcPr>
          <w:p w14:paraId="38CF2BA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-0.1936</w:t>
            </w:r>
          </w:p>
        </w:tc>
        <w:tc>
          <w:tcPr>
            <w:tcW w:w="1009" w:type="dxa"/>
            <w:vMerge/>
          </w:tcPr>
          <w:p w14:paraId="7ECB361B" w14:textId="77777777" w:rsidR="00497B11" w:rsidRPr="00293828" w:rsidRDefault="00497B11" w:rsidP="00293828">
            <w:pPr>
              <w:rPr>
                <w:rFonts w:ascii="Times New Roman" w:hAnsi="Times New Roman" w:cs="Times New Roman"/>
                <w:szCs w:val="21"/>
              </w:rPr>
            </w:pPr>
          </w:p>
        </w:tc>
        <w:tc>
          <w:tcPr>
            <w:tcW w:w="1009" w:type="dxa"/>
            <w:vMerge/>
          </w:tcPr>
          <w:p w14:paraId="54E794BB" w14:textId="77777777" w:rsidR="00497B11" w:rsidRPr="00293828" w:rsidRDefault="00497B11" w:rsidP="00293828">
            <w:pPr>
              <w:rPr>
                <w:rFonts w:ascii="Times New Roman" w:hAnsi="Times New Roman" w:cs="Times New Roman"/>
                <w:szCs w:val="21"/>
              </w:rPr>
            </w:pPr>
          </w:p>
        </w:tc>
        <w:tc>
          <w:tcPr>
            <w:tcW w:w="1009" w:type="dxa"/>
            <w:vMerge/>
          </w:tcPr>
          <w:p w14:paraId="5341AB90" w14:textId="77777777" w:rsidR="00497B11" w:rsidRPr="00293828" w:rsidRDefault="00497B11" w:rsidP="00293828">
            <w:pPr>
              <w:rPr>
                <w:rFonts w:ascii="Times New Roman" w:hAnsi="Times New Roman" w:cs="Times New Roman"/>
                <w:szCs w:val="21"/>
              </w:rPr>
            </w:pPr>
          </w:p>
        </w:tc>
        <w:tc>
          <w:tcPr>
            <w:tcW w:w="1068" w:type="dxa"/>
            <w:vMerge/>
          </w:tcPr>
          <w:p w14:paraId="195FA728" w14:textId="77777777" w:rsidR="00497B11" w:rsidRPr="00293828" w:rsidRDefault="00497B11" w:rsidP="00293828">
            <w:pPr>
              <w:rPr>
                <w:rFonts w:ascii="Times New Roman" w:hAnsi="Times New Roman" w:cs="Times New Roman"/>
                <w:szCs w:val="21"/>
              </w:rPr>
            </w:pPr>
          </w:p>
        </w:tc>
        <w:tc>
          <w:tcPr>
            <w:tcW w:w="1068" w:type="dxa"/>
            <w:vMerge/>
          </w:tcPr>
          <w:p w14:paraId="059C55F8" w14:textId="77777777" w:rsidR="00497B11" w:rsidRPr="00293828" w:rsidRDefault="00497B11" w:rsidP="00293828">
            <w:pPr>
              <w:rPr>
                <w:rFonts w:ascii="Times New Roman" w:hAnsi="Times New Roman" w:cs="Times New Roman"/>
                <w:szCs w:val="21"/>
              </w:rPr>
            </w:pPr>
          </w:p>
        </w:tc>
      </w:tr>
      <w:tr w:rsidR="00497B11" w:rsidRPr="00293828" w14:paraId="49C8F426" w14:textId="77777777" w:rsidTr="009D45BD">
        <w:tc>
          <w:tcPr>
            <w:tcW w:w="969" w:type="dxa"/>
            <w:vMerge w:val="restart"/>
            <w:vAlign w:val="center"/>
          </w:tcPr>
          <w:p w14:paraId="1EE72BB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w:t>
            </w:r>
          </w:p>
        </w:tc>
        <w:tc>
          <w:tcPr>
            <w:tcW w:w="1125" w:type="dxa"/>
            <w:vAlign w:val="center"/>
          </w:tcPr>
          <w:p w14:paraId="2585299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197-&gt;206</w:t>
            </w:r>
          </w:p>
        </w:tc>
        <w:tc>
          <w:tcPr>
            <w:tcW w:w="1039" w:type="dxa"/>
            <w:vAlign w:val="center"/>
          </w:tcPr>
          <w:p w14:paraId="0098F6A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-0.16138</w:t>
            </w:r>
          </w:p>
        </w:tc>
        <w:tc>
          <w:tcPr>
            <w:tcW w:w="1009" w:type="dxa"/>
            <w:vMerge w:val="restart"/>
            <w:vAlign w:val="center"/>
          </w:tcPr>
          <w:p w14:paraId="073AF6A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7.0614</w:t>
            </w:r>
          </w:p>
        </w:tc>
        <w:tc>
          <w:tcPr>
            <w:tcW w:w="1009" w:type="dxa"/>
            <w:vMerge w:val="restart"/>
            <w:vAlign w:val="center"/>
          </w:tcPr>
          <w:p w14:paraId="7C152EE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175.58</w:t>
            </w:r>
          </w:p>
        </w:tc>
        <w:tc>
          <w:tcPr>
            <w:tcW w:w="1009" w:type="dxa"/>
            <w:vMerge w:val="restart"/>
            <w:vAlign w:val="center"/>
          </w:tcPr>
          <w:p w14:paraId="53B5F94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0.0049</w:t>
            </w:r>
          </w:p>
        </w:tc>
        <w:tc>
          <w:tcPr>
            <w:tcW w:w="1068" w:type="dxa"/>
            <w:vMerge w:val="restart"/>
            <w:vAlign w:val="center"/>
          </w:tcPr>
          <w:p w14:paraId="0729CDE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3.7127</w:t>
            </w:r>
          </w:p>
        </w:tc>
        <w:tc>
          <w:tcPr>
            <w:tcW w:w="1068" w:type="dxa"/>
            <w:vMerge w:val="restart"/>
            <w:vAlign w:val="center"/>
          </w:tcPr>
          <w:p w14:paraId="69CBC81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3.8322</w:t>
            </w:r>
          </w:p>
        </w:tc>
      </w:tr>
      <w:tr w:rsidR="00497B11" w:rsidRPr="00293828" w14:paraId="3054B918" w14:textId="77777777" w:rsidTr="009D45BD">
        <w:tc>
          <w:tcPr>
            <w:tcW w:w="969" w:type="dxa"/>
            <w:vMerge/>
          </w:tcPr>
          <w:p w14:paraId="3D4B3A0F" w14:textId="77777777" w:rsidR="00497B11" w:rsidRPr="00293828" w:rsidRDefault="00497B11" w:rsidP="00293828">
            <w:pPr>
              <w:rPr>
                <w:rFonts w:ascii="Times New Roman" w:hAnsi="Times New Roman" w:cs="Times New Roman"/>
                <w:szCs w:val="21"/>
              </w:rPr>
            </w:pPr>
          </w:p>
        </w:tc>
        <w:tc>
          <w:tcPr>
            <w:tcW w:w="1125" w:type="dxa"/>
            <w:vAlign w:val="center"/>
          </w:tcPr>
          <w:p w14:paraId="09FF2CA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198-&gt;206</w:t>
            </w:r>
          </w:p>
        </w:tc>
        <w:tc>
          <w:tcPr>
            <w:tcW w:w="1039" w:type="dxa"/>
            <w:vAlign w:val="center"/>
          </w:tcPr>
          <w:p w14:paraId="1D60453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0.27974</w:t>
            </w:r>
          </w:p>
        </w:tc>
        <w:tc>
          <w:tcPr>
            <w:tcW w:w="1009" w:type="dxa"/>
            <w:vMerge/>
          </w:tcPr>
          <w:p w14:paraId="114C9E03" w14:textId="77777777" w:rsidR="00497B11" w:rsidRPr="00293828" w:rsidRDefault="00497B11" w:rsidP="00293828">
            <w:pPr>
              <w:rPr>
                <w:rFonts w:ascii="Times New Roman" w:hAnsi="Times New Roman" w:cs="Times New Roman"/>
                <w:szCs w:val="21"/>
              </w:rPr>
            </w:pPr>
          </w:p>
        </w:tc>
        <w:tc>
          <w:tcPr>
            <w:tcW w:w="1009" w:type="dxa"/>
            <w:vMerge/>
          </w:tcPr>
          <w:p w14:paraId="435687B2" w14:textId="77777777" w:rsidR="00497B11" w:rsidRPr="00293828" w:rsidRDefault="00497B11" w:rsidP="00293828">
            <w:pPr>
              <w:rPr>
                <w:rFonts w:ascii="Times New Roman" w:hAnsi="Times New Roman" w:cs="Times New Roman"/>
                <w:szCs w:val="21"/>
              </w:rPr>
            </w:pPr>
          </w:p>
        </w:tc>
        <w:tc>
          <w:tcPr>
            <w:tcW w:w="1009" w:type="dxa"/>
            <w:vMerge/>
          </w:tcPr>
          <w:p w14:paraId="69A090C0" w14:textId="77777777" w:rsidR="00497B11" w:rsidRPr="00293828" w:rsidRDefault="00497B11" w:rsidP="00293828">
            <w:pPr>
              <w:rPr>
                <w:rFonts w:ascii="Times New Roman" w:hAnsi="Times New Roman" w:cs="Times New Roman"/>
                <w:szCs w:val="21"/>
              </w:rPr>
            </w:pPr>
          </w:p>
        </w:tc>
        <w:tc>
          <w:tcPr>
            <w:tcW w:w="1068" w:type="dxa"/>
            <w:vMerge/>
          </w:tcPr>
          <w:p w14:paraId="4FDE14D4" w14:textId="77777777" w:rsidR="00497B11" w:rsidRPr="00293828" w:rsidRDefault="00497B11" w:rsidP="00293828">
            <w:pPr>
              <w:rPr>
                <w:rFonts w:ascii="Times New Roman" w:hAnsi="Times New Roman" w:cs="Times New Roman"/>
                <w:szCs w:val="21"/>
              </w:rPr>
            </w:pPr>
          </w:p>
        </w:tc>
        <w:tc>
          <w:tcPr>
            <w:tcW w:w="1068" w:type="dxa"/>
            <w:vMerge/>
          </w:tcPr>
          <w:p w14:paraId="15D1E541" w14:textId="77777777" w:rsidR="00497B11" w:rsidRPr="00293828" w:rsidRDefault="00497B11" w:rsidP="00293828">
            <w:pPr>
              <w:rPr>
                <w:rFonts w:ascii="Times New Roman" w:hAnsi="Times New Roman" w:cs="Times New Roman"/>
                <w:szCs w:val="21"/>
              </w:rPr>
            </w:pPr>
          </w:p>
        </w:tc>
      </w:tr>
      <w:tr w:rsidR="00497B11" w:rsidRPr="00293828" w14:paraId="2F8257DC" w14:textId="77777777" w:rsidTr="009D45BD">
        <w:tc>
          <w:tcPr>
            <w:tcW w:w="969" w:type="dxa"/>
            <w:vMerge/>
          </w:tcPr>
          <w:p w14:paraId="3D4D9653" w14:textId="77777777" w:rsidR="00497B11" w:rsidRPr="00293828" w:rsidRDefault="00497B11" w:rsidP="00293828">
            <w:pPr>
              <w:rPr>
                <w:rFonts w:ascii="Times New Roman" w:hAnsi="Times New Roman" w:cs="Times New Roman"/>
                <w:szCs w:val="21"/>
              </w:rPr>
            </w:pPr>
          </w:p>
        </w:tc>
        <w:tc>
          <w:tcPr>
            <w:tcW w:w="1125" w:type="dxa"/>
            <w:vAlign w:val="center"/>
          </w:tcPr>
          <w:p w14:paraId="648CC85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39" w:type="dxa"/>
            <w:vAlign w:val="center"/>
          </w:tcPr>
          <w:p w14:paraId="07EF8C4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-0.15577</w:t>
            </w:r>
          </w:p>
        </w:tc>
        <w:tc>
          <w:tcPr>
            <w:tcW w:w="1009" w:type="dxa"/>
            <w:vMerge/>
          </w:tcPr>
          <w:p w14:paraId="0BE62AC3" w14:textId="77777777" w:rsidR="00497B11" w:rsidRPr="00293828" w:rsidRDefault="00497B11" w:rsidP="00293828">
            <w:pPr>
              <w:rPr>
                <w:rFonts w:ascii="Times New Roman" w:hAnsi="Times New Roman" w:cs="Times New Roman"/>
                <w:szCs w:val="21"/>
              </w:rPr>
            </w:pPr>
          </w:p>
        </w:tc>
        <w:tc>
          <w:tcPr>
            <w:tcW w:w="1009" w:type="dxa"/>
            <w:vMerge/>
          </w:tcPr>
          <w:p w14:paraId="18032494" w14:textId="77777777" w:rsidR="00497B11" w:rsidRPr="00293828" w:rsidRDefault="00497B11" w:rsidP="00293828">
            <w:pPr>
              <w:rPr>
                <w:rFonts w:ascii="Times New Roman" w:hAnsi="Times New Roman" w:cs="Times New Roman"/>
                <w:szCs w:val="21"/>
              </w:rPr>
            </w:pPr>
          </w:p>
        </w:tc>
        <w:tc>
          <w:tcPr>
            <w:tcW w:w="1009" w:type="dxa"/>
            <w:vMerge/>
          </w:tcPr>
          <w:p w14:paraId="4B9EFBE9" w14:textId="77777777" w:rsidR="00497B11" w:rsidRPr="00293828" w:rsidRDefault="00497B11" w:rsidP="00293828">
            <w:pPr>
              <w:rPr>
                <w:rFonts w:ascii="Times New Roman" w:hAnsi="Times New Roman" w:cs="Times New Roman"/>
                <w:szCs w:val="21"/>
              </w:rPr>
            </w:pPr>
          </w:p>
        </w:tc>
        <w:tc>
          <w:tcPr>
            <w:tcW w:w="1068" w:type="dxa"/>
            <w:vMerge/>
          </w:tcPr>
          <w:p w14:paraId="2D32F1B0" w14:textId="77777777" w:rsidR="00497B11" w:rsidRPr="00293828" w:rsidRDefault="00497B11" w:rsidP="00293828">
            <w:pPr>
              <w:rPr>
                <w:rFonts w:ascii="Times New Roman" w:hAnsi="Times New Roman" w:cs="Times New Roman"/>
                <w:szCs w:val="21"/>
              </w:rPr>
            </w:pPr>
          </w:p>
        </w:tc>
        <w:tc>
          <w:tcPr>
            <w:tcW w:w="1068" w:type="dxa"/>
            <w:vMerge/>
          </w:tcPr>
          <w:p w14:paraId="166EB0D3" w14:textId="77777777" w:rsidR="00497B11" w:rsidRPr="00293828" w:rsidRDefault="00497B11" w:rsidP="00293828">
            <w:pPr>
              <w:rPr>
                <w:rFonts w:ascii="Times New Roman" w:hAnsi="Times New Roman" w:cs="Times New Roman"/>
                <w:szCs w:val="21"/>
              </w:rPr>
            </w:pPr>
          </w:p>
        </w:tc>
      </w:tr>
      <w:tr w:rsidR="00497B11" w:rsidRPr="00293828" w14:paraId="2024D8A9" w14:textId="77777777" w:rsidTr="009D45BD">
        <w:tc>
          <w:tcPr>
            <w:tcW w:w="969" w:type="dxa"/>
            <w:vMerge/>
          </w:tcPr>
          <w:p w14:paraId="36715828" w14:textId="77777777" w:rsidR="00497B11" w:rsidRPr="00293828" w:rsidRDefault="00497B11" w:rsidP="00293828">
            <w:pPr>
              <w:rPr>
                <w:rFonts w:ascii="Times New Roman" w:hAnsi="Times New Roman" w:cs="Times New Roman"/>
                <w:szCs w:val="21"/>
              </w:rPr>
            </w:pPr>
          </w:p>
        </w:tc>
        <w:tc>
          <w:tcPr>
            <w:tcW w:w="1125" w:type="dxa"/>
            <w:vAlign w:val="center"/>
          </w:tcPr>
          <w:p w14:paraId="354FCA1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39" w:type="dxa"/>
            <w:vAlign w:val="center"/>
          </w:tcPr>
          <w:p w14:paraId="5108290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-0.24255</w:t>
            </w:r>
          </w:p>
        </w:tc>
        <w:tc>
          <w:tcPr>
            <w:tcW w:w="1009" w:type="dxa"/>
            <w:vMerge/>
          </w:tcPr>
          <w:p w14:paraId="411B8BA6" w14:textId="77777777" w:rsidR="00497B11" w:rsidRPr="00293828" w:rsidRDefault="00497B11" w:rsidP="00293828">
            <w:pPr>
              <w:rPr>
                <w:rFonts w:ascii="Times New Roman" w:hAnsi="Times New Roman" w:cs="Times New Roman"/>
                <w:szCs w:val="21"/>
              </w:rPr>
            </w:pPr>
          </w:p>
        </w:tc>
        <w:tc>
          <w:tcPr>
            <w:tcW w:w="1009" w:type="dxa"/>
            <w:vMerge/>
          </w:tcPr>
          <w:p w14:paraId="58C9346C" w14:textId="77777777" w:rsidR="00497B11" w:rsidRPr="00293828" w:rsidRDefault="00497B11" w:rsidP="00293828">
            <w:pPr>
              <w:rPr>
                <w:rFonts w:ascii="Times New Roman" w:hAnsi="Times New Roman" w:cs="Times New Roman"/>
                <w:szCs w:val="21"/>
              </w:rPr>
            </w:pPr>
          </w:p>
        </w:tc>
        <w:tc>
          <w:tcPr>
            <w:tcW w:w="1009" w:type="dxa"/>
            <w:vMerge/>
          </w:tcPr>
          <w:p w14:paraId="39ECFA43" w14:textId="77777777" w:rsidR="00497B11" w:rsidRPr="00293828" w:rsidRDefault="00497B11" w:rsidP="00293828">
            <w:pPr>
              <w:rPr>
                <w:rFonts w:ascii="Times New Roman" w:hAnsi="Times New Roman" w:cs="Times New Roman"/>
                <w:szCs w:val="21"/>
              </w:rPr>
            </w:pPr>
          </w:p>
        </w:tc>
        <w:tc>
          <w:tcPr>
            <w:tcW w:w="1068" w:type="dxa"/>
            <w:vMerge/>
          </w:tcPr>
          <w:p w14:paraId="5349ACD0" w14:textId="77777777" w:rsidR="00497B11" w:rsidRPr="00293828" w:rsidRDefault="00497B11" w:rsidP="00293828">
            <w:pPr>
              <w:rPr>
                <w:rFonts w:ascii="Times New Roman" w:hAnsi="Times New Roman" w:cs="Times New Roman"/>
                <w:szCs w:val="21"/>
              </w:rPr>
            </w:pPr>
          </w:p>
        </w:tc>
        <w:tc>
          <w:tcPr>
            <w:tcW w:w="1068" w:type="dxa"/>
            <w:vMerge/>
          </w:tcPr>
          <w:p w14:paraId="4C77848C" w14:textId="77777777" w:rsidR="00497B11" w:rsidRPr="00293828" w:rsidRDefault="00497B11" w:rsidP="00293828">
            <w:pPr>
              <w:rPr>
                <w:rFonts w:ascii="Times New Roman" w:hAnsi="Times New Roman" w:cs="Times New Roman"/>
                <w:szCs w:val="21"/>
              </w:rPr>
            </w:pPr>
          </w:p>
        </w:tc>
      </w:tr>
      <w:tr w:rsidR="00497B11" w:rsidRPr="00293828" w14:paraId="0E10BD58" w14:textId="77777777" w:rsidTr="009D45BD">
        <w:tc>
          <w:tcPr>
            <w:tcW w:w="969" w:type="dxa"/>
            <w:vMerge/>
          </w:tcPr>
          <w:p w14:paraId="40989127" w14:textId="77777777" w:rsidR="00497B11" w:rsidRPr="00293828" w:rsidRDefault="00497B11" w:rsidP="00293828">
            <w:pPr>
              <w:rPr>
                <w:rFonts w:ascii="Times New Roman" w:hAnsi="Times New Roman" w:cs="Times New Roman"/>
                <w:szCs w:val="21"/>
              </w:rPr>
            </w:pPr>
          </w:p>
        </w:tc>
        <w:tc>
          <w:tcPr>
            <w:tcW w:w="1125" w:type="dxa"/>
            <w:vAlign w:val="center"/>
          </w:tcPr>
          <w:p w14:paraId="3805632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202-&gt;207</w:t>
            </w:r>
          </w:p>
        </w:tc>
        <w:tc>
          <w:tcPr>
            <w:tcW w:w="1039" w:type="dxa"/>
            <w:vAlign w:val="center"/>
          </w:tcPr>
          <w:p w14:paraId="41B8BA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0.22818</w:t>
            </w:r>
          </w:p>
        </w:tc>
        <w:tc>
          <w:tcPr>
            <w:tcW w:w="1009" w:type="dxa"/>
            <w:vMerge/>
          </w:tcPr>
          <w:p w14:paraId="66CF5F6E" w14:textId="77777777" w:rsidR="00497B11" w:rsidRPr="00293828" w:rsidRDefault="00497B11" w:rsidP="00293828">
            <w:pPr>
              <w:rPr>
                <w:rFonts w:ascii="Times New Roman" w:hAnsi="Times New Roman" w:cs="Times New Roman"/>
                <w:szCs w:val="21"/>
              </w:rPr>
            </w:pPr>
          </w:p>
        </w:tc>
        <w:tc>
          <w:tcPr>
            <w:tcW w:w="1009" w:type="dxa"/>
            <w:vMerge/>
          </w:tcPr>
          <w:p w14:paraId="3C8CE1CB" w14:textId="77777777" w:rsidR="00497B11" w:rsidRPr="00293828" w:rsidRDefault="00497B11" w:rsidP="00293828">
            <w:pPr>
              <w:rPr>
                <w:rFonts w:ascii="Times New Roman" w:hAnsi="Times New Roman" w:cs="Times New Roman"/>
                <w:szCs w:val="21"/>
              </w:rPr>
            </w:pPr>
          </w:p>
        </w:tc>
        <w:tc>
          <w:tcPr>
            <w:tcW w:w="1009" w:type="dxa"/>
            <w:vMerge/>
          </w:tcPr>
          <w:p w14:paraId="03BEF2A1" w14:textId="77777777" w:rsidR="00497B11" w:rsidRPr="00293828" w:rsidRDefault="00497B11" w:rsidP="00293828">
            <w:pPr>
              <w:rPr>
                <w:rFonts w:ascii="Times New Roman" w:hAnsi="Times New Roman" w:cs="Times New Roman"/>
                <w:szCs w:val="21"/>
              </w:rPr>
            </w:pPr>
          </w:p>
        </w:tc>
        <w:tc>
          <w:tcPr>
            <w:tcW w:w="1068" w:type="dxa"/>
            <w:vMerge/>
          </w:tcPr>
          <w:p w14:paraId="4F6EC1B6" w14:textId="77777777" w:rsidR="00497B11" w:rsidRPr="00293828" w:rsidRDefault="00497B11" w:rsidP="00293828">
            <w:pPr>
              <w:rPr>
                <w:rFonts w:ascii="Times New Roman" w:hAnsi="Times New Roman" w:cs="Times New Roman"/>
                <w:szCs w:val="21"/>
              </w:rPr>
            </w:pPr>
          </w:p>
        </w:tc>
        <w:tc>
          <w:tcPr>
            <w:tcW w:w="1068" w:type="dxa"/>
            <w:vMerge/>
          </w:tcPr>
          <w:p w14:paraId="670A37EF" w14:textId="77777777" w:rsidR="00497B11" w:rsidRPr="00293828" w:rsidRDefault="00497B11" w:rsidP="00293828">
            <w:pPr>
              <w:rPr>
                <w:rFonts w:ascii="Times New Roman" w:hAnsi="Times New Roman" w:cs="Times New Roman"/>
                <w:szCs w:val="21"/>
              </w:rPr>
            </w:pPr>
          </w:p>
        </w:tc>
      </w:tr>
      <w:tr w:rsidR="00497B11" w:rsidRPr="00293828" w14:paraId="70532F51" w14:textId="77777777" w:rsidTr="009D45BD">
        <w:tc>
          <w:tcPr>
            <w:tcW w:w="969" w:type="dxa"/>
            <w:vMerge w:val="restart"/>
            <w:vAlign w:val="center"/>
          </w:tcPr>
          <w:p w14:paraId="333C939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w:t>
            </w:r>
          </w:p>
        </w:tc>
        <w:tc>
          <w:tcPr>
            <w:tcW w:w="1125" w:type="dxa"/>
            <w:vAlign w:val="center"/>
          </w:tcPr>
          <w:p w14:paraId="35F5D6C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183-&gt;206</w:t>
            </w:r>
          </w:p>
        </w:tc>
        <w:tc>
          <w:tcPr>
            <w:tcW w:w="1039" w:type="dxa"/>
            <w:vAlign w:val="center"/>
          </w:tcPr>
          <w:p w14:paraId="333E47F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-0.22186</w:t>
            </w:r>
          </w:p>
        </w:tc>
        <w:tc>
          <w:tcPr>
            <w:tcW w:w="1009" w:type="dxa"/>
            <w:vMerge w:val="restart"/>
            <w:vAlign w:val="center"/>
          </w:tcPr>
          <w:p w14:paraId="775CCD1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7.1194</w:t>
            </w:r>
          </w:p>
        </w:tc>
        <w:tc>
          <w:tcPr>
            <w:tcW w:w="1009" w:type="dxa"/>
            <w:vMerge w:val="restart"/>
            <w:vAlign w:val="center"/>
          </w:tcPr>
          <w:p w14:paraId="3E34C1D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174.15</w:t>
            </w:r>
          </w:p>
        </w:tc>
        <w:tc>
          <w:tcPr>
            <w:tcW w:w="1009" w:type="dxa"/>
            <w:vMerge w:val="restart"/>
            <w:vAlign w:val="center"/>
          </w:tcPr>
          <w:p w14:paraId="08FC86C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0.0352</w:t>
            </w:r>
          </w:p>
        </w:tc>
        <w:tc>
          <w:tcPr>
            <w:tcW w:w="1068" w:type="dxa"/>
            <w:vMerge w:val="restart"/>
            <w:vAlign w:val="center"/>
          </w:tcPr>
          <w:p w14:paraId="5ACC6DC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-8.3149</w:t>
            </w:r>
          </w:p>
        </w:tc>
        <w:tc>
          <w:tcPr>
            <w:tcW w:w="1068" w:type="dxa"/>
            <w:vMerge w:val="restart"/>
            <w:vAlign w:val="center"/>
          </w:tcPr>
          <w:p w14:paraId="6F9CE03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-8.2408</w:t>
            </w:r>
          </w:p>
        </w:tc>
      </w:tr>
      <w:tr w:rsidR="00497B11" w:rsidRPr="00293828" w14:paraId="17CC4B6C" w14:textId="77777777" w:rsidTr="009D45BD">
        <w:tc>
          <w:tcPr>
            <w:tcW w:w="969" w:type="dxa"/>
            <w:vMerge/>
          </w:tcPr>
          <w:p w14:paraId="424B283E" w14:textId="77777777" w:rsidR="00497B11" w:rsidRPr="00293828" w:rsidRDefault="00497B11" w:rsidP="00293828">
            <w:pPr>
              <w:rPr>
                <w:rFonts w:ascii="Times New Roman" w:hAnsi="Times New Roman" w:cs="Times New Roman"/>
                <w:szCs w:val="21"/>
              </w:rPr>
            </w:pPr>
          </w:p>
        </w:tc>
        <w:tc>
          <w:tcPr>
            <w:tcW w:w="1125" w:type="dxa"/>
            <w:vAlign w:val="center"/>
          </w:tcPr>
          <w:p w14:paraId="5853A91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185-&gt;206</w:t>
            </w:r>
          </w:p>
        </w:tc>
        <w:tc>
          <w:tcPr>
            <w:tcW w:w="1039" w:type="dxa"/>
            <w:vAlign w:val="center"/>
          </w:tcPr>
          <w:p w14:paraId="1C89C32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0.21242</w:t>
            </w:r>
          </w:p>
        </w:tc>
        <w:tc>
          <w:tcPr>
            <w:tcW w:w="1009" w:type="dxa"/>
            <w:vMerge/>
          </w:tcPr>
          <w:p w14:paraId="6C1057B4" w14:textId="77777777" w:rsidR="00497B11" w:rsidRPr="00293828" w:rsidRDefault="00497B11" w:rsidP="00293828">
            <w:pPr>
              <w:rPr>
                <w:rFonts w:ascii="Times New Roman" w:hAnsi="Times New Roman" w:cs="Times New Roman"/>
                <w:szCs w:val="21"/>
              </w:rPr>
            </w:pPr>
          </w:p>
        </w:tc>
        <w:tc>
          <w:tcPr>
            <w:tcW w:w="1009" w:type="dxa"/>
            <w:vMerge/>
          </w:tcPr>
          <w:p w14:paraId="4A01787F" w14:textId="77777777" w:rsidR="00497B11" w:rsidRPr="00293828" w:rsidRDefault="00497B11" w:rsidP="00293828">
            <w:pPr>
              <w:rPr>
                <w:rFonts w:ascii="Times New Roman" w:hAnsi="Times New Roman" w:cs="Times New Roman"/>
                <w:szCs w:val="21"/>
              </w:rPr>
            </w:pPr>
          </w:p>
        </w:tc>
        <w:tc>
          <w:tcPr>
            <w:tcW w:w="1009" w:type="dxa"/>
            <w:vMerge/>
          </w:tcPr>
          <w:p w14:paraId="35786D64" w14:textId="77777777" w:rsidR="00497B11" w:rsidRPr="00293828" w:rsidRDefault="00497B11" w:rsidP="00293828">
            <w:pPr>
              <w:rPr>
                <w:rFonts w:ascii="Times New Roman" w:hAnsi="Times New Roman" w:cs="Times New Roman"/>
                <w:szCs w:val="21"/>
              </w:rPr>
            </w:pPr>
          </w:p>
        </w:tc>
        <w:tc>
          <w:tcPr>
            <w:tcW w:w="1068" w:type="dxa"/>
            <w:vMerge/>
          </w:tcPr>
          <w:p w14:paraId="68095337" w14:textId="77777777" w:rsidR="00497B11" w:rsidRPr="00293828" w:rsidRDefault="00497B11" w:rsidP="00293828">
            <w:pPr>
              <w:rPr>
                <w:rFonts w:ascii="Times New Roman" w:hAnsi="Times New Roman" w:cs="Times New Roman"/>
                <w:szCs w:val="21"/>
              </w:rPr>
            </w:pPr>
          </w:p>
        </w:tc>
        <w:tc>
          <w:tcPr>
            <w:tcW w:w="1068" w:type="dxa"/>
            <w:vMerge/>
          </w:tcPr>
          <w:p w14:paraId="48CA6688" w14:textId="77777777" w:rsidR="00497B11" w:rsidRPr="00293828" w:rsidRDefault="00497B11" w:rsidP="00293828">
            <w:pPr>
              <w:rPr>
                <w:rFonts w:ascii="Times New Roman" w:hAnsi="Times New Roman" w:cs="Times New Roman"/>
                <w:szCs w:val="21"/>
              </w:rPr>
            </w:pPr>
          </w:p>
        </w:tc>
      </w:tr>
      <w:tr w:rsidR="00497B11" w:rsidRPr="00293828" w14:paraId="4436AA39" w14:textId="77777777" w:rsidTr="009D45BD">
        <w:tc>
          <w:tcPr>
            <w:tcW w:w="969" w:type="dxa"/>
            <w:vMerge/>
          </w:tcPr>
          <w:p w14:paraId="137623D0" w14:textId="77777777" w:rsidR="00497B11" w:rsidRPr="00293828" w:rsidRDefault="00497B11" w:rsidP="00293828">
            <w:pPr>
              <w:rPr>
                <w:rFonts w:ascii="Times New Roman" w:hAnsi="Times New Roman" w:cs="Times New Roman"/>
                <w:szCs w:val="21"/>
              </w:rPr>
            </w:pPr>
          </w:p>
        </w:tc>
        <w:tc>
          <w:tcPr>
            <w:tcW w:w="1125" w:type="dxa"/>
            <w:vAlign w:val="center"/>
          </w:tcPr>
          <w:p w14:paraId="3648912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189-&gt;207</w:t>
            </w:r>
          </w:p>
        </w:tc>
        <w:tc>
          <w:tcPr>
            <w:tcW w:w="1039" w:type="dxa"/>
            <w:vAlign w:val="center"/>
          </w:tcPr>
          <w:p w14:paraId="18F5F7B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0.15226</w:t>
            </w:r>
          </w:p>
        </w:tc>
        <w:tc>
          <w:tcPr>
            <w:tcW w:w="1009" w:type="dxa"/>
            <w:vMerge/>
          </w:tcPr>
          <w:p w14:paraId="2F2CD9D5" w14:textId="77777777" w:rsidR="00497B11" w:rsidRPr="00293828" w:rsidRDefault="00497B11" w:rsidP="00293828">
            <w:pPr>
              <w:rPr>
                <w:rFonts w:ascii="Times New Roman" w:hAnsi="Times New Roman" w:cs="Times New Roman"/>
                <w:szCs w:val="21"/>
              </w:rPr>
            </w:pPr>
          </w:p>
        </w:tc>
        <w:tc>
          <w:tcPr>
            <w:tcW w:w="1009" w:type="dxa"/>
            <w:vMerge/>
          </w:tcPr>
          <w:p w14:paraId="66AD9C9D" w14:textId="77777777" w:rsidR="00497B11" w:rsidRPr="00293828" w:rsidRDefault="00497B11" w:rsidP="00293828">
            <w:pPr>
              <w:rPr>
                <w:rFonts w:ascii="Times New Roman" w:hAnsi="Times New Roman" w:cs="Times New Roman"/>
                <w:szCs w:val="21"/>
              </w:rPr>
            </w:pPr>
          </w:p>
        </w:tc>
        <w:tc>
          <w:tcPr>
            <w:tcW w:w="1009" w:type="dxa"/>
            <w:vMerge/>
          </w:tcPr>
          <w:p w14:paraId="2D5E23E1" w14:textId="77777777" w:rsidR="00497B11" w:rsidRPr="00293828" w:rsidRDefault="00497B11" w:rsidP="00293828">
            <w:pPr>
              <w:rPr>
                <w:rFonts w:ascii="Times New Roman" w:hAnsi="Times New Roman" w:cs="Times New Roman"/>
                <w:szCs w:val="21"/>
              </w:rPr>
            </w:pPr>
          </w:p>
        </w:tc>
        <w:tc>
          <w:tcPr>
            <w:tcW w:w="1068" w:type="dxa"/>
            <w:vMerge/>
          </w:tcPr>
          <w:p w14:paraId="0F933759" w14:textId="77777777" w:rsidR="00497B11" w:rsidRPr="00293828" w:rsidRDefault="00497B11" w:rsidP="00293828">
            <w:pPr>
              <w:rPr>
                <w:rFonts w:ascii="Times New Roman" w:hAnsi="Times New Roman" w:cs="Times New Roman"/>
                <w:szCs w:val="21"/>
              </w:rPr>
            </w:pPr>
          </w:p>
        </w:tc>
        <w:tc>
          <w:tcPr>
            <w:tcW w:w="1068" w:type="dxa"/>
            <w:vMerge/>
          </w:tcPr>
          <w:p w14:paraId="1DBF052F" w14:textId="77777777" w:rsidR="00497B11" w:rsidRPr="00293828" w:rsidRDefault="00497B11" w:rsidP="00293828">
            <w:pPr>
              <w:rPr>
                <w:rFonts w:ascii="Times New Roman" w:hAnsi="Times New Roman" w:cs="Times New Roman"/>
                <w:szCs w:val="21"/>
              </w:rPr>
            </w:pPr>
          </w:p>
        </w:tc>
      </w:tr>
      <w:tr w:rsidR="00497B11" w:rsidRPr="00293828" w14:paraId="4CC60C07" w14:textId="77777777" w:rsidTr="009D45BD">
        <w:tc>
          <w:tcPr>
            <w:tcW w:w="969" w:type="dxa"/>
            <w:vMerge/>
          </w:tcPr>
          <w:p w14:paraId="002D37DC" w14:textId="77777777" w:rsidR="00497B11" w:rsidRPr="00293828" w:rsidRDefault="00497B11" w:rsidP="00293828">
            <w:pPr>
              <w:rPr>
                <w:rFonts w:ascii="Times New Roman" w:hAnsi="Times New Roman" w:cs="Times New Roman"/>
                <w:szCs w:val="21"/>
              </w:rPr>
            </w:pPr>
          </w:p>
        </w:tc>
        <w:tc>
          <w:tcPr>
            <w:tcW w:w="1125" w:type="dxa"/>
            <w:vAlign w:val="center"/>
          </w:tcPr>
          <w:p w14:paraId="61C49CA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192-&gt;207</w:t>
            </w:r>
          </w:p>
        </w:tc>
        <w:tc>
          <w:tcPr>
            <w:tcW w:w="1039" w:type="dxa"/>
            <w:vAlign w:val="center"/>
          </w:tcPr>
          <w:p w14:paraId="4EBAB98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0.1509</w:t>
            </w:r>
          </w:p>
        </w:tc>
        <w:tc>
          <w:tcPr>
            <w:tcW w:w="1009" w:type="dxa"/>
            <w:vMerge/>
          </w:tcPr>
          <w:p w14:paraId="6C6CC98F" w14:textId="77777777" w:rsidR="00497B11" w:rsidRPr="00293828" w:rsidRDefault="00497B11" w:rsidP="00293828">
            <w:pPr>
              <w:rPr>
                <w:rFonts w:ascii="Times New Roman" w:hAnsi="Times New Roman" w:cs="Times New Roman"/>
                <w:szCs w:val="21"/>
              </w:rPr>
            </w:pPr>
          </w:p>
        </w:tc>
        <w:tc>
          <w:tcPr>
            <w:tcW w:w="1009" w:type="dxa"/>
            <w:vMerge/>
          </w:tcPr>
          <w:p w14:paraId="247D5867" w14:textId="77777777" w:rsidR="00497B11" w:rsidRPr="00293828" w:rsidRDefault="00497B11" w:rsidP="00293828">
            <w:pPr>
              <w:rPr>
                <w:rFonts w:ascii="Times New Roman" w:hAnsi="Times New Roman" w:cs="Times New Roman"/>
                <w:szCs w:val="21"/>
              </w:rPr>
            </w:pPr>
          </w:p>
        </w:tc>
        <w:tc>
          <w:tcPr>
            <w:tcW w:w="1009" w:type="dxa"/>
            <w:vMerge/>
          </w:tcPr>
          <w:p w14:paraId="77B53F28" w14:textId="77777777" w:rsidR="00497B11" w:rsidRPr="00293828" w:rsidRDefault="00497B11" w:rsidP="00293828">
            <w:pPr>
              <w:rPr>
                <w:rFonts w:ascii="Times New Roman" w:hAnsi="Times New Roman" w:cs="Times New Roman"/>
                <w:szCs w:val="21"/>
              </w:rPr>
            </w:pPr>
          </w:p>
        </w:tc>
        <w:tc>
          <w:tcPr>
            <w:tcW w:w="1068" w:type="dxa"/>
            <w:vMerge/>
          </w:tcPr>
          <w:p w14:paraId="7F44D644" w14:textId="77777777" w:rsidR="00497B11" w:rsidRPr="00293828" w:rsidRDefault="00497B11" w:rsidP="00293828">
            <w:pPr>
              <w:rPr>
                <w:rFonts w:ascii="Times New Roman" w:hAnsi="Times New Roman" w:cs="Times New Roman"/>
                <w:szCs w:val="21"/>
              </w:rPr>
            </w:pPr>
          </w:p>
        </w:tc>
        <w:tc>
          <w:tcPr>
            <w:tcW w:w="1068" w:type="dxa"/>
            <w:vMerge/>
          </w:tcPr>
          <w:p w14:paraId="0EDCEEE9" w14:textId="77777777" w:rsidR="00497B11" w:rsidRPr="00293828" w:rsidRDefault="00497B11" w:rsidP="00293828">
            <w:pPr>
              <w:rPr>
                <w:rFonts w:ascii="Times New Roman" w:hAnsi="Times New Roman" w:cs="Times New Roman"/>
                <w:szCs w:val="21"/>
              </w:rPr>
            </w:pPr>
          </w:p>
        </w:tc>
      </w:tr>
      <w:tr w:rsidR="00497B11" w:rsidRPr="00293828" w14:paraId="01A34C79" w14:textId="77777777" w:rsidTr="009D45BD">
        <w:tc>
          <w:tcPr>
            <w:tcW w:w="969" w:type="dxa"/>
            <w:vMerge/>
          </w:tcPr>
          <w:p w14:paraId="64C848E6" w14:textId="77777777" w:rsidR="00497B11" w:rsidRPr="00293828" w:rsidRDefault="00497B11" w:rsidP="00293828">
            <w:pPr>
              <w:rPr>
                <w:rFonts w:ascii="Times New Roman" w:hAnsi="Times New Roman" w:cs="Times New Roman"/>
                <w:szCs w:val="21"/>
              </w:rPr>
            </w:pPr>
          </w:p>
        </w:tc>
        <w:tc>
          <w:tcPr>
            <w:tcW w:w="1125" w:type="dxa"/>
            <w:vAlign w:val="center"/>
          </w:tcPr>
          <w:p w14:paraId="72A1900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195-&gt;207</w:t>
            </w:r>
          </w:p>
        </w:tc>
        <w:tc>
          <w:tcPr>
            <w:tcW w:w="1039" w:type="dxa"/>
            <w:vAlign w:val="center"/>
          </w:tcPr>
          <w:p w14:paraId="3B1F024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-0.14659</w:t>
            </w:r>
          </w:p>
        </w:tc>
        <w:tc>
          <w:tcPr>
            <w:tcW w:w="1009" w:type="dxa"/>
            <w:vMerge/>
          </w:tcPr>
          <w:p w14:paraId="2FA85928" w14:textId="77777777" w:rsidR="00497B11" w:rsidRPr="00293828" w:rsidRDefault="00497B11" w:rsidP="00293828">
            <w:pPr>
              <w:rPr>
                <w:rFonts w:ascii="Times New Roman" w:hAnsi="Times New Roman" w:cs="Times New Roman"/>
                <w:szCs w:val="21"/>
              </w:rPr>
            </w:pPr>
          </w:p>
        </w:tc>
        <w:tc>
          <w:tcPr>
            <w:tcW w:w="1009" w:type="dxa"/>
            <w:vMerge/>
          </w:tcPr>
          <w:p w14:paraId="68711FCE" w14:textId="77777777" w:rsidR="00497B11" w:rsidRPr="00293828" w:rsidRDefault="00497B11" w:rsidP="00293828">
            <w:pPr>
              <w:rPr>
                <w:rFonts w:ascii="Times New Roman" w:hAnsi="Times New Roman" w:cs="Times New Roman"/>
                <w:szCs w:val="21"/>
              </w:rPr>
            </w:pPr>
          </w:p>
        </w:tc>
        <w:tc>
          <w:tcPr>
            <w:tcW w:w="1009" w:type="dxa"/>
            <w:vMerge/>
          </w:tcPr>
          <w:p w14:paraId="56DE1E97" w14:textId="77777777" w:rsidR="00497B11" w:rsidRPr="00293828" w:rsidRDefault="00497B11" w:rsidP="00293828">
            <w:pPr>
              <w:rPr>
                <w:rFonts w:ascii="Times New Roman" w:hAnsi="Times New Roman" w:cs="Times New Roman"/>
                <w:szCs w:val="21"/>
              </w:rPr>
            </w:pPr>
          </w:p>
        </w:tc>
        <w:tc>
          <w:tcPr>
            <w:tcW w:w="1068" w:type="dxa"/>
            <w:vMerge/>
          </w:tcPr>
          <w:p w14:paraId="22487141" w14:textId="77777777" w:rsidR="00497B11" w:rsidRPr="00293828" w:rsidRDefault="00497B11" w:rsidP="00293828">
            <w:pPr>
              <w:rPr>
                <w:rFonts w:ascii="Times New Roman" w:hAnsi="Times New Roman" w:cs="Times New Roman"/>
                <w:szCs w:val="21"/>
              </w:rPr>
            </w:pPr>
          </w:p>
        </w:tc>
        <w:tc>
          <w:tcPr>
            <w:tcW w:w="1068" w:type="dxa"/>
            <w:vMerge/>
          </w:tcPr>
          <w:p w14:paraId="502DA1C1" w14:textId="77777777" w:rsidR="00497B11" w:rsidRPr="00293828" w:rsidRDefault="00497B11" w:rsidP="00293828">
            <w:pPr>
              <w:rPr>
                <w:rFonts w:ascii="Times New Roman" w:hAnsi="Times New Roman" w:cs="Times New Roman"/>
                <w:szCs w:val="21"/>
              </w:rPr>
            </w:pPr>
          </w:p>
        </w:tc>
      </w:tr>
      <w:tr w:rsidR="00497B11" w:rsidRPr="00293828" w14:paraId="0725C1C4" w14:textId="77777777" w:rsidTr="009D45BD">
        <w:tc>
          <w:tcPr>
            <w:tcW w:w="969" w:type="dxa"/>
            <w:vMerge/>
          </w:tcPr>
          <w:p w14:paraId="70B96BE3" w14:textId="77777777" w:rsidR="00497B11" w:rsidRPr="00293828" w:rsidRDefault="00497B11" w:rsidP="00293828">
            <w:pPr>
              <w:rPr>
                <w:rFonts w:ascii="Times New Roman" w:hAnsi="Times New Roman" w:cs="Times New Roman"/>
                <w:szCs w:val="21"/>
              </w:rPr>
            </w:pPr>
          </w:p>
        </w:tc>
        <w:tc>
          <w:tcPr>
            <w:tcW w:w="1125" w:type="dxa"/>
            <w:vAlign w:val="center"/>
          </w:tcPr>
          <w:p w14:paraId="146CCA9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197-&gt;206</w:t>
            </w:r>
          </w:p>
        </w:tc>
        <w:tc>
          <w:tcPr>
            <w:tcW w:w="1039" w:type="dxa"/>
            <w:vAlign w:val="center"/>
          </w:tcPr>
          <w:p w14:paraId="2CA3FFA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0.24524</w:t>
            </w:r>
          </w:p>
        </w:tc>
        <w:tc>
          <w:tcPr>
            <w:tcW w:w="1009" w:type="dxa"/>
            <w:vMerge/>
          </w:tcPr>
          <w:p w14:paraId="2A93A7D9" w14:textId="77777777" w:rsidR="00497B11" w:rsidRPr="00293828" w:rsidRDefault="00497B11" w:rsidP="00293828">
            <w:pPr>
              <w:rPr>
                <w:rFonts w:ascii="Times New Roman" w:hAnsi="Times New Roman" w:cs="Times New Roman"/>
                <w:szCs w:val="21"/>
              </w:rPr>
            </w:pPr>
          </w:p>
        </w:tc>
        <w:tc>
          <w:tcPr>
            <w:tcW w:w="1009" w:type="dxa"/>
            <w:vMerge/>
          </w:tcPr>
          <w:p w14:paraId="7D9B052C" w14:textId="77777777" w:rsidR="00497B11" w:rsidRPr="00293828" w:rsidRDefault="00497B11" w:rsidP="00293828">
            <w:pPr>
              <w:rPr>
                <w:rFonts w:ascii="Times New Roman" w:hAnsi="Times New Roman" w:cs="Times New Roman"/>
                <w:szCs w:val="21"/>
              </w:rPr>
            </w:pPr>
          </w:p>
        </w:tc>
        <w:tc>
          <w:tcPr>
            <w:tcW w:w="1009" w:type="dxa"/>
            <w:vMerge/>
          </w:tcPr>
          <w:p w14:paraId="3F2264EB" w14:textId="77777777" w:rsidR="00497B11" w:rsidRPr="00293828" w:rsidRDefault="00497B11" w:rsidP="00293828">
            <w:pPr>
              <w:rPr>
                <w:rFonts w:ascii="Times New Roman" w:hAnsi="Times New Roman" w:cs="Times New Roman"/>
                <w:szCs w:val="21"/>
              </w:rPr>
            </w:pPr>
          </w:p>
        </w:tc>
        <w:tc>
          <w:tcPr>
            <w:tcW w:w="1068" w:type="dxa"/>
            <w:vMerge/>
          </w:tcPr>
          <w:p w14:paraId="25864FA2" w14:textId="77777777" w:rsidR="00497B11" w:rsidRPr="00293828" w:rsidRDefault="00497B11" w:rsidP="00293828">
            <w:pPr>
              <w:rPr>
                <w:rFonts w:ascii="Times New Roman" w:hAnsi="Times New Roman" w:cs="Times New Roman"/>
                <w:szCs w:val="21"/>
              </w:rPr>
            </w:pPr>
          </w:p>
        </w:tc>
        <w:tc>
          <w:tcPr>
            <w:tcW w:w="1068" w:type="dxa"/>
            <w:vMerge/>
          </w:tcPr>
          <w:p w14:paraId="2CA9BF89" w14:textId="77777777" w:rsidR="00497B11" w:rsidRPr="00293828" w:rsidRDefault="00497B11" w:rsidP="00293828">
            <w:pPr>
              <w:rPr>
                <w:rFonts w:ascii="Times New Roman" w:hAnsi="Times New Roman" w:cs="Times New Roman"/>
                <w:szCs w:val="21"/>
              </w:rPr>
            </w:pPr>
          </w:p>
        </w:tc>
      </w:tr>
      <w:tr w:rsidR="00497B11" w:rsidRPr="00293828" w14:paraId="695F9AC8" w14:textId="77777777" w:rsidTr="009D45BD">
        <w:tc>
          <w:tcPr>
            <w:tcW w:w="969" w:type="dxa"/>
            <w:vMerge/>
          </w:tcPr>
          <w:p w14:paraId="4E872B42" w14:textId="77777777" w:rsidR="00497B11" w:rsidRPr="00293828" w:rsidRDefault="00497B11" w:rsidP="00293828">
            <w:pPr>
              <w:rPr>
                <w:rFonts w:ascii="Times New Roman" w:hAnsi="Times New Roman" w:cs="Times New Roman"/>
                <w:szCs w:val="21"/>
              </w:rPr>
            </w:pPr>
          </w:p>
        </w:tc>
        <w:tc>
          <w:tcPr>
            <w:tcW w:w="1125" w:type="dxa"/>
            <w:vAlign w:val="center"/>
          </w:tcPr>
          <w:p w14:paraId="32935F8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200-&gt;207</w:t>
            </w:r>
          </w:p>
        </w:tc>
        <w:tc>
          <w:tcPr>
            <w:tcW w:w="1039" w:type="dxa"/>
            <w:vAlign w:val="center"/>
          </w:tcPr>
          <w:p w14:paraId="5AC40AF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0.14269</w:t>
            </w:r>
          </w:p>
        </w:tc>
        <w:tc>
          <w:tcPr>
            <w:tcW w:w="1009" w:type="dxa"/>
            <w:vMerge/>
          </w:tcPr>
          <w:p w14:paraId="2DE49E09" w14:textId="77777777" w:rsidR="00497B11" w:rsidRPr="00293828" w:rsidRDefault="00497B11" w:rsidP="00293828">
            <w:pPr>
              <w:rPr>
                <w:rFonts w:ascii="Times New Roman" w:hAnsi="Times New Roman" w:cs="Times New Roman"/>
                <w:szCs w:val="21"/>
              </w:rPr>
            </w:pPr>
          </w:p>
        </w:tc>
        <w:tc>
          <w:tcPr>
            <w:tcW w:w="1009" w:type="dxa"/>
            <w:vMerge/>
          </w:tcPr>
          <w:p w14:paraId="368F9AFC" w14:textId="77777777" w:rsidR="00497B11" w:rsidRPr="00293828" w:rsidRDefault="00497B11" w:rsidP="00293828">
            <w:pPr>
              <w:rPr>
                <w:rFonts w:ascii="Times New Roman" w:hAnsi="Times New Roman" w:cs="Times New Roman"/>
                <w:szCs w:val="21"/>
              </w:rPr>
            </w:pPr>
          </w:p>
        </w:tc>
        <w:tc>
          <w:tcPr>
            <w:tcW w:w="1009" w:type="dxa"/>
            <w:vMerge/>
          </w:tcPr>
          <w:p w14:paraId="3E39759C" w14:textId="77777777" w:rsidR="00497B11" w:rsidRPr="00293828" w:rsidRDefault="00497B11" w:rsidP="00293828">
            <w:pPr>
              <w:rPr>
                <w:rFonts w:ascii="Times New Roman" w:hAnsi="Times New Roman" w:cs="Times New Roman"/>
                <w:szCs w:val="21"/>
              </w:rPr>
            </w:pPr>
          </w:p>
        </w:tc>
        <w:tc>
          <w:tcPr>
            <w:tcW w:w="1068" w:type="dxa"/>
            <w:vMerge/>
          </w:tcPr>
          <w:p w14:paraId="3D61C720" w14:textId="77777777" w:rsidR="00497B11" w:rsidRPr="00293828" w:rsidRDefault="00497B11" w:rsidP="00293828">
            <w:pPr>
              <w:rPr>
                <w:rFonts w:ascii="Times New Roman" w:hAnsi="Times New Roman" w:cs="Times New Roman"/>
                <w:szCs w:val="21"/>
              </w:rPr>
            </w:pPr>
          </w:p>
        </w:tc>
        <w:tc>
          <w:tcPr>
            <w:tcW w:w="1068" w:type="dxa"/>
            <w:vMerge/>
          </w:tcPr>
          <w:p w14:paraId="6B20EE37" w14:textId="77777777" w:rsidR="00497B11" w:rsidRPr="00293828" w:rsidRDefault="00497B11" w:rsidP="00293828">
            <w:pPr>
              <w:rPr>
                <w:rFonts w:ascii="Times New Roman" w:hAnsi="Times New Roman" w:cs="Times New Roman"/>
                <w:szCs w:val="21"/>
              </w:rPr>
            </w:pPr>
          </w:p>
        </w:tc>
      </w:tr>
      <w:tr w:rsidR="00497B11" w:rsidRPr="00293828" w14:paraId="458EA0B6" w14:textId="77777777" w:rsidTr="009D45BD">
        <w:tc>
          <w:tcPr>
            <w:tcW w:w="969" w:type="dxa"/>
            <w:vMerge w:val="restart"/>
            <w:vAlign w:val="center"/>
          </w:tcPr>
          <w:p w14:paraId="13C1CC9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w:t>
            </w:r>
          </w:p>
        </w:tc>
        <w:tc>
          <w:tcPr>
            <w:tcW w:w="1125" w:type="dxa"/>
            <w:vAlign w:val="center"/>
          </w:tcPr>
          <w:p w14:paraId="0CD27FD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193-&gt;206</w:t>
            </w:r>
          </w:p>
        </w:tc>
        <w:tc>
          <w:tcPr>
            <w:tcW w:w="1039" w:type="dxa"/>
            <w:vAlign w:val="center"/>
          </w:tcPr>
          <w:p w14:paraId="027F43C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0.18467</w:t>
            </w:r>
          </w:p>
        </w:tc>
        <w:tc>
          <w:tcPr>
            <w:tcW w:w="1009" w:type="dxa"/>
            <w:vMerge w:val="restart"/>
            <w:vAlign w:val="center"/>
          </w:tcPr>
          <w:p w14:paraId="67581FF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7.1430</w:t>
            </w:r>
          </w:p>
        </w:tc>
        <w:tc>
          <w:tcPr>
            <w:tcW w:w="1009" w:type="dxa"/>
            <w:vMerge w:val="restart"/>
            <w:vAlign w:val="center"/>
          </w:tcPr>
          <w:p w14:paraId="3ACFAF3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173.57</w:t>
            </w:r>
          </w:p>
        </w:tc>
        <w:tc>
          <w:tcPr>
            <w:tcW w:w="1009" w:type="dxa"/>
            <w:vMerge w:val="restart"/>
            <w:vAlign w:val="center"/>
          </w:tcPr>
          <w:p w14:paraId="4C82737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0.0066</w:t>
            </w:r>
          </w:p>
        </w:tc>
        <w:tc>
          <w:tcPr>
            <w:tcW w:w="1068" w:type="dxa"/>
            <w:vMerge w:val="restart"/>
            <w:vAlign w:val="center"/>
          </w:tcPr>
          <w:p w14:paraId="4394F1A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2.2334</w:t>
            </w:r>
          </w:p>
        </w:tc>
        <w:tc>
          <w:tcPr>
            <w:tcW w:w="1068" w:type="dxa"/>
            <w:vMerge w:val="restart"/>
            <w:vAlign w:val="center"/>
          </w:tcPr>
          <w:p w14:paraId="44066CF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2.2508</w:t>
            </w:r>
          </w:p>
        </w:tc>
      </w:tr>
      <w:tr w:rsidR="00497B11" w:rsidRPr="00293828" w14:paraId="750B2646" w14:textId="77777777" w:rsidTr="009D45BD">
        <w:tc>
          <w:tcPr>
            <w:tcW w:w="969" w:type="dxa"/>
            <w:vMerge/>
          </w:tcPr>
          <w:p w14:paraId="0BB83851" w14:textId="77777777" w:rsidR="00497B11" w:rsidRPr="00293828" w:rsidRDefault="00497B11" w:rsidP="00293828">
            <w:pPr>
              <w:rPr>
                <w:rFonts w:ascii="Times New Roman" w:hAnsi="Times New Roman" w:cs="Times New Roman"/>
                <w:szCs w:val="21"/>
              </w:rPr>
            </w:pPr>
          </w:p>
        </w:tc>
        <w:tc>
          <w:tcPr>
            <w:tcW w:w="1125" w:type="dxa"/>
            <w:vAlign w:val="center"/>
          </w:tcPr>
          <w:p w14:paraId="355538D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194-&gt;206</w:t>
            </w:r>
          </w:p>
        </w:tc>
        <w:tc>
          <w:tcPr>
            <w:tcW w:w="1039" w:type="dxa"/>
            <w:vAlign w:val="center"/>
          </w:tcPr>
          <w:p w14:paraId="2173746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0.1449</w:t>
            </w:r>
          </w:p>
        </w:tc>
        <w:tc>
          <w:tcPr>
            <w:tcW w:w="1009" w:type="dxa"/>
            <w:vMerge/>
          </w:tcPr>
          <w:p w14:paraId="6544EEB3" w14:textId="77777777" w:rsidR="00497B11" w:rsidRPr="00293828" w:rsidRDefault="00497B11" w:rsidP="00293828">
            <w:pPr>
              <w:rPr>
                <w:rFonts w:ascii="Times New Roman" w:hAnsi="Times New Roman" w:cs="Times New Roman"/>
                <w:szCs w:val="21"/>
              </w:rPr>
            </w:pPr>
          </w:p>
        </w:tc>
        <w:tc>
          <w:tcPr>
            <w:tcW w:w="1009" w:type="dxa"/>
            <w:vMerge/>
          </w:tcPr>
          <w:p w14:paraId="20864915" w14:textId="77777777" w:rsidR="00497B11" w:rsidRPr="00293828" w:rsidRDefault="00497B11" w:rsidP="00293828">
            <w:pPr>
              <w:rPr>
                <w:rFonts w:ascii="Times New Roman" w:hAnsi="Times New Roman" w:cs="Times New Roman"/>
                <w:szCs w:val="21"/>
              </w:rPr>
            </w:pPr>
          </w:p>
        </w:tc>
        <w:tc>
          <w:tcPr>
            <w:tcW w:w="1009" w:type="dxa"/>
            <w:vMerge/>
          </w:tcPr>
          <w:p w14:paraId="5AAE6E5D" w14:textId="77777777" w:rsidR="00497B11" w:rsidRPr="00293828" w:rsidRDefault="00497B11" w:rsidP="00293828">
            <w:pPr>
              <w:rPr>
                <w:rFonts w:ascii="Times New Roman" w:hAnsi="Times New Roman" w:cs="Times New Roman"/>
                <w:szCs w:val="21"/>
              </w:rPr>
            </w:pPr>
          </w:p>
        </w:tc>
        <w:tc>
          <w:tcPr>
            <w:tcW w:w="1068" w:type="dxa"/>
            <w:vMerge/>
          </w:tcPr>
          <w:p w14:paraId="70CCC76A" w14:textId="77777777" w:rsidR="00497B11" w:rsidRPr="00293828" w:rsidRDefault="00497B11" w:rsidP="00293828">
            <w:pPr>
              <w:rPr>
                <w:rFonts w:ascii="Times New Roman" w:hAnsi="Times New Roman" w:cs="Times New Roman"/>
                <w:szCs w:val="21"/>
              </w:rPr>
            </w:pPr>
          </w:p>
        </w:tc>
        <w:tc>
          <w:tcPr>
            <w:tcW w:w="1068" w:type="dxa"/>
            <w:vMerge/>
          </w:tcPr>
          <w:p w14:paraId="7B0B2158" w14:textId="77777777" w:rsidR="00497B11" w:rsidRPr="00293828" w:rsidRDefault="00497B11" w:rsidP="00293828">
            <w:pPr>
              <w:rPr>
                <w:rFonts w:ascii="Times New Roman" w:hAnsi="Times New Roman" w:cs="Times New Roman"/>
                <w:szCs w:val="21"/>
              </w:rPr>
            </w:pPr>
          </w:p>
        </w:tc>
      </w:tr>
      <w:tr w:rsidR="00497B11" w:rsidRPr="00293828" w14:paraId="15B89A25" w14:textId="77777777" w:rsidTr="009D45BD">
        <w:tc>
          <w:tcPr>
            <w:tcW w:w="969" w:type="dxa"/>
            <w:vMerge/>
          </w:tcPr>
          <w:p w14:paraId="47C84EA1" w14:textId="77777777" w:rsidR="00497B11" w:rsidRPr="00293828" w:rsidRDefault="00497B11" w:rsidP="00293828">
            <w:pPr>
              <w:rPr>
                <w:rFonts w:ascii="Times New Roman" w:hAnsi="Times New Roman" w:cs="Times New Roman"/>
                <w:szCs w:val="21"/>
              </w:rPr>
            </w:pPr>
          </w:p>
        </w:tc>
        <w:tc>
          <w:tcPr>
            <w:tcW w:w="1125" w:type="dxa"/>
            <w:vAlign w:val="center"/>
          </w:tcPr>
          <w:p w14:paraId="6A7D526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195-&gt;206</w:t>
            </w:r>
          </w:p>
        </w:tc>
        <w:tc>
          <w:tcPr>
            <w:tcW w:w="1039" w:type="dxa"/>
            <w:vAlign w:val="center"/>
          </w:tcPr>
          <w:p w14:paraId="64CFF49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0.20554</w:t>
            </w:r>
          </w:p>
        </w:tc>
        <w:tc>
          <w:tcPr>
            <w:tcW w:w="1009" w:type="dxa"/>
            <w:vMerge/>
          </w:tcPr>
          <w:p w14:paraId="18E637C5" w14:textId="77777777" w:rsidR="00497B11" w:rsidRPr="00293828" w:rsidRDefault="00497B11" w:rsidP="00293828">
            <w:pPr>
              <w:rPr>
                <w:rFonts w:ascii="Times New Roman" w:hAnsi="Times New Roman" w:cs="Times New Roman"/>
                <w:szCs w:val="21"/>
              </w:rPr>
            </w:pPr>
          </w:p>
        </w:tc>
        <w:tc>
          <w:tcPr>
            <w:tcW w:w="1009" w:type="dxa"/>
            <w:vMerge/>
          </w:tcPr>
          <w:p w14:paraId="52F632EB" w14:textId="77777777" w:rsidR="00497B11" w:rsidRPr="00293828" w:rsidRDefault="00497B11" w:rsidP="00293828">
            <w:pPr>
              <w:rPr>
                <w:rFonts w:ascii="Times New Roman" w:hAnsi="Times New Roman" w:cs="Times New Roman"/>
                <w:szCs w:val="21"/>
              </w:rPr>
            </w:pPr>
          </w:p>
        </w:tc>
        <w:tc>
          <w:tcPr>
            <w:tcW w:w="1009" w:type="dxa"/>
            <w:vMerge/>
          </w:tcPr>
          <w:p w14:paraId="4A0C3D9C" w14:textId="77777777" w:rsidR="00497B11" w:rsidRPr="00293828" w:rsidRDefault="00497B11" w:rsidP="00293828">
            <w:pPr>
              <w:rPr>
                <w:rFonts w:ascii="Times New Roman" w:hAnsi="Times New Roman" w:cs="Times New Roman"/>
                <w:szCs w:val="21"/>
              </w:rPr>
            </w:pPr>
          </w:p>
        </w:tc>
        <w:tc>
          <w:tcPr>
            <w:tcW w:w="1068" w:type="dxa"/>
            <w:vMerge/>
          </w:tcPr>
          <w:p w14:paraId="52A45426" w14:textId="77777777" w:rsidR="00497B11" w:rsidRPr="00293828" w:rsidRDefault="00497B11" w:rsidP="00293828">
            <w:pPr>
              <w:rPr>
                <w:rFonts w:ascii="Times New Roman" w:hAnsi="Times New Roman" w:cs="Times New Roman"/>
                <w:szCs w:val="21"/>
              </w:rPr>
            </w:pPr>
          </w:p>
        </w:tc>
        <w:tc>
          <w:tcPr>
            <w:tcW w:w="1068" w:type="dxa"/>
            <w:vMerge/>
          </w:tcPr>
          <w:p w14:paraId="053D24C7" w14:textId="77777777" w:rsidR="00497B11" w:rsidRPr="00293828" w:rsidRDefault="00497B11" w:rsidP="00293828">
            <w:pPr>
              <w:rPr>
                <w:rFonts w:ascii="Times New Roman" w:hAnsi="Times New Roman" w:cs="Times New Roman"/>
                <w:szCs w:val="21"/>
              </w:rPr>
            </w:pPr>
          </w:p>
        </w:tc>
      </w:tr>
      <w:tr w:rsidR="00497B11" w:rsidRPr="00293828" w14:paraId="409D3407" w14:textId="77777777" w:rsidTr="009D45BD">
        <w:tc>
          <w:tcPr>
            <w:tcW w:w="969" w:type="dxa"/>
            <w:vMerge/>
          </w:tcPr>
          <w:p w14:paraId="65FE4B97" w14:textId="77777777" w:rsidR="00497B11" w:rsidRPr="00293828" w:rsidRDefault="00497B11" w:rsidP="00293828">
            <w:pPr>
              <w:rPr>
                <w:rFonts w:ascii="Times New Roman" w:hAnsi="Times New Roman" w:cs="Times New Roman"/>
                <w:szCs w:val="21"/>
              </w:rPr>
            </w:pPr>
          </w:p>
        </w:tc>
        <w:tc>
          <w:tcPr>
            <w:tcW w:w="1125" w:type="dxa"/>
            <w:vAlign w:val="center"/>
          </w:tcPr>
          <w:p w14:paraId="67A6CB0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195-&gt;207</w:t>
            </w:r>
          </w:p>
        </w:tc>
        <w:tc>
          <w:tcPr>
            <w:tcW w:w="1039" w:type="dxa"/>
            <w:vAlign w:val="center"/>
          </w:tcPr>
          <w:p w14:paraId="04C6B57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0.16027</w:t>
            </w:r>
          </w:p>
        </w:tc>
        <w:tc>
          <w:tcPr>
            <w:tcW w:w="1009" w:type="dxa"/>
            <w:vMerge/>
          </w:tcPr>
          <w:p w14:paraId="562C5060" w14:textId="77777777" w:rsidR="00497B11" w:rsidRPr="00293828" w:rsidRDefault="00497B11" w:rsidP="00293828">
            <w:pPr>
              <w:rPr>
                <w:rFonts w:ascii="Times New Roman" w:hAnsi="Times New Roman" w:cs="Times New Roman"/>
                <w:szCs w:val="21"/>
              </w:rPr>
            </w:pPr>
          </w:p>
        </w:tc>
        <w:tc>
          <w:tcPr>
            <w:tcW w:w="1009" w:type="dxa"/>
            <w:vMerge/>
          </w:tcPr>
          <w:p w14:paraId="7D144AEA" w14:textId="77777777" w:rsidR="00497B11" w:rsidRPr="00293828" w:rsidRDefault="00497B11" w:rsidP="00293828">
            <w:pPr>
              <w:rPr>
                <w:rFonts w:ascii="Times New Roman" w:hAnsi="Times New Roman" w:cs="Times New Roman"/>
                <w:szCs w:val="21"/>
              </w:rPr>
            </w:pPr>
          </w:p>
        </w:tc>
        <w:tc>
          <w:tcPr>
            <w:tcW w:w="1009" w:type="dxa"/>
            <w:vMerge/>
          </w:tcPr>
          <w:p w14:paraId="0E8ADD42" w14:textId="77777777" w:rsidR="00497B11" w:rsidRPr="00293828" w:rsidRDefault="00497B11" w:rsidP="00293828">
            <w:pPr>
              <w:rPr>
                <w:rFonts w:ascii="Times New Roman" w:hAnsi="Times New Roman" w:cs="Times New Roman"/>
                <w:szCs w:val="21"/>
              </w:rPr>
            </w:pPr>
          </w:p>
        </w:tc>
        <w:tc>
          <w:tcPr>
            <w:tcW w:w="1068" w:type="dxa"/>
            <w:vMerge/>
          </w:tcPr>
          <w:p w14:paraId="0056F656" w14:textId="77777777" w:rsidR="00497B11" w:rsidRPr="00293828" w:rsidRDefault="00497B11" w:rsidP="00293828">
            <w:pPr>
              <w:rPr>
                <w:rFonts w:ascii="Times New Roman" w:hAnsi="Times New Roman" w:cs="Times New Roman"/>
                <w:szCs w:val="21"/>
              </w:rPr>
            </w:pPr>
          </w:p>
        </w:tc>
        <w:tc>
          <w:tcPr>
            <w:tcW w:w="1068" w:type="dxa"/>
            <w:vMerge/>
          </w:tcPr>
          <w:p w14:paraId="2334EE0D" w14:textId="77777777" w:rsidR="00497B11" w:rsidRPr="00293828" w:rsidRDefault="00497B11" w:rsidP="00293828">
            <w:pPr>
              <w:rPr>
                <w:rFonts w:ascii="Times New Roman" w:hAnsi="Times New Roman" w:cs="Times New Roman"/>
                <w:szCs w:val="21"/>
              </w:rPr>
            </w:pPr>
          </w:p>
        </w:tc>
      </w:tr>
      <w:tr w:rsidR="00497B11" w:rsidRPr="00293828" w14:paraId="0BB8BA05" w14:textId="77777777" w:rsidTr="009D45BD">
        <w:tc>
          <w:tcPr>
            <w:tcW w:w="969" w:type="dxa"/>
            <w:vMerge/>
          </w:tcPr>
          <w:p w14:paraId="69E1C775" w14:textId="77777777" w:rsidR="00497B11" w:rsidRPr="00293828" w:rsidRDefault="00497B11" w:rsidP="00293828">
            <w:pPr>
              <w:rPr>
                <w:rFonts w:ascii="Times New Roman" w:hAnsi="Times New Roman" w:cs="Times New Roman"/>
                <w:szCs w:val="21"/>
              </w:rPr>
            </w:pPr>
          </w:p>
        </w:tc>
        <w:tc>
          <w:tcPr>
            <w:tcW w:w="1125" w:type="dxa"/>
            <w:vAlign w:val="center"/>
          </w:tcPr>
          <w:p w14:paraId="15ADC85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39" w:type="dxa"/>
            <w:vAlign w:val="center"/>
          </w:tcPr>
          <w:p w14:paraId="46EAAC1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0.3014</w:t>
            </w:r>
          </w:p>
        </w:tc>
        <w:tc>
          <w:tcPr>
            <w:tcW w:w="1009" w:type="dxa"/>
            <w:vMerge/>
          </w:tcPr>
          <w:p w14:paraId="33D8879B" w14:textId="77777777" w:rsidR="00497B11" w:rsidRPr="00293828" w:rsidRDefault="00497B11" w:rsidP="00293828">
            <w:pPr>
              <w:rPr>
                <w:rFonts w:ascii="Times New Roman" w:hAnsi="Times New Roman" w:cs="Times New Roman"/>
                <w:szCs w:val="21"/>
              </w:rPr>
            </w:pPr>
          </w:p>
        </w:tc>
        <w:tc>
          <w:tcPr>
            <w:tcW w:w="1009" w:type="dxa"/>
            <w:vMerge/>
          </w:tcPr>
          <w:p w14:paraId="14D72751" w14:textId="77777777" w:rsidR="00497B11" w:rsidRPr="00293828" w:rsidRDefault="00497B11" w:rsidP="00293828">
            <w:pPr>
              <w:rPr>
                <w:rFonts w:ascii="Times New Roman" w:hAnsi="Times New Roman" w:cs="Times New Roman"/>
                <w:szCs w:val="21"/>
              </w:rPr>
            </w:pPr>
          </w:p>
        </w:tc>
        <w:tc>
          <w:tcPr>
            <w:tcW w:w="1009" w:type="dxa"/>
            <w:vMerge/>
          </w:tcPr>
          <w:p w14:paraId="1D0C1862" w14:textId="77777777" w:rsidR="00497B11" w:rsidRPr="00293828" w:rsidRDefault="00497B11" w:rsidP="00293828">
            <w:pPr>
              <w:rPr>
                <w:rFonts w:ascii="Times New Roman" w:hAnsi="Times New Roman" w:cs="Times New Roman"/>
                <w:szCs w:val="21"/>
              </w:rPr>
            </w:pPr>
          </w:p>
        </w:tc>
        <w:tc>
          <w:tcPr>
            <w:tcW w:w="1068" w:type="dxa"/>
            <w:vMerge/>
          </w:tcPr>
          <w:p w14:paraId="741025CA" w14:textId="77777777" w:rsidR="00497B11" w:rsidRPr="00293828" w:rsidRDefault="00497B11" w:rsidP="00293828">
            <w:pPr>
              <w:rPr>
                <w:rFonts w:ascii="Times New Roman" w:hAnsi="Times New Roman" w:cs="Times New Roman"/>
                <w:szCs w:val="21"/>
              </w:rPr>
            </w:pPr>
          </w:p>
        </w:tc>
        <w:tc>
          <w:tcPr>
            <w:tcW w:w="1068" w:type="dxa"/>
            <w:vMerge/>
          </w:tcPr>
          <w:p w14:paraId="2A86AD72" w14:textId="77777777" w:rsidR="00497B11" w:rsidRPr="00293828" w:rsidRDefault="00497B11" w:rsidP="00293828">
            <w:pPr>
              <w:rPr>
                <w:rFonts w:ascii="Times New Roman" w:hAnsi="Times New Roman" w:cs="Times New Roman"/>
                <w:szCs w:val="21"/>
              </w:rPr>
            </w:pPr>
          </w:p>
        </w:tc>
      </w:tr>
      <w:tr w:rsidR="00497B11" w:rsidRPr="00293828" w14:paraId="45ADB1D4" w14:textId="77777777" w:rsidTr="009D45BD">
        <w:tc>
          <w:tcPr>
            <w:tcW w:w="969" w:type="dxa"/>
            <w:vMerge/>
          </w:tcPr>
          <w:p w14:paraId="48C50FDB" w14:textId="77777777" w:rsidR="00497B11" w:rsidRPr="00293828" w:rsidRDefault="00497B11" w:rsidP="00293828">
            <w:pPr>
              <w:rPr>
                <w:rFonts w:ascii="Times New Roman" w:hAnsi="Times New Roman" w:cs="Times New Roman"/>
                <w:szCs w:val="21"/>
              </w:rPr>
            </w:pPr>
          </w:p>
        </w:tc>
        <w:tc>
          <w:tcPr>
            <w:tcW w:w="1125" w:type="dxa"/>
            <w:vAlign w:val="center"/>
          </w:tcPr>
          <w:p w14:paraId="4AFE2DA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204-&gt;207</w:t>
            </w:r>
          </w:p>
        </w:tc>
        <w:tc>
          <w:tcPr>
            <w:tcW w:w="1039" w:type="dxa"/>
            <w:vAlign w:val="center"/>
          </w:tcPr>
          <w:p w14:paraId="142B66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-0.21547</w:t>
            </w:r>
          </w:p>
        </w:tc>
        <w:tc>
          <w:tcPr>
            <w:tcW w:w="1009" w:type="dxa"/>
            <w:vMerge/>
          </w:tcPr>
          <w:p w14:paraId="60021AA7" w14:textId="77777777" w:rsidR="00497B11" w:rsidRPr="00293828" w:rsidRDefault="00497B11" w:rsidP="00293828">
            <w:pPr>
              <w:rPr>
                <w:rFonts w:ascii="Times New Roman" w:hAnsi="Times New Roman" w:cs="Times New Roman"/>
                <w:szCs w:val="21"/>
              </w:rPr>
            </w:pPr>
          </w:p>
        </w:tc>
        <w:tc>
          <w:tcPr>
            <w:tcW w:w="1009" w:type="dxa"/>
            <w:vMerge/>
          </w:tcPr>
          <w:p w14:paraId="4BC56CF5" w14:textId="77777777" w:rsidR="00497B11" w:rsidRPr="00293828" w:rsidRDefault="00497B11" w:rsidP="00293828">
            <w:pPr>
              <w:rPr>
                <w:rFonts w:ascii="Times New Roman" w:hAnsi="Times New Roman" w:cs="Times New Roman"/>
                <w:szCs w:val="21"/>
              </w:rPr>
            </w:pPr>
          </w:p>
        </w:tc>
        <w:tc>
          <w:tcPr>
            <w:tcW w:w="1009" w:type="dxa"/>
            <w:vMerge/>
          </w:tcPr>
          <w:p w14:paraId="6FF1C93E" w14:textId="77777777" w:rsidR="00497B11" w:rsidRPr="00293828" w:rsidRDefault="00497B11" w:rsidP="00293828">
            <w:pPr>
              <w:rPr>
                <w:rFonts w:ascii="Times New Roman" w:hAnsi="Times New Roman" w:cs="Times New Roman"/>
                <w:szCs w:val="21"/>
              </w:rPr>
            </w:pPr>
          </w:p>
        </w:tc>
        <w:tc>
          <w:tcPr>
            <w:tcW w:w="1068" w:type="dxa"/>
            <w:vMerge/>
          </w:tcPr>
          <w:p w14:paraId="29C2525A" w14:textId="77777777" w:rsidR="00497B11" w:rsidRPr="00293828" w:rsidRDefault="00497B11" w:rsidP="00293828">
            <w:pPr>
              <w:rPr>
                <w:rFonts w:ascii="Times New Roman" w:hAnsi="Times New Roman" w:cs="Times New Roman"/>
                <w:szCs w:val="21"/>
              </w:rPr>
            </w:pPr>
          </w:p>
        </w:tc>
        <w:tc>
          <w:tcPr>
            <w:tcW w:w="1068" w:type="dxa"/>
            <w:vMerge/>
          </w:tcPr>
          <w:p w14:paraId="1EDDFFDE" w14:textId="77777777" w:rsidR="00497B11" w:rsidRPr="00293828" w:rsidRDefault="00497B11" w:rsidP="00293828">
            <w:pPr>
              <w:rPr>
                <w:rFonts w:ascii="Times New Roman" w:hAnsi="Times New Roman" w:cs="Times New Roman"/>
                <w:szCs w:val="21"/>
              </w:rPr>
            </w:pPr>
          </w:p>
        </w:tc>
      </w:tr>
      <w:tr w:rsidR="00497B11" w:rsidRPr="00293828" w14:paraId="5B851759" w14:textId="77777777" w:rsidTr="009D45BD">
        <w:tc>
          <w:tcPr>
            <w:tcW w:w="969" w:type="dxa"/>
            <w:vMerge w:val="restart"/>
            <w:vAlign w:val="center"/>
          </w:tcPr>
          <w:p w14:paraId="338BE51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w:t>
            </w:r>
          </w:p>
        </w:tc>
        <w:tc>
          <w:tcPr>
            <w:tcW w:w="1125" w:type="dxa"/>
            <w:vAlign w:val="center"/>
          </w:tcPr>
          <w:p w14:paraId="18E14DD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205-&gt;208</w:t>
            </w:r>
          </w:p>
        </w:tc>
        <w:tc>
          <w:tcPr>
            <w:tcW w:w="1039" w:type="dxa"/>
            <w:vAlign w:val="center"/>
          </w:tcPr>
          <w:p w14:paraId="167530A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0.26158</w:t>
            </w:r>
          </w:p>
        </w:tc>
        <w:tc>
          <w:tcPr>
            <w:tcW w:w="1009" w:type="dxa"/>
            <w:vMerge w:val="restart"/>
            <w:vAlign w:val="center"/>
          </w:tcPr>
          <w:p w14:paraId="28D8BCA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7.1956</w:t>
            </w:r>
          </w:p>
        </w:tc>
        <w:tc>
          <w:tcPr>
            <w:tcW w:w="1009" w:type="dxa"/>
            <w:vMerge w:val="restart"/>
            <w:vAlign w:val="center"/>
          </w:tcPr>
          <w:p w14:paraId="1DC942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172.30</w:t>
            </w:r>
          </w:p>
        </w:tc>
        <w:tc>
          <w:tcPr>
            <w:tcW w:w="1009" w:type="dxa"/>
            <w:vMerge w:val="restart"/>
            <w:vAlign w:val="center"/>
          </w:tcPr>
          <w:p w14:paraId="4D009D2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0.0176</w:t>
            </w:r>
          </w:p>
        </w:tc>
        <w:tc>
          <w:tcPr>
            <w:tcW w:w="1068" w:type="dxa"/>
            <w:vMerge w:val="restart"/>
            <w:vAlign w:val="center"/>
          </w:tcPr>
          <w:p w14:paraId="2B9A72B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16.6381</w:t>
            </w:r>
          </w:p>
        </w:tc>
        <w:tc>
          <w:tcPr>
            <w:tcW w:w="1068" w:type="dxa"/>
            <w:vMerge w:val="restart"/>
            <w:vAlign w:val="center"/>
          </w:tcPr>
          <w:p w14:paraId="5F30504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16.0901</w:t>
            </w:r>
          </w:p>
        </w:tc>
      </w:tr>
      <w:tr w:rsidR="00497B11" w:rsidRPr="00293828" w14:paraId="677BBEA8" w14:textId="77777777" w:rsidTr="009D45BD">
        <w:tc>
          <w:tcPr>
            <w:tcW w:w="969" w:type="dxa"/>
            <w:vMerge/>
          </w:tcPr>
          <w:p w14:paraId="1BDDA3D3" w14:textId="77777777" w:rsidR="00497B11" w:rsidRPr="00293828" w:rsidRDefault="00497B11" w:rsidP="00293828">
            <w:pPr>
              <w:rPr>
                <w:rFonts w:ascii="Times New Roman" w:hAnsi="Times New Roman" w:cs="Times New Roman"/>
                <w:szCs w:val="21"/>
              </w:rPr>
            </w:pPr>
          </w:p>
        </w:tc>
        <w:tc>
          <w:tcPr>
            <w:tcW w:w="1125" w:type="dxa"/>
            <w:vAlign w:val="center"/>
          </w:tcPr>
          <w:p w14:paraId="20E29E1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205-&gt;210</w:t>
            </w:r>
          </w:p>
        </w:tc>
        <w:tc>
          <w:tcPr>
            <w:tcW w:w="1039" w:type="dxa"/>
            <w:vAlign w:val="center"/>
          </w:tcPr>
          <w:p w14:paraId="30D8647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-0.18203</w:t>
            </w:r>
          </w:p>
        </w:tc>
        <w:tc>
          <w:tcPr>
            <w:tcW w:w="1009" w:type="dxa"/>
            <w:vMerge/>
          </w:tcPr>
          <w:p w14:paraId="7892662B" w14:textId="77777777" w:rsidR="00497B11" w:rsidRPr="00293828" w:rsidRDefault="00497B11" w:rsidP="00293828">
            <w:pPr>
              <w:rPr>
                <w:rFonts w:ascii="Times New Roman" w:hAnsi="Times New Roman" w:cs="Times New Roman"/>
                <w:szCs w:val="21"/>
              </w:rPr>
            </w:pPr>
          </w:p>
        </w:tc>
        <w:tc>
          <w:tcPr>
            <w:tcW w:w="1009" w:type="dxa"/>
            <w:vMerge/>
          </w:tcPr>
          <w:p w14:paraId="23666A05" w14:textId="77777777" w:rsidR="00497B11" w:rsidRPr="00293828" w:rsidRDefault="00497B11" w:rsidP="00293828">
            <w:pPr>
              <w:rPr>
                <w:rFonts w:ascii="Times New Roman" w:hAnsi="Times New Roman" w:cs="Times New Roman"/>
                <w:szCs w:val="21"/>
              </w:rPr>
            </w:pPr>
          </w:p>
        </w:tc>
        <w:tc>
          <w:tcPr>
            <w:tcW w:w="1009" w:type="dxa"/>
            <w:vMerge/>
          </w:tcPr>
          <w:p w14:paraId="2AFE18F6" w14:textId="77777777" w:rsidR="00497B11" w:rsidRPr="00293828" w:rsidRDefault="00497B11" w:rsidP="00293828">
            <w:pPr>
              <w:rPr>
                <w:rFonts w:ascii="Times New Roman" w:hAnsi="Times New Roman" w:cs="Times New Roman"/>
                <w:szCs w:val="21"/>
              </w:rPr>
            </w:pPr>
          </w:p>
        </w:tc>
        <w:tc>
          <w:tcPr>
            <w:tcW w:w="1068" w:type="dxa"/>
            <w:vMerge/>
          </w:tcPr>
          <w:p w14:paraId="7110525B" w14:textId="77777777" w:rsidR="00497B11" w:rsidRPr="00293828" w:rsidRDefault="00497B11" w:rsidP="00293828">
            <w:pPr>
              <w:rPr>
                <w:rFonts w:ascii="Times New Roman" w:hAnsi="Times New Roman" w:cs="Times New Roman"/>
                <w:szCs w:val="21"/>
              </w:rPr>
            </w:pPr>
          </w:p>
        </w:tc>
        <w:tc>
          <w:tcPr>
            <w:tcW w:w="1068" w:type="dxa"/>
            <w:vMerge/>
          </w:tcPr>
          <w:p w14:paraId="1A3467B8" w14:textId="77777777" w:rsidR="00497B11" w:rsidRPr="00293828" w:rsidRDefault="00497B11" w:rsidP="00293828">
            <w:pPr>
              <w:rPr>
                <w:rFonts w:ascii="Times New Roman" w:hAnsi="Times New Roman" w:cs="Times New Roman"/>
                <w:szCs w:val="21"/>
              </w:rPr>
            </w:pPr>
          </w:p>
        </w:tc>
      </w:tr>
      <w:tr w:rsidR="00497B11" w:rsidRPr="00293828" w14:paraId="0B0BEC8F" w14:textId="77777777" w:rsidTr="009D45BD">
        <w:tc>
          <w:tcPr>
            <w:tcW w:w="969" w:type="dxa"/>
            <w:vMerge/>
          </w:tcPr>
          <w:p w14:paraId="114E1172" w14:textId="77777777" w:rsidR="00497B11" w:rsidRPr="00293828" w:rsidRDefault="00497B11" w:rsidP="00293828">
            <w:pPr>
              <w:rPr>
                <w:rFonts w:ascii="Times New Roman" w:hAnsi="Times New Roman" w:cs="Times New Roman"/>
                <w:szCs w:val="21"/>
              </w:rPr>
            </w:pPr>
          </w:p>
        </w:tc>
        <w:tc>
          <w:tcPr>
            <w:tcW w:w="1125" w:type="dxa"/>
            <w:vAlign w:val="center"/>
          </w:tcPr>
          <w:p w14:paraId="7AFFF0C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205-&gt;211</w:t>
            </w:r>
          </w:p>
        </w:tc>
        <w:tc>
          <w:tcPr>
            <w:tcW w:w="1039" w:type="dxa"/>
            <w:vAlign w:val="center"/>
          </w:tcPr>
          <w:p w14:paraId="47C5864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-0.17247</w:t>
            </w:r>
          </w:p>
        </w:tc>
        <w:tc>
          <w:tcPr>
            <w:tcW w:w="1009" w:type="dxa"/>
            <w:vMerge/>
          </w:tcPr>
          <w:p w14:paraId="7FBDD078" w14:textId="77777777" w:rsidR="00497B11" w:rsidRPr="00293828" w:rsidRDefault="00497B11" w:rsidP="00293828">
            <w:pPr>
              <w:rPr>
                <w:rFonts w:ascii="Times New Roman" w:hAnsi="Times New Roman" w:cs="Times New Roman"/>
                <w:szCs w:val="21"/>
              </w:rPr>
            </w:pPr>
          </w:p>
        </w:tc>
        <w:tc>
          <w:tcPr>
            <w:tcW w:w="1009" w:type="dxa"/>
            <w:vMerge/>
          </w:tcPr>
          <w:p w14:paraId="2FF39B02" w14:textId="77777777" w:rsidR="00497B11" w:rsidRPr="00293828" w:rsidRDefault="00497B11" w:rsidP="00293828">
            <w:pPr>
              <w:rPr>
                <w:rFonts w:ascii="Times New Roman" w:hAnsi="Times New Roman" w:cs="Times New Roman"/>
                <w:szCs w:val="21"/>
              </w:rPr>
            </w:pPr>
          </w:p>
        </w:tc>
        <w:tc>
          <w:tcPr>
            <w:tcW w:w="1009" w:type="dxa"/>
            <w:vMerge/>
          </w:tcPr>
          <w:p w14:paraId="2F8E68AE" w14:textId="77777777" w:rsidR="00497B11" w:rsidRPr="00293828" w:rsidRDefault="00497B11" w:rsidP="00293828">
            <w:pPr>
              <w:rPr>
                <w:rFonts w:ascii="Times New Roman" w:hAnsi="Times New Roman" w:cs="Times New Roman"/>
                <w:szCs w:val="21"/>
              </w:rPr>
            </w:pPr>
          </w:p>
        </w:tc>
        <w:tc>
          <w:tcPr>
            <w:tcW w:w="1068" w:type="dxa"/>
            <w:vMerge/>
          </w:tcPr>
          <w:p w14:paraId="0552A398" w14:textId="77777777" w:rsidR="00497B11" w:rsidRPr="00293828" w:rsidRDefault="00497B11" w:rsidP="00293828">
            <w:pPr>
              <w:rPr>
                <w:rFonts w:ascii="Times New Roman" w:hAnsi="Times New Roman" w:cs="Times New Roman"/>
                <w:szCs w:val="21"/>
              </w:rPr>
            </w:pPr>
          </w:p>
        </w:tc>
        <w:tc>
          <w:tcPr>
            <w:tcW w:w="1068" w:type="dxa"/>
            <w:vMerge/>
          </w:tcPr>
          <w:p w14:paraId="4E5AC387" w14:textId="77777777" w:rsidR="00497B11" w:rsidRPr="00293828" w:rsidRDefault="00497B11" w:rsidP="00293828">
            <w:pPr>
              <w:rPr>
                <w:rFonts w:ascii="Times New Roman" w:hAnsi="Times New Roman" w:cs="Times New Roman"/>
                <w:szCs w:val="21"/>
              </w:rPr>
            </w:pPr>
          </w:p>
        </w:tc>
      </w:tr>
      <w:tr w:rsidR="00497B11" w:rsidRPr="00293828" w14:paraId="47EEE24E" w14:textId="77777777" w:rsidTr="009D45BD">
        <w:tc>
          <w:tcPr>
            <w:tcW w:w="969" w:type="dxa"/>
            <w:vMerge/>
          </w:tcPr>
          <w:p w14:paraId="637EED9C" w14:textId="77777777" w:rsidR="00497B11" w:rsidRPr="00293828" w:rsidRDefault="00497B11" w:rsidP="00293828">
            <w:pPr>
              <w:rPr>
                <w:rFonts w:ascii="Times New Roman" w:hAnsi="Times New Roman" w:cs="Times New Roman"/>
                <w:szCs w:val="21"/>
              </w:rPr>
            </w:pPr>
          </w:p>
        </w:tc>
        <w:tc>
          <w:tcPr>
            <w:tcW w:w="1125" w:type="dxa"/>
            <w:vAlign w:val="center"/>
          </w:tcPr>
          <w:p w14:paraId="176E545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205-&gt;212</w:t>
            </w:r>
          </w:p>
        </w:tc>
        <w:tc>
          <w:tcPr>
            <w:tcW w:w="1039" w:type="dxa"/>
            <w:vAlign w:val="center"/>
          </w:tcPr>
          <w:p w14:paraId="7EA638D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0.22014</w:t>
            </w:r>
          </w:p>
        </w:tc>
        <w:tc>
          <w:tcPr>
            <w:tcW w:w="1009" w:type="dxa"/>
            <w:vMerge/>
          </w:tcPr>
          <w:p w14:paraId="49DF6287" w14:textId="77777777" w:rsidR="00497B11" w:rsidRPr="00293828" w:rsidRDefault="00497B11" w:rsidP="00293828">
            <w:pPr>
              <w:rPr>
                <w:rFonts w:ascii="Times New Roman" w:hAnsi="Times New Roman" w:cs="Times New Roman"/>
                <w:szCs w:val="21"/>
              </w:rPr>
            </w:pPr>
          </w:p>
        </w:tc>
        <w:tc>
          <w:tcPr>
            <w:tcW w:w="1009" w:type="dxa"/>
            <w:vMerge/>
          </w:tcPr>
          <w:p w14:paraId="19D3A764" w14:textId="77777777" w:rsidR="00497B11" w:rsidRPr="00293828" w:rsidRDefault="00497B11" w:rsidP="00293828">
            <w:pPr>
              <w:rPr>
                <w:rFonts w:ascii="Times New Roman" w:hAnsi="Times New Roman" w:cs="Times New Roman"/>
                <w:szCs w:val="21"/>
              </w:rPr>
            </w:pPr>
          </w:p>
        </w:tc>
        <w:tc>
          <w:tcPr>
            <w:tcW w:w="1009" w:type="dxa"/>
            <w:vMerge/>
          </w:tcPr>
          <w:p w14:paraId="67C972B4" w14:textId="77777777" w:rsidR="00497B11" w:rsidRPr="00293828" w:rsidRDefault="00497B11" w:rsidP="00293828">
            <w:pPr>
              <w:rPr>
                <w:rFonts w:ascii="Times New Roman" w:hAnsi="Times New Roman" w:cs="Times New Roman"/>
                <w:szCs w:val="21"/>
              </w:rPr>
            </w:pPr>
          </w:p>
        </w:tc>
        <w:tc>
          <w:tcPr>
            <w:tcW w:w="1068" w:type="dxa"/>
            <w:vMerge/>
          </w:tcPr>
          <w:p w14:paraId="36425941" w14:textId="77777777" w:rsidR="00497B11" w:rsidRPr="00293828" w:rsidRDefault="00497B11" w:rsidP="00293828">
            <w:pPr>
              <w:rPr>
                <w:rFonts w:ascii="Times New Roman" w:hAnsi="Times New Roman" w:cs="Times New Roman"/>
                <w:szCs w:val="21"/>
              </w:rPr>
            </w:pPr>
          </w:p>
        </w:tc>
        <w:tc>
          <w:tcPr>
            <w:tcW w:w="1068" w:type="dxa"/>
            <w:vMerge/>
          </w:tcPr>
          <w:p w14:paraId="2A66E1BD" w14:textId="77777777" w:rsidR="00497B11" w:rsidRPr="00293828" w:rsidRDefault="00497B11" w:rsidP="00293828">
            <w:pPr>
              <w:rPr>
                <w:rFonts w:ascii="Times New Roman" w:hAnsi="Times New Roman" w:cs="Times New Roman"/>
                <w:szCs w:val="21"/>
              </w:rPr>
            </w:pPr>
          </w:p>
        </w:tc>
      </w:tr>
      <w:tr w:rsidR="00497B11" w:rsidRPr="00293828" w14:paraId="535F94B4" w14:textId="77777777" w:rsidTr="009D45BD">
        <w:tc>
          <w:tcPr>
            <w:tcW w:w="969" w:type="dxa"/>
            <w:vMerge/>
          </w:tcPr>
          <w:p w14:paraId="326CB197" w14:textId="77777777" w:rsidR="00497B11" w:rsidRPr="00293828" w:rsidRDefault="00497B11" w:rsidP="00293828">
            <w:pPr>
              <w:rPr>
                <w:rFonts w:ascii="Times New Roman" w:hAnsi="Times New Roman" w:cs="Times New Roman"/>
                <w:szCs w:val="21"/>
              </w:rPr>
            </w:pPr>
          </w:p>
        </w:tc>
        <w:tc>
          <w:tcPr>
            <w:tcW w:w="1125" w:type="dxa"/>
            <w:vAlign w:val="center"/>
          </w:tcPr>
          <w:p w14:paraId="0EE5ACE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205-&gt;215</w:t>
            </w:r>
          </w:p>
        </w:tc>
        <w:tc>
          <w:tcPr>
            <w:tcW w:w="1039" w:type="dxa"/>
            <w:vAlign w:val="center"/>
          </w:tcPr>
          <w:p w14:paraId="1C25B7A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-0.14182</w:t>
            </w:r>
          </w:p>
        </w:tc>
        <w:tc>
          <w:tcPr>
            <w:tcW w:w="1009" w:type="dxa"/>
            <w:vMerge/>
          </w:tcPr>
          <w:p w14:paraId="6E02ACC6" w14:textId="77777777" w:rsidR="00497B11" w:rsidRPr="00293828" w:rsidRDefault="00497B11" w:rsidP="00293828">
            <w:pPr>
              <w:rPr>
                <w:rFonts w:ascii="Times New Roman" w:hAnsi="Times New Roman" w:cs="Times New Roman"/>
                <w:szCs w:val="21"/>
              </w:rPr>
            </w:pPr>
          </w:p>
        </w:tc>
        <w:tc>
          <w:tcPr>
            <w:tcW w:w="1009" w:type="dxa"/>
            <w:vMerge/>
          </w:tcPr>
          <w:p w14:paraId="77AB097C" w14:textId="77777777" w:rsidR="00497B11" w:rsidRPr="00293828" w:rsidRDefault="00497B11" w:rsidP="00293828">
            <w:pPr>
              <w:rPr>
                <w:rFonts w:ascii="Times New Roman" w:hAnsi="Times New Roman" w:cs="Times New Roman"/>
                <w:szCs w:val="21"/>
              </w:rPr>
            </w:pPr>
          </w:p>
        </w:tc>
        <w:tc>
          <w:tcPr>
            <w:tcW w:w="1009" w:type="dxa"/>
            <w:vMerge/>
          </w:tcPr>
          <w:p w14:paraId="7797C711" w14:textId="77777777" w:rsidR="00497B11" w:rsidRPr="00293828" w:rsidRDefault="00497B11" w:rsidP="00293828">
            <w:pPr>
              <w:rPr>
                <w:rFonts w:ascii="Times New Roman" w:hAnsi="Times New Roman" w:cs="Times New Roman"/>
                <w:szCs w:val="21"/>
              </w:rPr>
            </w:pPr>
          </w:p>
        </w:tc>
        <w:tc>
          <w:tcPr>
            <w:tcW w:w="1068" w:type="dxa"/>
            <w:vMerge/>
          </w:tcPr>
          <w:p w14:paraId="14BCBC1B" w14:textId="77777777" w:rsidR="00497B11" w:rsidRPr="00293828" w:rsidRDefault="00497B11" w:rsidP="00293828">
            <w:pPr>
              <w:rPr>
                <w:rFonts w:ascii="Times New Roman" w:hAnsi="Times New Roman" w:cs="Times New Roman"/>
                <w:szCs w:val="21"/>
              </w:rPr>
            </w:pPr>
          </w:p>
        </w:tc>
        <w:tc>
          <w:tcPr>
            <w:tcW w:w="1068" w:type="dxa"/>
            <w:vMerge/>
          </w:tcPr>
          <w:p w14:paraId="27892510" w14:textId="77777777" w:rsidR="00497B11" w:rsidRPr="00293828" w:rsidRDefault="00497B11" w:rsidP="00293828">
            <w:pPr>
              <w:rPr>
                <w:rFonts w:ascii="Times New Roman" w:hAnsi="Times New Roman" w:cs="Times New Roman"/>
                <w:szCs w:val="21"/>
              </w:rPr>
            </w:pPr>
          </w:p>
        </w:tc>
      </w:tr>
      <w:tr w:rsidR="00497B11" w:rsidRPr="00293828" w14:paraId="38E6D10B" w14:textId="77777777" w:rsidTr="009D45BD">
        <w:tc>
          <w:tcPr>
            <w:tcW w:w="969" w:type="dxa"/>
            <w:vMerge w:val="restart"/>
            <w:vAlign w:val="center"/>
          </w:tcPr>
          <w:p w14:paraId="14D8989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22</w:t>
            </w:r>
          </w:p>
        </w:tc>
        <w:tc>
          <w:tcPr>
            <w:tcW w:w="1125" w:type="dxa"/>
            <w:vAlign w:val="center"/>
          </w:tcPr>
          <w:p w14:paraId="546241C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184-&gt;206</w:t>
            </w:r>
          </w:p>
        </w:tc>
        <w:tc>
          <w:tcPr>
            <w:tcW w:w="1039" w:type="dxa"/>
            <w:vAlign w:val="center"/>
          </w:tcPr>
          <w:p w14:paraId="58824B3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0.14443</w:t>
            </w:r>
          </w:p>
        </w:tc>
        <w:tc>
          <w:tcPr>
            <w:tcW w:w="1009" w:type="dxa"/>
            <w:vMerge w:val="restart"/>
            <w:vAlign w:val="center"/>
          </w:tcPr>
          <w:p w14:paraId="198CEB6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7.2077</w:t>
            </w:r>
          </w:p>
        </w:tc>
        <w:tc>
          <w:tcPr>
            <w:tcW w:w="1009" w:type="dxa"/>
            <w:vMerge w:val="restart"/>
            <w:vAlign w:val="center"/>
          </w:tcPr>
          <w:p w14:paraId="4E2FA78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172.02</w:t>
            </w:r>
          </w:p>
        </w:tc>
        <w:tc>
          <w:tcPr>
            <w:tcW w:w="1009" w:type="dxa"/>
            <w:vMerge w:val="restart"/>
            <w:vAlign w:val="center"/>
          </w:tcPr>
          <w:p w14:paraId="1539FEF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0.0016</w:t>
            </w:r>
          </w:p>
        </w:tc>
        <w:tc>
          <w:tcPr>
            <w:tcW w:w="1068" w:type="dxa"/>
            <w:vMerge w:val="restart"/>
            <w:vAlign w:val="center"/>
          </w:tcPr>
          <w:p w14:paraId="6CF63FC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7.8892</w:t>
            </w:r>
          </w:p>
        </w:tc>
        <w:tc>
          <w:tcPr>
            <w:tcW w:w="1068" w:type="dxa"/>
            <w:vMerge w:val="restart"/>
            <w:vAlign w:val="center"/>
          </w:tcPr>
          <w:p w14:paraId="3DF9F2D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7.9505</w:t>
            </w:r>
          </w:p>
        </w:tc>
      </w:tr>
      <w:tr w:rsidR="00497B11" w:rsidRPr="00293828" w14:paraId="7B020BCB" w14:textId="77777777" w:rsidTr="009D45BD">
        <w:tc>
          <w:tcPr>
            <w:tcW w:w="969" w:type="dxa"/>
            <w:vMerge/>
          </w:tcPr>
          <w:p w14:paraId="09EE54C9" w14:textId="77777777" w:rsidR="00497B11" w:rsidRPr="00293828" w:rsidRDefault="00497B11" w:rsidP="00293828">
            <w:pPr>
              <w:rPr>
                <w:rFonts w:ascii="Times New Roman" w:hAnsi="Times New Roman" w:cs="Times New Roman"/>
                <w:szCs w:val="21"/>
              </w:rPr>
            </w:pPr>
          </w:p>
        </w:tc>
        <w:tc>
          <w:tcPr>
            <w:tcW w:w="1125" w:type="dxa"/>
            <w:vAlign w:val="center"/>
          </w:tcPr>
          <w:p w14:paraId="173768E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193-&gt;206</w:t>
            </w:r>
          </w:p>
        </w:tc>
        <w:tc>
          <w:tcPr>
            <w:tcW w:w="1039" w:type="dxa"/>
            <w:vAlign w:val="center"/>
          </w:tcPr>
          <w:p w14:paraId="43C137F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-0.15078</w:t>
            </w:r>
          </w:p>
        </w:tc>
        <w:tc>
          <w:tcPr>
            <w:tcW w:w="1009" w:type="dxa"/>
            <w:vMerge/>
          </w:tcPr>
          <w:p w14:paraId="668DFAB1" w14:textId="77777777" w:rsidR="00497B11" w:rsidRPr="00293828" w:rsidRDefault="00497B11" w:rsidP="00293828">
            <w:pPr>
              <w:rPr>
                <w:rFonts w:ascii="Times New Roman" w:hAnsi="Times New Roman" w:cs="Times New Roman"/>
                <w:szCs w:val="21"/>
              </w:rPr>
            </w:pPr>
          </w:p>
        </w:tc>
        <w:tc>
          <w:tcPr>
            <w:tcW w:w="1009" w:type="dxa"/>
            <w:vMerge/>
          </w:tcPr>
          <w:p w14:paraId="6FD735F5" w14:textId="77777777" w:rsidR="00497B11" w:rsidRPr="00293828" w:rsidRDefault="00497B11" w:rsidP="00293828">
            <w:pPr>
              <w:rPr>
                <w:rFonts w:ascii="Times New Roman" w:hAnsi="Times New Roman" w:cs="Times New Roman"/>
                <w:szCs w:val="21"/>
              </w:rPr>
            </w:pPr>
          </w:p>
        </w:tc>
        <w:tc>
          <w:tcPr>
            <w:tcW w:w="1009" w:type="dxa"/>
            <w:vMerge/>
          </w:tcPr>
          <w:p w14:paraId="2E3DFA28" w14:textId="77777777" w:rsidR="00497B11" w:rsidRPr="00293828" w:rsidRDefault="00497B11" w:rsidP="00293828">
            <w:pPr>
              <w:rPr>
                <w:rFonts w:ascii="Times New Roman" w:hAnsi="Times New Roman" w:cs="Times New Roman"/>
                <w:szCs w:val="21"/>
              </w:rPr>
            </w:pPr>
          </w:p>
        </w:tc>
        <w:tc>
          <w:tcPr>
            <w:tcW w:w="1068" w:type="dxa"/>
            <w:vMerge/>
          </w:tcPr>
          <w:p w14:paraId="1AB297A4" w14:textId="77777777" w:rsidR="00497B11" w:rsidRPr="00293828" w:rsidRDefault="00497B11" w:rsidP="00293828">
            <w:pPr>
              <w:rPr>
                <w:rFonts w:ascii="Times New Roman" w:hAnsi="Times New Roman" w:cs="Times New Roman"/>
                <w:szCs w:val="21"/>
              </w:rPr>
            </w:pPr>
          </w:p>
        </w:tc>
        <w:tc>
          <w:tcPr>
            <w:tcW w:w="1068" w:type="dxa"/>
            <w:vMerge/>
          </w:tcPr>
          <w:p w14:paraId="50703084" w14:textId="77777777" w:rsidR="00497B11" w:rsidRPr="00293828" w:rsidRDefault="00497B11" w:rsidP="00293828">
            <w:pPr>
              <w:rPr>
                <w:rFonts w:ascii="Times New Roman" w:hAnsi="Times New Roman" w:cs="Times New Roman"/>
                <w:szCs w:val="21"/>
              </w:rPr>
            </w:pPr>
          </w:p>
        </w:tc>
      </w:tr>
      <w:tr w:rsidR="00497B11" w:rsidRPr="00293828" w14:paraId="21B8CF82" w14:textId="77777777" w:rsidTr="009D45BD">
        <w:tc>
          <w:tcPr>
            <w:tcW w:w="969" w:type="dxa"/>
            <w:vMerge/>
          </w:tcPr>
          <w:p w14:paraId="188B74C4" w14:textId="77777777" w:rsidR="00497B11" w:rsidRPr="00293828" w:rsidRDefault="00497B11" w:rsidP="00293828">
            <w:pPr>
              <w:rPr>
                <w:rFonts w:ascii="Times New Roman" w:hAnsi="Times New Roman" w:cs="Times New Roman"/>
                <w:szCs w:val="21"/>
              </w:rPr>
            </w:pPr>
          </w:p>
        </w:tc>
        <w:tc>
          <w:tcPr>
            <w:tcW w:w="1125" w:type="dxa"/>
            <w:vAlign w:val="center"/>
          </w:tcPr>
          <w:p w14:paraId="390B4D2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198-&gt;207</w:t>
            </w:r>
          </w:p>
        </w:tc>
        <w:tc>
          <w:tcPr>
            <w:tcW w:w="1039" w:type="dxa"/>
            <w:vAlign w:val="center"/>
          </w:tcPr>
          <w:p w14:paraId="019BDC1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0.14659</w:t>
            </w:r>
          </w:p>
        </w:tc>
        <w:tc>
          <w:tcPr>
            <w:tcW w:w="1009" w:type="dxa"/>
            <w:vMerge/>
          </w:tcPr>
          <w:p w14:paraId="535708B0" w14:textId="77777777" w:rsidR="00497B11" w:rsidRPr="00293828" w:rsidRDefault="00497B11" w:rsidP="00293828">
            <w:pPr>
              <w:rPr>
                <w:rFonts w:ascii="Times New Roman" w:hAnsi="Times New Roman" w:cs="Times New Roman"/>
                <w:szCs w:val="21"/>
              </w:rPr>
            </w:pPr>
          </w:p>
        </w:tc>
        <w:tc>
          <w:tcPr>
            <w:tcW w:w="1009" w:type="dxa"/>
            <w:vMerge/>
          </w:tcPr>
          <w:p w14:paraId="4CF539D4" w14:textId="77777777" w:rsidR="00497B11" w:rsidRPr="00293828" w:rsidRDefault="00497B11" w:rsidP="00293828">
            <w:pPr>
              <w:rPr>
                <w:rFonts w:ascii="Times New Roman" w:hAnsi="Times New Roman" w:cs="Times New Roman"/>
                <w:szCs w:val="21"/>
              </w:rPr>
            </w:pPr>
          </w:p>
        </w:tc>
        <w:tc>
          <w:tcPr>
            <w:tcW w:w="1009" w:type="dxa"/>
            <w:vMerge/>
          </w:tcPr>
          <w:p w14:paraId="76B862EA" w14:textId="77777777" w:rsidR="00497B11" w:rsidRPr="00293828" w:rsidRDefault="00497B11" w:rsidP="00293828">
            <w:pPr>
              <w:rPr>
                <w:rFonts w:ascii="Times New Roman" w:hAnsi="Times New Roman" w:cs="Times New Roman"/>
                <w:szCs w:val="21"/>
              </w:rPr>
            </w:pPr>
          </w:p>
        </w:tc>
        <w:tc>
          <w:tcPr>
            <w:tcW w:w="1068" w:type="dxa"/>
            <w:vMerge/>
          </w:tcPr>
          <w:p w14:paraId="1AB7903D" w14:textId="77777777" w:rsidR="00497B11" w:rsidRPr="00293828" w:rsidRDefault="00497B11" w:rsidP="00293828">
            <w:pPr>
              <w:rPr>
                <w:rFonts w:ascii="Times New Roman" w:hAnsi="Times New Roman" w:cs="Times New Roman"/>
                <w:szCs w:val="21"/>
              </w:rPr>
            </w:pPr>
          </w:p>
        </w:tc>
        <w:tc>
          <w:tcPr>
            <w:tcW w:w="1068" w:type="dxa"/>
            <w:vMerge/>
          </w:tcPr>
          <w:p w14:paraId="0F2536ED" w14:textId="77777777" w:rsidR="00497B11" w:rsidRPr="00293828" w:rsidRDefault="00497B11" w:rsidP="00293828">
            <w:pPr>
              <w:rPr>
                <w:rFonts w:ascii="Times New Roman" w:hAnsi="Times New Roman" w:cs="Times New Roman"/>
                <w:szCs w:val="21"/>
              </w:rPr>
            </w:pPr>
          </w:p>
        </w:tc>
      </w:tr>
      <w:tr w:rsidR="00497B11" w:rsidRPr="00293828" w14:paraId="223332F2" w14:textId="77777777" w:rsidTr="009D45BD">
        <w:tc>
          <w:tcPr>
            <w:tcW w:w="969" w:type="dxa"/>
            <w:vMerge/>
          </w:tcPr>
          <w:p w14:paraId="49FD648D" w14:textId="77777777" w:rsidR="00497B11" w:rsidRPr="00293828" w:rsidRDefault="00497B11" w:rsidP="00293828">
            <w:pPr>
              <w:rPr>
                <w:rFonts w:ascii="Times New Roman" w:hAnsi="Times New Roman" w:cs="Times New Roman"/>
                <w:szCs w:val="21"/>
              </w:rPr>
            </w:pPr>
          </w:p>
        </w:tc>
        <w:tc>
          <w:tcPr>
            <w:tcW w:w="1125" w:type="dxa"/>
            <w:vAlign w:val="center"/>
          </w:tcPr>
          <w:p w14:paraId="1907432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199-&gt;206</w:t>
            </w:r>
          </w:p>
        </w:tc>
        <w:tc>
          <w:tcPr>
            <w:tcW w:w="1039" w:type="dxa"/>
            <w:vAlign w:val="center"/>
          </w:tcPr>
          <w:p w14:paraId="46A7DF0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-0.14441</w:t>
            </w:r>
          </w:p>
        </w:tc>
        <w:tc>
          <w:tcPr>
            <w:tcW w:w="1009" w:type="dxa"/>
            <w:vMerge/>
          </w:tcPr>
          <w:p w14:paraId="3124ABD2" w14:textId="77777777" w:rsidR="00497B11" w:rsidRPr="00293828" w:rsidRDefault="00497B11" w:rsidP="00293828">
            <w:pPr>
              <w:rPr>
                <w:rFonts w:ascii="Times New Roman" w:hAnsi="Times New Roman" w:cs="Times New Roman"/>
                <w:szCs w:val="21"/>
              </w:rPr>
            </w:pPr>
          </w:p>
        </w:tc>
        <w:tc>
          <w:tcPr>
            <w:tcW w:w="1009" w:type="dxa"/>
            <w:vMerge/>
          </w:tcPr>
          <w:p w14:paraId="66E076AC" w14:textId="77777777" w:rsidR="00497B11" w:rsidRPr="00293828" w:rsidRDefault="00497B11" w:rsidP="00293828">
            <w:pPr>
              <w:rPr>
                <w:rFonts w:ascii="Times New Roman" w:hAnsi="Times New Roman" w:cs="Times New Roman"/>
                <w:szCs w:val="21"/>
              </w:rPr>
            </w:pPr>
          </w:p>
        </w:tc>
        <w:tc>
          <w:tcPr>
            <w:tcW w:w="1009" w:type="dxa"/>
            <w:vMerge/>
          </w:tcPr>
          <w:p w14:paraId="4C358717" w14:textId="77777777" w:rsidR="00497B11" w:rsidRPr="00293828" w:rsidRDefault="00497B11" w:rsidP="00293828">
            <w:pPr>
              <w:rPr>
                <w:rFonts w:ascii="Times New Roman" w:hAnsi="Times New Roman" w:cs="Times New Roman"/>
                <w:szCs w:val="21"/>
              </w:rPr>
            </w:pPr>
          </w:p>
        </w:tc>
        <w:tc>
          <w:tcPr>
            <w:tcW w:w="1068" w:type="dxa"/>
            <w:vMerge/>
          </w:tcPr>
          <w:p w14:paraId="3C8C58B2" w14:textId="77777777" w:rsidR="00497B11" w:rsidRPr="00293828" w:rsidRDefault="00497B11" w:rsidP="00293828">
            <w:pPr>
              <w:rPr>
                <w:rFonts w:ascii="Times New Roman" w:hAnsi="Times New Roman" w:cs="Times New Roman"/>
                <w:szCs w:val="21"/>
              </w:rPr>
            </w:pPr>
          </w:p>
        </w:tc>
        <w:tc>
          <w:tcPr>
            <w:tcW w:w="1068" w:type="dxa"/>
            <w:vMerge/>
          </w:tcPr>
          <w:p w14:paraId="6F33683F" w14:textId="77777777" w:rsidR="00497B11" w:rsidRPr="00293828" w:rsidRDefault="00497B11" w:rsidP="00293828">
            <w:pPr>
              <w:rPr>
                <w:rFonts w:ascii="Times New Roman" w:hAnsi="Times New Roman" w:cs="Times New Roman"/>
                <w:szCs w:val="21"/>
              </w:rPr>
            </w:pPr>
          </w:p>
        </w:tc>
      </w:tr>
      <w:tr w:rsidR="00497B11" w:rsidRPr="00293828" w14:paraId="4B3C2397" w14:textId="77777777" w:rsidTr="009D45BD">
        <w:tc>
          <w:tcPr>
            <w:tcW w:w="969" w:type="dxa"/>
            <w:vMerge/>
          </w:tcPr>
          <w:p w14:paraId="213643B6" w14:textId="77777777" w:rsidR="00497B11" w:rsidRPr="00293828" w:rsidRDefault="00497B11" w:rsidP="00293828">
            <w:pPr>
              <w:rPr>
                <w:rFonts w:ascii="Times New Roman" w:hAnsi="Times New Roman" w:cs="Times New Roman"/>
                <w:szCs w:val="21"/>
              </w:rPr>
            </w:pPr>
          </w:p>
        </w:tc>
        <w:tc>
          <w:tcPr>
            <w:tcW w:w="1125" w:type="dxa"/>
            <w:vAlign w:val="center"/>
          </w:tcPr>
          <w:p w14:paraId="39D04FC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39" w:type="dxa"/>
            <w:vAlign w:val="center"/>
          </w:tcPr>
          <w:p w14:paraId="07910A5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0.31256</w:t>
            </w:r>
          </w:p>
        </w:tc>
        <w:tc>
          <w:tcPr>
            <w:tcW w:w="1009" w:type="dxa"/>
            <w:vMerge/>
          </w:tcPr>
          <w:p w14:paraId="62457F6B" w14:textId="77777777" w:rsidR="00497B11" w:rsidRPr="00293828" w:rsidRDefault="00497B11" w:rsidP="00293828">
            <w:pPr>
              <w:rPr>
                <w:rFonts w:ascii="Times New Roman" w:hAnsi="Times New Roman" w:cs="Times New Roman"/>
                <w:szCs w:val="21"/>
              </w:rPr>
            </w:pPr>
          </w:p>
        </w:tc>
        <w:tc>
          <w:tcPr>
            <w:tcW w:w="1009" w:type="dxa"/>
            <w:vMerge/>
          </w:tcPr>
          <w:p w14:paraId="1F361C57" w14:textId="77777777" w:rsidR="00497B11" w:rsidRPr="00293828" w:rsidRDefault="00497B11" w:rsidP="00293828">
            <w:pPr>
              <w:rPr>
                <w:rFonts w:ascii="Times New Roman" w:hAnsi="Times New Roman" w:cs="Times New Roman"/>
                <w:szCs w:val="21"/>
              </w:rPr>
            </w:pPr>
          </w:p>
        </w:tc>
        <w:tc>
          <w:tcPr>
            <w:tcW w:w="1009" w:type="dxa"/>
            <w:vMerge/>
          </w:tcPr>
          <w:p w14:paraId="79EA01BB" w14:textId="77777777" w:rsidR="00497B11" w:rsidRPr="00293828" w:rsidRDefault="00497B11" w:rsidP="00293828">
            <w:pPr>
              <w:rPr>
                <w:rFonts w:ascii="Times New Roman" w:hAnsi="Times New Roman" w:cs="Times New Roman"/>
                <w:szCs w:val="21"/>
              </w:rPr>
            </w:pPr>
          </w:p>
        </w:tc>
        <w:tc>
          <w:tcPr>
            <w:tcW w:w="1068" w:type="dxa"/>
            <w:vMerge/>
          </w:tcPr>
          <w:p w14:paraId="215151C1" w14:textId="77777777" w:rsidR="00497B11" w:rsidRPr="00293828" w:rsidRDefault="00497B11" w:rsidP="00293828">
            <w:pPr>
              <w:rPr>
                <w:rFonts w:ascii="Times New Roman" w:hAnsi="Times New Roman" w:cs="Times New Roman"/>
                <w:szCs w:val="21"/>
              </w:rPr>
            </w:pPr>
          </w:p>
        </w:tc>
        <w:tc>
          <w:tcPr>
            <w:tcW w:w="1068" w:type="dxa"/>
            <w:vMerge/>
          </w:tcPr>
          <w:p w14:paraId="47BA2577" w14:textId="77777777" w:rsidR="00497B11" w:rsidRPr="00293828" w:rsidRDefault="00497B11" w:rsidP="00293828">
            <w:pPr>
              <w:rPr>
                <w:rFonts w:ascii="Times New Roman" w:hAnsi="Times New Roman" w:cs="Times New Roman"/>
                <w:szCs w:val="21"/>
              </w:rPr>
            </w:pPr>
          </w:p>
        </w:tc>
      </w:tr>
      <w:tr w:rsidR="00497B11" w:rsidRPr="00293828" w14:paraId="232817AF" w14:textId="77777777" w:rsidTr="009D45BD">
        <w:tc>
          <w:tcPr>
            <w:tcW w:w="969" w:type="dxa"/>
            <w:vMerge/>
          </w:tcPr>
          <w:p w14:paraId="5D2E3E22" w14:textId="77777777" w:rsidR="00497B11" w:rsidRPr="00293828" w:rsidRDefault="00497B11" w:rsidP="00293828">
            <w:pPr>
              <w:rPr>
                <w:rFonts w:ascii="Times New Roman" w:hAnsi="Times New Roman" w:cs="Times New Roman"/>
                <w:szCs w:val="21"/>
              </w:rPr>
            </w:pPr>
          </w:p>
        </w:tc>
        <w:tc>
          <w:tcPr>
            <w:tcW w:w="1125" w:type="dxa"/>
            <w:vAlign w:val="center"/>
          </w:tcPr>
          <w:p w14:paraId="521275D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200-&gt;207</w:t>
            </w:r>
          </w:p>
        </w:tc>
        <w:tc>
          <w:tcPr>
            <w:tcW w:w="1039" w:type="dxa"/>
            <w:vAlign w:val="center"/>
          </w:tcPr>
          <w:p w14:paraId="2940A57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0.1514</w:t>
            </w:r>
          </w:p>
        </w:tc>
        <w:tc>
          <w:tcPr>
            <w:tcW w:w="1009" w:type="dxa"/>
            <w:vMerge/>
          </w:tcPr>
          <w:p w14:paraId="301945BD" w14:textId="77777777" w:rsidR="00497B11" w:rsidRPr="00293828" w:rsidRDefault="00497B11" w:rsidP="00293828">
            <w:pPr>
              <w:rPr>
                <w:rFonts w:ascii="Times New Roman" w:hAnsi="Times New Roman" w:cs="Times New Roman"/>
                <w:szCs w:val="21"/>
              </w:rPr>
            </w:pPr>
          </w:p>
        </w:tc>
        <w:tc>
          <w:tcPr>
            <w:tcW w:w="1009" w:type="dxa"/>
            <w:vMerge/>
          </w:tcPr>
          <w:p w14:paraId="54952645" w14:textId="77777777" w:rsidR="00497B11" w:rsidRPr="00293828" w:rsidRDefault="00497B11" w:rsidP="00293828">
            <w:pPr>
              <w:rPr>
                <w:rFonts w:ascii="Times New Roman" w:hAnsi="Times New Roman" w:cs="Times New Roman"/>
                <w:szCs w:val="21"/>
              </w:rPr>
            </w:pPr>
          </w:p>
        </w:tc>
        <w:tc>
          <w:tcPr>
            <w:tcW w:w="1009" w:type="dxa"/>
            <w:vMerge/>
          </w:tcPr>
          <w:p w14:paraId="78EA1142" w14:textId="77777777" w:rsidR="00497B11" w:rsidRPr="00293828" w:rsidRDefault="00497B11" w:rsidP="00293828">
            <w:pPr>
              <w:rPr>
                <w:rFonts w:ascii="Times New Roman" w:hAnsi="Times New Roman" w:cs="Times New Roman"/>
                <w:szCs w:val="21"/>
              </w:rPr>
            </w:pPr>
          </w:p>
        </w:tc>
        <w:tc>
          <w:tcPr>
            <w:tcW w:w="1068" w:type="dxa"/>
            <w:vMerge/>
          </w:tcPr>
          <w:p w14:paraId="46A51C45" w14:textId="77777777" w:rsidR="00497B11" w:rsidRPr="00293828" w:rsidRDefault="00497B11" w:rsidP="00293828">
            <w:pPr>
              <w:rPr>
                <w:rFonts w:ascii="Times New Roman" w:hAnsi="Times New Roman" w:cs="Times New Roman"/>
                <w:szCs w:val="21"/>
              </w:rPr>
            </w:pPr>
          </w:p>
        </w:tc>
        <w:tc>
          <w:tcPr>
            <w:tcW w:w="1068" w:type="dxa"/>
            <w:vMerge/>
          </w:tcPr>
          <w:p w14:paraId="473A5051" w14:textId="77777777" w:rsidR="00497B11" w:rsidRPr="00293828" w:rsidRDefault="00497B11" w:rsidP="00293828">
            <w:pPr>
              <w:rPr>
                <w:rFonts w:ascii="Times New Roman" w:hAnsi="Times New Roman" w:cs="Times New Roman"/>
                <w:szCs w:val="21"/>
              </w:rPr>
            </w:pPr>
          </w:p>
        </w:tc>
      </w:tr>
      <w:tr w:rsidR="00497B11" w:rsidRPr="00293828" w14:paraId="41D134F6" w14:textId="77777777" w:rsidTr="009D45BD">
        <w:tc>
          <w:tcPr>
            <w:tcW w:w="969" w:type="dxa"/>
            <w:vMerge/>
          </w:tcPr>
          <w:p w14:paraId="54214966" w14:textId="77777777" w:rsidR="00497B11" w:rsidRPr="00293828" w:rsidRDefault="00497B11" w:rsidP="00293828">
            <w:pPr>
              <w:rPr>
                <w:rFonts w:ascii="Times New Roman" w:hAnsi="Times New Roman" w:cs="Times New Roman"/>
                <w:szCs w:val="21"/>
              </w:rPr>
            </w:pPr>
          </w:p>
        </w:tc>
        <w:tc>
          <w:tcPr>
            <w:tcW w:w="1125" w:type="dxa"/>
            <w:vAlign w:val="center"/>
          </w:tcPr>
          <w:p w14:paraId="1C09AA1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202-&gt;207</w:t>
            </w:r>
          </w:p>
        </w:tc>
        <w:tc>
          <w:tcPr>
            <w:tcW w:w="1039" w:type="dxa"/>
            <w:vAlign w:val="center"/>
          </w:tcPr>
          <w:p w14:paraId="39CE2A1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0.19225</w:t>
            </w:r>
          </w:p>
        </w:tc>
        <w:tc>
          <w:tcPr>
            <w:tcW w:w="1009" w:type="dxa"/>
            <w:vMerge/>
          </w:tcPr>
          <w:p w14:paraId="35326F81" w14:textId="77777777" w:rsidR="00497B11" w:rsidRPr="00293828" w:rsidRDefault="00497B11" w:rsidP="00293828">
            <w:pPr>
              <w:rPr>
                <w:rFonts w:ascii="Times New Roman" w:hAnsi="Times New Roman" w:cs="Times New Roman"/>
                <w:szCs w:val="21"/>
              </w:rPr>
            </w:pPr>
          </w:p>
        </w:tc>
        <w:tc>
          <w:tcPr>
            <w:tcW w:w="1009" w:type="dxa"/>
            <w:vMerge/>
          </w:tcPr>
          <w:p w14:paraId="6AEC80F3" w14:textId="77777777" w:rsidR="00497B11" w:rsidRPr="00293828" w:rsidRDefault="00497B11" w:rsidP="00293828">
            <w:pPr>
              <w:rPr>
                <w:rFonts w:ascii="Times New Roman" w:hAnsi="Times New Roman" w:cs="Times New Roman"/>
                <w:szCs w:val="21"/>
              </w:rPr>
            </w:pPr>
          </w:p>
        </w:tc>
        <w:tc>
          <w:tcPr>
            <w:tcW w:w="1009" w:type="dxa"/>
            <w:vMerge/>
          </w:tcPr>
          <w:p w14:paraId="0E1BE95C" w14:textId="77777777" w:rsidR="00497B11" w:rsidRPr="00293828" w:rsidRDefault="00497B11" w:rsidP="00293828">
            <w:pPr>
              <w:rPr>
                <w:rFonts w:ascii="Times New Roman" w:hAnsi="Times New Roman" w:cs="Times New Roman"/>
                <w:szCs w:val="21"/>
              </w:rPr>
            </w:pPr>
          </w:p>
        </w:tc>
        <w:tc>
          <w:tcPr>
            <w:tcW w:w="1068" w:type="dxa"/>
            <w:vMerge/>
          </w:tcPr>
          <w:p w14:paraId="5FD4244B" w14:textId="77777777" w:rsidR="00497B11" w:rsidRPr="00293828" w:rsidRDefault="00497B11" w:rsidP="00293828">
            <w:pPr>
              <w:rPr>
                <w:rFonts w:ascii="Times New Roman" w:hAnsi="Times New Roman" w:cs="Times New Roman"/>
                <w:szCs w:val="21"/>
              </w:rPr>
            </w:pPr>
          </w:p>
        </w:tc>
        <w:tc>
          <w:tcPr>
            <w:tcW w:w="1068" w:type="dxa"/>
            <w:vMerge/>
          </w:tcPr>
          <w:p w14:paraId="68814216" w14:textId="77777777" w:rsidR="00497B11" w:rsidRPr="00293828" w:rsidRDefault="00497B11" w:rsidP="00293828">
            <w:pPr>
              <w:rPr>
                <w:rFonts w:ascii="Times New Roman" w:hAnsi="Times New Roman" w:cs="Times New Roman"/>
                <w:szCs w:val="21"/>
              </w:rPr>
            </w:pPr>
          </w:p>
        </w:tc>
      </w:tr>
      <w:tr w:rsidR="00497B11" w:rsidRPr="00293828" w14:paraId="272795D2" w14:textId="77777777" w:rsidTr="009D45BD">
        <w:tc>
          <w:tcPr>
            <w:tcW w:w="969" w:type="dxa"/>
            <w:vMerge/>
          </w:tcPr>
          <w:p w14:paraId="11E99B96" w14:textId="77777777" w:rsidR="00497B11" w:rsidRPr="00293828" w:rsidRDefault="00497B11" w:rsidP="00293828">
            <w:pPr>
              <w:rPr>
                <w:rFonts w:ascii="Times New Roman" w:hAnsi="Times New Roman" w:cs="Times New Roman"/>
                <w:szCs w:val="21"/>
              </w:rPr>
            </w:pPr>
          </w:p>
        </w:tc>
        <w:tc>
          <w:tcPr>
            <w:tcW w:w="1125" w:type="dxa"/>
            <w:vAlign w:val="center"/>
          </w:tcPr>
          <w:p w14:paraId="4A02714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205-&gt;211</w:t>
            </w:r>
          </w:p>
        </w:tc>
        <w:tc>
          <w:tcPr>
            <w:tcW w:w="1039" w:type="dxa"/>
            <w:vAlign w:val="center"/>
          </w:tcPr>
          <w:p w14:paraId="5AC09BF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0.14147</w:t>
            </w:r>
          </w:p>
        </w:tc>
        <w:tc>
          <w:tcPr>
            <w:tcW w:w="1009" w:type="dxa"/>
            <w:vMerge/>
          </w:tcPr>
          <w:p w14:paraId="2A2B3CA7" w14:textId="77777777" w:rsidR="00497B11" w:rsidRPr="00293828" w:rsidRDefault="00497B11" w:rsidP="00293828">
            <w:pPr>
              <w:rPr>
                <w:rFonts w:ascii="Times New Roman" w:hAnsi="Times New Roman" w:cs="Times New Roman"/>
                <w:szCs w:val="21"/>
              </w:rPr>
            </w:pPr>
          </w:p>
        </w:tc>
        <w:tc>
          <w:tcPr>
            <w:tcW w:w="1009" w:type="dxa"/>
            <w:vMerge/>
          </w:tcPr>
          <w:p w14:paraId="57C28CD0" w14:textId="77777777" w:rsidR="00497B11" w:rsidRPr="00293828" w:rsidRDefault="00497B11" w:rsidP="00293828">
            <w:pPr>
              <w:rPr>
                <w:rFonts w:ascii="Times New Roman" w:hAnsi="Times New Roman" w:cs="Times New Roman"/>
                <w:szCs w:val="21"/>
              </w:rPr>
            </w:pPr>
          </w:p>
        </w:tc>
        <w:tc>
          <w:tcPr>
            <w:tcW w:w="1009" w:type="dxa"/>
            <w:vMerge/>
          </w:tcPr>
          <w:p w14:paraId="5DA0DF9A" w14:textId="77777777" w:rsidR="00497B11" w:rsidRPr="00293828" w:rsidRDefault="00497B11" w:rsidP="00293828">
            <w:pPr>
              <w:rPr>
                <w:rFonts w:ascii="Times New Roman" w:hAnsi="Times New Roman" w:cs="Times New Roman"/>
                <w:szCs w:val="21"/>
              </w:rPr>
            </w:pPr>
          </w:p>
        </w:tc>
        <w:tc>
          <w:tcPr>
            <w:tcW w:w="1068" w:type="dxa"/>
            <w:vMerge/>
          </w:tcPr>
          <w:p w14:paraId="7FAF0131" w14:textId="77777777" w:rsidR="00497B11" w:rsidRPr="00293828" w:rsidRDefault="00497B11" w:rsidP="00293828">
            <w:pPr>
              <w:rPr>
                <w:rFonts w:ascii="Times New Roman" w:hAnsi="Times New Roman" w:cs="Times New Roman"/>
                <w:szCs w:val="21"/>
              </w:rPr>
            </w:pPr>
          </w:p>
        </w:tc>
        <w:tc>
          <w:tcPr>
            <w:tcW w:w="1068" w:type="dxa"/>
            <w:vMerge/>
          </w:tcPr>
          <w:p w14:paraId="77CDA45E" w14:textId="77777777" w:rsidR="00497B11" w:rsidRPr="00293828" w:rsidRDefault="00497B11" w:rsidP="00293828">
            <w:pPr>
              <w:rPr>
                <w:rFonts w:ascii="Times New Roman" w:hAnsi="Times New Roman" w:cs="Times New Roman"/>
                <w:szCs w:val="21"/>
              </w:rPr>
            </w:pPr>
          </w:p>
        </w:tc>
      </w:tr>
      <w:tr w:rsidR="00497B11" w:rsidRPr="00293828" w14:paraId="301EDE07" w14:textId="77777777" w:rsidTr="009D45BD">
        <w:tc>
          <w:tcPr>
            <w:tcW w:w="969" w:type="dxa"/>
            <w:vMerge w:val="restart"/>
            <w:vAlign w:val="center"/>
          </w:tcPr>
          <w:p w14:paraId="34AB73E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23</w:t>
            </w:r>
          </w:p>
        </w:tc>
        <w:tc>
          <w:tcPr>
            <w:tcW w:w="1125" w:type="dxa"/>
            <w:vAlign w:val="center"/>
          </w:tcPr>
          <w:p w14:paraId="3089495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200-&gt;206</w:t>
            </w:r>
          </w:p>
        </w:tc>
        <w:tc>
          <w:tcPr>
            <w:tcW w:w="1039" w:type="dxa"/>
            <w:vAlign w:val="center"/>
          </w:tcPr>
          <w:p w14:paraId="1DD071B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-0.16072</w:t>
            </w:r>
          </w:p>
        </w:tc>
        <w:tc>
          <w:tcPr>
            <w:tcW w:w="1009" w:type="dxa"/>
            <w:vMerge w:val="restart"/>
            <w:vAlign w:val="center"/>
          </w:tcPr>
          <w:p w14:paraId="60A6654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7.2397</w:t>
            </w:r>
          </w:p>
        </w:tc>
        <w:tc>
          <w:tcPr>
            <w:tcW w:w="1009" w:type="dxa"/>
            <w:vMerge w:val="restart"/>
            <w:vAlign w:val="center"/>
          </w:tcPr>
          <w:p w14:paraId="6A87FD5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171.26</w:t>
            </w:r>
          </w:p>
        </w:tc>
        <w:tc>
          <w:tcPr>
            <w:tcW w:w="1009" w:type="dxa"/>
            <w:vMerge w:val="restart"/>
            <w:vAlign w:val="center"/>
          </w:tcPr>
          <w:p w14:paraId="7E0E639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0.0435</w:t>
            </w:r>
          </w:p>
        </w:tc>
        <w:tc>
          <w:tcPr>
            <w:tcW w:w="1068" w:type="dxa"/>
            <w:vMerge w:val="restart"/>
            <w:vAlign w:val="center"/>
          </w:tcPr>
          <w:p w14:paraId="0910980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-37.4792</w:t>
            </w:r>
          </w:p>
        </w:tc>
        <w:tc>
          <w:tcPr>
            <w:tcW w:w="1068" w:type="dxa"/>
            <w:vMerge w:val="restart"/>
            <w:vAlign w:val="center"/>
          </w:tcPr>
          <w:p w14:paraId="5CA48F6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-38.0794</w:t>
            </w:r>
          </w:p>
        </w:tc>
      </w:tr>
      <w:tr w:rsidR="00497B11" w:rsidRPr="00293828" w14:paraId="6F7EE9D5" w14:textId="77777777" w:rsidTr="009D45BD">
        <w:tc>
          <w:tcPr>
            <w:tcW w:w="969" w:type="dxa"/>
            <w:vMerge/>
          </w:tcPr>
          <w:p w14:paraId="2B388A6F" w14:textId="77777777" w:rsidR="00497B11" w:rsidRPr="00293828" w:rsidRDefault="00497B11" w:rsidP="00293828">
            <w:pPr>
              <w:rPr>
                <w:rFonts w:ascii="Times New Roman" w:hAnsi="Times New Roman" w:cs="Times New Roman"/>
                <w:szCs w:val="21"/>
              </w:rPr>
            </w:pPr>
          </w:p>
        </w:tc>
        <w:tc>
          <w:tcPr>
            <w:tcW w:w="1125" w:type="dxa"/>
            <w:vAlign w:val="center"/>
          </w:tcPr>
          <w:p w14:paraId="3323A0A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203-&gt;211</w:t>
            </w:r>
          </w:p>
        </w:tc>
        <w:tc>
          <w:tcPr>
            <w:tcW w:w="1039" w:type="dxa"/>
            <w:vAlign w:val="center"/>
          </w:tcPr>
          <w:p w14:paraId="78D65EA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0.15399</w:t>
            </w:r>
          </w:p>
        </w:tc>
        <w:tc>
          <w:tcPr>
            <w:tcW w:w="1009" w:type="dxa"/>
            <w:vMerge/>
          </w:tcPr>
          <w:p w14:paraId="52FA643E" w14:textId="77777777" w:rsidR="00497B11" w:rsidRPr="00293828" w:rsidRDefault="00497B11" w:rsidP="00293828">
            <w:pPr>
              <w:rPr>
                <w:rFonts w:ascii="Times New Roman" w:hAnsi="Times New Roman" w:cs="Times New Roman"/>
                <w:szCs w:val="21"/>
              </w:rPr>
            </w:pPr>
          </w:p>
        </w:tc>
        <w:tc>
          <w:tcPr>
            <w:tcW w:w="1009" w:type="dxa"/>
            <w:vMerge/>
          </w:tcPr>
          <w:p w14:paraId="6AE47942" w14:textId="77777777" w:rsidR="00497B11" w:rsidRPr="00293828" w:rsidRDefault="00497B11" w:rsidP="00293828">
            <w:pPr>
              <w:rPr>
                <w:rFonts w:ascii="Times New Roman" w:hAnsi="Times New Roman" w:cs="Times New Roman"/>
                <w:szCs w:val="21"/>
              </w:rPr>
            </w:pPr>
          </w:p>
        </w:tc>
        <w:tc>
          <w:tcPr>
            <w:tcW w:w="1009" w:type="dxa"/>
            <w:vMerge/>
          </w:tcPr>
          <w:p w14:paraId="5A0CD7E7" w14:textId="77777777" w:rsidR="00497B11" w:rsidRPr="00293828" w:rsidRDefault="00497B11" w:rsidP="00293828">
            <w:pPr>
              <w:rPr>
                <w:rFonts w:ascii="Times New Roman" w:hAnsi="Times New Roman" w:cs="Times New Roman"/>
                <w:szCs w:val="21"/>
              </w:rPr>
            </w:pPr>
          </w:p>
        </w:tc>
        <w:tc>
          <w:tcPr>
            <w:tcW w:w="1068" w:type="dxa"/>
            <w:vMerge/>
          </w:tcPr>
          <w:p w14:paraId="39C3ADBB" w14:textId="77777777" w:rsidR="00497B11" w:rsidRPr="00293828" w:rsidRDefault="00497B11" w:rsidP="00293828">
            <w:pPr>
              <w:rPr>
                <w:rFonts w:ascii="Times New Roman" w:hAnsi="Times New Roman" w:cs="Times New Roman"/>
                <w:szCs w:val="21"/>
              </w:rPr>
            </w:pPr>
          </w:p>
        </w:tc>
        <w:tc>
          <w:tcPr>
            <w:tcW w:w="1068" w:type="dxa"/>
            <w:vMerge/>
          </w:tcPr>
          <w:p w14:paraId="22ECBF98" w14:textId="77777777" w:rsidR="00497B11" w:rsidRPr="00293828" w:rsidRDefault="00497B11" w:rsidP="00293828">
            <w:pPr>
              <w:rPr>
                <w:rFonts w:ascii="Times New Roman" w:hAnsi="Times New Roman" w:cs="Times New Roman"/>
                <w:szCs w:val="21"/>
              </w:rPr>
            </w:pPr>
          </w:p>
        </w:tc>
      </w:tr>
      <w:tr w:rsidR="00497B11" w:rsidRPr="00293828" w14:paraId="0D0469C4" w14:textId="77777777" w:rsidTr="009D45BD">
        <w:tc>
          <w:tcPr>
            <w:tcW w:w="969" w:type="dxa"/>
            <w:vMerge/>
          </w:tcPr>
          <w:p w14:paraId="72DD7262" w14:textId="77777777" w:rsidR="00497B11" w:rsidRPr="00293828" w:rsidRDefault="00497B11" w:rsidP="00293828">
            <w:pPr>
              <w:rPr>
                <w:rFonts w:ascii="Times New Roman" w:hAnsi="Times New Roman" w:cs="Times New Roman"/>
                <w:szCs w:val="21"/>
              </w:rPr>
            </w:pPr>
          </w:p>
        </w:tc>
        <w:tc>
          <w:tcPr>
            <w:tcW w:w="1125" w:type="dxa"/>
            <w:vAlign w:val="center"/>
          </w:tcPr>
          <w:p w14:paraId="347A09E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205-&gt;208</w:t>
            </w:r>
          </w:p>
        </w:tc>
        <w:tc>
          <w:tcPr>
            <w:tcW w:w="1039" w:type="dxa"/>
            <w:vAlign w:val="center"/>
          </w:tcPr>
          <w:p w14:paraId="48DB610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0.1984</w:t>
            </w:r>
          </w:p>
        </w:tc>
        <w:tc>
          <w:tcPr>
            <w:tcW w:w="1009" w:type="dxa"/>
            <w:vMerge/>
          </w:tcPr>
          <w:p w14:paraId="232514AB" w14:textId="77777777" w:rsidR="00497B11" w:rsidRPr="00293828" w:rsidRDefault="00497B11" w:rsidP="00293828">
            <w:pPr>
              <w:rPr>
                <w:rFonts w:ascii="Times New Roman" w:hAnsi="Times New Roman" w:cs="Times New Roman"/>
                <w:szCs w:val="21"/>
              </w:rPr>
            </w:pPr>
          </w:p>
        </w:tc>
        <w:tc>
          <w:tcPr>
            <w:tcW w:w="1009" w:type="dxa"/>
            <w:vMerge/>
          </w:tcPr>
          <w:p w14:paraId="6096AB87" w14:textId="77777777" w:rsidR="00497B11" w:rsidRPr="00293828" w:rsidRDefault="00497B11" w:rsidP="00293828">
            <w:pPr>
              <w:rPr>
                <w:rFonts w:ascii="Times New Roman" w:hAnsi="Times New Roman" w:cs="Times New Roman"/>
                <w:szCs w:val="21"/>
              </w:rPr>
            </w:pPr>
          </w:p>
        </w:tc>
        <w:tc>
          <w:tcPr>
            <w:tcW w:w="1009" w:type="dxa"/>
            <w:vMerge/>
          </w:tcPr>
          <w:p w14:paraId="0F3F37DB" w14:textId="77777777" w:rsidR="00497B11" w:rsidRPr="00293828" w:rsidRDefault="00497B11" w:rsidP="00293828">
            <w:pPr>
              <w:rPr>
                <w:rFonts w:ascii="Times New Roman" w:hAnsi="Times New Roman" w:cs="Times New Roman"/>
                <w:szCs w:val="21"/>
              </w:rPr>
            </w:pPr>
          </w:p>
        </w:tc>
        <w:tc>
          <w:tcPr>
            <w:tcW w:w="1068" w:type="dxa"/>
            <w:vMerge/>
          </w:tcPr>
          <w:p w14:paraId="074E8FEC" w14:textId="77777777" w:rsidR="00497B11" w:rsidRPr="00293828" w:rsidRDefault="00497B11" w:rsidP="00293828">
            <w:pPr>
              <w:rPr>
                <w:rFonts w:ascii="Times New Roman" w:hAnsi="Times New Roman" w:cs="Times New Roman"/>
                <w:szCs w:val="21"/>
              </w:rPr>
            </w:pPr>
          </w:p>
        </w:tc>
        <w:tc>
          <w:tcPr>
            <w:tcW w:w="1068" w:type="dxa"/>
            <w:vMerge/>
          </w:tcPr>
          <w:p w14:paraId="6BF40F86" w14:textId="77777777" w:rsidR="00497B11" w:rsidRPr="00293828" w:rsidRDefault="00497B11" w:rsidP="00293828">
            <w:pPr>
              <w:rPr>
                <w:rFonts w:ascii="Times New Roman" w:hAnsi="Times New Roman" w:cs="Times New Roman"/>
                <w:szCs w:val="21"/>
              </w:rPr>
            </w:pPr>
          </w:p>
        </w:tc>
      </w:tr>
      <w:tr w:rsidR="00497B11" w:rsidRPr="00293828" w14:paraId="22B05B73" w14:textId="77777777" w:rsidTr="009D45BD">
        <w:tc>
          <w:tcPr>
            <w:tcW w:w="969" w:type="dxa"/>
            <w:vMerge/>
          </w:tcPr>
          <w:p w14:paraId="7D5A2ED5" w14:textId="77777777" w:rsidR="00497B11" w:rsidRPr="00293828" w:rsidRDefault="00497B11" w:rsidP="00293828">
            <w:pPr>
              <w:rPr>
                <w:rFonts w:ascii="Times New Roman" w:hAnsi="Times New Roman" w:cs="Times New Roman"/>
                <w:szCs w:val="21"/>
              </w:rPr>
            </w:pPr>
          </w:p>
        </w:tc>
        <w:tc>
          <w:tcPr>
            <w:tcW w:w="1125" w:type="dxa"/>
            <w:vAlign w:val="center"/>
          </w:tcPr>
          <w:p w14:paraId="07C3AF2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205-&gt;211</w:t>
            </w:r>
          </w:p>
        </w:tc>
        <w:tc>
          <w:tcPr>
            <w:tcW w:w="1039" w:type="dxa"/>
            <w:vAlign w:val="center"/>
          </w:tcPr>
          <w:p w14:paraId="7922EB6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0.31036</w:t>
            </w:r>
          </w:p>
        </w:tc>
        <w:tc>
          <w:tcPr>
            <w:tcW w:w="1009" w:type="dxa"/>
            <w:vMerge/>
          </w:tcPr>
          <w:p w14:paraId="4BAD4A12" w14:textId="77777777" w:rsidR="00497B11" w:rsidRPr="00293828" w:rsidRDefault="00497B11" w:rsidP="00293828">
            <w:pPr>
              <w:rPr>
                <w:rFonts w:ascii="Times New Roman" w:hAnsi="Times New Roman" w:cs="Times New Roman"/>
                <w:szCs w:val="21"/>
              </w:rPr>
            </w:pPr>
          </w:p>
        </w:tc>
        <w:tc>
          <w:tcPr>
            <w:tcW w:w="1009" w:type="dxa"/>
            <w:vMerge/>
          </w:tcPr>
          <w:p w14:paraId="51FF805C" w14:textId="77777777" w:rsidR="00497B11" w:rsidRPr="00293828" w:rsidRDefault="00497B11" w:rsidP="00293828">
            <w:pPr>
              <w:rPr>
                <w:rFonts w:ascii="Times New Roman" w:hAnsi="Times New Roman" w:cs="Times New Roman"/>
                <w:szCs w:val="21"/>
              </w:rPr>
            </w:pPr>
          </w:p>
        </w:tc>
        <w:tc>
          <w:tcPr>
            <w:tcW w:w="1009" w:type="dxa"/>
            <w:vMerge/>
          </w:tcPr>
          <w:p w14:paraId="51EC31DF" w14:textId="77777777" w:rsidR="00497B11" w:rsidRPr="00293828" w:rsidRDefault="00497B11" w:rsidP="00293828">
            <w:pPr>
              <w:rPr>
                <w:rFonts w:ascii="Times New Roman" w:hAnsi="Times New Roman" w:cs="Times New Roman"/>
                <w:szCs w:val="21"/>
              </w:rPr>
            </w:pPr>
          </w:p>
        </w:tc>
        <w:tc>
          <w:tcPr>
            <w:tcW w:w="1068" w:type="dxa"/>
            <w:vMerge/>
          </w:tcPr>
          <w:p w14:paraId="6D4219CA" w14:textId="77777777" w:rsidR="00497B11" w:rsidRPr="00293828" w:rsidRDefault="00497B11" w:rsidP="00293828">
            <w:pPr>
              <w:rPr>
                <w:rFonts w:ascii="Times New Roman" w:hAnsi="Times New Roman" w:cs="Times New Roman"/>
                <w:szCs w:val="21"/>
              </w:rPr>
            </w:pPr>
          </w:p>
        </w:tc>
        <w:tc>
          <w:tcPr>
            <w:tcW w:w="1068" w:type="dxa"/>
            <w:vMerge/>
          </w:tcPr>
          <w:p w14:paraId="1BE45C29" w14:textId="77777777" w:rsidR="00497B11" w:rsidRPr="00293828" w:rsidRDefault="00497B11" w:rsidP="00293828">
            <w:pPr>
              <w:rPr>
                <w:rFonts w:ascii="Times New Roman" w:hAnsi="Times New Roman" w:cs="Times New Roman"/>
                <w:szCs w:val="21"/>
              </w:rPr>
            </w:pPr>
          </w:p>
        </w:tc>
      </w:tr>
      <w:tr w:rsidR="00497B11" w:rsidRPr="00293828" w14:paraId="537C490F" w14:textId="77777777" w:rsidTr="009D45BD">
        <w:tc>
          <w:tcPr>
            <w:tcW w:w="969" w:type="dxa"/>
            <w:vMerge w:val="restart"/>
            <w:vAlign w:val="center"/>
          </w:tcPr>
          <w:p w14:paraId="62B11A5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24</w:t>
            </w:r>
          </w:p>
        </w:tc>
        <w:tc>
          <w:tcPr>
            <w:tcW w:w="1125" w:type="dxa"/>
            <w:vAlign w:val="center"/>
          </w:tcPr>
          <w:p w14:paraId="3F4CC4C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183-&gt;206</w:t>
            </w:r>
          </w:p>
        </w:tc>
        <w:tc>
          <w:tcPr>
            <w:tcW w:w="1039" w:type="dxa"/>
            <w:vAlign w:val="center"/>
          </w:tcPr>
          <w:p w14:paraId="7F2647E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0.16619</w:t>
            </w:r>
          </w:p>
        </w:tc>
        <w:tc>
          <w:tcPr>
            <w:tcW w:w="1009" w:type="dxa"/>
            <w:vMerge w:val="restart"/>
            <w:vAlign w:val="center"/>
          </w:tcPr>
          <w:p w14:paraId="7AA176E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7.2419</w:t>
            </w:r>
          </w:p>
        </w:tc>
        <w:tc>
          <w:tcPr>
            <w:tcW w:w="1009" w:type="dxa"/>
            <w:vMerge w:val="restart"/>
            <w:vAlign w:val="center"/>
          </w:tcPr>
          <w:p w14:paraId="1F5B843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171.20</w:t>
            </w:r>
          </w:p>
        </w:tc>
        <w:tc>
          <w:tcPr>
            <w:tcW w:w="1009" w:type="dxa"/>
            <w:vMerge w:val="restart"/>
            <w:vAlign w:val="center"/>
          </w:tcPr>
          <w:p w14:paraId="14EBF50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0.0182</w:t>
            </w:r>
          </w:p>
        </w:tc>
        <w:tc>
          <w:tcPr>
            <w:tcW w:w="1068" w:type="dxa"/>
            <w:vMerge w:val="restart"/>
            <w:vAlign w:val="center"/>
          </w:tcPr>
          <w:p w14:paraId="3B24704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-25.0096</w:t>
            </w:r>
          </w:p>
        </w:tc>
        <w:tc>
          <w:tcPr>
            <w:tcW w:w="1068" w:type="dxa"/>
            <w:vMerge w:val="restart"/>
            <w:vAlign w:val="center"/>
          </w:tcPr>
          <w:p w14:paraId="7FF41FF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-25.2439</w:t>
            </w:r>
          </w:p>
        </w:tc>
      </w:tr>
      <w:tr w:rsidR="00497B11" w:rsidRPr="00293828" w14:paraId="6F2FC411" w14:textId="77777777" w:rsidTr="009D45BD">
        <w:tc>
          <w:tcPr>
            <w:tcW w:w="969" w:type="dxa"/>
            <w:vMerge/>
          </w:tcPr>
          <w:p w14:paraId="620BB2F7" w14:textId="77777777" w:rsidR="00497B11" w:rsidRPr="00293828" w:rsidRDefault="00497B11" w:rsidP="00293828">
            <w:pPr>
              <w:rPr>
                <w:rFonts w:ascii="Times New Roman" w:hAnsi="Times New Roman" w:cs="Times New Roman"/>
                <w:szCs w:val="21"/>
              </w:rPr>
            </w:pPr>
          </w:p>
        </w:tc>
        <w:tc>
          <w:tcPr>
            <w:tcW w:w="1125" w:type="dxa"/>
            <w:vAlign w:val="center"/>
          </w:tcPr>
          <w:p w14:paraId="75DDAAD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190-&gt;207</w:t>
            </w:r>
          </w:p>
        </w:tc>
        <w:tc>
          <w:tcPr>
            <w:tcW w:w="1039" w:type="dxa"/>
            <w:vAlign w:val="center"/>
          </w:tcPr>
          <w:p w14:paraId="53F0A0C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-0.1533</w:t>
            </w:r>
          </w:p>
        </w:tc>
        <w:tc>
          <w:tcPr>
            <w:tcW w:w="1009" w:type="dxa"/>
            <w:vMerge/>
          </w:tcPr>
          <w:p w14:paraId="51559B15" w14:textId="77777777" w:rsidR="00497B11" w:rsidRPr="00293828" w:rsidRDefault="00497B11" w:rsidP="00293828">
            <w:pPr>
              <w:rPr>
                <w:rFonts w:ascii="Times New Roman" w:hAnsi="Times New Roman" w:cs="Times New Roman"/>
                <w:szCs w:val="21"/>
              </w:rPr>
            </w:pPr>
          </w:p>
        </w:tc>
        <w:tc>
          <w:tcPr>
            <w:tcW w:w="1009" w:type="dxa"/>
            <w:vMerge/>
          </w:tcPr>
          <w:p w14:paraId="5C2B60D3" w14:textId="77777777" w:rsidR="00497B11" w:rsidRPr="00293828" w:rsidRDefault="00497B11" w:rsidP="00293828">
            <w:pPr>
              <w:rPr>
                <w:rFonts w:ascii="Times New Roman" w:hAnsi="Times New Roman" w:cs="Times New Roman"/>
                <w:szCs w:val="21"/>
              </w:rPr>
            </w:pPr>
          </w:p>
        </w:tc>
        <w:tc>
          <w:tcPr>
            <w:tcW w:w="1009" w:type="dxa"/>
            <w:vMerge/>
          </w:tcPr>
          <w:p w14:paraId="072E6396" w14:textId="77777777" w:rsidR="00497B11" w:rsidRPr="00293828" w:rsidRDefault="00497B11" w:rsidP="00293828">
            <w:pPr>
              <w:rPr>
                <w:rFonts w:ascii="Times New Roman" w:hAnsi="Times New Roman" w:cs="Times New Roman"/>
                <w:szCs w:val="21"/>
              </w:rPr>
            </w:pPr>
          </w:p>
        </w:tc>
        <w:tc>
          <w:tcPr>
            <w:tcW w:w="1068" w:type="dxa"/>
            <w:vMerge/>
          </w:tcPr>
          <w:p w14:paraId="19AF184F" w14:textId="77777777" w:rsidR="00497B11" w:rsidRPr="00293828" w:rsidRDefault="00497B11" w:rsidP="00293828">
            <w:pPr>
              <w:rPr>
                <w:rFonts w:ascii="Times New Roman" w:hAnsi="Times New Roman" w:cs="Times New Roman"/>
                <w:szCs w:val="21"/>
              </w:rPr>
            </w:pPr>
          </w:p>
        </w:tc>
        <w:tc>
          <w:tcPr>
            <w:tcW w:w="1068" w:type="dxa"/>
            <w:vMerge/>
          </w:tcPr>
          <w:p w14:paraId="6D44459F" w14:textId="77777777" w:rsidR="00497B11" w:rsidRPr="00293828" w:rsidRDefault="00497B11" w:rsidP="00293828">
            <w:pPr>
              <w:rPr>
                <w:rFonts w:ascii="Times New Roman" w:hAnsi="Times New Roman" w:cs="Times New Roman"/>
                <w:szCs w:val="21"/>
              </w:rPr>
            </w:pPr>
          </w:p>
        </w:tc>
      </w:tr>
      <w:tr w:rsidR="00497B11" w:rsidRPr="00293828" w14:paraId="4474D180" w14:textId="77777777" w:rsidTr="009D45BD">
        <w:tc>
          <w:tcPr>
            <w:tcW w:w="969" w:type="dxa"/>
            <w:vMerge/>
          </w:tcPr>
          <w:p w14:paraId="1681C22E" w14:textId="77777777" w:rsidR="00497B11" w:rsidRPr="00293828" w:rsidRDefault="00497B11" w:rsidP="00293828">
            <w:pPr>
              <w:rPr>
                <w:rFonts w:ascii="Times New Roman" w:hAnsi="Times New Roman" w:cs="Times New Roman"/>
                <w:szCs w:val="21"/>
              </w:rPr>
            </w:pPr>
          </w:p>
        </w:tc>
        <w:tc>
          <w:tcPr>
            <w:tcW w:w="1125" w:type="dxa"/>
            <w:vAlign w:val="center"/>
          </w:tcPr>
          <w:p w14:paraId="0B0317E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199-&gt;206</w:t>
            </w:r>
          </w:p>
        </w:tc>
        <w:tc>
          <w:tcPr>
            <w:tcW w:w="1039" w:type="dxa"/>
            <w:vAlign w:val="center"/>
          </w:tcPr>
          <w:p w14:paraId="10B803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-0.17619</w:t>
            </w:r>
          </w:p>
        </w:tc>
        <w:tc>
          <w:tcPr>
            <w:tcW w:w="1009" w:type="dxa"/>
            <w:vMerge/>
          </w:tcPr>
          <w:p w14:paraId="7E62B440" w14:textId="77777777" w:rsidR="00497B11" w:rsidRPr="00293828" w:rsidRDefault="00497B11" w:rsidP="00293828">
            <w:pPr>
              <w:rPr>
                <w:rFonts w:ascii="Times New Roman" w:hAnsi="Times New Roman" w:cs="Times New Roman"/>
                <w:szCs w:val="21"/>
              </w:rPr>
            </w:pPr>
          </w:p>
        </w:tc>
        <w:tc>
          <w:tcPr>
            <w:tcW w:w="1009" w:type="dxa"/>
            <w:vMerge/>
          </w:tcPr>
          <w:p w14:paraId="2BA9E5F3" w14:textId="77777777" w:rsidR="00497B11" w:rsidRPr="00293828" w:rsidRDefault="00497B11" w:rsidP="00293828">
            <w:pPr>
              <w:rPr>
                <w:rFonts w:ascii="Times New Roman" w:hAnsi="Times New Roman" w:cs="Times New Roman"/>
                <w:szCs w:val="21"/>
              </w:rPr>
            </w:pPr>
          </w:p>
        </w:tc>
        <w:tc>
          <w:tcPr>
            <w:tcW w:w="1009" w:type="dxa"/>
            <w:vMerge/>
          </w:tcPr>
          <w:p w14:paraId="2FE767EE" w14:textId="77777777" w:rsidR="00497B11" w:rsidRPr="00293828" w:rsidRDefault="00497B11" w:rsidP="00293828">
            <w:pPr>
              <w:rPr>
                <w:rFonts w:ascii="Times New Roman" w:hAnsi="Times New Roman" w:cs="Times New Roman"/>
                <w:szCs w:val="21"/>
              </w:rPr>
            </w:pPr>
          </w:p>
        </w:tc>
        <w:tc>
          <w:tcPr>
            <w:tcW w:w="1068" w:type="dxa"/>
            <w:vMerge/>
          </w:tcPr>
          <w:p w14:paraId="5B8AE855" w14:textId="77777777" w:rsidR="00497B11" w:rsidRPr="00293828" w:rsidRDefault="00497B11" w:rsidP="00293828">
            <w:pPr>
              <w:rPr>
                <w:rFonts w:ascii="Times New Roman" w:hAnsi="Times New Roman" w:cs="Times New Roman"/>
                <w:szCs w:val="21"/>
              </w:rPr>
            </w:pPr>
          </w:p>
        </w:tc>
        <w:tc>
          <w:tcPr>
            <w:tcW w:w="1068" w:type="dxa"/>
            <w:vMerge/>
          </w:tcPr>
          <w:p w14:paraId="7AFFDAAB" w14:textId="77777777" w:rsidR="00497B11" w:rsidRPr="00293828" w:rsidRDefault="00497B11" w:rsidP="00293828">
            <w:pPr>
              <w:rPr>
                <w:rFonts w:ascii="Times New Roman" w:hAnsi="Times New Roman" w:cs="Times New Roman"/>
                <w:szCs w:val="21"/>
              </w:rPr>
            </w:pPr>
          </w:p>
        </w:tc>
      </w:tr>
      <w:tr w:rsidR="00497B11" w:rsidRPr="00293828" w14:paraId="21FC4012" w14:textId="77777777" w:rsidTr="009D45BD">
        <w:tc>
          <w:tcPr>
            <w:tcW w:w="969" w:type="dxa"/>
            <w:vMerge/>
          </w:tcPr>
          <w:p w14:paraId="5095ED3F" w14:textId="77777777" w:rsidR="00497B11" w:rsidRPr="00293828" w:rsidRDefault="00497B11" w:rsidP="00293828">
            <w:pPr>
              <w:rPr>
                <w:rFonts w:ascii="Times New Roman" w:hAnsi="Times New Roman" w:cs="Times New Roman"/>
                <w:szCs w:val="21"/>
              </w:rPr>
            </w:pPr>
          </w:p>
        </w:tc>
        <w:tc>
          <w:tcPr>
            <w:tcW w:w="1125" w:type="dxa"/>
            <w:vAlign w:val="center"/>
          </w:tcPr>
          <w:p w14:paraId="22BB6A3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199-&gt;207</w:t>
            </w:r>
          </w:p>
        </w:tc>
        <w:tc>
          <w:tcPr>
            <w:tcW w:w="1039" w:type="dxa"/>
            <w:vAlign w:val="center"/>
          </w:tcPr>
          <w:p w14:paraId="0AE7BCF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0.27706</w:t>
            </w:r>
          </w:p>
        </w:tc>
        <w:tc>
          <w:tcPr>
            <w:tcW w:w="1009" w:type="dxa"/>
            <w:vMerge/>
          </w:tcPr>
          <w:p w14:paraId="774A2866" w14:textId="77777777" w:rsidR="00497B11" w:rsidRPr="00293828" w:rsidRDefault="00497B11" w:rsidP="00293828">
            <w:pPr>
              <w:rPr>
                <w:rFonts w:ascii="Times New Roman" w:hAnsi="Times New Roman" w:cs="Times New Roman"/>
                <w:szCs w:val="21"/>
              </w:rPr>
            </w:pPr>
          </w:p>
        </w:tc>
        <w:tc>
          <w:tcPr>
            <w:tcW w:w="1009" w:type="dxa"/>
            <w:vMerge/>
          </w:tcPr>
          <w:p w14:paraId="72FCBFDF" w14:textId="77777777" w:rsidR="00497B11" w:rsidRPr="00293828" w:rsidRDefault="00497B11" w:rsidP="00293828">
            <w:pPr>
              <w:rPr>
                <w:rFonts w:ascii="Times New Roman" w:hAnsi="Times New Roman" w:cs="Times New Roman"/>
                <w:szCs w:val="21"/>
              </w:rPr>
            </w:pPr>
          </w:p>
        </w:tc>
        <w:tc>
          <w:tcPr>
            <w:tcW w:w="1009" w:type="dxa"/>
            <w:vMerge/>
          </w:tcPr>
          <w:p w14:paraId="6559C0BA" w14:textId="77777777" w:rsidR="00497B11" w:rsidRPr="00293828" w:rsidRDefault="00497B11" w:rsidP="00293828">
            <w:pPr>
              <w:rPr>
                <w:rFonts w:ascii="Times New Roman" w:hAnsi="Times New Roman" w:cs="Times New Roman"/>
                <w:szCs w:val="21"/>
              </w:rPr>
            </w:pPr>
          </w:p>
        </w:tc>
        <w:tc>
          <w:tcPr>
            <w:tcW w:w="1068" w:type="dxa"/>
            <w:vMerge/>
          </w:tcPr>
          <w:p w14:paraId="3F437D02" w14:textId="77777777" w:rsidR="00497B11" w:rsidRPr="00293828" w:rsidRDefault="00497B11" w:rsidP="00293828">
            <w:pPr>
              <w:rPr>
                <w:rFonts w:ascii="Times New Roman" w:hAnsi="Times New Roman" w:cs="Times New Roman"/>
                <w:szCs w:val="21"/>
              </w:rPr>
            </w:pPr>
          </w:p>
        </w:tc>
        <w:tc>
          <w:tcPr>
            <w:tcW w:w="1068" w:type="dxa"/>
            <w:vMerge/>
          </w:tcPr>
          <w:p w14:paraId="1B1F7C9C" w14:textId="77777777" w:rsidR="00497B11" w:rsidRPr="00293828" w:rsidRDefault="00497B11" w:rsidP="00293828">
            <w:pPr>
              <w:rPr>
                <w:rFonts w:ascii="Times New Roman" w:hAnsi="Times New Roman" w:cs="Times New Roman"/>
                <w:szCs w:val="21"/>
              </w:rPr>
            </w:pPr>
          </w:p>
        </w:tc>
      </w:tr>
      <w:tr w:rsidR="00497B11" w:rsidRPr="00293828" w14:paraId="077B43A7" w14:textId="77777777" w:rsidTr="009D45BD">
        <w:tc>
          <w:tcPr>
            <w:tcW w:w="969" w:type="dxa"/>
            <w:vMerge/>
          </w:tcPr>
          <w:p w14:paraId="6532AC62" w14:textId="77777777" w:rsidR="00497B11" w:rsidRPr="00293828" w:rsidRDefault="00497B11" w:rsidP="00293828">
            <w:pPr>
              <w:rPr>
                <w:rFonts w:ascii="Times New Roman" w:hAnsi="Times New Roman" w:cs="Times New Roman"/>
                <w:szCs w:val="21"/>
              </w:rPr>
            </w:pPr>
          </w:p>
        </w:tc>
        <w:tc>
          <w:tcPr>
            <w:tcW w:w="1125" w:type="dxa"/>
            <w:vAlign w:val="center"/>
          </w:tcPr>
          <w:p w14:paraId="640C0E2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39" w:type="dxa"/>
            <w:vAlign w:val="center"/>
          </w:tcPr>
          <w:p w14:paraId="3D8702B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-0.16429</w:t>
            </w:r>
          </w:p>
        </w:tc>
        <w:tc>
          <w:tcPr>
            <w:tcW w:w="1009" w:type="dxa"/>
            <w:vMerge/>
          </w:tcPr>
          <w:p w14:paraId="7F803AE9" w14:textId="77777777" w:rsidR="00497B11" w:rsidRPr="00293828" w:rsidRDefault="00497B11" w:rsidP="00293828">
            <w:pPr>
              <w:rPr>
                <w:rFonts w:ascii="Times New Roman" w:hAnsi="Times New Roman" w:cs="Times New Roman"/>
                <w:szCs w:val="21"/>
              </w:rPr>
            </w:pPr>
          </w:p>
        </w:tc>
        <w:tc>
          <w:tcPr>
            <w:tcW w:w="1009" w:type="dxa"/>
            <w:vMerge/>
          </w:tcPr>
          <w:p w14:paraId="7560F653" w14:textId="77777777" w:rsidR="00497B11" w:rsidRPr="00293828" w:rsidRDefault="00497B11" w:rsidP="00293828">
            <w:pPr>
              <w:rPr>
                <w:rFonts w:ascii="Times New Roman" w:hAnsi="Times New Roman" w:cs="Times New Roman"/>
                <w:szCs w:val="21"/>
              </w:rPr>
            </w:pPr>
          </w:p>
        </w:tc>
        <w:tc>
          <w:tcPr>
            <w:tcW w:w="1009" w:type="dxa"/>
            <w:vMerge/>
          </w:tcPr>
          <w:p w14:paraId="23D6CDC2" w14:textId="77777777" w:rsidR="00497B11" w:rsidRPr="00293828" w:rsidRDefault="00497B11" w:rsidP="00293828">
            <w:pPr>
              <w:rPr>
                <w:rFonts w:ascii="Times New Roman" w:hAnsi="Times New Roman" w:cs="Times New Roman"/>
                <w:szCs w:val="21"/>
              </w:rPr>
            </w:pPr>
          </w:p>
        </w:tc>
        <w:tc>
          <w:tcPr>
            <w:tcW w:w="1068" w:type="dxa"/>
            <w:vMerge/>
          </w:tcPr>
          <w:p w14:paraId="02A04BD8" w14:textId="77777777" w:rsidR="00497B11" w:rsidRPr="00293828" w:rsidRDefault="00497B11" w:rsidP="00293828">
            <w:pPr>
              <w:rPr>
                <w:rFonts w:ascii="Times New Roman" w:hAnsi="Times New Roman" w:cs="Times New Roman"/>
                <w:szCs w:val="21"/>
              </w:rPr>
            </w:pPr>
          </w:p>
        </w:tc>
        <w:tc>
          <w:tcPr>
            <w:tcW w:w="1068" w:type="dxa"/>
            <w:vMerge/>
          </w:tcPr>
          <w:p w14:paraId="5A8A5211" w14:textId="77777777" w:rsidR="00497B11" w:rsidRPr="00293828" w:rsidRDefault="00497B11" w:rsidP="00293828">
            <w:pPr>
              <w:rPr>
                <w:rFonts w:ascii="Times New Roman" w:hAnsi="Times New Roman" w:cs="Times New Roman"/>
                <w:szCs w:val="21"/>
              </w:rPr>
            </w:pPr>
          </w:p>
        </w:tc>
      </w:tr>
      <w:tr w:rsidR="00497B11" w:rsidRPr="00293828" w14:paraId="11FAABEC" w14:textId="77777777" w:rsidTr="009D45BD">
        <w:tc>
          <w:tcPr>
            <w:tcW w:w="969" w:type="dxa"/>
            <w:vMerge/>
          </w:tcPr>
          <w:p w14:paraId="1EDF103F" w14:textId="77777777" w:rsidR="00497B11" w:rsidRPr="00293828" w:rsidRDefault="00497B11" w:rsidP="00293828">
            <w:pPr>
              <w:rPr>
                <w:rFonts w:ascii="Times New Roman" w:hAnsi="Times New Roman" w:cs="Times New Roman"/>
                <w:szCs w:val="21"/>
              </w:rPr>
            </w:pPr>
          </w:p>
        </w:tc>
        <w:tc>
          <w:tcPr>
            <w:tcW w:w="1125" w:type="dxa"/>
            <w:vAlign w:val="center"/>
          </w:tcPr>
          <w:p w14:paraId="6E7F0BA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203-&gt;207</w:t>
            </w:r>
          </w:p>
        </w:tc>
        <w:tc>
          <w:tcPr>
            <w:tcW w:w="1039" w:type="dxa"/>
            <w:vAlign w:val="center"/>
          </w:tcPr>
          <w:p w14:paraId="1AEF5D3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0.14245</w:t>
            </w:r>
          </w:p>
        </w:tc>
        <w:tc>
          <w:tcPr>
            <w:tcW w:w="1009" w:type="dxa"/>
            <w:vMerge/>
          </w:tcPr>
          <w:p w14:paraId="6BD8B6F6" w14:textId="77777777" w:rsidR="00497B11" w:rsidRPr="00293828" w:rsidRDefault="00497B11" w:rsidP="00293828">
            <w:pPr>
              <w:rPr>
                <w:rFonts w:ascii="Times New Roman" w:hAnsi="Times New Roman" w:cs="Times New Roman"/>
                <w:szCs w:val="21"/>
              </w:rPr>
            </w:pPr>
          </w:p>
        </w:tc>
        <w:tc>
          <w:tcPr>
            <w:tcW w:w="1009" w:type="dxa"/>
            <w:vMerge/>
          </w:tcPr>
          <w:p w14:paraId="73EFF858" w14:textId="77777777" w:rsidR="00497B11" w:rsidRPr="00293828" w:rsidRDefault="00497B11" w:rsidP="00293828">
            <w:pPr>
              <w:rPr>
                <w:rFonts w:ascii="Times New Roman" w:hAnsi="Times New Roman" w:cs="Times New Roman"/>
                <w:szCs w:val="21"/>
              </w:rPr>
            </w:pPr>
          </w:p>
        </w:tc>
        <w:tc>
          <w:tcPr>
            <w:tcW w:w="1009" w:type="dxa"/>
            <w:vMerge/>
          </w:tcPr>
          <w:p w14:paraId="58174745" w14:textId="77777777" w:rsidR="00497B11" w:rsidRPr="00293828" w:rsidRDefault="00497B11" w:rsidP="00293828">
            <w:pPr>
              <w:rPr>
                <w:rFonts w:ascii="Times New Roman" w:hAnsi="Times New Roman" w:cs="Times New Roman"/>
                <w:szCs w:val="21"/>
              </w:rPr>
            </w:pPr>
          </w:p>
        </w:tc>
        <w:tc>
          <w:tcPr>
            <w:tcW w:w="1068" w:type="dxa"/>
            <w:vMerge/>
          </w:tcPr>
          <w:p w14:paraId="10161349" w14:textId="77777777" w:rsidR="00497B11" w:rsidRPr="00293828" w:rsidRDefault="00497B11" w:rsidP="00293828">
            <w:pPr>
              <w:rPr>
                <w:rFonts w:ascii="Times New Roman" w:hAnsi="Times New Roman" w:cs="Times New Roman"/>
                <w:szCs w:val="21"/>
              </w:rPr>
            </w:pPr>
          </w:p>
        </w:tc>
        <w:tc>
          <w:tcPr>
            <w:tcW w:w="1068" w:type="dxa"/>
            <w:vMerge/>
          </w:tcPr>
          <w:p w14:paraId="39EE9C9B" w14:textId="77777777" w:rsidR="00497B11" w:rsidRPr="00293828" w:rsidRDefault="00497B11" w:rsidP="00293828">
            <w:pPr>
              <w:rPr>
                <w:rFonts w:ascii="Times New Roman" w:hAnsi="Times New Roman" w:cs="Times New Roman"/>
                <w:szCs w:val="21"/>
              </w:rPr>
            </w:pPr>
          </w:p>
        </w:tc>
      </w:tr>
      <w:tr w:rsidR="00497B11" w:rsidRPr="00293828" w14:paraId="59FACE9C" w14:textId="77777777" w:rsidTr="009D45BD">
        <w:tc>
          <w:tcPr>
            <w:tcW w:w="969" w:type="dxa"/>
            <w:vMerge w:val="restart"/>
            <w:vAlign w:val="center"/>
          </w:tcPr>
          <w:p w14:paraId="58A2266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25</w:t>
            </w:r>
          </w:p>
        </w:tc>
        <w:tc>
          <w:tcPr>
            <w:tcW w:w="1125" w:type="dxa"/>
            <w:vAlign w:val="center"/>
          </w:tcPr>
          <w:p w14:paraId="5FA7CA3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195-&gt;206</w:t>
            </w:r>
          </w:p>
        </w:tc>
        <w:tc>
          <w:tcPr>
            <w:tcW w:w="1039" w:type="dxa"/>
            <w:vAlign w:val="center"/>
          </w:tcPr>
          <w:p w14:paraId="4306159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0.16424</w:t>
            </w:r>
          </w:p>
        </w:tc>
        <w:tc>
          <w:tcPr>
            <w:tcW w:w="1009" w:type="dxa"/>
            <w:vMerge w:val="restart"/>
            <w:vAlign w:val="center"/>
          </w:tcPr>
          <w:p w14:paraId="5B77521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7.2874</w:t>
            </w:r>
          </w:p>
        </w:tc>
        <w:tc>
          <w:tcPr>
            <w:tcW w:w="1009" w:type="dxa"/>
            <w:vMerge w:val="restart"/>
            <w:vAlign w:val="center"/>
          </w:tcPr>
          <w:p w14:paraId="0B952F7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170.14</w:t>
            </w:r>
          </w:p>
        </w:tc>
        <w:tc>
          <w:tcPr>
            <w:tcW w:w="1009" w:type="dxa"/>
            <w:vMerge w:val="restart"/>
            <w:vAlign w:val="center"/>
          </w:tcPr>
          <w:p w14:paraId="754A024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0.0089</w:t>
            </w:r>
          </w:p>
        </w:tc>
        <w:tc>
          <w:tcPr>
            <w:tcW w:w="1068" w:type="dxa"/>
            <w:vMerge w:val="restart"/>
            <w:vAlign w:val="center"/>
          </w:tcPr>
          <w:p w14:paraId="334549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11.0281</w:t>
            </w:r>
          </w:p>
        </w:tc>
        <w:tc>
          <w:tcPr>
            <w:tcW w:w="1068" w:type="dxa"/>
            <w:vMerge w:val="restart"/>
            <w:vAlign w:val="center"/>
          </w:tcPr>
          <w:p w14:paraId="04194F1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10.8821</w:t>
            </w:r>
          </w:p>
        </w:tc>
      </w:tr>
      <w:tr w:rsidR="00497B11" w:rsidRPr="00293828" w14:paraId="572BC78C" w14:textId="77777777" w:rsidTr="009D45BD">
        <w:tc>
          <w:tcPr>
            <w:tcW w:w="969" w:type="dxa"/>
            <w:vMerge/>
          </w:tcPr>
          <w:p w14:paraId="05D5208D" w14:textId="77777777" w:rsidR="00497B11" w:rsidRPr="00293828" w:rsidRDefault="00497B11" w:rsidP="00293828">
            <w:pPr>
              <w:rPr>
                <w:rFonts w:ascii="Times New Roman" w:hAnsi="Times New Roman" w:cs="Times New Roman"/>
                <w:szCs w:val="21"/>
              </w:rPr>
            </w:pPr>
          </w:p>
        </w:tc>
        <w:tc>
          <w:tcPr>
            <w:tcW w:w="1125" w:type="dxa"/>
            <w:vAlign w:val="center"/>
          </w:tcPr>
          <w:p w14:paraId="5C4E679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39" w:type="dxa"/>
            <w:vAlign w:val="center"/>
          </w:tcPr>
          <w:p w14:paraId="46E8BF5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0.17496</w:t>
            </w:r>
          </w:p>
        </w:tc>
        <w:tc>
          <w:tcPr>
            <w:tcW w:w="1009" w:type="dxa"/>
            <w:vMerge/>
          </w:tcPr>
          <w:p w14:paraId="6A00F18C" w14:textId="77777777" w:rsidR="00497B11" w:rsidRPr="00293828" w:rsidRDefault="00497B11" w:rsidP="00293828">
            <w:pPr>
              <w:rPr>
                <w:rFonts w:ascii="Times New Roman" w:hAnsi="Times New Roman" w:cs="Times New Roman"/>
                <w:szCs w:val="21"/>
              </w:rPr>
            </w:pPr>
          </w:p>
        </w:tc>
        <w:tc>
          <w:tcPr>
            <w:tcW w:w="1009" w:type="dxa"/>
            <w:vMerge/>
          </w:tcPr>
          <w:p w14:paraId="413F879D" w14:textId="77777777" w:rsidR="00497B11" w:rsidRPr="00293828" w:rsidRDefault="00497B11" w:rsidP="00293828">
            <w:pPr>
              <w:rPr>
                <w:rFonts w:ascii="Times New Roman" w:hAnsi="Times New Roman" w:cs="Times New Roman"/>
                <w:szCs w:val="21"/>
              </w:rPr>
            </w:pPr>
          </w:p>
        </w:tc>
        <w:tc>
          <w:tcPr>
            <w:tcW w:w="1009" w:type="dxa"/>
            <w:vMerge/>
          </w:tcPr>
          <w:p w14:paraId="3D426043" w14:textId="77777777" w:rsidR="00497B11" w:rsidRPr="00293828" w:rsidRDefault="00497B11" w:rsidP="00293828">
            <w:pPr>
              <w:rPr>
                <w:rFonts w:ascii="Times New Roman" w:hAnsi="Times New Roman" w:cs="Times New Roman"/>
                <w:szCs w:val="21"/>
              </w:rPr>
            </w:pPr>
          </w:p>
        </w:tc>
        <w:tc>
          <w:tcPr>
            <w:tcW w:w="1068" w:type="dxa"/>
            <w:vMerge/>
          </w:tcPr>
          <w:p w14:paraId="3673B618" w14:textId="77777777" w:rsidR="00497B11" w:rsidRPr="00293828" w:rsidRDefault="00497B11" w:rsidP="00293828">
            <w:pPr>
              <w:rPr>
                <w:rFonts w:ascii="Times New Roman" w:hAnsi="Times New Roman" w:cs="Times New Roman"/>
                <w:szCs w:val="21"/>
              </w:rPr>
            </w:pPr>
          </w:p>
        </w:tc>
        <w:tc>
          <w:tcPr>
            <w:tcW w:w="1068" w:type="dxa"/>
            <w:vMerge/>
          </w:tcPr>
          <w:p w14:paraId="101D82B3" w14:textId="77777777" w:rsidR="00497B11" w:rsidRPr="00293828" w:rsidRDefault="00497B11" w:rsidP="00293828">
            <w:pPr>
              <w:rPr>
                <w:rFonts w:ascii="Times New Roman" w:hAnsi="Times New Roman" w:cs="Times New Roman"/>
                <w:szCs w:val="21"/>
              </w:rPr>
            </w:pPr>
          </w:p>
        </w:tc>
      </w:tr>
      <w:tr w:rsidR="00497B11" w:rsidRPr="00293828" w14:paraId="42C8006E" w14:textId="77777777" w:rsidTr="009D45BD">
        <w:tc>
          <w:tcPr>
            <w:tcW w:w="969" w:type="dxa"/>
            <w:vMerge/>
          </w:tcPr>
          <w:p w14:paraId="45931A61" w14:textId="77777777" w:rsidR="00497B11" w:rsidRPr="00293828" w:rsidRDefault="00497B11" w:rsidP="00293828">
            <w:pPr>
              <w:rPr>
                <w:rFonts w:ascii="Times New Roman" w:hAnsi="Times New Roman" w:cs="Times New Roman"/>
                <w:szCs w:val="21"/>
              </w:rPr>
            </w:pPr>
          </w:p>
        </w:tc>
        <w:tc>
          <w:tcPr>
            <w:tcW w:w="1125" w:type="dxa"/>
            <w:vAlign w:val="center"/>
          </w:tcPr>
          <w:p w14:paraId="3767D0E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204-&gt;207</w:t>
            </w:r>
          </w:p>
        </w:tc>
        <w:tc>
          <w:tcPr>
            <w:tcW w:w="1039" w:type="dxa"/>
            <w:vAlign w:val="center"/>
          </w:tcPr>
          <w:p w14:paraId="24C5392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-0.17397</w:t>
            </w:r>
          </w:p>
        </w:tc>
        <w:tc>
          <w:tcPr>
            <w:tcW w:w="1009" w:type="dxa"/>
            <w:vMerge/>
          </w:tcPr>
          <w:p w14:paraId="3D2F73B3" w14:textId="77777777" w:rsidR="00497B11" w:rsidRPr="00293828" w:rsidRDefault="00497B11" w:rsidP="00293828">
            <w:pPr>
              <w:rPr>
                <w:rFonts w:ascii="Times New Roman" w:hAnsi="Times New Roman" w:cs="Times New Roman"/>
                <w:szCs w:val="21"/>
              </w:rPr>
            </w:pPr>
          </w:p>
        </w:tc>
        <w:tc>
          <w:tcPr>
            <w:tcW w:w="1009" w:type="dxa"/>
            <w:vMerge/>
          </w:tcPr>
          <w:p w14:paraId="607679A2" w14:textId="77777777" w:rsidR="00497B11" w:rsidRPr="00293828" w:rsidRDefault="00497B11" w:rsidP="00293828">
            <w:pPr>
              <w:rPr>
                <w:rFonts w:ascii="Times New Roman" w:hAnsi="Times New Roman" w:cs="Times New Roman"/>
                <w:szCs w:val="21"/>
              </w:rPr>
            </w:pPr>
          </w:p>
        </w:tc>
        <w:tc>
          <w:tcPr>
            <w:tcW w:w="1009" w:type="dxa"/>
            <w:vMerge/>
          </w:tcPr>
          <w:p w14:paraId="3C25335D" w14:textId="77777777" w:rsidR="00497B11" w:rsidRPr="00293828" w:rsidRDefault="00497B11" w:rsidP="00293828">
            <w:pPr>
              <w:rPr>
                <w:rFonts w:ascii="Times New Roman" w:hAnsi="Times New Roman" w:cs="Times New Roman"/>
                <w:szCs w:val="21"/>
              </w:rPr>
            </w:pPr>
          </w:p>
        </w:tc>
        <w:tc>
          <w:tcPr>
            <w:tcW w:w="1068" w:type="dxa"/>
            <w:vMerge/>
          </w:tcPr>
          <w:p w14:paraId="7A3045C2" w14:textId="77777777" w:rsidR="00497B11" w:rsidRPr="00293828" w:rsidRDefault="00497B11" w:rsidP="00293828">
            <w:pPr>
              <w:rPr>
                <w:rFonts w:ascii="Times New Roman" w:hAnsi="Times New Roman" w:cs="Times New Roman"/>
                <w:szCs w:val="21"/>
              </w:rPr>
            </w:pPr>
          </w:p>
        </w:tc>
        <w:tc>
          <w:tcPr>
            <w:tcW w:w="1068" w:type="dxa"/>
            <w:vMerge/>
          </w:tcPr>
          <w:p w14:paraId="28F10E8D" w14:textId="77777777" w:rsidR="00497B11" w:rsidRPr="00293828" w:rsidRDefault="00497B11" w:rsidP="00293828">
            <w:pPr>
              <w:rPr>
                <w:rFonts w:ascii="Times New Roman" w:hAnsi="Times New Roman" w:cs="Times New Roman"/>
                <w:szCs w:val="21"/>
              </w:rPr>
            </w:pPr>
          </w:p>
        </w:tc>
      </w:tr>
      <w:tr w:rsidR="00497B11" w:rsidRPr="00293828" w14:paraId="014B41D8" w14:textId="77777777" w:rsidTr="009D45BD">
        <w:tc>
          <w:tcPr>
            <w:tcW w:w="969" w:type="dxa"/>
            <w:vMerge/>
          </w:tcPr>
          <w:p w14:paraId="0DC54133" w14:textId="77777777" w:rsidR="00497B11" w:rsidRPr="00293828" w:rsidRDefault="00497B11" w:rsidP="00293828">
            <w:pPr>
              <w:rPr>
                <w:rFonts w:ascii="Times New Roman" w:hAnsi="Times New Roman" w:cs="Times New Roman"/>
                <w:szCs w:val="21"/>
              </w:rPr>
            </w:pPr>
          </w:p>
        </w:tc>
        <w:tc>
          <w:tcPr>
            <w:tcW w:w="1125" w:type="dxa"/>
            <w:vAlign w:val="center"/>
          </w:tcPr>
          <w:p w14:paraId="6362EEB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204-&gt;209</w:t>
            </w:r>
          </w:p>
        </w:tc>
        <w:tc>
          <w:tcPr>
            <w:tcW w:w="1039" w:type="dxa"/>
            <w:vAlign w:val="center"/>
          </w:tcPr>
          <w:p w14:paraId="656C83E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-0.15825</w:t>
            </w:r>
          </w:p>
        </w:tc>
        <w:tc>
          <w:tcPr>
            <w:tcW w:w="1009" w:type="dxa"/>
            <w:vMerge/>
          </w:tcPr>
          <w:p w14:paraId="0F0CE8D9" w14:textId="77777777" w:rsidR="00497B11" w:rsidRPr="00293828" w:rsidRDefault="00497B11" w:rsidP="00293828">
            <w:pPr>
              <w:rPr>
                <w:rFonts w:ascii="Times New Roman" w:hAnsi="Times New Roman" w:cs="Times New Roman"/>
                <w:szCs w:val="21"/>
              </w:rPr>
            </w:pPr>
          </w:p>
        </w:tc>
        <w:tc>
          <w:tcPr>
            <w:tcW w:w="1009" w:type="dxa"/>
            <w:vMerge/>
          </w:tcPr>
          <w:p w14:paraId="7D4D7B95" w14:textId="77777777" w:rsidR="00497B11" w:rsidRPr="00293828" w:rsidRDefault="00497B11" w:rsidP="00293828">
            <w:pPr>
              <w:rPr>
                <w:rFonts w:ascii="Times New Roman" w:hAnsi="Times New Roman" w:cs="Times New Roman"/>
                <w:szCs w:val="21"/>
              </w:rPr>
            </w:pPr>
          </w:p>
        </w:tc>
        <w:tc>
          <w:tcPr>
            <w:tcW w:w="1009" w:type="dxa"/>
            <w:vMerge/>
          </w:tcPr>
          <w:p w14:paraId="208B1085" w14:textId="77777777" w:rsidR="00497B11" w:rsidRPr="00293828" w:rsidRDefault="00497B11" w:rsidP="00293828">
            <w:pPr>
              <w:rPr>
                <w:rFonts w:ascii="Times New Roman" w:hAnsi="Times New Roman" w:cs="Times New Roman"/>
                <w:szCs w:val="21"/>
              </w:rPr>
            </w:pPr>
          </w:p>
        </w:tc>
        <w:tc>
          <w:tcPr>
            <w:tcW w:w="1068" w:type="dxa"/>
            <w:vMerge/>
          </w:tcPr>
          <w:p w14:paraId="12058EDE" w14:textId="77777777" w:rsidR="00497B11" w:rsidRPr="00293828" w:rsidRDefault="00497B11" w:rsidP="00293828">
            <w:pPr>
              <w:rPr>
                <w:rFonts w:ascii="Times New Roman" w:hAnsi="Times New Roman" w:cs="Times New Roman"/>
                <w:szCs w:val="21"/>
              </w:rPr>
            </w:pPr>
          </w:p>
        </w:tc>
        <w:tc>
          <w:tcPr>
            <w:tcW w:w="1068" w:type="dxa"/>
            <w:vMerge/>
          </w:tcPr>
          <w:p w14:paraId="7A46983C" w14:textId="77777777" w:rsidR="00497B11" w:rsidRPr="00293828" w:rsidRDefault="00497B11" w:rsidP="00293828">
            <w:pPr>
              <w:rPr>
                <w:rFonts w:ascii="Times New Roman" w:hAnsi="Times New Roman" w:cs="Times New Roman"/>
                <w:szCs w:val="21"/>
              </w:rPr>
            </w:pPr>
          </w:p>
        </w:tc>
      </w:tr>
      <w:tr w:rsidR="00497B11" w:rsidRPr="00293828" w14:paraId="1353A34C" w14:textId="77777777" w:rsidTr="009D45BD">
        <w:tc>
          <w:tcPr>
            <w:tcW w:w="969" w:type="dxa"/>
            <w:vMerge/>
          </w:tcPr>
          <w:p w14:paraId="3F299B50" w14:textId="77777777" w:rsidR="00497B11" w:rsidRPr="00293828" w:rsidRDefault="00497B11" w:rsidP="00293828">
            <w:pPr>
              <w:rPr>
                <w:rFonts w:ascii="Times New Roman" w:hAnsi="Times New Roman" w:cs="Times New Roman"/>
                <w:szCs w:val="21"/>
              </w:rPr>
            </w:pPr>
          </w:p>
        </w:tc>
        <w:tc>
          <w:tcPr>
            <w:tcW w:w="1125" w:type="dxa"/>
            <w:vAlign w:val="center"/>
          </w:tcPr>
          <w:p w14:paraId="3A382D7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204-&gt;210</w:t>
            </w:r>
          </w:p>
        </w:tc>
        <w:tc>
          <w:tcPr>
            <w:tcW w:w="1039" w:type="dxa"/>
            <w:vAlign w:val="center"/>
          </w:tcPr>
          <w:p w14:paraId="18353EF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-0.15395</w:t>
            </w:r>
          </w:p>
        </w:tc>
        <w:tc>
          <w:tcPr>
            <w:tcW w:w="1009" w:type="dxa"/>
            <w:vMerge/>
          </w:tcPr>
          <w:p w14:paraId="4DBE6D6A" w14:textId="77777777" w:rsidR="00497B11" w:rsidRPr="00293828" w:rsidRDefault="00497B11" w:rsidP="00293828">
            <w:pPr>
              <w:rPr>
                <w:rFonts w:ascii="Times New Roman" w:hAnsi="Times New Roman" w:cs="Times New Roman"/>
                <w:szCs w:val="21"/>
              </w:rPr>
            </w:pPr>
          </w:p>
        </w:tc>
        <w:tc>
          <w:tcPr>
            <w:tcW w:w="1009" w:type="dxa"/>
            <w:vMerge/>
          </w:tcPr>
          <w:p w14:paraId="1D785EDD" w14:textId="77777777" w:rsidR="00497B11" w:rsidRPr="00293828" w:rsidRDefault="00497B11" w:rsidP="00293828">
            <w:pPr>
              <w:rPr>
                <w:rFonts w:ascii="Times New Roman" w:hAnsi="Times New Roman" w:cs="Times New Roman"/>
                <w:szCs w:val="21"/>
              </w:rPr>
            </w:pPr>
          </w:p>
        </w:tc>
        <w:tc>
          <w:tcPr>
            <w:tcW w:w="1009" w:type="dxa"/>
            <w:vMerge/>
          </w:tcPr>
          <w:p w14:paraId="2DDC1895" w14:textId="77777777" w:rsidR="00497B11" w:rsidRPr="00293828" w:rsidRDefault="00497B11" w:rsidP="00293828">
            <w:pPr>
              <w:rPr>
                <w:rFonts w:ascii="Times New Roman" w:hAnsi="Times New Roman" w:cs="Times New Roman"/>
                <w:szCs w:val="21"/>
              </w:rPr>
            </w:pPr>
          </w:p>
        </w:tc>
        <w:tc>
          <w:tcPr>
            <w:tcW w:w="1068" w:type="dxa"/>
            <w:vMerge/>
          </w:tcPr>
          <w:p w14:paraId="6FA7CCDD" w14:textId="77777777" w:rsidR="00497B11" w:rsidRPr="00293828" w:rsidRDefault="00497B11" w:rsidP="00293828">
            <w:pPr>
              <w:rPr>
                <w:rFonts w:ascii="Times New Roman" w:hAnsi="Times New Roman" w:cs="Times New Roman"/>
                <w:szCs w:val="21"/>
              </w:rPr>
            </w:pPr>
          </w:p>
        </w:tc>
        <w:tc>
          <w:tcPr>
            <w:tcW w:w="1068" w:type="dxa"/>
            <w:vMerge/>
          </w:tcPr>
          <w:p w14:paraId="136B3818" w14:textId="77777777" w:rsidR="00497B11" w:rsidRPr="00293828" w:rsidRDefault="00497B11" w:rsidP="00293828">
            <w:pPr>
              <w:rPr>
                <w:rFonts w:ascii="Times New Roman" w:hAnsi="Times New Roman" w:cs="Times New Roman"/>
                <w:szCs w:val="21"/>
              </w:rPr>
            </w:pPr>
          </w:p>
        </w:tc>
      </w:tr>
      <w:tr w:rsidR="00497B11" w:rsidRPr="00293828" w14:paraId="6ECB9B62" w14:textId="77777777" w:rsidTr="009D45BD">
        <w:tc>
          <w:tcPr>
            <w:tcW w:w="969" w:type="dxa"/>
            <w:vMerge/>
          </w:tcPr>
          <w:p w14:paraId="0AAC6564" w14:textId="77777777" w:rsidR="00497B11" w:rsidRPr="00293828" w:rsidRDefault="00497B11" w:rsidP="00293828">
            <w:pPr>
              <w:rPr>
                <w:rFonts w:ascii="Times New Roman" w:hAnsi="Times New Roman" w:cs="Times New Roman"/>
                <w:szCs w:val="21"/>
              </w:rPr>
            </w:pPr>
          </w:p>
        </w:tc>
        <w:tc>
          <w:tcPr>
            <w:tcW w:w="1125" w:type="dxa"/>
            <w:vAlign w:val="center"/>
          </w:tcPr>
          <w:p w14:paraId="12BA6B7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204-&gt;216</w:t>
            </w:r>
          </w:p>
        </w:tc>
        <w:tc>
          <w:tcPr>
            <w:tcW w:w="1039" w:type="dxa"/>
            <w:vAlign w:val="center"/>
          </w:tcPr>
          <w:p w14:paraId="14B8BE2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0.18261</w:t>
            </w:r>
          </w:p>
        </w:tc>
        <w:tc>
          <w:tcPr>
            <w:tcW w:w="1009" w:type="dxa"/>
            <w:vMerge/>
          </w:tcPr>
          <w:p w14:paraId="0E636118" w14:textId="77777777" w:rsidR="00497B11" w:rsidRPr="00293828" w:rsidRDefault="00497B11" w:rsidP="00293828">
            <w:pPr>
              <w:rPr>
                <w:rFonts w:ascii="Times New Roman" w:hAnsi="Times New Roman" w:cs="Times New Roman"/>
                <w:szCs w:val="21"/>
              </w:rPr>
            </w:pPr>
          </w:p>
        </w:tc>
        <w:tc>
          <w:tcPr>
            <w:tcW w:w="1009" w:type="dxa"/>
            <w:vMerge/>
          </w:tcPr>
          <w:p w14:paraId="15908C6B" w14:textId="77777777" w:rsidR="00497B11" w:rsidRPr="00293828" w:rsidRDefault="00497B11" w:rsidP="00293828">
            <w:pPr>
              <w:rPr>
                <w:rFonts w:ascii="Times New Roman" w:hAnsi="Times New Roman" w:cs="Times New Roman"/>
                <w:szCs w:val="21"/>
              </w:rPr>
            </w:pPr>
          </w:p>
        </w:tc>
        <w:tc>
          <w:tcPr>
            <w:tcW w:w="1009" w:type="dxa"/>
            <w:vMerge/>
          </w:tcPr>
          <w:p w14:paraId="6567AF46" w14:textId="77777777" w:rsidR="00497B11" w:rsidRPr="00293828" w:rsidRDefault="00497B11" w:rsidP="00293828">
            <w:pPr>
              <w:rPr>
                <w:rFonts w:ascii="Times New Roman" w:hAnsi="Times New Roman" w:cs="Times New Roman"/>
                <w:szCs w:val="21"/>
              </w:rPr>
            </w:pPr>
          </w:p>
        </w:tc>
        <w:tc>
          <w:tcPr>
            <w:tcW w:w="1068" w:type="dxa"/>
            <w:vMerge/>
          </w:tcPr>
          <w:p w14:paraId="55BBF86E" w14:textId="77777777" w:rsidR="00497B11" w:rsidRPr="00293828" w:rsidRDefault="00497B11" w:rsidP="00293828">
            <w:pPr>
              <w:rPr>
                <w:rFonts w:ascii="Times New Roman" w:hAnsi="Times New Roman" w:cs="Times New Roman"/>
                <w:szCs w:val="21"/>
              </w:rPr>
            </w:pPr>
          </w:p>
        </w:tc>
        <w:tc>
          <w:tcPr>
            <w:tcW w:w="1068" w:type="dxa"/>
            <w:vMerge/>
          </w:tcPr>
          <w:p w14:paraId="2736724C" w14:textId="77777777" w:rsidR="00497B11" w:rsidRPr="00293828" w:rsidRDefault="00497B11" w:rsidP="00293828">
            <w:pPr>
              <w:rPr>
                <w:rFonts w:ascii="Times New Roman" w:hAnsi="Times New Roman" w:cs="Times New Roman"/>
                <w:szCs w:val="21"/>
              </w:rPr>
            </w:pPr>
          </w:p>
        </w:tc>
      </w:tr>
      <w:tr w:rsidR="00497B11" w:rsidRPr="00293828" w14:paraId="46E2BA7E" w14:textId="77777777" w:rsidTr="009D45BD">
        <w:tc>
          <w:tcPr>
            <w:tcW w:w="969" w:type="dxa"/>
            <w:vMerge w:val="restart"/>
            <w:vAlign w:val="center"/>
          </w:tcPr>
          <w:p w14:paraId="1414ED4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26</w:t>
            </w:r>
          </w:p>
        </w:tc>
        <w:tc>
          <w:tcPr>
            <w:tcW w:w="1125" w:type="dxa"/>
            <w:vAlign w:val="center"/>
          </w:tcPr>
          <w:p w14:paraId="01DF54D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176-&gt;206</w:t>
            </w:r>
          </w:p>
        </w:tc>
        <w:tc>
          <w:tcPr>
            <w:tcW w:w="1039" w:type="dxa"/>
            <w:vAlign w:val="center"/>
          </w:tcPr>
          <w:p w14:paraId="6FC6C81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0.20166</w:t>
            </w:r>
          </w:p>
        </w:tc>
        <w:tc>
          <w:tcPr>
            <w:tcW w:w="1009" w:type="dxa"/>
            <w:vMerge w:val="restart"/>
            <w:vAlign w:val="center"/>
          </w:tcPr>
          <w:p w14:paraId="37F6401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7.3054</w:t>
            </w:r>
          </w:p>
        </w:tc>
        <w:tc>
          <w:tcPr>
            <w:tcW w:w="1009" w:type="dxa"/>
            <w:vMerge w:val="restart"/>
            <w:vAlign w:val="center"/>
          </w:tcPr>
          <w:p w14:paraId="7D04C1B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169.72</w:t>
            </w:r>
          </w:p>
        </w:tc>
        <w:tc>
          <w:tcPr>
            <w:tcW w:w="1009" w:type="dxa"/>
            <w:vMerge w:val="restart"/>
            <w:vAlign w:val="center"/>
          </w:tcPr>
          <w:p w14:paraId="3A89494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0.0102</w:t>
            </w:r>
          </w:p>
        </w:tc>
        <w:tc>
          <w:tcPr>
            <w:tcW w:w="1068" w:type="dxa"/>
            <w:vMerge w:val="restart"/>
            <w:vAlign w:val="center"/>
          </w:tcPr>
          <w:p w14:paraId="3FCCE58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20.0629</w:t>
            </w:r>
          </w:p>
        </w:tc>
        <w:tc>
          <w:tcPr>
            <w:tcW w:w="1068" w:type="dxa"/>
            <w:vMerge w:val="restart"/>
            <w:vAlign w:val="center"/>
          </w:tcPr>
          <w:p w14:paraId="328F84B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19.7928</w:t>
            </w:r>
          </w:p>
        </w:tc>
      </w:tr>
      <w:tr w:rsidR="00497B11" w:rsidRPr="00293828" w14:paraId="5B005AD9" w14:textId="77777777" w:rsidTr="009D45BD">
        <w:tc>
          <w:tcPr>
            <w:tcW w:w="969" w:type="dxa"/>
            <w:vMerge/>
          </w:tcPr>
          <w:p w14:paraId="03194A18" w14:textId="77777777" w:rsidR="00497B11" w:rsidRPr="00293828" w:rsidRDefault="00497B11" w:rsidP="00293828">
            <w:pPr>
              <w:rPr>
                <w:rFonts w:ascii="Times New Roman" w:hAnsi="Times New Roman" w:cs="Times New Roman"/>
                <w:szCs w:val="21"/>
              </w:rPr>
            </w:pPr>
          </w:p>
        </w:tc>
        <w:tc>
          <w:tcPr>
            <w:tcW w:w="1125" w:type="dxa"/>
            <w:vAlign w:val="center"/>
          </w:tcPr>
          <w:p w14:paraId="7C3C37C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189-&gt;207</w:t>
            </w:r>
          </w:p>
        </w:tc>
        <w:tc>
          <w:tcPr>
            <w:tcW w:w="1039" w:type="dxa"/>
            <w:vAlign w:val="center"/>
          </w:tcPr>
          <w:p w14:paraId="2D34F54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0.17327</w:t>
            </w:r>
          </w:p>
        </w:tc>
        <w:tc>
          <w:tcPr>
            <w:tcW w:w="1009" w:type="dxa"/>
            <w:vMerge/>
          </w:tcPr>
          <w:p w14:paraId="63B2C536" w14:textId="77777777" w:rsidR="00497B11" w:rsidRPr="00293828" w:rsidRDefault="00497B11" w:rsidP="00293828">
            <w:pPr>
              <w:rPr>
                <w:rFonts w:ascii="Times New Roman" w:hAnsi="Times New Roman" w:cs="Times New Roman"/>
                <w:szCs w:val="21"/>
              </w:rPr>
            </w:pPr>
          </w:p>
        </w:tc>
        <w:tc>
          <w:tcPr>
            <w:tcW w:w="1009" w:type="dxa"/>
            <w:vMerge/>
          </w:tcPr>
          <w:p w14:paraId="5C44A4B2" w14:textId="77777777" w:rsidR="00497B11" w:rsidRPr="00293828" w:rsidRDefault="00497B11" w:rsidP="00293828">
            <w:pPr>
              <w:rPr>
                <w:rFonts w:ascii="Times New Roman" w:hAnsi="Times New Roman" w:cs="Times New Roman"/>
                <w:szCs w:val="21"/>
              </w:rPr>
            </w:pPr>
          </w:p>
        </w:tc>
        <w:tc>
          <w:tcPr>
            <w:tcW w:w="1009" w:type="dxa"/>
            <w:vMerge/>
          </w:tcPr>
          <w:p w14:paraId="506F3913" w14:textId="77777777" w:rsidR="00497B11" w:rsidRPr="00293828" w:rsidRDefault="00497B11" w:rsidP="00293828">
            <w:pPr>
              <w:rPr>
                <w:rFonts w:ascii="Times New Roman" w:hAnsi="Times New Roman" w:cs="Times New Roman"/>
                <w:szCs w:val="21"/>
              </w:rPr>
            </w:pPr>
          </w:p>
        </w:tc>
        <w:tc>
          <w:tcPr>
            <w:tcW w:w="1068" w:type="dxa"/>
            <w:vMerge/>
          </w:tcPr>
          <w:p w14:paraId="55ED63C5" w14:textId="77777777" w:rsidR="00497B11" w:rsidRPr="00293828" w:rsidRDefault="00497B11" w:rsidP="00293828">
            <w:pPr>
              <w:rPr>
                <w:rFonts w:ascii="Times New Roman" w:hAnsi="Times New Roman" w:cs="Times New Roman"/>
                <w:szCs w:val="21"/>
              </w:rPr>
            </w:pPr>
          </w:p>
        </w:tc>
        <w:tc>
          <w:tcPr>
            <w:tcW w:w="1068" w:type="dxa"/>
            <w:vMerge/>
          </w:tcPr>
          <w:p w14:paraId="0F195C8E" w14:textId="77777777" w:rsidR="00497B11" w:rsidRPr="00293828" w:rsidRDefault="00497B11" w:rsidP="00293828">
            <w:pPr>
              <w:rPr>
                <w:rFonts w:ascii="Times New Roman" w:hAnsi="Times New Roman" w:cs="Times New Roman"/>
                <w:szCs w:val="21"/>
              </w:rPr>
            </w:pPr>
          </w:p>
        </w:tc>
      </w:tr>
      <w:tr w:rsidR="00497B11" w:rsidRPr="00293828" w14:paraId="2BCBC9C7" w14:textId="77777777" w:rsidTr="009D45BD">
        <w:tc>
          <w:tcPr>
            <w:tcW w:w="969" w:type="dxa"/>
            <w:vMerge/>
          </w:tcPr>
          <w:p w14:paraId="37AA1791" w14:textId="77777777" w:rsidR="00497B11" w:rsidRPr="00293828" w:rsidRDefault="00497B11" w:rsidP="00293828">
            <w:pPr>
              <w:rPr>
                <w:rFonts w:ascii="Times New Roman" w:hAnsi="Times New Roman" w:cs="Times New Roman"/>
                <w:szCs w:val="21"/>
              </w:rPr>
            </w:pPr>
          </w:p>
        </w:tc>
        <w:tc>
          <w:tcPr>
            <w:tcW w:w="1125" w:type="dxa"/>
            <w:vAlign w:val="center"/>
          </w:tcPr>
          <w:p w14:paraId="1356DC4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204-&gt;209</w:t>
            </w:r>
          </w:p>
        </w:tc>
        <w:tc>
          <w:tcPr>
            <w:tcW w:w="1039" w:type="dxa"/>
            <w:vAlign w:val="center"/>
          </w:tcPr>
          <w:p w14:paraId="064CADD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0.21287</w:t>
            </w:r>
          </w:p>
        </w:tc>
        <w:tc>
          <w:tcPr>
            <w:tcW w:w="1009" w:type="dxa"/>
            <w:vMerge/>
          </w:tcPr>
          <w:p w14:paraId="46B6C19D" w14:textId="77777777" w:rsidR="00497B11" w:rsidRPr="00293828" w:rsidRDefault="00497B11" w:rsidP="00293828">
            <w:pPr>
              <w:rPr>
                <w:rFonts w:ascii="Times New Roman" w:hAnsi="Times New Roman" w:cs="Times New Roman"/>
                <w:szCs w:val="21"/>
              </w:rPr>
            </w:pPr>
          </w:p>
        </w:tc>
        <w:tc>
          <w:tcPr>
            <w:tcW w:w="1009" w:type="dxa"/>
            <w:vMerge/>
          </w:tcPr>
          <w:p w14:paraId="6C2E8511" w14:textId="77777777" w:rsidR="00497B11" w:rsidRPr="00293828" w:rsidRDefault="00497B11" w:rsidP="00293828">
            <w:pPr>
              <w:rPr>
                <w:rFonts w:ascii="Times New Roman" w:hAnsi="Times New Roman" w:cs="Times New Roman"/>
                <w:szCs w:val="21"/>
              </w:rPr>
            </w:pPr>
          </w:p>
        </w:tc>
        <w:tc>
          <w:tcPr>
            <w:tcW w:w="1009" w:type="dxa"/>
            <w:vMerge/>
          </w:tcPr>
          <w:p w14:paraId="4FB3BFA2" w14:textId="77777777" w:rsidR="00497B11" w:rsidRPr="00293828" w:rsidRDefault="00497B11" w:rsidP="00293828">
            <w:pPr>
              <w:rPr>
                <w:rFonts w:ascii="Times New Roman" w:hAnsi="Times New Roman" w:cs="Times New Roman"/>
                <w:szCs w:val="21"/>
              </w:rPr>
            </w:pPr>
          </w:p>
        </w:tc>
        <w:tc>
          <w:tcPr>
            <w:tcW w:w="1068" w:type="dxa"/>
            <w:vMerge/>
          </w:tcPr>
          <w:p w14:paraId="3DCB7767" w14:textId="77777777" w:rsidR="00497B11" w:rsidRPr="00293828" w:rsidRDefault="00497B11" w:rsidP="00293828">
            <w:pPr>
              <w:rPr>
                <w:rFonts w:ascii="Times New Roman" w:hAnsi="Times New Roman" w:cs="Times New Roman"/>
                <w:szCs w:val="21"/>
              </w:rPr>
            </w:pPr>
          </w:p>
        </w:tc>
        <w:tc>
          <w:tcPr>
            <w:tcW w:w="1068" w:type="dxa"/>
            <w:vMerge/>
          </w:tcPr>
          <w:p w14:paraId="41B0842F" w14:textId="77777777" w:rsidR="00497B11" w:rsidRPr="00293828" w:rsidRDefault="00497B11" w:rsidP="00293828">
            <w:pPr>
              <w:rPr>
                <w:rFonts w:ascii="Times New Roman" w:hAnsi="Times New Roman" w:cs="Times New Roman"/>
                <w:szCs w:val="21"/>
              </w:rPr>
            </w:pPr>
          </w:p>
        </w:tc>
      </w:tr>
      <w:tr w:rsidR="00497B11" w:rsidRPr="00293828" w14:paraId="6990D6E6" w14:textId="77777777" w:rsidTr="009D45BD">
        <w:tc>
          <w:tcPr>
            <w:tcW w:w="969" w:type="dxa"/>
            <w:vMerge/>
          </w:tcPr>
          <w:p w14:paraId="4408B4CE" w14:textId="77777777" w:rsidR="00497B11" w:rsidRPr="00293828" w:rsidRDefault="00497B11" w:rsidP="00293828">
            <w:pPr>
              <w:rPr>
                <w:rFonts w:ascii="Times New Roman" w:hAnsi="Times New Roman" w:cs="Times New Roman"/>
                <w:szCs w:val="21"/>
              </w:rPr>
            </w:pPr>
          </w:p>
        </w:tc>
        <w:tc>
          <w:tcPr>
            <w:tcW w:w="1125" w:type="dxa"/>
            <w:vAlign w:val="center"/>
          </w:tcPr>
          <w:p w14:paraId="1D0D10B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204-&gt;216</w:t>
            </w:r>
          </w:p>
        </w:tc>
        <w:tc>
          <w:tcPr>
            <w:tcW w:w="1039" w:type="dxa"/>
            <w:vAlign w:val="center"/>
          </w:tcPr>
          <w:p w14:paraId="1945FF3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-0.20161</w:t>
            </w:r>
          </w:p>
        </w:tc>
        <w:tc>
          <w:tcPr>
            <w:tcW w:w="1009" w:type="dxa"/>
            <w:vMerge/>
          </w:tcPr>
          <w:p w14:paraId="2D5C9B34" w14:textId="77777777" w:rsidR="00497B11" w:rsidRPr="00293828" w:rsidRDefault="00497B11" w:rsidP="00293828">
            <w:pPr>
              <w:rPr>
                <w:rFonts w:ascii="Times New Roman" w:hAnsi="Times New Roman" w:cs="Times New Roman"/>
                <w:szCs w:val="21"/>
              </w:rPr>
            </w:pPr>
          </w:p>
        </w:tc>
        <w:tc>
          <w:tcPr>
            <w:tcW w:w="1009" w:type="dxa"/>
            <w:vMerge/>
          </w:tcPr>
          <w:p w14:paraId="54BAD289" w14:textId="77777777" w:rsidR="00497B11" w:rsidRPr="00293828" w:rsidRDefault="00497B11" w:rsidP="00293828">
            <w:pPr>
              <w:rPr>
                <w:rFonts w:ascii="Times New Roman" w:hAnsi="Times New Roman" w:cs="Times New Roman"/>
                <w:szCs w:val="21"/>
              </w:rPr>
            </w:pPr>
          </w:p>
        </w:tc>
        <w:tc>
          <w:tcPr>
            <w:tcW w:w="1009" w:type="dxa"/>
            <w:vMerge/>
          </w:tcPr>
          <w:p w14:paraId="1E2BB7E6" w14:textId="77777777" w:rsidR="00497B11" w:rsidRPr="00293828" w:rsidRDefault="00497B11" w:rsidP="00293828">
            <w:pPr>
              <w:rPr>
                <w:rFonts w:ascii="Times New Roman" w:hAnsi="Times New Roman" w:cs="Times New Roman"/>
                <w:szCs w:val="21"/>
              </w:rPr>
            </w:pPr>
          </w:p>
        </w:tc>
        <w:tc>
          <w:tcPr>
            <w:tcW w:w="1068" w:type="dxa"/>
            <w:vMerge/>
          </w:tcPr>
          <w:p w14:paraId="0E3ABC23" w14:textId="77777777" w:rsidR="00497B11" w:rsidRPr="00293828" w:rsidRDefault="00497B11" w:rsidP="00293828">
            <w:pPr>
              <w:rPr>
                <w:rFonts w:ascii="Times New Roman" w:hAnsi="Times New Roman" w:cs="Times New Roman"/>
                <w:szCs w:val="21"/>
              </w:rPr>
            </w:pPr>
          </w:p>
        </w:tc>
        <w:tc>
          <w:tcPr>
            <w:tcW w:w="1068" w:type="dxa"/>
            <w:vMerge/>
          </w:tcPr>
          <w:p w14:paraId="7E504C6C" w14:textId="77777777" w:rsidR="00497B11" w:rsidRPr="00293828" w:rsidRDefault="00497B11" w:rsidP="00293828">
            <w:pPr>
              <w:rPr>
                <w:rFonts w:ascii="Times New Roman" w:hAnsi="Times New Roman" w:cs="Times New Roman"/>
                <w:szCs w:val="21"/>
              </w:rPr>
            </w:pPr>
          </w:p>
        </w:tc>
      </w:tr>
      <w:tr w:rsidR="00497B11" w:rsidRPr="00293828" w14:paraId="27F9F9B0" w14:textId="77777777" w:rsidTr="009D45BD">
        <w:tc>
          <w:tcPr>
            <w:tcW w:w="969" w:type="dxa"/>
            <w:vMerge w:val="restart"/>
            <w:vAlign w:val="center"/>
          </w:tcPr>
          <w:p w14:paraId="7491259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27</w:t>
            </w:r>
          </w:p>
        </w:tc>
        <w:tc>
          <w:tcPr>
            <w:tcW w:w="1125" w:type="dxa"/>
            <w:vAlign w:val="center"/>
          </w:tcPr>
          <w:p w14:paraId="7F5B411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189-&gt;207</w:t>
            </w:r>
          </w:p>
        </w:tc>
        <w:tc>
          <w:tcPr>
            <w:tcW w:w="1039" w:type="dxa"/>
            <w:vAlign w:val="center"/>
          </w:tcPr>
          <w:p w14:paraId="6ADCA3F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w:t>
            </w:r>
          </w:p>
        </w:tc>
        <w:tc>
          <w:tcPr>
            <w:tcW w:w="1009" w:type="dxa"/>
            <w:vMerge w:val="restart"/>
            <w:vAlign w:val="center"/>
          </w:tcPr>
          <w:p w14:paraId="2D8AEC6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7.3451</w:t>
            </w:r>
          </w:p>
        </w:tc>
        <w:tc>
          <w:tcPr>
            <w:tcW w:w="1009" w:type="dxa"/>
            <w:vMerge w:val="restart"/>
            <w:vAlign w:val="center"/>
          </w:tcPr>
          <w:p w14:paraId="459C3C1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168.80</w:t>
            </w:r>
          </w:p>
        </w:tc>
        <w:tc>
          <w:tcPr>
            <w:tcW w:w="1009" w:type="dxa"/>
            <w:vMerge w:val="restart"/>
            <w:vAlign w:val="center"/>
          </w:tcPr>
          <w:p w14:paraId="15BAA7F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0.0065</w:t>
            </w:r>
          </w:p>
        </w:tc>
        <w:tc>
          <w:tcPr>
            <w:tcW w:w="1068" w:type="dxa"/>
            <w:vMerge w:val="restart"/>
            <w:vAlign w:val="center"/>
          </w:tcPr>
          <w:p w14:paraId="34CB2FA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-21.3013</w:t>
            </w:r>
          </w:p>
        </w:tc>
        <w:tc>
          <w:tcPr>
            <w:tcW w:w="1068" w:type="dxa"/>
            <w:vMerge w:val="restart"/>
            <w:vAlign w:val="center"/>
          </w:tcPr>
          <w:p w14:paraId="71F03A5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-20.9709</w:t>
            </w:r>
          </w:p>
        </w:tc>
      </w:tr>
      <w:tr w:rsidR="00497B11" w:rsidRPr="00293828" w14:paraId="7B522008" w14:textId="77777777" w:rsidTr="009D45BD">
        <w:tc>
          <w:tcPr>
            <w:tcW w:w="969" w:type="dxa"/>
            <w:vMerge/>
          </w:tcPr>
          <w:p w14:paraId="3BEC9AB2" w14:textId="77777777" w:rsidR="00497B11" w:rsidRPr="00293828" w:rsidRDefault="00497B11" w:rsidP="00293828">
            <w:pPr>
              <w:rPr>
                <w:rFonts w:ascii="Times New Roman" w:hAnsi="Times New Roman" w:cs="Times New Roman"/>
                <w:szCs w:val="21"/>
              </w:rPr>
            </w:pPr>
          </w:p>
        </w:tc>
        <w:tc>
          <w:tcPr>
            <w:tcW w:w="1125" w:type="dxa"/>
            <w:vAlign w:val="center"/>
          </w:tcPr>
          <w:p w14:paraId="7EF77C9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193-&gt;206</w:t>
            </w:r>
          </w:p>
        </w:tc>
        <w:tc>
          <w:tcPr>
            <w:tcW w:w="1039" w:type="dxa"/>
            <w:vAlign w:val="center"/>
          </w:tcPr>
          <w:p w14:paraId="7774D76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0.24576</w:t>
            </w:r>
          </w:p>
        </w:tc>
        <w:tc>
          <w:tcPr>
            <w:tcW w:w="1009" w:type="dxa"/>
            <w:vMerge/>
          </w:tcPr>
          <w:p w14:paraId="58792738" w14:textId="77777777" w:rsidR="00497B11" w:rsidRPr="00293828" w:rsidRDefault="00497B11" w:rsidP="00293828">
            <w:pPr>
              <w:rPr>
                <w:rFonts w:ascii="Times New Roman" w:hAnsi="Times New Roman" w:cs="Times New Roman"/>
                <w:szCs w:val="21"/>
              </w:rPr>
            </w:pPr>
          </w:p>
        </w:tc>
        <w:tc>
          <w:tcPr>
            <w:tcW w:w="1009" w:type="dxa"/>
            <w:vMerge/>
          </w:tcPr>
          <w:p w14:paraId="3AE27938" w14:textId="77777777" w:rsidR="00497B11" w:rsidRPr="00293828" w:rsidRDefault="00497B11" w:rsidP="00293828">
            <w:pPr>
              <w:rPr>
                <w:rFonts w:ascii="Times New Roman" w:hAnsi="Times New Roman" w:cs="Times New Roman"/>
                <w:szCs w:val="21"/>
              </w:rPr>
            </w:pPr>
          </w:p>
        </w:tc>
        <w:tc>
          <w:tcPr>
            <w:tcW w:w="1009" w:type="dxa"/>
            <w:vMerge/>
          </w:tcPr>
          <w:p w14:paraId="1D512613" w14:textId="77777777" w:rsidR="00497B11" w:rsidRPr="00293828" w:rsidRDefault="00497B11" w:rsidP="00293828">
            <w:pPr>
              <w:rPr>
                <w:rFonts w:ascii="Times New Roman" w:hAnsi="Times New Roman" w:cs="Times New Roman"/>
                <w:szCs w:val="21"/>
              </w:rPr>
            </w:pPr>
          </w:p>
        </w:tc>
        <w:tc>
          <w:tcPr>
            <w:tcW w:w="1068" w:type="dxa"/>
            <w:vMerge/>
          </w:tcPr>
          <w:p w14:paraId="4D2E5A61" w14:textId="77777777" w:rsidR="00497B11" w:rsidRPr="00293828" w:rsidRDefault="00497B11" w:rsidP="00293828">
            <w:pPr>
              <w:rPr>
                <w:rFonts w:ascii="Times New Roman" w:hAnsi="Times New Roman" w:cs="Times New Roman"/>
                <w:szCs w:val="21"/>
              </w:rPr>
            </w:pPr>
          </w:p>
        </w:tc>
        <w:tc>
          <w:tcPr>
            <w:tcW w:w="1068" w:type="dxa"/>
            <w:vMerge/>
          </w:tcPr>
          <w:p w14:paraId="064E0CEA" w14:textId="77777777" w:rsidR="00497B11" w:rsidRPr="00293828" w:rsidRDefault="00497B11" w:rsidP="00293828">
            <w:pPr>
              <w:rPr>
                <w:rFonts w:ascii="Times New Roman" w:hAnsi="Times New Roman" w:cs="Times New Roman"/>
                <w:szCs w:val="21"/>
              </w:rPr>
            </w:pPr>
          </w:p>
        </w:tc>
      </w:tr>
      <w:tr w:rsidR="00497B11" w:rsidRPr="00293828" w14:paraId="2FAF065F" w14:textId="77777777" w:rsidTr="009D45BD">
        <w:tc>
          <w:tcPr>
            <w:tcW w:w="969" w:type="dxa"/>
            <w:vMerge/>
          </w:tcPr>
          <w:p w14:paraId="18A3C77F" w14:textId="77777777" w:rsidR="00497B11" w:rsidRPr="00293828" w:rsidRDefault="00497B11" w:rsidP="00293828">
            <w:pPr>
              <w:rPr>
                <w:rFonts w:ascii="Times New Roman" w:hAnsi="Times New Roman" w:cs="Times New Roman"/>
                <w:szCs w:val="21"/>
              </w:rPr>
            </w:pPr>
          </w:p>
        </w:tc>
        <w:tc>
          <w:tcPr>
            <w:tcW w:w="1125" w:type="dxa"/>
            <w:vAlign w:val="center"/>
          </w:tcPr>
          <w:p w14:paraId="5E291EE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195-&gt;207</w:t>
            </w:r>
          </w:p>
        </w:tc>
        <w:tc>
          <w:tcPr>
            <w:tcW w:w="1039" w:type="dxa"/>
            <w:vAlign w:val="center"/>
          </w:tcPr>
          <w:p w14:paraId="6A92DCC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0.15154</w:t>
            </w:r>
          </w:p>
        </w:tc>
        <w:tc>
          <w:tcPr>
            <w:tcW w:w="1009" w:type="dxa"/>
            <w:vMerge/>
          </w:tcPr>
          <w:p w14:paraId="1F2DABB8" w14:textId="77777777" w:rsidR="00497B11" w:rsidRPr="00293828" w:rsidRDefault="00497B11" w:rsidP="00293828">
            <w:pPr>
              <w:rPr>
                <w:rFonts w:ascii="Times New Roman" w:hAnsi="Times New Roman" w:cs="Times New Roman"/>
                <w:szCs w:val="21"/>
              </w:rPr>
            </w:pPr>
          </w:p>
        </w:tc>
        <w:tc>
          <w:tcPr>
            <w:tcW w:w="1009" w:type="dxa"/>
            <w:vMerge/>
          </w:tcPr>
          <w:p w14:paraId="3621865D" w14:textId="77777777" w:rsidR="00497B11" w:rsidRPr="00293828" w:rsidRDefault="00497B11" w:rsidP="00293828">
            <w:pPr>
              <w:rPr>
                <w:rFonts w:ascii="Times New Roman" w:hAnsi="Times New Roman" w:cs="Times New Roman"/>
                <w:szCs w:val="21"/>
              </w:rPr>
            </w:pPr>
          </w:p>
        </w:tc>
        <w:tc>
          <w:tcPr>
            <w:tcW w:w="1009" w:type="dxa"/>
            <w:vMerge/>
          </w:tcPr>
          <w:p w14:paraId="3F2C736E" w14:textId="77777777" w:rsidR="00497B11" w:rsidRPr="00293828" w:rsidRDefault="00497B11" w:rsidP="00293828">
            <w:pPr>
              <w:rPr>
                <w:rFonts w:ascii="Times New Roman" w:hAnsi="Times New Roman" w:cs="Times New Roman"/>
                <w:szCs w:val="21"/>
              </w:rPr>
            </w:pPr>
          </w:p>
        </w:tc>
        <w:tc>
          <w:tcPr>
            <w:tcW w:w="1068" w:type="dxa"/>
            <w:vMerge/>
          </w:tcPr>
          <w:p w14:paraId="27550E0A" w14:textId="77777777" w:rsidR="00497B11" w:rsidRPr="00293828" w:rsidRDefault="00497B11" w:rsidP="00293828">
            <w:pPr>
              <w:rPr>
                <w:rFonts w:ascii="Times New Roman" w:hAnsi="Times New Roman" w:cs="Times New Roman"/>
                <w:szCs w:val="21"/>
              </w:rPr>
            </w:pPr>
          </w:p>
        </w:tc>
        <w:tc>
          <w:tcPr>
            <w:tcW w:w="1068" w:type="dxa"/>
            <w:vMerge/>
          </w:tcPr>
          <w:p w14:paraId="05086FA0" w14:textId="77777777" w:rsidR="00497B11" w:rsidRPr="00293828" w:rsidRDefault="00497B11" w:rsidP="00293828">
            <w:pPr>
              <w:rPr>
                <w:rFonts w:ascii="Times New Roman" w:hAnsi="Times New Roman" w:cs="Times New Roman"/>
                <w:szCs w:val="21"/>
              </w:rPr>
            </w:pPr>
          </w:p>
        </w:tc>
      </w:tr>
      <w:tr w:rsidR="00497B11" w:rsidRPr="00293828" w14:paraId="6C27907A" w14:textId="77777777" w:rsidTr="009D45BD">
        <w:tc>
          <w:tcPr>
            <w:tcW w:w="969" w:type="dxa"/>
            <w:vMerge/>
          </w:tcPr>
          <w:p w14:paraId="68943BA8" w14:textId="77777777" w:rsidR="00497B11" w:rsidRPr="00293828" w:rsidRDefault="00497B11" w:rsidP="00293828">
            <w:pPr>
              <w:rPr>
                <w:rFonts w:ascii="Times New Roman" w:hAnsi="Times New Roman" w:cs="Times New Roman"/>
                <w:szCs w:val="21"/>
              </w:rPr>
            </w:pPr>
          </w:p>
        </w:tc>
        <w:tc>
          <w:tcPr>
            <w:tcW w:w="1125" w:type="dxa"/>
            <w:vAlign w:val="center"/>
          </w:tcPr>
          <w:p w14:paraId="19C1915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201-&gt;206</w:t>
            </w:r>
          </w:p>
        </w:tc>
        <w:tc>
          <w:tcPr>
            <w:tcW w:w="1039" w:type="dxa"/>
            <w:vAlign w:val="center"/>
          </w:tcPr>
          <w:p w14:paraId="31F2AE3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-0.14418</w:t>
            </w:r>
          </w:p>
        </w:tc>
        <w:tc>
          <w:tcPr>
            <w:tcW w:w="1009" w:type="dxa"/>
            <w:vMerge/>
          </w:tcPr>
          <w:p w14:paraId="461289D6" w14:textId="77777777" w:rsidR="00497B11" w:rsidRPr="00293828" w:rsidRDefault="00497B11" w:rsidP="00293828">
            <w:pPr>
              <w:rPr>
                <w:rFonts w:ascii="Times New Roman" w:hAnsi="Times New Roman" w:cs="Times New Roman"/>
                <w:szCs w:val="21"/>
              </w:rPr>
            </w:pPr>
          </w:p>
        </w:tc>
        <w:tc>
          <w:tcPr>
            <w:tcW w:w="1009" w:type="dxa"/>
            <w:vMerge/>
          </w:tcPr>
          <w:p w14:paraId="503EBB5F" w14:textId="77777777" w:rsidR="00497B11" w:rsidRPr="00293828" w:rsidRDefault="00497B11" w:rsidP="00293828">
            <w:pPr>
              <w:rPr>
                <w:rFonts w:ascii="Times New Roman" w:hAnsi="Times New Roman" w:cs="Times New Roman"/>
                <w:szCs w:val="21"/>
              </w:rPr>
            </w:pPr>
          </w:p>
        </w:tc>
        <w:tc>
          <w:tcPr>
            <w:tcW w:w="1009" w:type="dxa"/>
            <w:vMerge/>
          </w:tcPr>
          <w:p w14:paraId="11A7032E" w14:textId="77777777" w:rsidR="00497B11" w:rsidRPr="00293828" w:rsidRDefault="00497B11" w:rsidP="00293828">
            <w:pPr>
              <w:rPr>
                <w:rFonts w:ascii="Times New Roman" w:hAnsi="Times New Roman" w:cs="Times New Roman"/>
                <w:szCs w:val="21"/>
              </w:rPr>
            </w:pPr>
          </w:p>
        </w:tc>
        <w:tc>
          <w:tcPr>
            <w:tcW w:w="1068" w:type="dxa"/>
            <w:vMerge/>
          </w:tcPr>
          <w:p w14:paraId="4F31C31E" w14:textId="77777777" w:rsidR="00497B11" w:rsidRPr="00293828" w:rsidRDefault="00497B11" w:rsidP="00293828">
            <w:pPr>
              <w:rPr>
                <w:rFonts w:ascii="Times New Roman" w:hAnsi="Times New Roman" w:cs="Times New Roman"/>
                <w:szCs w:val="21"/>
              </w:rPr>
            </w:pPr>
          </w:p>
        </w:tc>
        <w:tc>
          <w:tcPr>
            <w:tcW w:w="1068" w:type="dxa"/>
            <w:vMerge/>
          </w:tcPr>
          <w:p w14:paraId="431733B5" w14:textId="77777777" w:rsidR="00497B11" w:rsidRPr="00293828" w:rsidRDefault="00497B11" w:rsidP="00293828">
            <w:pPr>
              <w:rPr>
                <w:rFonts w:ascii="Times New Roman" w:hAnsi="Times New Roman" w:cs="Times New Roman"/>
                <w:szCs w:val="21"/>
              </w:rPr>
            </w:pPr>
          </w:p>
        </w:tc>
      </w:tr>
      <w:tr w:rsidR="00497B11" w:rsidRPr="00293828" w14:paraId="78B5776A" w14:textId="77777777" w:rsidTr="009D45BD">
        <w:tc>
          <w:tcPr>
            <w:tcW w:w="969" w:type="dxa"/>
            <w:vMerge/>
          </w:tcPr>
          <w:p w14:paraId="44DE7D79" w14:textId="77777777" w:rsidR="00497B11" w:rsidRPr="00293828" w:rsidRDefault="00497B11" w:rsidP="00293828">
            <w:pPr>
              <w:rPr>
                <w:rFonts w:ascii="Times New Roman" w:hAnsi="Times New Roman" w:cs="Times New Roman"/>
                <w:szCs w:val="21"/>
              </w:rPr>
            </w:pPr>
          </w:p>
        </w:tc>
        <w:tc>
          <w:tcPr>
            <w:tcW w:w="1125" w:type="dxa"/>
            <w:vAlign w:val="center"/>
          </w:tcPr>
          <w:p w14:paraId="26806D3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202-&gt;207</w:t>
            </w:r>
          </w:p>
        </w:tc>
        <w:tc>
          <w:tcPr>
            <w:tcW w:w="1039" w:type="dxa"/>
            <w:vAlign w:val="center"/>
          </w:tcPr>
          <w:p w14:paraId="27E9A94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0.17997</w:t>
            </w:r>
          </w:p>
        </w:tc>
        <w:tc>
          <w:tcPr>
            <w:tcW w:w="1009" w:type="dxa"/>
            <w:vMerge/>
          </w:tcPr>
          <w:p w14:paraId="4A10A0CD" w14:textId="77777777" w:rsidR="00497B11" w:rsidRPr="00293828" w:rsidRDefault="00497B11" w:rsidP="00293828">
            <w:pPr>
              <w:rPr>
                <w:rFonts w:ascii="Times New Roman" w:hAnsi="Times New Roman" w:cs="Times New Roman"/>
                <w:szCs w:val="21"/>
              </w:rPr>
            </w:pPr>
          </w:p>
        </w:tc>
        <w:tc>
          <w:tcPr>
            <w:tcW w:w="1009" w:type="dxa"/>
            <w:vMerge/>
          </w:tcPr>
          <w:p w14:paraId="7AF5AA4B" w14:textId="77777777" w:rsidR="00497B11" w:rsidRPr="00293828" w:rsidRDefault="00497B11" w:rsidP="00293828">
            <w:pPr>
              <w:rPr>
                <w:rFonts w:ascii="Times New Roman" w:hAnsi="Times New Roman" w:cs="Times New Roman"/>
                <w:szCs w:val="21"/>
              </w:rPr>
            </w:pPr>
          </w:p>
        </w:tc>
        <w:tc>
          <w:tcPr>
            <w:tcW w:w="1009" w:type="dxa"/>
            <w:vMerge/>
          </w:tcPr>
          <w:p w14:paraId="3D92E693" w14:textId="77777777" w:rsidR="00497B11" w:rsidRPr="00293828" w:rsidRDefault="00497B11" w:rsidP="00293828">
            <w:pPr>
              <w:rPr>
                <w:rFonts w:ascii="Times New Roman" w:hAnsi="Times New Roman" w:cs="Times New Roman"/>
                <w:szCs w:val="21"/>
              </w:rPr>
            </w:pPr>
          </w:p>
        </w:tc>
        <w:tc>
          <w:tcPr>
            <w:tcW w:w="1068" w:type="dxa"/>
            <w:vMerge/>
          </w:tcPr>
          <w:p w14:paraId="47A45B76" w14:textId="77777777" w:rsidR="00497B11" w:rsidRPr="00293828" w:rsidRDefault="00497B11" w:rsidP="00293828">
            <w:pPr>
              <w:rPr>
                <w:rFonts w:ascii="Times New Roman" w:hAnsi="Times New Roman" w:cs="Times New Roman"/>
                <w:szCs w:val="21"/>
              </w:rPr>
            </w:pPr>
          </w:p>
        </w:tc>
        <w:tc>
          <w:tcPr>
            <w:tcW w:w="1068" w:type="dxa"/>
            <w:vMerge/>
          </w:tcPr>
          <w:p w14:paraId="07559157" w14:textId="77777777" w:rsidR="00497B11" w:rsidRPr="00293828" w:rsidRDefault="00497B11" w:rsidP="00293828">
            <w:pPr>
              <w:rPr>
                <w:rFonts w:ascii="Times New Roman" w:hAnsi="Times New Roman" w:cs="Times New Roman"/>
                <w:szCs w:val="21"/>
              </w:rPr>
            </w:pPr>
          </w:p>
        </w:tc>
      </w:tr>
      <w:tr w:rsidR="00497B11" w:rsidRPr="00293828" w14:paraId="102AC58E" w14:textId="77777777" w:rsidTr="009D45BD">
        <w:tc>
          <w:tcPr>
            <w:tcW w:w="969" w:type="dxa"/>
            <w:vMerge/>
          </w:tcPr>
          <w:p w14:paraId="64B32247" w14:textId="77777777" w:rsidR="00497B11" w:rsidRPr="00293828" w:rsidRDefault="00497B11" w:rsidP="00293828">
            <w:pPr>
              <w:rPr>
                <w:rFonts w:ascii="Times New Roman" w:hAnsi="Times New Roman" w:cs="Times New Roman"/>
                <w:szCs w:val="21"/>
              </w:rPr>
            </w:pPr>
          </w:p>
        </w:tc>
        <w:tc>
          <w:tcPr>
            <w:tcW w:w="1125" w:type="dxa"/>
            <w:vAlign w:val="center"/>
          </w:tcPr>
          <w:p w14:paraId="4736F8E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204-&gt;207</w:t>
            </w:r>
          </w:p>
        </w:tc>
        <w:tc>
          <w:tcPr>
            <w:tcW w:w="1039" w:type="dxa"/>
            <w:vAlign w:val="center"/>
          </w:tcPr>
          <w:p w14:paraId="22F77A1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0.21306</w:t>
            </w:r>
          </w:p>
        </w:tc>
        <w:tc>
          <w:tcPr>
            <w:tcW w:w="1009" w:type="dxa"/>
            <w:vMerge/>
          </w:tcPr>
          <w:p w14:paraId="0B141C87" w14:textId="77777777" w:rsidR="00497B11" w:rsidRPr="00293828" w:rsidRDefault="00497B11" w:rsidP="00293828">
            <w:pPr>
              <w:rPr>
                <w:rFonts w:ascii="Times New Roman" w:hAnsi="Times New Roman" w:cs="Times New Roman"/>
                <w:szCs w:val="21"/>
              </w:rPr>
            </w:pPr>
          </w:p>
        </w:tc>
        <w:tc>
          <w:tcPr>
            <w:tcW w:w="1009" w:type="dxa"/>
            <w:vMerge/>
          </w:tcPr>
          <w:p w14:paraId="1D971BCB" w14:textId="77777777" w:rsidR="00497B11" w:rsidRPr="00293828" w:rsidRDefault="00497B11" w:rsidP="00293828">
            <w:pPr>
              <w:rPr>
                <w:rFonts w:ascii="Times New Roman" w:hAnsi="Times New Roman" w:cs="Times New Roman"/>
                <w:szCs w:val="21"/>
              </w:rPr>
            </w:pPr>
          </w:p>
        </w:tc>
        <w:tc>
          <w:tcPr>
            <w:tcW w:w="1009" w:type="dxa"/>
            <w:vMerge/>
          </w:tcPr>
          <w:p w14:paraId="49120FCA" w14:textId="77777777" w:rsidR="00497B11" w:rsidRPr="00293828" w:rsidRDefault="00497B11" w:rsidP="00293828">
            <w:pPr>
              <w:rPr>
                <w:rFonts w:ascii="Times New Roman" w:hAnsi="Times New Roman" w:cs="Times New Roman"/>
                <w:szCs w:val="21"/>
              </w:rPr>
            </w:pPr>
          </w:p>
        </w:tc>
        <w:tc>
          <w:tcPr>
            <w:tcW w:w="1068" w:type="dxa"/>
            <w:vMerge/>
          </w:tcPr>
          <w:p w14:paraId="54F49871" w14:textId="77777777" w:rsidR="00497B11" w:rsidRPr="00293828" w:rsidRDefault="00497B11" w:rsidP="00293828">
            <w:pPr>
              <w:rPr>
                <w:rFonts w:ascii="Times New Roman" w:hAnsi="Times New Roman" w:cs="Times New Roman"/>
                <w:szCs w:val="21"/>
              </w:rPr>
            </w:pPr>
          </w:p>
        </w:tc>
        <w:tc>
          <w:tcPr>
            <w:tcW w:w="1068" w:type="dxa"/>
            <w:vMerge/>
          </w:tcPr>
          <w:p w14:paraId="4688FBA5" w14:textId="77777777" w:rsidR="00497B11" w:rsidRPr="00293828" w:rsidRDefault="00497B11" w:rsidP="00293828">
            <w:pPr>
              <w:rPr>
                <w:rFonts w:ascii="Times New Roman" w:hAnsi="Times New Roman" w:cs="Times New Roman"/>
                <w:szCs w:val="21"/>
              </w:rPr>
            </w:pPr>
          </w:p>
        </w:tc>
      </w:tr>
      <w:tr w:rsidR="00497B11" w:rsidRPr="00293828" w14:paraId="254F0E21" w14:textId="77777777" w:rsidTr="009D45BD">
        <w:tc>
          <w:tcPr>
            <w:tcW w:w="969" w:type="dxa"/>
            <w:vMerge w:val="restart"/>
            <w:vAlign w:val="center"/>
          </w:tcPr>
          <w:p w14:paraId="53E99F8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28</w:t>
            </w:r>
          </w:p>
        </w:tc>
        <w:tc>
          <w:tcPr>
            <w:tcW w:w="1125" w:type="dxa"/>
            <w:vAlign w:val="center"/>
          </w:tcPr>
          <w:p w14:paraId="449A71D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204-&gt;209</w:t>
            </w:r>
          </w:p>
        </w:tc>
        <w:tc>
          <w:tcPr>
            <w:tcW w:w="1039" w:type="dxa"/>
            <w:vAlign w:val="center"/>
          </w:tcPr>
          <w:p w14:paraId="740EE10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0.32181</w:t>
            </w:r>
          </w:p>
        </w:tc>
        <w:tc>
          <w:tcPr>
            <w:tcW w:w="1009" w:type="dxa"/>
            <w:vMerge w:val="restart"/>
            <w:vAlign w:val="center"/>
          </w:tcPr>
          <w:p w14:paraId="79DAECA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7.4079</w:t>
            </w:r>
          </w:p>
        </w:tc>
        <w:tc>
          <w:tcPr>
            <w:tcW w:w="1009" w:type="dxa"/>
            <w:vMerge w:val="restart"/>
            <w:vAlign w:val="center"/>
          </w:tcPr>
          <w:p w14:paraId="5EB4D3B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167.37</w:t>
            </w:r>
          </w:p>
        </w:tc>
        <w:tc>
          <w:tcPr>
            <w:tcW w:w="1009" w:type="dxa"/>
            <w:vMerge w:val="restart"/>
            <w:vAlign w:val="center"/>
          </w:tcPr>
          <w:p w14:paraId="5A2A539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0.0332</w:t>
            </w:r>
          </w:p>
        </w:tc>
        <w:tc>
          <w:tcPr>
            <w:tcW w:w="1068" w:type="dxa"/>
            <w:vMerge w:val="restart"/>
            <w:vAlign w:val="center"/>
          </w:tcPr>
          <w:p w14:paraId="24D4BDD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-11.3791</w:t>
            </w:r>
          </w:p>
        </w:tc>
        <w:tc>
          <w:tcPr>
            <w:tcW w:w="1068" w:type="dxa"/>
            <w:vMerge w:val="restart"/>
            <w:vAlign w:val="center"/>
          </w:tcPr>
          <w:p w14:paraId="1083A49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-11.6249</w:t>
            </w:r>
          </w:p>
        </w:tc>
      </w:tr>
      <w:tr w:rsidR="00497B11" w:rsidRPr="00293828" w14:paraId="0C7B8A91" w14:textId="77777777" w:rsidTr="009D45BD">
        <w:tc>
          <w:tcPr>
            <w:tcW w:w="969" w:type="dxa"/>
            <w:vMerge/>
          </w:tcPr>
          <w:p w14:paraId="64DDBB76" w14:textId="77777777" w:rsidR="00497B11" w:rsidRPr="00293828" w:rsidRDefault="00497B11" w:rsidP="00293828">
            <w:pPr>
              <w:rPr>
                <w:rFonts w:ascii="Times New Roman" w:hAnsi="Times New Roman" w:cs="Times New Roman"/>
                <w:szCs w:val="21"/>
              </w:rPr>
            </w:pPr>
          </w:p>
        </w:tc>
        <w:tc>
          <w:tcPr>
            <w:tcW w:w="1125" w:type="dxa"/>
            <w:vAlign w:val="center"/>
          </w:tcPr>
          <w:p w14:paraId="296D95E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204-&gt;210</w:t>
            </w:r>
          </w:p>
        </w:tc>
        <w:tc>
          <w:tcPr>
            <w:tcW w:w="1039" w:type="dxa"/>
            <w:vAlign w:val="center"/>
          </w:tcPr>
          <w:p w14:paraId="6C1C984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-0.31823</w:t>
            </w:r>
          </w:p>
        </w:tc>
        <w:tc>
          <w:tcPr>
            <w:tcW w:w="1009" w:type="dxa"/>
            <w:vMerge/>
          </w:tcPr>
          <w:p w14:paraId="200BDCED" w14:textId="77777777" w:rsidR="00497B11" w:rsidRPr="00293828" w:rsidRDefault="00497B11" w:rsidP="00293828">
            <w:pPr>
              <w:rPr>
                <w:rFonts w:ascii="Times New Roman" w:hAnsi="Times New Roman" w:cs="Times New Roman"/>
                <w:szCs w:val="21"/>
              </w:rPr>
            </w:pPr>
          </w:p>
        </w:tc>
        <w:tc>
          <w:tcPr>
            <w:tcW w:w="1009" w:type="dxa"/>
            <w:vMerge/>
          </w:tcPr>
          <w:p w14:paraId="02273BDB" w14:textId="77777777" w:rsidR="00497B11" w:rsidRPr="00293828" w:rsidRDefault="00497B11" w:rsidP="00293828">
            <w:pPr>
              <w:rPr>
                <w:rFonts w:ascii="Times New Roman" w:hAnsi="Times New Roman" w:cs="Times New Roman"/>
                <w:szCs w:val="21"/>
              </w:rPr>
            </w:pPr>
          </w:p>
        </w:tc>
        <w:tc>
          <w:tcPr>
            <w:tcW w:w="1009" w:type="dxa"/>
            <w:vMerge/>
          </w:tcPr>
          <w:p w14:paraId="362FE62C" w14:textId="77777777" w:rsidR="00497B11" w:rsidRPr="00293828" w:rsidRDefault="00497B11" w:rsidP="00293828">
            <w:pPr>
              <w:rPr>
                <w:rFonts w:ascii="Times New Roman" w:hAnsi="Times New Roman" w:cs="Times New Roman"/>
                <w:szCs w:val="21"/>
              </w:rPr>
            </w:pPr>
          </w:p>
        </w:tc>
        <w:tc>
          <w:tcPr>
            <w:tcW w:w="1068" w:type="dxa"/>
            <w:vMerge/>
          </w:tcPr>
          <w:p w14:paraId="669E06DE" w14:textId="77777777" w:rsidR="00497B11" w:rsidRPr="00293828" w:rsidRDefault="00497B11" w:rsidP="00293828">
            <w:pPr>
              <w:rPr>
                <w:rFonts w:ascii="Times New Roman" w:hAnsi="Times New Roman" w:cs="Times New Roman"/>
                <w:szCs w:val="21"/>
              </w:rPr>
            </w:pPr>
          </w:p>
        </w:tc>
        <w:tc>
          <w:tcPr>
            <w:tcW w:w="1068" w:type="dxa"/>
            <w:vMerge/>
          </w:tcPr>
          <w:p w14:paraId="577A5E2B" w14:textId="77777777" w:rsidR="00497B11" w:rsidRPr="00293828" w:rsidRDefault="00497B11" w:rsidP="00293828">
            <w:pPr>
              <w:rPr>
                <w:rFonts w:ascii="Times New Roman" w:hAnsi="Times New Roman" w:cs="Times New Roman"/>
                <w:szCs w:val="21"/>
              </w:rPr>
            </w:pPr>
          </w:p>
        </w:tc>
      </w:tr>
      <w:tr w:rsidR="00497B11" w:rsidRPr="00293828" w14:paraId="3CF55E8E" w14:textId="77777777" w:rsidTr="009D45BD">
        <w:tc>
          <w:tcPr>
            <w:tcW w:w="969" w:type="dxa"/>
            <w:vMerge/>
          </w:tcPr>
          <w:p w14:paraId="7A7F8236" w14:textId="77777777" w:rsidR="00497B11" w:rsidRPr="00293828" w:rsidRDefault="00497B11" w:rsidP="00293828">
            <w:pPr>
              <w:rPr>
                <w:rFonts w:ascii="Times New Roman" w:hAnsi="Times New Roman" w:cs="Times New Roman"/>
                <w:szCs w:val="21"/>
              </w:rPr>
            </w:pPr>
          </w:p>
        </w:tc>
        <w:tc>
          <w:tcPr>
            <w:tcW w:w="1125" w:type="dxa"/>
            <w:vAlign w:val="center"/>
          </w:tcPr>
          <w:p w14:paraId="08B351E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204-&gt;213</w:t>
            </w:r>
          </w:p>
        </w:tc>
        <w:tc>
          <w:tcPr>
            <w:tcW w:w="1039" w:type="dxa"/>
            <w:vAlign w:val="center"/>
          </w:tcPr>
          <w:p w14:paraId="625996D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0.22069</w:t>
            </w:r>
          </w:p>
        </w:tc>
        <w:tc>
          <w:tcPr>
            <w:tcW w:w="1009" w:type="dxa"/>
            <w:vMerge/>
          </w:tcPr>
          <w:p w14:paraId="21FC3EA6" w14:textId="77777777" w:rsidR="00497B11" w:rsidRPr="00293828" w:rsidRDefault="00497B11" w:rsidP="00293828">
            <w:pPr>
              <w:rPr>
                <w:rFonts w:ascii="Times New Roman" w:hAnsi="Times New Roman" w:cs="Times New Roman"/>
                <w:szCs w:val="21"/>
              </w:rPr>
            </w:pPr>
          </w:p>
        </w:tc>
        <w:tc>
          <w:tcPr>
            <w:tcW w:w="1009" w:type="dxa"/>
            <w:vMerge/>
          </w:tcPr>
          <w:p w14:paraId="64FC34E7" w14:textId="77777777" w:rsidR="00497B11" w:rsidRPr="00293828" w:rsidRDefault="00497B11" w:rsidP="00293828">
            <w:pPr>
              <w:rPr>
                <w:rFonts w:ascii="Times New Roman" w:hAnsi="Times New Roman" w:cs="Times New Roman"/>
                <w:szCs w:val="21"/>
              </w:rPr>
            </w:pPr>
          </w:p>
        </w:tc>
        <w:tc>
          <w:tcPr>
            <w:tcW w:w="1009" w:type="dxa"/>
            <w:vMerge/>
          </w:tcPr>
          <w:p w14:paraId="3A867083" w14:textId="77777777" w:rsidR="00497B11" w:rsidRPr="00293828" w:rsidRDefault="00497B11" w:rsidP="00293828">
            <w:pPr>
              <w:rPr>
                <w:rFonts w:ascii="Times New Roman" w:hAnsi="Times New Roman" w:cs="Times New Roman"/>
                <w:szCs w:val="21"/>
              </w:rPr>
            </w:pPr>
          </w:p>
        </w:tc>
        <w:tc>
          <w:tcPr>
            <w:tcW w:w="1068" w:type="dxa"/>
            <w:vMerge/>
          </w:tcPr>
          <w:p w14:paraId="52972F53" w14:textId="77777777" w:rsidR="00497B11" w:rsidRPr="00293828" w:rsidRDefault="00497B11" w:rsidP="00293828">
            <w:pPr>
              <w:rPr>
                <w:rFonts w:ascii="Times New Roman" w:hAnsi="Times New Roman" w:cs="Times New Roman"/>
                <w:szCs w:val="21"/>
              </w:rPr>
            </w:pPr>
          </w:p>
        </w:tc>
        <w:tc>
          <w:tcPr>
            <w:tcW w:w="1068" w:type="dxa"/>
            <w:vMerge/>
          </w:tcPr>
          <w:p w14:paraId="0CFF65E9" w14:textId="77777777" w:rsidR="00497B11" w:rsidRPr="00293828" w:rsidRDefault="00497B11" w:rsidP="00293828">
            <w:pPr>
              <w:rPr>
                <w:rFonts w:ascii="Times New Roman" w:hAnsi="Times New Roman" w:cs="Times New Roman"/>
                <w:szCs w:val="21"/>
              </w:rPr>
            </w:pPr>
          </w:p>
        </w:tc>
      </w:tr>
      <w:tr w:rsidR="00497B11" w:rsidRPr="00293828" w14:paraId="1EF4C01E" w14:textId="77777777" w:rsidTr="009D45BD">
        <w:tc>
          <w:tcPr>
            <w:tcW w:w="969" w:type="dxa"/>
            <w:vMerge w:val="restart"/>
            <w:vAlign w:val="center"/>
          </w:tcPr>
          <w:p w14:paraId="2C394F4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29</w:t>
            </w:r>
          </w:p>
        </w:tc>
        <w:tc>
          <w:tcPr>
            <w:tcW w:w="1125" w:type="dxa"/>
            <w:vAlign w:val="center"/>
          </w:tcPr>
          <w:p w14:paraId="2DA3C4B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185-&gt;206</w:t>
            </w:r>
          </w:p>
        </w:tc>
        <w:tc>
          <w:tcPr>
            <w:tcW w:w="1039" w:type="dxa"/>
            <w:vAlign w:val="center"/>
          </w:tcPr>
          <w:p w14:paraId="7EBD88F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0.1455</w:t>
            </w:r>
          </w:p>
        </w:tc>
        <w:tc>
          <w:tcPr>
            <w:tcW w:w="1009" w:type="dxa"/>
            <w:vMerge w:val="restart"/>
            <w:vAlign w:val="center"/>
          </w:tcPr>
          <w:p w14:paraId="483CAE0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7.4254</w:t>
            </w:r>
          </w:p>
        </w:tc>
        <w:tc>
          <w:tcPr>
            <w:tcW w:w="1009" w:type="dxa"/>
            <w:vMerge w:val="restart"/>
            <w:vAlign w:val="center"/>
          </w:tcPr>
          <w:p w14:paraId="5AECCF8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166.97</w:t>
            </w:r>
          </w:p>
        </w:tc>
        <w:tc>
          <w:tcPr>
            <w:tcW w:w="1009" w:type="dxa"/>
            <w:vMerge w:val="restart"/>
            <w:vAlign w:val="center"/>
          </w:tcPr>
          <w:p w14:paraId="49E171F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0.0548</w:t>
            </w:r>
          </w:p>
        </w:tc>
        <w:tc>
          <w:tcPr>
            <w:tcW w:w="1068" w:type="dxa"/>
            <w:vMerge w:val="restart"/>
            <w:vAlign w:val="center"/>
          </w:tcPr>
          <w:p w14:paraId="68DDCBF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-9.6687</w:t>
            </w:r>
          </w:p>
        </w:tc>
        <w:tc>
          <w:tcPr>
            <w:tcW w:w="1068" w:type="dxa"/>
            <w:vMerge w:val="restart"/>
            <w:vAlign w:val="center"/>
          </w:tcPr>
          <w:p w14:paraId="1FE7E97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-9.6303</w:t>
            </w:r>
          </w:p>
        </w:tc>
      </w:tr>
      <w:tr w:rsidR="00497B11" w:rsidRPr="00293828" w14:paraId="73F840E6" w14:textId="77777777" w:rsidTr="009D45BD">
        <w:tc>
          <w:tcPr>
            <w:tcW w:w="969" w:type="dxa"/>
            <w:vMerge/>
          </w:tcPr>
          <w:p w14:paraId="2E7B0DB9" w14:textId="77777777" w:rsidR="00497B11" w:rsidRPr="00293828" w:rsidRDefault="00497B11" w:rsidP="00293828">
            <w:pPr>
              <w:rPr>
                <w:rFonts w:ascii="Times New Roman" w:hAnsi="Times New Roman" w:cs="Times New Roman"/>
                <w:szCs w:val="21"/>
              </w:rPr>
            </w:pPr>
          </w:p>
        </w:tc>
        <w:tc>
          <w:tcPr>
            <w:tcW w:w="1125" w:type="dxa"/>
            <w:vAlign w:val="center"/>
          </w:tcPr>
          <w:p w14:paraId="41CA4F5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187-&gt;206</w:t>
            </w:r>
          </w:p>
        </w:tc>
        <w:tc>
          <w:tcPr>
            <w:tcW w:w="1039" w:type="dxa"/>
            <w:vAlign w:val="center"/>
          </w:tcPr>
          <w:p w14:paraId="0952B45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0.2136</w:t>
            </w:r>
          </w:p>
        </w:tc>
        <w:tc>
          <w:tcPr>
            <w:tcW w:w="1009" w:type="dxa"/>
            <w:vMerge/>
          </w:tcPr>
          <w:p w14:paraId="44DD517C" w14:textId="77777777" w:rsidR="00497B11" w:rsidRPr="00293828" w:rsidRDefault="00497B11" w:rsidP="00293828">
            <w:pPr>
              <w:rPr>
                <w:rFonts w:ascii="Times New Roman" w:hAnsi="Times New Roman" w:cs="Times New Roman"/>
                <w:szCs w:val="21"/>
              </w:rPr>
            </w:pPr>
          </w:p>
        </w:tc>
        <w:tc>
          <w:tcPr>
            <w:tcW w:w="1009" w:type="dxa"/>
            <w:vMerge/>
          </w:tcPr>
          <w:p w14:paraId="798BE0C1" w14:textId="77777777" w:rsidR="00497B11" w:rsidRPr="00293828" w:rsidRDefault="00497B11" w:rsidP="00293828">
            <w:pPr>
              <w:rPr>
                <w:rFonts w:ascii="Times New Roman" w:hAnsi="Times New Roman" w:cs="Times New Roman"/>
                <w:szCs w:val="21"/>
              </w:rPr>
            </w:pPr>
          </w:p>
        </w:tc>
        <w:tc>
          <w:tcPr>
            <w:tcW w:w="1009" w:type="dxa"/>
            <w:vMerge/>
          </w:tcPr>
          <w:p w14:paraId="063A3CBC" w14:textId="77777777" w:rsidR="00497B11" w:rsidRPr="00293828" w:rsidRDefault="00497B11" w:rsidP="00293828">
            <w:pPr>
              <w:rPr>
                <w:rFonts w:ascii="Times New Roman" w:hAnsi="Times New Roman" w:cs="Times New Roman"/>
                <w:szCs w:val="21"/>
              </w:rPr>
            </w:pPr>
          </w:p>
        </w:tc>
        <w:tc>
          <w:tcPr>
            <w:tcW w:w="1068" w:type="dxa"/>
            <w:vMerge/>
          </w:tcPr>
          <w:p w14:paraId="0338AC14" w14:textId="77777777" w:rsidR="00497B11" w:rsidRPr="00293828" w:rsidRDefault="00497B11" w:rsidP="00293828">
            <w:pPr>
              <w:rPr>
                <w:rFonts w:ascii="Times New Roman" w:hAnsi="Times New Roman" w:cs="Times New Roman"/>
                <w:szCs w:val="21"/>
              </w:rPr>
            </w:pPr>
          </w:p>
        </w:tc>
        <w:tc>
          <w:tcPr>
            <w:tcW w:w="1068" w:type="dxa"/>
            <w:vMerge/>
          </w:tcPr>
          <w:p w14:paraId="302E1C16" w14:textId="77777777" w:rsidR="00497B11" w:rsidRPr="00293828" w:rsidRDefault="00497B11" w:rsidP="00293828">
            <w:pPr>
              <w:rPr>
                <w:rFonts w:ascii="Times New Roman" w:hAnsi="Times New Roman" w:cs="Times New Roman"/>
                <w:szCs w:val="21"/>
              </w:rPr>
            </w:pPr>
          </w:p>
        </w:tc>
      </w:tr>
      <w:tr w:rsidR="00497B11" w:rsidRPr="00293828" w14:paraId="6A487F17" w14:textId="77777777" w:rsidTr="009D45BD">
        <w:tc>
          <w:tcPr>
            <w:tcW w:w="969" w:type="dxa"/>
            <w:vMerge/>
          </w:tcPr>
          <w:p w14:paraId="15DE9E49" w14:textId="77777777" w:rsidR="00497B11" w:rsidRPr="00293828" w:rsidRDefault="00497B11" w:rsidP="00293828">
            <w:pPr>
              <w:rPr>
                <w:rFonts w:ascii="Times New Roman" w:hAnsi="Times New Roman" w:cs="Times New Roman"/>
                <w:szCs w:val="21"/>
              </w:rPr>
            </w:pPr>
          </w:p>
        </w:tc>
        <w:tc>
          <w:tcPr>
            <w:tcW w:w="1125" w:type="dxa"/>
            <w:vAlign w:val="center"/>
          </w:tcPr>
          <w:p w14:paraId="186B0B3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204-&gt;207</w:t>
            </w:r>
          </w:p>
        </w:tc>
        <w:tc>
          <w:tcPr>
            <w:tcW w:w="1039" w:type="dxa"/>
            <w:vAlign w:val="center"/>
          </w:tcPr>
          <w:p w14:paraId="5D994B3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-0.15372</w:t>
            </w:r>
          </w:p>
        </w:tc>
        <w:tc>
          <w:tcPr>
            <w:tcW w:w="1009" w:type="dxa"/>
            <w:vMerge/>
          </w:tcPr>
          <w:p w14:paraId="5CE84756" w14:textId="77777777" w:rsidR="00497B11" w:rsidRPr="00293828" w:rsidRDefault="00497B11" w:rsidP="00293828">
            <w:pPr>
              <w:rPr>
                <w:rFonts w:ascii="Times New Roman" w:hAnsi="Times New Roman" w:cs="Times New Roman"/>
                <w:szCs w:val="21"/>
              </w:rPr>
            </w:pPr>
          </w:p>
        </w:tc>
        <w:tc>
          <w:tcPr>
            <w:tcW w:w="1009" w:type="dxa"/>
            <w:vMerge/>
          </w:tcPr>
          <w:p w14:paraId="5605A8D3" w14:textId="77777777" w:rsidR="00497B11" w:rsidRPr="00293828" w:rsidRDefault="00497B11" w:rsidP="00293828">
            <w:pPr>
              <w:rPr>
                <w:rFonts w:ascii="Times New Roman" w:hAnsi="Times New Roman" w:cs="Times New Roman"/>
                <w:szCs w:val="21"/>
              </w:rPr>
            </w:pPr>
          </w:p>
        </w:tc>
        <w:tc>
          <w:tcPr>
            <w:tcW w:w="1009" w:type="dxa"/>
            <w:vMerge/>
          </w:tcPr>
          <w:p w14:paraId="322A86C9" w14:textId="77777777" w:rsidR="00497B11" w:rsidRPr="00293828" w:rsidRDefault="00497B11" w:rsidP="00293828">
            <w:pPr>
              <w:rPr>
                <w:rFonts w:ascii="Times New Roman" w:hAnsi="Times New Roman" w:cs="Times New Roman"/>
                <w:szCs w:val="21"/>
              </w:rPr>
            </w:pPr>
          </w:p>
        </w:tc>
        <w:tc>
          <w:tcPr>
            <w:tcW w:w="1068" w:type="dxa"/>
            <w:vMerge/>
          </w:tcPr>
          <w:p w14:paraId="2481A895" w14:textId="77777777" w:rsidR="00497B11" w:rsidRPr="00293828" w:rsidRDefault="00497B11" w:rsidP="00293828">
            <w:pPr>
              <w:rPr>
                <w:rFonts w:ascii="Times New Roman" w:hAnsi="Times New Roman" w:cs="Times New Roman"/>
                <w:szCs w:val="21"/>
              </w:rPr>
            </w:pPr>
          </w:p>
        </w:tc>
        <w:tc>
          <w:tcPr>
            <w:tcW w:w="1068" w:type="dxa"/>
            <w:vMerge/>
          </w:tcPr>
          <w:p w14:paraId="1D2D349F" w14:textId="77777777" w:rsidR="00497B11" w:rsidRPr="00293828" w:rsidRDefault="00497B11" w:rsidP="00293828">
            <w:pPr>
              <w:rPr>
                <w:rFonts w:ascii="Times New Roman" w:hAnsi="Times New Roman" w:cs="Times New Roman"/>
                <w:szCs w:val="21"/>
              </w:rPr>
            </w:pPr>
          </w:p>
        </w:tc>
      </w:tr>
      <w:tr w:rsidR="00497B11" w:rsidRPr="00293828" w14:paraId="463613C1" w14:textId="77777777" w:rsidTr="009D45BD">
        <w:tc>
          <w:tcPr>
            <w:tcW w:w="969" w:type="dxa"/>
            <w:vMerge w:val="restart"/>
            <w:vAlign w:val="center"/>
          </w:tcPr>
          <w:p w14:paraId="7A40928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30</w:t>
            </w:r>
          </w:p>
        </w:tc>
        <w:tc>
          <w:tcPr>
            <w:tcW w:w="1125" w:type="dxa"/>
            <w:vAlign w:val="center"/>
          </w:tcPr>
          <w:p w14:paraId="1A4365C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201-&gt;208</w:t>
            </w:r>
          </w:p>
        </w:tc>
        <w:tc>
          <w:tcPr>
            <w:tcW w:w="1039" w:type="dxa"/>
            <w:vAlign w:val="center"/>
          </w:tcPr>
          <w:p w14:paraId="26A501A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-0.1531</w:t>
            </w:r>
          </w:p>
        </w:tc>
        <w:tc>
          <w:tcPr>
            <w:tcW w:w="1009" w:type="dxa"/>
            <w:vMerge w:val="restart"/>
            <w:vAlign w:val="center"/>
          </w:tcPr>
          <w:p w14:paraId="233E170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7.4447</w:t>
            </w:r>
          </w:p>
        </w:tc>
        <w:tc>
          <w:tcPr>
            <w:tcW w:w="1009" w:type="dxa"/>
            <w:vMerge w:val="restart"/>
            <w:vAlign w:val="center"/>
          </w:tcPr>
          <w:p w14:paraId="20061E7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166.54</w:t>
            </w:r>
          </w:p>
        </w:tc>
        <w:tc>
          <w:tcPr>
            <w:tcW w:w="1009" w:type="dxa"/>
            <w:vMerge w:val="restart"/>
            <w:vAlign w:val="center"/>
          </w:tcPr>
          <w:p w14:paraId="25CB9A8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0.0266</w:t>
            </w:r>
          </w:p>
        </w:tc>
        <w:tc>
          <w:tcPr>
            <w:tcW w:w="1068" w:type="dxa"/>
            <w:vMerge w:val="restart"/>
            <w:vAlign w:val="center"/>
          </w:tcPr>
          <w:p w14:paraId="0EF47BC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-33.7448</w:t>
            </w:r>
          </w:p>
        </w:tc>
        <w:tc>
          <w:tcPr>
            <w:tcW w:w="1068" w:type="dxa"/>
            <w:vMerge w:val="restart"/>
            <w:vAlign w:val="center"/>
          </w:tcPr>
          <w:p w14:paraId="543D140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-33.5875</w:t>
            </w:r>
          </w:p>
        </w:tc>
      </w:tr>
      <w:tr w:rsidR="00497B11" w:rsidRPr="00293828" w14:paraId="2E6F48B7" w14:textId="77777777" w:rsidTr="009D45BD">
        <w:tc>
          <w:tcPr>
            <w:tcW w:w="969" w:type="dxa"/>
            <w:vMerge/>
          </w:tcPr>
          <w:p w14:paraId="23A0AA55" w14:textId="77777777" w:rsidR="00497B11" w:rsidRPr="00293828" w:rsidRDefault="00497B11" w:rsidP="00293828">
            <w:pPr>
              <w:rPr>
                <w:rFonts w:ascii="Times New Roman" w:hAnsi="Times New Roman" w:cs="Times New Roman"/>
                <w:szCs w:val="21"/>
              </w:rPr>
            </w:pPr>
          </w:p>
        </w:tc>
        <w:tc>
          <w:tcPr>
            <w:tcW w:w="1125" w:type="dxa"/>
            <w:vAlign w:val="center"/>
          </w:tcPr>
          <w:p w14:paraId="65B342D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202-&gt;207</w:t>
            </w:r>
          </w:p>
        </w:tc>
        <w:tc>
          <w:tcPr>
            <w:tcW w:w="1039" w:type="dxa"/>
            <w:vAlign w:val="center"/>
          </w:tcPr>
          <w:p w14:paraId="2918024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0.19467</w:t>
            </w:r>
          </w:p>
        </w:tc>
        <w:tc>
          <w:tcPr>
            <w:tcW w:w="1009" w:type="dxa"/>
            <w:vMerge/>
          </w:tcPr>
          <w:p w14:paraId="191C4546" w14:textId="77777777" w:rsidR="00497B11" w:rsidRPr="00293828" w:rsidRDefault="00497B11" w:rsidP="00293828">
            <w:pPr>
              <w:rPr>
                <w:rFonts w:ascii="Times New Roman" w:hAnsi="Times New Roman" w:cs="Times New Roman"/>
                <w:szCs w:val="21"/>
              </w:rPr>
            </w:pPr>
          </w:p>
        </w:tc>
        <w:tc>
          <w:tcPr>
            <w:tcW w:w="1009" w:type="dxa"/>
            <w:vMerge/>
          </w:tcPr>
          <w:p w14:paraId="6C9A3BFC" w14:textId="77777777" w:rsidR="00497B11" w:rsidRPr="00293828" w:rsidRDefault="00497B11" w:rsidP="00293828">
            <w:pPr>
              <w:rPr>
                <w:rFonts w:ascii="Times New Roman" w:hAnsi="Times New Roman" w:cs="Times New Roman"/>
                <w:szCs w:val="21"/>
              </w:rPr>
            </w:pPr>
          </w:p>
        </w:tc>
        <w:tc>
          <w:tcPr>
            <w:tcW w:w="1009" w:type="dxa"/>
            <w:vMerge/>
          </w:tcPr>
          <w:p w14:paraId="73FC1D2B" w14:textId="77777777" w:rsidR="00497B11" w:rsidRPr="00293828" w:rsidRDefault="00497B11" w:rsidP="00293828">
            <w:pPr>
              <w:rPr>
                <w:rFonts w:ascii="Times New Roman" w:hAnsi="Times New Roman" w:cs="Times New Roman"/>
                <w:szCs w:val="21"/>
              </w:rPr>
            </w:pPr>
          </w:p>
        </w:tc>
        <w:tc>
          <w:tcPr>
            <w:tcW w:w="1068" w:type="dxa"/>
            <w:vMerge/>
          </w:tcPr>
          <w:p w14:paraId="29F7E6BF" w14:textId="77777777" w:rsidR="00497B11" w:rsidRPr="00293828" w:rsidRDefault="00497B11" w:rsidP="00293828">
            <w:pPr>
              <w:rPr>
                <w:rFonts w:ascii="Times New Roman" w:hAnsi="Times New Roman" w:cs="Times New Roman"/>
                <w:szCs w:val="21"/>
              </w:rPr>
            </w:pPr>
          </w:p>
        </w:tc>
        <w:tc>
          <w:tcPr>
            <w:tcW w:w="1068" w:type="dxa"/>
            <w:vMerge/>
          </w:tcPr>
          <w:p w14:paraId="265BE50F" w14:textId="77777777" w:rsidR="00497B11" w:rsidRPr="00293828" w:rsidRDefault="00497B11" w:rsidP="00293828">
            <w:pPr>
              <w:rPr>
                <w:rFonts w:ascii="Times New Roman" w:hAnsi="Times New Roman" w:cs="Times New Roman"/>
                <w:szCs w:val="21"/>
              </w:rPr>
            </w:pPr>
          </w:p>
        </w:tc>
      </w:tr>
      <w:tr w:rsidR="00497B11" w:rsidRPr="00293828" w14:paraId="6037C4D3" w14:textId="77777777" w:rsidTr="009D45BD">
        <w:tc>
          <w:tcPr>
            <w:tcW w:w="969" w:type="dxa"/>
            <w:vMerge w:val="restart"/>
            <w:vAlign w:val="center"/>
          </w:tcPr>
          <w:p w14:paraId="7E456D4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31</w:t>
            </w:r>
          </w:p>
        </w:tc>
        <w:tc>
          <w:tcPr>
            <w:tcW w:w="1125" w:type="dxa"/>
            <w:vAlign w:val="center"/>
          </w:tcPr>
          <w:p w14:paraId="487DD34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195-&gt;207</w:t>
            </w:r>
          </w:p>
        </w:tc>
        <w:tc>
          <w:tcPr>
            <w:tcW w:w="1039" w:type="dxa"/>
            <w:vAlign w:val="center"/>
          </w:tcPr>
          <w:p w14:paraId="1E1EEAC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-0.14508</w:t>
            </w:r>
          </w:p>
        </w:tc>
        <w:tc>
          <w:tcPr>
            <w:tcW w:w="1009" w:type="dxa"/>
            <w:vMerge w:val="restart"/>
            <w:vAlign w:val="center"/>
          </w:tcPr>
          <w:p w14:paraId="2322105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7.4493</w:t>
            </w:r>
          </w:p>
        </w:tc>
        <w:tc>
          <w:tcPr>
            <w:tcW w:w="1009" w:type="dxa"/>
            <w:vMerge w:val="restart"/>
            <w:vAlign w:val="center"/>
          </w:tcPr>
          <w:p w14:paraId="6CDA967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166.44</w:t>
            </w:r>
          </w:p>
        </w:tc>
        <w:tc>
          <w:tcPr>
            <w:tcW w:w="1009" w:type="dxa"/>
            <w:vMerge w:val="restart"/>
            <w:vAlign w:val="center"/>
          </w:tcPr>
          <w:p w14:paraId="18CBA63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0.0077</w:t>
            </w:r>
          </w:p>
        </w:tc>
        <w:tc>
          <w:tcPr>
            <w:tcW w:w="1068" w:type="dxa"/>
            <w:vMerge w:val="restart"/>
            <w:vAlign w:val="center"/>
          </w:tcPr>
          <w:p w14:paraId="57B4EC1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24.5555</w:t>
            </w:r>
          </w:p>
        </w:tc>
        <w:tc>
          <w:tcPr>
            <w:tcW w:w="1068" w:type="dxa"/>
            <w:vMerge w:val="restart"/>
            <w:vAlign w:val="center"/>
          </w:tcPr>
          <w:p w14:paraId="52D2133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25.2312</w:t>
            </w:r>
          </w:p>
        </w:tc>
      </w:tr>
      <w:tr w:rsidR="00497B11" w:rsidRPr="00293828" w14:paraId="50BC393F" w14:textId="77777777" w:rsidTr="009D45BD">
        <w:tc>
          <w:tcPr>
            <w:tcW w:w="969" w:type="dxa"/>
            <w:vMerge/>
          </w:tcPr>
          <w:p w14:paraId="5686B40F" w14:textId="77777777" w:rsidR="00497B11" w:rsidRPr="00293828" w:rsidRDefault="00497B11" w:rsidP="00293828">
            <w:pPr>
              <w:rPr>
                <w:rFonts w:ascii="Times New Roman" w:hAnsi="Times New Roman" w:cs="Times New Roman"/>
                <w:szCs w:val="21"/>
              </w:rPr>
            </w:pPr>
          </w:p>
        </w:tc>
        <w:tc>
          <w:tcPr>
            <w:tcW w:w="1125" w:type="dxa"/>
            <w:vAlign w:val="center"/>
          </w:tcPr>
          <w:p w14:paraId="08B6826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201-&gt;208</w:t>
            </w:r>
          </w:p>
        </w:tc>
        <w:tc>
          <w:tcPr>
            <w:tcW w:w="1039" w:type="dxa"/>
            <w:vAlign w:val="center"/>
          </w:tcPr>
          <w:p w14:paraId="5CB4C8C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0.18023</w:t>
            </w:r>
          </w:p>
        </w:tc>
        <w:tc>
          <w:tcPr>
            <w:tcW w:w="1009" w:type="dxa"/>
            <w:vMerge/>
          </w:tcPr>
          <w:p w14:paraId="1E86AE8B" w14:textId="77777777" w:rsidR="00497B11" w:rsidRPr="00293828" w:rsidRDefault="00497B11" w:rsidP="00293828">
            <w:pPr>
              <w:rPr>
                <w:rFonts w:ascii="Times New Roman" w:hAnsi="Times New Roman" w:cs="Times New Roman"/>
                <w:szCs w:val="21"/>
              </w:rPr>
            </w:pPr>
          </w:p>
        </w:tc>
        <w:tc>
          <w:tcPr>
            <w:tcW w:w="1009" w:type="dxa"/>
            <w:vMerge/>
          </w:tcPr>
          <w:p w14:paraId="2FE2CBD6" w14:textId="77777777" w:rsidR="00497B11" w:rsidRPr="00293828" w:rsidRDefault="00497B11" w:rsidP="00293828">
            <w:pPr>
              <w:rPr>
                <w:rFonts w:ascii="Times New Roman" w:hAnsi="Times New Roman" w:cs="Times New Roman"/>
                <w:szCs w:val="21"/>
              </w:rPr>
            </w:pPr>
          </w:p>
        </w:tc>
        <w:tc>
          <w:tcPr>
            <w:tcW w:w="1009" w:type="dxa"/>
            <w:vMerge/>
          </w:tcPr>
          <w:p w14:paraId="2AB29335" w14:textId="77777777" w:rsidR="00497B11" w:rsidRPr="00293828" w:rsidRDefault="00497B11" w:rsidP="00293828">
            <w:pPr>
              <w:rPr>
                <w:rFonts w:ascii="Times New Roman" w:hAnsi="Times New Roman" w:cs="Times New Roman"/>
                <w:szCs w:val="21"/>
              </w:rPr>
            </w:pPr>
          </w:p>
        </w:tc>
        <w:tc>
          <w:tcPr>
            <w:tcW w:w="1068" w:type="dxa"/>
            <w:vMerge/>
          </w:tcPr>
          <w:p w14:paraId="1FC61027" w14:textId="77777777" w:rsidR="00497B11" w:rsidRPr="00293828" w:rsidRDefault="00497B11" w:rsidP="00293828">
            <w:pPr>
              <w:rPr>
                <w:rFonts w:ascii="Times New Roman" w:hAnsi="Times New Roman" w:cs="Times New Roman"/>
                <w:szCs w:val="21"/>
              </w:rPr>
            </w:pPr>
          </w:p>
        </w:tc>
        <w:tc>
          <w:tcPr>
            <w:tcW w:w="1068" w:type="dxa"/>
            <w:vMerge/>
          </w:tcPr>
          <w:p w14:paraId="0C666EFB" w14:textId="77777777" w:rsidR="00497B11" w:rsidRPr="00293828" w:rsidRDefault="00497B11" w:rsidP="00293828">
            <w:pPr>
              <w:rPr>
                <w:rFonts w:ascii="Times New Roman" w:hAnsi="Times New Roman" w:cs="Times New Roman"/>
                <w:szCs w:val="21"/>
              </w:rPr>
            </w:pPr>
          </w:p>
        </w:tc>
      </w:tr>
      <w:tr w:rsidR="00497B11" w:rsidRPr="00293828" w14:paraId="7A543418" w14:textId="77777777" w:rsidTr="009D45BD">
        <w:tc>
          <w:tcPr>
            <w:tcW w:w="969" w:type="dxa"/>
            <w:vMerge/>
          </w:tcPr>
          <w:p w14:paraId="5FED0A37" w14:textId="77777777" w:rsidR="00497B11" w:rsidRPr="00293828" w:rsidRDefault="00497B11" w:rsidP="00293828">
            <w:pPr>
              <w:rPr>
                <w:rFonts w:ascii="Times New Roman" w:hAnsi="Times New Roman" w:cs="Times New Roman"/>
                <w:szCs w:val="21"/>
              </w:rPr>
            </w:pPr>
          </w:p>
        </w:tc>
        <w:tc>
          <w:tcPr>
            <w:tcW w:w="1125" w:type="dxa"/>
            <w:vAlign w:val="center"/>
          </w:tcPr>
          <w:p w14:paraId="23ADC22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202-&gt;206</w:t>
            </w:r>
          </w:p>
        </w:tc>
        <w:tc>
          <w:tcPr>
            <w:tcW w:w="1039" w:type="dxa"/>
            <w:vAlign w:val="center"/>
          </w:tcPr>
          <w:p w14:paraId="5BFD909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0.15004</w:t>
            </w:r>
          </w:p>
        </w:tc>
        <w:tc>
          <w:tcPr>
            <w:tcW w:w="1009" w:type="dxa"/>
            <w:vMerge/>
          </w:tcPr>
          <w:p w14:paraId="29A1669F" w14:textId="77777777" w:rsidR="00497B11" w:rsidRPr="00293828" w:rsidRDefault="00497B11" w:rsidP="00293828">
            <w:pPr>
              <w:rPr>
                <w:rFonts w:ascii="Times New Roman" w:hAnsi="Times New Roman" w:cs="Times New Roman"/>
                <w:szCs w:val="21"/>
              </w:rPr>
            </w:pPr>
          </w:p>
        </w:tc>
        <w:tc>
          <w:tcPr>
            <w:tcW w:w="1009" w:type="dxa"/>
            <w:vMerge/>
          </w:tcPr>
          <w:p w14:paraId="2FEAB336" w14:textId="77777777" w:rsidR="00497B11" w:rsidRPr="00293828" w:rsidRDefault="00497B11" w:rsidP="00293828">
            <w:pPr>
              <w:rPr>
                <w:rFonts w:ascii="Times New Roman" w:hAnsi="Times New Roman" w:cs="Times New Roman"/>
                <w:szCs w:val="21"/>
              </w:rPr>
            </w:pPr>
          </w:p>
        </w:tc>
        <w:tc>
          <w:tcPr>
            <w:tcW w:w="1009" w:type="dxa"/>
            <w:vMerge/>
          </w:tcPr>
          <w:p w14:paraId="59E9E31A" w14:textId="77777777" w:rsidR="00497B11" w:rsidRPr="00293828" w:rsidRDefault="00497B11" w:rsidP="00293828">
            <w:pPr>
              <w:rPr>
                <w:rFonts w:ascii="Times New Roman" w:hAnsi="Times New Roman" w:cs="Times New Roman"/>
                <w:szCs w:val="21"/>
              </w:rPr>
            </w:pPr>
          </w:p>
        </w:tc>
        <w:tc>
          <w:tcPr>
            <w:tcW w:w="1068" w:type="dxa"/>
            <w:vMerge/>
          </w:tcPr>
          <w:p w14:paraId="7CBA3708" w14:textId="77777777" w:rsidR="00497B11" w:rsidRPr="00293828" w:rsidRDefault="00497B11" w:rsidP="00293828">
            <w:pPr>
              <w:rPr>
                <w:rFonts w:ascii="Times New Roman" w:hAnsi="Times New Roman" w:cs="Times New Roman"/>
                <w:szCs w:val="21"/>
              </w:rPr>
            </w:pPr>
          </w:p>
        </w:tc>
        <w:tc>
          <w:tcPr>
            <w:tcW w:w="1068" w:type="dxa"/>
            <w:vMerge/>
          </w:tcPr>
          <w:p w14:paraId="0EDE1EE7" w14:textId="77777777" w:rsidR="00497B11" w:rsidRPr="00293828" w:rsidRDefault="00497B11" w:rsidP="00293828">
            <w:pPr>
              <w:rPr>
                <w:rFonts w:ascii="Times New Roman" w:hAnsi="Times New Roman" w:cs="Times New Roman"/>
                <w:szCs w:val="21"/>
              </w:rPr>
            </w:pPr>
          </w:p>
        </w:tc>
      </w:tr>
      <w:tr w:rsidR="00497B11" w:rsidRPr="00293828" w14:paraId="40908DEC" w14:textId="77777777" w:rsidTr="009D45BD">
        <w:tc>
          <w:tcPr>
            <w:tcW w:w="969" w:type="dxa"/>
            <w:vMerge/>
          </w:tcPr>
          <w:p w14:paraId="0B5F750F" w14:textId="77777777" w:rsidR="00497B11" w:rsidRPr="00293828" w:rsidRDefault="00497B11" w:rsidP="00293828">
            <w:pPr>
              <w:rPr>
                <w:rFonts w:ascii="Times New Roman" w:hAnsi="Times New Roman" w:cs="Times New Roman"/>
                <w:szCs w:val="21"/>
              </w:rPr>
            </w:pPr>
          </w:p>
        </w:tc>
        <w:tc>
          <w:tcPr>
            <w:tcW w:w="1125" w:type="dxa"/>
            <w:vAlign w:val="center"/>
          </w:tcPr>
          <w:p w14:paraId="681A692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204-&gt;207</w:t>
            </w:r>
          </w:p>
        </w:tc>
        <w:tc>
          <w:tcPr>
            <w:tcW w:w="1039" w:type="dxa"/>
            <w:vAlign w:val="center"/>
          </w:tcPr>
          <w:p w14:paraId="58402F6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-0.16546</w:t>
            </w:r>
          </w:p>
        </w:tc>
        <w:tc>
          <w:tcPr>
            <w:tcW w:w="1009" w:type="dxa"/>
            <w:vMerge/>
          </w:tcPr>
          <w:p w14:paraId="3166FAB4" w14:textId="77777777" w:rsidR="00497B11" w:rsidRPr="00293828" w:rsidRDefault="00497B11" w:rsidP="00293828">
            <w:pPr>
              <w:rPr>
                <w:rFonts w:ascii="Times New Roman" w:hAnsi="Times New Roman" w:cs="Times New Roman"/>
                <w:szCs w:val="21"/>
              </w:rPr>
            </w:pPr>
          </w:p>
        </w:tc>
        <w:tc>
          <w:tcPr>
            <w:tcW w:w="1009" w:type="dxa"/>
            <w:vMerge/>
          </w:tcPr>
          <w:p w14:paraId="56AC8A08" w14:textId="77777777" w:rsidR="00497B11" w:rsidRPr="00293828" w:rsidRDefault="00497B11" w:rsidP="00293828">
            <w:pPr>
              <w:rPr>
                <w:rFonts w:ascii="Times New Roman" w:hAnsi="Times New Roman" w:cs="Times New Roman"/>
                <w:szCs w:val="21"/>
              </w:rPr>
            </w:pPr>
          </w:p>
        </w:tc>
        <w:tc>
          <w:tcPr>
            <w:tcW w:w="1009" w:type="dxa"/>
            <w:vMerge/>
          </w:tcPr>
          <w:p w14:paraId="3438290D" w14:textId="77777777" w:rsidR="00497B11" w:rsidRPr="00293828" w:rsidRDefault="00497B11" w:rsidP="00293828">
            <w:pPr>
              <w:rPr>
                <w:rFonts w:ascii="Times New Roman" w:hAnsi="Times New Roman" w:cs="Times New Roman"/>
                <w:szCs w:val="21"/>
              </w:rPr>
            </w:pPr>
          </w:p>
        </w:tc>
        <w:tc>
          <w:tcPr>
            <w:tcW w:w="1068" w:type="dxa"/>
            <w:vMerge/>
          </w:tcPr>
          <w:p w14:paraId="698BB0E3" w14:textId="77777777" w:rsidR="00497B11" w:rsidRPr="00293828" w:rsidRDefault="00497B11" w:rsidP="00293828">
            <w:pPr>
              <w:rPr>
                <w:rFonts w:ascii="Times New Roman" w:hAnsi="Times New Roman" w:cs="Times New Roman"/>
                <w:szCs w:val="21"/>
              </w:rPr>
            </w:pPr>
          </w:p>
        </w:tc>
        <w:tc>
          <w:tcPr>
            <w:tcW w:w="1068" w:type="dxa"/>
            <w:vMerge/>
          </w:tcPr>
          <w:p w14:paraId="2F0DD426" w14:textId="77777777" w:rsidR="00497B11" w:rsidRPr="00293828" w:rsidRDefault="00497B11" w:rsidP="00293828">
            <w:pPr>
              <w:rPr>
                <w:rFonts w:ascii="Times New Roman" w:hAnsi="Times New Roman" w:cs="Times New Roman"/>
                <w:szCs w:val="21"/>
              </w:rPr>
            </w:pPr>
          </w:p>
        </w:tc>
      </w:tr>
      <w:tr w:rsidR="00497B11" w:rsidRPr="00293828" w14:paraId="7618F12D" w14:textId="77777777" w:rsidTr="009D45BD">
        <w:tc>
          <w:tcPr>
            <w:tcW w:w="969" w:type="dxa"/>
            <w:vAlign w:val="center"/>
          </w:tcPr>
          <w:p w14:paraId="04A1619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32</w:t>
            </w:r>
          </w:p>
        </w:tc>
        <w:tc>
          <w:tcPr>
            <w:tcW w:w="1125" w:type="dxa"/>
            <w:vAlign w:val="center"/>
          </w:tcPr>
          <w:p w14:paraId="3E29A2F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180-&gt;206</w:t>
            </w:r>
          </w:p>
        </w:tc>
        <w:tc>
          <w:tcPr>
            <w:tcW w:w="1039" w:type="dxa"/>
            <w:vAlign w:val="center"/>
          </w:tcPr>
          <w:p w14:paraId="5E5CBD2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-0.18475</w:t>
            </w:r>
          </w:p>
        </w:tc>
        <w:tc>
          <w:tcPr>
            <w:tcW w:w="1009" w:type="dxa"/>
            <w:vAlign w:val="center"/>
          </w:tcPr>
          <w:p w14:paraId="26D19DE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7.5095</w:t>
            </w:r>
          </w:p>
        </w:tc>
        <w:tc>
          <w:tcPr>
            <w:tcW w:w="1009" w:type="dxa"/>
            <w:vAlign w:val="center"/>
          </w:tcPr>
          <w:p w14:paraId="52A419E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165.10</w:t>
            </w:r>
          </w:p>
        </w:tc>
        <w:tc>
          <w:tcPr>
            <w:tcW w:w="1009" w:type="dxa"/>
            <w:vAlign w:val="center"/>
          </w:tcPr>
          <w:p w14:paraId="7C82DBC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0.2350</w:t>
            </w:r>
          </w:p>
        </w:tc>
        <w:tc>
          <w:tcPr>
            <w:tcW w:w="1068" w:type="dxa"/>
            <w:vAlign w:val="center"/>
          </w:tcPr>
          <w:p w14:paraId="433757B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101.7137</w:t>
            </w:r>
          </w:p>
        </w:tc>
        <w:tc>
          <w:tcPr>
            <w:tcW w:w="1068" w:type="dxa"/>
            <w:vAlign w:val="center"/>
          </w:tcPr>
          <w:p w14:paraId="3D2CADE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101.1236</w:t>
            </w:r>
          </w:p>
        </w:tc>
      </w:tr>
      <w:tr w:rsidR="00497B11" w:rsidRPr="00293828" w14:paraId="3413B62E" w14:textId="77777777" w:rsidTr="009D45BD">
        <w:tc>
          <w:tcPr>
            <w:tcW w:w="969" w:type="dxa"/>
            <w:vAlign w:val="center"/>
          </w:tcPr>
          <w:p w14:paraId="35E93F4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33</w:t>
            </w:r>
          </w:p>
        </w:tc>
        <w:tc>
          <w:tcPr>
            <w:tcW w:w="1125" w:type="dxa"/>
            <w:vAlign w:val="center"/>
          </w:tcPr>
          <w:p w14:paraId="502CC72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187-&gt;206</w:t>
            </w:r>
          </w:p>
        </w:tc>
        <w:tc>
          <w:tcPr>
            <w:tcW w:w="1039" w:type="dxa"/>
            <w:vAlign w:val="center"/>
          </w:tcPr>
          <w:p w14:paraId="60E2016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0.15259</w:t>
            </w:r>
          </w:p>
        </w:tc>
        <w:tc>
          <w:tcPr>
            <w:tcW w:w="1009" w:type="dxa"/>
            <w:vAlign w:val="center"/>
          </w:tcPr>
          <w:p w14:paraId="595BE5F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7.5281</w:t>
            </w:r>
          </w:p>
        </w:tc>
        <w:tc>
          <w:tcPr>
            <w:tcW w:w="1009" w:type="dxa"/>
            <w:vAlign w:val="center"/>
          </w:tcPr>
          <w:p w14:paraId="35930F8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164.70</w:t>
            </w:r>
          </w:p>
        </w:tc>
        <w:tc>
          <w:tcPr>
            <w:tcW w:w="1009" w:type="dxa"/>
            <w:vAlign w:val="center"/>
          </w:tcPr>
          <w:p w14:paraId="65C66D4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0.0272</w:t>
            </w:r>
          </w:p>
        </w:tc>
        <w:tc>
          <w:tcPr>
            <w:tcW w:w="1068" w:type="dxa"/>
            <w:vAlign w:val="center"/>
          </w:tcPr>
          <w:p w14:paraId="085A229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-53.5006</w:t>
            </w:r>
          </w:p>
        </w:tc>
        <w:tc>
          <w:tcPr>
            <w:tcW w:w="1068" w:type="dxa"/>
            <w:vAlign w:val="center"/>
          </w:tcPr>
          <w:p w14:paraId="04EDDBB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-53.5662</w:t>
            </w:r>
          </w:p>
        </w:tc>
      </w:tr>
      <w:tr w:rsidR="00497B11" w:rsidRPr="00293828" w14:paraId="0914FCF0" w14:textId="77777777" w:rsidTr="009D45BD">
        <w:tc>
          <w:tcPr>
            <w:tcW w:w="969" w:type="dxa"/>
            <w:vMerge w:val="restart"/>
            <w:vAlign w:val="center"/>
          </w:tcPr>
          <w:p w14:paraId="7340D85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34</w:t>
            </w:r>
          </w:p>
        </w:tc>
        <w:tc>
          <w:tcPr>
            <w:tcW w:w="1125" w:type="dxa"/>
            <w:vAlign w:val="center"/>
          </w:tcPr>
          <w:p w14:paraId="19B8E62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200-&gt;209</w:t>
            </w:r>
          </w:p>
        </w:tc>
        <w:tc>
          <w:tcPr>
            <w:tcW w:w="1039" w:type="dxa"/>
            <w:vAlign w:val="center"/>
          </w:tcPr>
          <w:p w14:paraId="6561A6D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0.22619</w:t>
            </w:r>
          </w:p>
        </w:tc>
        <w:tc>
          <w:tcPr>
            <w:tcW w:w="1009" w:type="dxa"/>
            <w:vMerge w:val="restart"/>
            <w:vAlign w:val="center"/>
          </w:tcPr>
          <w:p w14:paraId="6E4AE6B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7.5327</w:t>
            </w:r>
          </w:p>
        </w:tc>
        <w:tc>
          <w:tcPr>
            <w:tcW w:w="1009" w:type="dxa"/>
            <w:vMerge w:val="restart"/>
            <w:vAlign w:val="center"/>
          </w:tcPr>
          <w:p w14:paraId="4A82CFE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164.60</w:t>
            </w:r>
          </w:p>
        </w:tc>
        <w:tc>
          <w:tcPr>
            <w:tcW w:w="1009" w:type="dxa"/>
            <w:vMerge w:val="restart"/>
            <w:vAlign w:val="center"/>
          </w:tcPr>
          <w:p w14:paraId="176FAD4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0.0102</w:t>
            </w:r>
          </w:p>
        </w:tc>
        <w:tc>
          <w:tcPr>
            <w:tcW w:w="1068" w:type="dxa"/>
            <w:vMerge w:val="restart"/>
            <w:vAlign w:val="center"/>
          </w:tcPr>
          <w:p w14:paraId="3256A7F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41.6205</w:t>
            </w:r>
          </w:p>
        </w:tc>
        <w:tc>
          <w:tcPr>
            <w:tcW w:w="1068" w:type="dxa"/>
            <w:vMerge w:val="restart"/>
            <w:vAlign w:val="center"/>
          </w:tcPr>
          <w:p w14:paraId="4176E3F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41.3879</w:t>
            </w:r>
          </w:p>
        </w:tc>
      </w:tr>
      <w:tr w:rsidR="00497B11" w:rsidRPr="00293828" w14:paraId="0294606B" w14:textId="77777777" w:rsidTr="009D45BD">
        <w:tc>
          <w:tcPr>
            <w:tcW w:w="969" w:type="dxa"/>
            <w:vMerge/>
          </w:tcPr>
          <w:p w14:paraId="0538341F" w14:textId="77777777" w:rsidR="00497B11" w:rsidRPr="00293828" w:rsidRDefault="00497B11" w:rsidP="00293828">
            <w:pPr>
              <w:rPr>
                <w:rFonts w:ascii="Times New Roman" w:hAnsi="Times New Roman" w:cs="Times New Roman"/>
                <w:szCs w:val="21"/>
              </w:rPr>
            </w:pPr>
          </w:p>
        </w:tc>
        <w:tc>
          <w:tcPr>
            <w:tcW w:w="1125" w:type="dxa"/>
            <w:vAlign w:val="center"/>
          </w:tcPr>
          <w:p w14:paraId="58342DD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204-&gt;211</w:t>
            </w:r>
          </w:p>
        </w:tc>
        <w:tc>
          <w:tcPr>
            <w:tcW w:w="1039" w:type="dxa"/>
            <w:vAlign w:val="center"/>
          </w:tcPr>
          <w:p w14:paraId="64CEEA1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0.24848</w:t>
            </w:r>
          </w:p>
        </w:tc>
        <w:tc>
          <w:tcPr>
            <w:tcW w:w="1009" w:type="dxa"/>
            <w:vMerge/>
          </w:tcPr>
          <w:p w14:paraId="70F67606" w14:textId="77777777" w:rsidR="00497B11" w:rsidRPr="00293828" w:rsidRDefault="00497B11" w:rsidP="00293828">
            <w:pPr>
              <w:rPr>
                <w:rFonts w:ascii="Times New Roman" w:hAnsi="Times New Roman" w:cs="Times New Roman"/>
                <w:szCs w:val="21"/>
              </w:rPr>
            </w:pPr>
          </w:p>
        </w:tc>
        <w:tc>
          <w:tcPr>
            <w:tcW w:w="1009" w:type="dxa"/>
            <w:vMerge/>
          </w:tcPr>
          <w:p w14:paraId="3A1ABAF1" w14:textId="77777777" w:rsidR="00497B11" w:rsidRPr="00293828" w:rsidRDefault="00497B11" w:rsidP="00293828">
            <w:pPr>
              <w:rPr>
                <w:rFonts w:ascii="Times New Roman" w:hAnsi="Times New Roman" w:cs="Times New Roman"/>
                <w:szCs w:val="21"/>
              </w:rPr>
            </w:pPr>
          </w:p>
        </w:tc>
        <w:tc>
          <w:tcPr>
            <w:tcW w:w="1009" w:type="dxa"/>
            <w:vMerge/>
          </w:tcPr>
          <w:p w14:paraId="2E8285A5" w14:textId="77777777" w:rsidR="00497B11" w:rsidRPr="00293828" w:rsidRDefault="00497B11" w:rsidP="00293828">
            <w:pPr>
              <w:rPr>
                <w:rFonts w:ascii="Times New Roman" w:hAnsi="Times New Roman" w:cs="Times New Roman"/>
                <w:szCs w:val="21"/>
              </w:rPr>
            </w:pPr>
          </w:p>
        </w:tc>
        <w:tc>
          <w:tcPr>
            <w:tcW w:w="1068" w:type="dxa"/>
            <w:vMerge/>
          </w:tcPr>
          <w:p w14:paraId="604DD977" w14:textId="77777777" w:rsidR="00497B11" w:rsidRPr="00293828" w:rsidRDefault="00497B11" w:rsidP="00293828">
            <w:pPr>
              <w:rPr>
                <w:rFonts w:ascii="Times New Roman" w:hAnsi="Times New Roman" w:cs="Times New Roman"/>
                <w:szCs w:val="21"/>
              </w:rPr>
            </w:pPr>
          </w:p>
        </w:tc>
        <w:tc>
          <w:tcPr>
            <w:tcW w:w="1068" w:type="dxa"/>
            <w:vMerge/>
          </w:tcPr>
          <w:p w14:paraId="259C91DC" w14:textId="77777777" w:rsidR="00497B11" w:rsidRPr="00293828" w:rsidRDefault="00497B11" w:rsidP="00293828">
            <w:pPr>
              <w:rPr>
                <w:rFonts w:ascii="Times New Roman" w:hAnsi="Times New Roman" w:cs="Times New Roman"/>
                <w:szCs w:val="21"/>
              </w:rPr>
            </w:pPr>
          </w:p>
        </w:tc>
      </w:tr>
      <w:tr w:rsidR="00497B11" w:rsidRPr="00293828" w14:paraId="7B797A94" w14:textId="77777777" w:rsidTr="009D45BD">
        <w:tc>
          <w:tcPr>
            <w:tcW w:w="969" w:type="dxa"/>
            <w:vMerge/>
          </w:tcPr>
          <w:p w14:paraId="1143A4E4" w14:textId="77777777" w:rsidR="00497B11" w:rsidRPr="00293828" w:rsidRDefault="00497B11" w:rsidP="00293828">
            <w:pPr>
              <w:rPr>
                <w:rFonts w:ascii="Times New Roman" w:hAnsi="Times New Roman" w:cs="Times New Roman"/>
                <w:szCs w:val="21"/>
              </w:rPr>
            </w:pPr>
          </w:p>
        </w:tc>
        <w:tc>
          <w:tcPr>
            <w:tcW w:w="1125" w:type="dxa"/>
            <w:vAlign w:val="center"/>
          </w:tcPr>
          <w:p w14:paraId="6B19854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204-&gt;213</w:t>
            </w:r>
          </w:p>
        </w:tc>
        <w:tc>
          <w:tcPr>
            <w:tcW w:w="1039" w:type="dxa"/>
            <w:vAlign w:val="center"/>
          </w:tcPr>
          <w:p w14:paraId="4D1A424A"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0.14231</w:t>
            </w:r>
          </w:p>
        </w:tc>
        <w:tc>
          <w:tcPr>
            <w:tcW w:w="1009" w:type="dxa"/>
            <w:vMerge/>
          </w:tcPr>
          <w:p w14:paraId="036E00E8" w14:textId="77777777" w:rsidR="00497B11" w:rsidRPr="00293828" w:rsidRDefault="00497B11" w:rsidP="00293828">
            <w:pPr>
              <w:rPr>
                <w:rFonts w:ascii="Times New Roman" w:hAnsi="Times New Roman" w:cs="Times New Roman"/>
                <w:szCs w:val="21"/>
              </w:rPr>
            </w:pPr>
          </w:p>
        </w:tc>
        <w:tc>
          <w:tcPr>
            <w:tcW w:w="1009" w:type="dxa"/>
            <w:vMerge/>
          </w:tcPr>
          <w:p w14:paraId="2E25669A" w14:textId="77777777" w:rsidR="00497B11" w:rsidRPr="00293828" w:rsidRDefault="00497B11" w:rsidP="00293828">
            <w:pPr>
              <w:rPr>
                <w:rFonts w:ascii="Times New Roman" w:hAnsi="Times New Roman" w:cs="Times New Roman"/>
                <w:szCs w:val="21"/>
              </w:rPr>
            </w:pPr>
          </w:p>
        </w:tc>
        <w:tc>
          <w:tcPr>
            <w:tcW w:w="1009" w:type="dxa"/>
            <w:vMerge/>
          </w:tcPr>
          <w:p w14:paraId="6BDDDCC3" w14:textId="77777777" w:rsidR="00497B11" w:rsidRPr="00293828" w:rsidRDefault="00497B11" w:rsidP="00293828">
            <w:pPr>
              <w:rPr>
                <w:rFonts w:ascii="Times New Roman" w:hAnsi="Times New Roman" w:cs="Times New Roman"/>
                <w:szCs w:val="21"/>
              </w:rPr>
            </w:pPr>
          </w:p>
        </w:tc>
        <w:tc>
          <w:tcPr>
            <w:tcW w:w="1068" w:type="dxa"/>
            <w:vMerge/>
          </w:tcPr>
          <w:p w14:paraId="396B153C" w14:textId="77777777" w:rsidR="00497B11" w:rsidRPr="00293828" w:rsidRDefault="00497B11" w:rsidP="00293828">
            <w:pPr>
              <w:rPr>
                <w:rFonts w:ascii="Times New Roman" w:hAnsi="Times New Roman" w:cs="Times New Roman"/>
                <w:szCs w:val="21"/>
              </w:rPr>
            </w:pPr>
          </w:p>
        </w:tc>
        <w:tc>
          <w:tcPr>
            <w:tcW w:w="1068" w:type="dxa"/>
            <w:vMerge/>
          </w:tcPr>
          <w:p w14:paraId="5C1A63F4" w14:textId="77777777" w:rsidR="00497B11" w:rsidRPr="00293828" w:rsidRDefault="00497B11" w:rsidP="00293828">
            <w:pPr>
              <w:rPr>
                <w:rFonts w:ascii="Times New Roman" w:hAnsi="Times New Roman" w:cs="Times New Roman"/>
                <w:szCs w:val="21"/>
              </w:rPr>
            </w:pPr>
          </w:p>
        </w:tc>
      </w:tr>
      <w:tr w:rsidR="00497B11" w:rsidRPr="00293828" w14:paraId="53744EFD" w14:textId="77777777" w:rsidTr="009D45BD">
        <w:tc>
          <w:tcPr>
            <w:tcW w:w="969" w:type="dxa"/>
            <w:vMerge/>
          </w:tcPr>
          <w:p w14:paraId="7E607207" w14:textId="77777777" w:rsidR="00497B11" w:rsidRPr="00293828" w:rsidRDefault="00497B11" w:rsidP="00293828">
            <w:pPr>
              <w:rPr>
                <w:rFonts w:ascii="Times New Roman" w:hAnsi="Times New Roman" w:cs="Times New Roman"/>
                <w:szCs w:val="21"/>
              </w:rPr>
            </w:pPr>
          </w:p>
        </w:tc>
        <w:tc>
          <w:tcPr>
            <w:tcW w:w="1125" w:type="dxa"/>
            <w:vAlign w:val="center"/>
          </w:tcPr>
          <w:p w14:paraId="550376E5"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204-&gt;214</w:t>
            </w:r>
          </w:p>
        </w:tc>
        <w:tc>
          <w:tcPr>
            <w:tcW w:w="1039" w:type="dxa"/>
            <w:vAlign w:val="center"/>
          </w:tcPr>
          <w:p w14:paraId="00F50EE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-0.15712</w:t>
            </w:r>
          </w:p>
        </w:tc>
        <w:tc>
          <w:tcPr>
            <w:tcW w:w="1009" w:type="dxa"/>
            <w:vMerge/>
          </w:tcPr>
          <w:p w14:paraId="54487F7D" w14:textId="77777777" w:rsidR="00497B11" w:rsidRPr="00293828" w:rsidRDefault="00497B11" w:rsidP="00293828">
            <w:pPr>
              <w:rPr>
                <w:rFonts w:ascii="Times New Roman" w:hAnsi="Times New Roman" w:cs="Times New Roman"/>
                <w:szCs w:val="21"/>
              </w:rPr>
            </w:pPr>
          </w:p>
        </w:tc>
        <w:tc>
          <w:tcPr>
            <w:tcW w:w="1009" w:type="dxa"/>
            <w:vMerge/>
          </w:tcPr>
          <w:p w14:paraId="7C4FCFA0" w14:textId="77777777" w:rsidR="00497B11" w:rsidRPr="00293828" w:rsidRDefault="00497B11" w:rsidP="00293828">
            <w:pPr>
              <w:rPr>
                <w:rFonts w:ascii="Times New Roman" w:hAnsi="Times New Roman" w:cs="Times New Roman"/>
                <w:szCs w:val="21"/>
              </w:rPr>
            </w:pPr>
          </w:p>
        </w:tc>
        <w:tc>
          <w:tcPr>
            <w:tcW w:w="1009" w:type="dxa"/>
            <w:vMerge/>
          </w:tcPr>
          <w:p w14:paraId="1CDD240A" w14:textId="77777777" w:rsidR="00497B11" w:rsidRPr="00293828" w:rsidRDefault="00497B11" w:rsidP="00293828">
            <w:pPr>
              <w:rPr>
                <w:rFonts w:ascii="Times New Roman" w:hAnsi="Times New Roman" w:cs="Times New Roman"/>
                <w:szCs w:val="21"/>
              </w:rPr>
            </w:pPr>
          </w:p>
        </w:tc>
        <w:tc>
          <w:tcPr>
            <w:tcW w:w="1068" w:type="dxa"/>
            <w:vMerge/>
          </w:tcPr>
          <w:p w14:paraId="6ABC514C" w14:textId="77777777" w:rsidR="00497B11" w:rsidRPr="00293828" w:rsidRDefault="00497B11" w:rsidP="00293828">
            <w:pPr>
              <w:rPr>
                <w:rFonts w:ascii="Times New Roman" w:hAnsi="Times New Roman" w:cs="Times New Roman"/>
                <w:szCs w:val="21"/>
              </w:rPr>
            </w:pPr>
          </w:p>
        </w:tc>
        <w:tc>
          <w:tcPr>
            <w:tcW w:w="1068" w:type="dxa"/>
            <w:vMerge/>
          </w:tcPr>
          <w:p w14:paraId="5587BD41" w14:textId="77777777" w:rsidR="00497B11" w:rsidRPr="00293828" w:rsidRDefault="00497B11" w:rsidP="00293828">
            <w:pPr>
              <w:rPr>
                <w:rFonts w:ascii="Times New Roman" w:hAnsi="Times New Roman" w:cs="Times New Roman"/>
                <w:szCs w:val="21"/>
              </w:rPr>
            </w:pPr>
          </w:p>
        </w:tc>
      </w:tr>
      <w:tr w:rsidR="00497B11" w:rsidRPr="00293828" w14:paraId="10B9614A" w14:textId="77777777" w:rsidTr="009D45BD">
        <w:tc>
          <w:tcPr>
            <w:tcW w:w="969" w:type="dxa"/>
            <w:vMerge w:val="restart"/>
            <w:vAlign w:val="center"/>
          </w:tcPr>
          <w:p w14:paraId="30071AB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35</w:t>
            </w:r>
          </w:p>
        </w:tc>
        <w:tc>
          <w:tcPr>
            <w:tcW w:w="1125" w:type="dxa"/>
            <w:vAlign w:val="center"/>
          </w:tcPr>
          <w:p w14:paraId="1B990AB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198-&gt;208</w:t>
            </w:r>
          </w:p>
        </w:tc>
        <w:tc>
          <w:tcPr>
            <w:tcW w:w="1039" w:type="dxa"/>
            <w:vAlign w:val="center"/>
          </w:tcPr>
          <w:p w14:paraId="593DE53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-0.14404</w:t>
            </w:r>
          </w:p>
        </w:tc>
        <w:tc>
          <w:tcPr>
            <w:tcW w:w="1009" w:type="dxa"/>
            <w:vMerge w:val="restart"/>
            <w:vAlign w:val="center"/>
          </w:tcPr>
          <w:p w14:paraId="368ECEF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7.5867</w:t>
            </w:r>
          </w:p>
        </w:tc>
        <w:tc>
          <w:tcPr>
            <w:tcW w:w="1009" w:type="dxa"/>
            <w:vMerge w:val="restart"/>
            <w:vAlign w:val="center"/>
          </w:tcPr>
          <w:p w14:paraId="1FA7843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163.42</w:t>
            </w:r>
          </w:p>
        </w:tc>
        <w:tc>
          <w:tcPr>
            <w:tcW w:w="1009" w:type="dxa"/>
            <w:vMerge w:val="restart"/>
            <w:vAlign w:val="center"/>
          </w:tcPr>
          <w:p w14:paraId="78893189"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0.0098</w:t>
            </w:r>
          </w:p>
        </w:tc>
        <w:tc>
          <w:tcPr>
            <w:tcW w:w="1068" w:type="dxa"/>
            <w:vMerge w:val="restart"/>
            <w:vAlign w:val="center"/>
          </w:tcPr>
          <w:p w14:paraId="423E4E0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-19.453</w:t>
            </w:r>
          </w:p>
        </w:tc>
        <w:tc>
          <w:tcPr>
            <w:tcW w:w="1068" w:type="dxa"/>
            <w:vMerge w:val="restart"/>
            <w:vAlign w:val="center"/>
          </w:tcPr>
          <w:p w14:paraId="6B43524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-20.1019</w:t>
            </w:r>
          </w:p>
        </w:tc>
      </w:tr>
      <w:tr w:rsidR="00497B11" w:rsidRPr="00293828" w14:paraId="5B40B971" w14:textId="77777777" w:rsidTr="009D45BD">
        <w:tc>
          <w:tcPr>
            <w:tcW w:w="969" w:type="dxa"/>
            <w:vMerge/>
          </w:tcPr>
          <w:p w14:paraId="32D61D8A" w14:textId="77777777" w:rsidR="00497B11" w:rsidRPr="00293828" w:rsidRDefault="00497B11" w:rsidP="00293828">
            <w:pPr>
              <w:rPr>
                <w:rFonts w:ascii="Times New Roman" w:hAnsi="Times New Roman" w:cs="Times New Roman"/>
                <w:szCs w:val="21"/>
              </w:rPr>
            </w:pPr>
          </w:p>
        </w:tc>
        <w:tc>
          <w:tcPr>
            <w:tcW w:w="1125" w:type="dxa"/>
            <w:vAlign w:val="center"/>
          </w:tcPr>
          <w:p w14:paraId="5B37FFD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202-&gt;208</w:t>
            </w:r>
          </w:p>
        </w:tc>
        <w:tc>
          <w:tcPr>
            <w:tcW w:w="1039" w:type="dxa"/>
            <w:vAlign w:val="center"/>
          </w:tcPr>
          <w:p w14:paraId="0E5DAFB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0.16793</w:t>
            </w:r>
          </w:p>
        </w:tc>
        <w:tc>
          <w:tcPr>
            <w:tcW w:w="1009" w:type="dxa"/>
            <w:vMerge/>
          </w:tcPr>
          <w:p w14:paraId="3B2BFC6B" w14:textId="77777777" w:rsidR="00497B11" w:rsidRPr="00293828" w:rsidRDefault="00497B11" w:rsidP="00293828">
            <w:pPr>
              <w:rPr>
                <w:rFonts w:ascii="Times New Roman" w:hAnsi="Times New Roman" w:cs="Times New Roman"/>
                <w:szCs w:val="21"/>
              </w:rPr>
            </w:pPr>
          </w:p>
        </w:tc>
        <w:tc>
          <w:tcPr>
            <w:tcW w:w="1009" w:type="dxa"/>
            <w:vMerge/>
          </w:tcPr>
          <w:p w14:paraId="217F5A08" w14:textId="77777777" w:rsidR="00497B11" w:rsidRPr="00293828" w:rsidRDefault="00497B11" w:rsidP="00293828">
            <w:pPr>
              <w:rPr>
                <w:rFonts w:ascii="Times New Roman" w:hAnsi="Times New Roman" w:cs="Times New Roman"/>
                <w:szCs w:val="21"/>
              </w:rPr>
            </w:pPr>
          </w:p>
        </w:tc>
        <w:tc>
          <w:tcPr>
            <w:tcW w:w="1009" w:type="dxa"/>
            <w:vMerge/>
          </w:tcPr>
          <w:p w14:paraId="2DADB17C" w14:textId="77777777" w:rsidR="00497B11" w:rsidRPr="00293828" w:rsidRDefault="00497B11" w:rsidP="00293828">
            <w:pPr>
              <w:rPr>
                <w:rFonts w:ascii="Times New Roman" w:hAnsi="Times New Roman" w:cs="Times New Roman"/>
                <w:szCs w:val="21"/>
              </w:rPr>
            </w:pPr>
          </w:p>
        </w:tc>
        <w:tc>
          <w:tcPr>
            <w:tcW w:w="1068" w:type="dxa"/>
            <w:vMerge/>
          </w:tcPr>
          <w:p w14:paraId="7B7EADF2" w14:textId="77777777" w:rsidR="00497B11" w:rsidRPr="00293828" w:rsidRDefault="00497B11" w:rsidP="00293828">
            <w:pPr>
              <w:rPr>
                <w:rFonts w:ascii="Times New Roman" w:hAnsi="Times New Roman" w:cs="Times New Roman"/>
                <w:szCs w:val="21"/>
              </w:rPr>
            </w:pPr>
          </w:p>
        </w:tc>
        <w:tc>
          <w:tcPr>
            <w:tcW w:w="1068" w:type="dxa"/>
            <w:vMerge/>
          </w:tcPr>
          <w:p w14:paraId="45E41D31" w14:textId="77777777" w:rsidR="00497B11" w:rsidRPr="00293828" w:rsidRDefault="00497B11" w:rsidP="00293828">
            <w:pPr>
              <w:rPr>
                <w:rFonts w:ascii="Times New Roman" w:hAnsi="Times New Roman" w:cs="Times New Roman"/>
                <w:szCs w:val="21"/>
              </w:rPr>
            </w:pPr>
          </w:p>
        </w:tc>
      </w:tr>
      <w:tr w:rsidR="00497B11" w:rsidRPr="00293828" w14:paraId="6A75FE2B" w14:textId="77777777" w:rsidTr="009D45BD">
        <w:tc>
          <w:tcPr>
            <w:tcW w:w="969" w:type="dxa"/>
            <w:vMerge/>
          </w:tcPr>
          <w:p w14:paraId="5D16F951" w14:textId="77777777" w:rsidR="00497B11" w:rsidRPr="00293828" w:rsidRDefault="00497B11" w:rsidP="00293828">
            <w:pPr>
              <w:rPr>
                <w:rFonts w:ascii="Times New Roman" w:hAnsi="Times New Roman" w:cs="Times New Roman"/>
                <w:szCs w:val="21"/>
              </w:rPr>
            </w:pPr>
          </w:p>
        </w:tc>
        <w:tc>
          <w:tcPr>
            <w:tcW w:w="1125" w:type="dxa"/>
            <w:vAlign w:val="center"/>
          </w:tcPr>
          <w:p w14:paraId="55678D6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202-&gt;211</w:t>
            </w:r>
          </w:p>
        </w:tc>
        <w:tc>
          <w:tcPr>
            <w:tcW w:w="1039" w:type="dxa"/>
            <w:vAlign w:val="center"/>
          </w:tcPr>
          <w:p w14:paraId="00A7FD90"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-0.16028</w:t>
            </w:r>
          </w:p>
        </w:tc>
        <w:tc>
          <w:tcPr>
            <w:tcW w:w="1009" w:type="dxa"/>
            <w:vMerge/>
          </w:tcPr>
          <w:p w14:paraId="47B734AF" w14:textId="77777777" w:rsidR="00497B11" w:rsidRPr="00293828" w:rsidRDefault="00497B11" w:rsidP="00293828">
            <w:pPr>
              <w:rPr>
                <w:rFonts w:ascii="Times New Roman" w:hAnsi="Times New Roman" w:cs="Times New Roman"/>
                <w:szCs w:val="21"/>
              </w:rPr>
            </w:pPr>
          </w:p>
        </w:tc>
        <w:tc>
          <w:tcPr>
            <w:tcW w:w="1009" w:type="dxa"/>
            <w:vMerge/>
          </w:tcPr>
          <w:p w14:paraId="5A6D0054" w14:textId="77777777" w:rsidR="00497B11" w:rsidRPr="00293828" w:rsidRDefault="00497B11" w:rsidP="00293828">
            <w:pPr>
              <w:rPr>
                <w:rFonts w:ascii="Times New Roman" w:hAnsi="Times New Roman" w:cs="Times New Roman"/>
                <w:szCs w:val="21"/>
              </w:rPr>
            </w:pPr>
          </w:p>
        </w:tc>
        <w:tc>
          <w:tcPr>
            <w:tcW w:w="1009" w:type="dxa"/>
            <w:vMerge/>
          </w:tcPr>
          <w:p w14:paraId="22B28B42" w14:textId="77777777" w:rsidR="00497B11" w:rsidRPr="00293828" w:rsidRDefault="00497B11" w:rsidP="00293828">
            <w:pPr>
              <w:rPr>
                <w:rFonts w:ascii="Times New Roman" w:hAnsi="Times New Roman" w:cs="Times New Roman"/>
                <w:szCs w:val="21"/>
              </w:rPr>
            </w:pPr>
          </w:p>
        </w:tc>
        <w:tc>
          <w:tcPr>
            <w:tcW w:w="1068" w:type="dxa"/>
            <w:vMerge/>
          </w:tcPr>
          <w:p w14:paraId="3695164E" w14:textId="77777777" w:rsidR="00497B11" w:rsidRPr="00293828" w:rsidRDefault="00497B11" w:rsidP="00293828">
            <w:pPr>
              <w:rPr>
                <w:rFonts w:ascii="Times New Roman" w:hAnsi="Times New Roman" w:cs="Times New Roman"/>
                <w:szCs w:val="21"/>
              </w:rPr>
            </w:pPr>
          </w:p>
        </w:tc>
        <w:tc>
          <w:tcPr>
            <w:tcW w:w="1068" w:type="dxa"/>
            <w:vMerge/>
          </w:tcPr>
          <w:p w14:paraId="10857213" w14:textId="77777777" w:rsidR="00497B11" w:rsidRPr="00293828" w:rsidRDefault="00497B11" w:rsidP="00293828">
            <w:pPr>
              <w:rPr>
                <w:rFonts w:ascii="Times New Roman" w:hAnsi="Times New Roman" w:cs="Times New Roman"/>
                <w:szCs w:val="21"/>
              </w:rPr>
            </w:pPr>
          </w:p>
        </w:tc>
      </w:tr>
      <w:tr w:rsidR="00497B11" w:rsidRPr="00293828" w14:paraId="3D374B7B" w14:textId="77777777" w:rsidTr="009D45BD">
        <w:tc>
          <w:tcPr>
            <w:tcW w:w="969" w:type="dxa"/>
            <w:vMerge w:val="restart"/>
            <w:vAlign w:val="center"/>
          </w:tcPr>
          <w:p w14:paraId="4BA4AB7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36</w:t>
            </w:r>
          </w:p>
        </w:tc>
        <w:tc>
          <w:tcPr>
            <w:tcW w:w="1125" w:type="dxa"/>
            <w:vAlign w:val="center"/>
          </w:tcPr>
          <w:p w14:paraId="0752A0AB"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180-&gt;206</w:t>
            </w:r>
          </w:p>
        </w:tc>
        <w:tc>
          <w:tcPr>
            <w:tcW w:w="1039" w:type="dxa"/>
            <w:vAlign w:val="center"/>
          </w:tcPr>
          <w:p w14:paraId="07EA689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0.15094</w:t>
            </w:r>
          </w:p>
        </w:tc>
        <w:tc>
          <w:tcPr>
            <w:tcW w:w="1009" w:type="dxa"/>
            <w:vMerge w:val="restart"/>
            <w:vAlign w:val="center"/>
          </w:tcPr>
          <w:p w14:paraId="46BAF94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7.6256</w:t>
            </w:r>
          </w:p>
        </w:tc>
        <w:tc>
          <w:tcPr>
            <w:tcW w:w="1009" w:type="dxa"/>
            <w:vMerge w:val="restart"/>
            <w:vAlign w:val="center"/>
          </w:tcPr>
          <w:p w14:paraId="0DF97714"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162.59</w:t>
            </w:r>
          </w:p>
        </w:tc>
        <w:tc>
          <w:tcPr>
            <w:tcW w:w="1009" w:type="dxa"/>
            <w:vMerge w:val="restart"/>
            <w:vAlign w:val="center"/>
          </w:tcPr>
          <w:p w14:paraId="3659F7C8"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0.0116</w:t>
            </w:r>
          </w:p>
        </w:tc>
        <w:tc>
          <w:tcPr>
            <w:tcW w:w="1068" w:type="dxa"/>
            <w:vMerge w:val="restart"/>
            <w:vAlign w:val="center"/>
          </w:tcPr>
          <w:p w14:paraId="3483925E"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9.8658</w:t>
            </w:r>
          </w:p>
        </w:tc>
        <w:tc>
          <w:tcPr>
            <w:tcW w:w="1068" w:type="dxa"/>
            <w:vMerge w:val="restart"/>
            <w:vAlign w:val="center"/>
          </w:tcPr>
          <w:p w14:paraId="3692EA67"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9.8863</w:t>
            </w:r>
          </w:p>
        </w:tc>
      </w:tr>
      <w:tr w:rsidR="00497B11" w:rsidRPr="00293828" w14:paraId="7A1CEC3B" w14:textId="77777777" w:rsidTr="009D45BD">
        <w:tc>
          <w:tcPr>
            <w:tcW w:w="969" w:type="dxa"/>
            <w:vMerge/>
          </w:tcPr>
          <w:p w14:paraId="0D579444" w14:textId="77777777" w:rsidR="00497B11" w:rsidRPr="00293828" w:rsidRDefault="00497B11" w:rsidP="00293828">
            <w:pPr>
              <w:rPr>
                <w:rFonts w:ascii="Times New Roman" w:hAnsi="Times New Roman" w:cs="Times New Roman"/>
                <w:szCs w:val="21"/>
              </w:rPr>
            </w:pPr>
          </w:p>
        </w:tc>
        <w:tc>
          <w:tcPr>
            <w:tcW w:w="1125" w:type="dxa"/>
            <w:vAlign w:val="center"/>
          </w:tcPr>
          <w:p w14:paraId="73DF9B5D"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184-&gt;206</w:t>
            </w:r>
          </w:p>
        </w:tc>
        <w:tc>
          <w:tcPr>
            <w:tcW w:w="1039" w:type="dxa"/>
            <w:vAlign w:val="center"/>
          </w:tcPr>
          <w:p w14:paraId="6458347F"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0.14608</w:t>
            </w:r>
          </w:p>
        </w:tc>
        <w:tc>
          <w:tcPr>
            <w:tcW w:w="1009" w:type="dxa"/>
            <w:vMerge/>
          </w:tcPr>
          <w:p w14:paraId="26E2D3C4" w14:textId="77777777" w:rsidR="00497B11" w:rsidRPr="00293828" w:rsidRDefault="00497B11" w:rsidP="00293828">
            <w:pPr>
              <w:rPr>
                <w:rFonts w:ascii="Times New Roman" w:hAnsi="Times New Roman" w:cs="Times New Roman"/>
                <w:szCs w:val="21"/>
              </w:rPr>
            </w:pPr>
          </w:p>
        </w:tc>
        <w:tc>
          <w:tcPr>
            <w:tcW w:w="1009" w:type="dxa"/>
            <w:vMerge/>
          </w:tcPr>
          <w:p w14:paraId="66E2C1B2" w14:textId="77777777" w:rsidR="00497B11" w:rsidRPr="00293828" w:rsidRDefault="00497B11" w:rsidP="00293828">
            <w:pPr>
              <w:rPr>
                <w:rFonts w:ascii="Times New Roman" w:hAnsi="Times New Roman" w:cs="Times New Roman"/>
                <w:szCs w:val="21"/>
              </w:rPr>
            </w:pPr>
          </w:p>
        </w:tc>
        <w:tc>
          <w:tcPr>
            <w:tcW w:w="1009" w:type="dxa"/>
            <w:vMerge/>
          </w:tcPr>
          <w:p w14:paraId="242DAC0C" w14:textId="77777777" w:rsidR="00497B11" w:rsidRPr="00293828" w:rsidRDefault="00497B11" w:rsidP="00293828">
            <w:pPr>
              <w:rPr>
                <w:rFonts w:ascii="Times New Roman" w:hAnsi="Times New Roman" w:cs="Times New Roman"/>
                <w:szCs w:val="21"/>
              </w:rPr>
            </w:pPr>
          </w:p>
        </w:tc>
        <w:tc>
          <w:tcPr>
            <w:tcW w:w="1068" w:type="dxa"/>
            <w:vMerge/>
          </w:tcPr>
          <w:p w14:paraId="072E0ECC" w14:textId="77777777" w:rsidR="00497B11" w:rsidRPr="00293828" w:rsidRDefault="00497B11" w:rsidP="00293828">
            <w:pPr>
              <w:rPr>
                <w:rFonts w:ascii="Times New Roman" w:hAnsi="Times New Roman" w:cs="Times New Roman"/>
                <w:szCs w:val="21"/>
              </w:rPr>
            </w:pPr>
          </w:p>
        </w:tc>
        <w:tc>
          <w:tcPr>
            <w:tcW w:w="1068" w:type="dxa"/>
            <w:vMerge/>
          </w:tcPr>
          <w:p w14:paraId="0CFA51B3" w14:textId="77777777" w:rsidR="00497B11" w:rsidRPr="00293828" w:rsidRDefault="00497B11" w:rsidP="00293828">
            <w:pPr>
              <w:rPr>
                <w:rFonts w:ascii="Times New Roman" w:hAnsi="Times New Roman" w:cs="Times New Roman"/>
                <w:szCs w:val="21"/>
              </w:rPr>
            </w:pPr>
          </w:p>
        </w:tc>
      </w:tr>
      <w:tr w:rsidR="00497B11" w:rsidRPr="00293828" w14:paraId="03E8057A" w14:textId="77777777" w:rsidTr="009D45BD">
        <w:tc>
          <w:tcPr>
            <w:tcW w:w="969" w:type="dxa"/>
            <w:vMerge/>
          </w:tcPr>
          <w:p w14:paraId="429F9A14" w14:textId="77777777" w:rsidR="00497B11" w:rsidRPr="00293828" w:rsidRDefault="00497B11" w:rsidP="00293828">
            <w:pPr>
              <w:rPr>
                <w:rFonts w:ascii="Times New Roman" w:hAnsi="Times New Roman" w:cs="Times New Roman"/>
                <w:szCs w:val="21"/>
              </w:rPr>
            </w:pPr>
          </w:p>
        </w:tc>
        <w:tc>
          <w:tcPr>
            <w:tcW w:w="1125" w:type="dxa"/>
            <w:vAlign w:val="center"/>
          </w:tcPr>
          <w:p w14:paraId="7FE6DAD6"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188-&gt;206</w:t>
            </w:r>
          </w:p>
        </w:tc>
        <w:tc>
          <w:tcPr>
            <w:tcW w:w="1039" w:type="dxa"/>
            <w:vAlign w:val="center"/>
          </w:tcPr>
          <w:p w14:paraId="56664152"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0.25616</w:t>
            </w:r>
          </w:p>
        </w:tc>
        <w:tc>
          <w:tcPr>
            <w:tcW w:w="1009" w:type="dxa"/>
            <w:vMerge/>
          </w:tcPr>
          <w:p w14:paraId="2BE4D11D" w14:textId="77777777" w:rsidR="00497B11" w:rsidRPr="00293828" w:rsidRDefault="00497B11" w:rsidP="00293828">
            <w:pPr>
              <w:rPr>
                <w:rFonts w:ascii="Times New Roman" w:hAnsi="Times New Roman" w:cs="Times New Roman"/>
                <w:szCs w:val="21"/>
              </w:rPr>
            </w:pPr>
          </w:p>
        </w:tc>
        <w:tc>
          <w:tcPr>
            <w:tcW w:w="1009" w:type="dxa"/>
            <w:vMerge/>
          </w:tcPr>
          <w:p w14:paraId="043715B6" w14:textId="77777777" w:rsidR="00497B11" w:rsidRPr="00293828" w:rsidRDefault="00497B11" w:rsidP="00293828">
            <w:pPr>
              <w:rPr>
                <w:rFonts w:ascii="Times New Roman" w:hAnsi="Times New Roman" w:cs="Times New Roman"/>
                <w:szCs w:val="21"/>
              </w:rPr>
            </w:pPr>
          </w:p>
        </w:tc>
        <w:tc>
          <w:tcPr>
            <w:tcW w:w="1009" w:type="dxa"/>
            <w:vMerge/>
          </w:tcPr>
          <w:p w14:paraId="5048A83B" w14:textId="77777777" w:rsidR="00497B11" w:rsidRPr="00293828" w:rsidRDefault="00497B11" w:rsidP="00293828">
            <w:pPr>
              <w:rPr>
                <w:rFonts w:ascii="Times New Roman" w:hAnsi="Times New Roman" w:cs="Times New Roman"/>
                <w:szCs w:val="21"/>
              </w:rPr>
            </w:pPr>
          </w:p>
        </w:tc>
        <w:tc>
          <w:tcPr>
            <w:tcW w:w="1068" w:type="dxa"/>
            <w:vMerge/>
          </w:tcPr>
          <w:p w14:paraId="0E6AB35B" w14:textId="77777777" w:rsidR="00497B11" w:rsidRPr="00293828" w:rsidRDefault="00497B11" w:rsidP="00293828">
            <w:pPr>
              <w:rPr>
                <w:rFonts w:ascii="Times New Roman" w:hAnsi="Times New Roman" w:cs="Times New Roman"/>
                <w:szCs w:val="21"/>
              </w:rPr>
            </w:pPr>
          </w:p>
        </w:tc>
        <w:tc>
          <w:tcPr>
            <w:tcW w:w="1068" w:type="dxa"/>
            <w:vMerge/>
          </w:tcPr>
          <w:p w14:paraId="2E6F6E52" w14:textId="77777777" w:rsidR="00497B11" w:rsidRPr="00293828" w:rsidRDefault="00497B11" w:rsidP="00293828">
            <w:pPr>
              <w:rPr>
                <w:rFonts w:ascii="Times New Roman" w:hAnsi="Times New Roman" w:cs="Times New Roman"/>
                <w:szCs w:val="21"/>
              </w:rPr>
            </w:pPr>
          </w:p>
        </w:tc>
      </w:tr>
      <w:tr w:rsidR="00497B11" w:rsidRPr="00293828" w14:paraId="70A14324" w14:textId="77777777" w:rsidTr="009D45BD">
        <w:tc>
          <w:tcPr>
            <w:tcW w:w="969" w:type="dxa"/>
            <w:vMerge/>
          </w:tcPr>
          <w:p w14:paraId="7726C9F2" w14:textId="77777777" w:rsidR="00497B11" w:rsidRPr="00293828" w:rsidRDefault="00497B11" w:rsidP="00293828">
            <w:pPr>
              <w:rPr>
                <w:rFonts w:ascii="Times New Roman" w:hAnsi="Times New Roman" w:cs="Times New Roman"/>
                <w:szCs w:val="21"/>
              </w:rPr>
            </w:pPr>
          </w:p>
        </w:tc>
        <w:tc>
          <w:tcPr>
            <w:tcW w:w="1125" w:type="dxa"/>
            <w:vAlign w:val="center"/>
          </w:tcPr>
          <w:p w14:paraId="261E44B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199-&gt;206</w:t>
            </w:r>
          </w:p>
        </w:tc>
        <w:tc>
          <w:tcPr>
            <w:tcW w:w="1039" w:type="dxa"/>
            <w:vAlign w:val="center"/>
          </w:tcPr>
          <w:p w14:paraId="723E3D33"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0.17042</w:t>
            </w:r>
          </w:p>
        </w:tc>
        <w:tc>
          <w:tcPr>
            <w:tcW w:w="1009" w:type="dxa"/>
            <w:vMerge/>
          </w:tcPr>
          <w:p w14:paraId="58BEB3E1" w14:textId="77777777" w:rsidR="00497B11" w:rsidRPr="00293828" w:rsidRDefault="00497B11" w:rsidP="00293828">
            <w:pPr>
              <w:rPr>
                <w:rFonts w:ascii="Times New Roman" w:hAnsi="Times New Roman" w:cs="Times New Roman"/>
                <w:szCs w:val="21"/>
              </w:rPr>
            </w:pPr>
          </w:p>
        </w:tc>
        <w:tc>
          <w:tcPr>
            <w:tcW w:w="1009" w:type="dxa"/>
            <w:vMerge/>
          </w:tcPr>
          <w:p w14:paraId="27079D60" w14:textId="77777777" w:rsidR="00497B11" w:rsidRPr="00293828" w:rsidRDefault="00497B11" w:rsidP="00293828">
            <w:pPr>
              <w:rPr>
                <w:rFonts w:ascii="Times New Roman" w:hAnsi="Times New Roman" w:cs="Times New Roman"/>
                <w:szCs w:val="21"/>
              </w:rPr>
            </w:pPr>
          </w:p>
        </w:tc>
        <w:tc>
          <w:tcPr>
            <w:tcW w:w="1009" w:type="dxa"/>
            <w:vMerge/>
          </w:tcPr>
          <w:p w14:paraId="6A2D2F29" w14:textId="77777777" w:rsidR="00497B11" w:rsidRPr="00293828" w:rsidRDefault="00497B11" w:rsidP="00293828">
            <w:pPr>
              <w:rPr>
                <w:rFonts w:ascii="Times New Roman" w:hAnsi="Times New Roman" w:cs="Times New Roman"/>
                <w:szCs w:val="21"/>
              </w:rPr>
            </w:pPr>
          </w:p>
        </w:tc>
        <w:tc>
          <w:tcPr>
            <w:tcW w:w="1068" w:type="dxa"/>
            <w:vMerge/>
          </w:tcPr>
          <w:p w14:paraId="62771614" w14:textId="77777777" w:rsidR="00497B11" w:rsidRPr="00293828" w:rsidRDefault="00497B11" w:rsidP="00293828">
            <w:pPr>
              <w:rPr>
                <w:rFonts w:ascii="Times New Roman" w:hAnsi="Times New Roman" w:cs="Times New Roman"/>
                <w:szCs w:val="21"/>
              </w:rPr>
            </w:pPr>
          </w:p>
        </w:tc>
        <w:tc>
          <w:tcPr>
            <w:tcW w:w="1068" w:type="dxa"/>
            <w:vMerge/>
          </w:tcPr>
          <w:p w14:paraId="0D96E379" w14:textId="77777777" w:rsidR="00497B11" w:rsidRPr="00293828" w:rsidRDefault="00497B11" w:rsidP="00293828">
            <w:pPr>
              <w:rPr>
                <w:rFonts w:ascii="Times New Roman" w:hAnsi="Times New Roman" w:cs="Times New Roman"/>
                <w:szCs w:val="21"/>
              </w:rPr>
            </w:pPr>
          </w:p>
        </w:tc>
      </w:tr>
      <w:tr w:rsidR="00497B11" w:rsidRPr="00293828" w14:paraId="78049DEC" w14:textId="77777777" w:rsidTr="009D45BD">
        <w:tc>
          <w:tcPr>
            <w:tcW w:w="969" w:type="dxa"/>
            <w:vMerge/>
          </w:tcPr>
          <w:p w14:paraId="7599A008" w14:textId="77777777" w:rsidR="00497B11" w:rsidRPr="00293828" w:rsidRDefault="00497B11" w:rsidP="00293828">
            <w:pPr>
              <w:rPr>
                <w:rFonts w:ascii="Times New Roman" w:hAnsi="Times New Roman" w:cs="Times New Roman"/>
                <w:szCs w:val="21"/>
              </w:rPr>
            </w:pPr>
          </w:p>
        </w:tc>
        <w:tc>
          <w:tcPr>
            <w:tcW w:w="1125" w:type="dxa"/>
            <w:vAlign w:val="center"/>
          </w:tcPr>
          <w:p w14:paraId="219D38BC"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199-&gt;207</w:t>
            </w:r>
          </w:p>
        </w:tc>
        <w:tc>
          <w:tcPr>
            <w:tcW w:w="1039" w:type="dxa"/>
            <w:vAlign w:val="center"/>
          </w:tcPr>
          <w:p w14:paraId="27965871" w14:textId="77777777" w:rsidR="00497B11" w:rsidRPr="00293828" w:rsidRDefault="00497B11" w:rsidP="00293828">
            <w:pPr>
              <w:jc w:val="center"/>
              <w:rPr>
                <w:rFonts w:ascii="Times New Roman" w:hAnsi="Times New Roman" w:cs="Times New Roman"/>
                <w:szCs w:val="21"/>
              </w:rPr>
            </w:pPr>
            <w:r w:rsidRPr="00293828">
              <w:rPr>
                <w:rFonts w:ascii="Times New Roman" w:hAnsi="Times New Roman" w:cs="Times New Roman"/>
                <w:szCs w:val="21"/>
              </w:rPr>
              <w:t>-0.14957</w:t>
            </w:r>
          </w:p>
        </w:tc>
        <w:tc>
          <w:tcPr>
            <w:tcW w:w="1009" w:type="dxa"/>
            <w:vMerge/>
          </w:tcPr>
          <w:p w14:paraId="4DCBC037" w14:textId="77777777" w:rsidR="00497B11" w:rsidRPr="00293828" w:rsidRDefault="00497B11" w:rsidP="00293828">
            <w:pPr>
              <w:rPr>
                <w:rFonts w:ascii="Times New Roman" w:hAnsi="Times New Roman" w:cs="Times New Roman"/>
                <w:szCs w:val="21"/>
              </w:rPr>
            </w:pPr>
          </w:p>
        </w:tc>
        <w:tc>
          <w:tcPr>
            <w:tcW w:w="1009" w:type="dxa"/>
            <w:vMerge/>
          </w:tcPr>
          <w:p w14:paraId="1C99DDAB" w14:textId="77777777" w:rsidR="00497B11" w:rsidRPr="00293828" w:rsidRDefault="00497B11" w:rsidP="00293828">
            <w:pPr>
              <w:rPr>
                <w:rFonts w:ascii="Times New Roman" w:hAnsi="Times New Roman" w:cs="Times New Roman"/>
                <w:szCs w:val="21"/>
              </w:rPr>
            </w:pPr>
          </w:p>
        </w:tc>
        <w:tc>
          <w:tcPr>
            <w:tcW w:w="1009" w:type="dxa"/>
            <w:vMerge/>
          </w:tcPr>
          <w:p w14:paraId="55D99ADF" w14:textId="77777777" w:rsidR="00497B11" w:rsidRPr="00293828" w:rsidRDefault="00497B11" w:rsidP="00293828">
            <w:pPr>
              <w:rPr>
                <w:rFonts w:ascii="Times New Roman" w:hAnsi="Times New Roman" w:cs="Times New Roman"/>
                <w:szCs w:val="21"/>
              </w:rPr>
            </w:pPr>
          </w:p>
        </w:tc>
        <w:tc>
          <w:tcPr>
            <w:tcW w:w="1068" w:type="dxa"/>
            <w:vMerge/>
          </w:tcPr>
          <w:p w14:paraId="18174E3B" w14:textId="77777777" w:rsidR="00497B11" w:rsidRPr="00293828" w:rsidRDefault="00497B11" w:rsidP="00293828">
            <w:pPr>
              <w:rPr>
                <w:rFonts w:ascii="Times New Roman" w:hAnsi="Times New Roman" w:cs="Times New Roman"/>
                <w:szCs w:val="21"/>
              </w:rPr>
            </w:pPr>
          </w:p>
        </w:tc>
        <w:tc>
          <w:tcPr>
            <w:tcW w:w="1068" w:type="dxa"/>
            <w:vMerge/>
          </w:tcPr>
          <w:p w14:paraId="5120F284" w14:textId="77777777" w:rsidR="00497B11" w:rsidRPr="00293828" w:rsidRDefault="00497B11" w:rsidP="00293828">
            <w:pPr>
              <w:rPr>
                <w:rFonts w:ascii="Times New Roman" w:hAnsi="Times New Roman" w:cs="Times New Roman"/>
                <w:szCs w:val="21"/>
              </w:rPr>
            </w:pPr>
          </w:p>
        </w:tc>
      </w:tr>
    </w:tbl>
    <w:p w14:paraId="642B5D1F" w14:textId="77777777" w:rsidR="00497B11" w:rsidRPr="00293828" w:rsidRDefault="00497B11" w:rsidP="00293828">
      <w:pPr>
        <w:spacing w:after="40" w:line="360" w:lineRule="auto"/>
        <w:rPr>
          <w:rFonts w:ascii="Times New Roman" w:hAnsi="Times New Roman" w:cs="Times New Roman"/>
          <w:szCs w:val="21"/>
          <w14:ligatures w14:val="none"/>
        </w:rPr>
      </w:pPr>
      <w:proofErr w:type="spellStart"/>
      <w:r w:rsidRPr="00293828">
        <w:rPr>
          <w:rFonts w:ascii="Times New Roman" w:hAnsi="Times New Roman" w:cs="Times New Roman"/>
          <w:i/>
          <w:iCs/>
          <w:szCs w:val="21"/>
          <w:vertAlign w:val="superscript"/>
          <w14:ligatures w14:val="none"/>
        </w:rPr>
        <w:t>a</w:t>
      </w:r>
      <w:r w:rsidRPr="00293828">
        <w:rPr>
          <w:rFonts w:ascii="Times New Roman" w:hAnsi="Times New Roman" w:cs="Times New Roman"/>
          <w:szCs w:val="21"/>
          <w14:ligatures w14:val="none"/>
        </w:rPr>
        <w:t>Number</w:t>
      </w:r>
      <w:proofErr w:type="spellEnd"/>
      <w:r w:rsidRPr="00293828">
        <w:rPr>
          <w:rFonts w:ascii="Times New Roman" w:hAnsi="Times New Roman" w:cs="Times New Roman"/>
          <w:szCs w:val="21"/>
          <w14:ligatures w14:val="none"/>
        </w:rPr>
        <w:t xml:space="preserve"> of the excited states; </w:t>
      </w:r>
      <w:proofErr w:type="spellStart"/>
      <w:r w:rsidRPr="00293828">
        <w:rPr>
          <w:rFonts w:ascii="Times New Roman" w:hAnsi="Times New Roman" w:cs="Times New Roman"/>
          <w:i/>
          <w:iCs/>
          <w:szCs w:val="21"/>
          <w:vertAlign w:val="superscript"/>
          <w14:ligatures w14:val="none"/>
        </w:rPr>
        <w:t>b</w:t>
      </w:r>
      <w:r w:rsidRPr="00293828">
        <w:rPr>
          <w:rFonts w:ascii="Times New Roman" w:hAnsi="Times New Roman" w:cs="Times New Roman"/>
          <w:szCs w:val="21"/>
          <w14:ligatures w14:val="none"/>
        </w:rPr>
        <w:t>Only</w:t>
      </w:r>
      <w:proofErr w:type="spellEnd"/>
      <w:r w:rsidRPr="00293828">
        <w:rPr>
          <w:rFonts w:ascii="Times New Roman" w:hAnsi="Times New Roman" w:cs="Times New Roman"/>
          <w:szCs w:val="21"/>
          <w14:ligatures w14:val="none"/>
        </w:rPr>
        <w:t xml:space="preserve"> transitions with contribution over </w:t>
      </w:r>
      <w:r w:rsidRPr="00293828">
        <w:rPr>
          <w:rFonts w:ascii="Times New Roman" w:hAnsi="Times New Roman" w:cs="Times New Roman" w:hint="eastAsia"/>
          <w:szCs w:val="21"/>
          <w14:ligatures w14:val="none"/>
        </w:rPr>
        <w:t>4</w:t>
      </w:r>
      <w:r w:rsidRPr="00293828">
        <w:rPr>
          <w:rFonts w:ascii="Times New Roman" w:hAnsi="Times New Roman" w:cs="Times New Roman"/>
          <w:szCs w:val="21"/>
          <w14:ligatures w14:val="none"/>
        </w:rPr>
        <w:t xml:space="preserve">.0% were listed; </w:t>
      </w:r>
      <w:proofErr w:type="spellStart"/>
      <w:r w:rsidRPr="00293828">
        <w:rPr>
          <w:rFonts w:ascii="Times New Roman" w:hAnsi="Times New Roman" w:cs="Times New Roman"/>
          <w:i/>
          <w:iCs/>
          <w:szCs w:val="21"/>
          <w:vertAlign w:val="superscript"/>
          <w14:ligatures w14:val="none"/>
        </w:rPr>
        <w:t>c</w:t>
      </w:r>
      <w:r w:rsidRPr="00293828">
        <w:rPr>
          <w:rFonts w:ascii="Times New Roman" w:hAnsi="Times New Roman" w:cs="Times New Roman"/>
          <w:szCs w:val="21"/>
          <w14:ligatures w14:val="none"/>
        </w:rPr>
        <w:t>Configuration</w:t>
      </w:r>
      <w:proofErr w:type="spellEnd"/>
      <w:r w:rsidRPr="00293828">
        <w:rPr>
          <w:rFonts w:ascii="Times New Roman" w:hAnsi="Times New Roman" w:cs="Times New Roman"/>
          <w:szCs w:val="21"/>
          <w14:ligatures w14:val="none"/>
        </w:rPr>
        <w:t xml:space="preserve">-interaction coefficient; </w:t>
      </w:r>
      <w:proofErr w:type="spellStart"/>
      <w:r w:rsidRPr="00293828">
        <w:rPr>
          <w:rFonts w:ascii="Times New Roman" w:hAnsi="Times New Roman" w:cs="Times New Roman"/>
          <w:i/>
          <w:iCs/>
          <w:szCs w:val="21"/>
          <w:vertAlign w:val="superscript"/>
          <w14:ligatures w14:val="none"/>
        </w:rPr>
        <w:t>d</w:t>
      </w:r>
      <w:r w:rsidRPr="00293828">
        <w:rPr>
          <w:rFonts w:ascii="Times New Roman" w:hAnsi="Times New Roman" w:cs="Times New Roman"/>
          <w:szCs w:val="21"/>
          <w14:ligatures w14:val="none"/>
        </w:rPr>
        <w:t>Excitation</w:t>
      </w:r>
      <w:proofErr w:type="spellEnd"/>
      <w:r w:rsidRPr="00293828">
        <w:rPr>
          <w:rFonts w:ascii="Times New Roman" w:hAnsi="Times New Roman" w:cs="Times New Roman"/>
          <w:szCs w:val="21"/>
          <w14:ligatures w14:val="none"/>
        </w:rPr>
        <w:t xml:space="preserve"> energy; </w:t>
      </w:r>
      <w:proofErr w:type="spellStart"/>
      <w:r w:rsidRPr="00293828">
        <w:rPr>
          <w:rFonts w:ascii="Times New Roman" w:hAnsi="Times New Roman" w:cs="Times New Roman"/>
          <w:i/>
          <w:iCs/>
          <w:szCs w:val="21"/>
          <w:vertAlign w:val="superscript"/>
          <w14:ligatures w14:val="none"/>
        </w:rPr>
        <w:t>e</w:t>
      </w:r>
      <w:r w:rsidRPr="00293828">
        <w:rPr>
          <w:rFonts w:ascii="Times New Roman" w:hAnsi="Times New Roman" w:cs="Times New Roman"/>
          <w:szCs w:val="21"/>
          <w14:ligatures w14:val="none"/>
        </w:rPr>
        <w:t>Wavelength</w:t>
      </w:r>
      <w:proofErr w:type="spellEnd"/>
      <w:r w:rsidRPr="00293828">
        <w:rPr>
          <w:rFonts w:ascii="Times New Roman" w:hAnsi="Times New Roman" w:cs="Times New Roman"/>
          <w:szCs w:val="21"/>
          <w14:ligatures w14:val="none"/>
        </w:rPr>
        <w:t>;</w:t>
      </w:r>
      <w:r w:rsidRPr="00293828">
        <w:rPr>
          <w:rFonts w:ascii="Times New Roman" w:hAnsi="Times New Roman" w:cs="Times New Roman"/>
          <w:i/>
          <w:iCs/>
          <w:szCs w:val="21"/>
          <w:vertAlign w:val="superscript"/>
          <w14:ligatures w14:val="none"/>
        </w:rPr>
        <w:t xml:space="preserve"> </w:t>
      </w:r>
      <w:proofErr w:type="spellStart"/>
      <w:r w:rsidRPr="00293828">
        <w:rPr>
          <w:rFonts w:ascii="Times New Roman" w:hAnsi="Times New Roman" w:cs="Times New Roman"/>
          <w:i/>
          <w:iCs/>
          <w:szCs w:val="21"/>
          <w:vertAlign w:val="superscript"/>
          <w14:ligatures w14:val="none"/>
        </w:rPr>
        <w:t>f</w:t>
      </w:r>
      <w:r w:rsidRPr="00293828">
        <w:rPr>
          <w:rFonts w:ascii="Times New Roman" w:hAnsi="Times New Roman" w:cs="Times New Roman"/>
          <w:szCs w:val="21"/>
          <w14:ligatures w14:val="none"/>
        </w:rPr>
        <w:t>Oscillator</w:t>
      </w:r>
      <w:proofErr w:type="spellEnd"/>
      <w:r w:rsidRPr="00293828">
        <w:rPr>
          <w:rFonts w:ascii="Times New Roman" w:hAnsi="Times New Roman" w:cs="Times New Roman"/>
          <w:szCs w:val="21"/>
          <w14:ligatures w14:val="none"/>
        </w:rPr>
        <w:t xml:space="preserve"> strength; </w:t>
      </w:r>
      <w:proofErr w:type="spellStart"/>
      <w:r w:rsidRPr="00293828">
        <w:rPr>
          <w:rFonts w:ascii="Times New Roman" w:hAnsi="Times New Roman" w:cs="Times New Roman"/>
          <w:i/>
          <w:iCs/>
          <w:szCs w:val="21"/>
          <w:vertAlign w:val="superscript"/>
          <w14:ligatures w14:val="none"/>
        </w:rPr>
        <w:t>g</w:t>
      </w:r>
      <w:r w:rsidRPr="00293828">
        <w:rPr>
          <w:rFonts w:ascii="Times New Roman" w:hAnsi="Times New Roman" w:cs="Times New Roman"/>
          <w:szCs w:val="21"/>
          <w14:ligatures w14:val="none"/>
        </w:rPr>
        <w:t>Rotatory</w:t>
      </w:r>
      <w:proofErr w:type="spellEnd"/>
      <w:r w:rsidRPr="00293828">
        <w:rPr>
          <w:rFonts w:ascii="Times New Roman" w:hAnsi="Times New Roman" w:cs="Times New Roman"/>
          <w:szCs w:val="21"/>
          <w14:ligatures w14:val="none"/>
        </w:rPr>
        <w:t xml:space="preserve"> strength in velocity form (10</w:t>
      </w:r>
      <w:r w:rsidRPr="00293828">
        <w:rPr>
          <w:rFonts w:ascii="Times New Roman" w:hAnsi="Times New Roman" w:cs="Times New Roman"/>
          <w:szCs w:val="21"/>
          <w:vertAlign w:val="superscript"/>
          <w14:ligatures w14:val="none"/>
        </w:rPr>
        <w:t>-40</w:t>
      </w:r>
      <w:r w:rsidRPr="00293828">
        <w:rPr>
          <w:rFonts w:ascii="Times New Roman" w:hAnsi="Times New Roman" w:cs="Times New Roman"/>
          <w:szCs w:val="21"/>
          <w14:ligatures w14:val="none"/>
        </w:rPr>
        <w:t xml:space="preserve"> cgs); </w:t>
      </w:r>
      <w:proofErr w:type="spellStart"/>
      <w:r w:rsidRPr="00293828">
        <w:rPr>
          <w:rFonts w:ascii="Times New Roman" w:hAnsi="Times New Roman" w:cs="Times New Roman"/>
          <w:i/>
          <w:iCs/>
          <w:szCs w:val="21"/>
          <w:vertAlign w:val="superscript"/>
          <w14:ligatures w14:val="none"/>
        </w:rPr>
        <w:t>h</w:t>
      </w:r>
      <w:r w:rsidRPr="00293828">
        <w:rPr>
          <w:rFonts w:ascii="Times New Roman" w:hAnsi="Times New Roman" w:cs="Times New Roman"/>
          <w:szCs w:val="21"/>
          <w14:ligatures w14:val="none"/>
        </w:rPr>
        <w:t>Rotatory</w:t>
      </w:r>
      <w:proofErr w:type="spellEnd"/>
      <w:r w:rsidRPr="00293828">
        <w:rPr>
          <w:rFonts w:ascii="Times New Roman" w:hAnsi="Times New Roman" w:cs="Times New Roman"/>
          <w:szCs w:val="21"/>
          <w14:ligatures w14:val="none"/>
        </w:rPr>
        <w:t xml:space="preserve"> strength in length form (10</w:t>
      </w:r>
      <w:r w:rsidRPr="00293828">
        <w:rPr>
          <w:rFonts w:ascii="Times New Roman" w:hAnsi="Times New Roman" w:cs="Times New Roman"/>
          <w:szCs w:val="21"/>
          <w:vertAlign w:val="superscript"/>
          <w14:ligatures w14:val="none"/>
        </w:rPr>
        <w:t>-40</w:t>
      </w:r>
      <w:r w:rsidRPr="00293828">
        <w:rPr>
          <w:rFonts w:ascii="Times New Roman" w:hAnsi="Times New Roman" w:cs="Times New Roman"/>
          <w:szCs w:val="21"/>
          <w14:ligatures w14:val="none"/>
        </w:rPr>
        <w:t xml:space="preserve"> cgs).</w:t>
      </w:r>
    </w:p>
    <w:p w14:paraId="6EA047CC" w14:textId="77777777" w:rsidR="00497B11" w:rsidRPr="00293828" w:rsidRDefault="00497B11" w:rsidP="00293828">
      <w:pPr>
        <w:spacing w:line="360" w:lineRule="auto"/>
        <w:rPr>
          <w:rFonts w:ascii="Times New Roman" w:hAnsi="Times New Roman" w:cs="Times New Roman"/>
          <w:b/>
          <w:bCs/>
          <w:szCs w:val="21"/>
          <w14:ligatures w14:val="none"/>
        </w:rPr>
      </w:pPr>
    </w:p>
    <w:p w14:paraId="15EF5FA3" w14:textId="77777777" w:rsidR="00497B11" w:rsidRPr="00293828" w:rsidRDefault="00497B11" w:rsidP="00293828">
      <w:pPr>
        <w:spacing w:line="360" w:lineRule="auto"/>
        <w:rPr>
          <w:rFonts w:ascii="Times New Roman" w:hAnsi="Times New Roman" w:cs="Times New Roman"/>
          <w:b/>
          <w:bCs/>
          <w:szCs w:val="21"/>
          <w14:ligatures w14:val="none"/>
        </w:rPr>
      </w:pPr>
    </w:p>
    <w:p w14:paraId="1B34B3E1" w14:textId="77777777" w:rsidR="00497B11" w:rsidRPr="00293828" w:rsidRDefault="00497B11" w:rsidP="000872D4">
      <w:pPr>
        <w:spacing w:line="360" w:lineRule="auto"/>
        <w:rPr>
          <w:rFonts w:ascii="Times New Roman" w:hAnsi="Times New Roman" w:cs="Times New Roman"/>
          <w:b/>
          <w:bCs/>
          <w:szCs w:val="21"/>
          <w14:ligatures w14:val="none"/>
        </w:rPr>
      </w:pPr>
      <w:r>
        <w:rPr>
          <w:rFonts w:ascii="Times New Roman" w:hAnsi="Times New Roman" w:cs="Times New Roman" w:hint="eastAsia"/>
          <w:b/>
          <w:bCs/>
          <w:szCs w:val="21"/>
          <w14:ligatures w14:val="none"/>
        </w:rPr>
        <w:t>9</w:t>
      </w:r>
      <w:r w:rsidRPr="00293828">
        <w:rPr>
          <w:rFonts w:ascii="Times New Roman" w:hAnsi="Times New Roman" w:cs="Times New Roman"/>
          <w:b/>
          <w:bCs/>
          <w:szCs w:val="21"/>
          <w14:ligatures w14:val="none"/>
        </w:rPr>
        <w:t xml:space="preserve">.4 Computational data of </w:t>
      </w: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b</w:t>
      </w:r>
    </w:p>
    <w:p w14:paraId="4FE5730A" w14:textId="77777777" w:rsidR="00497B11" w:rsidRPr="00293828" w:rsidRDefault="00497B11" w:rsidP="00293828">
      <w:pPr>
        <w:spacing w:line="360" w:lineRule="auto"/>
        <w:rPr>
          <w:rFonts w:ascii="Times New Roman" w:hAnsi="Times New Roman" w:cs="Times New Roman"/>
          <w:szCs w:val="21"/>
          <w14:ligatures w14:val="none"/>
        </w:rPr>
      </w:pPr>
      <w:r w:rsidRPr="00293828">
        <w:rPr>
          <w:rFonts w:ascii="Times New Roman" w:hAnsi="Times New Roman" w:cs="Times New Roman"/>
          <w:b/>
          <w:bCs/>
          <w:szCs w:val="21"/>
          <w14:ligatures w14:val="none"/>
        </w:rPr>
        <w:t>Table S</w:t>
      </w:r>
      <w:r>
        <w:rPr>
          <w:rFonts w:ascii="Times New Roman" w:hAnsi="Times New Roman" w:cs="Times New Roman" w:hint="eastAsia"/>
          <w:b/>
          <w:bCs/>
          <w:szCs w:val="21"/>
          <w14:ligatures w14:val="none"/>
        </w:rPr>
        <w:t>10</w:t>
      </w:r>
      <w:r w:rsidRPr="00293828">
        <w:rPr>
          <w:rFonts w:ascii="Times New Roman" w:hAnsi="Times New Roman" w:cs="Times New Roman"/>
          <w:szCs w:val="21"/>
          <w14:ligatures w14:val="none"/>
        </w:rPr>
        <w:t xml:space="preserve"> Conformational analysis of the B3LYP-D3BJ/6-31G(d) optimized conformers of </w:t>
      </w: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b</w:t>
      </w:r>
      <w:r w:rsidRPr="00293828">
        <w:rPr>
          <w:rFonts w:ascii="Times New Roman" w:hAnsi="Times New Roman" w:cs="Times New Roman"/>
          <w:szCs w:val="21"/>
          <w14:ligatures w14:val="none"/>
        </w:rPr>
        <w:t xml:space="preserve"> in the gas phase (T=298.15 K)</w:t>
      </w:r>
    </w:p>
    <w:tbl>
      <w:tblPr>
        <w:tblStyle w:val="ad"/>
        <w:tblW w:w="0" w:type="auto"/>
        <w:tblLook w:val="04A0" w:firstRow="1" w:lastRow="0" w:firstColumn="1" w:lastColumn="0" w:noHBand="0" w:noVBand="1"/>
      </w:tblPr>
      <w:tblGrid>
        <w:gridCol w:w="1138"/>
        <w:gridCol w:w="1389"/>
        <w:gridCol w:w="1248"/>
        <w:gridCol w:w="1704"/>
        <w:gridCol w:w="1489"/>
        <w:gridCol w:w="1189"/>
      </w:tblGrid>
      <w:tr w:rsidR="00497B11" w:rsidRPr="00293828" w14:paraId="60EF9B71" w14:textId="77777777" w:rsidTr="009D45BD">
        <w:tc>
          <w:tcPr>
            <w:tcW w:w="0" w:type="auto"/>
            <w:vAlign w:val="center"/>
          </w:tcPr>
          <w:p w14:paraId="307B183B" w14:textId="77777777" w:rsidR="00497B11" w:rsidRPr="00293828" w:rsidRDefault="00497B11" w:rsidP="00293828">
            <w:pPr>
              <w:spacing w:line="360" w:lineRule="auto"/>
              <w:jc w:val="center"/>
            </w:pPr>
            <w:r w:rsidRPr="00293828">
              <w:rPr>
                <w:rFonts w:ascii="Times New Roman" w:hAnsi="Times New Roman" w:cs="Times New Roman"/>
                <w:szCs w:val="21"/>
              </w:rPr>
              <w:t>Conformer</w:t>
            </w:r>
          </w:p>
        </w:tc>
        <w:tc>
          <w:tcPr>
            <w:tcW w:w="0" w:type="auto"/>
            <w:vAlign w:val="center"/>
          </w:tcPr>
          <w:p w14:paraId="7D5D61DA" w14:textId="77777777" w:rsidR="00497B11" w:rsidRPr="00293828" w:rsidRDefault="00497B11" w:rsidP="00293828">
            <w:pPr>
              <w:spacing w:line="360" w:lineRule="auto"/>
              <w:jc w:val="center"/>
            </w:pPr>
            <w:r w:rsidRPr="00293828">
              <w:rPr>
                <w:rFonts w:ascii="Times New Roman" w:hAnsi="Times New Roman" w:cs="Times New Roman"/>
                <w:szCs w:val="21"/>
              </w:rPr>
              <w:t>E (Hartree)</w:t>
            </w:r>
            <w:r w:rsidRPr="00293828">
              <w:rPr>
                <w:rFonts w:ascii="Times New Roman" w:hAnsi="Times New Roman" w:cs="Times New Roman"/>
                <w:i/>
                <w:iCs/>
                <w:szCs w:val="21"/>
                <w:vertAlign w:val="superscript"/>
              </w:rPr>
              <w:t>a</w:t>
            </w:r>
          </w:p>
        </w:tc>
        <w:tc>
          <w:tcPr>
            <w:tcW w:w="0" w:type="auto"/>
            <w:vAlign w:val="center"/>
          </w:tcPr>
          <w:p w14:paraId="027FE0E9" w14:textId="77777777" w:rsidR="00497B11" w:rsidRPr="00293828" w:rsidRDefault="00497B11" w:rsidP="00293828">
            <w:pPr>
              <w:spacing w:line="360" w:lineRule="auto"/>
              <w:jc w:val="center"/>
            </w:pPr>
            <w:r w:rsidRPr="00293828">
              <w:rPr>
                <w:rFonts w:ascii="Times New Roman" w:hAnsi="Times New Roman" w:cs="Times New Roman"/>
                <w:szCs w:val="21"/>
              </w:rPr>
              <w:t>C (Hartree)</w:t>
            </w:r>
            <w:r w:rsidRPr="00293828">
              <w:rPr>
                <w:rFonts w:ascii="Times New Roman" w:hAnsi="Times New Roman" w:cs="Times New Roman"/>
                <w:i/>
                <w:iCs/>
                <w:szCs w:val="21"/>
                <w:vertAlign w:val="superscript"/>
              </w:rPr>
              <w:t>b</w:t>
            </w:r>
          </w:p>
        </w:tc>
        <w:tc>
          <w:tcPr>
            <w:tcW w:w="0" w:type="auto"/>
            <w:vAlign w:val="center"/>
          </w:tcPr>
          <w:p w14:paraId="7EE3EFBB" w14:textId="77777777" w:rsidR="00497B11" w:rsidRPr="00293828" w:rsidRDefault="00497B11" w:rsidP="00293828">
            <w:pPr>
              <w:spacing w:line="360" w:lineRule="auto"/>
              <w:jc w:val="center"/>
            </w:pPr>
            <w:r w:rsidRPr="00293828">
              <w:rPr>
                <w:rFonts w:ascii="Times New Roman" w:hAnsi="Times New Roman" w:cs="Times New Roman"/>
                <w:szCs w:val="21"/>
              </w:rPr>
              <w:t>G (kcal/</w:t>
            </w:r>
            <w:proofErr w:type="gramStart"/>
            <w:r w:rsidRPr="00293828">
              <w:rPr>
                <w:rFonts w:ascii="Times New Roman" w:hAnsi="Times New Roman" w:cs="Times New Roman"/>
                <w:szCs w:val="21"/>
              </w:rPr>
              <w:t>mol)</w:t>
            </w:r>
            <w:r w:rsidRPr="00293828">
              <w:rPr>
                <w:rFonts w:ascii="Times New Roman" w:hAnsi="Times New Roman" w:cs="Times New Roman"/>
                <w:i/>
                <w:iCs/>
                <w:szCs w:val="21"/>
                <w:vertAlign w:val="superscript"/>
              </w:rPr>
              <w:t>c</w:t>
            </w:r>
            <w:proofErr w:type="gramEnd"/>
          </w:p>
        </w:tc>
        <w:tc>
          <w:tcPr>
            <w:tcW w:w="0" w:type="auto"/>
            <w:vAlign w:val="center"/>
          </w:tcPr>
          <w:p w14:paraId="0970D5C5" w14:textId="77777777" w:rsidR="00497B11" w:rsidRPr="00293828" w:rsidRDefault="00497B11" w:rsidP="00293828">
            <w:pPr>
              <w:spacing w:line="360" w:lineRule="auto"/>
              <w:jc w:val="center"/>
            </w:pPr>
            <w:r w:rsidRPr="00293828">
              <w:rPr>
                <w:rFonts w:ascii="Times New Roman" w:hAnsi="Times New Roman" w:cs="Times New Roman"/>
                <w:i/>
                <w:iCs/>
                <w:szCs w:val="21"/>
              </w:rPr>
              <w:t>Δ</w:t>
            </w:r>
            <w:r w:rsidRPr="00293828">
              <w:rPr>
                <w:rFonts w:ascii="Times New Roman" w:hAnsi="Times New Roman" w:cs="Times New Roman"/>
                <w:szCs w:val="21"/>
              </w:rPr>
              <w:t>G (kcal/</w:t>
            </w:r>
            <w:proofErr w:type="gramStart"/>
            <w:r w:rsidRPr="00293828">
              <w:rPr>
                <w:rFonts w:ascii="Times New Roman" w:hAnsi="Times New Roman" w:cs="Times New Roman"/>
                <w:szCs w:val="21"/>
              </w:rPr>
              <w:t>mol)</w:t>
            </w:r>
            <w:r w:rsidRPr="00293828">
              <w:rPr>
                <w:rFonts w:ascii="Times New Roman" w:hAnsi="Times New Roman" w:cs="Times New Roman"/>
                <w:i/>
                <w:iCs/>
                <w:szCs w:val="21"/>
                <w:vertAlign w:val="superscript"/>
              </w:rPr>
              <w:t>d</w:t>
            </w:r>
            <w:proofErr w:type="gramEnd"/>
          </w:p>
        </w:tc>
        <w:tc>
          <w:tcPr>
            <w:tcW w:w="0" w:type="auto"/>
            <w:vAlign w:val="center"/>
          </w:tcPr>
          <w:p w14:paraId="48C5A249" w14:textId="77777777" w:rsidR="00497B11" w:rsidRPr="00293828" w:rsidRDefault="00497B11" w:rsidP="00293828">
            <w:pPr>
              <w:spacing w:line="360" w:lineRule="auto"/>
              <w:jc w:val="center"/>
            </w:pPr>
            <w:proofErr w:type="spellStart"/>
            <w:r w:rsidRPr="00293828">
              <w:rPr>
                <w:rFonts w:ascii="Times New Roman" w:hAnsi="Times New Roman" w:cs="Times New Roman"/>
                <w:szCs w:val="21"/>
              </w:rPr>
              <w:t>Population</w:t>
            </w:r>
            <w:r w:rsidRPr="00293828">
              <w:rPr>
                <w:rFonts w:ascii="Times New Roman" w:hAnsi="Times New Roman" w:cs="Times New Roman"/>
                <w:i/>
                <w:iCs/>
                <w:szCs w:val="21"/>
                <w:vertAlign w:val="superscript"/>
              </w:rPr>
              <w:t>e</w:t>
            </w:r>
            <w:proofErr w:type="spellEnd"/>
          </w:p>
        </w:tc>
      </w:tr>
      <w:tr w:rsidR="00497B11" w:rsidRPr="00293828" w14:paraId="470A8AFA" w14:textId="77777777" w:rsidTr="009D45BD">
        <w:tc>
          <w:tcPr>
            <w:tcW w:w="0" w:type="auto"/>
            <w:vAlign w:val="center"/>
          </w:tcPr>
          <w:p w14:paraId="632B1E7B" w14:textId="77777777" w:rsidR="00497B11" w:rsidRPr="00293828" w:rsidRDefault="00497B11" w:rsidP="00293828">
            <w:pPr>
              <w:spacing w:line="360" w:lineRule="auto"/>
              <w:jc w:val="center"/>
              <w:rPr>
                <w:rFonts w:ascii="Times New Roman" w:hAnsi="Times New Roman" w:cs="Times New Roman"/>
                <w:b/>
                <w:bCs/>
              </w:rPr>
            </w:pPr>
            <w:r w:rsidRPr="00293828">
              <w:rPr>
                <w:rFonts w:ascii="Times New Roman" w:hAnsi="Times New Roman" w:cs="Times New Roman"/>
                <w:b/>
                <w:bCs/>
              </w:rPr>
              <w:t>4b-1</w:t>
            </w:r>
          </w:p>
        </w:tc>
        <w:tc>
          <w:tcPr>
            <w:tcW w:w="0" w:type="auto"/>
            <w:vAlign w:val="center"/>
          </w:tcPr>
          <w:p w14:paraId="083D4C1F"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-2610.713652</w:t>
            </w:r>
          </w:p>
        </w:tc>
        <w:tc>
          <w:tcPr>
            <w:tcW w:w="0" w:type="auto"/>
            <w:vAlign w:val="center"/>
          </w:tcPr>
          <w:p w14:paraId="329E0945"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0.836689</w:t>
            </w:r>
          </w:p>
        </w:tc>
        <w:tc>
          <w:tcPr>
            <w:tcW w:w="0" w:type="auto"/>
            <w:vAlign w:val="center"/>
          </w:tcPr>
          <w:p w14:paraId="73D664E5"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-1637697.794339</w:t>
            </w:r>
          </w:p>
        </w:tc>
        <w:tc>
          <w:tcPr>
            <w:tcW w:w="0" w:type="auto"/>
            <w:vAlign w:val="center"/>
          </w:tcPr>
          <w:p w14:paraId="02E99450"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0.0</w:t>
            </w:r>
          </w:p>
        </w:tc>
        <w:tc>
          <w:tcPr>
            <w:tcW w:w="0" w:type="auto"/>
            <w:vAlign w:val="center"/>
          </w:tcPr>
          <w:p w14:paraId="55EB82EC"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61.54%</w:t>
            </w:r>
          </w:p>
        </w:tc>
      </w:tr>
      <w:tr w:rsidR="00497B11" w:rsidRPr="00293828" w14:paraId="332FD947" w14:textId="77777777" w:rsidTr="009D45BD">
        <w:tc>
          <w:tcPr>
            <w:tcW w:w="0" w:type="auto"/>
            <w:vAlign w:val="center"/>
          </w:tcPr>
          <w:p w14:paraId="7A82713C" w14:textId="77777777" w:rsidR="00497B11" w:rsidRPr="00293828" w:rsidRDefault="00497B11" w:rsidP="00293828">
            <w:pPr>
              <w:spacing w:line="360" w:lineRule="auto"/>
              <w:jc w:val="center"/>
              <w:rPr>
                <w:rFonts w:ascii="Times New Roman" w:hAnsi="Times New Roman" w:cs="Times New Roman"/>
                <w:b/>
                <w:bCs/>
              </w:rPr>
            </w:pPr>
            <w:r w:rsidRPr="00293828">
              <w:rPr>
                <w:rFonts w:ascii="Times New Roman" w:hAnsi="Times New Roman" w:cs="Times New Roman"/>
                <w:b/>
                <w:bCs/>
              </w:rPr>
              <w:t>4b-2</w:t>
            </w:r>
          </w:p>
        </w:tc>
        <w:tc>
          <w:tcPr>
            <w:tcW w:w="0" w:type="auto"/>
            <w:vAlign w:val="center"/>
          </w:tcPr>
          <w:p w14:paraId="793EF185"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-2610.712975</w:t>
            </w:r>
          </w:p>
        </w:tc>
        <w:tc>
          <w:tcPr>
            <w:tcW w:w="0" w:type="auto"/>
            <w:vAlign w:val="center"/>
          </w:tcPr>
          <w:p w14:paraId="7EC47CB7"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0.836455</w:t>
            </w:r>
          </w:p>
        </w:tc>
        <w:tc>
          <w:tcPr>
            <w:tcW w:w="0" w:type="auto"/>
            <w:vAlign w:val="center"/>
          </w:tcPr>
          <w:p w14:paraId="52F16CFE"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-1637697.516024</w:t>
            </w:r>
          </w:p>
        </w:tc>
        <w:tc>
          <w:tcPr>
            <w:tcW w:w="0" w:type="auto"/>
            <w:vAlign w:val="center"/>
          </w:tcPr>
          <w:p w14:paraId="12EF3780"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0.278315</w:t>
            </w:r>
          </w:p>
        </w:tc>
        <w:tc>
          <w:tcPr>
            <w:tcW w:w="0" w:type="auto"/>
            <w:vAlign w:val="center"/>
          </w:tcPr>
          <w:p w14:paraId="7E30DA33" w14:textId="77777777" w:rsidR="00497B11" w:rsidRPr="00293828" w:rsidRDefault="00497B11" w:rsidP="00293828">
            <w:pPr>
              <w:spacing w:line="360" w:lineRule="auto"/>
              <w:jc w:val="center"/>
              <w:rPr>
                <w:rFonts w:ascii="Times New Roman" w:hAnsi="Times New Roman" w:cs="Times New Roman"/>
              </w:rPr>
            </w:pPr>
            <w:r w:rsidRPr="00293828">
              <w:rPr>
                <w:rFonts w:ascii="Times New Roman" w:hAnsi="Times New Roman" w:cs="Times New Roman"/>
              </w:rPr>
              <w:t>38.46%</w:t>
            </w:r>
          </w:p>
        </w:tc>
      </w:tr>
    </w:tbl>
    <w:p w14:paraId="4DAF5148" w14:textId="77777777" w:rsidR="00497B11" w:rsidRPr="00293828" w:rsidRDefault="00497B11" w:rsidP="00293828">
      <w:pPr>
        <w:spacing w:after="40" w:line="360" w:lineRule="auto"/>
        <w:rPr>
          <w:rFonts w:ascii="Times New Roman" w:hAnsi="Times New Roman" w:cs="Times New Roman"/>
          <w:szCs w:val="21"/>
          <w14:ligatures w14:val="none"/>
        </w:rPr>
      </w:pPr>
      <w:bookmarkStart w:id="27" w:name="_Hlk63343148"/>
      <w:proofErr w:type="spellStart"/>
      <w:r w:rsidRPr="00293828">
        <w:rPr>
          <w:rFonts w:ascii="Times New Roman" w:hAnsi="Times New Roman" w:cs="Times New Roman"/>
          <w:i/>
          <w:iCs/>
          <w:szCs w:val="21"/>
          <w:vertAlign w:val="superscript"/>
          <w14:ligatures w14:val="none"/>
        </w:rPr>
        <w:t>a</w:t>
      </w:r>
      <w:r w:rsidRPr="00293828">
        <w:rPr>
          <w:rFonts w:ascii="Times New Roman" w:hAnsi="Times New Roman" w:cs="Times New Roman"/>
          <w:szCs w:val="21"/>
          <w14:ligatures w14:val="none"/>
        </w:rPr>
        <w:t>Electronic</w:t>
      </w:r>
      <w:proofErr w:type="spellEnd"/>
      <w:r w:rsidRPr="00293828">
        <w:rPr>
          <w:rFonts w:ascii="Times New Roman" w:hAnsi="Times New Roman" w:cs="Times New Roman"/>
          <w:szCs w:val="21"/>
          <w14:ligatures w14:val="none"/>
        </w:rPr>
        <w:t xml:space="preserve"> energy obtained at </w:t>
      </w:r>
      <w:r w:rsidRPr="00293828">
        <w:rPr>
          <w:rFonts w:ascii="Times New Roman" w:hAnsi="Times New Roman" w:cs="Times New Roman"/>
          <w:iCs/>
          <w:szCs w:val="21"/>
          <w14:ligatures w14:val="none"/>
        </w:rPr>
        <w:t>M06-2X-D3/6-311+G(2</w:t>
      </w:r>
      <w:proofErr w:type="gramStart"/>
      <w:r w:rsidRPr="00293828">
        <w:rPr>
          <w:rFonts w:ascii="Times New Roman" w:hAnsi="Times New Roman" w:cs="Times New Roman"/>
          <w:iCs/>
          <w:szCs w:val="21"/>
          <w14:ligatures w14:val="none"/>
        </w:rPr>
        <w:t>d,p</w:t>
      </w:r>
      <w:proofErr w:type="gramEnd"/>
      <w:r w:rsidRPr="00293828">
        <w:rPr>
          <w:rFonts w:ascii="Times New Roman" w:hAnsi="Times New Roman" w:cs="Times New Roman"/>
          <w:iCs/>
          <w:szCs w:val="21"/>
          <w14:ligatures w14:val="none"/>
        </w:rPr>
        <w:t>)</w:t>
      </w:r>
      <w:r w:rsidRPr="00293828">
        <w:rPr>
          <w:rFonts w:ascii="Times New Roman" w:hAnsi="Times New Roman" w:cs="Times New Roman"/>
          <w:szCs w:val="21"/>
          <w14:ligatures w14:val="none"/>
        </w:rPr>
        <w:t xml:space="preserve"> level of theory; </w:t>
      </w:r>
      <w:proofErr w:type="spellStart"/>
      <w:r w:rsidRPr="00293828">
        <w:rPr>
          <w:rFonts w:ascii="Times New Roman" w:hAnsi="Times New Roman" w:cs="Times New Roman"/>
          <w:i/>
          <w:iCs/>
          <w:szCs w:val="21"/>
          <w:vertAlign w:val="superscript"/>
          <w14:ligatures w14:val="none"/>
        </w:rPr>
        <w:t>b</w:t>
      </w:r>
      <w:r w:rsidRPr="00293828">
        <w:rPr>
          <w:rFonts w:ascii="Times New Roman" w:hAnsi="Times New Roman" w:cs="Times New Roman"/>
          <w:szCs w:val="21"/>
          <w14:ligatures w14:val="none"/>
        </w:rPr>
        <w:t>Thermal</w:t>
      </w:r>
      <w:proofErr w:type="spellEnd"/>
      <w:r w:rsidRPr="00293828">
        <w:rPr>
          <w:rFonts w:ascii="Times New Roman" w:hAnsi="Times New Roman" w:cs="Times New Roman"/>
          <w:szCs w:val="21"/>
          <w14:ligatures w14:val="none"/>
        </w:rPr>
        <w:t xml:space="preserve"> correction to Gibbs free energy obtained at </w:t>
      </w:r>
      <w:r w:rsidRPr="00293828">
        <w:rPr>
          <w:rFonts w:ascii="Times New Roman" w:hAnsi="Times New Roman" w:cs="Times New Roman"/>
          <w:iCs/>
          <w:szCs w:val="21"/>
          <w14:ligatures w14:val="none"/>
        </w:rPr>
        <w:t>B3LYP-D3BJ/6-31G(d)</w:t>
      </w:r>
      <w:r w:rsidRPr="00293828">
        <w:rPr>
          <w:rFonts w:ascii="Times New Roman" w:hAnsi="Times New Roman" w:cs="Times New Roman"/>
          <w:szCs w:val="21"/>
          <w14:ligatures w14:val="none"/>
        </w:rPr>
        <w:t xml:space="preserve"> level of theory;</w:t>
      </w:r>
      <w:r w:rsidRPr="00293828">
        <w:rPr>
          <w:rFonts w:ascii="Times New Roman" w:hAnsi="Times New Roman" w:cs="Times New Roman"/>
          <w:i/>
          <w:iCs/>
          <w:szCs w:val="21"/>
          <w14:ligatures w14:val="none"/>
        </w:rPr>
        <w:t xml:space="preserve"> </w:t>
      </w:r>
      <w:proofErr w:type="spellStart"/>
      <w:r w:rsidRPr="00293828">
        <w:rPr>
          <w:rFonts w:ascii="Times New Roman" w:hAnsi="Times New Roman" w:cs="Times New Roman"/>
          <w:i/>
          <w:iCs/>
          <w:szCs w:val="21"/>
          <w:vertAlign w:val="superscript"/>
          <w14:ligatures w14:val="none"/>
        </w:rPr>
        <w:t>c</w:t>
      </w:r>
      <w:r w:rsidRPr="00293828">
        <w:rPr>
          <w:rFonts w:ascii="Times New Roman" w:hAnsi="Times New Roman" w:cs="Times New Roman"/>
          <w:szCs w:val="21"/>
          <w14:ligatures w14:val="none"/>
        </w:rPr>
        <w:t>Gibbs</w:t>
      </w:r>
      <w:proofErr w:type="spellEnd"/>
      <w:r w:rsidRPr="00293828">
        <w:rPr>
          <w:rFonts w:ascii="Times New Roman" w:hAnsi="Times New Roman" w:cs="Times New Roman"/>
          <w:szCs w:val="21"/>
          <w14:ligatures w14:val="none"/>
        </w:rPr>
        <w:t xml:space="preserve"> free energy (E + C); </w:t>
      </w:r>
      <w:proofErr w:type="spellStart"/>
      <w:r w:rsidRPr="00293828">
        <w:rPr>
          <w:rFonts w:ascii="Times New Roman" w:hAnsi="Times New Roman" w:cs="Times New Roman"/>
          <w:i/>
          <w:iCs/>
          <w:szCs w:val="21"/>
          <w:vertAlign w:val="superscript"/>
          <w14:ligatures w14:val="none"/>
        </w:rPr>
        <w:t>d</w:t>
      </w:r>
      <w:r w:rsidRPr="00293828">
        <w:rPr>
          <w:rFonts w:ascii="Times New Roman" w:hAnsi="Times New Roman" w:cs="Times New Roman"/>
          <w:szCs w:val="21"/>
          <w14:ligatures w14:val="none"/>
        </w:rPr>
        <w:t>The</w:t>
      </w:r>
      <w:proofErr w:type="spellEnd"/>
      <w:r w:rsidRPr="00293828">
        <w:rPr>
          <w:rFonts w:ascii="Times New Roman" w:hAnsi="Times New Roman" w:cs="Times New Roman"/>
          <w:szCs w:val="21"/>
          <w14:ligatures w14:val="none"/>
        </w:rPr>
        <w:t xml:space="preserve"> relative Gibbs free energy; </w:t>
      </w:r>
      <w:proofErr w:type="spellStart"/>
      <w:r w:rsidRPr="00293828">
        <w:rPr>
          <w:rFonts w:ascii="Times New Roman" w:hAnsi="Times New Roman" w:cs="Times New Roman"/>
          <w:i/>
          <w:iCs/>
          <w:szCs w:val="21"/>
          <w:vertAlign w:val="superscript"/>
          <w14:ligatures w14:val="none"/>
        </w:rPr>
        <w:t>e</w:t>
      </w:r>
      <w:r w:rsidRPr="00293828">
        <w:rPr>
          <w:rFonts w:ascii="Times New Roman" w:hAnsi="Times New Roman" w:cs="Times New Roman"/>
          <w:szCs w:val="21"/>
          <w14:ligatures w14:val="none"/>
        </w:rPr>
        <w:t>The</w:t>
      </w:r>
      <w:proofErr w:type="spellEnd"/>
      <w:r w:rsidRPr="00293828">
        <w:rPr>
          <w:rFonts w:ascii="Times New Roman" w:hAnsi="Times New Roman" w:cs="Times New Roman"/>
          <w:szCs w:val="21"/>
          <w14:ligatures w14:val="none"/>
        </w:rPr>
        <w:t xml:space="preserve"> Boltzmann distribution of each conformer.</w:t>
      </w:r>
    </w:p>
    <w:bookmarkEnd w:id="27"/>
    <w:p w14:paraId="59CE24DA" w14:textId="77777777" w:rsidR="00497B11" w:rsidRPr="00293828" w:rsidRDefault="00497B11" w:rsidP="00293828">
      <w:pPr>
        <w:rPr>
          <w:rFonts w:ascii="Times New Roman" w:hAnsi="Times New Roman" w:cs="Times New Roman"/>
          <w:szCs w:val="21"/>
          <w14:ligatures w14:val="none"/>
        </w:rPr>
      </w:pPr>
      <w:r w:rsidRPr="00293828">
        <w:rPr>
          <w:rFonts w:ascii="Times New Roman" w:hAnsi="Times New Roman" w:cs="Times New Roman"/>
          <w:szCs w:val="21"/>
          <w14:ligatures w14:val="none"/>
        </w:rPr>
        <w:br w:type="page"/>
      </w:r>
    </w:p>
    <w:p w14:paraId="54689609" w14:textId="77777777" w:rsidR="00497B11" w:rsidRPr="00293828" w:rsidRDefault="00497B11" w:rsidP="00293828">
      <w:pPr>
        <w:spacing w:line="360" w:lineRule="auto"/>
        <w:rPr>
          <w:rFonts w:ascii="Times New Roman" w:hAnsi="Times New Roman" w:cs="Times New Roman"/>
          <w:szCs w:val="21"/>
          <w14:ligatures w14:val="none"/>
        </w:rPr>
      </w:pPr>
      <w:r w:rsidRPr="00293828">
        <w:rPr>
          <w:rFonts w:ascii="Times New Roman" w:hAnsi="Times New Roman" w:cs="Times New Roman"/>
          <w:b/>
          <w:bCs/>
          <w:szCs w:val="21"/>
          <w14:ligatures w14:val="none"/>
        </w:rPr>
        <w:lastRenderedPageBreak/>
        <w:t>Table S</w:t>
      </w:r>
      <w:r>
        <w:rPr>
          <w:rFonts w:ascii="Times New Roman" w:hAnsi="Times New Roman" w:cs="Times New Roman" w:hint="eastAsia"/>
          <w:b/>
          <w:bCs/>
          <w:szCs w:val="21"/>
          <w14:ligatures w14:val="none"/>
        </w:rPr>
        <w:t>11</w:t>
      </w:r>
      <w:r w:rsidRPr="00293828">
        <w:rPr>
          <w:rFonts w:ascii="Times New Roman" w:hAnsi="Times New Roman" w:cs="Times New Roman"/>
          <w:szCs w:val="21"/>
          <w14:ligatures w14:val="none"/>
        </w:rPr>
        <w:t xml:space="preserve"> Atomic coordinates (Å) of </w:t>
      </w: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b-1</w:t>
      </w:r>
      <w:r w:rsidRPr="00293828">
        <w:rPr>
          <w:rFonts w:ascii="Times New Roman" w:hAnsi="Times New Roman" w:cs="Times New Roman"/>
          <w:szCs w:val="21"/>
          <w14:ligatures w14:val="none"/>
        </w:rPr>
        <w:t xml:space="preserve"> obtained at the B3LYP-D3BJ/6-31G(d) level of theory in the gas phase.</w:t>
      </w:r>
    </w:p>
    <w:tbl>
      <w:tblPr>
        <w:tblStyle w:val="ad"/>
        <w:tblW w:w="5000" w:type="pct"/>
        <w:tblLook w:val="04A0" w:firstRow="1" w:lastRow="0" w:firstColumn="1" w:lastColumn="0" w:noHBand="0" w:noVBand="1"/>
      </w:tblPr>
      <w:tblGrid>
        <w:gridCol w:w="419"/>
        <w:gridCol w:w="1223"/>
        <w:gridCol w:w="1223"/>
        <w:gridCol w:w="1223"/>
        <w:gridCol w:w="420"/>
        <w:gridCol w:w="1342"/>
        <w:gridCol w:w="1223"/>
        <w:gridCol w:w="1223"/>
      </w:tblGrid>
      <w:tr w:rsidR="00497B11" w:rsidRPr="00293828" w14:paraId="40D9730E" w14:textId="77777777" w:rsidTr="009D45BD">
        <w:tc>
          <w:tcPr>
            <w:tcW w:w="253" w:type="pct"/>
            <w:vAlign w:val="center"/>
          </w:tcPr>
          <w:p w14:paraId="4B50C51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74A6CE5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-5.270894</w:t>
            </w:r>
          </w:p>
        </w:tc>
        <w:tc>
          <w:tcPr>
            <w:tcW w:w="737" w:type="pct"/>
            <w:vAlign w:val="center"/>
          </w:tcPr>
          <w:p w14:paraId="3E45B8A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2.035214</w:t>
            </w:r>
          </w:p>
        </w:tc>
        <w:tc>
          <w:tcPr>
            <w:tcW w:w="737" w:type="pct"/>
            <w:vAlign w:val="center"/>
          </w:tcPr>
          <w:p w14:paraId="13CA374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0.052879</w:t>
            </w:r>
          </w:p>
        </w:tc>
        <w:tc>
          <w:tcPr>
            <w:tcW w:w="253" w:type="pct"/>
            <w:vAlign w:val="center"/>
          </w:tcPr>
          <w:p w14:paraId="4FB7CA1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809" w:type="pct"/>
            <w:vAlign w:val="center"/>
          </w:tcPr>
          <w:p w14:paraId="58D043F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1.176754</w:t>
            </w:r>
          </w:p>
        </w:tc>
        <w:tc>
          <w:tcPr>
            <w:tcW w:w="737" w:type="pct"/>
            <w:vAlign w:val="center"/>
          </w:tcPr>
          <w:p w14:paraId="48CB7D3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-2.307526</w:t>
            </w:r>
          </w:p>
        </w:tc>
        <w:tc>
          <w:tcPr>
            <w:tcW w:w="737" w:type="pct"/>
            <w:vAlign w:val="center"/>
          </w:tcPr>
          <w:p w14:paraId="418FB32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1.454549</w:t>
            </w:r>
          </w:p>
        </w:tc>
      </w:tr>
      <w:tr w:rsidR="00497B11" w:rsidRPr="00293828" w14:paraId="0681C9D7" w14:textId="77777777" w:rsidTr="009D45BD">
        <w:tc>
          <w:tcPr>
            <w:tcW w:w="253" w:type="pct"/>
            <w:vAlign w:val="center"/>
          </w:tcPr>
          <w:p w14:paraId="711FB24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680757F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-6.395281</w:t>
            </w:r>
          </w:p>
        </w:tc>
        <w:tc>
          <w:tcPr>
            <w:tcW w:w="737" w:type="pct"/>
            <w:vAlign w:val="center"/>
          </w:tcPr>
          <w:p w14:paraId="7CC6501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3.050331</w:t>
            </w:r>
          </w:p>
        </w:tc>
        <w:tc>
          <w:tcPr>
            <w:tcW w:w="737" w:type="pct"/>
            <w:vAlign w:val="center"/>
          </w:tcPr>
          <w:p w14:paraId="5EFC108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-0.012378</w:t>
            </w:r>
          </w:p>
        </w:tc>
        <w:tc>
          <w:tcPr>
            <w:tcW w:w="253" w:type="pct"/>
            <w:vAlign w:val="center"/>
          </w:tcPr>
          <w:p w14:paraId="0713A4B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17A238B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5.035320</w:t>
            </w:r>
          </w:p>
        </w:tc>
        <w:tc>
          <w:tcPr>
            <w:tcW w:w="737" w:type="pct"/>
            <w:vAlign w:val="center"/>
          </w:tcPr>
          <w:p w14:paraId="4566046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-4.047267</w:t>
            </w:r>
          </w:p>
        </w:tc>
        <w:tc>
          <w:tcPr>
            <w:tcW w:w="737" w:type="pct"/>
            <w:vAlign w:val="center"/>
          </w:tcPr>
          <w:p w14:paraId="75C44B1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-0.976494</w:t>
            </w:r>
          </w:p>
        </w:tc>
      </w:tr>
      <w:tr w:rsidR="00497B11" w:rsidRPr="00293828" w14:paraId="7AD27F33" w14:textId="77777777" w:rsidTr="009D45BD">
        <w:tc>
          <w:tcPr>
            <w:tcW w:w="253" w:type="pct"/>
            <w:vAlign w:val="center"/>
          </w:tcPr>
          <w:p w14:paraId="3C28E2C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07916D9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-7.539380</w:t>
            </w:r>
          </w:p>
        </w:tc>
        <w:tc>
          <w:tcPr>
            <w:tcW w:w="737" w:type="pct"/>
            <w:vAlign w:val="center"/>
          </w:tcPr>
          <w:p w14:paraId="712656F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2.587847</w:t>
            </w:r>
          </w:p>
        </w:tc>
        <w:tc>
          <w:tcPr>
            <w:tcW w:w="737" w:type="pct"/>
            <w:vAlign w:val="center"/>
          </w:tcPr>
          <w:p w14:paraId="66E3B13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0.889784</w:t>
            </w:r>
          </w:p>
        </w:tc>
        <w:tc>
          <w:tcPr>
            <w:tcW w:w="253" w:type="pct"/>
            <w:vAlign w:val="center"/>
          </w:tcPr>
          <w:p w14:paraId="4811DF7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70B6042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-5.743716</w:t>
            </w:r>
          </w:p>
        </w:tc>
        <w:tc>
          <w:tcPr>
            <w:tcW w:w="737" w:type="pct"/>
            <w:vAlign w:val="center"/>
          </w:tcPr>
          <w:p w14:paraId="11CA7A6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-1.999116</w:t>
            </w:r>
          </w:p>
        </w:tc>
        <w:tc>
          <w:tcPr>
            <w:tcW w:w="737" w:type="pct"/>
            <w:vAlign w:val="center"/>
          </w:tcPr>
          <w:p w14:paraId="1FC59AD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1.510814</w:t>
            </w:r>
          </w:p>
        </w:tc>
      </w:tr>
      <w:tr w:rsidR="00497B11" w:rsidRPr="00293828" w14:paraId="0D6D48F9" w14:textId="77777777" w:rsidTr="009D45BD">
        <w:tc>
          <w:tcPr>
            <w:tcW w:w="253" w:type="pct"/>
            <w:vAlign w:val="center"/>
          </w:tcPr>
          <w:p w14:paraId="7866B7D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17A7BE1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-8.161073</w:t>
            </w:r>
          </w:p>
        </w:tc>
        <w:tc>
          <w:tcPr>
            <w:tcW w:w="737" w:type="pct"/>
            <w:vAlign w:val="center"/>
          </w:tcPr>
          <w:p w14:paraId="19349CD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1.258851</w:t>
            </w:r>
          </w:p>
        </w:tc>
        <w:tc>
          <w:tcPr>
            <w:tcW w:w="737" w:type="pct"/>
            <w:vAlign w:val="center"/>
          </w:tcPr>
          <w:p w14:paraId="1271190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0.414451</w:t>
            </w:r>
          </w:p>
        </w:tc>
        <w:tc>
          <w:tcPr>
            <w:tcW w:w="253" w:type="pct"/>
            <w:vAlign w:val="center"/>
          </w:tcPr>
          <w:p w14:paraId="17D9FB3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2087F08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-6.786418</w:t>
            </w:r>
          </w:p>
        </w:tc>
        <w:tc>
          <w:tcPr>
            <w:tcW w:w="737" w:type="pct"/>
            <w:vAlign w:val="center"/>
          </w:tcPr>
          <w:p w14:paraId="1A23730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-2.844360</w:t>
            </w:r>
          </w:p>
        </w:tc>
        <w:tc>
          <w:tcPr>
            <w:tcW w:w="737" w:type="pct"/>
            <w:vAlign w:val="center"/>
          </w:tcPr>
          <w:p w14:paraId="5D01141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-0.756009</w:t>
            </w:r>
          </w:p>
        </w:tc>
      </w:tr>
      <w:tr w:rsidR="00497B11" w:rsidRPr="00293828" w14:paraId="16AC1974" w14:textId="77777777" w:rsidTr="009D45BD">
        <w:tc>
          <w:tcPr>
            <w:tcW w:w="253" w:type="pct"/>
            <w:vAlign w:val="center"/>
          </w:tcPr>
          <w:p w14:paraId="349520E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581CB48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-7.043933</w:t>
            </w:r>
          </w:p>
        </w:tc>
        <w:tc>
          <w:tcPr>
            <w:tcW w:w="737" w:type="pct"/>
            <w:vAlign w:val="center"/>
          </w:tcPr>
          <w:p w14:paraId="6045B09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0.163118</w:t>
            </w:r>
          </w:p>
        </w:tc>
        <w:tc>
          <w:tcPr>
            <w:tcW w:w="737" w:type="pct"/>
            <w:vAlign w:val="center"/>
          </w:tcPr>
          <w:p w14:paraId="6C94C17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0.386024</w:t>
            </w:r>
          </w:p>
        </w:tc>
        <w:tc>
          <w:tcPr>
            <w:tcW w:w="253" w:type="pct"/>
            <w:vAlign w:val="center"/>
          </w:tcPr>
          <w:p w14:paraId="21CEAA9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1072BA0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6.400968</w:t>
            </w:r>
          </w:p>
        </w:tc>
        <w:tc>
          <w:tcPr>
            <w:tcW w:w="737" w:type="pct"/>
            <w:vAlign w:val="center"/>
          </w:tcPr>
          <w:p w14:paraId="1C572BE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1.682228</w:t>
            </w:r>
          </w:p>
        </w:tc>
        <w:tc>
          <w:tcPr>
            <w:tcW w:w="737" w:type="pct"/>
            <w:vAlign w:val="center"/>
          </w:tcPr>
          <w:p w14:paraId="573B3D5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-0.988608</w:t>
            </w:r>
          </w:p>
        </w:tc>
      </w:tr>
      <w:tr w:rsidR="00497B11" w:rsidRPr="00293828" w14:paraId="4766117D" w14:textId="77777777" w:rsidTr="009D45BD">
        <w:tc>
          <w:tcPr>
            <w:tcW w:w="253" w:type="pct"/>
            <w:vAlign w:val="center"/>
          </w:tcPr>
          <w:p w14:paraId="6359467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72F210F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-7.408240</w:t>
            </w:r>
          </w:p>
        </w:tc>
        <w:tc>
          <w:tcPr>
            <w:tcW w:w="737" w:type="pct"/>
            <w:vAlign w:val="center"/>
          </w:tcPr>
          <w:p w14:paraId="4B81884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-1.012688</w:t>
            </w:r>
          </w:p>
        </w:tc>
        <w:tc>
          <w:tcPr>
            <w:tcW w:w="737" w:type="pct"/>
            <w:vAlign w:val="center"/>
          </w:tcPr>
          <w:p w14:paraId="43550C3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-0.519664</w:t>
            </w:r>
          </w:p>
        </w:tc>
        <w:tc>
          <w:tcPr>
            <w:tcW w:w="253" w:type="pct"/>
            <w:vAlign w:val="center"/>
          </w:tcPr>
          <w:p w14:paraId="30C180D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809" w:type="pct"/>
            <w:vAlign w:val="center"/>
          </w:tcPr>
          <w:p w14:paraId="0A78145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8.055710</w:t>
            </w:r>
          </w:p>
        </w:tc>
        <w:tc>
          <w:tcPr>
            <w:tcW w:w="737" w:type="pct"/>
            <w:vAlign w:val="center"/>
          </w:tcPr>
          <w:p w14:paraId="3BB21B5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2.004653</w:t>
            </w:r>
          </w:p>
        </w:tc>
        <w:tc>
          <w:tcPr>
            <w:tcW w:w="737" w:type="pct"/>
            <w:vAlign w:val="center"/>
          </w:tcPr>
          <w:p w14:paraId="3ACF8D2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0.191409</w:t>
            </w:r>
          </w:p>
        </w:tc>
      </w:tr>
      <w:tr w:rsidR="00497B11" w:rsidRPr="00293828" w14:paraId="52028C89" w14:textId="77777777" w:rsidTr="009D45BD">
        <w:tc>
          <w:tcPr>
            <w:tcW w:w="253" w:type="pct"/>
            <w:vAlign w:val="center"/>
          </w:tcPr>
          <w:p w14:paraId="31B9D4D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4126C2D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-3.214646</w:t>
            </w:r>
          </w:p>
        </w:tc>
        <w:tc>
          <w:tcPr>
            <w:tcW w:w="737" w:type="pct"/>
            <w:vAlign w:val="center"/>
          </w:tcPr>
          <w:p w14:paraId="070DE60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1.618282</w:t>
            </w:r>
          </w:p>
        </w:tc>
        <w:tc>
          <w:tcPr>
            <w:tcW w:w="737" w:type="pct"/>
            <w:vAlign w:val="center"/>
          </w:tcPr>
          <w:p w14:paraId="3B3DB92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-1.113296</w:t>
            </w:r>
          </w:p>
        </w:tc>
        <w:tc>
          <w:tcPr>
            <w:tcW w:w="253" w:type="pct"/>
            <w:vAlign w:val="center"/>
          </w:tcPr>
          <w:p w14:paraId="49F4487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B8C9B0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1.596015</w:t>
            </w:r>
          </w:p>
        </w:tc>
        <w:tc>
          <w:tcPr>
            <w:tcW w:w="737" w:type="pct"/>
            <w:vAlign w:val="center"/>
          </w:tcPr>
          <w:p w14:paraId="1C2526C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-0.270259</w:t>
            </w:r>
          </w:p>
        </w:tc>
        <w:tc>
          <w:tcPr>
            <w:tcW w:w="737" w:type="pct"/>
            <w:vAlign w:val="center"/>
          </w:tcPr>
          <w:p w14:paraId="584E619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-3.404043</w:t>
            </w:r>
          </w:p>
        </w:tc>
      </w:tr>
      <w:tr w:rsidR="00497B11" w:rsidRPr="00293828" w14:paraId="62640EA4" w14:textId="77777777" w:rsidTr="009D45BD">
        <w:tc>
          <w:tcPr>
            <w:tcW w:w="253" w:type="pct"/>
            <w:vAlign w:val="center"/>
          </w:tcPr>
          <w:p w14:paraId="46D643D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24F4F09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-3.112614</w:t>
            </w:r>
          </w:p>
        </w:tc>
        <w:tc>
          <w:tcPr>
            <w:tcW w:w="737" w:type="pct"/>
            <w:vAlign w:val="center"/>
          </w:tcPr>
          <w:p w14:paraId="63BF6D4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0.378291</w:t>
            </w:r>
          </w:p>
        </w:tc>
        <w:tc>
          <w:tcPr>
            <w:tcW w:w="737" w:type="pct"/>
            <w:vAlign w:val="center"/>
          </w:tcPr>
          <w:p w14:paraId="41D0507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-0.243135</w:t>
            </w:r>
          </w:p>
        </w:tc>
        <w:tc>
          <w:tcPr>
            <w:tcW w:w="253" w:type="pct"/>
            <w:vAlign w:val="center"/>
          </w:tcPr>
          <w:p w14:paraId="6FAC32A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C213FA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1.537088</w:t>
            </w:r>
          </w:p>
        </w:tc>
        <w:tc>
          <w:tcPr>
            <w:tcW w:w="737" w:type="pct"/>
            <w:vAlign w:val="center"/>
          </w:tcPr>
          <w:p w14:paraId="6294195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-1.860548</w:t>
            </w:r>
          </w:p>
        </w:tc>
        <w:tc>
          <w:tcPr>
            <w:tcW w:w="737" w:type="pct"/>
            <w:vAlign w:val="center"/>
          </w:tcPr>
          <w:p w14:paraId="669E4FB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-2.674983</w:t>
            </w:r>
          </w:p>
        </w:tc>
      </w:tr>
      <w:tr w:rsidR="00497B11" w:rsidRPr="00293828" w14:paraId="0D982F04" w14:textId="77777777" w:rsidTr="009D45BD">
        <w:tc>
          <w:tcPr>
            <w:tcW w:w="253" w:type="pct"/>
            <w:vAlign w:val="center"/>
          </w:tcPr>
          <w:p w14:paraId="3392A58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1BE456B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-4.461439</w:t>
            </w:r>
          </w:p>
        </w:tc>
        <w:tc>
          <w:tcPr>
            <w:tcW w:w="737" w:type="pct"/>
            <w:vAlign w:val="center"/>
          </w:tcPr>
          <w:p w14:paraId="21DEEF2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-0.296905</w:t>
            </w:r>
          </w:p>
        </w:tc>
        <w:tc>
          <w:tcPr>
            <w:tcW w:w="737" w:type="pct"/>
            <w:vAlign w:val="center"/>
          </w:tcPr>
          <w:p w14:paraId="0088F0F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0.249076</w:t>
            </w:r>
          </w:p>
        </w:tc>
        <w:tc>
          <w:tcPr>
            <w:tcW w:w="253" w:type="pct"/>
            <w:vAlign w:val="center"/>
          </w:tcPr>
          <w:p w14:paraId="20906EF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5FFD1D7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5.691565</w:t>
            </w:r>
          </w:p>
        </w:tc>
        <w:tc>
          <w:tcPr>
            <w:tcW w:w="737" w:type="pct"/>
            <w:vAlign w:val="center"/>
          </w:tcPr>
          <w:p w14:paraId="0C615F7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2.557461</w:t>
            </w:r>
          </w:p>
        </w:tc>
        <w:tc>
          <w:tcPr>
            <w:tcW w:w="737" w:type="pct"/>
            <w:vAlign w:val="center"/>
          </w:tcPr>
          <w:p w14:paraId="0E988E4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1.240471</w:t>
            </w:r>
          </w:p>
        </w:tc>
      </w:tr>
      <w:tr w:rsidR="00497B11" w:rsidRPr="00293828" w14:paraId="6842D87B" w14:textId="77777777" w:rsidTr="009D45BD">
        <w:tc>
          <w:tcPr>
            <w:tcW w:w="253" w:type="pct"/>
            <w:vAlign w:val="center"/>
          </w:tcPr>
          <w:p w14:paraId="2250566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7F0FEF8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-5.665685</w:t>
            </w:r>
          </w:p>
        </w:tc>
        <w:tc>
          <w:tcPr>
            <w:tcW w:w="737" w:type="pct"/>
            <w:vAlign w:val="center"/>
          </w:tcPr>
          <w:p w14:paraId="21660CA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0.580490</w:t>
            </w:r>
          </w:p>
        </w:tc>
        <w:tc>
          <w:tcPr>
            <w:tcW w:w="737" w:type="pct"/>
            <w:vAlign w:val="center"/>
          </w:tcPr>
          <w:p w14:paraId="62FF41A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-0.219449</w:t>
            </w:r>
          </w:p>
        </w:tc>
        <w:tc>
          <w:tcPr>
            <w:tcW w:w="253" w:type="pct"/>
            <w:vAlign w:val="center"/>
          </w:tcPr>
          <w:p w14:paraId="758649E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BCD2F0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6.231695</w:t>
            </w:r>
          </w:p>
        </w:tc>
        <w:tc>
          <w:tcPr>
            <w:tcW w:w="737" w:type="pct"/>
            <w:vAlign w:val="center"/>
          </w:tcPr>
          <w:p w14:paraId="4991135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1.059078</w:t>
            </w:r>
          </w:p>
        </w:tc>
        <w:tc>
          <w:tcPr>
            <w:tcW w:w="737" w:type="pct"/>
            <w:vAlign w:val="center"/>
          </w:tcPr>
          <w:p w14:paraId="5DA0434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2.006075</w:t>
            </w:r>
          </w:p>
        </w:tc>
      </w:tr>
      <w:tr w:rsidR="00497B11" w:rsidRPr="00293828" w14:paraId="208F5881" w14:textId="77777777" w:rsidTr="009D45BD">
        <w:tc>
          <w:tcPr>
            <w:tcW w:w="253" w:type="pct"/>
            <w:vAlign w:val="center"/>
          </w:tcPr>
          <w:p w14:paraId="6777DC0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7C4096E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-4.337529</w:t>
            </w:r>
          </w:p>
        </w:tc>
        <w:tc>
          <w:tcPr>
            <w:tcW w:w="737" w:type="pct"/>
            <w:vAlign w:val="center"/>
          </w:tcPr>
          <w:p w14:paraId="54E971F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-0.651011</w:t>
            </w:r>
          </w:p>
        </w:tc>
        <w:tc>
          <w:tcPr>
            <w:tcW w:w="737" w:type="pct"/>
            <w:vAlign w:val="center"/>
          </w:tcPr>
          <w:p w14:paraId="1AC5A8A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1.750603</w:t>
            </w:r>
          </w:p>
        </w:tc>
        <w:tc>
          <w:tcPr>
            <w:tcW w:w="253" w:type="pct"/>
            <w:vAlign w:val="center"/>
          </w:tcPr>
          <w:p w14:paraId="2BE3268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444983B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1.857069</w:t>
            </w:r>
          </w:p>
        </w:tc>
        <w:tc>
          <w:tcPr>
            <w:tcW w:w="737" w:type="pct"/>
            <w:vAlign w:val="center"/>
          </w:tcPr>
          <w:p w14:paraId="534F2E0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1.445267</w:t>
            </w:r>
          </w:p>
        </w:tc>
        <w:tc>
          <w:tcPr>
            <w:tcW w:w="737" w:type="pct"/>
            <w:vAlign w:val="center"/>
          </w:tcPr>
          <w:p w14:paraId="1FA5392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-0.972614</w:t>
            </w:r>
          </w:p>
        </w:tc>
      </w:tr>
      <w:tr w:rsidR="00497B11" w:rsidRPr="00293828" w14:paraId="35A120E7" w14:textId="77777777" w:rsidTr="009D45BD">
        <w:tc>
          <w:tcPr>
            <w:tcW w:w="253" w:type="pct"/>
            <w:vAlign w:val="center"/>
          </w:tcPr>
          <w:p w14:paraId="3643089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44AD0D0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-2.999356</w:t>
            </w:r>
          </w:p>
        </w:tc>
        <w:tc>
          <w:tcPr>
            <w:tcW w:w="737" w:type="pct"/>
            <w:vAlign w:val="center"/>
          </w:tcPr>
          <w:p w14:paraId="3DDA8C2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-1.373824</w:t>
            </w:r>
          </w:p>
        </w:tc>
        <w:tc>
          <w:tcPr>
            <w:tcW w:w="737" w:type="pct"/>
            <w:vAlign w:val="center"/>
          </w:tcPr>
          <w:p w14:paraId="043FAB9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2.043052</w:t>
            </w:r>
          </w:p>
        </w:tc>
        <w:tc>
          <w:tcPr>
            <w:tcW w:w="253" w:type="pct"/>
            <w:vAlign w:val="center"/>
          </w:tcPr>
          <w:p w14:paraId="19A7215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BB5E94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0.524620</w:t>
            </w:r>
          </w:p>
        </w:tc>
        <w:tc>
          <w:tcPr>
            <w:tcW w:w="737" w:type="pct"/>
            <w:vAlign w:val="center"/>
          </w:tcPr>
          <w:p w14:paraId="4CC251B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1.186730</w:t>
            </w:r>
          </w:p>
        </w:tc>
        <w:tc>
          <w:tcPr>
            <w:tcW w:w="737" w:type="pct"/>
            <w:vAlign w:val="center"/>
          </w:tcPr>
          <w:p w14:paraId="55C65B1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0.146592</w:t>
            </w:r>
          </w:p>
        </w:tc>
      </w:tr>
      <w:tr w:rsidR="00497B11" w:rsidRPr="00293828" w14:paraId="38DD392F" w14:textId="77777777" w:rsidTr="009D45BD">
        <w:tc>
          <w:tcPr>
            <w:tcW w:w="253" w:type="pct"/>
            <w:vAlign w:val="center"/>
          </w:tcPr>
          <w:p w14:paraId="0178037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7429423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-1.758567</w:t>
            </w:r>
          </w:p>
        </w:tc>
        <w:tc>
          <w:tcPr>
            <w:tcW w:w="737" w:type="pct"/>
            <w:vAlign w:val="center"/>
          </w:tcPr>
          <w:p w14:paraId="6DDD55D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-0.731141</w:t>
            </w:r>
          </w:p>
        </w:tc>
        <w:tc>
          <w:tcPr>
            <w:tcW w:w="737" w:type="pct"/>
            <w:vAlign w:val="center"/>
          </w:tcPr>
          <w:p w14:paraId="5F3266F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1.369237</w:t>
            </w:r>
          </w:p>
        </w:tc>
        <w:tc>
          <w:tcPr>
            <w:tcW w:w="253" w:type="pct"/>
            <w:vAlign w:val="center"/>
          </w:tcPr>
          <w:p w14:paraId="2BA5713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04F62AF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8.322659</w:t>
            </w:r>
          </w:p>
        </w:tc>
        <w:tc>
          <w:tcPr>
            <w:tcW w:w="737" w:type="pct"/>
            <w:vAlign w:val="center"/>
          </w:tcPr>
          <w:p w14:paraId="72DC397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-1.366693</w:t>
            </w:r>
          </w:p>
        </w:tc>
        <w:tc>
          <w:tcPr>
            <w:tcW w:w="737" w:type="pct"/>
            <w:vAlign w:val="center"/>
          </w:tcPr>
          <w:p w14:paraId="0594CF3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-1.751042</w:t>
            </w:r>
          </w:p>
        </w:tc>
      </w:tr>
      <w:tr w:rsidR="00497B11" w:rsidRPr="00293828" w14:paraId="7A0A9503" w14:textId="77777777" w:rsidTr="009D45BD">
        <w:tc>
          <w:tcPr>
            <w:tcW w:w="253" w:type="pct"/>
            <w:vAlign w:val="center"/>
          </w:tcPr>
          <w:p w14:paraId="19E7844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61C9BD0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-2.151824</w:t>
            </w:r>
          </w:p>
        </w:tc>
        <w:tc>
          <w:tcPr>
            <w:tcW w:w="737" w:type="pct"/>
            <w:vAlign w:val="center"/>
          </w:tcPr>
          <w:p w14:paraId="13669D3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0.688074</w:t>
            </w:r>
          </w:p>
        </w:tc>
        <w:tc>
          <w:tcPr>
            <w:tcW w:w="737" w:type="pct"/>
            <w:vAlign w:val="center"/>
          </w:tcPr>
          <w:p w14:paraId="62A9829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0.932253</w:t>
            </w:r>
          </w:p>
        </w:tc>
        <w:tc>
          <w:tcPr>
            <w:tcW w:w="253" w:type="pct"/>
            <w:vAlign w:val="center"/>
          </w:tcPr>
          <w:p w14:paraId="1C02FB1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967C2A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9.071625</w:t>
            </w:r>
          </w:p>
        </w:tc>
        <w:tc>
          <w:tcPr>
            <w:tcW w:w="737" w:type="pct"/>
            <w:vAlign w:val="center"/>
          </w:tcPr>
          <w:p w14:paraId="5CA4437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0.179987</w:t>
            </w:r>
          </w:p>
        </w:tc>
        <w:tc>
          <w:tcPr>
            <w:tcW w:w="737" w:type="pct"/>
            <w:vAlign w:val="center"/>
          </w:tcPr>
          <w:p w14:paraId="24BCCCD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-1.323791</w:t>
            </w:r>
          </w:p>
        </w:tc>
      </w:tr>
      <w:tr w:rsidR="00497B11" w:rsidRPr="00293828" w14:paraId="741226BA" w14:textId="77777777" w:rsidTr="009D45BD">
        <w:tc>
          <w:tcPr>
            <w:tcW w:w="253" w:type="pct"/>
            <w:vAlign w:val="center"/>
          </w:tcPr>
          <w:p w14:paraId="0303968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3BB30F1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-2.367997</w:t>
            </w:r>
          </w:p>
        </w:tc>
        <w:tc>
          <w:tcPr>
            <w:tcW w:w="737" w:type="pct"/>
            <w:vAlign w:val="center"/>
          </w:tcPr>
          <w:p w14:paraId="5F57A35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-0.756788</w:t>
            </w:r>
          </w:p>
        </w:tc>
        <w:tc>
          <w:tcPr>
            <w:tcW w:w="737" w:type="pct"/>
            <w:vAlign w:val="center"/>
          </w:tcPr>
          <w:p w14:paraId="4022A00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-0.966227</w:t>
            </w:r>
          </w:p>
        </w:tc>
        <w:tc>
          <w:tcPr>
            <w:tcW w:w="253" w:type="pct"/>
            <w:vAlign w:val="center"/>
          </w:tcPr>
          <w:p w14:paraId="0B62928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5F9AFD6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7.658202</w:t>
            </w:r>
          </w:p>
        </w:tc>
        <w:tc>
          <w:tcPr>
            <w:tcW w:w="737" w:type="pct"/>
            <w:vAlign w:val="center"/>
          </w:tcPr>
          <w:p w14:paraId="57F9695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0.144142</w:t>
            </w:r>
          </w:p>
        </w:tc>
        <w:tc>
          <w:tcPr>
            <w:tcW w:w="737" w:type="pct"/>
            <w:vAlign w:val="center"/>
          </w:tcPr>
          <w:p w14:paraId="164BC6B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-2.394147</w:t>
            </w:r>
          </w:p>
        </w:tc>
      </w:tr>
      <w:tr w:rsidR="00497B11" w:rsidRPr="00293828" w14:paraId="01767A59" w14:textId="77777777" w:rsidTr="009D45BD">
        <w:tc>
          <w:tcPr>
            <w:tcW w:w="253" w:type="pct"/>
            <w:vAlign w:val="center"/>
          </w:tcPr>
          <w:p w14:paraId="776490C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6812E8A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-1.417016</w:t>
            </w:r>
          </w:p>
        </w:tc>
        <w:tc>
          <w:tcPr>
            <w:tcW w:w="737" w:type="pct"/>
            <w:vAlign w:val="center"/>
          </w:tcPr>
          <w:p w14:paraId="387417B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-1.418544</w:t>
            </w:r>
          </w:p>
        </w:tc>
        <w:tc>
          <w:tcPr>
            <w:tcW w:w="737" w:type="pct"/>
            <w:vAlign w:val="center"/>
          </w:tcPr>
          <w:p w14:paraId="58BEF1D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0.028273</w:t>
            </w:r>
          </w:p>
        </w:tc>
        <w:tc>
          <w:tcPr>
            <w:tcW w:w="253" w:type="pct"/>
            <w:vAlign w:val="center"/>
          </w:tcPr>
          <w:p w14:paraId="3051AD7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487768B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-2.872658</w:t>
            </w:r>
          </w:p>
        </w:tc>
        <w:tc>
          <w:tcPr>
            <w:tcW w:w="737" w:type="pct"/>
            <w:vAlign w:val="center"/>
          </w:tcPr>
          <w:p w14:paraId="27F93C2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-1.398709</w:t>
            </w:r>
          </w:p>
        </w:tc>
        <w:tc>
          <w:tcPr>
            <w:tcW w:w="737" w:type="pct"/>
            <w:vAlign w:val="center"/>
          </w:tcPr>
          <w:p w14:paraId="1F86625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3.129464</w:t>
            </w:r>
          </w:p>
        </w:tc>
      </w:tr>
      <w:tr w:rsidR="00497B11" w:rsidRPr="00293828" w14:paraId="32BDFC51" w14:textId="77777777" w:rsidTr="009D45BD">
        <w:tc>
          <w:tcPr>
            <w:tcW w:w="253" w:type="pct"/>
            <w:vAlign w:val="center"/>
          </w:tcPr>
          <w:p w14:paraId="39404F4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732EDB7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-1.412138</w:t>
            </w:r>
          </w:p>
        </w:tc>
        <w:tc>
          <w:tcPr>
            <w:tcW w:w="737" w:type="pct"/>
            <w:vAlign w:val="center"/>
          </w:tcPr>
          <w:p w14:paraId="67A66D1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-2.962100</w:t>
            </w:r>
          </w:p>
        </w:tc>
        <w:tc>
          <w:tcPr>
            <w:tcW w:w="737" w:type="pct"/>
            <w:vAlign w:val="center"/>
          </w:tcPr>
          <w:p w14:paraId="76B5391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-0.122911</w:t>
            </w:r>
          </w:p>
        </w:tc>
        <w:tc>
          <w:tcPr>
            <w:tcW w:w="253" w:type="pct"/>
            <w:vAlign w:val="center"/>
          </w:tcPr>
          <w:p w14:paraId="215B363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433BAB5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-3.115788</w:t>
            </w:r>
          </w:p>
        </w:tc>
        <w:tc>
          <w:tcPr>
            <w:tcW w:w="737" w:type="pct"/>
            <w:vAlign w:val="center"/>
          </w:tcPr>
          <w:p w14:paraId="63289D1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-2.417084</w:t>
            </w:r>
          </w:p>
        </w:tc>
        <w:tc>
          <w:tcPr>
            <w:tcW w:w="737" w:type="pct"/>
            <w:vAlign w:val="center"/>
          </w:tcPr>
          <w:p w14:paraId="281E701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1.728309</w:t>
            </w:r>
          </w:p>
        </w:tc>
      </w:tr>
      <w:tr w:rsidR="00497B11" w:rsidRPr="00293828" w14:paraId="1FAE7D91" w14:textId="77777777" w:rsidTr="009D45BD">
        <w:tc>
          <w:tcPr>
            <w:tcW w:w="253" w:type="pct"/>
            <w:vAlign w:val="center"/>
          </w:tcPr>
          <w:p w14:paraId="3D85757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43F8E98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-9.218069</w:t>
            </w:r>
          </w:p>
        </w:tc>
        <w:tc>
          <w:tcPr>
            <w:tcW w:w="737" w:type="pct"/>
            <w:vAlign w:val="center"/>
          </w:tcPr>
          <w:p w14:paraId="3F23542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0.814856</w:t>
            </w:r>
          </w:p>
        </w:tc>
        <w:tc>
          <w:tcPr>
            <w:tcW w:w="737" w:type="pct"/>
            <w:vAlign w:val="center"/>
          </w:tcPr>
          <w:p w14:paraId="495F546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1.442223</w:t>
            </w:r>
          </w:p>
        </w:tc>
        <w:tc>
          <w:tcPr>
            <w:tcW w:w="253" w:type="pct"/>
            <w:vAlign w:val="center"/>
          </w:tcPr>
          <w:p w14:paraId="6935A1C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498CF9A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5.328320</w:t>
            </w:r>
          </w:p>
        </w:tc>
        <w:tc>
          <w:tcPr>
            <w:tcW w:w="737" w:type="pct"/>
            <w:vAlign w:val="center"/>
          </w:tcPr>
          <w:p w14:paraId="4052871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-1.127833</w:t>
            </w:r>
          </w:p>
        </w:tc>
        <w:tc>
          <w:tcPr>
            <w:tcW w:w="737" w:type="pct"/>
            <w:vAlign w:val="center"/>
          </w:tcPr>
          <w:p w14:paraId="3916184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2.289390</w:t>
            </w:r>
          </w:p>
        </w:tc>
      </w:tr>
      <w:tr w:rsidR="00497B11" w:rsidRPr="00293828" w14:paraId="27BB7D40" w14:textId="77777777" w:rsidTr="009D45BD">
        <w:tc>
          <w:tcPr>
            <w:tcW w:w="253" w:type="pct"/>
            <w:vAlign w:val="center"/>
          </w:tcPr>
          <w:p w14:paraId="0413DD6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09205A1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-8.880794</w:t>
            </w:r>
          </w:p>
        </w:tc>
        <w:tc>
          <w:tcPr>
            <w:tcW w:w="737" w:type="pct"/>
            <w:vAlign w:val="center"/>
          </w:tcPr>
          <w:p w14:paraId="392D9A6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1.487725</w:t>
            </w:r>
          </w:p>
        </w:tc>
        <w:tc>
          <w:tcPr>
            <w:tcW w:w="737" w:type="pct"/>
            <w:vAlign w:val="center"/>
          </w:tcPr>
          <w:p w14:paraId="2589E83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-0.932511</w:t>
            </w:r>
          </w:p>
        </w:tc>
        <w:tc>
          <w:tcPr>
            <w:tcW w:w="253" w:type="pct"/>
            <w:vAlign w:val="center"/>
          </w:tcPr>
          <w:p w14:paraId="369D7A2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5264795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3.848701</w:t>
            </w:r>
          </w:p>
        </w:tc>
        <w:tc>
          <w:tcPr>
            <w:tcW w:w="737" w:type="pct"/>
            <w:vAlign w:val="center"/>
          </w:tcPr>
          <w:p w14:paraId="739007D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-1.979923</w:t>
            </w:r>
          </w:p>
        </w:tc>
        <w:tc>
          <w:tcPr>
            <w:tcW w:w="737" w:type="pct"/>
            <w:vAlign w:val="center"/>
          </w:tcPr>
          <w:p w14:paraId="778AED3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1.820268</w:t>
            </w:r>
          </w:p>
        </w:tc>
      </w:tr>
      <w:tr w:rsidR="00497B11" w:rsidRPr="00293828" w14:paraId="18281A0A" w14:textId="77777777" w:rsidTr="009D45BD">
        <w:tc>
          <w:tcPr>
            <w:tcW w:w="253" w:type="pct"/>
            <w:vAlign w:val="center"/>
          </w:tcPr>
          <w:p w14:paraId="5EC0B61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2217B41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-5.895741</w:t>
            </w:r>
          </w:p>
        </w:tc>
        <w:tc>
          <w:tcPr>
            <w:tcW w:w="737" w:type="pct"/>
            <w:vAlign w:val="center"/>
          </w:tcPr>
          <w:p w14:paraId="0265386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0.300248</w:t>
            </w:r>
          </w:p>
        </w:tc>
        <w:tc>
          <w:tcPr>
            <w:tcW w:w="737" w:type="pct"/>
            <w:vAlign w:val="center"/>
          </w:tcPr>
          <w:p w14:paraId="003214B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-1.726868</w:t>
            </w:r>
          </w:p>
        </w:tc>
        <w:tc>
          <w:tcPr>
            <w:tcW w:w="253" w:type="pct"/>
            <w:vAlign w:val="center"/>
          </w:tcPr>
          <w:p w14:paraId="1C51CB5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08F3643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-2.601096</w:t>
            </w:r>
          </w:p>
        </w:tc>
        <w:tc>
          <w:tcPr>
            <w:tcW w:w="737" w:type="pct"/>
            <w:vAlign w:val="center"/>
          </w:tcPr>
          <w:p w14:paraId="7C57FC0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1.283222</w:t>
            </w:r>
          </w:p>
        </w:tc>
        <w:tc>
          <w:tcPr>
            <w:tcW w:w="737" w:type="pct"/>
            <w:vAlign w:val="center"/>
          </w:tcPr>
          <w:p w14:paraId="566C69E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1.730042</w:t>
            </w:r>
          </w:p>
        </w:tc>
      </w:tr>
      <w:tr w:rsidR="00497B11" w:rsidRPr="00293828" w14:paraId="2034F42E" w14:textId="77777777" w:rsidTr="009D45BD">
        <w:tc>
          <w:tcPr>
            <w:tcW w:w="253" w:type="pct"/>
            <w:vAlign w:val="center"/>
          </w:tcPr>
          <w:p w14:paraId="557BB7E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064B746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4.532461</w:t>
            </w:r>
          </w:p>
        </w:tc>
        <w:tc>
          <w:tcPr>
            <w:tcW w:w="737" w:type="pct"/>
            <w:vAlign w:val="center"/>
          </w:tcPr>
          <w:p w14:paraId="17BCAE6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0.845066</w:t>
            </w:r>
          </w:p>
        </w:tc>
        <w:tc>
          <w:tcPr>
            <w:tcW w:w="737" w:type="pct"/>
            <w:vAlign w:val="center"/>
          </w:tcPr>
          <w:p w14:paraId="3C7BF80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0.687025</w:t>
            </w:r>
          </w:p>
        </w:tc>
        <w:tc>
          <w:tcPr>
            <w:tcW w:w="253" w:type="pct"/>
            <w:vAlign w:val="center"/>
          </w:tcPr>
          <w:p w14:paraId="7AE7882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1F5FF97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-1.300722</w:t>
            </w:r>
          </w:p>
        </w:tc>
        <w:tc>
          <w:tcPr>
            <w:tcW w:w="737" w:type="pct"/>
            <w:vAlign w:val="center"/>
          </w:tcPr>
          <w:p w14:paraId="3FF14ED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1.251182</w:t>
            </w:r>
          </w:p>
        </w:tc>
        <w:tc>
          <w:tcPr>
            <w:tcW w:w="737" w:type="pct"/>
            <w:vAlign w:val="center"/>
          </w:tcPr>
          <w:p w14:paraId="2769C84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0.547106</w:t>
            </w:r>
          </w:p>
        </w:tc>
      </w:tr>
      <w:tr w:rsidR="00497B11" w:rsidRPr="00293828" w14:paraId="73CD5B69" w14:textId="77777777" w:rsidTr="009D45BD">
        <w:tc>
          <w:tcPr>
            <w:tcW w:w="253" w:type="pct"/>
            <w:vAlign w:val="center"/>
          </w:tcPr>
          <w:p w14:paraId="2A885EE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4CACB33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5.848766</w:t>
            </w:r>
          </w:p>
        </w:tc>
        <w:tc>
          <w:tcPr>
            <w:tcW w:w="737" w:type="pct"/>
            <w:vAlign w:val="center"/>
          </w:tcPr>
          <w:p w14:paraId="1864C1F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1.488252</w:t>
            </w:r>
          </w:p>
        </w:tc>
        <w:tc>
          <w:tcPr>
            <w:tcW w:w="737" w:type="pct"/>
            <w:vAlign w:val="center"/>
          </w:tcPr>
          <w:p w14:paraId="6C70F66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1.076493</w:t>
            </w:r>
          </w:p>
        </w:tc>
        <w:tc>
          <w:tcPr>
            <w:tcW w:w="253" w:type="pct"/>
            <w:vAlign w:val="center"/>
          </w:tcPr>
          <w:p w14:paraId="44AA45B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5341EF4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-7.162938</w:t>
            </w:r>
          </w:p>
        </w:tc>
        <w:tc>
          <w:tcPr>
            <w:tcW w:w="737" w:type="pct"/>
            <w:vAlign w:val="center"/>
          </w:tcPr>
          <w:p w14:paraId="2385303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2.462865</w:t>
            </w:r>
          </w:p>
        </w:tc>
        <w:tc>
          <w:tcPr>
            <w:tcW w:w="737" w:type="pct"/>
            <w:vAlign w:val="center"/>
          </w:tcPr>
          <w:p w14:paraId="4796808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1.915600</w:t>
            </w:r>
          </w:p>
        </w:tc>
      </w:tr>
      <w:tr w:rsidR="00497B11" w:rsidRPr="00293828" w14:paraId="06A24351" w14:textId="77777777" w:rsidTr="009D45BD">
        <w:tc>
          <w:tcPr>
            <w:tcW w:w="253" w:type="pct"/>
            <w:vAlign w:val="center"/>
          </w:tcPr>
          <w:p w14:paraId="2838B6F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22D00A4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6.833865</w:t>
            </w:r>
          </w:p>
        </w:tc>
        <w:tc>
          <w:tcPr>
            <w:tcW w:w="737" w:type="pct"/>
            <w:vAlign w:val="center"/>
          </w:tcPr>
          <w:p w14:paraId="2226485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1.276620</w:t>
            </w:r>
          </w:p>
        </w:tc>
        <w:tc>
          <w:tcPr>
            <w:tcW w:w="737" w:type="pct"/>
            <w:vAlign w:val="center"/>
          </w:tcPr>
          <w:p w14:paraId="31B2EF1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-0.067511</w:t>
            </w:r>
          </w:p>
        </w:tc>
        <w:tc>
          <w:tcPr>
            <w:tcW w:w="253" w:type="pct"/>
            <w:vAlign w:val="center"/>
          </w:tcPr>
          <w:p w14:paraId="388A9D3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8BD533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-8.319451</w:t>
            </w:r>
          </w:p>
        </w:tc>
        <w:tc>
          <w:tcPr>
            <w:tcW w:w="737" w:type="pct"/>
            <w:vAlign w:val="center"/>
          </w:tcPr>
          <w:p w14:paraId="522E4CD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3.356880</w:t>
            </w:r>
          </w:p>
        </w:tc>
        <w:tc>
          <w:tcPr>
            <w:tcW w:w="737" w:type="pct"/>
            <w:vAlign w:val="center"/>
          </w:tcPr>
          <w:p w14:paraId="554657C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0.936464</w:t>
            </w:r>
          </w:p>
        </w:tc>
      </w:tr>
      <w:tr w:rsidR="00497B11" w:rsidRPr="00293828" w14:paraId="1AC38409" w14:textId="77777777" w:rsidTr="009D45BD">
        <w:tc>
          <w:tcPr>
            <w:tcW w:w="253" w:type="pct"/>
            <w:vAlign w:val="center"/>
          </w:tcPr>
          <w:p w14:paraId="19FD1B9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1E19682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7.194024</w:t>
            </w:r>
          </w:p>
        </w:tc>
        <w:tc>
          <w:tcPr>
            <w:tcW w:w="737" w:type="pct"/>
            <w:vAlign w:val="center"/>
          </w:tcPr>
          <w:p w14:paraId="4FBD34E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-0.204816</w:t>
            </w:r>
          </w:p>
        </w:tc>
        <w:tc>
          <w:tcPr>
            <w:tcW w:w="737" w:type="pct"/>
            <w:vAlign w:val="center"/>
          </w:tcPr>
          <w:p w14:paraId="28A427A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-0.283108</w:t>
            </w:r>
          </w:p>
        </w:tc>
        <w:tc>
          <w:tcPr>
            <w:tcW w:w="253" w:type="pct"/>
            <w:vAlign w:val="center"/>
          </w:tcPr>
          <w:p w14:paraId="3C91734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2FF52B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-4.377768</w:t>
            </w:r>
          </w:p>
        </w:tc>
        <w:tc>
          <w:tcPr>
            <w:tcW w:w="737" w:type="pct"/>
            <w:vAlign w:val="center"/>
          </w:tcPr>
          <w:p w14:paraId="08140E1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0.271744</w:t>
            </w:r>
          </w:p>
        </w:tc>
        <w:tc>
          <w:tcPr>
            <w:tcW w:w="737" w:type="pct"/>
            <w:vAlign w:val="center"/>
          </w:tcPr>
          <w:p w14:paraId="046E691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2.341912</w:t>
            </w:r>
          </w:p>
        </w:tc>
      </w:tr>
      <w:tr w:rsidR="00497B11" w:rsidRPr="00293828" w14:paraId="603909E5" w14:textId="77777777" w:rsidTr="009D45BD">
        <w:tc>
          <w:tcPr>
            <w:tcW w:w="253" w:type="pct"/>
            <w:vAlign w:val="center"/>
          </w:tcPr>
          <w:p w14:paraId="59AD027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5D448E1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5.862235</w:t>
            </w:r>
          </w:p>
        </w:tc>
        <w:tc>
          <w:tcPr>
            <w:tcW w:w="737" w:type="pct"/>
            <w:vAlign w:val="center"/>
          </w:tcPr>
          <w:p w14:paraId="2A0BA95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-0.960135</w:t>
            </w:r>
          </w:p>
        </w:tc>
        <w:tc>
          <w:tcPr>
            <w:tcW w:w="737" w:type="pct"/>
            <w:vAlign w:val="center"/>
          </w:tcPr>
          <w:p w14:paraId="1C6BABF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-0.617411</w:t>
            </w:r>
          </w:p>
        </w:tc>
        <w:tc>
          <w:tcPr>
            <w:tcW w:w="253" w:type="pct"/>
            <w:vAlign w:val="center"/>
          </w:tcPr>
          <w:p w14:paraId="69B21D1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7113ECA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-6.009321</w:t>
            </w:r>
          </w:p>
        </w:tc>
        <w:tc>
          <w:tcPr>
            <w:tcW w:w="737" w:type="pct"/>
            <w:vAlign w:val="center"/>
          </w:tcPr>
          <w:p w14:paraId="246B8E7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4.024974</w:t>
            </w:r>
          </w:p>
        </w:tc>
        <w:tc>
          <w:tcPr>
            <w:tcW w:w="737" w:type="pct"/>
            <w:vAlign w:val="center"/>
          </w:tcPr>
          <w:p w14:paraId="4D44B74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0.304657</w:t>
            </w:r>
          </w:p>
        </w:tc>
      </w:tr>
      <w:tr w:rsidR="00497B11" w:rsidRPr="00293828" w14:paraId="05109457" w14:textId="77777777" w:rsidTr="009D45BD">
        <w:tc>
          <w:tcPr>
            <w:tcW w:w="253" w:type="pct"/>
            <w:vAlign w:val="center"/>
          </w:tcPr>
          <w:p w14:paraId="073D78E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5C52E55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5.974735</w:t>
            </w:r>
          </w:p>
        </w:tc>
        <w:tc>
          <w:tcPr>
            <w:tcW w:w="737" w:type="pct"/>
            <w:vAlign w:val="center"/>
          </w:tcPr>
          <w:p w14:paraId="73343A4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-2.467537</w:t>
            </w:r>
          </w:p>
        </w:tc>
        <w:tc>
          <w:tcPr>
            <w:tcW w:w="737" w:type="pct"/>
            <w:vAlign w:val="center"/>
          </w:tcPr>
          <w:p w14:paraId="35ABA3A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-0.381459</w:t>
            </w:r>
          </w:p>
        </w:tc>
        <w:tc>
          <w:tcPr>
            <w:tcW w:w="253" w:type="pct"/>
            <w:vAlign w:val="center"/>
          </w:tcPr>
          <w:p w14:paraId="14B342E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C1B231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-6.730808</w:t>
            </w:r>
          </w:p>
        </w:tc>
        <w:tc>
          <w:tcPr>
            <w:tcW w:w="737" w:type="pct"/>
            <w:vAlign w:val="center"/>
          </w:tcPr>
          <w:p w14:paraId="781EDF0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3.167235</w:t>
            </w:r>
          </w:p>
        </w:tc>
        <w:tc>
          <w:tcPr>
            <w:tcW w:w="737" w:type="pct"/>
            <w:vAlign w:val="center"/>
          </w:tcPr>
          <w:p w14:paraId="535F2B6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-1.047323</w:t>
            </w:r>
          </w:p>
        </w:tc>
      </w:tr>
      <w:tr w:rsidR="00497B11" w:rsidRPr="00293828" w14:paraId="2DFE5872" w14:textId="77777777" w:rsidTr="009D45BD">
        <w:tc>
          <w:tcPr>
            <w:tcW w:w="253" w:type="pct"/>
            <w:vAlign w:val="center"/>
          </w:tcPr>
          <w:p w14:paraId="68178E7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6AC25D2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2.416825</w:t>
            </w:r>
          </w:p>
        </w:tc>
        <w:tc>
          <w:tcPr>
            <w:tcW w:w="737" w:type="pct"/>
            <w:vAlign w:val="center"/>
          </w:tcPr>
          <w:p w14:paraId="3D7C71C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0.381029</w:t>
            </w:r>
          </w:p>
        </w:tc>
        <w:tc>
          <w:tcPr>
            <w:tcW w:w="737" w:type="pct"/>
            <w:vAlign w:val="center"/>
          </w:tcPr>
          <w:p w14:paraId="6A263D4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1.706643</w:t>
            </w:r>
          </w:p>
        </w:tc>
        <w:tc>
          <w:tcPr>
            <w:tcW w:w="253" w:type="pct"/>
            <w:vAlign w:val="center"/>
          </w:tcPr>
          <w:p w14:paraId="580ABAE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2EB0A9B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3.448155</w:t>
            </w:r>
          </w:p>
        </w:tc>
        <w:tc>
          <w:tcPr>
            <w:tcW w:w="737" w:type="pct"/>
            <w:vAlign w:val="center"/>
          </w:tcPr>
          <w:p w14:paraId="4A6B0EF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0.438926</w:t>
            </w:r>
          </w:p>
        </w:tc>
        <w:tc>
          <w:tcPr>
            <w:tcW w:w="737" w:type="pct"/>
            <w:vAlign w:val="center"/>
          </w:tcPr>
          <w:p w14:paraId="0829285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-2.092734</w:t>
            </w:r>
          </w:p>
        </w:tc>
      </w:tr>
      <w:tr w:rsidR="00497B11" w:rsidRPr="00293828" w14:paraId="052B21F9" w14:textId="77777777" w:rsidTr="009D45BD">
        <w:tc>
          <w:tcPr>
            <w:tcW w:w="253" w:type="pct"/>
            <w:vAlign w:val="center"/>
          </w:tcPr>
          <w:p w14:paraId="1193CD0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lastRenderedPageBreak/>
              <w:t>C</w:t>
            </w:r>
          </w:p>
        </w:tc>
        <w:tc>
          <w:tcPr>
            <w:tcW w:w="737" w:type="pct"/>
            <w:vAlign w:val="center"/>
          </w:tcPr>
          <w:p w14:paraId="6E2D678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2.078228</w:t>
            </w:r>
          </w:p>
        </w:tc>
        <w:tc>
          <w:tcPr>
            <w:tcW w:w="737" w:type="pct"/>
            <w:vAlign w:val="center"/>
          </w:tcPr>
          <w:p w14:paraId="5EEA562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-0.299233</w:t>
            </w:r>
          </w:p>
        </w:tc>
        <w:tc>
          <w:tcPr>
            <w:tcW w:w="737" w:type="pct"/>
            <w:vAlign w:val="center"/>
          </w:tcPr>
          <w:p w14:paraId="5EF8E0F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0.392888</w:t>
            </w:r>
          </w:p>
        </w:tc>
        <w:tc>
          <w:tcPr>
            <w:tcW w:w="253" w:type="pct"/>
            <w:vAlign w:val="center"/>
          </w:tcPr>
          <w:p w14:paraId="0CDBAE7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62C1B8D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6.990307</w:t>
            </w:r>
          </w:p>
        </w:tc>
        <w:tc>
          <w:tcPr>
            <w:tcW w:w="737" w:type="pct"/>
            <w:vAlign w:val="center"/>
          </w:tcPr>
          <w:p w14:paraId="3CDC07B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-2.864345</w:t>
            </w:r>
          </w:p>
        </w:tc>
        <w:tc>
          <w:tcPr>
            <w:tcW w:w="737" w:type="pct"/>
            <w:vAlign w:val="center"/>
          </w:tcPr>
          <w:p w14:paraId="6021A10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-0.486243</w:t>
            </w:r>
          </w:p>
        </w:tc>
      </w:tr>
      <w:tr w:rsidR="00497B11" w:rsidRPr="00293828" w14:paraId="371711AF" w14:textId="77777777" w:rsidTr="009D45BD">
        <w:tc>
          <w:tcPr>
            <w:tcW w:w="253" w:type="pct"/>
            <w:vAlign w:val="center"/>
          </w:tcPr>
          <w:p w14:paraId="62C3092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6F43D44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3.261629</w:t>
            </w:r>
          </w:p>
        </w:tc>
        <w:tc>
          <w:tcPr>
            <w:tcW w:w="737" w:type="pct"/>
            <w:vAlign w:val="center"/>
          </w:tcPr>
          <w:p w14:paraId="18333B8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-0.957260</w:t>
            </w:r>
          </w:p>
        </w:tc>
        <w:tc>
          <w:tcPr>
            <w:tcW w:w="737" w:type="pct"/>
            <w:vAlign w:val="center"/>
          </w:tcPr>
          <w:p w14:paraId="007E6EA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-0.433448</w:t>
            </w:r>
          </w:p>
        </w:tc>
        <w:tc>
          <w:tcPr>
            <w:tcW w:w="253" w:type="pct"/>
            <w:vAlign w:val="center"/>
          </w:tcPr>
          <w:p w14:paraId="0D67A54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5C3C7FD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-0.906250</w:t>
            </w:r>
          </w:p>
        </w:tc>
        <w:tc>
          <w:tcPr>
            <w:tcW w:w="737" w:type="pct"/>
            <w:vAlign w:val="center"/>
          </w:tcPr>
          <w:p w14:paraId="18023C4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-0.732333</w:t>
            </w:r>
          </w:p>
        </w:tc>
        <w:tc>
          <w:tcPr>
            <w:tcW w:w="737" w:type="pct"/>
            <w:vAlign w:val="center"/>
          </w:tcPr>
          <w:p w14:paraId="28CF630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2.050612</w:t>
            </w:r>
          </w:p>
        </w:tc>
      </w:tr>
      <w:tr w:rsidR="00497B11" w:rsidRPr="00293828" w14:paraId="4BBC2170" w14:textId="77777777" w:rsidTr="009D45BD">
        <w:tc>
          <w:tcPr>
            <w:tcW w:w="253" w:type="pct"/>
            <w:vAlign w:val="center"/>
          </w:tcPr>
          <w:p w14:paraId="0B0E300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3A54708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4.617243</w:t>
            </w:r>
          </w:p>
        </w:tc>
        <w:tc>
          <w:tcPr>
            <w:tcW w:w="737" w:type="pct"/>
            <w:vAlign w:val="center"/>
          </w:tcPr>
          <w:p w14:paraId="546CCC0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-0.620836</w:t>
            </w:r>
          </w:p>
        </w:tc>
        <w:tc>
          <w:tcPr>
            <w:tcW w:w="737" w:type="pct"/>
            <w:vAlign w:val="center"/>
          </w:tcPr>
          <w:p w14:paraId="6CDCB14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0.256123</w:t>
            </w:r>
          </w:p>
        </w:tc>
        <w:tc>
          <w:tcPr>
            <w:tcW w:w="253" w:type="pct"/>
            <w:vAlign w:val="center"/>
          </w:tcPr>
          <w:p w14:paraId="69894D6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536C32A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-4.822117</w:t>
            </w:r>
          </w:p>
        </w:tc>
        <w:tc>
          <w:tcPr>
            <w:tcW w:w="737" w:type="pct"/>
            <w:vAlign w:val="center"/>
          </w:tcPr>
          <w:p w14:paraId="78DF10C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2.094070</w:t>
            </w:r>
          </w:p>
        </w:tc>
        <w:tc>
          <w:tcPr>
            <w:tcW w:w="737" w:type="pct"/>
            <w:vAlign w:val="center"/>
          </w:tcPr>
          <w:p w14:paraId="20933DF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1.053570</w:t>
            </w:r>
          </w:p>
        </w:tc>
      </w:tr>
      <w:tr w:rsidR="00497B11" w:rsidRPr="00293828" w14:paraId="33CD1E34" w14:textId="77777777" w:rsidTr="009D45BD">
        <w:tc>
          <w:tcPr>
            <w:tcW w:w="253" w:type="pct"/>
            <w:vAlign w:val="center"/>
          </w:tcPr>
          <w:p w14:paraId="0B5BAC3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56E999D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3.132449</w:t>
            </w:r>
          </w:p>
        </w:tc>
        <w:tc>
          <w:tcPr>
            <w:tcW w:w="737" w:type="pct"/>
            <w:vAlign w:val="center"/>
          </w:tcPr>
          <w:p w14:paraId="5AC0606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-0.598103</w:t>
            </w:r>
          </w:p>
        </w:tc>
        <w:tc>
          <w:tcPr>
            <w:tcW w:w="737" w:type="pct"/>
            <w:vAlign w:val="center"/>
          </w:tcPr>
          <w:p w14:paraId="213EC38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-1.921111</w:t>
            </w:r>
          </w:p>
        </w:tc>
        <w:tc>
          <w:tcPr>
            <w:tcW w:w="253" w:type="pct"/>
            <w:vAlign w:val="center"/>
          </w:tcPr>
          <w:p w14:paraId="7FDF0A4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2A99F42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-0.538607</w:t>
            </w:r>
          </w:p>
        </w:tc>
        <w:tc>
          <w:tcPr>
            <w:tcW w:w="737" w:type="pct"/>
            <w:vAlign w:val="center"/>
          </w:tcPr>
          <w:p w14:paraId="6F39269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-2.816127</w:t>
            </w:r>
          </w:p>
        </w:tc>
        <w:tc>
          <w:tcPr>
            <w:tcW w:w="737" w:type="pct"/>
            <w:vAlign w:val="center"/>
          </w:tcPr>
          <w:p w14:paraId="7E8AF45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-2.128982</w:t>
            </w:r>
          </w:p>
        </w:tc>
      </w:tr>
      <w:tr w:rsidR="00497B11" w:rsidRPr="00293828" w14:paraId="6DAD33F0" w14:textId="77777777" w:rsidTr="009D45BD">
        <w:tc>
          <w:tcPr>
            <w:tcW w:w="253" w:type="pct"/>
            <w:vAlign w:val="center"/>
          </w:tcPr>
          <w:p w14:paraId="5F0C6DF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7AE32B4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1.694237</w:t>
            </w:r>
          </w:p>
        </w:tc>
        <w:tc>
          <w:tcPr>
            <w:tcW w:w="737" w:type="pct"/>
            <w:vAlign w:val="center"/>
          </w:tcPr>
          <w:p w14:paraId="77FFB2A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-0.799997</w:t>
            </w:r>
          </w:p>
        </w:tc>
        <w:tc>
          <w:tcPr>
            <w:tcW w:w="737" w:type="pct"/>
            <w:vAlign w:val="center"/>
          </w:tcPr>
          <w:p w14:paraId="2776BB7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-2.450793</w:t>
            </w:r>
          </w:p>
        </w:tc>
        <w:tc>
          <w:tcPr>
            <w:tcW w:w="253" w:type="pct"/>
            <w:vAlign w:val="center"/>
          </w:tcPr>
          <w:p w14:paraId="1102A09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2CD8A5D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0.587040</w:t>
            </w:r>
          </w:p>
        </w:tc>
        <w:tc>
          <w:tcPr>
            <w:tcW w:w="737" w:type="pct"/>
            <w:vAlign w:val="center"/>
          </w:tcPr>
          <w:p w14:paraId="0E5E034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-3.587430</w:t>
            </w:r>
          </w:p>
        </w:tc>
        <w:tc>
          <w:tcPr>
            <w:tcW w:w="737" w:type="pct"/>
            <w:vAlign w:val="center"/>
          </w:tcPr>
          <w:p w14:paraId="47B108D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-0.965711</w:t>
            </w:r>
          </w:p>
        </w:tc>
      </w:tr>
      <w:tr w:rsidR="00497B11" w:rsidRPr="00293828" w14:paraId="760F1F2C" w14:textId="77777777" w:rsidTr="009D45BD">
        <w:tc>
          <w:tcPr>
            <w:tcW w:w="253" w:type="pct"/>
            <w:vAlign w:val="center"/>
          </w:tcPr>
          <w:p w14:paraId="28AE667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459E9D4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0.595312</w:t>
            </w:r>
          </w:p>
        </w:tc>
        <w:tc>
          <w:tcPr>
            <w:tcW w:w="737" w:type="pct"/>
            <w:vAlign w:val="center"/>
          </w:tcPr>
          <w:p w14:paraId="7103AA4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-0.298933</w:t>
            </w:r>
          </w:p>
        </w:tc>
        <w:tc>
          <w:tcPr>
            <w:tcW w:w="737" w:type="pct"/>
            <w:vAlign w:val="center"/>
          </w:tcPr>
          <w:p w14:paraId="34A7E2D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-1.470650</w:t>
            </w:r>
          </w:p>
        </w:tc>
        <w:tc>
          <w:tcPr>
            <w:tcW w:w="253" w:type="pct"/>
            <w:vAlign w:val="center"/>
          </w:tcPr>
          <w:p w14:paraId="27B75BB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4045E84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4.108500</w:t>
            </w:r>
          </w:p>
        </w:tc>
        <w:tc>
          <w:tcPr>
            <w:tcW w:w="737" w:type="pct"/>
            <w:vAlign w:val="center"/>
          </w:tcPr>
          <w:p w14:paraId="54ED98A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1.430042</w:t>
            </w:r>
          </w:p>
        </w:tc>
        <w:tc>
          <w:tcPr>
            <w:tcW w:w="737" w:type="pct"/>
            <w:vAlign w:val="center"/>
          </w:tcPr>
          <w:p w14:paraId="3A053D5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-0.139655</w:t>
            </w:r>
          </w:p>
        </w:tc>
      </w:tr>
      <w:tr w:rsidR="00497B11" w:rsidRPr="00293828" w14:paraId="6FFEF068" w14:textId="77777777" w:rsidTr="009D45BD">
        <w:tc>
          <w:tcPr>
            <w:tcW w:w="253" w:type="pct"/>
            <w:vAlign w:val="center"/>
          </w:tcPr>
          <w:p w14:paraId="3D2BE2C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57A6E50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1.255028</w:t>
            </w:r>
          </w:p>
        </w:tc>
        <w:tc>
          <w:tcPr>
            <w:tcW w:w="737" w:type="pct"/>
            <w:vAlign w:val="center"/>
          </w:tcPr>
          <w:p w14:paraId="38ADDC8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0.676393</w:t>
            </w:r>
          </w:p>
        </w:tc>
        <w:tc>
          <w:tcPr>
            <w:tcW w:w="737" w:type="pct"/>
            <w:vAlign w:val="center"/>
          </w:tcPr>
          <w:p w14:paraId="00F1A80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-0.483048</w:t>
            </w:r>
          </w:p>
        </w:tc>
        <w:tc>
          <w:tcPr>
            <w:tcW w:w="253" w:type="pct"/>
            <w:vAlign w:val="center"/>
          </w:tcPr>
          <w:p w14:paraId="51C7892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6EE585F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-8.482670</w:t>
            </w:r>
          </w:p>
        </w:tc>
        <w:tc>
          <w:tcPr>
            <w:tcW w:w="737" w:type="pct"/>
            <w:vAlign w:val="center"/>
          </w:tcPr>
          <w:p w14:paraId="76524AF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-1.197431</w:t>
            </w:r>
          </w:p>
        </w:tc>
        <w:tc>
          <w:tcPr>
            <w:tcW w:w="737" w:type="pct"/>
            <w:vAlign w:val="center"/>
          </w:tcPr>
          <w:p w14:paraId="4E13FDD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-0.610890</w:t>
            </w:r>
          </w:p>
        </w:tc>
      </w:tr>
      <w:tr w:rsidR="00497B11" w:rsidRPr="00293828" w14:paraId="00E38C23" w14:textId="77777777" w:rsidTr="009D45BD">
        <w:tc>
          <w:tcPr>
            <w:tcW w:w="253" w:type="pct"/>
            <w:vAlign w:val="center"/>
          </w:tcPr>
          <w:p w14:paraId="2259BFE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682450D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1.089936</w:t>
            </w:r>
          </w:p>
        </w:tc>
        <w:tc>
          <w:tcPr>
            <w:tcW w:w="737" w:type="pct"/>
            <w:vAlign w:val="center"/>
          </w:tcPr>
          <w:p w14:paraId="543E4A5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-1.456705</w:t>
            </w:r>
          </w:p>
        </w:tc>
        <w:tc>
          <w:tcPr>
            <w:tcW w:w="737" w:type="pct"/>
            <w:vAlign w:val="center"/>
          </w:tcPr>
          <w:p w14:paraId="74B66CE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0.595485</w:t>
            </w:r>
          </w:p>
        </w:tc>
        <w:tc>
          <w:tcPr>
            <w:tcW w:w="253" w:type="pct"/>
            <w:vAlign w:val="center"/>
          </w:tcPr>
          <w:p w14:paraId="157BD0F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4A0BD29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-1.133415</w:t>
            </w:r>
          </w:p>
        </w:tc>
        <w:tc>
          <w:tcPr>
            <w:tcW w:w="737" w:type="pct"/>
            <w:vAlign w:val="center"/>
          </w:tcPr>
          <w:p w14:paraId="429BD72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-3.440967</w:t>
            </w:r>
          </w:p>
        </w:tc>
        <w:tc>
          <w:tcPr>
            <w:tcW w:w="737" w:type="pct"/>
            <w:vAlign w:val="center"/>
          </w:tcPr>
          <w:p w14:paraId="6F99F89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0.817558</w:t>
            </w:r>
          </w:p>
        </w:tc>
      </w:tr>
      <w:tr w:rsidR="00497B11" w:rsidRPr="00293828" w14:paraId="11A58075" w14:textId="77777777" w:rsidTr="009D45BD">
        <w:tc>
          <w:tcPr>
            <w:tcW w:w="253" w:type="pct"/>
            <w:vAlign w:val="center"/>
          </w:tcPr>
          <w:p w14:paraId="3483B9D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3C7C22A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0.078827</w:t>
            </w:r>
          </w:p>
        </w:tc>
        <w:tc>
          <w:tcPr>
            <w:tcW w:w="737" w:type="pct"/>
            <w:vAlign w:val="center"/>
          </w:tcPr>
          <w:p w14:paraId="014A279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-1.428806</w:t>
            </w:r>
          </w:p>
        </w:tc>
        <w:tc>
          <w:tcPr>
            <w:tcW w:w="737" w:type="pct"/>
            <w:vAlign w:val="center"/>
          </w:tcPr>
          <w:p w14:paraId="14DD8F9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-0.549933</w:t>
            </w:r>
          </w:p>
        </w:tc>
        <w:tc>
          <w:tcPr>
            <w:tcW w:w="253" w:type="pct"/>
            <w:vAlign w:val="center"/>
          </w:tcPr>
          <w:p w14:paraId="12DA757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61DA156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-2.327577</w:t>
            </w:r>
          </w:p>
        </w:tc>
        <w:tc>
          <w:tcPr>
            <w:tcW w:w="737" w:type="pct"/>
            <w:vAlign w:val="center"/>
          </w:tcPr>
          <w:p w14:paraId="0673586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-3.408253</w:t>
            </w:r>
          </w:p>
        </w:tc>
        <w:tc>
          <w:tcPr>
            <w:tcW w:w="737" w:type="pct"/>
            <w:vAlign w:val="center"/>
          </w:tcPr>
          <w:p w14:paraId="1213836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-0.520144</w:t>
            </w:r>
          </w:p>
        </w:tc>
      </w:tr>
      <w:tr w:rsidR="00497B11" w:rsidRPr="00293828" w14:paraId="48341283" w14:textId="77777777" w:rsidTr="009D45BD">
        <w:tc>
          <w:tcPr>
            <w:tcW w:w="253" w:type="pct"/>
            <w:vAlign w:val="center"/>
          </w:tcPr>
          <w:p w14:paraId="153DC12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7D27B4E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-0.214702</w:t>
            </w:r>
          </w:p>
        </w:tc>
        <w:tc>
          <w:tcPr>
            <w:tcW w:w="737" w:type="pct"/>
            <w:vAlign w:val="center"/>
          </w:tcPr>
          <w:p w14:paraId="7754FE6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-2.854551</w:t>
            </w:r>
          </w:p>
        </w:tc>
        <w:tc>
          <w:tcPr>
            <w:tcW w:w="737" w:type="pct"/>
            <w:vAlign w:val="center"/>
          </w:tcPr>
          <w:p w14:paraId="12B09DA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-1.087147</w:t>
            </w:r>
          </w:p>
        </w:tc>
        <w:tc>
          <w:tcPr>
            <w:tcW w:w="253" w:type="pct"/>
            <w:vAlign w:val="center"/>
          </w:tcPr>
          <w:p w14:paraId="1C9C8FE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D490C9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8.817315</w:t>
            </w:r>
          </w:p>
        </w:tc>
        <w:tc>
          <w:tcPr>
            <w:tcW w:w="737" w:type="pct"/>
            <w:vAlign w:val="center"/>
          </w:tcPr>
          <w:p w14:paraId="367428B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-0.106774</w:t>
            </w:r>
          </w:p>
        </w:tc>
        <w:tc>
          <w:tcPr>
            <w:tcW w:w="737" w:type="pct"/>
            <w:vAlign w:val="center"/>
          </w:tcPr>
          <w:p w14:paraId="214AA8A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1.143010</w:t>
            </w:r>
          </w:p>
        </w:tc>
      </w:tr>
      <w:tr w:rsidR="00497B11" w:rsidRPr="00293828" w14:paraId="25943E87" w14:textId="77777777" w:rsidTr="009D45BD">
        <w:tc>
          <w:tcPr>
            <w:tcW w:w="253" w:type="pct"/>
            <w:vAlign w:val="center"/>
          </w:tcPr>
          <w:p w14:paraId="10B7064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5877BD3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8.116287</w:t>
            </w:r>
          </w:p>
        </w:tc>
        <w:tc>
          <w:tcPr>
            <w:tcW w:w="737" w:type="pct"/>
            <w:vAlign w:val="center"/>
          </w:tcPr>
          <w:p w14:paraId="04A2930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-0.317930</w:t>
            </w:r>
          </w:p>
        </w:tc>
        <w:tc>
          <w:tcPr>
            <w:tcW w:w="737" w:type="pct"/>
            <w:vAlign w:val="center"/>
          </w:tcPr>
          <w:p w14:paraId="6BEFB8F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-1.511645</w:t>
            </w:r>
          </w:p>
        </w:tc>
        <w:tc>
          <w:tcPr>
            <w:tcW w:w="253" w:type="pct"/>
            <w:vAlign w:val="center"/>
          </w:tcPr>
          <w:p w14:paraId="6698408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79F1A3F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7.352309</w:t>
            </w:r>
          </w:p>
        </w:tc>
        <w:tc>
          <w:tcPr>
            <w:tcW w:w="737" w:type="pct"/>
            <w:vAlign w:val="center"/>
          </w:tcPr>
          <w:p w14:paraId="462BF16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-0.798061</w:t>
            </w:r>
          </w:p>
        </w:tc>
        <w:tc>
          <w:tcPr>
            <w:tcW w:w="737" w:type="pct"/>
            <w:vAlign w:val="center"/>
          </w:tcPr>
          <w:p w14:paraId="1ED9D38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1.847396</w:t>
            </w:r>
          </w:p>
        </w:tc>
      </w:tr>
      <w:tr w:rsidR="00497B11" w:rsidRPr="00293828" w14:paraId="51634AF1" w14:textId="77777777" w:rsidTr="009D45BD">
        <w:tc>
          <w:tcPr>
            <w:tcW w:w="253" w:type="pct"/>
            <w:vAlign w:val="center"/>
          </w:tcPr>
          <w:p w14:paraId="432F972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13C5E83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7.958167</w:t>
            </w:r>
          </w:p>
        </w:tc>
        <w:tc>
          <w:tcPr>
            <w:tcW w:w="737" w:type="pct"/>
            <w:vAlign w:val="center"/>
          </w:tcPr>
          <w:p w14:paraId="2A6B53C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-0.751804</w:t>
            </w:r>
          </w:p>
        </w:tc>
        <w:tc>
          <w:tcPr>
            <w:tcW w:w="737" w:type="pct"/>
            <w:vAlign w:val="center"/>
          </w:tcPr>
          <w:p w14:paraId="727A27E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0.941782</w:t>
            </w:r>
          </w:p>
        </w:tc>
        <w:tc>
          <w:tcPr>
            <w:tcW w:w="253" w:type="pct"/>
            <w:vAlign w:val="center"/>
          </w:tcPr>
          <w:p w14:paraId="53589EC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09CF3EF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8.335323</w:t>
            </w:r>
          </w:p>
        </w:tc>
        <w:tc>
          <w:tcPr>
            <w:tcW w:w="737" w:type="pct"/>
            <w:vAlign w:val="center"/>
          </w:tcPr>
          <w:p w14:paraId="6EB0207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-1.759855</w:t>
            </w:r>
          </w:p>
        </w:tc>
        <w:tc>
          <w:tcPr>
            <w:tcW w:w="737" w:type="pct"/>
            <w:vAlign w:val="center"/>
          </w:tcPr>
          <w:p w14:paraId="75DA43A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0.753407</w:t>
            </w:r>
          </w:p>
        </w:tc>
      </w:tr>
      <w:tr w:rsidR="00497B11" w:rsidRPr="00293828" w14:paraId="32A7B406" w14:textId="77777777" w:rsidTr="009D45BD">
        <w:tc>
          <w:tcPr>
            <w:tcW w:w="253" w:type="pct"/>
            <w:vAlign w:val="center"/>
          </w:tcPr>
          <w:p w14:paraId="693EEC9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2E0681E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4.801649</w:t>
            </w:r>
          </w:p>
        </w:tc>
        <w:tc>
          <w:tcPr>
            <w:tcW w:w="737" w:type="pct"/>
            <w:vAlign w:val="center"/>
          </w:tcPr>
          <w:p w14:paraId="4AB1F46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-1.590656</w:t>
            </w:r>
          </w:p>
        </w:tc>
        <w:tc>
          <w:tcPr>
            <w:tcW w:w="737" w:type="pct"/>
            <w:vAlign w:val="center"/>
          </w:tcPr>
          <w:p w14:paraId="27F9CE7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1.448851</w:t>
            </w:r>
          </w:p>
        </w:tc>
        <w:tc>
          <w:tcPr>
            <w:tcW w:w="253" w:type="pct"/>
            <w:vAlign w:val="center"/>
          </w:tcPr>
          <w:p w14:paraId="357263C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006B8EA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-0.219789</w:t>
            </w:r>
          </w:p>
        </w:tc>
        <w:tc>
          <w:tcPr>
            <w:tcW w:w="737" w:type="pct"/>
            <w:vAlign w:val="center"/>
          </w:tcPr>
          <w:p w14:paraId="394BAA8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0.168417</w:t>
            </w:r>
          </w:p>
        </w:tc>
        <w:tc>
          <w:tcPr>
            <w:tcW w:w="737" w:type="pct"/>
            <w:vAlign w:val="center"/>
          </w:tcPr>
          <w:p w14:paraId="26DACAE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-2.025684</w:t>
            </w:r>
          </w:p>
        </w:tc>
      </w:tr>
      <w:tr w:rsidR="00497B11" w:rsidRPr="00293828" w14:paraId="61CC6D24" w14:textId="77777777" w:rsidTr="009D45BD">
        <w:tc>
          <w:tcPr>
            <w:tcW w:w="253" w:type="pct"/>
            <w:vAlign w:val="center"/>
          </w:tcPr>
          <w:p w14:paraId="66B2206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5A92ABB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8.071050</w:t>
            </w:r>
          </w:p>
        </w:tc>
        <w:tc>
          <w:tcPr>
            <w:tcW w:w="737" w:type="pct"/>
            <w:vAlign w:val="center"/>
          </w:tcPr>
          <w:p w14:paraId="47D1AB0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3.312667</w:t>
            </w:r>
          </w:p>
        </w:tc>
        <w:tc>
          <w:tcPr>
            <w:tcW w:w="737" w:type="pct"/>
            <w:vAlign w:val="center"/>
          </w:tcPr>
          <w:p w14:paraId="519BCDF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-0.165825</w:t>
            </w:r>
          </w:p>
        </w:tc>
        <w:tc>
          <w:tcPr>
            <w:tcW w:w="253" w:type="pct"/>
            <w:vAlign w:val="center"/>
          </w:tcPr>
          <w:p w14:paraId="6139581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6FF46E1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-5.002411</w:t>
            </w:r>
          </w:p>
        </w:tc>
        <w:tc>
          <w:tcPr>
            <w:tcW w:w="737" w:type="pct"/>
            <w:vAlign w:val="center"/>
          </w:tcPr>
          <w:p w14:paraId="0F31955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-0.084015</w:t>
            </w:r>
          </w:p>
        </w:tc>
        <w:tc>
          <w:tcPr>
            <w:tcW w:w="737" w:type="pct"/>
            <w:vAlign w:val="center"/>
          </w:tcPr>
          <w:p w14:paraId="7C3A409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-2.228279</w:t>
            </w:r>
          </w:p>
        </w:tc>
      </w:tr>
      <w:tr w:rsidR="00497B11" w:rsidRPr="00293828" w14:paraId="279AFE00" w14:textId="77777777" w:rsidTr="009D45BD">
        <w:tc>
          <w:tcPr>
            <w:tcW w:w="253" w:type="pct"/>
            <w:vAlign w:val="center"/>
          </w:tcPr>
          <w:p w14:paraId="7A83F62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37" w:type="pct"/>
            <w:vAlign w:val="center"/>
          </w:tcPr>
          <w:p w14:paraId="33886FC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9.407343</w:t>
            </w:r>
          </w:p>
        </w:tc>
        <w:tc>
          <w:tcPr>
            <w:tcW w:w="737" w:type="pct"/>
            <w:vAlign w:val="center"/>
          </w:tcPr>
          <w:p w14:paraId="1435AF5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3.933079</w:t>
            </w:r>
          </w:p>
        </w:tc>
        <w:tc>
          <w:tcPr>
            <w:tcW w:w="737" w:type="pct"/>
            <w:vAlign w:val="center"/>
          </w:tcPr>
          <w:p w14:paraId="6A955CD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0.157988</w:t>
            </w:r>
          </w:p>
        </w:tc>
        <w:tc>
          <w:tcPr>
            <w:tcW w:w="253" w:type="pct"/>
            <w:vAlign w:val="center"/>
          </w:tcPr>
          <w:p w14:paraId="7F17D76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50AFA42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-6.233888</w:t>
            </w:r>
          </w:p>
        </w:tc>
        <w:tc>
          <w:tcPr>
            <w:tcW w:w="737" w:type="pct"/>
            <w:vAlign w:val="center"/>
          </w:tcPr>
          <w:p w14:paraId="7D39FB5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1.188100</w:t>
            </w:r>
          </w:p>
        </w:tc>
        <w:tc>
          <w:tcPr>
            <w:tcW w:w="737" w:type="pct"/>
            <w:vAlign w:val="center"/>
          </w:tcPr>
          <w:p w14:paraId="346BD36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-2.269198</w:t>
            </w:r>
          </w:p>
        </w:tc>
      </w:tr>
      <w:tr w:rsidR="00497B11" w:rsidRPr="00293828" w14:paraId="5CE4D55A" w14:textId="77777777" w:rsidTr="009D45BD">
        <w:tc>
          <w:tcPr>
            <w:tcW w:w="253" w:type="pct"/>
            <w:vAlign w:val="center"/>
          </w:tcPr>
          <w:p w14:paraId="000F141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5D82011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-6.927259</w:t>
            </w:r>
          </w:p>
        </w:tc>
        <w:tc>
          <w:tcPr>
            <w:tcW w:w="737" w:type="pct"/>
            <w:vAlign w:val="center"/>
          </w:tcPr>
          <w:p w14:paraId="5F7056D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-0.701163</w:t>
            </w:r>
          </w:p>
        </w:tc>
        <w:tc>
          <w:tcPr>
            <w:tcW w:w="737" w:type="pct"/>
            <w:vAlign w:val="center"/>
          </w:tcPr>
          <w:p w14:paraId="73C0B09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-1.801061</w:t>
            </w:r>
          </w:p>
        </w:tc>
        <w:tc>
          <w:tcPr>
            <w:tcW w:w="253" w:type="pct"/>
            <w:vAlign w:val="center"/>
          </w:tcPr>
          <w:p w14:paraId="4243E1C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413892D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-9.604804</w:t>
            </w:r>
          </w:p>
        </w:tc>
        <w:tc>
          <w:tcPr>
            <w:tcW w:w="737" w:type="pct"/>
            <w:vAlign w:val="center"/>
          </w:tcPr>
          <w:p w14:paraId="326600E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2.302643</w:t>
            </w:r>
          </w:p>
        </w:tc>
        <w:tc>
          <w:tcPr>
            <w:tcW w:w="737" w:type="pct"/>
            <w:vAlign w:val="center"/>
          </w:tcPr>
          <w:p w14:paraId="0E3D334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-0.816870</w:t>
            </w:r>
          </w:p>
        </w:tc>
      </w:tr>
      <w:tr w:rsidR="00497B11" w:rsidRPr="00293828" w14:paraId="6065A7AA" w14:textId="77777777" w:rsidTr="009D45BD">
        <w:tc>
          <w:tcPr>
            <w:tcW w:w="253" w:type="pct"/>
            <w:vAlign w:val="center"/>
          </w:tcPr>
          <w:p w14:paraId="51D9BE2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295FC91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5.590916</w:t>
            </w:r>
          </w:p>
        </w:tc>
        <w:tc>
          <w:tcPr>
            <w:tcW w:w="737" w:type="pct"/>
            <w:vAlign w:val="center"/>
          </w:tcPr>
          <w:p w14:paraId="5AB132D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-2.686949</w:t>
            </w:r>
          </w:p>
        </w:tc>
        <w:tc>
          <w:tcPr>
            <w:tcW w:w="737" w:type="pct"/>
            <w:vAlign w:val="center"/>
          </w:tcPr>
          <w:p w14:paraId="5AF76B1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0.957445</w:t>
            </w:r>
          </w:p>
        </w:tc>
        <w:tc>
          <w:tcPr>
            <w:tcW w:w="253" w:type="pct"/>
            <w:vAlign w:val="center"/>
          </w:tcPr>
          <w:p w14:paraId="60D54D0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71F87A9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-8.207174</w:t>
            </w:r>
          </w:p>
        </w:tc>
        <w:tc>
          <w:tcPr>
            <w:tcW w:w="737" w:type="pct"/>
            <w:vAlign w:val="center"/>
          </w:tcPr>
          <w:p w14:paraId="6484523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1.757557</w:t>
            </w:r>
          </w:p>
        </w:tc>
        <w:tc>
          <w:tcPr>
            <w:tcW w:w="737" w:type="pct"/>
            <w:vAlign w:val="center"/>
          </w:tcPr>
          <w:p w14:paraId="4352F3F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-1.747299</w:t>
            </w:r>
          </w:p>
        </w:tc>
      </w:tr>
      <w:tr w:rsidR="00497B11" w:rsidRPr="00293828" w14:paraId="2F9CA65D" w14:textId="77777777" w:rsidTr="009D45BD">
        <w:tc>
          <w:tcPr>
            <w:tcW w:w="253" w:type="pct"/>
            <w:vAlign w:val="center"/>
          </w:tcPr>
          <w:p w14:paraId="36DDFE4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7D7185C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-6.795284</w:t>
            </w:r>
          </w:p>
        </w:tc>
        <w:tc>
          <w:tcPr>
            <w:tcW w:w="737" w:type="pct"/>
            <w:vAlign w:val="center"/>
          </w:tcPr>
          <w:p w14:paraId="0725C07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-2.209472</w:t>
            </w:r>
          </w:p>
        </w:tc>
        <w:tc>
          <w:tcPr>
            <w:tcW w:w="737" w:type="pct"/>
            <w:vAlign w:val="center"/>
          </w:tcPr>
          <w:p w14:paraId="4E547BD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-0.021185</w:t>
            </w:r>
          </w:p>
        </w:tc>
        <w:tc>
          <w:tcPr>
            <w:tcW w:w="253" w:type="pct"/>
            <w:vAlign w:val="center"/>
          </w:tcPr>
          <w:p w14:paraId="1A203B0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618462E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-9.436842</w:t>
            </w:r>
          </w:p>
        </w:tc>
        <w:tc>
          <w:tcPr>
            <w:tcW w:w="737" w:type="pct"/>
            <w:vAlign w:val="center"/>
          </w:tcPr>
          <w:p w14:paraId="2ED384C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0.602655</w:t>
            </w:r>
          </w:p>
        </w:tc>
        <w:tc>
          <w:tcPr>
            <w:tcW w:w="737" w:type="pct"/>
            <w:vAlign w:val="center"/>
          </w:tcPr>
          <w:p w14:paraId="03996AA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-1.253172</w:t>
            </w:r>
          </w:p>
        </w:tc>
      </w:tr>
      <w:tr w:rsidR="00497B11" w:rsidRPr="00293828" w14:paraId="36A00066" w14:textId="77777777" w:rsidTr="009D45BD">
        <w:tc>
          <w:tcPr>
            <w:tcW w:w="253" w:type="pct"/>
            <w:vAlign w:val="center"/>
          </w:tcPr>
          <w:p w14:paraId="27A70BA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37" w:type="pct"/>
            <w:vAlign w:val="center"/>
          </w:tcPr>
          <w:p w14:paraId="4E763B7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3.809749</w:t>
            </w:r>
          </w:p>
        </w:tc>
        <w:tc>
          <w:tcPr>
            <w:tcW w:w="737" w:type="pct"/>
            <w:vAlign w:val="center"/>
          </w:tcPr>
          <w:p w14:paraId="28D50AF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-1.232821</w:t>
            </w:r>
          </w:p>
        </w:tc>
        <w:tc>
          <w:tcPr>
            <w:tcW w:w="737" w:type="pct"/>
            <w:vAlign w:val="center"/>
          </w:tcPr>
          <w:p w14:paraId="1013914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-2.496365</w:t>
            </w:r>
          </w:p>
        </w:tc>
        <w:tc>
          <w:tcPr>
            <w:tcW w:w="253" w:type="pct"/>
            <w:vAlign w:val="center"/>
          </w:tcPr>
          <w:p w14:paraId="59B95D4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73C831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-9.663022</w:t>
            </w:r>
          </w:p>
        </w:tc>
        <w:tc>
          <w:tcPr>
            <w:tcW w:w="737" w:type="pct"/>
            <w:vAlign w:val="center"/>
          </w:tcPr>
          <w:p w14:paraId="277E3E2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-0.149090</w:t>
            </w:r>
          </w:p>
        </w:tc>
        <w:tc>
          <w:tcPr>
            <w:tcW w:w="737" w:type="pct"/>
            <w:vAlign w:val="center"/>
          </w:tcPr>
          <w:p w14:paraId="312369D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1.169271</w:t>
            </w:r>
          </w:p>
        </w:tc>
      </w:tr>
      <w:tr w:rsidR="00497B11" w:rsidRPr="00293828" w14:paraId="6417C8A1" w14:textId="77777777" w:rsidTr="009D45BD">
        <w:tc>
          <w:tcPr>
            <w:tcW w:w="253" w:type="pct"/>
            <w:vAlign w:val="center"/>
          </w:tcPr>
          <w:p w14:paraId="333C11B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22813A7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-5.403781</w:t>
            </w:r>
          </w:p>
        </w:tc>
        <w:tc>
          <w:tcPr>
            <w:tcW w:w="737" w:type="pct"/>
            <w:vAlign w:val="center"/>
          </w:tcPr>
          <w:p w14:paraId="52AD4AB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-1.449826</w:t>
            </w:r>
          </w:p>
        </w:tc>
        <w:tc>
          <w:tcPr>
            <w:tcW w:w="737" w:type="pct"/>
            <w:vAlign w:val="center"/>
          </w:tcPr>
          <w:p w14:paraId="5D1813A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2.243391</w:t>
            </w:r>
          </w:p>
        </w:tc>
        <w:tc>
          <w:tcPr>
            <w:tcW w:w="253" w:type="pct"/>
            <w:vAlign w:val="center"/>
          </w:tcPr>
          <w:p w14:paraId="7FB6472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0ED4957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-8.778975</w:t>
            </w:r>
          </w:p>
        </w:tc>
        <w:tc>
          <w:tcPr>
            <w:tcW w:w="737" w:type="pct"/>
            <w:vAlign w:val="center"/>
          </w:tcPr>
          <w:p w14:paraId="0C759D5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0.709321</w:t>
            </w:r>
          </w:p>
        </w:tc>
        <w:tc>
          <w:tcPr>
            <w:tcW w:w="737" w:type="pct"/>
            <w:vAlign w:val="center"/>
          </w:tcPr>
          <w:p w14:paraId="1720E5A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2.440605</w:t>
            </w:r>
          </w:p>
        </w:tc>
      </w:tr>
      <w:tr w:rsidR="00497B11" w:rsidRPr="00293828" w14:paraId="41E59EDD" w14:textId="77777777" w:rsidTr="009D45BD">
        <w:tc>
          <w:tcPr>
            <w:tcW w:w="253" w:type="pct"/>
            <w:vAlign w:val="center"/>
          </w:tcPr>
          <w:p w14:paraId="7F78BDD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561732B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-4.266810</w:t>
            </w:r>
          </w:p>
        </w:tc>
        <w:tc>
          <w:tcPr>
            <w:tcW w:w="737" w:type="pct"/>
            <w:vAlign w:val="center"/>
          </w:tcPr>
          <w:p w14:paraId="5301D2C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2.442192</w:t>
            </w:r>
          </w:p>
        </w:tc>
        <w:tc>
          <w:tcPr>
            <w:tcW w:w="737" w:type="pct"/>
            <w:vAlign w:val="center"/>
          </w:tcPr>
          <w:p w14:paraId="07FFE18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-0.909935</w:t>
            </w:r>
          </w:p>
        </w:tc>
        <w:tc>
          <w:tcPr>
            <w:tcW w:w="253" w:type="pct"/>
            <w:vAlign w:val="center"/>
          </w:tcPr>
          <w:p w14:paraId="7E7BCB9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6E3E27A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-10.029858</w:t>
            </w:r>
          </w:p>
        </w:tc>
        <w:tc>
          <w:tcPr>
            <w:tcW w:w="737" w:type="pct"/>
            <w:vAlign w:val="center"/>
          </w:tcPr>
          <w:p w14:paraId="618372A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1.548977</w:t>
            </w:r>
          </w:p>
        </w:tc>
        <w:tc>
          <w:tcPr>
            <w:tcW w:w="737" w:type="pct"/>
            <w:vAlign w:val="center"/>
          </w:tcPr>
          <w:p w14:paraId="0AD253C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1.503045</w:t>
            </w:r>
          </w:p>
        </w:tc>
      </w:tr>
      <w:tr w:rsidR="00497B11" w:rsidRPr="00293828" w14:paraId="5D87F7FE" w14:textId="77777777" w:rsidTr="009D45BD">
        <w:tc>
          <w:tcPr>
            <w:tcW w:w="253" w:type="pct"/>
            <w:vAlign w:val="center"/>
          </w:tcPr>
          <w:p w14:paraId="210C516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37" w:type="pct"/>
            <w:vAlign w:val="center"/>
          </w:tcPr>
          <w:p w14:paraId="709B194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-4.557149</w:t>
            </w:r>
          </w:p>
        </w:tc>
        <w:tc>
          <w:tcPr>
            <w:tcW w:w="737" w:type="pct"/>
            <w:vAlign w:val="center"/>
          </w:tcPr>
          <w:p w14:paraId="0925C29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-1.253142</w:t>
            </w:r>
          </w:p>
        </w:tc>
        <w:tc>
          <w:tcPr>
            <w:tcW w:w="737" w:type="pct"/>
            <w:vAlign w:val="center"/>
          </w:tcPr>
          <w:p w14:paraId="08A6CFD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-0.273428</w:t>
            </w:r>
          </w:p>
        </w:tc>
        <w:tc>
          <w:tcPr>
            <w:tcW w:w="253" w:type="pct"/>
            <w:vAlign w:val="center"/>
          </w:tcPr>
          <w:p w14:paraId="027FE1F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809" w:type="pct"/>
            <w:vAlign w:val="center"/>
          </w:tcPr>
          <w:p w14:paraId="7F0C946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-2.349229</w:t>
            </w:r>
          </w:p>
        </w:tc>
        <w:tc>
          <w:tcPr>
            <w:tcW w:w="737" w:type="pct"/>
            <w:vAlign w:val="center"/>
          </w:tcPr>
          <w:p w14:paraId="20A6EF5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1.929426</w:t>
            </w:r>
          </w:p>
        </w:tc>
        <w:tc>
          <w:tcPr>
            <w:tcW w:w="737" w:type="pct"/>
            <w:vAlign w:val="center"/>
          </w:tcPr>
          <w:p w14:paraId="3F37DF8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-1.899116</w:t>
            </w:r>
          </w:p>
        </w:tc>
      </w:tr>
      <w:tr w:rsidR="00497B11" w:rsidRPr="00293828" w14:paraId="46832FFB" w14:textId="77777777" w:rsidTr="009D45BD">
        <w:tc>
          <w:tcPr>
            <w:tcW w:w="253" w:type="pct"/>
            <w:vAlign w:val="center"/>
          </w:tcPr>
          <w:p w14:paraId="4441A7F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37" w:type="pct"/>
            <w:vAlign w:val="center"/>
          </w:tcPr>
          <w:p w14:paraId="25D5564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3.148496</w:t>
            </w:r>
          </w:p>
        </w:tc>
        <w:tc>
          <w:tcPr>
            <w:tcW w:w="737" w:type="pct"/>
            <w:vAlign w:val="center"/>
          </w:tcPr>
          <w:p w14:paraId="045C517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-2.041604</w:t>
            </w:r>
          </w:p>
        </w:tc>
        <w:tc>
          <w:tcPr>
            <w:tcW w:w="737" w:type="pct"/>
            <w:vAlign w:val="center"/>
          </w:tcPr>
          <w:p w14:paraId="64AF04D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-0.371889</w:t>
            </w:r>
          </w:p>
        </w:tc>
        <w:tc>
          <w:tcPr>
            <w:tcW w:w="253" w:type="pct"/>
            <w:vAlign w:val="center"/>
          </w:tcPr>
          <w:p w14:paraId="295ABE6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809" w:type="pct"/>
            <w:vAlign w:val="center"/>
          </w:tcPr>
          <w:p w14:paraId="19470B4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1.617156</w:t>
            </w:r>
          </w:p>
        </w:tc>
        <w:tc>
          <w:tcPr>
            <w:tcW w:w="737" w:type="pct"/>
            <w:vAlign w:val="center"/>
          </w:tcPr>
          <w:p w14:paraId="55893DF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0.493161</w:t>
            </w:r>
          </w:p>
        </w:tc>
        <w:tc>
          <w:tcPr>
            <w:tcW w:w="737" w:type="pct"/>
            <w:vAlign w:val="center"/>
          </w:tcPr>
          <w:p w14:paraId="0D1A56D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2.606173</w:t>
            </w:r>
          </w:p>
        </w:tc>
      </w:tr>
      <w:tr w:rsidR="00497B11" w:rsidRPr="00293828" w14:paraId="134B4352" w14:textId="77777777" w:rsidTr="009D45BD">
        <w:tc>
          <w:tcPr>
            <w:tcW w:w="253" w:type="pct"/>
            <w:vAlign w:val="center"/>
          </w:tcPr>
          <w:p w14:paraId="31D485E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37" w:type="pct"/>
            <w:vAlign w:val="center"/>
          </w:tcPr>
          <w:p w14:paraId="4121C0F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-6.906845</w:t>
            </w:r>
          </w:p>
        </w:tc>
        <w:tc>
          <w:tcPr>
            <w:tcW w:w="737" w:type="pct"/>
            <w:vAlign w:val="center"/>
          </w:tcPr>
          <w:p w14:paraId="46F4999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-0.183944</w:t>
            </w:r>
          </w:p>
        </w:tc>
        <w:tc>
          <w:tcPr>
            <w:tcW w:w="737" w:type="pct"/>
            <w:vAlign w:val="center"/>
          </w:tcPr>
          <w:p w14:paraId="30B5629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1.409234</w:t>
            </w:r>
          </w:p>
        </w:tc>
        <w:tc>
          <w:tcPr>
            <w:tcW w:w="253" w:type="pct"/>
            <w:vAlign w:val="center"/>
          </w:tcPr>
          <w:p w14:paraId="3993224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809" w:type="pct"/>
            <w:vAlign w:val="center"/>
          </w:tcPr>
          <w:p w14:paraId="5C97C4B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7.131160</w:t>
            </w:r>
          </w:p>
        </w:tc>
        <w:tc>
          <w:tcPr>
            <w:tcW w:w="737" w:type="pct"/>
            <w:vAlign w:val="center"/>
          </w:tcPr>
          <w:p w14:paraId="45621A5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3.883959</w:t>
            </w:r>
          </w:p>
        </w:tc>
        <w:tc>
          <w:tcPr>
            <w:tcW w:w="737" w:type="pct"/>
            <w:vAlign w:val="center"/>
          </w:tcPr>
          <w:p w14:paraId="5F99332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-0.672801</w:t>
            </w:r>
          </w:p>
        </w:tc>
      </w:tr>
      <w:tr w:rsidR="00497B11" w:rsidRPr="00293828" w14:paraId="39C19FFC" w14:textId="77777777" w:rsidTr="009D45BD">
        <w:tc>
          <w:tcPr>
            <w:tcW w:w="253" w:type="pct"/>
            <w:vAlign w:val="center"/>
          </w:tcPr>
          <w:p w14:paraId="49625B7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37" w:type="pct"/>
            <w:vAlign w:val="center"/>
          </w:tcPr>
          <w:p w14:paraId="5D5B79F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5.650434</w:t>
            </w:r>
          </w:p>
        </w:tc>
        <w:tc>
          <w:tcPr>
            <w:tcW w:w="737" w:type="pct"/>
            <w:vAlign w:val="center"/>
          </w:tcPr>
          <w:p w14:paraId="19629FC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-0.770425</w:t>
            </w:r>
          </w:p>
        </w:tc>
        <w:tc>
          <w:tcPr>
            <w:tcW w:w="737" w:type="pct"/>
            <w:vAlign w:val="center"/>
          </w:tcPr>
          <w:p w14:paraId="7798146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-1.670232</w:t>
            </w:r>
          </w:p>
        </w:tc>
        <w:tc>
          <w:tcPr>
            <w:tcW w:w="253" w:type="pct"/>
            <w:vAlign w:val="center"/>
          </w:tcPr>
          <w:p w14:paraId="205339A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33D6FF0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10.207999</w:t>
            </w:r>
          </w:p>
        </w:tc>
        <w:tc>
          <w:tcPr>
            <w:tcW w:w="737" w:type="pct"/>
            <w:vAlign w:val="center"/>
          </w:tcPr>
          <w:p w14:paraId="5A03719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3.392076</w:t>
            </w:r>
          </w:p>
        </w:tc>
        <w:tc>
          <w:tcPr>
            <w:tcW w:w="737" w:type="pct"/>
            <w:vAlign w:val="center"/>
          </w:tcPr>
          <w:p w14:paraId="5129557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-0.356447</w:t>
            </w:r>
          </w:p>
        </w:tc>
      </w:tr>
      <w:tr w:rsidR="00497B11" w:rsidRPr="00293828" w14:paraId="122D39B7" w14:textId="77777777" w:rsidTr="009D45BD">
        <w:tc>
          <w:tcPr>
            <w:tcW w:w="253" w:type="pct"/>
            <w:vAlign w:val="center"/>
          </w:tcPr>
          <w:p w14:paraId="54235EE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6BFC0A3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5.117881</w:t>
            </w:r>
          </w:p>
        </w:tc>
        <w:tc>
          <w:tcPr>
            <w:tcW w:w="737" w:type="pct"/>
            <w:vAlign w:val="center"/>
          </w:tcPr>
          <w:p w14:paraId="3F210BC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-3.133380</w:t>
            </w:r>
          </w:p>
        </w:tc>
        <w:tc>
          <w:tcPr>
            <w:tcW w:w="737" w:type="pct"/>
            <w:vAlign w:val="center"/>
          </w:tcPr>
          <w:p w14:paraId="71CE318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-1.294691</w:t>
            </w:r>
          </w:p>
        </w:tc>
        <w:tc>
          <w:tcPr>
            <w:tcW w:w="253" w:type="pct"/>
            <w:vAlign w:val="center"/>
          </w:tcPr>
          <w:p w14:paraId="0E4FE10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2978146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9.406487</w:t>
            </w:r>
          </w:p>
        </w:tc>
        <w:tc>
          <w:tcPr>
            <w:tcW w:w="737" w:type="pct"/>
            <w:vAlign w:val="center"/>
          </w:tcPr>
          <w:p w14:paraId="7EB42F0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4.979229</w:t>
            </w:r>
          </w:p>
        </w:tc>
        <w:tc>
          <w:tcPr>
            <w:tcW w:w="737" w:type="pct"/>
            <w:vAlign w:val="center"/>
          </w:tcPr>
          <w:p w14:paraId="617CF76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-0.148491</w:t>
            </w:r>
          </w:p>
        </w:tc>
      </w:tr>
      <w:tr w:rsidR="00497B11" w:rsidRPr="00293828" w14:paraId="40D36CB4" w14:textId="77777777" w:rsidTr="009D45BD">
        <w:tc>
          <w:tcPr>
            <w:tcW w:w="253" w:type="pct"/>
            <w:vAlign w:val="center"/>
          </w:tcPr>
          <w:p w14:paraId="6C0BD38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1CBEEF2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3.637754</w:t>
            </w:r>
          </w:p>
        </w:tc>
        <w:tc>
          <w:tcPr>
            <w:tcW w:w="737" w:type="pct"/>
            <w:vAlign w:val="center"/>
          </w:tcPr>
          <w:p w14:paraId="63E8C66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0.959534</w:t>
            </w:r>
          </w:p>
        </w:tc>
        <w:tc>
          <w:tcPr>
            <w:tcW w:w="737" w:type="pct"/>
            <w:vAlign w:val="center"/>
          </w:tcPr>
          <w:p w14:paraId="740FB86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1.816916</w:t>
            </w:r>
          </w:p>
        </w:tc>
        <w:tc>
          <w:tcPr>
            <w:tcW w:w="253" w:type="pct"/>
            <w:vAlign w:val="center"/>
          </w:tcPr>
          <w:p w14:paraId="1A222B9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09" w:type="pct"/>
            <w:vAlign w:val="center"/>
          </w:tcPr>
          <w:p w14:paraId="2BEF60E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9.601739</w:t>
            </w:r>
          </w:p>
        </w:tc>
        <w:tc>
          <w:tcPr>
            <w:tcW w:w="737" w:type="pct"/>
            <w:vAlign w:val="center"/>
          </w:tcPr>
          <w:p w14:paraId="1964587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3.859463</w:t>
            </w:r>
          </w:p>
        </w:tc>
        <w:tc>
          <w:tcPr>
            <w:tcW w:w="737" w:type="pct"/>
            <w:vAlign w:val="center"/>
          </w:tcPr>
          <w:p w14:paraId="39A317C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1.232953</w:t>
            </w:r>
          </w:p>
        </w:tc>
      </w:tr>
      <w:tr w:rsidR="00497B11" w:rsidRPr="00293828" w14:paraId="0BB1135E" w14:textId="77777777" w:rsidTr="009D45BD">
        <w:tc>
          <w:tcPr>
            <w:tcW w:w="253" w:type="pct"/>
            <w:vAlign w:val="center"/>
          </w:tcPr>
          <w:p w14:paraId="09FE1F9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37" w:type="pct"/>
            <w:vAlign w:val="center"/>
          </w:tcPr>
          <w:p w14:paraId="750DBFE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-2.591956</w:t>
            </w:r>
          </w:p>
        </w:tc>
        <w:tc>
          <w:tcPr>
            <w:tcW w:w="737" w:type="pct"/>
            <w:vAlign w:val="center"/>
          </w:tcPr>
          <w:p w14:paraId="2B883D5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-1.124960</w:t>
            </w:r>
          </w:p>
        </w:tc>
        <w:tc>
          <w:tcPr>
            <w:tcW w:w="737" w:type="pct"/>
            <w:vAlign w:val="center"/>
          </w:tcPr>
          <w:p w14:paraId="24A6EC0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-2.099430</w:t>
            </w:r>
          </w:p>
        </w:tc>
        <w:tc>
          <w:tcPr>
            <w:tcW w:w="253" w:type="pct"/>
            <w:vAlign w:val="center"/>
          </w:tcPr>
          <w:p w14:paraId="32B9C12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c>
          <w:tcPr>
            <w:tcW w:w="809" w:type="pct"/>
            <w:vAlign w:val="center"/>
          </w:tcPr>
          <w:p w14:paraId="1B34C61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c>
          <w:tcPr>
            <w:tcW w:w="737" w:type="pct"/>
            <w:vAlign w:val="center"/>
          </w:tcPr>
          <w:p w14:paraId="52A166E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c>
          <w:tcPr>
            <w:tcW w:w="737" w:type="pct"/>
            <w:vAlign w:val="center"/>
          </w:tcPr>
          <w:p w14:paraId="14F4BAD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r>
    </w:tbl>
    <w:p w14:paraId="2340AC48" w14:textId="77777777" w:rsidR="00497B11" w:rsidRPr="00293828" w:rsidRDefault="00497B11" w:rsidP="00293828">
      <w:pPr>
        <w:rPr>
          <w:rFonts w:ascii="Times New Roman" w:hAnsi="Times New Roman" w:cs="Times New Roman"/>
          <w:szCs w:val="21"/>
          <w14:ligatures w14:val="none"/>
        </w:rPr>
      </w:pPr>
      <w:r w:rsidRPr="00293828">
        <w:rPr>
          <w:rFonts w:ascii="Times New Roman" w:hAnsi="Times New Roman" w:cs="Times New Roman"/>
          <w:szCs w:val="21"/>
          <w14:ligatures w14:val="none"/>
        </w:rPr>
        <w:br w:type="page"/>
      </w:r>
    </w:p>
    <w:p w14:paraId="031E034D" w14:textId="77777777" w:rsidR="00497B11" w:rsidRPr="00293828" w:rsidRDefault="00497B11" w:rsidP="00293828">
      <w:pPr>
        <w:spacing w:line="360" w:lineRule="auto"/>
        <w:rPr>
          <w:rFonts w:ascii="Times New Roman" w:hAnsi="Times New Roman" w:cs="Times New Roman"/>
          <w:szCs w:val="21"/>
          <w14:ligatures w14:val="none"/>
        </w:rPr>
      </w:pPr>
      <w:bookmarkStart w:id="28" w:name="_Hlk170918528"/>
      <w:r w:rsidRPr="00293828">
        <w:rPr>
          <w:rFonts w:ascii="Times New Roman" w:hAnsi="Times New Roman" w:cs="Times New Roman"/>
          <w:b/>
          <w:bCs/>
          <w:szCs w:val="21"/>
          <w14:ligatures w14:val="none"/>
        </w:rPr>
        <w:lastRenderedPageBreak/>
        <w:t>Table S</w:t>
      </w:r>
      <w:r>
        <w:rPr>
          <w:rFonts w:ascii="Times New Roman" w:hAnsi="Times New Roman" w:cs="Times New Roman" w:hint="eastAsia"/>
          <w:b/>
          <w:bCs/>
          <w:szCs w:val="21"/>
          <w14:ligatures w14:val="none"/>
        </w:rPr>
        <w:t>12</w:t>
      </w:r>
      <w:r w:rsidRPr="00293828">
        <w:rPr>
          <w:rFonts w:ascii="Times New Roman" w:hAnsi="Times New Roman" w:cs="Times New Roman"/>
          <w:szCs w:val="21"/>
          <w14:ligatures w14:val="none"/>
        </w:rPr>
        <w:t xml:space="preserve"> Atomic coordinates (Å) of </w:t>
      </w:r>
      <w:r w:rsidRPr="00293828">
        <w:rPr>
          <w:rFonts w:ascii="Times New Roman" w:hAnsi="Times New Roman" w:cs="Times New Roman" w:hint="eastAsia"/>
          <w:b/>
          <w:bCs/>
          <w:szCs w:val="21"/>
          <w14:ligatures w14:val="none"/>
        </w:rPr>
        <w:t>4</w:t>
      </w:r>
      <w:r w:rsidRPr="00293828">
        <w:rPr>
          <w:rFonts w:ascii="Times New Roman" w:hAnsi="Times New Roman" w:cs="Times New Roman"/>
          <w:b/>
          <w:bCs/>
          <w:szCs w:val="21"/>
          <w14:ligatures w14:val="none"/>
        </w:rPr>
        <w:t>b-2</w:t>
      </w:r>
      <w:r w:rsidRPr="00293828">
        <w:rPr>
          <w:rFonts w:ascii="Times New Roman" w:hAnsi="Times New Roman" w:cs="Times New Roman"/>
          <w:szCs w:val="21"/>
          <w14:ligatures w14:val="none"/>
        </w:rPr>
        <w:t xml:space="preserve"> obtained at the B3LYP-D3BJ/6-31G(d) level of theory in the gas phase.</w:t>
      </w:r>
    </w:p>
    <w:tbl>
      <w:tblPr>
        <w:tblStyle w:val="ad"/>
        <w:tblW w:w="5000" w:type="pct"/>
        <w:tblLook w:val="04A0" w:firstRow="1" w:lastRow="0" w:firstColumn="1" w:lastColumn="0" w:noHBand="0" w:noVBand="1"/>
      </w:tblPr>
      <w:tblGrid>
        <w:gridCol w:w="404"/>
        <w:gridCol w:w="1228"/>
        <w:gridCol w:w="1228"/>
        <w:gridCol w:w="1228"/>
        <w:gridCol w:w="405"/>
        <w:gridCol w:w="1347"/>
        <w:gridCol w:w="1228"/>
        <w:gridCol w:w="1228"/>
      </w:tblGrid>
      <w:tr w:rsidR="00497B11" w:rsidRPr="00293828" w14:paraId="3113E186" w14:textId="77777777" w:rsidTr="009D45BD">
        <w:tc>
          <w:tcPr>
            <w:tcW w:w="244" w:type="pct"/>
            <w:vAlign w:val="center"/>
          </w:tcPr>
          <w:bookmarkEnd w:id="28"/>
          <w:p w14:paraId="31715CD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650382F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-5.308356</w:t>
            </w:r>
          </w:p>
        </w:tc>
        <w:tc>
          <w:tcPr>
            <w:tcW w:w="740" w:type="pct"/>
            <w:vAlign w:val="center"/>
          </w:tcPr>
          <w:p w14:paraId="52C42CE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2.027758</w:t>
            </w:r>
          </w:p>
        </w:tc>
        <w:tc>
          <w:tcPr>
            <w:tcW w:w="740" w:type="pct"/>
            <w:vAlign w:val="center"/>
          </w:tcPr>
          <w:p w14:paraId="4AFC48D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0.196009</w:t>
            </w:r>
          </w:p>
        </w:tc>
        <w:tc>
          <w:tcPr>
            <w:tcW w:w="244" w:type="pct"/>
            <w:vAlign w:val="center"/>
          </w:tcPr>
          <w:p w14:paraId="4B83BB5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812" w:type="pct"/>
            <w:vAlign w:val="center"/>
          </w:tcPr>
          <w:p w14:paraId="17B70B3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1.142299</w:t>
            </w:r>
          </w:p>
        </w:tc>
        <w:tc>
          <w:tcPr>
            <w:tcW w:w="740" w:type="pct"/>
            <w:vAlign w:val="center"/>
          </w:tcPr>
          <w:p w14:paraId="64370F0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-2.389303</w:t>
            </w:r>
          </w:p>
        </w:tc>
        <w:tc>
          <w:tcPr>
            <w:tcW w:w="740" w:type="pct"/>
            <w:vAlign w:val="center"/>
          </w:tcPr>
          <w:p w14:paraId="2F497B8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1.314318</w:t>
            </w:r>
          </w:p>
        </w:tc>
      </w:tr>
      <w:tr w:rsidR="00497B11" w:rsidRPr="00293828" w14:paraId="45F91520" w14:textId="77777777" w:rsidTr="009D45BD">
        <w:tc>
          <w:tcPr>
            <w:tcW w:w="244" w:type="pct"/>
            <w:vAlign w:val="center"/>
          </w:tcPr>
          <w:p w14:paraId="62BFAD7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6E6E9BA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-6.436771</w:t>
            </w:r>
          </w:p>
        </w:tc>
        <w:tc>
          <w:tcPr>
            <w:tcW w:w="740" w:type="pct"/>
            <w:vAlign w:val="center"/>
          </w:tcPr>
          <w:p w14:paraId="24552A7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3.040633</w:t>
            </w:r>
          </w:p>
        </w:tc>
        <w:tc>
          <w:tcPr>
            <w:tcW w:w="740" w:type="pct"/>
            <w:vAlign w:val="center"/>
          </w:tcPr>
          <w:p w14:paraId="724AA28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0.201194</w:t>
            </w:r>
          </w:p>
        </w:tc>
        <w:tc>
          <w:tcPr>
            <w:tcW w:w="244" w:type="pct"/>
            <w:vAlign w:val="center"/>
          </w:tcPr>
          <w:p w14:paraId="344A98B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2CD2A0B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5.042933</w:t>
            </w:r>
          </w:p>
        </w:tc>
        <w:tc>
          <w:tcPr>
            <w:tcW w:w="740" w:type="pct"/>
            <w:vAlign w:val="center"/>
          </w:tcPr>
          <w:p w14:paraId="276D6C3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-3.913209</w:t>
            </w:r>
          </w:p>
        </w:tc>
        <w:tc>
          <w:tcPr>
            <w:tcW w:w="740" w:type="pct"/>
            <w:vAlign w:val="center"/>
          </w:tcPr>
          <w:p w14:paraId="2BDC857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-1.204120</w:t>
            </w:r>
          </w:p>
        </w:tc>
      </w:tr>
      <w:tr w:rsidR="00497B11" w:rsidRPr="00293828" w14:paraId="0503B976" w14:textId="77777777" w:rsidTr="009D45BD">
        <w:tc>
          <w:tcPr>
            <w:tcW w:w="244" w:type="pct"/>
            <w:vAlign w:val="center"/>
          </w:tcPr>
          <w:p w14:paraId="7FAC3FD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0E1B204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-7.589054</w:t>
            </w:r>
          </w:p>
        </w:tc>
        <w:tc>
          <w:tcPr>
            <w:tcW w:w="740" w:type="pct"/>
            <w:vAlign w:val="center"/>
          </w:tcPr>
          <w:p w14:paraId="41B2551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2.501001</w:t>
            </w:r>
          </w:p>
        </w:tc>
        <w:tc>
          <w:tcPr>
            <w:tcW w:w="740" w:type="pct"/>
            <w:vAlign w:val="center"/>
          </w:tcPr>
          <w:p w14:paraId="7176C1D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1.048439</w:t>
            </w:r>
          </w:p>
        </w:tc>
        <w:tc>
          <w:tcPr>
            <w:tcW w:w="244" w:type="pct"/>
            <w:vAlign w:val="center"/>
          </w:tcPr>
          <w:p w14:paraId="73F6822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52EC35E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-5.778908</w:t>
            </w:r>
          </w:p>
        </w:tc>
        <w:tc>
          <w:tcPr>
            <w:tcW w:w="740" w:type="pct"/>
            <w:vAlign w:val="center"/>
          </w:tcPr>
          <w:p w14:paraId="4ADC1AF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-2.113819</w:t>
            </w:r>
          </w:p>
        </w:tc>
        <w:tc>
          <w:tcPr>
            <w:tcW w:w="740" w:type="pct"/>
            <w:vAlign w:val="center"/>
          </w:tcPr>
          <w:p w14:paraId="79030C8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1.312366</w:t>
            </w:r>
          </w:p>
        </w:tc>
      </w:tr>
      <w:tr w:rsidR="00497B11" w:rsidRPr="00293828" w14:paraId="2C073FDA" w14:textId="77777777" w:rsidTr="009D45BD">
        <w:tc>
          <w:tcPr>
            <w:tcW w:w="244" w:type="pct"/>
            <w:vAlign w:val="center"/>
          </w:tcPr>
          <w:p w14:paraId="7AEE9C6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2EF453D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-8.198680</w:t>
            </w:r>
          </w:p>
        </w:tc>
        <w:tc>
          <w:tcPr>
            <w:tcW w:w="740" w:type="pct"/>
            <w:vAlign w:val="center"/>
          </w:tcPr>
          <w:p w14:paraId="6E4179A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1.213199</w:t>
            </w:r>
          </w:p>
        </w:tc>
        <w:tc>
          <w:tcPr>
            <w:tcW w:w="740" w:type="pct"/>
            <w:vAlign w:val="center"/>
          </w:tcPr>
          <w:p w14:paraId="60E5FDD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0.458108</w:t>
            </w:r>
          </w:p>
        </w:tc>
        <w:tc>
          <w:tcPr>
            <w:tcW w:w="244" w:type="pct"/>
            <w:vAlign w:val="center"/>
          </w:tcPr>
          <w:p w14:paraId="72484E9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5AFAD74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-6.792885</w:t>
            </w:r>
          </w:p>
        </w:tc>
        <w:tc>
          <w:tcPr>
            <w:tcW w:w="740" w:type="pct"/>
            <w:vAlign w:val="center"/>
          </w:tcPr>
          <w:p w14:paraId="6420DD0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-2.775607</w:t>
            </w:r>
          </w:p>
        </w:tc>
        <w:tc>
          <w:tcPr>
            <w:tcW w:w="740" w:type="pct"/>
            <w:vAlign w:val="center"/>
          </w:tcPr>
          <w:p w14:paraId="5BCB945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-1.027950</w:t>
            </w:r>
          </w:p>
        </w:tc>
      </w:tr>
      <w:tr w:rsidR="00497B11" w:rsidRPr="00293828" w14:paraId="3AE879CE" w14:textId="77777777" w:rsidTr="009D45BD">
        <w:tc>
          <w:tcPr>
            <w:tcW w:w="244" w:type="pct"/>
            <w:vAlign w:val="center"/>
          </w:tcPr>
          <w:p w14:paraId="2D294B0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243084F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-7.076099</w:t>
            </w:r>
          </w:p>
        </w:tc>
        <w:tc>
          <w:tcPr>
            <w:tcW w:w="740" w:type="pct"/>
            <w:vAlign w:val="center"/>
          </w:tcPr>
          <w:p w14:paraId="746ACD4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0.127785</w:t>
            </w:r>
          </w:p>
        </w:tc>
        <w:tc>
          <w:tcPr>
            <w:tcW w:w="740" w:type="pct"/>
            <w:vAlign w:val="center"/>
          </w:tcPr>
          <w:p w14:paraId="40510D4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0.353424</w:t>
            </w:r>
          </w:p>
        </w:tc>
        <w:tc>
          <w:tcPr>
            <w:tcW w:w="244" w:type="pct"/>
            <w:vAlign w:val="center"/>
          </w:tcPr>
          <w:p w14:paraId="0078495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21A19C6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6.380288</w:t>
            </w:r>
          </w:p>
        </w:tc>
        <w:tc>
          <w:tcPr>
            <w:tcW w:w="740" w:type="pct"/>
            <w:vAlign w:val="center"/>
          </w:tcPr>
          <w:p w14:paraId="4FFA6F3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1.802210</w:t>
            </w:r>
          </w:p>
        </w:tc>
        <w:tc>
          <w:tcPr>
            <w:tcW w:w="740" w:type="pct"/>
            <w:vAlign w:val="center"/>
          </w:tcPr>
          <w:p w14:paraId="558A6F9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-0.736531</w:t>
            </w:r>
          </w:p>
        </w:tc>
      </w:tr>
      <w:tr w:rsidR="00497B11" w:rsidRPr="00293828" w14:paraId="10C3249C" w14:textId="77777777" w:rsidTr="009D45BD">
        <w:tc>
          <w:tcPr>
            <w:tcW w:w="244" w:type="pct"/>
            <w:vAlign w:val="center"/>
          </w:tcPr>
          <w:p w14:paraId="0395AE4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204B967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-7.424247</w:t>
            </w:r>
          </w:p>
        </w:tc>
        <w:tc>
          <w:tcPr>
            <w:tcW w:w="740" w:type="pct"/>
            <w:vAlign w:val="center"/>
          </w:tcPr>
          <w:p w14:paraId="0ED8F1D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-0.970930</w:t>
            </w:r>
          </w:p>
        </w:tc>
        <w:tc>
          <w:tcPr>
            <w:tcW w:w="740" w:type="pct"/>
            <w:vAlign w:val="center"/>
          </w:tcPr>
          <w:p w14:paraId="33C2499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-0.649992</w:t>
            </w:r>
          </w:p>
        </w:tc>
        <w:tc>
          <w:tcPr>
            <w:tcW w:w="244" w:type="pct"/>
            <w:vAlign w:val="center"/>
          </w:tcPr>
          <w:p w14:paraId="3F8E6EE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812" w:type="pct"/>
            <w:vAlign w:val="center"/>
          </w:tcPr>
          <w:p w14:paraId="5640E16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7.982936</w:t>
            </w:r>
          </w:p>
        </w:tc>
        <w:tc>
          <w:tcPr>
            <w:tcW w:w="740" w:type="pct"/>
            <w:vAlign w:val="center"/>
          </w:tcPr>
          <w:p w14:paraId="12148F6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2.073041</w:t>
            </w:r>
          </w:p>
        </w:tc>
        <w:tc>
          <w:tcPr>
            <w:tcW w:w="740" w:type="pct"/>
            <w:vAlign w:val="center"/>
          </w:tcPr>
          <w:p w14:paraId="39CD36F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0.523148</w:t>
            </w:r>
          </w:p>
        </w:tc>
      </w:tr>
      <w:tr w:rsidR="00497B11" w:rsidRPr="00293828" w14:paraId="56334B7D" w14:textId="77777777" w:rsidTr="009D45BD">
        <w:tc>
          <w:tcPr>
            <w:tcW w:w="244" w:type="pct"/>
            <w:vAlign w:val="center"/>
          </w:tcPr>
          <w:p w14:paraId="29603DF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6C3585D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-3.236288</w:t>
            </w:r>
          </w:p>
        </w:tc>
        <w:tc>
          <w:tcPr>
            <w:tcW w:w="740" w:type="pct"/>
            <w:vAlign w:val="center"/>
          </w:tcPr>
          <w:p w14:paraId="5C5C7EE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1.716335</w:t>
            </w:r>
          </w:p>
        </w:tc>
        <w:tc>
          <w:tcPr>
            <w:tcW w:w="740" w:type="pct"/>
            <w:vAlign w:val="center"/>
          </w:tcPr>
          <w:p w14:paraId="637CDF5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-0.975308</w:t>
            </w:r>
          </w:p>
        </w:tc>
        <w:tc>
          <w:tcPr>
            <w:tcW w:w="244" w:type="pct"/>
            <w:vAlign w:val="center"/>
          </w:tcPr>
          <w:p w14:paraId="4891301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04EF15F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1.611124</w:t>
            </w:r>
          </w:p>
        </w:tc>
        <w:tc>
          <w:tcPr>
            <w:tcW w:w="740" w:type="pct"/>
            <w:vAlign w:val="center"/>
          </w:tcPr>
          <w:p w14:paraId="632A40E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0.040579</w:t>
            </w:r>
          </w:p>
        </w:tc>
        <w:tc>
          <w:tcPr>
            <w:tcW w:w="740" w:type="pct"/>
            <w:vAlign w:val="center"/>
          </w:tcPr>
          <w:p w14:paraId="6708C32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-3.356341</w:t>
            </w:r>
          </w:p>
        </w:tc>
      </w:tr>
      <w:tr w:rsidR="00497B11" w:rsidRPr="00293828" w14:paraId="7550BF6A" w14:textId="77777777" w:rsidTr="009D45BD">
        <w:tc>
          <w:tcPr>
            <w:tcW w:w="244" w:type="pct"/>
            <w:vAlign w:val="center"/>
          </w:tcPr>
          <w:p w14:paraId="08E3ED9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2B1E013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-3.138671</w:t>
            </w:r>
          </w:p>
        </w:tc>
        <w:tc>
          <w:tcPr>
            <w:tcW w:w="740" w:type="pct"/>
            <w:vAlign w:val="center"/>
          </w:tcPr>
          <w:p w14:paraId="3921422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0.409101</w:t>
            </w:r>
          </w:p>
        </w:tc>
        <w:tc>
          <w:tcPr>
            <w:tcW w:w="740" w:type="pct"/>
            <w:vAlign w:val="center"/>
          </w:tcPr>
          <w:p w14:paraId="4BF4456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-0.209480</w:t>
            </w:r>
          </w:p>
        </w:tc>
        <w:tc>
          <w:tcPr>
            <w:tcW w:w="244" w:type="pct"/>
            <w:vAlign w:val="center"/>
          </w:tcPr>
          <w:p w14:paraId="7516B1A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02AACAA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1.550434</w:t>
            </w:r>
          </w:p>
        </w:tc>
        <w:tc>
          <w:tcPr>
            <w:tcW w:w="740" w:type="pct"/>
            <w:vAlign w:val="center"/>
          </w:tcPr>
          <w:p w14:paraId="6D2C76B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-1.604485</w:t>
            </w:r>
          </w:p>
        </w:tc>
        <w:tc>
          <w:tcPr>
            <w:tcW w:w="740" w:type="pct"/>
            <w:vAlign w:val="center"/>
          </w:tcPr>
          <w:p w14:paraId="5DD2A6A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-2.761604</w:t>
            </w:r>
          </w:p>
        </w:tc>
      </w:tr>
      <w:tr w:rsidR="00497B11" w:rsidRPr="00293828" w14:paraId="512689B4" w14:textId="77777777" w:rsidTr="009D45BD">
        <w:tc>
          <w:tcPr>
            <w:tcW w:w="244" w:type="pct"/>
            <w:vAlign w:val="center"/>
          </w:tcPr>
          <w:p w14:paraId="35CC48C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7911037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-4.489893</w:t>
            </w:r>
          </w:p>
        </w:tc>
        <w:tc>
          <w:tcPr>
            <w:tcW w:w="740" w:type="pct"/>
            <w:vAlign w:val="center"/>
          </w:tcPr>
          <w:p w14:paraId="1CBF9C4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-0.309424</w:t>
            </w:r>
          </w:p>
        </w:tc>
        <w:tc>
          <w:tcPr>
            <w:tcW w:w="740" w:type="pct"/>
            <w:vAlign w:val="center"/>
          </w:tcPr>
          <w:p w14:paraId="7DDBA09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0.209675</w:t>
            </w:r>
          </w:p>
        </w:tc>
        <w:tc>
          <w:tcPr>
            <w:tcW w:w="244" w:type="pct"/>
            <w:vAlign w:val="center"/>
          </w:tcPr>
          <w:p w14:paraId="6DADB02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3B4BB19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5.641018</w:t>
            </w:r>
          </w:p>
        </w:tc>
        <w:tc>
          <w:tcPr>
            <w:tcW w:w="740" w:type="pct"/>
            <w:vAlign w:val="center"/>
          </w:tcPr>
          <w:p w14:paraId="61E8DD9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2.489309</w:t>
            </w:r>
          </w:p>
        </w:tc>
        <w:tc>
          <w:tcPr>
            <w:tcW w:w="740" w:type="pct"/>
            <w:vAlign w:val="center"/>
          </w:tcPr>
          <w:p w14:paraId="3D89239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1.566507</w:t>
            </w:r>
          </w:p>
        </w:tc>
      </w:tr>
      <w:tr w:rsidR="00497B11" w:rsidRPr="00293828" w14:paraId="19955E17" w14:textId="77777777" w:rsidTr="009D45BD">
        <w:tc>
          <w:tcPr>
            <w:tcW w:w="244" w:type="pct"/>
            <w:vAlign w:val="center"/>
          </w:tcPr>
          <w:p w14:paraId="4E7DAD4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466D9CC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-5.692890</w:t>
            </w:r>
          </w:p>
        </w:tc>
        <w:tc>
          <w:tcPr>
            <w:tcW w:w="740" w:type="pct"/>
            <w:vAlign w:val="center"/>
          </w:tcPr>
          <w:p w14:paraId="7623DD7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0.598777</w:t>
            </w:r>
          </w:p>
        </w:tc>
        <w:tc>
          <w:tcPr>
            <w:tcW w:w="740" w:type="pct"/>
            <w:vAlign w:val="center"/>
          </w:tcPr>
          <w:p w14:paraId="58F455B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-0.199558</w:t>
            </w:r>
          </w:p>
        </w:tc>
        <w:tc>
          <w:tcPr>
            <w:tcW w:w="244" w:type="pct"/>
            <w:vAlign w:val="center"/>
          </w:tcPr>
          <w:p w14:paraId="3089BAA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2EC9883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6.176137</w:t>
            </w:r>
          </w:p>
        </w:tc>
        <w:tc>
          <w:tcPr>
            <w:tcW w:w="740" w:type="pct"/>
            <w:vAlign w:val="center"/>
          </w:tcPr>
          <w:p w14:paraId="047B2B4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0.935497</w:t>
            </w:r>
          </w:p>
        </w:tc>
        <w:tc>
          <w:tcPr>
            <w:tcW w:w="740" w:type="pct"/>
            <w:vAlign w:val="center"/>
          </w:tcPr>
          <w:p w14:paraId="0438FED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2.202696</w:t>
            </w:r>
          </w:p>
        </w:tc>
      </w:tr>
      <w:tr w:rsidR="00497B11" w:rsidRPr="00293828" w14:paraId="73953490" w14:textId="77777777" w:rsidTr="009D45BD">
        <w:tc>
          <w:tcPr>
            <w:tcW w:w="244" w:type="pct"/>
            <w:vAlign w:val="center"/>
          </w:tcPr>
          <w:p w14:paraId="124765F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58202EE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-4.381446</w:t>
            </w:r>
          </w:p>
        </w:tc>
        <w:tc>
          <w:tcPr>
            <w:tcW w:w="740" w:type="pct"/>
            <w:vAlign w:val="center"/>
          </w:tcPr>
          <w:p w14:paraId="65B4B3F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-0.785230</w:t>
            </w:r>
          </w:p>
        </w:tc>
        <w:tc>
          <w:tcPr>
            <w:tcW w:w="740" w:type="pct"/>
            <w:vAlign w:val="center"/>
          </w:tcPr>
          <w:p w14:paraId="6068758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1.678420</w:t>
            </w:r>
          </w:p>
        </w:tc>
        <w:tc>
          <w:tcPr>
            <w:tcW w:w="244" w:type="pct"/>
            <w:vAlign w:val="center"/>
          </w:tcPr>
          <w:p w14:paraId="2271866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783CCB8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1.834432</w:t>
            </w:r>
          </w:p>
        </w:tc>
        <w:tc>
          <w:tcPr>
            <w:tcW w:w="740" w:type="pct"/>
            <w:vAlign w:val="center"/>
          </w:tcPr>
          <w:p w14:paraId="4F5975F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1.551145</w:t>
            </w:r>
          </w:p>
        </w:tc>
        <w:tc>
          <w:tcPr>
            <w:tcW w:w="740" w:type="pct"/>
            <w:vAlign w:val="center"/>
          </w:tcPr>
          <w:p w14:paraId="360EDF3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-0.790606</w:t>
            </w:r>
          </w:p>
        </w:tc>
      </w:tr>
      <w:tr w:rsidR="00497B11" w:rsidRPr="00293828" w14:paraId="1E7A4947" w14:textId="77777777" w:rsidTr="009D45BD">
        <w:tc>
          <w:tcPr>
            <w:tcW w:w="244" w:type="pct"/>
            <w:vAlign w:val="center"/>
          </w:tcPr>
          <w:p w14:paraId="3E0E696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49ED8BD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-3.043522</w:t>
            </w:r>
          </w:p>
        </w:tc>
        <w:tc>
          <w:tcPr>
            <w:tcW w:w="740" w:type="pct"/>
            <w:vAlign w:val="center"/>
          </w:tcPr>
          <w:p w14:paraId="3919F27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-1.525076</w:t>
            </w:r>
          </w:p>
        </w:tc>
        <w:tc>
          <w:tcPr>
            <w:tcW w:w="740" w:type="pct"/>
            <w:vAlign w:val="center"/>
          </w:tcPr>
          <w:p w14:paraId="3377D71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1.925779</w:t>
            </w:r>
          </w:p>
        </w:tc>
        <w:tc>
          <w:tcPr>
            <w:tcW w:w="244" w:type="pct"/>
            <w:vAlign w:val="center"/>
          </w:tcPr>
          <w:p w14:paraId="17842E2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44EA837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0.489906</w:t>
            </w:r>
          </w:p>
        </w:tc>
        <w:tc>
          <w:tcPr>
            <w:tcW w:w="740" w:type="pct"/>
            <w:vAlign w:val="center"/>
          </w:tcPr>
          <w:p w14:paraId="73C2B0D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1.197398</w:t>
            </w:r>
          </w:p>
        </w:tc>
        <w:tc>
          <w:tcPr>
            <w:tcW w:w="740" w:type="pct"/>
            <w:vAlign w:val="center"/>
          </w:tcPr>
          <w:p w14:paraId="0F0719E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0.287808</w:t>
            </w:r>
          </w:p>
        </w:tc>
      </w:tr>
      <w:tr w:rsidR="00497B11" w:rsidRPr="00293828" w14:paraId="7716DB88" w14:textId="77777777" w:rsidTr="009D45BD">
        <w:tc>
          <w:tcPr>
            <w:tcW w:w="244" w:type="pct"/>
            <w:vAlign w:val="center"/>
          </w:tcPr>
          <w:p w14:paraId="5459FAC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1AF6001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-1.798065</w:t>
            </w:r>
          </w:p>
        </w:tc>
        <w:tc>
          <w:tcPr>
            <w:tcW w:w="740" w:type="pct"/>
            <w:vAlign w:val="center"/>
          </w:tcPr>
          <w:p w14:paraId="6A6EC98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-0.824359</w:t>
            </w:r>
          </w:p>
        </w:tc>
        <w:tc>
          <w:tcPr>
            <w:tcW w:w="740" w:type="pct"/>
            <w:vAlign w:val="center"/>
          </w:tcPr>
          <w:p w14:paraId="3736F37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1.322030</w:t>
            </w:r>
          </w:p>
        </w:tc>
        <w:tc>
          <w:tcPr>
            <w:tcW w:w="244" w:type="pct"/>
            <w:vAlign w:val="center"/>
          </w:tcPr>
          <w:p w14:paraId="52274D3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48C9EBC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7.688635</w:t>
            </w:r>
          </w:p>
        </w:tc>
        <w:tc>
          <w:tcPr>
            <w:tcW w:w="740" w:type="pct"/>
            <w:vAlign w:val="center"/>
          </w:tcPr>
          <w:p w14:paraId="056819D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0.422594</w:t>
            </w:r>
          </w:p>
        </w:tc>
        <w:tc>
          <w:tcPr>
            <w:tcW w:w="740" w:type="pct"/>
            <w:vAlign w:val="center"/>
          </w:tcPr>
          <w:p w14:paraId="05B475C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-2.227988</w:t>
            </w:r>
          </w:p>
        </w:tc>
      </w:tr>
      <w:tr w:rsidR="00497B11" w:rsidRPr="00293828" w14:paraId="2286D35F" w14:textId="77777777" w:rsidTr="009D45BD">
        <w:tc>
          <w:tcPr>
            <w:tcW w:w="244" w:type="pct"/>
            <w:vAlign w:val="center"/>
          </w:tcPr>
          <w:p w14:paraId="42F0EFD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302EA3B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-2.192741</w:t>
            </w:r>
          </w:p>
        </w:tc>
        <w:tc>
          <w:tcPr>
            <w:tcW w:w="740" w:type="pct"/>
            <w:vAlign w:val="center"/>
          </w:tcPr>
          <w:p w14:paraId="084B605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0.624471</w:t>
            </w:r>
          </w:p>
        </w:tc>
        <w:tc>
          <w:tcPr>
            <w:tcW w:w="740" w:type="pct"/>
            <w:vAlign w:val="center"/>
          </w:tcPr>
          <w:p w14:paraId="4EBB168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0.998813</w:t>
            </w:r>
          </w:p>
        </w:tc>
        <w:tc>
          <w:tcPr>
            <w:tcW w:w="244" w:type="pct"/>
            <w:vAlign w:val="center"/>
          </w:tcPr>
          <w:p w14:paraId="7A5B689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1FC77FB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8.290360</w:t>
            </w:r>
          </w:p>
        </w:tc>
        <w:tc>
          <w:tcPr>
            <w:tcW w:w="740" w:type="pct"/>
            <w:vAlign w:val="center"/>
          </w:tcPr>
          <w:p w14:paraId="437C08E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-1.171273</w:t>
            </w:r>
          </w:p>
        </w:tc>
        <w:tc>
          <w:tcPr>
            <w:tcW w:w="740" w:type="pct"/>
            <w:vAlign w:val="center"/>
          </w:tcPr>
          <w:p w14:paraId="086EED0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-1.730385</w:t>
            </w:r>
          </w:p>
        </w:tc>
      </w:tr>
      <w:tr w:rsidR="00497B11" w:rsidRPr="00293828" w14:paraId="451417FC" w14:textId="77777777" w:rsidTr="009D45BD">
        <w:tc>
          <w:tcPr>
            <w:tcW w:w="244" w:type="pct"/>
            <w:vAlign w:val="center"/>
          </w:tcPr>
          <w:p w14:paraId="2967AA1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08F5389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-2.380283</w:t>
            </w:r>
          </w:p>
        </w:tc>
        <w:tc>
          <w:tcPr>
            <w:tcW w:w="740" w:type="pct"/>
            <w:vAlign w:val="center"/>
          </w:tcPr>
          <w:p w14:paraId="42895CA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-0.659774</w:t>
            </w:r>
          </w:p>
        </w:tc>
        <w:tc>
          <w:tcPr>
            <w:tcW w:w="740" w:type="pct"/>
            <w:vAlign w:val="center"/>
          </w:tcPr>
          <w:p w14:paraId="2AB3BA4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-1.014650</w:t>
            </w:r>
          </w:p>
        </w:tc>
        <w:tc>
          <w:tcPr>
            <w:tcW w:w="244" w:type="pct"/>
            <w:vAlign w:val="center"/>
          </w:tcPr>
          <w:p w14:paraId="4BFCE55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3FF72E5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9.079973</w:t>
            </w:r>
          </w:p>
        </w:tc>
        <w:tc>
          <w:tcPr>
            <w:tcW w:w="740" w:type="pct"/>
            <w:vAlign w:val="center"/>
          </w:tcPr>
          <w:p w14:paraId="08BABE5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0.294061</w:t>
            </w:r>
          </w:p>
        </w:tc>
        <w:tc>
          <w:tcPr>
            <w:tcW w:w="740" w:type="pct"/>
            <w:vAlign w:val="center"/>
          </w:tcPr>
          <w:p w14:paraId="7F24E28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-1.140060</w:t>
            </w:r>
          </w:p>
        </w:tc>
      </w:tr>
      <w:tr w:rsidR="00497B11" w:rsidRPr="00293828" w14:paraId="40540FA0" w14:textId="77777777" w:rsidTr="009D45BD">
        <w:tc>
          <w:tcPr>
            <w:tcW w:w="244" w:type="pct"/>
            <w:vAlign w:val="center"/>
          </w:tcPr>
          <w:p w14:paraId="2EE8F39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39D5C7E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-1.437591</w:t>
            </w:r>
          </w:p>
        </w:tc>
        <w:tc>
          <w:tcPr>
            <w:tcW w:w="740" w:type="pct"/>
            <w:vAlign w:val="center"/>
          </w:tcPr>
          <w:p w14:paraId="5963309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-1.397584</w:t>
            </w:r>
          </w:p>
        </w:tc>
        <w:tc>
          <w:tcPr>
            <w:tcW w:w="740" w:type="pct"/>
            <w:vAlign w:val="center"/>
          </w:tcPr>
          <w:p w14:paraId="4D4C608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-0.066870</w:t>
            </w:r>
          </w:p>
        </w:tc>
        <w:tc>
          <w:tcPr>
            <w:tcW w:w="244" w:type="pct"/>
            <w:vAlign w:val="center"/>
          </w:tcPr>
          <w:p w14:paraId="062114E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3E2BE2A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-2.929158</w:t>
            </w:r>
          </w:p>
        </w:tc>
        <w:tc>
          <w:tcPr>
            <w:tcW w:w="740" w:type="pct"/>
            <w:vAlign w:val="center"/>
          </w:tcPr>
          <w:p w14:paraId="34A2B00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-1.639476</w:t>
            </w:r>
          </w:p>
        </w:tc>
        <w:tc>
          <w:tcPr>
            <w:tcW w:w="740" w:type="pct"/>
            <w:vAlign w:val="center"/>
          </w:tcPr>
          <w:p w14:paraId="6047DF7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3.007800</w:t>
            </w:r>
          </w:p>
        </w:tc>
      </w:tr>
      <w:tr w:rsidR="00497B11" w:rsidRPr="00293828" w14:paraId="652310ED" w14:textId="77777777" w:rsidTr="009D45BD">
        <w:tc>
          <w:tcPr>
            <w:tcW w:w="244" w:type="pct"/>
            <w:vAlign w:val="center"/>
          </w:tcPr>
          <w:p w14:paraId="73E8469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30E8E40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-1.423286</w:t>
            </w:r>
          </w:p>
        </w:tc>
        <w:tc>
          <w:tcPr>
            <w:tcW w:w="740" w:type="pct"/>
            <w:vAlign w:val="center"/>
          </w:tcPr>
          <w:p w14:paraId="71818E6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-2.923409</w:t>
            </w:r>
          </w:p>
        </w:tc>
        <w:tc>
          <w:tcPr>
            <w:tcW w:w="740" w:type="pct"/>
            <w:vAlign w:val="center"/>
          </w:tcPr>
          <w:p w14:paraId="1241E54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-0.344307</w:t>
            </w:r>
          </w:p>
        </w:tc>
        <w:tc>
          <w:tcPr>
            <w:tcW w:w="244" w:type="pct"/>
            <w:vAlign w:val="center"/>
          </w:tcPr>
          <w:p w14:paraId="0505D46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4BB20D5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-3.151594</w:t>
            </w:r>
          </w:p>
        </w:tc>
        <w:tc>
          <w:tcPr>
            <w:tcW w:w="740" w:type="pct"/>
            <w:vAlign w:val="center"/>
          </w:tcPr>
          <w:p w14:paraId="08B6BCF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-2.539021</w:t>
            </w:r>
          </w:p>
        </w:tc>
        <w:tc>
          <w:tcPr>
            <w:tcW w:w="740" w:type="pct"/>
            <w:vAlign w:val="center"/>
          </w:tcPr>
          <w:p w14:paraId="657C1AF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1.524292</w:t>
            </w:r>
          </w:p>
        </w:tc>
      </w:tr>
      <w:tr w:rsidR="00497B11" w:rsidRPr="00293828" w14:paraId="08992187" w14:textId="77777777" w:rsidTr="009D45BD">
        <w:tc>
          <w:tcPr>
            <w:tcW w:w="244" w:type="pct"/>
            <w:vAlign w:val="center"/>
          </w:tcPr>
          <w:p w14:paraId="0D4D51D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6A4903E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-9.265377</w:t>
            </w:r>
          </w:p>
        </w:tc>
        <w:tc>
          <w:tcPr>
            <w:tcW w:w="740" w:type="pct"/>
            <w:vAlign w:val="center"/>
          </w:tcPr>
          <w:p w14:paraId="0E27EFF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0.682438</w:t>
            </w:r>
          </w:p>
        </w:tc>
        <w:tc>
          <w:tcPr>
            <w:tcW w:w="740" w:type="pct"/>
            <w:vAlign w:val="center"/>
          </w:tcPr>
          <w:p w14:paraId="2D2CB26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1.433410</w:t>
            </w:r>
          </w:p>
        </w:tc>
        <w:tc>
          <w:tcPr>
            <w:tcW w:w="244" w:type="pct"/>
            <w:vAlign w:val="center"/>
          </w:tcPr>
          <w:p w14:paraId="26C5596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7C02EC6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5.275218</w:t>
            </w:r>
          </w:p>
        </w:tc>
        <w:tc>
          <w:tcPr>
            <w:tcW w:w="740" w:type="pct"/>
            <w:vAlign w:val="center"/>
          </w:tcPr>
          <w:p w14:paraId="17330EA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-1.268876</w:t>
            </w:r>
          </w:p>
        </w:tc>
        <w:tc>
          <w:tcPr>
            <w:tcW w:w="740" w:type="pct"/>
            <w:vAlign w:val="center"/>
          </w:tcPr>
          <w:p w14:paraId="1CC6904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2.294322</w:t>
            </w:r>
          </w:p>
        </w:tc>
      </w:tr>
      <w:tr w:rsidR="00497B11" w:rsidRPr="00293828" w14:paraId="15983CC3" w14:textId="77777777" w:rsidTr="009D45BD">
        <w:tc>
          <w:tcPr>
            <w:tcW w:w="244" w:type="pct"/>
            <w:vAlign w:val="center"/>
          </w:tcPr>
          <w:p w14:paraId="75A7DA9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43797C3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-8.903841</w:t>
            </w:r>
          </w:p>
        </w:tc>
        <w:tc>
          <w:tcPr>
            <w:tcW w:w="740" w:type="pct"/>
            <w:vAlign w:val="center"/>
          </w:tcPr>
          <w:p w14:paraId="269F2E0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1.549265</w:t>
            </w:r>
          </w:p>
        </w:tc>
        <w:tc>
          <w:tcPr>
            <w:tcW w:w="740" w:type="pct"/>
            <w:vAlign w:val="center"/>
          </w:tcPr>
          <w:p w14:paraId="43B4EF5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-0.874010</w:t>
            </w:r>
          </w:p>
        </w:tc>
        <w:tc>
          <w:tcPr>
            <w:tcW w:w="244" w:type="pct"/>
            <w:vAlign w:val="center"/>
          </w:tcPr>
          <w:p w14:paraId="0F4FF7E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09E59A4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3.808319</w:t>
            </w:r>
          </w:p>
        </w:tc>
        <w:tc>
          <w:tcPr>
            <w:tcW w:w="740" w:type="pct"/>
            <w:vAlign w:val="center"/>
          </w:tcPr>
          <w:p w14:paraId="485C755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-2.087216</w:t>
            </w:r>
          </w:p>
        </w:tc>
        <w:tc>
          <w:tcPr>
            <w:tcW w:w="740" w:type="pct"/>
            <w:vAlign w:val="center"/>
          </w:tcPr>
          <w:p w14:paraId="1E0DE1B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1.734770</w:t>
            </w:r>
          </w:p>
        </w:tc>
      </w:tr>
      <w:tr w:rsidR="00497B11" w:rsidRPr="00293828" w14:paraId="4690FFE1" w14:textId="77777777" w:rsidTr="009D45BD">
        <w:tc>
          <w:tcPr>
            <w:tcW w:w="244" w:type="pct"/>
            <w:vAlign w:val="center"/>
          </w:tcPr>
          <w:p w14:paraId="0C5FC92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51B5900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-5.904614</w:t>
            </w:r>
          </w:p>
        </w:tc>
        <w:tc>
          <w:tcPr>
            <w:tcW w:w="740" w:type="pct"/>
            <w:vAlign w:val="center"/>
          </w:tcPr>
          <w:p w14:paraId="3D6222D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0.442433</w:t>
            </w:r>
          </w:p>
        </w:tc>
        <w:tc>
          <w:tcPr>
            <w:tcW w:w="740" w:type="pct"/>
            <w:vAlign w:val="center"/>
          </w:tcPr>
          <w:p w14:paraId="78E09AC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-1.727468</w:t>
            </w:r>
          </w:p>
        </w:tc>
        <w:tc>
          <w:tcPr>
            <w:tcW w:w="244" w:type="pct"/>
            <w:vAlign w:val="center"/>
          </w:tcPr>
          <w:p w14:paraId="5B9FA9D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1743E1F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-2.653631</w:t>
            </w:r>
          </w:p>
        </w:tc>
        <w:tc>
          <w:tcPr>
            <w:tcW w:w="740" w:type="pct"/>
            <w:vAlign w:val="center"/>
          </w:tcPr>
          <w:p w14:paraId="223FBAE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1.150388</w:t>
            </w:r>
          </w:p>
        </w:tc>
        <w:tc>
          <w:tcPr>
            <w:tcW w:w="740" w:type="pct"/>
            <w:vAlign w:val="center"/>
          </w:tcPr>
          <w:p w14:paraId="01F246C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1.837548</w:t>
            </w:r>
          </w:p>
        </w:tc>
      </w:tr>
      <w:tr w:rsidR="00497B11" w:rsidRPr="00293828" w14:paraId="6D9B7F19" w14:textId="77777777" w:rsidTr="009D45BD">
        <w:tc>
          <w:tcPr>
            <w:tcW w:w="244" w:type="pct"/>
            <w:vAlign w:val="center"/>
          </w:tcPr>
          <w:p w14:paraId="43B5233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1714187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4.493601</w:t>
            </w:r>
          </w:p>
        </w:tc>
        <w:tc>
          <w:tcPr>
            <w:tcW w:w="740" w:type="pct"/>
            <w:vAlign w:val="center"/>
          </w:tcPr>
          <w:p w14:paraId="78FA9AB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0.825197</w:t>
            </w:r>
          </w:p>
        </w:tc>
        <w:tc>
          <w:tcPr>
            <w:tcW w:w="740" w:type="pct"/>
            <w:vAlign w:val="center"/>
          </w:tcPr>
          <w:p w14:paraId="410F2FE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0.849263</w:t>
            </w:r>
          </w:p>
        </w:tc>
        <w:tc>
          <w:tcPr>
            <w:tcW w:w="244" w:type="pct"/>
            <w:vAlign w:val="center"/>
          </w:tcPr>
          <w:p w14:paraId="7EACC83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458AD5E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-1.339896</w:t>
            </w:r>
          </w:p>
        </w:tc>
        <w:tc>
          <w:tcPr>
            <w:tcW w:w="740" w:type="pct"/>
            <w:vAlign w:val="center"/>
          </w:tcPr>
          <w:p w14:paraId="7A3BED2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1.220325</w:t>
            </w:r>
          </w:p>
        </w:tc>
        <w:tc>
          <w:tcPr>
            <w:tcW w:w="740" w:type="pct"/>
            <w:vAlign w:val="center"/>
          </w:tcPr>
          <w:p w14:paraId="6806F2B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0.671076</w:t>
            </w:r>
          </w:p>
        </w:tc>
      </w:tr>
      <w:tr w:rsidR="00497B11" w:rsidRPr="00293828" w14:paraId="7B1A7936" w14:textId="77777777" w:rsidTr="009D45BD">
        <w:tc>
          <w:tcPr>
            <w:tcW w:w="244" w:type="pct"/>
            <w:vAlign w:val="center"/>
          </w:tcPr>
          <w:p w14:paraId="0167C9A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05AF26E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5.803078</w:t>
            </w:r>
          </w:p>
        </w:tc>
        <w:tc>
          <w:tcPr>
            <w:tcW w:w="740" w:type="pct"/>
            <w:vAlign w:val="center"/>
          </w:tcPr>
          <w:p w14:paraId="2B73C6E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1.438671</w:t>
            </w:r>
          </w:p>
        </w:tc>
        <w:tc>
          <w:tcPr>
            <w:tcW w:w="740" w:type="pct"/>
            <w:vAlign w:val="center"/>
          </w:tcPr>
          <w:p w14:paraId="13A27B9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1.306805</w:t>
            </w:r>
          </w:p>
        </w:tc>
        <w:tc>
          <w:tcPr>
            <w:tcW w:w="244" w:type="pct"/>
            <w:vAlign w:val="center"/>
          </w:tcPr>
          <w:p w14:paraId="5B6C517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657D4EB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-7.224218</w:t>
            </w:r>
          </w:p>
        </w:tc>
        <w:tc>
          <w:tcPr>
            <w:tcW w:w="740" w:type="pct"/>
            <w:vAlign w:val="center"/>
          </w:tcPr>
          <w:p w14:paraId="134222A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2.293484</w:t>
            </w:r>
          </w:p>
        </w:tc>
        <w:tc>
          <w:tcPr>
            <w:tcW w:w="740" w:type="pct"/>
            <w:vAlign w:val="center"/>
          </w:tcPr>
          <w:p w14:paraId="6B38BF9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2.065022</w:t>
            </w:r>
          </w:p>
        </w:tc>
      </w:tr>
      <w:tr w:rsidR="00497B11" w:rsidRPr="00293828" w14:paraId="516FA395" w14:textId="77777777" w:rsidTr="009D45BD">
        <w:tc>
          <w:tcPr>
            <w:tcW w:w="244" w:type="pct"/>
            <w:vAlign w:val="center"/>
          </w:tcPr>
          <w:p w14:paraId="41A914E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0E94181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6.797615</w:t>
            </w:r>
          </w:p>
        </w:tc>
        <w:tc>
          <w:tcPr>
            <w:tcW w:w="740" w:type="pct"/>
            <w:vAlign w:val="center"/>
          </w:tcPr>
          <w:p w14:paraId="626C33D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1.330975</w:t>
            </w:r>
          </w:p>
        </w:tc>
        <w:tc>
          <w:tcPr>
            <w:tcW w:w="740" w:type="pct"/>
            <w:vAlign w:val="center"/>
          </w:tcPr>
          <w:p w14:paraId="6C0CCB7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0.158644</w:t>
            </w:r>
          </w:p>
        </w:tc>
        <w:tc>
          <w:tcPr>
            <w:tcW w:w="244" w:type="pct"/>
            <w:vAlign w:val="center"/>
          </w:tcPr>
          <w:p w14:paraId="41E7703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66C81CA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-8.373352</w:t>
            </w:r>
          </w:p>
        </w:tc>
        <w:tc>
          <w:tcPr>
            <w:tcW w:w="740" w:type="pct"/>
            <w:vAlign w:val="center"/>
          </w:tcPr>
          <w:p w14:paraId="26013C5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3.260562</w:t>
            </w:r>
          </w:p>
        </w:tc>
        <w:tc>
          <w:tcPr>
            <w:tcW w:w="740" w:type="pct"/>
            <w:vAlign w:val="center"/>
          </w:tcPr>
          <w:p w14:paraId="1874BC7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1.148639</w:t>
            </w:r>
          </w:p>
        </w:tc>
      </w:tr>
      <w:tr w:rsidR="00497B11" w:rsidRPr="00293828" w14:paraId="759EF5A9" w14:textId="77777777" w:rsidTr="009D45BD">
        <w:tc>
          <w:tcPr>
            <w:tcW w:w="244" w:type="pct"/>
            <w:vAlign w:val="center"/>
          </w:tcPr>
          <w:p w14:paraId="42E3705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2A5A3C1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7.169668</w:t>
            </w:r>
          </w:p>
        </w:tc>
        <w:tc>
          <w:tcPr>
            <w:tcW w:w="740" w:type="pct"/>
            <w:vAlign w:val="center"/>
          </w:tcPr>
          <w:p w14:paraId="62C0CAF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-0.129746</w:t>
            </w:r>
          </w:p>
        </w:tc>
        <w:tc>
          <w:tcPr>
            <w:tcW w:w="740" w:type="pct"/>
            <w:vAlign w:val="center"/>
          </w:tcPr>
          <w:p w14:paraId="1937934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-0.171586</w:t>
            </w:r>
          </w:p>
        </w:tc>
        <w:tc>
          <w:tcPr>
            <w:tcW w:w="244" w:type="pct"/>
            <w:vAlign w:val="center"/>
          </w:tcPr>
          <w:p w14:paraId="0419654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5D4E486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-4.432457</w:t>
            </w:r>
          </w:p>
        </w:tc>
        <w:tc>
          <w:tcPr>
            <w:tcW w:w="740" w:type="pct"/>
            <w:vAlign w:val="center"/>
          </w:tcPr>
          <w:p w14:paraId="1F3B7BF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0.085594</w:t>
            </w:r>
          </w:p>
        </w:tc>
        <w:tc>
          <w:tcPr>
            <w:tcW w:w="740" w:type="pct"/>
            <w:vAlign w:val="center"/>
          </w:tcPr>
          <w:p w14:paraId="480EAA1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2.343097</w:t>
            </w:r>
          </w:p>
        </w:tc>
      </w:tr>
      <w:tr w:rsidR="00497B11" w:rsidRPr="00293828" w14:paraId="394327C3" w14:textId="77777777" w:rsidTr="009D45BD">
        <w:tc>
          <w:tcPr>
            <w:tcW w:w="244" w:type="pct"/>
            <w:vAlign w:val="center"/>
          </w:tcPr>
          <w:p w14:paraId="6E434A0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267BF5A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5.846712</w:t>
            </w:r>
          </w:p>
        </w:tc>
        <w:tc>
          <w:tcPr>
            <w:tcW w:w="740" w:type="pct"/>
            <w:vAlign w:val="center"/>
          </w:tcPr>
          <w:p w14:paraId="7C8B5B3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-0.860918</w:t>
            </w:r>
          </w:p>
        </w:tc>
        <w:tc>
          <w:tcPr>
            <w:tcW w:w="740" w:type="pct"/>
            <w:vAlign w:val="center"/>
          </w:tcPr>
          <w:p w14:paraId="0937F1A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-0.584084</w:t>
            </w:r>
          </w:p>
        </w:tc>
        <w:tc>
          <w:tcPr>
            <w:tcW w:w="244" w:type="pct"/>
            <w:vAlign w:val="center"/>
          </w:tcPr>
          <w:p w14:paraId="423E5A0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6D10878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-6.059017</w:t>
            </w:r>
          </w:p>
        </w:tc>
        <w:tc>
          <w:tcPr>
            <w:tcW w:w="740" w:type="pct"/>
            <w:vAlign w:val="center"/>
          </w:tcPr>
          <w:p w14:paraId="2E2BF66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3.987197</w:t>
            </w:r>
          </w:p>
        </w:tc>
        <w:tc>
          <w:tcPr>
            <w:tcW w:w="740" w:type="pct"/>
            <w:vAlign w:val="center"/>
          </w:tcPr>
          <w:p w14:paraId="67977A7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0.602105</w:t>
            </w:r>
          </w:p>
        </w:tc>
      </w:tr>
      <w:tr w:rsidR="00497B11" w:rsidRPr="00293828" w14:paraId="73A2C808" w14:textId="77777777" w:rsidTr="009D45BD">
        <w:tc>
          <w:tcPr>
            <w:tcW w:w="244" w:type="pct"/>
            <w:vAlign w:val="center"/>
          </w:tcPr>
          <w:p w14:paraId="6059449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5BA881F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5.964401</w:t>
            </w:r>
          </w:p>
        </w:tc>
        <w:tc>
          <w:tcPr>
            <w:tcW w:w="740" w:type="pct"/>
            <w:vAlign w:val="center"/>
          </w:tcPr>
          <w:p w14:paraId="6A8F7E6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-2.381947</w:t>
            </w:r>
          </w:p>
        </w:tc>
        <w:tc>
          <w:tcPr>
            <w:tcW w:w="740" w:type="pct"/>
            <w:vAlign w:val="center"/>
          </w:tcPr>
          <w:p w14:paraId="1DF232A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-0.470040</w:t>
            </w:r>
          </w:p>
        </w:tc>
        <w:tc>
          <w:tcPr>
            <w:tcW w:w="244" w:type="pct"/>
            <w:vAlign w:val="center"/>
          </w:tcPr>
          <w:p w14:paraId="6F8E11B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3849E27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-6.760949</w:t>
            </w:r>
          </w:p>
        </w:tc>
        <w:tc>
          <w:tcPr>
            <w:tcW w:w="740" w:type="pct"/>
            <w:vAlign w:val="center"/>
          </w:tcPr>
          <w:p w14:paraId="05827C9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3.241316</w:t>
            </w:r>
          </w:p>
        </w:tc>
        <w:tc>
          <w:tcPr>
            <w:tcW w:w="740" w:type="pct"/>
            <w:vAlign w:val="center"/>
          </w:tcPr>
          <w:p w14:paraId="79F2D35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-0.824479</w:t>
            </w:r>
          </w:p>
        </w:tc>
      </w:tr>
      <w:tr w:rsidR="00497B11" w:rsidRPr="00293828" w14:paraId="5844BFD9" w14:textId="77777777" w:rsidTr="009D45BD">
        <w:tc>
          <w:tcPr>
            <w:tcW w:w="244" w:type="pct"/>
            <w:vAlign w:val="center"/>
          </w:tcPr>
          <w:p w14:paraId="46E0DED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3BD24C7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2.367000</w:t>
            </w:r>
          </w:p>
        </w:tc>
        <w:tc>
          <w:tcPr>
            <w:tcW w:w="740" w:type="pct"/>
            <w:vAlign w:val="center"/>
          </w:tcPr>
          <w:p w14:paraId="0DCBD04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0.273276</w:t>
            </w:r>
          </w:p>
        </w:tc>
        <w:tc>
          <w:tcPr>
            <w:tcW w:w="740" w:type="pct"/>
            <w:vAlign w:val="center"/>
          </w:tcPr>
          <w:p w14:paraId="5F01772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1.799960</w:t>
            </w:r>
          </w:p>
        </w:tc>
        <w:tc>
          <w:tcPr>
            <w:tcW w:w="244" w:type="pct"/>
            <w:vAlign w:val="center"/>
          </w:tcPr>
          <w:p w14:paraId="5645D53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5011469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3.444935</w:t>
            </w:r>
          </w:p>
        </w:tc>
        <w:tc>
          <w:tcPr>
            <w:tcW w:w="740" w:type="pct"/>
            <w:vAlign w:val="center"/>
          </w:tcPr>
          <w:p w14:paraId="41CEF89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0.645493</w:t>
            </w:r>
          </w:p>
        </w:tc>
        <w:tc>
          <w:tcPr>
            <w:tcW w:w="740" w:type="pct"/>
            <w:vAlign w:val="center"/>
          </w:tcPr>
          <w:p w14:paraId="3C24510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-1.969281</w:t>
            </w:r>
          </w:p>
        </w:tc>
      </w:tr>
      <w:tr w:rsidR="00497B11" w:rsidRPr="00293828" w14:paraId="14A08772" w14:textId="77777777" w:rsidTr="009D45BD">
        <w:tc>
          <w:tcPr>
            <w:tcW w:w="244" w:type="pct"/>
            <w:vAlign w:val="center"/>
          </w:tcPr>
          <w:p w14:paraId="6080C6E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lastRenderedPageBreak/>
              <w:t>C</w:t>
            </w:r>
          </w:p>
        </w:tc>
        <w:tc>
          <w:tcPr>
            <w:tcW w:w="740" w:type="pct"/>
            <w:vAlign w:val="center"/>
          </w:tcPr>
          <w:p w14:paraId="475BEC1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2.047598</w:t>
            </w:r>
          </w:p>
        </w:tc>
        <w:tc>
          <w:tcPr>
            <w:tcW w:w="740" w:type="pct"/>
            <w:vAlign w:val="center"/>
          </w:tcPr>
          <w:p w14:paraId="2C7D8D4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-0.298205</w:t>
            </w:r>
          </w:p>
        </w:tc>
        <w:tc>
          <w:tcPr>
            <w:tcW w:w="740" w:type="pct"/>
            <w:vAlign w:val="center"/>
          </w:tcPr>
          <w:p w14:paraId="67A1522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0.430906</w:t>
            </w:r>
          </w:p>
        </w:tc>
        <w:tc>
          <w:tcPr>
            <w:tcW w:w="244" w:type="pct"/>
            <w:vAlign w:val="center"/>
          </w:tcPr>
          <w:p w14:paraId="32D983F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5DA7DCB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6.983136</w:t>
            </w:r>
          </w:p>
        </w:tc>
        <w:tc>
          <w:tcPr>
            <w:tcW w:w="740" w:type="pct"/>
            <w:vAlign w:val="center"/>
          </w:tcPr>
          <w:p w14:paraId="0BCA3CD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-2.764500</w:t>
            </w:r>
          </w:p>
        </w:tc>
        <w:tc>
          <w:tcPr>
            <w:tcW w:w="740" w:type="pct"/>
            <w:vAlign w:val="center"/>
          </w:tcPr>
          <w:p w14:paraId="688D6D2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-0.594845</w:t>
            </w:r>
          </w:p>
        </w:tc>
      </w:tr>
      <w:tr w:rsidR="00497B11" w:rsidRPr="00293828" w14:paraId="562C13DB" w14:textId="77777777" w:rsidTr="009D45BD">
        <w:tc>
          <w:tcPr>
            <w:tcW w:w="244" w:type="pct"/>
            <w:vAlign w:val="center"/>
          </w:tcPr>
          <w:p w14:paraId="6D78EEF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537354D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3.243861</w:t>
            </w:r>
          </w:p>
        </w:tc>
        <w:tc>
          <w:tcPr>
            <w:tcW w:w="740" w:type="pct"/>
            <w:vAlign w:val="center"/>
          </w:tcPr>
          <w:p w14:paraId="0A89917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-0.882260</w:t>
            </w:r>
          </w:p>
        </w:tc>
        <w:tc>
          <w:tcPr>
            <w:tcW w:w="740" w:type="pct"/>
            <w:vAlign w:val="center"/>
          </w:tcPr>
          <w:p w14:paraId="5A9F781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-0.432038</w:t>
            </w:r>
          </w:p>
        </w:tc>
        <w:tc>
          <w:tcPr>
            <w:tcW w:w="244" w:type="pct"/>
            <w:vAlign w:val="center"/>
          </w:tcPr>
          <w:p w14:paraId="32D025F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764C388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-0.953762</w:t>
            </w:r>
          </w:p>
        </w:tc>
        <w:tc>
          <w:tcPr>
            <w:tcW w:w="740" w:type="pct"/>
            <w:vAlign w:val="center"/>
          </w:tcPr>
          <w:p w14:paraId="6520C8A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-0.878682</w:t>
            </w:r>
          </w:p>
        </w:tc>
        <w:tc>
          <w:tcPr>
            <w:tcW w:w="740" w:type="pct"/>
            <w:vAlign w:val="center"/>
          </w:tcPr>
          <w:p w14:paraId="35BE075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2.011159</w:t>
            </w:r>
          </w:p>
        </w:tc>
      </w:tr>
      <w:tr w:rsidR="00497B11" w:rsidRPr="00293828" w14:paraId="40C14792" w14:textId="77777777" w:rsidTr="009D45BD">
        <w:tc>
          <w:tcPr>
            <w:tcW w:w="244" w:type="pct"/>
            <w:vAlign w:val="center"/>
          </w:tcPr>
          <w:p w14:paraId="7402997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22C5589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4.589882</w:t>
            </w:r>
          </w:p>
        </w:tc>
        <w:tc>
          <w:tcPr>
            <w:tcW w:w="740" w:type="pct"/>
            <w:vAlign w:val="center"/>
          </w:tcPr>
          <w:p w14:paraId="07E3AEB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-0.599600</w:t>
            </w:r>
          </w:p>
        </w:tc>
        <w:tc>
          <w:tcPr>
            <w:tcW w:w="740" w:type="pct"/>
            <w:vAlign w:val="center"/>
          </w:tcPr>
          <w:p w14:paraId="44B13AA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0.299295</w:t>
            </w:r>
          </w:p>
        </w:tc>
        <w:tc>
          <w:tcPr>
            <w:tcW w:w="244" w:type="pct"/>
            <w:vAlign w:val="center"/>
          </w:tcPr>
          <w:p w14:paraId="5E23F2A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2420F6A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-4.871711</w:t>
            </w:r>
          </w:p>
        </w:tc>
        <w:tc>
          <w:tcPr>
            <w:tcW w:w="740" w:type="pct"/>
            <w:vAlign w:val="center"/>
          </w:tcPr>
          <w:p w14:paraId="1FA2C2B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2.005741</w:t>
            </w:r>
          </w:p>
        </w:tc>
        <w:tc>
          <w:tcPr>
            <w:tcW w:w="740" w:type="pct"/>
            <w:vAlign w:val="center"/>
          </w:tcPr>
          <w:p w14:paraId="4215288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1.203499</w:t>
            </w:r>
          </w:p>
        </w:tc>
      </w:tr>
      <w:tr w:rsidR="00497B11" w:rsidRPr="00293828" w14:paraId="7864A202" w14:textId="77777777" w:rsidTr="009D45BD">
        <w:tc>
          <w:tcPr>
            <w:tcW w:w="244" w:type="pct"/>
            <w:vAlign w:val="center"/>
          </w:tcPr>
          <w:p w14:paraId="51E3752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1E12D74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3.131004</w:t>
            </w:r>
          </w:p>
        </w:tc>
        <w:tc>
          <w:tcPr>
            <w:tcW w:w="740" w:type="pct"/>
            <w:vAlign w:val="center"/>
          </w:tcPr>
          <w:p w14:paraId="53D889E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-0.402891</w:t>
            </w:r>
          </w:p>
        </w:tc>
        <w:tc>
          <w:tcPr>
            <w:tcW w:w="740" w:type="pct"/>
            <w:vAlign w:val="center"/>
          </w:tcPr>
          <w:p w14:paraId="352FC3C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-1.886738</w:t>
            </w:r>
          </w:p>
        </w:tc>
        <w:tc>
          <w:tcPr>
            <w:tcW w:w="244" w:type="pct"/>
            <w:vAlign w:val="center"/>
          </w:tcPr>
          <w:p w14:paraId="0476871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5229DA2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-0.526583</w:t>
            </w:r>
          </w:p>
        </w:tc>
        <w:tc>
          <w:tcPr>
            <w:tcW w:w="740" w:type="pct"/>
            <w:vAlign w:val="center"/>
          </w:tcPr>
          <w:p w14:paraId="2AA388C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-2.609759</w:t>
            </w:r>
          </w:p>
        </w:tc>
        <w:tc>
          <w:tcPr>
            <w:tcW w:w="740" w:type="pct"/>
            <w:vAlign w:val="center"/>
          </w:tcPr>
          <w:p w14:paraId="5EC2F60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-2.320722</w:t>
            </w:r>
          </w:p>
        </w:tc>
      </w:tr>
      <w:tr w:rsidR="00497B11" w:rsidRPr="00293828" w14:paraId="65667AFA" w14:textId="77777777" w:rsidTr="009D45BD">
        <w:tc>
          <w:tcPr>
            <w:tcW w:w="244" w:type="pct"/>
            <w:vAlign w:val="center"/>
          </w:tcPr>
          <w:p w14:paraId="47A82D8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19E73ED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1.700174</w:t>
            </w:r>
          </w:p>
        </w:tc>
        <w:tc>
          <w:tcPr>
            <w:tcW w:w="740" w:type="pct"/>
            <w:vAlign w:val="center"/>
          </w:tcPr>
          <w:p w14:paraId="576219F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-0.565530</w:t>
            </w:r>
          </w:p>
        </w:tc>
        <w:tc>
          <w:tcPr>
            <w:tcW w:w="740" w:type="pct"/>
            <w:vAlign w:val="center"/>
          </w:tcPr>
          <w:p w14:paraId="698BE9F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-2.448805</w:t>
            </w:r>
          </w:p>
        </w:tc>
        <w:tc>
          <w:tcPr>
            <w:tcW w:w="244" w:type="pct"/>
            <w:vAlign w:val="center"/>
          </w:tcPr>
          <w:p w14:paraId="379C31A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7E2A9E7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0.588850</w:t>
            </w:r>
          </w:p>
        </w:tc>
        <w:tc>
          <w:tcPr>
            <w:tcW w:w="740" w:type="pct"/>
            <w:vAlign w:val="center"/>
          </w:tcPr>
          <w:p w14:paraId="440E85F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-3.469533</w:t>
            </w:r>
          </w:p>
        </w:tc>
        <w:tc>
          <w:tcPr>
            <w:tcW w:w="740" w:type="pct"/>
            <w:vAlign w:val="center"/>
          </w:tcPr>
          <w:p w14:paraId="7C37027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-1.210963</w:t>
            </w:r>
          </w:p>
        </w:tc>
      </w:tr>
      <w:tr w:rsidR="00497B11" w:rsidRPr="00293828" w14:paraId="7DB603AE" w14:textId="77777777" w:rsidTr="009D45BD">
        <w:tc>
          <w:tcPr>
            <w:tcW w:w="244" w:type="pct"/>
            <w:vAlign w:val="center"/>
          </w:tcPr>
          <w:p w14:paraId="2788AA7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40FFF19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0.587076</w:t>
            </w:r>
          </w:p>
        </w:tc>
        <w:tc>
          <w:tcPr>
            <w:tcW w:w="740" w:type="pct"/>
            <w:vAlign w:val="center"/>
          </w:tcPr>
          <w:p w14:paraId="35E50D3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-0.150859</w:t>
            </w:r>
          </w:p>
        </w:tc>
        <w:tc>
          <w:tcPr>
            <w:tcW w:w="740" w:type="pct"/>
            <w:vAlign w:val="center"/>
          </w:tcPr>
          <w:p w14:paraId="2F3805F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-1.444614</w:t>
            </w:r>
          </w:p>
        </w:tc>
        <w:tc>
          <w:tcPr>
            <w:tcW w:w="244" w:type="pct"/>
            <w:vAlign w:val="center"/>
          </w:tcPr>
          <w:p w14:paraId="134A980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2FB7D5B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4.077004</w:t>
            </w:r>
          </w:p>
        </w:tc>
        <w:tc>
          <w:tcPr>
            <w:tcW w:w="740" w:type="pct"/>
            <w:vAlign w:val="center"/>
          </w:tcPr>
          <w:p w14:paraId="3A8F4AD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1.473786</w:t>
            </w:r>
          </w:p>
        </w:tc>
        <w:tc>
          <w:tcPr>
            <w:tcW w:w="740" w:type="pct"/>
            <w:vAlign w:val="center"/>
          </w:tcPr>
          <w:p w14:paraId="2635EC4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0.067251</w:t>
            </w:r>
          </w:p>
        </w:tc>
      </w:tr>
      <w:tr w:rsidR="00497B11" w:rsidRPr="00293828" w14:paraId="326D0CF8" w14:textId="77777777" w:rsidTr="009D45BD">
        <w:tc>
          <w:tcPr>
            <w:tcW w:w="244" w:type="pct"/>
            <w:vAlign w:val="center"/>
          </w:tcPr>
          <w:p w14:paraId="4AB82AA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164895F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1.230185</w:t>
            </w:r>
          </w:p>
        </w:tc>
        <w:tc>
          <w:tcPr>
            <w:tcW w:w="740" w:type="pct"/>
            <w:vAlign w:val="center"/>
          </w:tcPr>
          <w:p w14:paraId="79AD198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0.742836</w:t>
            </w:r>
          </w:p>
        </w:tc>
        <w:tc>
          <w:tcPr>
            <w:tcW w:w="740" w:type="pct"/>
            <w:vAlign w:val="center"/>
          </w:tcPr>
          <w:p w14:paraId="00B8A41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-0.372386</w:t>
            </w:r>
          </w:p>
        </w:tc>
        <w:tc>
          <w:tcPr>
            <w:tcW w:w="244" w:type="pct"/>
            <w:vAlign w:val="center"/>
          </w:tcPr>
          <w:p w14:paraId="467ABBD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6D84687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-8.496618</w:t>
            </w:r>
          </w:p>
        </w:tc>
        <w:tc>
          <w:tcPr>
            <w:tcW w:w="740" w:type="pct"/>
            <w:vAlign w:val="center"/>
          </w:tcPr>
          <w:p w14:paraId="0BA8883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-1.152366</w:t>
            </w:r>
          </w:p>
        </w:tc>
        <w:tc>
          <w:tcPr>
            <w:tcW w:w="740" w:type="pct"/>
            <w:vAlign w:val="center"/>
          </w:tcPr>
          <w:p w14:paraId="5B7F019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-0.768319</w:t>
            </w:r>
          </w:p>
        </w:tc>
      </w:tr>
      <w:tr w:rsidR="00497B11" w:rsidRPr="00293828" w14:paraId="7FEF1FEA" w14:textId="77777777" w:rsidTr="009D45BD">
        <w:tc>
          <w:tcPr>
            <w:tcW w:w="244" w:type="pct"/>
            <w:vAlign w:val="center"/>
          </w:tcPr>
          <w:p w14:paraId="1C975D6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75E669E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1.062265</w:t>
            </w:r>
          </w:p>
        </w:tc>
        <w:tc>
          <w:tcPr>
            <w:tcW w:w="740" w:type="pct"/>
            <w:vAlign w:val="center"/>
          </w:tcPr>
          <w:p w14:paraId="2379423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-1.472005</w:t>
            </w:r>
          </w:p>
        </w:tc>
        <w:tc>
          <w:tcPr>
            <w:tcW w:w="740" w:type="pct"/>
            <w:vAlign w:val="center"/>
          </w:tcPr>
          <w:p w14:paraId="7DEF2C7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0.525956</w:t>
            </w:r>
          </w:p>
        </w:tc>
        <w:tc>
          <w:tcPr>
            <w:tcW w:w="244" w:type="pct"/>
            <w:vAlign w:val="center"/>
          </w:tcPr>
          <w:p w14:paraId="5B890F2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3416D07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-1.153463</w:t>
            </w:r>
          </w:p>
        </w:tc>
        <w:tc>
          <w:tcPr>
            <w:tcW w:w="740" w:type="pct"/>
            <w:vAlign w:val="center"/>
          </w:tcPr>
          <w:p w14:paraId="6A49214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-3.476805</w:t>
            </w:r>
          </w:p>
        </w:tc>
        <w:tc>
          <w:tcPr>
            <w:tcW w:w="740" w:type="pct"/>
            <w:vAlign w:val="center"/>
          </w:tcPr>
          <w:p w14:paraId="128E80C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0.557045</w:t>
            </w:r>
          </w:p>
        </w:tc>
      </w:tr>
      <w:tr w:rsidR="00497B11" w:rsidRPr="00293828" w14:paraId="1D73F69A" w14:textId="77777777" w:rsidTr="009D45BD">
        <w:tc>
          <w:tcPr>
            <w:tcW w:w="244" w:type="pct"/>
            <w:vAlign w:val="center"/>
          </w:tcPr>
          <w:p w14:paraId="13A85B1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3CBBE17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0.065042</w:t>
            </w:r>
          </w:p>
        </w:tc>
        <w:tc>
          <w:tcPr>
            <w:tcW w:w="740" w:type="pct"/>
            <w:vAlign w:val="center"/>
          </w:tcPr>
          <w:p w14:paraId="0EC5771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-1.354268</w:t>
            </w:r>
          </w:p>
        </w:tc>
        <w:tc>
          <w:tcPr>
            <w:tcW w:w="740" w:type="pct"/>
            <w:vAlign w:val="center"/>
          </w:tcPr>
          <w:p w14:paraId="48764D3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-0.625778</w:t>
            </w:r>
          </w:p>
        </w:tc>
        <w:tc>
          <w:tcPr>
            <w:tcW w:w="244" w:type="pct"/>
            <w:vAlign w:val="center"/>
          </w:tcPr>
          <w:p w14:paraId="7D7C7EE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2C1E75C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-2.331744</w:t>
            </w:r>
          </w:p>
        </w:tc>
        <w:tc>
          <w:tcPr>
            <w:tcW w:w="740" w:type="pct"/>
            <w:vAlign w:val="center"/>
          </w:tcPr>
          <w:p w14:paraId="279872B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-3.338992</w:t>
            </w:r>
          </w:p>
        </w:tc>
        <w:tc>
          <w:tcPr>
            <w:tcW w:w="740" w:type="pct"/>
            <w:vAlign w:val="center"/>
          </w:tcPr>
          <w:p w14:paraId="1E7584C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-0.787981</w:t>
            </w:r>
          </w:p>
        </w:tc>
      </w:tr>
      <w:tr w:rsidR="00497B11" w:rsidRPr="00293828" w14:paraId="686D71E6" w14:textId="77777777" w:rsidTr="009D45BD">
        <w:tc>
          <w:tcPr>
            <w:tcW w:w="244" w:type="pct"/>
            <w:vAlign w:val="center"/>
          </w:tcPr>
          <w:p w14:paraId="04C834C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0F9DB76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-0.215007</w:t>
            </w:r>
          </w:p>
        </w:tc>
        <w:tc>
          <w:tcPr>
            <w:tcW w:w="740" w:type="pct"/>
            <w:vAlign w:val="center"/>
          </w:tcPr>
          <w:p w14:paraId="3091764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-2.732344</w:t>
            </w:r>
          </w:p>
        </w:tc>
        <w:tc>
          <w:tcPr>
            <w:tcW w:w="740" w:type="pct"/>
            <w:vAlign w:val="center"/>
          </w:tcPr>
          <w:p w14:paraId="5772904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-1.281643</w:t>
            </w:r>
          </w:p>
        </w:tc>
        <w:tc>
          <w:tcPr>
            <w:tcW w:w="244" w:type="pct"/>
            <w:vAlign w:val="center"/>
          </w:tcPr>
          <w:p w14:paraId="6115C68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1B6D7DD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8.319360</w:t>
            </w:r>
          </w:p>
        </w:tc>
        <w:tc>
          <w:tcPr>
            <w:tcW w:w="740" w:type="pct"/>
            <w:vAlign w:val="center"/>
          </w:tcPr>
          <w:p w14:paraId="52804F7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-1.749718</w:t>
            </w:r>
          </w:p>
        </w:tc>
        <w:tc>
          <w:tcPr>
            <w:tcW w:w="740" w:type="pct"/>
            <w:vAlign w:val="center"/>
          </w:tcPr>
          <w:p w14:paraId="1F750C8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0.748552</w:t>
            </w:r>
          </w:p>
        </w:tc>
      </w:tr>
      <w:tr w:rsidR="00497B11" w:rsidRPr="00293828" w14:paraId="6CCCDD68" w14:textId="77777777" w:rsidTr="009D45BD">
        <w:tc>
          <w:tcPr>
            <w:tcW w:w="244" w:type="pct"/>
            <w:vAlign w:val="center"/>
          </w:tcPr>
          <w:p w14:paraId="49B777D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1E7E6E6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8.109822</w:t>
            </w:r>
          </w:p>
        </w:tc>
        <w:tc>
          <w:tcPr>
            <w:tcW w:w="740" w:type="pct"/>
            <w:vAlign w:val="center"/>
          </w:tcPr>
          <w:p w14:paraId="735DDDF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-0.145265</w:t>
            </w:r>
          </w:p>
        </w:tc>
        <w:tc>
          <w:tcPr>
            <w:tcW w:w="740" w:type="pct"/>
            <w:vAlign w:val="center"/>
          </w:tcPr>
          <w:p w14:paraId="731A808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-1.391935</w:t>
            </w:r>
          </w:p>
        </w:tc>
        <w:tc>
          <w:tcPr>
            <w:tcW w:w="244" w:type="pct"/>
            <w:vAlign w:val="center"/>
          </w:tcPr>
          <w:p w14:paraId="5AC10B9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3AE760C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8.762232</w:t>
            </w:r>
          </w:p>
        </w:tc>
        <w:tc>
          <w:tcPr>
            <w:tcW w:w="740" w:type="pct"/>
            <w:vAlign w:val="center"/>
          </w:tcPr>
          <w:p w14:paraId="5978647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-0.128666</w:t>
            </w:r>
          </w:p>
        </w:tc>
        <w:tc>
          <w:tcPr>
            <w:tcW w:w="740" w:type="pct"/>
            <w:vAlign w:val="center"/>
          </w:tcPr>
          <w:p w14:paraId="7AB42A6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1.290256</w:t>
            </w:r>
          </w:p>
        </w:tc>
      </w:tr>
      <w:tr w:rsidR="00497B11" w:rsidRPr="00293828" w14:paraId="3F099598" w14:textId="77777777" w:rsidTr="009D45BD">
        <w:tc>
          <w:tcPr>
            <w:tcW w:w="244" w:type="pct"/>
            <w:vAlign w:val="center"/>
          </w:tcPr>
          <w:p w14:paraId="0A56CD0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3F035A5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7.919190</w:t>
            </w:r>
          </w:p>
        </w:tc>
        <w:tc>
          <w:tcPr>
            <w:tcW w:w="740" w:type="pct"/>
            <w:vAlign w:val="center"/>
          </w:tcPr>
          <w:p w14:paraId="7EAD46D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-0.768781</w:t>
            </w:r>
          </w:p>
        </w:tc>
        <w:tc>
          <w:tcPr>
            <w:tcW w:w="740" w:type="pct"/>
            <w:vAlign w:val="center"/>
          </w:tcPr>
          <w:p w14:paraId="5883AFB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1.016722</w:t>
            </w:r>
          </w:p>
        </w:tc>
        <w:tc>
          <w:tcPr>
            <w:tcW w:w="244" w:type="pct"/>
            <w:vAlign w:val="center"/>
          </w:tcPr>
          <w:p w14:paraId="4EFA262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6D9671F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7.298824</w:t>
            </w:r>
          </w:p>
        </w:tc>
        <w:tc>
          <w:tcPr>
            <w:tcW w:w="740" w:type="pct"/>
            <w:vAlign w:val="center"/>
          </w:tcPr>
          <w:p w14:paraId="3FA0169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-0.905080</w:t>
            </w:r>
          </w:p>
        </w:tc>
        <w:tc>
          <w:tcPr>
            <w:tcW w:w="740" w:type="pct"/>
            <w:vAlign w:val="center"/>
          </w:tcPr>
          <w:p w14:paraId="7B8F2EF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1.903137</w:t>
            </w:r>
          </w:p>
        </w:tc>
      </w:tr>
      <w:tr w:rsidR="00497B11" w:rsidRPr="00293828" w14:paraId="63A8329C" w14:textId="77777777" w:rsidTr="009D45BD">
        <w:tc>
          <w:tcPr>
            <w:tcW w:w="244" w:type="pct"/>
            <w:vAlign w:val="center"/>
          </w:tcPr>
          <w:p w14:paraId="6DBCB65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7BAD1F4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4.763926</w:t>
            </w:r>
          </w:p>
        </w:tc>
        <w:tc>
          <w:tcPr>
            <w:tcW w:w="740" w:type="pct"/>
            <w:vAlign w:val="center"/>
          </w:tcPr>
          <w:p w14:paraId="3B9676D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-1.663661</w:t>
            </w:r>
          </w:p>
        </w:tc>
        <w:tc>
          <w:tcPr>
            <w:tcW w:w="740" w:type="pct"/>
            <w:vAlign w:val="center"/>
          </w:tcPr>
          <w:p w14:paraId="165A9E1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1.410618</w:t>
            </w:r>
          </w:p>
        </w:tc>
        <w:tc>
          <w:tcPr>
            <w:tcW w:w="244" w:type="pct"/>
            <w:vAlign w:val="center"/>
          </w:tcPr>
          <w:p w14:paraId="2D6F3C0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1F5EE5C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-0.223549</w:t>
            </w:r>
          </w:p>
        </w:tc>
        <w:tc>
          <w:tcPr>
            <w:tcW w:w="740" w:type="pct"/>
            <w:vAlign w:val="center"/>
          </w:tcPr>
          <w:p w14:paraId="16A2128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0.357196</w:t>
            </w:r>
          </w:p>
        </w:tc>
        <w:tc>
          <w:tcPr>
            <w:tcW w:w="740" w:type="pct"/>
            <w:vAlign w:val="center"/>
          </w:tcPr>
          <w:p w14:paraId="62AEB6D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-1.969613</w:t>
            </w:r>
          </w:p>
        </w:tc>
      </w:tr>
      <w:tr w:rsidR="00497B11" w:rsidRPr="00293828" w14:paraId="1D34EA7B" w14:textId="77777777" w:rsidTr="009D45BD">
        <w:tc>
          <w:tcPr>
            <w:tcW w:w="244" w:type="pct"/>
            <w:vAlign w:val="center"/>
          </w:tcPr>
          <w:p w14:paraId="46AA7DD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15AA5B8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8.422181</w:t>
            </w:r>
          </w:p>
        </w:tc>
        <w:tc>
          <w:tcPr>
            <w:tcW w:w="740" w:type="pct"/>
            <w:vAlign w:val="center"/>
          </w:tcPr>
          <w:p w14:paraId="4386FDC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3.025620</w:t>
            </w:r>
          </w:p>
        </w:tc>
        <w:tc>
          <w:tcPr>
            <w:tcW w:w="740" w:type="pct"/>
            <w:vAlign w:val="center"/>
          </w:tcPr>
          <w:p w14:paraId="2CC26EB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-0.339648</w:t>
            </w:r>
          </w:p>
        </w:tc>
        <w:tc>
          <w:tcPr>
            <w:tcW w:w="244" w:type="pct"/>
            <w:vAlign w:val="center"/>
          </w:tcPr>
          <w:p w14:paraId="3A1D6D5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15F98CA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-5.004007</w:t>
            </w:r>
          </w:p>
        </w:tc>
        <w:tc>
          <w:tcPr>
            <w:tcW w:w="740" w:type="pct"/>
            <w:vAlign w:val="center"/>
          </w:tcPr>
          <w:p w14:paraId="2195FD3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0.103348</w:t>
            </w:r>
          </w:p>
        </w:tc>
        <w:tc>
          <w:tcPr>
            <w:tcW w:w="740" w:type="pct"/>
            <w:vAlign w:val="center"/>
          </w:tcPr>
          <w:p w14:paraId="1221292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-2.248039</w:t>
            </w:r>
          </w:p>
        </w:tc>
      </w:tr>
      <w:tr w:rsidR="00497B11" w:rsidRPr="00293828" w14:paraId="65830A55" w14:textId="77777777" w:rsidTr="009D45BD">
        <w:tc>
          <w:tcPr>
            <w:tcW w:w="244" w:type="pct"/>
            <w:vAlign w:val="center"/>
          </w:tcPr>
          <w:p w14:paraId="1214295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C</w:t>
            </w:r>
          </w:p>
        </w:tc>
        <w:tc>
          <w:tcPr>
            <w:tcW w:w="740" w:type="pct"/>
            <w:vAlign w:val="center"/>
          </w:tcPr>
          <w:p w14:paraId="2A8261A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9.669336</w:t>
            </w:r>
          </w:p>
        </w:tc>
        <w:tc>
          <w:tcPr>
            <w:tcW w:w="740" w:type="pct"/>
            <w:vAlign w:val="center"/>
          </w:tcPr>
          <w:p w14:paraId="66E8C08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3.680315</w:t>
            </w:r>
          </w:p>
        </w:tc>
        <w:tc>
          <w:tcPr>
            <w:tcW w:w="740" w:type="pct"/>
            <w:vAlign w:val="center"/>
          </w:tcPr>
          <w:p w14:paraId="0A2E966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0.200286</w:t>
            </w:r>
          </w:p>
        </w:tc>
        <w:tc>
          <w:tcPr>
            <w:tcW w:w="244" w:type="pct"/>
            <w:vAlign w:val="center"/>
          </w:tcPr>
          <w:p w14:paraId="384C5FA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64FD938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-6.239930</w:t>
            </w:r>
          </w:p>
        </w:tc>
        <w:tc>
          <w:tcPr>
            <w:tcW w:w="740" w:type="pct"/>
            <w:vAlign w:val="center"/>
          </w:tcPr>
          <w:p w14:paraId="6F10AAE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1.370783</w:t>
            </w:r>
          </w:p>
        </w:tc>
        <w:tc>
          <w:tcPr>
            <w:tcW w:w="740" w:type="pct"/>
            <w:vAlign w:val="center"/>
          </w:tcPr>
          <w:p w14:paraId="6D79677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-2.199043</w:t>
            </w:r>
          </w:p>
        </w:tc>
      </w:tr>
      <w:tr w:rsidR="00497B11" w:rsidRPr="00293828" w14:paraId="72F1E993" w14:textId="77777777" w:rsidTr="009D45BD">
        <w:tc>
          <w:tcPr>
            <w:tcW w:w="244" w:type="pct"/>
            <w:vAlign w:val="center"/>
          </w:tcPr>
          <w:p w14:paraId="6F30517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40" w:type="pct"/>
            <w:vAlign w:val="center"/>
          </w:tcPr>
          <w:p w14:paraId="2BB151D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-6.931263</w:t>
            </w:r>
          </w:p>
        </w:tc>
        <w:tc>
          <w:tcPr>
            <w:tcW w:w="740" w:type="pct"/>
            <w:vAlign w:val="center"/>
          </w:tcPr>
          <w:p w14:paraId="4C9D6D4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-0.552441</w:t>
            </w:r>
          </w:p>
        </w:tc>
        <w:tc>
          <w:tcPr>
            <w:tcW w:w="740" w:type="pct"/>
            <w:vAlign w:val="center"/>
          </w:tcPr>
          <w:p w14:paraId="4E757A1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-1.895865</w:t>
            </w:r>
          </w:p>
        </w:tc>
        <w:tc>
          <w:tcPr>
            <w:tcW w:w="244" w:type="pct"/>
            <w:vAlign w:val="center"/>
          </w:tcPr>
          <w:p w14:paraId="0BDA44B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4F89D67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-8.222241</w:t>
            </w:r>
          </w:p>
        </w:tc>
        <w:tc>
          <w:tcPr>
            <w:tcW w:w="740" w:type="pct"/>
            <w:vAlign w:val="center"/>
          </w:tcPr>
          <w:p w14:paraId="75F5C52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1.889044</w:t>
            </w:r>
          </w:p>
        </w:tc>
        <w:tc>
          <w:tcPr>
            <w:tcW w:w="740" w:type="pct"/>
            <w:vAlign w:val="center"/>
          </w:tcPr>
          <w:p w14:paraId="709A851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-1.655388</w:t>
            </w:r>
          </w:p>
        </w:tc>
      </w:tr>
      <w:tr w:rsidR="00497B11" w:rsidRPr="00293828" w14:paraId="722A6208" w14:textId="77777777" w:rsidTr="009D45BD">
        <w:tc>
          <w:tcPr>
            <w:tcW w:w="244" w:type="pct"/>
            <w:vAlign w:val="center"/>
          </w:tcPr>
          <w:p w14:paraId="459A9B3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40" w:type="pct"/>
            <w:vAlign w:val="center"/>
          </w:tcPr>
          <w:p w14:paraId="5741A60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5.567360</w:t>
            </w:r>
          </w:p>
        </w:tc>
        <w:tc>
          <w:tcPr>
            <w:tcW w:w="740" w:type="pct"/>
            <w:vAlign w:val="center"/>
          </w:tcPr>
          <w:p w14:paraId="0C8C6AD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-2.711061</w:t>
            </w:r>
          </w:p>
        </w:tc>
        <w:tc>
          <w:tcPr>
            <w:tcW w:w="740" w:type="pct"/>
            <w:vAlign w:val="center"/>
          </w:tcPr>
          <w:p w14:paraId="01EA6D7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0.842568</w:t>
            </w:r>
          </w:p>
        </w:tc>
        <w:tc>
          <w:tcPr>
            <w:tcW w:w="244" w:type="pct"/>
            <w:vAlign w:val="center"/>
          </w:tcPr>
          <w:p w14:paraId="1976B8D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7A9DC99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-9.450865</w:t>
            </w:r>
          </w:p>
        </w:tc>
        <w:tc>
          <w:tcPr>
            <w:tcW w:w="740" w:type="pct"/>
            <w:vAlign w:val="center"/>
          </w:tcPr>
          <w:p w14:paraId="124B097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0.691147</w:t>
            </w:r>
          </w:p>
        </w:tc>
        <w:tc>
          <w:tcPr>
            <w:tcW w:w="740" w:type="pct"/>
            <w:vAlign w:val="center"/>
          </w:tcPr>
          <w:p w14:paraId="63B6AD7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-1.273663</w:t>
            </w:r>
          </w:p>
        </w:tc>
      </w:tr>
      <w:tr w:rsidR="00497B11" w:rsidRPr="00293828" w14:paraId="47C97CBA" w14:textId="77777777" w:rsidTr="009D45BD">
        <w:tc>
          <w:tcPr>
            <w:tcW w:w="244" w:type="pct"/>
            <w:vAlign w:val="center"/>
          </w:tcPr>
          <w:p w14:paraId="5EFFD40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40" w:type="pct"/>
            <w:vAlign w:val="center"/>
          </w:tcPr>
          <w:p w14:paraId="1774F10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-6.810180</w:t>
            </w:r>
          </w:p>
        </w:tc>
        <w:tc>
          <w:tcPr>
            <w:tcW w:w="740" w:type="pct"/>
            <w:vAlign w:val="center"/>
          </w:tcPr>
          <w:p w14:paraId="7C4F31A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-2.201732</w:t>
            </w:r>
          </w:p>
        </w:tc>
        <w:tc>
          <w:tcPr>
            <w:tcW w:w="740" w:type="pct"/>
            <w:vAlign w:val="center"/>
          </w:tcPr>
          <w:p w14:paraId="053159B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-0.244722</w:t>
            </w:r>
          </w:p>
        </w:tc>
        <w:tc>
          <w:tcPr>
            <w:tcW w:w="244" w:type="pct"/>
            <w:vAlign w:val="center"/>
          </w:tcPr>
          <w:p w14:paraId="514ABCC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3B392A8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-9.633854</w:t>
            </w:r>
          </w:p>
        </w:tc>
        <w:tc>
          <w:tcPr>
            <w:tcW w:w="740" w:type="pct"/>
            <w:vAlign w:val="center"/>
          </w:tcPr>
          <w:p w14:paraId="1B228AF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2.348299</w:t>
            </w:r>
          </w:p>
        </w:tc>
        <w:tc>
          <w:tcPr>
            <w:tcW w:w="740" w:type="pct"/>
            <w:vAlign w:val="center"/>
          </w:tcPr>
          <w:p w14:paraId="173AD9F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-0.700028</w:t>
            </w:r>
          </w:p>
        </w:tc>
      </w:tr>
      <w:tr w:rsidR="00497B11" w:rsidRPr="00293828" w14:paraId="6B63309F" w14:textId="77777777" w:rsidTr="009D45BD">
        <w:tc>
          <w:tcPr>
            <w:tcW w:w="244" w:type="pct"/>
            <w:vAlign w:val="center"/>
          </w:tcPr>
          <w:p w14:paraId="17C2BFC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40" w:type="pct"/>
            <w:vAlign w:val="center"/>
          </w:tcPr>
          <w:p w14:paraId="2544888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3.817926</w:t>
            </w:r>
          </w:p>
        </w:tc>
        <w:tc>
          <w:tcPr>
            <w:tcW w:w="740" w:type="pct"/>
            <w:vAlign w:val="center"/>
          </w:tcPr>
          <w:p w14:paraId="51360B8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-0.985941</w:t>
            </w:r>
          </w:p>
        </w:tc>
        <w:tc>
          <w:tcPr>
            <w:tcW w:w="740" w:type="pct"/>
            <w:vAlign w:val="center"/>
          </w:tcPr>
          <w:p w14:paraId="21649F7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-2.503663</w:t>
            </w:r>
          </w:p>
        </w:tc>
        <w:tc>
          <w:tcPr>
            <w:tcW w:w="244" w:type="pct"/>
            <w:vAlign w:val="center"/>
          </w:tcPr>
          <w:p w14:paraId="2C459FB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060E393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-10.081180</w:t>
            </w:r>
          </w:p>
        </w:tc>
        <w:tc>
          <w:tcPr>
            <w:tcW w:w="740" w:type="pct"/>
            <w:vAlign w:val="center"/>
          </w:tcPr>
          <w:p w14:paraId="6AB653E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1.406114</w:t>
            </w:r>
          </w:p>
        </w:tc>
        <w:tc>
          <w:tcPr>
            <w:tcW w:w="740" w:type="pct"/>
            <w:vAlign w:val="center"/>
          </w:tcPr>
          <w:p w14:paraId="6FBE1CC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1.544588</w:t>
            </w:r>
          </w:p>
        </w:tc>
      </w:tr>
      <w:tr w:rsidR="00497B11" w:rsidRPr="00293828" w14:paraId="7ABA07A8" w14:textId="77777777" w:rsidTr="009D45BD">
        <w:tc>
          <w:tcPr>
            <w:tcW w:w="244" w:type="pct"/>
            <w:vAlign w:val="center"/>
          </w:tcPr>
          <w:p w14:paraId="574D294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40" w:type="pct"/>
            <w:vAlign w:val="center"/>
          </w:tcPr>
          <w:p w14:paraId="4635DA8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-5.449708</w:t>
            </w:r>
          </w:p>
        </w:tc>
        <w:tc>
          <w:tcPr>
            <w:tcW w:w="740" w:type="pct"/>
            <w:vAlign w:val="center"/>
          </w:tcPr>
          <w:p w14:paraId="1B0CE39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-1.625511</w:t>
            </w:r>
          </w:p>
        </w:tc>
        <w:tc>
          <w:tcPr>
            <w:tcW w:w="740" w:type="pct"/>
            <w:vAlign w:val="center"/>
          </w:tcPr>
          <w:p w14:paraId="5884692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2.091514</w:t>
            </w:r>
          </w:p>
        </w:tc>
        <w:tc>
          <w:tcPr>
            <w:tcW w:w="244" w:type="pct"/>
            <w:vAlign w:val="center"/>
          </w:tcPr>
          <w:p w14:paraId="6AC1FD3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2F1B115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-9.702714</w:t>
            </w:r>
          </w:p>
        </w:tc>
        <w:tc>
          <w:tcPr>
            <w:tcW w:w="740" w:type="pct"/>
            <w:vAlign w:val="center"/>
          </w:tcPr>
          <w:p w14:paraId="3C75674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-0.257465</w:t>
            </w:r>
          </w:p>
        </w:tc>
        <w:tc>
          <w:tcPr>
            <w:tcW w:w="740" w:type="pct"/>
            <w:vAlign w:val="center"/>
          </w:tcPr>
          <w:p w14:paraId="7F08413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1.077136</w:t>
            </w:r>
          </w:p>
        </w:tc>
      </w:tr>
      <w:tr w:rsidR="00497B11" w:rsidRPr="00293828" w14:paraId="31081D77" w14:textId="77777777" w:rsidTr="009D45BD">
        <w:tc>
          <w:tcPr>
            <w:tcW w:w="244" w:type="pct"/>
            <w:vAlign w:val="center"/>
          </w:tcPr>
          <w:p w14:paraId="4DC4B8D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40" w:type="pct"/>
            <w:vAlign w:val="center"/>
          </w:tcPr>
          <w:p w14:paraId="0EF3A68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-4.294857</w:t>
            </w:r>
          </w:p>
        </w:tc>
        <w:tc>
          <w:tcPr>
            <w:tcW w:w="740" w:type="pct"/>
            <w:vAlign w:val="center"/>
          </w:tcPr>
          <w:p w14:paraId="3447AEF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2.516565</w:t>
            </w:r>
          </w:p>
        </w:tc>
        <w:tc>
          <w:tcPr>
            <w:tcW w:w="740" w:type="pct"/>
            <w:vAlign w:val="center"/>
          </w:tcPr>
          <w:p w14:paraId="3D10A04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-0.717759</w:t>
            </w:r>
          </w:p>
        </w:tc>
        <w:tc>
          <w:tcPr>
            <w:tcW w:w="244" w:type="pct"/>
            <w:vAlign w:val="center"/>
          </w:tcPr>
          <w:p w14:paraId="41E1E6D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1261832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-8.837319</w:t>
            </w:r>
          </w:p>
        </w:tc>
        <w:tc>
          <w:tcPr>
            <w:tcW w:w="740" w:type="pct"/>
            <w:vAlign w:val="center"/>
          </w:tcPr>
          <w:p w14:paraId="41F20A3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0.496978</w:t>
            </w:r>
          </w:p>
        </w:tc>
        <w:tc>
          <w:tcPr>
            <w:tcW w:w="740" w:type="pct"/>
            <w:vAlign w:val="center"/>
          </w:tcPr>
          <w:p w14:paraId="7D7FF5D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2.424912</w:t>
            </w:r>
          </w:p>
        </w:tc>
      </w:tr>
      <w:tr w:rsidR="00497B11" w:rsidRPr="00293828" w14:paraId="76B85BDF" w14:textId="77777777" w:rsidTr="009D45BD">
        <w:tc>
          <w:tcPr>
            <w:tcW w:w="244" w:type="pct"/>
            <w:vAlign w:val="center"/>
          </w:tcPr>
          <w:p w14:paraId="1F5F339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40" w:type="pct"/>
            <w:vAlign w:val="center"/>
          </w:tcPr>
          <w:p w14:paraId="224A63F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-4.574700</w:t>
            </w:r>
          </w:p>
        </w:tc>
        <w:tc>
          <w:tcPr>
            <w:tcW w:w="740" w:type="pct"/>
            <w:vAlign w:val="center"/>
          </w:tcPr>
          <w:p w14:paraId="1AEA0B9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-1.220022</w:t>
            </w:r>
          </w:p>
        </w:tc>
        <w:tc>
          <w:tcPr>
            <w:tcW w:w="740" w:type="pct"/>
            <w:vAlign w:val="center"/>
          </w:tcPr>
          <w:p w14:paraId="1FCA97C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-0.390437</w:t>
            </w:r>
          </w:p>
        </w:tc>
        <w:tc>
          <w:tcPr>
            <w:tcW w:w="244" w:type="pct"/>
            <w:vAlign w:val="center"/>
          </w:tcPr>
          <w:p w14:paraId="3A2DD94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812" w:type="pct"/>
            <w:vAlign w:val="center"/>
          </w:tcPr>
          <w:p w14:paraId="0BF4674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-2.362878</w:t>
            </w:r>
          </w:p>
        </w:tc>
        <w:tc>
          <w:tcPr>
            <w:tcW w:w="740" w:type="pct"/>
            <w:vAlign w:val="center"/>
          </w:tcPr>
          <w:p w14:paraId="3A2B18B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2.094831</w:t>
            </w:r>
          </w:p>
        </w:tc>
        <w:tc>
          <w:tcPr>
            <w:tcW w:w="740" w:type="pct"/>
            <w:vAlign w:val="center"/>
          </w:tcPr>
          <w:p w14:paraId="2260CD8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-1.721782</w:t>
            </w:r>
          </w:p>
        </w:tc>
      </w:tr>
      <w:tr w:rsidR="00497B11" w:rsidRPr="00293828" w14:paraId="2ED2204C" w14:textId="77777777" w:rsidTr="009D45BD">
        <w:tc>
          <w:tcPr>
            <w:tcW w:w="244" w:type="pct"/>
            <w:vAlign w:val="center"/>
          </w:tcPr>
          <w:p w14:paraId="19A978F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40" w:type="pct"/>
            <w:vAlign w:val="center"/>
          </w:tcPr>
          <w:p w14:paraId="1591840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3.134772</w:t>
            </w:r>
          </w:p>
        </w:tc>
        <w:tc>
          <w:tcPr>
            <w:tcW w:w="740" w:type="pct"/>
            <w:vAlign w:val="center"/>
          </w:tcPr>
          <w:p w14:paraId="0A81D4A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-1.968392</w:t>
            </w:r>
          </w:p>
        </w:tc>
        <w:tc>
          <w:tcPr>
            <w:tcW w:w="740" w:type="pct"/>
            <w:vAlign w:val="center"/>
          </w:tcPr>
          <w:p w14:paraId="31C8170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-0.460904</w:t>
            </w:r>
          </w:p>
        </w:tc>
        <w:tc>
          <w:tcPr>
            <w:tcW w:w="244" w:type="pct"/>
            <w:vAlign w:val="center"/>
          </w:tcPr>
          <w:p w14:paraId="642789B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812" w:type="pct"/>
            <w:vAlign w:val="center"/>
          </w:tcPr>
          <w:p w14:paraId="5BDBBB4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1.555995</w:t>
            </w:r>
          </w:p>
        </w:tc>
        <w:tc>
          <w:tcPr>
            <w:tcW w:w="740" w:type="pct"/>
            <w:vAlign w:val="center"/>
          </w:tcPr>
          <w:p w14:paraId="17AB6AC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0.310124</w:t>
            </w:r>
          </w:p>
        </w:tc>
        <w:tc>
          <w:tcPr>
            <w:tcW w:w="740" w:type="pct"/>
            <w:vAlign w:val="center"/>
          </w:tcPr>
          <w:p w14:paraId="262D318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2.695454</w:t>
            </w:r>
          </w:p>
        </w:tc>
      </w:tr>
      <w:tr w:rsidR="00497B11" w:rsidRPr="00293828" w14:paraId="4722280B" w14:textId="77777777" w:rsidTr="009D45BD">
        <w:tc>
          <w:tcPr>
            <w:tcW w:w="244" w:type="pct"/>
            <w:vAlign w:val="center"/>
          </w:tcPr>
          <w:p w14:paraId="4E2DE10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40" w:type="pct"/>
            <w:vAlign w:val="center"/>
          </w:tcPr>
          <w:p w14:paraId="511F503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-6.949313</w:t>
            </w:r>
          </w:p>
        </w:tc>
        <w:tc>
          <w:tcPr>
            <w:tcW w:w="740" w:type="pct"/>
            <w:vAlign w:val="center"/>
          </w:tcPr>
          <w:p w14:paraId="39562DE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-0.301469</w:t>
            </w:r>
          </w:p>
        </w:tc>
        <w:tc>
          <w:tcPr>
            <w:tcW w:w="740" w:type="pct"/>
            <w:vAlign w:val="center"/>
          </w:tcPr>
          <w:p w14:paraId="3A2C709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1.346322</w:t>
            </w:r>
          </w:p>
        </w:tc>
        <w:tc>
          <w:tcPr>
            <w:tcW w:w="244" w:type="pct"/>
            <w:vAlign w:val="center"/>
          </w:tcPr>
          <w:p w14:paraId="55E7C04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812" w:type="pct"/>
            <w:vAlign w:val="center"/>
          </w:tcPr>
          <w:p w14:paraId="36C8F7F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7.883824</w:t>
            </w:r>
          </w:p>
        </w:tc>
        <w:tc>
          <w:tcPr>
            <w:tcW w:w="740" w:type="pct"/>
            <w:vAlign w:val="center"/>
          </w:tcPr>
          <w:p w14:paraId="56DE1FE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3.297244</w:t>
            </w:r>
          </w:p>
        </w:tc>
        <w:tc>
          <w:tcPr>
            <w:tcW w:w="740" w:type="pct"/>
            <w:vAlign w:val="center"/>
          </w:tcPr>
          <w:p w14:paraId="227A412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-1.389138</w:t>
            </w:r>
          </w:p>
        </w:tc>
      </w:tr>
      <w:tr w:rsidR="00497B11" w:rsidRPr="00293828" w14:paraId="0457E49F" w14:textId="77777777" w:rsidTr="009D45BD">
        <w:tc>
          <w:tcPr>
            <w:tcW w:w="244" w:type="pct"/>
            <w:vAlign w:val="center"/>
          </w:tcPr>
          <w:p w14:paraId="046714A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740" w:type="pct"/>
            <w:vAlign w:val="center"/>
          </w:tcPr>
          <w:p w14:paraId="018FF84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5.647286</w:t>
            </w:r>
          </w:p>
        </w:tc>
        <w:tc>
          <w:tcPr>
            <w:tcW w:w="740" w:type="pct"/>
            <w:vAlign w:val="center"/>
          </w:tcPr>
          <w:p w14:paraId="0B356D3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-0.585963</w:t>
            </w:r>
          </w:p>
        </w:tc>
        <w:tc>
          <w:tcPr>
            <w:tcW w:w="740" w:type="pct"/>
            <w:vAlign w:val="center"/>
          </w:tcPr>
          <w:p w14:paraId="1BAB257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-1.620390</w:t>
            </w:r>
          </w:p>
        </w:tc>
        <w:tc>
          <w:tcPr>
            <w:tcW w:w="244" w:type="pct"/>
            <w:vAlign w:val="center"/>
          </w:tcPr>
          <w:p w14:paraId="0FC8B603"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21FB4B4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9.985804</w:t>
            </w:r>
          </w:p>
        </w:tc>
        <w:tc>
          <w:tcPr>
            <w:tcW w:w="740" w:type="pct"/>
            <w:vAlign w:val="center"/>
          </w:tcPr>
          <w:p w14:paraId="408384C6"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4.474844</w:t>
            </w:r>
          </w:p>
        </w:tc>
        <w:tc>
          <w:tcPr>
            <w:tcW w:w="740" w:type="pct"/>
            <w:vAlign w:val="center"/>
          </w:tcPr>
          <w:p w14:paraId="108974F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-0.475666</w:t>
            </w:r>
          </w:p>
        </w:tc>
      </w:tr>
      <w:tr w:rsidR="00497B11" w:rsidRPr="00293828" w14:paraId="351234FB" w14:textId="77777777" w:rsidTr="009D45BD">
        <w:tc>
          <w:tcPr>
            <w:tcW w:w="244" w:type="pct"/>
            <w:vAlign w:val="center"/>
          </w:tcPr>
          <w:p w14:paraId="3AEA5B8A"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40" w:type="pct"/>
            <w:vAlign w:val="center"/>
          </w:tcPr>
          <w:p w14:paraId="4BC6845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5.120593</w:t>
            </w:r>
          </w:p>
        </w:tc>
        <w:tc>
          <w:tcPr>
            <w:tcW w:w="740" w:type="pct"/>
            <w:vAlign w:val="center"/>
          </w:tcPr>
          <w:p w14:paraId="19CEE055"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-2.975161</w:t>
            </w:r>
          </w:p>
        </w:tc>
        <w:tc>
          <w:tcPr>
            <w:tcW w:w="740" w:type="pct"/>
            <w:vAlign w:val="center"/>
          </w:tcPr>
          <w:p w14:paraId="3080EC9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-1.443374</w:t>
            </w:r>
          </w:p>
        </w:tc>
        <w:tc>
          <w:tcPr>
            <w:tcW w:w="244" w:type="pct"/>
            <w:vAlign w:val="center"/>
          </w:tcPr>
          <w:p w14:paraId="5D01B3F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2562441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9.479730</w:t>
            </w:r>
          </w:p>
        </w:tc>
        <w:tc>
          <w:tcPr>
            <w:tcW w:w="740" w:type="pct"/>
            <w:vAlign w:val="center"/>
          </w:tcPr>
          <w:p w14:paraId="45DB81D2"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4.086949</w:t>
            </w:r>
          </w:p>
        </w:tc>
        <w:tc>
          <w:tcPr>
            <w:tcW w:w="740" w:type="pct"/>
            <w:vAlign w:val="center"/>
          </w:tcPr>
          <w:p w14:paraId="1110301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1.198461</w:t>
            </w:r>
          </w:p>
        </w:tc>
      </w:tr>
      <w:tr w:rsidR="00497B11" w:rsidRPr="00293828" w14:paraId="4FD74ED2" w14:textId="77777777" w:rsidTr="009D45BD">
        <w:tc>
          <w:tcPr>
            <w:tcW w:w="244" w:type="pct"/>
            <w:vAlign w:val="center"/>
          </w:tcPr>
          <w:p w14:paraId="16874B5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40" w:type="pct"/>
            <w:vAlign w:val="center"/>
          </w:tcPr>
          <w:p w14:paraId="5F6301E1"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3.584627</w:t>
            </w:r>
          </w:p>
        </w:tc>
        <w:tc>
          <w:tcPr>
            <w:tcW w:w="740" w:type="pct"/>
            <w:vAlign w:val="center"/>
          </w:tcPr>
          <w:p w14:paraId="744BFF6F"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0.844378</w:t>
            </w:r>
          </w:p>
        </w:tc>
        <w:tc>
          <w:tcPr>
            <w:tcW w:w="740" w:type="pct"/>
            <w:vAlign w:val="center"/>
          </w:tcPr>
          <w:p w14:paraId="2293385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1.972941</w:t>
            </w:r>
          </w:p>
        </w:tc>
        <w:tc>
          <w:tcPr>
            <w:tcW w:w="244" w:type="pct"/>
            <w:vAlign w:val="center"/>
          </w:tcPr>
          <w:p w14:paraId="04E5348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H</w:t>
            </w:r>
          </w:p>
        </w:tc>
        <w:tc>
          <w:tcPr>
            <w:tcW w:w="812" w:type="pct"/>
            <w:vAlign w:val="center"/>
          </w:tcPr>
          <w:p w14:paraId="681DE1F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10.466587</w:t>
            </w:r>
          </w:p>
        </w:tc>
        <w:tc>
          <w:tcPr>
            <w:tcW w:w="740" w:type="pct"/>
            <w:vAlign w:val="center"/>
          </w:tcPr>
          <w:p w14:paraId="5D735570"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2.935851</w:t>
            </w:r>
          </w:p>
        </w:tc>
        <w:tc>
          <w:tcPr>
            <w:tcW w:w="740" w:type="pct"/>
            <w:vAlign w:val="center"/>
          </w:tcPr>
          <w:p w14:paraId="2CA1A22C"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0.297529</w:t>
            </w:r>
          </w:p>
        </w:tc>
      </w:tr>
      <w:tr w:rsidR="00497B11" w:rsidRPr="00293828" w14:paraId="3B8D6D17" w14:textId="77777777" w:rsidTr="009D45BD">
        <w:tc>
          <w:tcPr>
            <w:tcW w:w="244" w:type="pct"/>
            <w:vAlign w:val="center"/>
          </w:tcPr>
          <w:p w14:paraId="11F7AA2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O</w:t>
            </w:r>
          </w:p>
        </w:tc>
        <w:tc>
          <w:tcPr>
            <w:tcW w:w="740" w:type="pct"/>
            <w:vAlign w:val="center"/>
          </w:tcPr>
          <w:p w14:paraId="6547682B"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-2.589620</w:t>
            </w:r>
          </w:p>
        </w:tc>
        <w:tc>
          <w:tcPr>
            <w:tcW w:w="740" w:type="pct"/>
            <w:vAlign w:val="center"/>
          </w:tcPr>
          <w:p w14:paraId="7F7416D4"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-0.934349</w:t>
            </w:r>
          </w:p>
        </w:tc>
        <w:tc>
          <w:tcPr>
            <w:tcW w:w="740" w:type="pct"/>
            <w:vAlign w:val="center"/>
          </w:tcPr>
          <w:p w14:paraId="239CC1B9"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-2.176778</w:t>
            </w:r>
          </w:p>
        </w:tc>
        <w:tc>
          <w:tcPr>
            <w:tcW w:w="244" w:type="pct"/>
            <w:vAlign w:val="center"/>
          </w:tcPr>
          <w:p w14:paraId="4FC08FAD"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c>
          <w:tcPr>
            <w:tcW w:w="812" w:type="pct"/>
            <w:vAlign w:val="center"/>
          </w:tcPr>
          <w:p w14:paraId="2954C5E7"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c>
          <w:tcPr>
            <w:tcW w:w="740" w:type="pct"/>
            <w:vAlign w:val="center"/>
          </w:tcPr>
          <w:p w14:paraId="3438F188"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c>
          <w:tcPr>
            <w:tcW w:w="740" w:type="pct"/>
            <w:vAlign w:val="center"/>
          </w:tcPr>
          <w:p w14:paraId="0796B43E" w14:textId="77777777" w:rsidR="00497B11" w:rsidRPr="00293828" w:rsidRDefault="00497B11" w:rsidP="00293828">
            <w:pPr>
              <w:spacing w:line="360" w:lineRule="auto"/>
              <w:jc w:val="center"/>
              <w:rPr>
                <w:rFonts w:ascii="Times New Roman" w:hAnsi="Times New Roman" w:cs="Times New Roman"/>
                <w:szCs w:val="21"/>
              </w:rPr>
            </w:pPr>
            <w:r w:rsidRPr="00293828">
              <w:rPr>
                <w:rFonts w:ascii="Times New Roman" w:hAnsi="Times New Roman" w:cs="Times New Roman"/>
                <w:szCs w:val="21"/>
              </w:rPr>
              <w:t>-</w:t>
            </w:r>
          </w:p>
        </w:tc>
      </w:tr>
    </w:tbl>
    <w:p w14:paraId="3B9ED888" w14:textId="77777777" w:rsidR="00497B11" w:rsidRDefault="00497B11" w:rsidP="00293828">
      <w:pPr>
        <w:rPr>
          <w:rFonts w:ascii="Times New Roman" w:hAnsi="Times New Roman"/>
          <w:b/>
          <w:bCs/>
        </w:rPr>
      </w:pPr>
      <w:r>
        <w:rPr>
          <w:rFonts w:ascii="Times New Roman" w:hAnsi="Times New Roman"/>
          <w:b/>
          <w:bCs/>
        </w:rPr>
        <w:br w:type="page"/>
      </w:r>
    </w:p>
    <w:p w14:paraId="31C28AE3" w14:textId="5A7FEB98" w:rsidR="000872D4" w:rsidRPr="00E60C05" w:rsidRDefault="00E671DF" w:rsidP="00E60C05">
      <w:pPr>
        <w:pStyle w:val="a9"/>
        <w:numPr>
          <w:ilvl w:val="0"/>
          <w:numId w:val="4"/>
        </w:numPr>
        <w:spacing w:beforeLines="50" w:before="156" w:afterLines="50" w:after="156" w:line="360" w:lineRule="auto"/>
        <w:ind w:left="357" w:firstLineChars="0" w:hanging="357"/>
        <w:outlineLvl w:val="0"/>
        <w:rPr>
          <w:rFonts w:ascii="Times New Roman" w:hAnsi="Times New Roman"/>
          <w:b/>
          <w:bCs/>
        </w:rPr>
      </w:pPr>
      <w:bookmarkStart w:id="29" w:name="_Toc170918297"/>
      <w:r w:rsidRPr="00E60C05">
        <w:rPr>
          <w:rFonts w:ascii="Times New Roman" w:hAnsi="Times New Roman" w:hint="eastAsia"/>
          <w:b/>
          <w:bCs/>
        </w:rPr>
        <w:lastRenderedPageBreak/>
        <w:t>Information of</w:t>
      </w:r>
      <w:r w:rsidR="00497B11" w:rsidRPr="00E60C05">
        <w:rPr>
          <w:rFonts w:ascii="Times New Roman" w:hAnsi="Times New Roman" w:hint="eastAsia"/>
          <w:b/>
          <w:bCs/>
        </w:rPr>
        <w:t xml:space="preserve"> known compounds</w:t>
      </w:r>
      <w:bookmarkEnd w:id="29"/>
    </w:p>
    <w:p w14:paraId="685AC9B7" w14:textId="6D4D0ED4" w:rsidR="00B20039" w:rsidRDefault="00E60C05" w:rsidP="00E60C05">
      <w:pPr>
        <w:spacing w:line="360" w:lineRule="auto"/>
      </w:pPr>
      <w:r>
        <w:object w:dxaOrig="10242" w:dyaOrig="14622" w14:anchorId="11B2B046">
          <v:shape id="_x0000_i1031" type="#_x0000_t75" style="width:415pt;height:592.2pt" o:ole="">
            <v:imagedata r:id="rId58" o:title=""/>
          </v:shape>
          <o:OLEObject Type="Embed" ProgID="ChemDraw.Document.6.0" ShapeID="_x0000_i1031" DrawAspect="Content" ObjectID="_1781538504" r:id="rId59"/>
        </w:object>
      </w:r>
    </w:p>
    <w:p w14:paraId="29188F10" w14:textId="0DC838D5" w:rsidR="00B20039" w:rsidRDefault="00B20039" w:rsidP="00B20039">
      <w:pPr>
        <w:spacing w:line="360" w:lineRule="auto"/>
        <w:outlineLvl w:val="0"/>
        <w:rPr>
          <w:rFonts w:ascii="Times New Roman" w:hAnsi="Times New Roman"/>
          <w:b/>
          <w:bCs/>
          <w:highlight w:val="yellow"/>
        </w:rPr>
      </w:pPr>
    </w:p>
    <w:p w14:paraId="12FA6FF3" w14:textId="173EC423" w:rsidR="000872D4" w:rsidRDefault="000872D4" w:rsidP="00E60C05">
      <w:pPr>
        <w:spacing w:line="360" w:lineRule="auto"/>
      </w:pPr>
      <w:r>
        <w:object w:dxaOrig="10205" w:dyaOrig="10685" w14:anchorId="320B93C7">
          <v:shape id="_x0000_i1027" type="#_x0000_t75" style="width:415pt;height:434.35pt" o:ole="">
            <v:imagedata r:id="rId60" o:title=""/>
          </v:shape>
          <o:OLEObject Type="Embed" ProgID="ChemDraw.Document.6.0" ShapeID="_x0000_i1027" DrawAspect="Content" ObjectID="_1781538505" r:id="rId61"/>
        </w:object>
      </w:r>
    </w:p>
    <w:p w14:paraId="4001328C" w14:textId="742DF8BD" w:rsidR="00311D70" w:rsidRDefault="00311D70" w:rsidP="00311D70">
      <w:pPr>
        <w:spacing w:line="360" w:lineRule="auto"/>
        <w:rPr>
          <w:rFonts w:ascii="Times New Roman" w:hAnsi="Times New Roman" w:cs="Times New Roman"/>
          <w:szCs w:val="21"/>
          <w14:ligatures w14:val="none"/>
        </w:rPr>
      </w:pPr>
      <w:bookmarkStart w:id="30" w:name="_Hlk170918852"/>
      <w:r>
        <w:rPr>
          <w:rFonts w:ascii="Times New Roman" w:hAnsi="Times New Roman" w:cs="Times New Roman"/>
          <w:b/>
          <w:bCs/>
          <w:szCs w:val="21"/>
          <w14:ligatures w14:val="none"/>
        </w:rPr>
        <w:t>Fig.</w:t>
      </w:r>
      <w:r w:rsidRPr="009A52A7">
        <w:rPr>
          <w:rFonts w:ascii="Times New Roman" w:hAnsi="Times New Roman" w:cs="Times New Roman"/>
          <w:b/>
          <w:bCs/>
          <w:szCs w:val="21"/>
          <w14:ligatures w14:val="none"/>
        </w:rPr>
        <w:t xml:space="preserve"> S4</w:t>
      </w:r>
      <w:r>
        <w:rPr>
          <w:rFonts w:ascii="Times New Roman" w:hAnsi="Times New Roman" w:cs="Times New Roman" w:hint="eastAsia"/>
          <w:b/>
          <w:bCs/>
          <w:szCs w:val="21"/>
          <w14:ligatures w14:val="none"/>
        </w:rPr>
        <w:t>4</w:t>
      </w:r>
      <w:bookmarkEnd w:id="30"/>
      <w:r w:rsidRPr="00293828">
        <w:rPr>
          <w:rFonts w:ascii="Times New Roman" w:hAnsi="Times New Roman" w:cs="Times New Roman"/>
          <w:szCs w:val="21"/>
          <w14:ligatures w14:val="none"/>
        </w:rPr>
        <w:t xml:space="preserve"> </w:t>
      </w:r>
      <w:r>
        <w:rPr>
          <w:rFonts w:ascii="Times New Roman" w:hAnsi="Times New Roman" w:cs="Times New Roman" w:hint="eastAsia"/>
          <w:szCs w:val="21"/>
          <w14:ligatures w14:val="none"/>
        </w:rPr>
        <w:t>Chemical structures of known diterpenoids (</w:t>
      </w:r>
      <w:r w:rsidRPr="00E60C05">
        <w:rPr>
          <w:rFonts w:ascii="Times New Roman" w:hAnsi="Times New Roman" w:cs="Times New Roman"/>
          <w:b/>
          <w:bCs/>
          <w:szCs w:val="21"/>
          <w14:ligatures w14:val="none"/>
        </w:rPr>
        <w:t>5</w:t>
      </w:r>
      <w:r>
        <w:rPr>
          <w:rFonts w:ascii="Times New Roman" w:hAnsi="Times New Roman" w:cs="Times New Roman"/>
          <w:szCs w:val="21"/>
          <w14:ligatures w14:val="none"/>
        </w:rPr>
        <w:t>−</w:t>
      </w:r>
      <w:r w:rsidRPr="00E60C05">
        <w:rPr>
          <w:rFonts w:ascii="Times New Roman" w:hAnsi="Times New Roman" w:cs="Times New Roman"/>
          <w:b/>
          <w:bCs/>
          <w:szCs w:val="21"/>
          <w14:ligatures w14:val="none"/>
        </w:rPr>
        <w:t>41</w:t>
      </w:r>
      <w:r>
        <w:rPr>
          <w:rFonts w:ascii="Times New Roman" w:hAnsi="Times New Roman" w:cs="Times New Roman" w:hint="eastAsia"/>
          <w:szCs w:val="21"/>
          <w14:ligatures w14:val="none"/>
        </w:rPr>
        <w:t xml:space="preserve">) isolated from </w:t>
      </w:r>
      <w:proofErr w:type="spellStart"/>
      <w:r w:rsidRPr="00E60C05">
        <w:rPr>
          <w:rFonts w:ascii="Times New Roman" w:hAnsi="Times New Roman" w:cs="Times New Roman"/>
          <w:i/>
          <w:iCs/>
          <w:szCs w:val="21"/>
          <w14:ligatures w14:val="none"/>
        </w:rPr>
        <w:t>Isodon</w:t>
      </w:r>
      <w:proofErr w:type="spellEnd"/>
      <w:r w:rsidRPr="00E60C05">
        <w:rPr>
          <w:rFonts w:ascii="Times New Roman" w:hAnsi="Times New Roman" w:cs="Times New Roman"/>
          <w:i/>
          <w:iCs/>
          <w:szCs w:val="21"/>
          <w14:ligatures w14:val="none"/>
        </w:rPr>
        <w:t xml:space="preserve"> </w:t>
      </w:r>
      <w:proofErr w:type="spellStart"/>
      <w:r w:rsidRPr="00E60C05">
        <w:rPr>
          <w:rFonts w:ascii="Times New Roman" w:hAnsi="Times New Roman" w:cs="Times New Roman"/>
          <w:i/>
          <w:iCs/>
          <w:szCs w:val="21"/>
          <w14:ligatures w14:val="none"/>
        </w:rPr>
        <w:t>silvaticus</w:t>
      </w:r>
      <w:proofErr w:type="spellEnd"/>
      <w:r>
        <w:rPr>
          <w:rFonts w:ascii="Times New Roman" w:hAnsi="Times New Roman" w:cs="Times New Roman" w:hint="eastAsia"/>
          <w:szCs w:val="21"/>
          <w14:ligatures w14:val="none"/>
        </w:rPr>
        <w:t>.</w:t>
      </w:r>
    </w:p>
    <w:p w14:paraId="3B96C0F3" w14:textId="77777777" w:rsidR="00311D70" w:rsidRPr="00293828" w:rsidRDefault="00311D70" w:rsidP="00311D70">
      <w:pPr>
        <w:spacing w:line="360" w:lineRule="auto"/>
        <w:rPr>
          <w:rFonts w:ascii="Times New Roman" w:hAnsi="Times New Roman" w:cs="Times New Roman"/>
          <w:szCs w:val="21"/>
          <w14:ligatures w14:val="none"/>
        </w:rPr>
      </w:pPr>
    </w:p>
    <w:p w14:paraId="10240410" w14:textId="622E052C" w:rsidR="000872D4" w:rsidRPr="00E60C05" w:rsidRDefault="00311D70" w:rsidP="00E60C05">
      <w:pPr>
        <w:spacing w:line="360" w:lineRule="auto"/>
        <w:rPr>
          <w:rFonts w:ascii="Times New Roman" w:hAnsi="Times New Roman" w:cs="Times New Roman"/>
          <w:szCs w:val="21"/>
          <w14:ligatures w14:val="none"/>
        </w:rPr>
      </w:pPr>
      <w:bookmarkStart w:id="31" w:name="_Hlk170918873"/>
      <w:r w:rsidRPr="00293828">
        <w:rPr>
          <w:rFonts w:ascii="Times New Roman" w:hAnsi="Times New Roman" w:cs="Times New Roman"/>
          <w:b/>
          <w:bCs/>
          <w:szCs w:val="21"/>
          <w14:ligatures w14:val="none"/>
        </w:rPr>
        <w:t>Table S</w:t>
      </w:r>
      <w:r>
        <w:rPr>
          <w:rFonts w:ascii="Times New Roman" w:hAnsi="Times New Roman" w:cs="Times New Roman" w:hint="eastAsia"/>
          <w:b/>
          <w:bCs/>
          <w:szCs w:val="21"/>
          <w14:ligatures w14:val="none"/>
        </w:rPr>
        <w:t>13</w:t>
      </w:r>
      <w:bookmarkEnd w:id="31"/>
      <w:r w:rsidRPr="00293828">
        <w:rPr>
          <w:rFonts w:ascii="Times New Roman" w:hAnsi="Times New Roman" w:cs="Times New Roman"/>
          <w:szCs w:val="21"/>
          <w14:ligatures w14:val="none"/>
        </w:rPr>
        <w:t xml:space="preserve"> </w:t>
      </w:r>
      <w:r w:rsidRPr="00311D70">
        <w:rPr>
          <w:rFonts w:ascii="Times New Roman" w:hAnsi="Times New Roman" w:cs="Times New Roman"/>
          <w:szCs w:val="21"/>
          <w14:ligatures w14:val="none"/>
        </w:rPr>
        <w:t>Compound name</w:t>
      </w:r>
      <w:r>
        <w:rPr>
          <w:rFonts w:ascii="Times New Roman" w:hAnsi="Times New Roman" w:cs="Times New Roman" w:hint="eastAsia"/>
          <w:szCs w:val="21"/>
          <w14:ligatures w14:val="none"/>
        </w:rPr>
        <w:t>s and references of known diterpenoids (</w:t>
      </w:r>
      <w:r w:rsidRPr="0090567C">
        <w:rPr>
          <w:rFonts w:ascii="Times New Roman" w:hAnsi="Times New Roman" w:cs="Times New Roman" w:hint="eastAsia"/>
          <w:b/>
          <w:bCs/>
          <w:szCs w:val="21"/>
          <w14:ligatures w14:val="none"/>
        </w:rPr>
        <w:t>5</w:t>
      </w:r>
      <w:r>
        <w:rPr>
          <w:rFonts w:ascii="Times New Roman" w:hAnsi="Times New Roman" w:cs="Times New Roman"/>
          <w:szCs w:val="21"/>
          <w14:ligatures w14:val="none"/>
        </w:rPr>
        <w:t>−</w:t>
      </w:r>
      <w:r w:rsidRPr="0090567C">
        <w:rPr>
          <w:rFonts w:ascii="Times New Roman" w:hAnsi="Times New Roman" w:cs="Times New Roman" w:hint="eastAsia"/>
          <w:b/>
          <w:bCs/>
          <w:szCs w:val="21"/>
          <w14:ligatures w14:val="none"/>
        </w:rPr>
        <w:t>41</w:t>
      </w:r>
      <w:r>
        <w:rPr>
          <w:rFonts w:ascii="Times New Roman" w:hAnsi="Times New Roman" w:cs="Times New Roman" w:hint="eastAsia"/>
          <w:szCs w:val="21"/>
          <w14:ligatures w14:val="none"/>
        </w:rPr>
        <w:t xml:space="preserve">) isolated from </w:t>
      </w:r>
      <w:proofErr w:type="spellStart"/>
      <w:r w:rsidRPr="0090567C">
        <w:rPr>
          <w:rFonts w:ascii="Times New Roman" w:hAnsi="Times New Roman" w:cs="Times New Roman"/>
          <w:i/>
          <w:iCs/>
          <w:szCs w:val="21"/>
          <w14:ligatures w14:val="none"/>
        </w:rPr>
        <w:t>I</w:t>
      </w:r>
      <w:r w:rsidRPr="0090567C">
        <w:rPr>
          <w:rFonts w:ascii="Times New Roman" w:hAnsi="Times New Roman" w:cs="Times New Roman" w:hint="eastAsia"/>
          <w:i/>
          <w:iCs/>
          <w:szCs w:val="21"/>
          <w14:ligatures w14:val="none"/>
        </w:rPr>
        <w:t>sodon</w:t>
      </w:r>
      <w:proofErr w:type="spellEnd"/>
      <w:r w:rsidRPr="0090567C">
        <w:rPr>
          <w:rFonts w:ascii="Times New Roman" w:hAnsi="Times New Roman" w:cs="Times New Roman"/>
          <w:i/>
          <w:iCs/>
          <w:szCs w:val="21"/>
          <w14:ligatures w14:val="none"/>
        </w:rPr>
        <w:t xml:space="preserve"> </w:t>
      </w:r>
      <w:proofErr w:type="spellStart"/>
      <w:r w:rsidRPr="0090567C">
        <w:rPr>
          <w:rFonts w:ascii="Times New Roman" w:hAnsi="Times New Roman" w:cs="Times New Roman"/>
          <w:i/>
          <w:iCs/>
          <w:szCs w:val="21"/>
          <w14:ligatures w14:val="none"/>
        </w:rPr>
        <w:t>silvaticus</w:t>
      </w:r>
      <w:proofErr w:type="spellEnd"/>
      <w:r w:rsidRPr="00293828">
        <w:rPr>
          <w:rFonts w:ascii="Times New Roman" w:hAnsi="Times New Roman" w:cs="Times New Roman"/>
          <w:szCs w:val="21"/>
          <w14:ligatures w14:val="none"/>
        </w:rPr>
        <w:t>.</w:t>
      </w:r>
    </w:p>
    <w:tbl>
      <w:tblPr>
        <w:tblStyle w:val="15"/>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2275"/>
        <w:gridCol w:w="5471"/>
      </w:tblGrid>
      <w:tr w:rsidR="00497B11" w:rsidRPr="00513C3F" w14:paraId="6E40B11A" w14:textId="77777777" w:rsidTr="00E60C05">
        <w:trPr>
          <w:tblHeader/>
        </w:trPr>
        <w:tc>
          <w:tcPr>
            <w:tcW w:w="560" w:type="dxa"/>
            <w:tcBorders>
              <w:top w:val="single" w:sz="8" w:space="0" w:color="auto"/>
              <w:bottom w:val="single" w:sz="4" w:space="0" w:color="auto"/>
            </w:tcBorders>
          </w:tcPr>
          <w:p w14:paraId="229E839D" w14:textId="77777777" w:rsidR="00497B11" w:rsidRPr="00513C3F" w:rsidRDefault="00497B11" w:rsidP="000872D4">
            <w:pPr>
              <w:jc w:val="left"/>
              <w:rPr>
                <w:rFonts w:ascii="Times New Roman" w:eastAsia="宋体" w:hAnsi="Times New Roman"/>
                <w:b/>
                <w:bCs/>
                <w:szCs w:val="21"/>
              </w:rPr>
            </w:pPr>
            <w:r w:rsidRPr="00513C3F">
              <w:rPr>
                <w:rFonts w:ascii="Times New Roman" w:eastAsia="宋体" w:hAnsi="Times New Roman" w:hint="eastAsia"/>
                <w:b/>
                <w:bCs/>
                <w:szCs w:val="21"/>
              </w:rPr>
              <w:t>No.</w:t>
            </w:r>
          </w:p>
        </w:tc>
        <w:tc>
          <w:tcPr>
            <w:tcW w:w="2275" w:type="dxa"/>
            <w:tcBorders>
              <w:top w:val="single" w:sz="8" w:space="0" w:color="auto"/>
              <w:bottom w:val="single" w:sz="4" w:space="0" w:color="auto"/>
            </w:tcBorders>
          </w:tcPr>
          <w:p w14:paraId="362BD34F" w14:textId="2353DFEE" w:rsidR="00497B11" w:rsidRPr="00513C3F" w:rsidRDefault="00497B11" w:rsidP="000872D4">
            <w:pPr>
              <w:jc w:val="left"/>
              <w:rPr>
                <w:rFonts w:ascii="Times New Roman" w:eastAsia="宋体" w:hAnsi="Times New Roman"/>
                <w:b/>
                <w:bCs/>
                <w:szCs w:val="21"/>
              </w:rPr>
            </w:pPr>
            <w:bookmarkStart w:id="32" w:name="_Hlk170918589"/>
            <w:r w:rsidRPr="00513C3F">
              <w:rPr>
                <w:rFonts w:ascii="Times New Roman" w:eastAsia="宋体" w:hAnsi="Times New Roman" w:hint="eastAsia"/>
                <w:b/>
                <w:bCs/>
                <w:szCs w:val="21"/>
              </w:rPr>
              <w:t>Compound name</w:t>
            </w:r>
            <w:bookmarkEnd w:id="32"/>
          </w:p>
        </w:tc>
        <w:tc>
          <w:tcPr>
            <w:tcW w:w="5471" w:type="dxa"/>
            <w:tcBorders>
              <w:top w:val="single" w:sz="8" w:space="0" w:color="auto"/>
              <w:bottom w:val="single" w:sz="4" w:space="0" w:color="auto"/>
            </w:tcBorders>
          </w:tcPr>
          <w:p w14:paraId="4A565D28" w14:textId="5B0E8847" w:rsidR="00497B11" w:rsidRPr="00513C3F" w:rsidRDefault="00497B11" w:rsidP="000872D4">
            <w:pPr>
              <w:jc w:val="center"/>
              <w:rPr>
                <w:rFonts w:ascii="Times New Roman" w:eastAsia="宋体" w:hAnsi="Times New Roman"/>
                <w:b/>
                <w:bCs/>
                <w:szCs w:val="21"/>
              </w:rPr>
            </w:pPr>
            <w:r w:rsidRPr="00513C3F">
              <w:rPr>
                <w:rFonts w:ascii="Times New Roman" w:eastAsia="宋体" w:hAnsi="Times New Roman" w:hint="eastAsia"/>
                <w:b/>
                <w:bCs/>
                <w:szCs w:val="21"/>
              </w:rPr>
              <w:t>Ref</w:t>
            </w:r>
            <w:r w:rsidR="00E671DF">
              <w:rPr>
                <w:rFonts w:ascii="Times New Roman" w:eastAsia="宋体" w:hAnsi="Times New Roman" w:hint="eastAsia"/>
                <w:b/>
                <w:bCs/>
                <w:szCs w:val="21"/>
              </w:rPr>
              <w:t>erence</w:t>
            </w:r>
          </w:p>
        </w:tc>
      </w:tr>
      <w:tr w:rsidR="00497B11" w:rsidRPr="00513C3F" w14:paraId="5755F1BF" w14:textId="77777777" w:rsidTr="00E60C05">
        <w:tc>
          <w:tcPr>
            <w:tcW w:w="560" w:type="dxa"/>
            <w:tcBorders>
              <w:top w:val="single" w:sz="4" w:space="0" w:color="auto"/>
            </w:tcBorders>
          </w:tcPr>
          <w:p w14:paraId="42D73006" w14:textId="77777777" w:rsidR="00497B11" w:rsidRPr="00513C3F" w:rsidRDefault="00497B11" w:rsidP="00E60C05">
            <w:pPr>
              <w:rPr>
                <w:rFonts w:ascii="Times New Roman" w:eastAsia="宋体" w:hAnsi="Times New Roman"/>
                <w:b/>
                <w:bCs/>
                <w:szCs w:val="21"/>
              </w:rPr>
            </w:pPr>
            <w:r w:rsidRPr="00513C3F">
              <w:rPr>
                <w:rFonts w:ascii="Times New Roman" w:eastAsia="宋体" w:hAnsi="Times New Roman" w:hint="eastAsia"/>
                <w:b/>
                <w:bCs/>
                <w:szCs w:val="21"/>
              </w:rPr>
              <w:t>5</w:t>
            </w:r>
          </w:p>
        </w:tc>
        <w:tc>
          <w:tcPr>
            <w:tcW w:w="2275" w:type="dxa"/>
            <w:tcBorders>
              <w:top w:val="single" w:sz="4" w:space="0" w:color="auto"/>
            </w:tcBorders>
          </w:tcPr>
          <w:p w14:paraId="545A4081" w14:textId="28DBD457" w:rsidR="00497B11" w:rsidRPr="00513C3F" w:rsidRDefault="00E671DF" w:rsidP="00E60C05">
            <w:pPr>
              <w:rPr>
                <w:rFonts w:ascii="Times New Roman" w:eastAsia="宋体" w:hAnsi="Times New Roman"/>
                <w:szCs w:val="21"/>
              </w:rPr>
            </w:pPr>
            <w:proofErr w:type="spellStart"/>
            <w:r>
              <w:rPr>
                <w:rFonts w:ascii="Times New Roman" w:eastAsia="宋体" w:hAnsi="Times New Roman" w:hint="eastAsia"/>
                <w:szCs w:val="21"/>
              </w:rPr>
              <w:t>e</w:t>
            </w:r>
            <w:r w:rsidRPr="00513C3F">
              <w:rPr>
                <w:rFonts w:ascii="Times New Roman" w:eastAsia="宋体" w:hAnsi="Times New Roman"/>
                <w:szCs w:val="21"/>
              </w:rPr>
              <w:t>ffusanin</w:t>
            </w:r>
            <w:proofErr w:type="spellEnd"/>
            <w:r w:rsidRPr="00513C3F">
              <w:rPr>
                <w:rFonts w:ascii="Times New Roman" w:eastAsia="宋体" w:hAnsi="Times New Roman"/>
                <w:szCs w:val="21"/>
              </w:rPr>
              <w:t xml:space="preserve"> </w:t>
            </w:r>
            <w:r w:rsidR="00497B11" w:rsidRPr="00513C3F">
              <w:rPr>
                <w:rFonts w:ascii="Times New Roman" w:eastAsia="宋体" w:hAnsi="Times New Roman"/>
                <w:szCs w:val="21"/>
              </w:rPr>
              <w:t>E</w:t>
            </w:r>
          </w:p>
        </w:tc>
        <w:tc>
          <w:tcPr>
            <w:tcW w:w="5471" w:type="dxa"/>
            <w:tcBorders>
              <w:top w:val="single" w:sz="4" w:space="0" w:color="auto"/>
            </w:tcBorders>
          </w:tcPr>
          <w:p w14:paraId="2569650A" w14:textId="77777777" w:rsidR="00497B11" w:rsidRPr="00513C3F" w:rsidRDefault="00497B11" w:rsidP="00E60C05">
            <w:pPr>
              <w:rPr>
                <w:rFonts w:ascii="Times New Roman" w:eastAsia="宋体" w:hAnsi="Times New Roman"/>
                <w:szCs w:val="21"/>
              </w:rPr>
            </w:pPr>
            <w:r w:rsidRPr="00513C3F">
              <w:rPr>
                <w:rFonts w:ascii="Times New Roman" w:eastAsia="宋体" w:hAnsi="Times New Roman"/>
                <w:noProof/>
              </w:rPr>
              <w:t xml:space="preserve">Fujita T, Takeda Y, Shingu T and Ueno A. Structures of effusanins, antibacterial diterpenoids from </w:t>
            </w:r>
            <w:r w:rsidRPr="00513C3F">
              <w:rPr>
                <w:rFonts w:ascii="Times New Roman" w:eastAsia="宋体" w:hAnsi="Times New Roman" w:hint="eastAsia"/>
                <w:i/>
                <w:iCs/>
                <w:noProof/>
              </w:rPr>
              <w:t>R</w:t>
            </w:r>
            <w:r w:rsidRPr="00513C3F">
              <w:rPr>
                <w:rFonts w:ascii="Times New Roman" w:eastAsia="宋体" w:hAnsi="Times New Roman"/>
                <w:i/>
                <w:iCs/>
                <w:noProof/>
              </w:rPr>
              <w:t>abdosia effusa</w:t>
            </w:r>
            <w:r w:rsidRPr="00513C3F">
              <w:rPr>
                <w:rFonts w:ascii="Times New Roman" w:eastAsia="宋体" w:hAnsi="Times New Roman"/>
                <w:noProof/>
              </w:rPr>
              <w:t>. Chem Lett</w:t>
            </w:r>
            <w:r w:rsidRPr="00513C3F">
              <w:rPr>
                <w:rFonts w:ascii="Times New Roman" w:eastAsia="宋体" w:hAnsi="Times New Roman"/>
                <w:i/>
                <w:noProof/>
              </w:rPr>
              <w:t xml:space="preserve">. </w:t>
            </w:r>
            <w:r w:rsidRPr="00513C3F">
              <w:rPr>
                <w:rFonts w:ascii="Times New Roman" w:eastAsia="宋体" w:hAnsi="Times New Roman"/>
                <w:noProof/>
              </w:rPr>
              <w:t>2006;9(12):1635</w:t>
            </w:r>
            <w:r>
              <w:rPr>
                <w:rFonts w:ascii="Times New Roman" w:eastAsia="宋体" w:hAnsi="Times New Roman"/>
                <w:noProof/>
              </w:rPr>
              <w:t>–</w:t>
            </w:r>
            <w:r w:rsidRPr="00513C3F">
              <w:rPr>
                <w:rFonts w:ascii="Times New Roman" w:eastAsia="宋体" w:hAnsi="Times New Roman"/>
                <w:noProof/>
              </w:rPr>
              <w:t>8.</w:t>
            </w:r>
          </w:p>
        </w:tc>
      </w:tr>
      <w:tr w:rsidR="00497B11" w:rsidRPr="00513C3F" w14:paraId="6413EADD" w14:textId="77777777" w:rsidTr="00E60C05">
        <w:tc>
          <w:tcPr>
            <w:tcW w:w="560" w:type="dxa"/>
          </w:tcPr>
          <w:p w14:paraId="1728004F"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6</w:t>
            </w:r>
          </w:p>
        </w:tc>
        <w:tc>
          <w:tcPr>
            <w:tcW w:w="2275" w:type="dxa"/>
          </w:tcPr>
          <w:p w14:paraId="74A09AF5" w14:textId="564F3DDB" w:rsidR="00497B11" w:rsidRPr="00513C3F" w:rsidRDefault="00E671DF" w:rsidP="00E60C05">
            <w:pPr>
              <w:spacing w:beforeLines="50" w:before="156"/>
              <w:rPr>
                <w:rFonts w:ascii="Times New Roman" w:eastAsia="宋体" w:hAnsi="Times New Roman"/>
                <w:szCs w:val="21"/>
              </w:rPr>
            </w:pPr>
            <w:proofErr w:type="spellStart"/>
            <w:r>
              <w:rPr>
                <w:rFonts w:ascii="Times New Roman" w:eastAsia="宋体" w:hAnsi="Times New Roman" w:cs="Times New Roman" w:hint="eastAsia"/>
                <w:szCs w:val="21"/>
              </w:rPr>
              <w:t>n</w:t>
            </w:r>
            <w:r w:rsidRPr="00513C3F">
              <w:rPr>
                <w:rFonts w:ascii="Times New Roman" w:eastAsia="宋体" w:hAnsi="Times New Roman" w:cs="Times New Roman"/>
                <w:szCs w:val="21"/>
              </w:rPr>
              <w:t>ervosanin</w:t>
            </w:r>
            <w:proofErr w:type="spellEnd"/>
            <w:r w:rsidRPr="00513C3F">
              <w:rPr>
                <w:rFonts w:ascii="Times New Roman" w:eastAsia="宋体" w:hAnsi="Times New Roman" w:cs="Times New Roman"/>
                <w:szCs w:val="21"/>
              </w:rPr>
              <w:t xml:space="preserve"> </w:t>
            </w:r>
            <w:r w:rsidR="00497B11" w:rsidRPr="00513C3F">
              <w:rPr>
                <w:rFonts w:ascii="Times New Roman" w:eastAsia="宋体" w:hAnsi="Times New Roman" w:cs="Times New Roman"/>
                <w:szCs w:val="21"/>
              </w:rPr>
              <w:t>B</w:t>
            </w:r>
          </w:p>
        </w:tc>
        <w:tc>
          <w:tcPr>
            <w:tcW w:w="5471" w:type="dxa"/>
          </w:tcPr>
          <w:p w14:paraId="5065950D" w14:textId="3E0B94A4"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Feng C,</w:t>
            </w:r>
            <w:r w:rsidR="004775F7">
              <w:rPr>
                <w:rFonts w:ascii="Times New Roman" w:eastAsia="宋体" w:hAnsi="Times New Roman" w:hint="eastAsia"/>
                <w:szCs w:val="21"/>
              </w:rPr>
              <w:t xml:space="preserve"> </w:t>
            </w:r>
            <w:r w:rsidRPr="00513C3F">
              <w:rPr>
                <w:rFonts w:ascii="Times New Roman" w:eastAsia="宋体" w:hAnsi="Times New Roman"/>
                <w:szCs w:val="21"/>
              </w:rPr>
              <w:t xml:space="preserve">Guo LQ, Yan FL, Cui JM and Di XM. 1α,6β,7β,11α,15β-Penta-hydr-oxy-7α,20-ep-oxy-ent-kaur-16-ene. Acta </w:t>
            </w:r>
            <w:proofErr w:type="spellStart"/>
            <w:r w:rsidRPr="00513C3F">
              <w:rPr>
                <w:rFonts w:ascii="Times New Roman" w:eastAsia="宋体" w:hAnsi="Times New Roman"/>
                <w:szCs w:val="21"/>
              </w:rPr>
              <w:t>Crystallogr</w:t>
            </w:r>
            <w:proofErr w:type="spellEnd"/>
            <w:r w:rsidRPr="00513C3F">
              <w:rPr>
                <w:rFonts w:ascii="Times New Roman" w:eastAsia="宋体" w:hAnsi="Times New Roman"/>
                <w:szCs w:val="21"/>
              </w:rPr>
              <w:t xml:space="preserve"> Sect E Struct Rep Online</w:t>
            </w:r>
            <w:r w:rsidRPr="00513C3F">
              <w:rPr>
                <w:rFonts w:ascii="Times New Roman" w:eastAsia="宋体" w:hAnsi="Times New Roman"/>
                <w:i/>
                <w:szCs w:val="21"/>
              </w:rPr>
              <w:t xml:space="preserve">. </w:t>
            </w:r>
            <w:r w:rsidRPr="00513C3F">
              <w:rPr>
                <w:rFonts w:ascii="Times New Roman" w:eastAsia="宋体" w:hAnsi="Times New Roman"/>
                <w:szCs w:val="21"/>
              </w:rPr>
              <w:t>2010;66(Pt 2</w:t>
            </w:r>
            <w:proofErr w:type="gramStart"/>
            <w:r w:rsidRPr="00513C3F">
              <w:rPr>
                <w:rFonts w:ascii="Times New Roman" w:eastAsia="宋体" w:hAnsi="Times New Roman"/>
                <w:szCs w:val="21"/>
              </w:rPr>
              <w:t>):o</w:t>
            </w:r>
            <w:proofErr w:type="gramEnd"/>
            <w:r w:rsidRPr="00513C3F">
              <w:rPr>
                <w:rFonts w:ascii="Times New Roman" w:eastAsia="宋体" w:hAnsi="Times New Roman"/>
                <w:szCs w:val="21"/>
              </w:rPr>
              <w:t>334.</w:t>
            </w:r>
          </w:p>
        </w:tc>
      </w:tr>
      <w:tr w:rsidR="00497B11" w:rsidRPr="00513C3F" w14:paraId="6492C7D8" w14:textId="77777777" w:rsidTr="00E60C05">
        <w:tc>
          <w:tcPr>
            <w:tcW w:w="560" w:type="dxa"/>
          </w:tcPr>
          <w:p w14:paraId="6B2603A3"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7</w:t>
            </w:r>
          </w:p>
        </w:tc>
        <w:tc>
          <w:tcPr>
            <w:tcW w:w="2275" w:type="dxa"/>
          </w:tcPr>
          <w:p w14:paraId="2C667EE0" w14:textId="07F94E61" w:rsidR="00497B11" w:rsidRPr="00513C3F" w:rsidRDefault="00E671DF" w:rsidP="00E60C05">
            <w:pPr>
              <w:spacing w:beforeLines="50" w:before="156"/>
              <w:rPr>
                <w:rFonts w:ascii="Times New Roman" w:eastAsia="宋体" w:hAnsi="Times New Roman"/>
                <w:szCs w:val="21"/>
              </w:rPr>
            </w:pPr>
            <w:proofErr w:type="spellStart"/>
            <w:r>
              <w:rPr>
                <w:rFonts w:ascii="Times New Roman" w:eastAsia="宋体" w:hAnsi="Times New Roman" w:cs="Times New Roman" w:hint="eastAsia"/>
                <w:szCs w:val="21"/>
              </w:rPr>
              <w:t>t</w:t>
            </w:r>
            <w:r w:rsidRPr="00513C3F">
              <w:rPr>
                <w:rFonts w:ascii="Times New Roman" w:eastAsia="宋体" w:hAnsi="Times New Roman" w:cs="Times New Roman"/>
                <w:szCs w:val="21"/>
              </w:rPr>
              <w:t>aibaihenryiin</w:t>
            </w:r>
            <w:proofErr w:type="spellEnd"/>
            <w:r w:rsidRPr="00513C3F">
              <w:rPr>
                <w:rFonts w:ascii="Times New Roman" w:eastAsia="宋体" w:hAnsi="Times New Roman" w:cs="Times New Roman"/>
                <w:szCs w:val="21"/>
              </w:rPr>
              <w:t xml:space="preserve"> </w:t>
            </w:r>
            <w:r w:rsidR="00497B11" w:rsidRPr="00513C3F">
              <w:rPr>
                <w:rFonts w:ascii="Times New Roman" w:eastAsia="宋体" w:hAnsi="Times New Roman" w:cs="Times New Roman"/>
                <w:szCs w:val="21"/>
              </w:rPr>
              <w:t>A</w:t>
            </w:r>
          </w:p>
        </w:tc>
        <w:tc>
          <w:tcPr>
            <w:tcW w:w="5471" w:type="dxa"/>
          </w:tcPr>
          <w:p w14:paraId="731E182F"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Li BL, Pan YJ and Pan WJ. Two New </w:t>
            </w:r>
            <w:proofErr w:type="gramStart"/>
            <w:r w:rsidRPr="00513C3F">
              <w:rPr>
                <w:rFonts w:ascii="Times New Roman" w:eastAsia="宋体" w:hAnsi="Times New Roman"/>
                <w:szCs w:val="21"/>
              </w:rPr>
              <w:t>C(</w:t>
            </w:r>
            <w:proofErr w:type="gramEnd"/>
            <w:r w:rsidRPr="00513C3F">
              <w:rPr>
                <w:rFonts w:ascii="Times New Roman" w:eastAsia="宋体" w:hAnsi="Times New Roman"/>
                <w:szCs w:val="21"/>
              </w:rPr>
              <w:t xml:space="preserve">20)-Oxygenated </w:t>
            </w:r>
            <w:proofErr w:type="spellStart"/>
            <w:r w:rsidRPr="00513C3F">
              <w:rPr>
                <w:rFonts w:ascii="Times New Roman" w:eastAsia="宋体" w:hAnsi="Times New Roman"/>
                <w:i/>
                <w:iCs/>
                <w:szCs w:val="21"/>
              </w:rPr>
              <w:t>ent</w:t>
            </w:r>
            <w:proofErr w:type="spellEnd"/>
            <w:r w:rsidRPr="00513C3F">
              <w:rPr>
                <w:rFonts w:ascii="Times New Roman" w:eastAsia="宋体" w:hAnsi="Times New Roman"/>
                <w:szCs w:val="21"/>
              </w:rPr>
              <w:t>-</w:t>
            </w:r>
            <w:r w:rsidRPr="00513C3F">
              <w:rPr>
                <w:rFonts w:ascii="Times New Roman" w:eastAsia="宋体" w:hAnsi="Times New Roman"/>
                <w:szCs w:val="21"/>
              </w:rPr>
              <w:lastRenderedPageBreak/>
              <w:t xml:space="preserve">Kaurene Diterpenoids from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henryi</w:t>
            </w:r>
            <w:proofErr w:type="spellEnd"/>
            <w:r w:rsidRPr="00513C3F">
              <w:rPr>
                <w:rFonts w:ascii="Times New Roman" w:eastAsia="宋体" w:hAnsi="Times New Roman"/>
                <w:szCs w:val="21"/>
              </w:rPr>
              <w:t>. Helvetica Chimica Acta</w:t>
            </w:r>
            <w:r w:rsidRPr="00513C3F">
              <w:rPr>
                <w:rFonts w:ascii="Times New Roman" w:eastAsia="宋体" w:hAnsi="Times New Roman"/>
                <w:i/>
                <w:szCs w:val="21"/>
              </w:rPr>
              <w:t xml:space="preserve">. </w:t>
            </w:r>
            <w:r w:rsidRPr="00513C3F">
              <w:rPr>
                <w:rFonts w:ascii="Times New Roman" w:eastAsia="宋体" w:hAnsi="Times New Roman"/>
                <w:szCs w:val="21"/>
              </w:rPr>
              <w:t>2001;84(11):3418</w:t>
            </w:r>
            <w:r>
              <w:rPr>
                <w:rFonts w:ascii="Times New Roman" w:eastAsia="宋体" w:hAnsi="Times New Roman"/>
                <w:szCs w:val="21"/>
              </w:rPr>
              <w:t>–</w:t>
            </w:r>
            <w:r w:rsidRPr="00513C3F">
              <w:rPr>
                <w:rFonts w:ascii="Times New Roman" w:eastAsia="宋体" w:hAnsi="Times New Roman"/>
                <w:szCs w:val="21"/>
              </w:rPr>
              <w:t>22.</w:t>
            </w:r>
          </w:p>
        </w:tc>
      </w:tr>
      <w:tr w:rsidR="00497B11" w:rsidRPr="00513C3F" w14:paraId="11705DEB" w14:textId="77777777" w:rsidTr="00E60C05">
        <w:tc>
          <w:tcPr>
            <w:tcW w:w="560" w:type="dxa"/>
          </w:tcPr>
          <w:p w14:paraId="6E09A493"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lastRenderedPageBreak/>
              <w:t>8</w:t>
            </w:r>
          </w:p>
        </w:tc>
        <w:tc>
          <w:tcPr>
            <w:tcW w:w="2275" w:type="dxa"/>
          </w:tcPr>
          <w:p w14:paraId="02FB85F4" w14:textId="2D8C2B0F" w:rsidR="00497B11" w:rsidRPr="00513C3F" w:rsidRDefault="00E671DF" w:rsidP="00E60C05">
            <w:pPr>
              <w:spacing w:beforeLines="50" w:before="156"/>
              <w:rPr>
                <w:rFonts w:ascii="Times New Roman" w:eastAsia="宋体" w:hAnsi="Times New Roman"/>
                <w:szCs w:val="21"/>
              </w:rPr>
            </w:pPr>
            <w:proofErr w:type="spellStart"/>
            <w:r>
              <w:rPr>
                <w:rFonts w:ascii="Times New Roman" w:eastAsia="宋体" w:hAnsi="Times New Roman" w:hint="eastAsia"/>
                <w:szCs w:val="21"/>
              </w:rPr>
              <w:t>e</w:t>
            </w:r>
            <w:r w:rsidRPr="00513C3F">
              <w:rPr>
                <w:rFonts w:ascii="Times New Roman" w:eastAsia="宋体" w:hAnsi="Times New Roman"/>
                <w:szCs w:val="21"/>
              </w:rPr>
              <w:t>ffusanin</w:t>
            </w:r>
            <w:proofErr w:type="spellEnd"/>
            <w:r w:rsidRPr="00513C3F">
              <w:rPr>
                <w:rFonts w:ascii="Times New Roman" w:eastAsia="宋体" w:hAnsi="Times New Roman"/>
                <w:szCs w:val="21"/>
              </w:rPr>
              <w:t xml:space="preserve"> </w:t>
            </w:r>
            <w:r w:rsidR="00497B11" w:rsidRPr="00513C3F">
              <w:rPr>
                <w:rFonts w:ascii="Times New Roman" w:eastAsia="宋体" w:hAnsi="Times New Roman"/>
                <w:szCs w:val="21"/>
              </w:rPr>
              <w:t>C</w:t>
            </w:r>
          </w:p>
        </w:tc>
        <w:tc>
          <w:tcPr>
            <w:tcW w:w="5471" w:type="dxa"/>
          </w:tcPr>
          <w:p w14:paraId="064EA082"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Fujita T, Takeda Y, </w:t>
            </w:r>
            <w:proofErr w:type="spellStart"/>
            <w:r w:rsidRPr="00513C3F">
              <w:rPr>
                <w:rFonts w:ascii="Times New Roman" w:eastAsia="宋体" w:hAnsi="Times New Roman"/>
                <w:szCs w:val="21"/>
              </w:rPr>
              <w:t>Shingu</w:t>
            </w:r>
            <w:proofErr w:type="spellEnd"/>
            <w:r w:rsidRPr="00513C3F">
              <w:rPr>
                <w:rFonts w:ascii="Times New Roman" w:eastAsia="宋体" w:hAnsi="Times New Roman"/>
                <w:szCs w:val="21"/>
              </w:rPr>
              <w:t xml:space="preserve"> T and Ueno A. Structures of </w:t>
            </w:r>
            <w:proofErr w:type="spellStart"/>
            <w:r w:rsidRPr="00513C3F">
              <w:rPr>
                <w:rFonts w:ascii="Times New Roman" w:eastAsia="宋体" w:hAnsi="Times New Roman"/>
                <w:szCs w:val="21"/>
              </w:rPr>
              <w:t>effusanins</w:t>
            </w:r>
            <w:proofErr w:type="spellEnd"/>
            <w:r w:rsidRPr="00513C3F">
              <w:rPr>
                <w:rFonts w:ascii="Times New Roman" w:eastAsia="宋体" w:hAnsi="Times New Roman"/>
                <w:szCs w:val="21"/>
              </w:rPr>
              <w:t xml:space="preserve">, antibacterial diterpenoids from </w:t>
            </w:r>
            <w:proofErr w:type="spellStart"/>
            <w:r w:rsidRPr="00513C3F">
              <w:rPr>
                <w:rFonts w:ascii="Times New Roman" w:eastAsia="宋体" w:hAnsi="Times New Roman" w:hint="eastAsia"/>
                <w:i/>
                <w:iCs/>
                <w:szCs w:val="21"/>
              </w:rPr>
              <w:t>R</w:t>
            </w:r>
            <w:r w:rsidRPr="00513C3F">
              <w:rPr>
                <w:rFonts w:ascii="Times New Roman" w:eastAsia="宋体" w:hAnsi="Times New Roman"/>
                <w:i/>
                <w:iCs/>
                <w:szCs w:val="21"/>
              </w:rPr>
              <w:t>abdosia</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effusa</w:t>
            </w:r>
            <w:proofErr w:type="spellEnd"/>
            <w:r w:rsidRPr="00513C3F">
              <w:rPr>
                <w:rFonts w:ascii="Times New Roman" w:eastAsia="宋体" w:hAnsi="Times New Roman"/>
                <w:szCs w:val="21"/>
              </w:rPr>
              <w:t>. Chem Lett</w:t>
            </w:r>
            <w:r w:rsidRPr="00513C3F">
              <w:rPr>
                <w:rFonts w:ascii="Times New Roman" w:eastAsia="宋体" w:hAnsi="Times New Roman"/>
                <w:i/>
                <w:szCs w:val="21"/>
              </w:rPr>
              <w:t xml:space="preserve">. </w:t>
            </w:r>
            <w:r w:rsidRPr="00513C3F">
              <w:rPr>
                <w:rFonts w:ascii="Times New Roman" w:eastAsia="宋体" w:hAnsi="Times New Roman"/>
                <w:szCs w:val="21"/>
              </w:rPr>
              <w:t>2006;9(12):1635</w:t>
            </w:r>
            <w:r>
              <w:rPr>
                <w:rFonts w:ascii="Times New Roman" w:eastAsia="宋体" w:hAnsi="Times New Roman"/>
                <w:szCs w:val="21"/>
              </w:rPr>
              <w:t>–</w:t>
            </w:r>
            <w:r w:rsidRPr="00513C3F">
              <w:rPr>
                <w:rFonts w:ascii="Times New Roman" w:eastAsia="宋体" w:hAnsi="Times New Roman"/>
                <w:szCs w:val="21"/>
              </w:rPr>
              <w:t>8.</w:t>
            </w:r>
          </w:p>
        </w:tc>
      </w:tr>
      <w:tr w:rsidR="00497B11" w:rsidRPr="00513C3F" w14:paraId="109D3505" w14:textId="77777777" w:rsidTr="00E60C05">
        <w:tc>
          <w:tcPr>
            <w:tcW w:w="560" w:type="dxa"/>
          </w:tcPr>
          <w:p w14:paraId="1ECFBDCE"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9</w:t>
            </w:r>
          </w:p>
        </w:tc>
        <w:tc>
          <w:tcPr>
            <w:tcW w:w="2275" w:type="dxa"/>
          </w:tcPr>
          <w:p w14:paraId="22B15055" w14:textId="60D29228" w:rsidR="00497B11" w:rsidRPr="00513C3F" w:rsidRDefault="00E671DF" w:rsidP="00E60C05">
            <w:pPr>
              <w:spacing w:beforeLines="50" w:before="156"/>
              <w:rPr>
                <w:rFonts w:ascii="Times New Roman" w:eastAsia="宋体" w:hAnsi="Times New Roman"/>
                <w:szCs w:val="21"/>
              </w:rPr>
            </w:pPr>
            <w:proofErr w:type="spellStart"/>
            <w:r>
              <w:rPr>
                <w:rFonts w:ascii="Times New Roman" w:eastAsia="宋体" w:hAnsi="Times New Roman" w:hint="eastAsia"/>
                <w:szCs w:val="21"/>
              </w:rPr>
              <w:t>l</w:t>
            </w:r>
            <w:r w:rsidRPr="00513C3F">
              <w:rPr>
                <w:rFonts w:ascii="Times New Roman" w:eastAsia="宋体" w:hAnsi="Times New Roman"/>
                <w:szCs w:val="21"/>
              </w:rPr>
              <w:t>ongikaurin</w:t>
            </w:r>
            <w:proofErr w:type="spellEnd"/>
            <w:r w:rsidRPr="00513C3F">
              <w:rPr>
                <w:rFonts w:ascii="Times New Roman" w:eastAsia="宋体" w:hAnsi="Times New Roman"/>
                <w:szCs w:val="21"/>
              </w:rPr>
              <w:t xml:space="preserve"> </w:t>
            </w:r>
            <w:r w:rsidR="00497B11" w:rsidRPr="00513C3F">
              <w:rPr>
                <w:rFonts w:ascii="Times New Roman" w:eastAsia="宋体" w:hAnsi="Times New Roman"/>
                <w:szCs w:val="21"/>
              </w:rPr>
              <w:t>D</w:t>
            </w:r>
          </w:p>
        </w:tc>
        <w:tc>
          <w:tcPr>
            <w:tcW w:w="5471" w:type="dxa"/>
          </w:tcPr>
          <w:p w14:paraId="07638976"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Fujita T, Takeda Y and </w:t>
            </w:r>
            <w:proofErr w:type="spellStart"/>
            <w:r w:rsidRPr="00513C3F">
              <w:rPr>
                <w:rFonts w:ascii="Times New Roman" w:eastAsia="宋体" w:hAnsi="Times New Roman"/>
                <w:szCs w:val="21"/>
              </w:rPr>
              <w:t>Shingu</w:t>
            </w:r>
            <w:proofErr w:type="spellEnd"/>
            <w:r w:rsidRPr="00513C3F">
              <w:rPr>
                <w:rFonts w:ascii="Times New Roman" w:eastAsia="宋体" w:hAnsi="Times New Roman"/>
                <w:szCs w:val="21"/>
              </w:rPr>
              <w:t xml:space="preserve"> T. </w:t>
            </w:r>
            <w:proofErr w:type="spellStart"/>
            <w:r w:rsidRPr="00513C3F">
              <w:rPr>
                <w:rFonts w:ascii="Times New Roman" w:eastAsia="宋体" w:hAnsi="Times New Roman"/>
                <w:szCs w:val="21"/>
              </w:rPr>
              <w:t>Longikaurin</w:t>
            </w:r>
            <w:proofErr w:type="spellEnd"/>
            <w:r w:rsidRPr="00513C3F">
              <w:rPr>
                <w:rFonts w:ascii="Times New Roman" w:eastAsia="宋体" w:hAnsi="Times New Roman"/>
                <w:szCs w:val="21"/>
              </w:rPr>
              <w:t xml:space="preserve"> C, D, E and F; New Antibacterial Diterpenoids from </w:t>
            </w:r>
            <w:proofErr w:type="spellStart"/>
            <w:r w:rsidRPr="00513C3F">
              <w:rPr>
                <w:rFonts w:ascii="Times New Roman" w:eastAsia="宋体" w:hAnsi="Times New Roman"/>
                <w:i/>
                <w:iCs/>
                <w:szCs w:val="21"/>
              </w:rPr>
              <w:t>Rabdosia</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longituba</w:t>
            </w:r>
            <w:proofErr w:type="spellEnd"/>
            <w:r w:rsidRPr="00513C3F">
              <w:rPr>
                <w:rFonts w:ascii="Times New Roman" w:eastAsia="宋体" w:hAnsi="Times New Roman"/>
                <w:szCs w:val="21"/>
              </w:rPr>
              <w:t>. Heterocycles</w:t>
            </w:r>
            <w:r w:rsidRPr="00513C3F">
              <w:rPr>
                <w:rFonts w:ascii="Times New Roman" w:eastAsia="宋体" w:hAnsi="Times New Roman"/>
                <w:i/>
                <w:szCs w:val="21"/>
              </w:rPr>
              <w:t xml:space="preserve">. </w:t>
            </w:r>
            <w:proofErr w:type="gramStart"/>
            <w:r w:rsidRPr="00513C3F">
              <w:rPr>
                <w:rFonts w:ascii="Times New Roman" w:eastAsia="宋体" w:hAnsi="Times New Roman"/>
                <w:szCs w:val="21"/>
              </w:rPr>
              <w:t>1981;16:227</w:t>
            </w:r>
            <w:proofErr w:type="gramEnd"/>
            <w:r w:rsidRPr="00513C3F">
              <w:rPr>
                <w:rFonts w:ascii="Times New Roman" w:eastAsia="宋体" w:hAnsi="Times New Roman"/>
                <w:szCs w:val="21"/>
              </w:rPr>
              <w:t>.</w:t>
            </w:r>
          </w:p>
        </w:tc>
      </w:tr>
      <w:tr w:rsidR="00497B11" w:rsidRPr="00513C3F" w14:paraId="7C20CE51" w14:textId="77777777" w:rsidTr="00E60C05">
        <w:tc>
          <w:tcPr>
            <w:tcW w:w="560" w:type="dxa"/>
          </w:tcPr>
          <w:p w14:paraId="7A07C509"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10</w:t>
            </w:r>
          </w:p>
        </w:tc>
        <w:tc>
          <w:tcPr>
            <w:tcW w:w="2275" w:type="dxa"/>
          </w:tcPr>
          <w:p w14:paraId="171EE604" w14:textId="2A4C9835" w:rsidR="00497B11" w:rsidRPr="00513C3F" w:rsidRDefault="00E671DF" w:rsidP="00E60C05">
            <w:pPr>
              <w:spacing w:beforeLines="50" w:before="156"/>
              <w:rPr>
                <w:rFonts w:ascii="Times New Roman" w:eastAsia="宋体" w:hAnsi="Times New Roman"/>
                <w:szCs w:val="21"/>
              </w:rPr>
            </w:pPr>
            <w:proofErr w:type="spellStart"/>
            <w:r>
              <w:rPr>
                <w:rFonts w:ascii="Times New Roman" w:eastAsia="宋体" w:hAnsi="Times New Roman" w:hint="eastAsia"/>
                <w:szCs w:val="21"/>
              </w:rPr>
              <w:t>w</w:t>
            </w:r>
            <w:r w:rsidRPr="00513C3F">
              <w:rPr>
                <w:rFonts w:ascii="Times New Roman" w:eastAsia="宋体" w:hAnsi="Times New Roman"/>
                <w:szCs w:val="21"/>
              </w:rPr>
              <w:t>ikstroemioidin</w:t>
            </w:r>
            <w:proofErr w:type="spellEnd"/>
            <w:r w:rsidRPr="00513C3F">
              <w:rPr>
                <w:rFonts w:ascii="Times New Roman" w:eastAsia="宋体" w:hAnsi="Times New Roman"/>
                <w:szCs w:val="21"/>
              </w:rPr>
              <w:t xml:space="preserve"> </w:t>
            </w:r>
            <w:r w:rsidR="00497B11" w:rsidRPr="00513C3F">
              <w:rPr>
                <w:rFonts w:ascii="Times New Roman" w:eastAsia="宋体" w:hAnsi="Times New Roman"/>
                <w:szCs w:val="21"/>
              </w:rPr>
              <w:t>A</w:t>
            </w:r>
          </w:p>
        </w:tc>
        <w:tc>
          <w:tcPr>
            <w:tcW w:w="5471" w:type="dxa"/>
          </w:tcPr>
          <w:p w14:paraId="176AED5D"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Wu SH, Zang HJ, Chen YP, Lin ZW and Sun HD. Diterpenoids from</w:t>
            </w:r>
            <w:r w:rsidRPr="00513C3F">
              <w:rPr>
                <w:rFonts w:ascii="Times New Roman" w:eastAsia="宋体" w:hAnsi="Times New Roman" w:hint="eastAsia"/>
                <w:szCs w:val="21"/>
              </w:rPr>
              <w:t xml:space="preserve">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wikstroemioides</w:t>
            </w:r>
            <w:proofErr w:type="spellEnd"/>
            <w:r w:rsidRPr="00513C3F">
              <w:rPr>
                <w:rFonts w:ascii="Times New Roman" w:eastAsia="宋体" w:hAnsi="Times New Roman"/>
                <w:szCs w:val="21"/>
              </w:rPr>
              <w:t>. Phytochemistry</w:t>
            </w:r>
            <w:r w:rsidRPr="00513C3F">
              <w:rPr>
                <w:rFonts w:ascii="Times New Roman" w:eastAsia="宋体" w:hAnsi="Times New Roman"/>
                <w:i/>
                <w:szCs w:val="21"/>
              </w:rPr>
              <w:t xml:space="preserve">. </w:t>
            </w:r>
            <w:r w:rsidRPr="00513C3F">
              <w:rPr>
                <w:rFonts w:ascii="Times New Roman" w:eastAsia="宋体" w:hAnsi="Times New Roman"/>
                <w:szCs w:val="21"/>
              </w:rPr>
              <w:t>1993;34(4):1099</w:t>
            </w:r>
            <w:r>
              <w:rPr>
                <w:rFonts w:ascii="Times New Roman" w:eastAsia="宋体" w:hAnsi="Times New Roman"/>
                <w:szCs w:val="21"/>
              </w:rPr>
              <w:t>–</w:t>
            </w:r>
            <w:r w:rsidRPr="00513C3F">
              <w:rPr>
                <w:rFonts w:ascii="Times New Roman" w:eastAsia="宋体" w:hAnsi="Times New Roman"/>
                <w:szCs w:val="21"/>
              </w:rPr>
              <w:t>102.</w:t>
            </w:r>
          </w:p>
        </w:tc>
      </w:tr>
      <w:tr w:rsidR="00497B11" w:rsidRPr="00513C3F" w14:paraId="405E2037" w14:textId="77777777" w:rsidTr="00E60C05">
        <w:tc>
          <w:tcPr>
            <w:tcW w:w="560" w:type="dxa"/>
          </w:tcPr>
          <w:p w14:paraId="1197E8D9"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11</w:t>
            </w:r>
          </w:p>
        </w:tc>
        <w:tc>
          <w:tcPr>
            <w:tcW w:w="2275" w:type="dxa"/>
          </w:tcPr>
          <w:p w14:paraId="0BCC8435" w14:textId="62926318" w:rsidR="00497B11" w:rsidRPr="00513C3F" w:rsidRDefault="00E671DF" w:rsidP="00E60C05">
            <w:pPr>
              <w:spacing w:beforeLines="50" w:before="156"/>
              <w:rPr>
                <w:rFonts w:ascii="Times New Roman" w:eastAsia="宋体" w:hAnsi="Times New Roman"/>
                <w:szCs w:val="21"/>
              </w:rPr>
            </w:pPr>
            <w:proofErr w:type="spellStart"/>
            <w:r>
              <w:rPr>
                <w:rFonts w:ascii="Times New Roman" w:eastAsia="宋体" w:hAnsi="Times New Roman" w:hint="eastAsia"/>
                <w:szCs w:val="21"/>
              </w:rPr>
              <w:t>o</w:t>
            </w:r>
            <w:r w:rsidRPr="00513C3F">
              <w:rPr>
                <w:rFonts w:ascii="Times New Roman" w:eastAsia="宋体" w:hAnsi="Times New Roman"/>
                <w:szCs w:val="21"/>
              </w:rPr>
              <w:t>reskaurin</w:t>
            </w:r>
            <w:proofErr w:type="spellEnd"/>
            <w:r w:rsidRPr="00513C3F">
              <w:rPr>
                <w:rFonts w:ascii="Times New Roman" w:eastAsia="宋体" w:hAnsi="Times New Roman"/>
                <w:szCs w:val="21"/>
              </w:rPr>
              <w:t xml:space="preserve"> </w:t>
            </w:r>
            <w:r w:rsidR="00497B11" w:rsidRPr="00513C3F">
              <w:rPr>
                <w:rFonts w:ascii="Times New Roman" w:eastAsia="宋体" w:hAnsi="Times New Roman"/>
                <w:szCs w:val="21"/>
              </w:rPr>
              <w:t>B</w:t>
            </w:r>
          </w:p>
        </w:tc>
        <w:tc>
          <w:tcPr>
            <w:tcW w:w="5471" w:type="dxa"/>
          </w:tcPr>
          <w:p w14:paraId="3FF8A1A5"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Xiang W, Li RT, Wang ZY, Li SH, Zhao QS, Zhang HJ, et al. </w:t>
            </w:r>
            <w:proofErr w:type="spellStart"/>
            <w:r w:rsidRPr="00513C3F">
              <w:rPr>
                <w:rFonts w:ascii="Times New Roman" w:eastAsia="宋体" w:hAnsi="Times New Roman"/>
                <w:i/>
                <w:iCs/>
                <w:szCs w:val="21"/>
              </w:rPr>
              <w:t>ent</w:t>
            </w:r>
            <w:proofErr w:type="spellEnd"/>
            <w:r w:rsidRPr="00513C3F">
              <w:rPr>
                <w:rFonts w:ascii="Times New Roman" w:eastAsia="宋体" w:hAnsi="Times New Roman"/>
                <w:szCs w:val="21"/>
              </w:rPr>
              <w:t xml:space="preserve">-Kaurene diterpenoids from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oresbius</w:t>
            </w:r>
            <w:proofErr w:type="spellEnd"/>
            <w:r w:rsidRPr="00513C3F">
              <w:rPr>
                <w:rFonts w:ascii="Times New Roman" w:eastAsia="宋体" w:hAnsi="Times New Roman"/>
                <w:szCs w:val="21"/>
              </w:rPr>
              <w:t>. Phytochemistry</w:t>
            </w:r>
            <w:r w:rsidRPr="00513C3F">
              <w:rPr>
                <w:rFonts w:ascii="Times New Roman" w:eastAsia="宋体" w:hAnsi="Times New Roman"/>
                <w:i/>
                <w:szCs w:val="21"/>
              </w:rPr>
              <w:t xml:space="preserve">. </w:t>
            </w:r>
            <w:r w:rsidRPr="00513C3F">
              <w:rPr>
                <w:rFonts w:ascii="Times New Roman" w:eastAsia="宋体" w:hAnsi="Times New Roman"/>
                <w:szCs w:val="21"/>
              </w:rPr>
              <w:t>2004;65(8):1173</w:t>
            </w:r>
            <w:r>
              <w:rPr>
                <w:rFonts w:ascii="Times New Roman" w:eastAsia="宋体" w:hAnsi="Times New Roman"/>
                <w:szCs w:val="21"/>
              </w:rPr>
              <w:t>–</w:t>
            </w:r>
            <w:r w:rsidRPr="00513C3F">
              <w:rPr>
                <w:rFonts w:ascii="Times New Roman" w:eastAsia="宋体" w:hAnsi="Times New Roman"/>
                <w:szCs w:val="21"/>
              </w:rPr>
              <w:t>7.</w:t>
            </w:r>
          </w:p>
        </w:tc>
      </w:tr>
      <w:tr w:rsidR="00497B11" w:rsidRPr="00513C3F" w14:paraId="1850A7F1" w14:textId="77777777" w:rsidTr="00E60C05">
        <w:tc>
          <w:tcPr>
            <w:tcW w:w="560" w:type="dxa"/>
          </w:tcPr>
          <w:p w14:paraId="7606BFAF"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12</w:t>
            </w:r>
          </w:p>
        </w:tc>
        <w:tc>
          <w:tcPr>
            <w:tcW w:w="2275" w:type="dxa"/>
          </w:tcPr>
          <w:p w14:paraId="7BF49761" w14:textId="5BA77EAA" w:rsidR="00497B11" w:rsidRPr="00513C3F" w:rsidRDefault="00E671DF" w:rsidP="00E60C05">
            <w:pPr>
              <w:spacing w:beforeLines="50" w:before="156"/>
              <w:rPr>
                <w:rFonts w:ascii="Times New Roman" w:eastAsia="宋体" w:hAnsi="Times New Roman"/>
                <w:szCs w:val="21"/>
              </w:rPr>
            </w:pPr>
            <w:bookmarkStart w:id="33" w:name="_Hlk165034015"/>
            <w:proofErr w:type="spellStart"/>
            <w:r>
              <w:rPr>
                <w:rFonts w:ascii="Times New Roman" w:eastAsia="宋体" w:hAnsi="Times New Roman" w:hint="eastAsia"/>
                <w:szCs w:val="21"/>
              </w:rPr>
              <w:t>l</w:t>
            </w:r>
            <w:r w:rsidRPr="00513C3F">
              <w:rPr>
                <w:rFonts w:ascii="Times New Roman" w:eastAsia="宋体" w:hAnsi="Times New Roman"/>
                <w:szCs w:val="21"/>
              </w:rPr>
              <w:t>ongikaurin</w:t>
            </w:r>
            <w:proofErr w:type="spellEnd"/>
            <w:r w:rsidRPr="00513C3F">
              <w:rPr>
                <w:rFonts w:ascii="Times New Roman" w:eastAsia="宋体" w:hAnsi="Times New Roman"/>
                <w:szCs w:val="21"/>
              </w:rPr>
              <w:t xml:space="preserve"> </w:t>
            </w:r>
            <w:r w:rsidR="00497B11" w:rsidRPr="00513C3F">
              <w:rPr>
                <w:rFonts w:ascii="Times New Roman" w:eastAsia="宋体" w:hAnsi="Times New Roman"/>
                <w:szCs w:val="21"/>
              </w:rPr>
              <w:t>A</w:t>
            </w:r>
            <w:bookmarkEnd w:id="33"/>
          </w:p>
        </w:tc>
        <w:tc>
          <w:tcPr>
            <w:tcW w:w="5471" w:type="dxa"/>
          </w:tcPr>
          <w:p w14:paraId="71605959"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Fujita T, Takeda Y and </w:t>
            </w:r>
            <w:proofErr w:type="spellStart"/>
            <w:r w:rsidRPr="00513C3F">
              <w:rPr>
                <w:rFonts w:ascii="Times New Roman" w:eastAsia="宋体" w:hAnsi="Times New Roman"/>
                <w:szCs w:val="21"/>
              </w:rPr>
              <w:t>Shingu</w:t>
            </w:r>
            <w:proofErr w:type="spellEnd"/>
            <w:r w:rsidRPr="00513C3F">
              <w:rPr>
                <w:rFonts w:ascii="Times New Roman" w:eastAsia="宋体" w:hAnsi="Times New Roman"/>
                <w:szCs w:val="21"/>
              </w:rPr>
              <w:t xml:space="preserve"> T. </w:t>
            </w:r>
            <w:proofErr w:type="spellStart"/>
            <w:r w:rsidRPr="00513C3F">
              <w:rPr>
                <w:rFonts w:ascii="Times New Roman" w:eastAsia="宋体" w:hAnsi="Times New Roman"/>
                <w:szCs w:val="21"/>
              </w:rPr>
              <w:t>Longikaurin</w:t>
            </w:r>
            <w:proofErr w:type="spellEnd"/>
            <w:r w:rsidRPr="00513C3F">
              <w:rPr>
                <w:rFonts w:ascii="Times New Roman" w:eastAsia="宋体" w:hAnsi="Times New Roman"/>
                <w:szCs w:val="21"/>
              </w:rPr>
              <w:t xml:space="preserve"> A and B; new, biologically active diterpenoids from </w:t>
            </w:r>
            <w:proofErr w:type="spellStart"/>
            <w:r w:rsidRPr="00513C3F">
              <w:rPr>
                <w:rFonts w:ascii="Times New Roman" w:eastAsia="宋体" w:hAnsi="Times New Roman"/>
                <w:i/>
                <w:iCs/>
                <w:szCs w:val="21"/>
              </w:rPr>
              <w:t>Rabdosia</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longituba</w:t>
            </w:r>
            <w:proofErr w:type="spellEnd"/>
            <w:r w:rsidRPr="00513C3F">
              <w:rPr>
                <w:rFonts w:ascii="Times New Roman" w:eastAsia="宋体" w:hAnsi="Times New Roman"/>
                <w:szCs w:val="21"/>
              </w:rPr>
              <w:t xml:space="preserve">. J Chem Soc Chem </w:t>
            </w:r>
            <w:proofErr w:type="spellStart"/>
            <w:r w:rsidRPr="00513C3F">
              <w:rPr>
                <w:rFonts w:ascii="Times New Roman" w:eastAsia="宋体" w:hAnsi="Times New Roman"/>
                <w:szCs w:val="21"/>
              </w:rPr>
              <w:t>Commun</w:t>
            </w:r>
            <w:proofErr w:type="spellEnd"/>
            <w:r w:rsidRPr="00513C3F">
              <w:rPr>
                <w:rFonts w:ascii="Times New Roman" w:eastAsia="宋体" w:hAnsi="Times New Roman"/>
                <w:i/>
                <w:szCs w:val="21"/>
              </w:rPr>
              <w:t xml:space="preserve">. </w:t>
            </w:r>
            <w:r w:rsidRPr="00513C3F">
              <w:rPr>
                <w:rFonts w:ascii="Times New Roman" w:eastAsia="宋体" w:hAnsi="Times New Roman"/>
                <w:szCs w:val="21"/>
              </w:rPr>
              <w:t>1980;(5):205</w:t>
            </w:r>
            <w:r>
              <w:rPr>
                <w:rFonts w:ascii="Times New Roman" w:eastAsia="宋体" w:hAnsi="Times New Roman"/>
                <w:szCs w:val="21"/>
              </w:rPr>
              <w:t>–</w:t>
            </w:r>
            <w:r w:rsidRPr="00513C3F">
              <w:rPr>
                <w:rFonts w:ascii="Times New Roman" w:eastAsia="宋体" w:hAnsi="Times New Roman"/>
                <w:szCs w:val="21"/>
              </w:rPr>
              <w:t>7.</w:t>
            </w:r>
          </w:p>
        </w:tc>
      </w:tr>
      <w:tr w:rsidR="00497B11" w:rsidRPr="00513C3F" w14:paraId="41F8671D" w14:textId="77777777" w:rsidTr="00E60C05">
        <w:tc>
          <w:tcPr>
            <w:tcW w:w="560" w:type="dxa"/>
          </w:tcPr>
          <w:p w14:paraId="69477EB9"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13</w:t>
            </w:r>
          </w:p>
        </w:tc>
        <w:tc>
          <w:tcPr>
            <w:tcW w:w="2275" w:type="dxa"/>
          </w:tcPr>
          <w:p w14:paraId="76D5658E" w14:textId="320411B6" w:rsidR="00497B11" w:rsidRPr="00513C3F" w:rsidRDefault="00E671DF" w:rsidP="00E60C05">
            <w:pPr>
              <w:spacing w:beforeLines="50" w:before="156"/>
              <w:rPr>
                <w:rFonts w:ascii="Times New Roman" w:eastAsia="宋体" w:hAnsi="Times New Roman"/>
                <w:szCs w:val="21"/>
              </w:rPr>
            </w:pPr>
            <w:proofErr w:type="spellStart"/>
            <w:r>
              <w:rPr>
                <w:rFonts w:ascii="Times New Roman" w:eastAsia="宋体" w:hAnsi="Times New Roman" w:hint="eastAsia"/>
                <w:szCs w:val="21"/>
              </w:rPr>
              <w:t>p</w:t>
            </w:r>
            <w:r w:rsidRPr="00513C3F">
              <w:rPr>
                <w:rFonts w:ascii="Times New Roman" w:eastAsia="宋体" w:hAnsi="Times New Roman"/>
                <w:szCs w:val="21"/>
              </w:rPr>
              <w:t>hyllostacin</w:t>
            </w:r>
            <w:proofErr w:type="spellEnd"/>
            <w:r w:rsidRPr="00513C3F">
              <w:rPr>
                <w:rFonts w:ascii="Times New Roman" w:eastAsia="宋体" w:hAnsi="Times New Roman"/>
                <w:szCs w:val="21"/>
              </w:rPr>
              <w:t xml:space="preserve"> </w:t>
            </w:r>
            <w:r w:rsidR="00497B11" w:rsidRPr="00513C3F">
              <w:rPr>
                <w:rFonts w:ascii="Times New Roman" w:eastAsia="宋体" w:hAnsi="Times New Roman"/>
                <w:szCs w:val="21"/>
              </w:rPr>
              <w:t>C</w:t>
            </w:r>
          </w:p>
        </w:tc>
        <w:tc>
          <w:tcPr>
            <w:tcW w:w="5471" w:type="dxa"/>
          </w:tcPr>
          <w:p w14:paraId="73A5FD6E"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Sun HD, Li X, Pu JX, Li SH, Huang SX, Weng ZY, et al. Three new </w:t>
            </w:r>
            <w:proofErr w:type="spellStart"/>
            <w:r w:rsidRPr="00513C3F">
              <w:rPr>
                <w:rFonts w:ascii="Times New Roman" w:eastAsia="宋体" w:hAnsi="Times New Roman"/>
                <w:i/>
                <w:iCs/>
                <w:szCs w:val="21"/>
              </w:rPr>
              <w:t>ent</w:t>
            </w:r>
            <w:r w:rsidRPr="00513C3F">
              <w:rPr>
                <w:rFonts w:ascii="Times New Roman" w:eastAsia="宋体" w:hAnsi="Times New Roman"/>
                <w:szCs w:val="21"/>
              </w:rPr>
              <w:t>-kauranoids</w:t>
            </w:r>
            <w:proofErr w:type="spellEnd"/>
            <w:r w:rsidRPr="00513C3F">
              <w:rPr>
                <w:rFonts w:ascii="Times New Roman" w:eastAsia="宋体" w:hAnsi="Times New Roman"/>
                <w:szCs w:val="21"/>
              </w:rPr>
              <w:t xml:space="preserve"> from </w:t>
            </w:r>
            <w:proofErr w:type="spellStart"/>
            <w:r w:rsidRPr="00513C3F">
              <w:rPr>
                <w:rFonts w:ascii="Times New Roman" w:eastAsia="宋体" w:hAnsi="Times New Roman" w:hint="eastAsia"/>
                <w:i/>
                <w:iCs/>
                <w:szCs w:val="21"/>
              </w:rPr>
              <w:t>I</w:t>
            </w:r>
            <w:r w:rsidRPr="00513C3F">
              <w:rPr>
                <w:rFonts w:ascii="Times New Roman" w:eastAsia="宋体" w:hAnsi="Times New Roman"/>
                <w:i/>
                <w:iCs/>
                <w:szCs w:val="21"/>
              </w:rPr>
              <w:t>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phyllostachys</w:t>
            </w:r>
            <w:proofErr w:type="spellEnd"/>
            <w:r w:rsidRPr="00513C3F">
              <w:rPr>
                <w:rFonts w:ascii="Times New Roman" w:eastAsia="宋体" w:hAnsi="Times New Roman"/>
                <w:szCs w:val="21"/>
              </w:rPr>
              <w:t>. Heterocycles</w:t>
            </w:r>
            <w:r w:rsidRPr="00513C3F">
              <w:rPr>
                <w:rFonts w:ascii="Times New Roman" w:eastAsia="宋体" w:hAnsi="Times New Roman"/>
                <w:i/>
                <w:szCs w:val="21"/>
              </w:rPr>
              <w:t xml:space="preserve">. </w:t>
            </w:r>
            <w:r w:rsidRPr="00513C3F">
              <w:rPr>
                <w:rFonts w:ascii="Times New Roman" w:eastAsia="宋体" w:hAnsi="Times New Roman"/>
                <w:szCs w:val="21"/>
              </w:rPr>
              <w:t>2007;71(11):2441.</w:t>
            </w:r>
          </w:p>
        </w:tc>
      </w:tr>
      <w:tr w:rsidR="00497B11" w:rsidRPr="00513C3F" w14:paraId="46B4FBC9" w14:textId="77777777" w:rsidTr="00E60C05">
        <w:tc>
          <w:tcPr>
            <w:tcW w:w="560" w:type="dxa"/>
          </w:tcPr>
          <w:p w14:paraId="71988AA4"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14</w:t>
            </w:r>
          </w:p>
        </w:tc>
        <w:tc>
          <w:tcPr>
            <w:tcW w:w="2275" w:type="dxa"/>
          </w:tcPr>
          <w:p w14:paraId="040B9DE2" w14:textId="2D1FDCEB"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szCs w:val="21"/>
              </w:rPr>
              <w:t>e</w:t>
            </w:r>
            <w:r w:rsidRPr="00513C3F">
              <w:rPr>
                <w:rFonts w:ascii="Times New Roman" w:eastAsia="宋体" w:hAnsi="Times New Roman"/>
                <w:szCs w:val="21"/>
              </w:rPr>
              <w:t>nmenol</w:t>
            </w:r>
            <w:proofErr w:type="spellEnd"/>
          </w:p>
        </w:tc>
        <w:tc>
          <w:tcPr>
            <w:tcW w:w="5471" w:type="dxa"/>
          </w:tcPr>
          <w:p w14:paraId="4CB49495"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Mori S, </w:t>
            </w:r>
            <w:proofErr w:type="spellStart"/>
            <w:r w:rsidRPr="00513C3F">
              <w:rPr>
                <w:rFonts w:ascii="Times New Roman" w:eastAsia="宋体" w:hAnsi="Times New Roman"/>
                <w:szCs w:val="21"/>
              </w:rPr>
              <w:t>Shudo</w:t>
            </w:r>
            <w:proofErr w:type="spellEnd"/>
            <w:r w:rsidRPr="00513C3F">
              <w:rPr>
                <w:rFonts w:ascii="Times New Roman" w:eastAsia="宋体" w:hAnsi="Times New Roman"/>
                <w:szCs w:val="21"/>
              </w:rPr>
              <w:t xml:space="preserve"> K, </w:t>
            </w:r>
            <w:proofErr w:type="spellStart"/>
            <w:r w:rsidRPr="00513C3F">
              <w:rPr>
                <w:rFonts w:ascii="Times New Roman" w:eastAsia="宋体" w:hAnsi="Times New Roman"/>
                <w:szCs w:val="21"/>
              </w:rPr>
              <w:t>Ageta</w:t>
            </w:r>
            <w:proofErr w:type="spellEnd"/>
            <w:r w:rsidRPr="00513C3F">
              <w:rPr>
                <w:rFonts w:ascii="Times New Roman" w:eastAsia="宋体" w:hAnsi="Times New Roman"/>
                <w:szCs w:val="21"/>
              </w:rPr>
              <w:t xml:space="preserve"> T, Koizumi T and Okamoto T. Studies on the Constituents of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trichocarpus</w:t>
            </w:r>
            <w:proofErr w:type="spellEnd"/>
            <w:r w:rsidRPr="00513C3F">
              <w:rPr>
                <w:rFonts w:ascii="Times New Roman" w:eastAsia="宋体" w:hAnsi="Times New Roman"/>
                <w:szCs w:val="21"/>
              </w:rPr>
              <w:t xml:space="preserve"> KUDO. I. Isolation of the Constituents and the Structures of </w:t>
            </w:r>
            <w:proofErr w:type="spellStart"/>
            <w:r w:rsidRPr="00513C3F">
              <w:rPr>
                <w:rFonts w:ascii="Times New Roman" w:eastAsia="宋体" w:hAnsi="Times New Roman"/>
                <w:szCs w:val="21"/>
              </w:rPr>
              <w:t>Isodonol</w:t>
            </w:r>
            <w:proofErr w:type="spellEnd"/>
            <w:r w:rsidRPr="00513C3F">
              <w:rPr>
                <w:rFonts w:ascii="Times New Roman" w:eastAsia="宋体" w:hAnsi="Times New Roman"/>
                <w:szCs w:val="21"/>
              </w:rPr>
              <w:t xml:space="preserve">, </w:t>
            </w:r>
            <w:proofErr w:type="spellStart"/>
            <w:r w:rsidRPr="00513C3F">
              <w:rPr>
                <w:rFonts w:ascii="Times New Roman" w:eastAsia="宋体" w:hAnsi="Times New Roman"/>
                <w:szCs w:val="21"/>
              </w:rPr>
              <w:t>Enmedol</w:t>
            </w:r>
            <w:proofErr w:type="spellEnd"/>
            <w:r w:rsidRPr="00513C3F">
              <w:rPr>
                <w:rFonts w:ascii="Times New Roman" w:eastAsia="宋体" w:hAnsi="Times New Roman"/>
                <w:szCs w:val="21"/>
              </w:rPr>
              <w:t xml:space="preserve">, and </w:t>
            </w:r>
            <w:proofErr w:type="spellStart"/>
            <w:r w:rsidRPr="00513C3F">
              <w:rPr>
                <w:rFonts w:ascii="Times New Roman" w:eastAsia="宋体" w:hAnsi="Times New Roman"/>
                <w:szCs w:val="21"/>
              </w:rPr>
              <w:t>Enmenol</w:t>
            </w:r>
            <w:proofErr w:type="spellEnd"/>
            <w:r w:rsidRPr="00513C3F">
              <w:rPr>
                <w:rFonts w:ascii="Times New Roman" w:eastAsia="宋体" w:hAnsi="Times New Roman"/>
                <w:szCs w:val="21"/>
              </w:rPr>
              <w:t>. Chem Pharm Bull</w:t>
            </w:r>
            <w:r w:rsidRPr="00513C3F">
              <w:rPr>
                <w:rFonts w:ascii="Times New Roman" w:eastAsia="宋体" w:hAnsi="Times New Roman"/>
                <w:i/>
                <w:szCs w:val="21"/>
              </w:rPr>
              <w:t xml:space="preserve">. </w:t>
            </w:r>
            <w:r w:rsidRPr="00513C3F">
              <w:rPr>
                <w:rFonts w:ascii="Times New Roman" w:eastAsia="宋体" w:hAnsi="Times New Roman"/>
                <w:szCs w:val="21"/>
              </w:rPr>
              <w:t>1970;18(5):871</w:t>
            </w:r>
            <w:r>
              <w:rPr>
                <w:rFonts w:ascii="Times New Roman" w:eastAsia="宋体" w:hAnsi="Times New Roman"/>
                <w:szCs w:val="21"/>
              </w:rPr>
              <w:t>–</w:t>
            </w:r>
            <w:r w:rsidRPr="00513C3F">
              <w:rPr>
                <w:rFonts w:ascii="Times New Roman" w:eastAsia="宋体" w:hAnsi="Times New Roman"/>
                <w:szCs w:val="21"/>
              </w:rPr>
              <w:t>83.</w:t>
            </w:r>
          </w:p>
        </w:tc>
      </w:tr>
      <w:tr w:rsidR="00497B11" w:rsidRPr="00513C3F" w14:paraId="06B6D782" w14:textId="77777777" w:rsidTr="00E60C05">
        <w:tc>
          <w:tcPr>
            <w:tcW w:w="560" w:type="dxa"/>
          </w:tcPr>
          <w:p w14:paraId="282C17D3" w14:textId="77777777" w:rsidR="00497B11" w:rsidRPr="00513C3F" w:rsidRDefault="00497B11" w:rsidP="00E60C05">
            <w:pPr>
              <w:rPr>
                <w:rFonts w:ascii="Times New Roman" w:eastAsia="宋体" w:hAnsi="Times New Roman"/>
                <w:b/>
                <w:bCs/>
                <w:szCs w:val="21"/>
              </w:rPr>
            </w:pPr>
            <w:r w:rsidRPr="00513C3F">
              <w:rPr>
                <w:rFonts w:ascii="Times New Roman" w:eastAsia="宋体" w:hAnsi="Times New Roman" w:hint="eastAsia"/>
                <w:b/>
                <w:bCs/>
                <w:szCs w:val="21"/>
              </w:rPr>
              <w:t>15</w:t>
            </w:r>
          </w:p>
        </w:tc>
        <w:tc>
          <w:tcPr>
            <w:tcW w:w="2275" w:type="dxa"/>
          </w:tcPr>
          <w:p w14:paraId="3E9AD045" w14:textId="35DC3F9E" w:rsidR="00497B11" w:rsidRPr="00513C3F" w:rsidRDefault="00497B11" w:rsidP="00E60C05">
            <w:pPr>
              <w:rPr>
                <w:rFonts w:ascii="Times New Roman" w:eastAsia="宋体" w:hAnsi="Times New Roman"/>
                <w:szCs w:val="21"/>
              </w:rPr>
            </w:pPr>
            <w:r w:rsidRPr="00513C3F">
              <w:rPr>
                <w:rFonts w:ascii="Times New Roman" w:eastAsia="宋体" w:hAnsi="Times New Roman" w:hint="eastAsia"/>
                <w:szCs w:val="21"/>
              </w:rPr>
              <w:t>o</w:t>
            </w:r>
            <w:r w:rsidRPr="00513C3F">
              <w:rPr>
                <w:rFonts w:ascii="Times New Roman" w:eastAsia="宋体" w:hAnsi="Times New Roman"/>
                <w:szCs w:val="21"/>
              </w:rPr>
              <w:t>ridonin</w:t>
            </w:r>
          </w:p>
        </w:tc>
        <w:tc>
          <w:tcPr>
            <w:tcW w:w="5471" w:type="dxa"/>
          </w:tcPr>
          <w:p w14:paraId="5434C001" w14:textId="77777777" w:rsidR="00497B11" w:rsidRPr="00513C3F" w:rsidRDefault="00497B11" w:rsidP="00E60C05">
            <w:pPr>
              <w:rPr>
                <w:rFonts w:ascii="Times New Roman" w:eastAsia="宋体" w:hAnsi="Times New Roman"/>
                <w:szCs w:val="21"/>
              </w:rPr>
            </w:pPr>
            <w:r w:rsidRPr="00513C3F">
              <w:rPr>
                <w:rFonts w:ascii="Times New Roman" w:eastAsia="宋体" w:hAnsi="Times New Roman"/>
                <w:szCs w:val="21"/>
              </w:rPr>
              <w:t xml:space="preserve">Fujita E, Fujita T, Katayama H, Shibuya M and </w:t>
            </w:r>
            <w:proofErr w:type="spellStart"/>
            <w:r w:rsidRPr="00513C3F">
              <w:rPr>
                <w:rFonts w:ascii="Times New Roman" w:eastAsia="宋体" w:hAnsi="Times New Roman"/>
                <w:szCs w:val="21"/>
              </w:rPr>
              <w:t>Shingu</w:t>
            </w:r>
            <w:proofErr w:type="spellEnd"/>
            <w:r w:rsidRPr="00513C3F">
              <w:rPr>
                <w:rFonts w:ascii="Times New Roman" w:eastAsia="宋体" w:hAnsi="Times New Roman"/>
                <w:szCs w:val="21"/>
              </w:rPr>
              <w:t xml:space="preserve"> T. Terpenoids. Part XV. Structure and absolute configuration of oridonin isolated from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japonicus</w:t>
            </w:r>
            <w:r w:rsidRPr="00513C3F">
              <w:rPr>
                <w:rFonts w:ascii="Times New Roman" w:eastAsia="宋体" w:hAnsi="Times New Roman"/>
                <w:szCs w:val="21"/>
              </w:rPr>
              <w:t xml:space="preserve"> and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trichocarpus</w:t>
            </w:r>
            <w:proofErr w:type="spellEnd"/>
            <w:r w:rsidRPr="00513C3F">
              <w:rPr>
                <w:rFonts w:ascii="Times New Roman" w:eastAsia="宋体" w:hAnsi="Times New Roman"/>
                <w:szCs w:val="21"/>
              </w:rPr>
              <w:t>. J Chem Soc C</w:t>
            </w:r>
            <w:r w:rsidRPr="00513C3F">
              <w:rPr>
                <w:rFonts w:ascii="Times New Roman" w:eastAsia="宋体" w:hAnsi="Times New Roman"/>
                <w:i/>
                <w:szCs w:val="21"/>
              </w:rPr>
              <w:t xml:space="preserve">. </w:t>
            </w:r>
            <w:r w:rsidRPr="00513C3F">
              <w:rPr>
                <w:rFonts w:ascii="Times New Roman" w:eastAsia="宋体" w:hAnsi="Times New Roman"/>
                <w:szCs w:val="21"/>
              </w:rPr>
              <w:t>1970;(12):1674</w:t>
            </w:r>
            <w:r>
              <w:rPr>
                <w:rFonts w:ascii="Times New Roman" w:eastAsia="宋体" w:hAnsi="Times New Roman"/>
                <w:szCs w:val="21"/>
              </w:rPr>
              <w:t>–</w:t>
            </w:r>
            <w:r w:rsidRPr="00513C3F">
              <w:rPr>
                <w:rFonts w:ascii="Times New Roman" w:eastAsia="宋体" w:hAnsi="Times New Roman"/>
                <w:szCs w:val="21"/>
              </w:rPr>
              <w:t>81.</w:t>
            </w:r>
          </w:p>
        </w:tc>
      </w:tr>
      <w:tr w:rsidR="00497B11" w:rsidRPr="00513C3F" w14:paraId="30C1C8E9" w14:textId="77777777" w:rsidTr="00E60C05">
        <w:tc>
          <w:tcPr>
            <w:tcW w:w="560" w:type="dxa"/>
          </w:tcPr>
          <w:p w14:paraId="2F765458"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16</w:t>
            </w:r>
          </w:p>
        </w:tc>
        <w:tc>
          <w:tcPr>
            <w:tcW w:w="2275" w:type="dxa"/>
          </w:tcPr>
          <w:p w14:paraId="698E7DB2" w14:textId="4D69AD58"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szCs w:val="21"/>
              </w:rPr>
              <w:t>r</w:t>
            </w:r>
            <w:r w:rsidRPr="00513C3F">
              <w:rPr>
                <w:rFonts w:ascii="Times New Roman" w:eastAsia="宋体" w:hAnsi="Times New Roman"/>
                <w:szCs w:val="21"/>
              </w:rPr>
              <w:t>ubluanin</w:t>
            </w:r>
            <w:proofErr w:type="spellEnd"/>
            <w:r w:rsidRPr="00513C3F">
              <w:rPr>
                <w:rFonts w:ascii="Times New Roman" w:eastAsia="宋体" w:hAnsi="Times New Roman"/>
                <w:szCs w:val="21"/>
              </w:rPr>
              <w:t xml:space="preserve"> D</w:t>
            </w:r>
          </w:p>
        </w:tc>
        <w:tc>
          <w:tcPr>
            <w:tcW w:w="5471" w:type="dxa"/>
          </w:tcPr>
          <w:p w14:paraId="1A790BAE"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Zhang HB, Pu JX, Wang YY, He F, Zhao Y, Li XN, et al. Four New </w:t>
            </w:r>
            <w:proofErr w:type="spellStart"/>
            <w:r w:rsidRPr="00513C3F">
              <w:rPr>
                <w:rFonts w:ascii="Times New Roman" w:eastAsia="宋体" w:hAnsi="Times New Roman"/>
                <w:i/>
                <w:iCs/>
                <w:szCs w:val="21"/>
              </w:rPr>
              <w:t>ent</w:t>
            </w:r>
            <w:r w:rsidRPr="00513C3F">
              <w:rPr>
                <w:rFonts w:ascii="Times New Roman" w:eastAsia="宋体" w:hAnsi="Times New Roman"/>
                <w:szCs w:val="21"/>
              </w:rPr>
              <w:t>-Kauranoids</w:t>
            </w:r>
            <w:proofErr w:type="spellEnd"/>
            <w:r w:rsidRPr="00513C3F">
              <w:rPr>
                <w:rFonts w:ascii="Times New Roman" w:eastAsia="宋体" w:hAnsi="Times New Roman"/>
                <w:szCs w:val="21"/>
              </w:rPr>
              <w:t xml:space="preserve"> from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rubescens</w:t>
            </w:r>
            <w:proofErr w:type="spellEnd"/>
            <w:r w:rsidRPr="00513C3F">
              <w:rPr>
                <w:rFonts w:ascii="Times New Roman" w:eastAsia="宋体" w:hAnsi="Times New Roman"/>
                <w:szCs w:val="21"/>
              </w:rPr>
              <w:t xml:space="preserve"> var. </w:t>
            </w:r>
            <w:proofErr w:type="spellStart"/>
            <w:r w:rsidRPr="00513C3F">
              <w:rPr>
                <w:rFonts w:ascii="Times New Roman" w:eastAsia="宋体" w:hAnsi="Times New Roman"/>
                <w:szCs w:val="21"/>
              </w:rPr>
              <w:t>lushanensis</w:t>
            </w:r>
            <w:proofErr w:type="spellEnd"/>
            <w:r w:rsidRPr="00513C3F">
              <w:rPr>
                <w:rFonts w:ascii="Times New Roman" w:eastAsia="宋体" w:hAnsi="Times New Roman"/>
                <w:szCs w:val="21"/>
              </w:rPr>
              <w:t xml:space="preserve"> and Data Reassignment of </w:t>
            </w:r>
            <w:proofErr w:type="spellStart"/>
            <w:r w:rsidRPr="00513C3F">
              <w:rPr>
                <w:rFonts w:ascii="Times New Roman" w:eastAsia="宋体" w:hAnsi="Times New Roman"/>
                <w:szCs w:val="21"/>
              </w:rPr>
              <w:t>Dayecrystal</w:t>
            </w:r>
            <w:proofErr w:type="spellEnd"/>
            <w:r w:rsidRPr="00513C3F">
              <w:rPr>
                <w:rFonts w:ascii="Times New Roman" w:eastAsia="宋体" w:hAnsi="Times New Roman"/>
                <w:szCs w:val="21"/>
              </w:rPr>
              <w:t xml:space="preserve"> B. Chem Pharm Bull</w:t>
            </w:r>
            <w:r w:rsidRPr="00513C3F">
              <w:rPr>
                <w:rFonts w:ascii="Times New Roman" w:eastAsia="宋体" w:hAnsi="Times New Roman"/>
                <w:i/>
                <w:szCs w:val="21"/>
              </w:rPr>
              <w:t xml:space="preserve">. </w:t>
            </w:r>
            <w:r w:rsidRPr="00513C3F">
              <w:rPr>
                <w:rFonts w:ascii="Times New Roman" w:eastAsia="宋体" w:hAnsi="Times New Roman"/>
                <w:szCs w:val="21"/>
              </w:rPr>
              <w:t>2010;58(1):56</w:t>
            </w:r>
            <w:r>
              <w:rPr>
                <w:rFonts w:ascii="Times New Roman" w:eastAsia="宋体" w:hAnsi="Times New Roman"/>
                <w:szCs w:val="21"/>
              </w:rPr>
              <w:t>–</w:t>
            </w:r>
            <w:r w:rsidRPr="00513C3F">
              <w:rPr>
                <w:rFonts w:ascii="Times New Roman" w:eastAsia="宋体" w:hAnsi="Times New Roman"/>
                <w:szCs w:val="21"/>
              </w:rPr>
              <w:t>60.</w:t>
            </w:r>
          </w:p>
        </w:tc>
      </w:tr>
      <w:tr w:rsidR="00497B11" w:rsidRPr="00513C3F" w14:paraId="1014B041" w14:textId="77777777" w:rsidTr="00E60C05">
        <w:tc>
          <w:tcPr>
            <w:tcW w:w="560" w:type="dxa"/>
          </w:tcPr>
          <w:p w14:paraId="15455D0D"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17</w:t>
            </w:r>
          </w:p>
        </w:tc>
        <w:tc>
          <w:tcPr>
            <w:tcW w:w="2275" w:type="dxa"/>
          </w:tcPr>
          <w:p w14:paraId="210F7D5D" w14:textId="50D0F4D5"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szCs w:val="21"/>
              </w:rPr>
              <w:t>d</w:t>
            </w:r>
            <w:r w:rsidRPr="00513C3F">
              <w:rPr>
                <w:rFonts w:ascii="Times New Roman" w:eastAsia="宋体" w:hAnsi="Times New Roman"/>
                <w:szCs w:val="21"/>
              </w:rPr>
              <w:t>ayecrystal</w:t>
            </w:r>
            <w:proofErr w:type="spellEnd"/>
            <w:r w:rsidRPr="00513C3F">
              <w:rPr>
                <w:rFonts w:ascii="Times New Roman" w:eastAsia="宋体" w:hAnsi="Times New Roman"/>
                <w:szCs w:val="21"/>
              </w:rPr>
              <w:t xml:space="preserve"> B</w:t>
            </w:r>
          </w:p>
        </w:tc>
        <w:tc>
          <w:tcPr>
            <w:tcW w:w="5471" w:type="dxa"/>
          </w:tcPr>
          <w:p w14:paraId="6A4910C1"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Zhang HB, Pu JX, Wang YY, He F, Zhao Y, Li XN, et al. Four New </w:t>
            </w:r>
            <w:proofErr w:type="spellStart"/>
            <w:r w:rsidRPr="00513C3F">
              <w:rPr>
                <w:rFonts w:ascii="Times New Roman" w:eastAsia="宋体" w:hAnsi="Times New Roman"/>
                <w:i/>
                <w:iCs/>
                <w:szCs w:val="21"/>
              </w:rPr>
              <w:t>ent</w:t>
            </w:r>
            <w:r w:rsidRPr="00513C3F">
              <w:rPr>
                <w:rFonts w:ascii="Times New Roman" w:eastAsia="宋体" w:hAnsi="Times New Roman"/>
                <w:szCs w:val="21"/>
              </w:rPr>
              <w:t>-Kauranoids</w:t>
            </w:r>
            <w:proofErr w:type="spellEnd"/>
            <w:r w:rsidRPr="00513C3F">
              <w:rPr>
                <w:rFonts w:ascii="Times New Roman" w:eastAsia="宋体" w:hAnsi="Times New Roman"/>
                <w:szCs w:val="21"/>
              </w:rPr>
              <w:t xml:space="preserve"> from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rubescens</w:t>
            </w:r>
            <w:proofErr w:type="spellEnd"/>
            <w:r w:rsidRPr="00513C3F">
              <w:rPr>
                <w:rFonts w:ascii="Times New Roman" w:eastAsia="宋体" w:hAnsi="Times New Roman"/>
                <w:szCs w:val="21"/>
              </w:rPr>
              <w:t xml:space="preserve"> var. </w:t>
            </w:r>
            <w:proofErr w:type="spellStart"/>
            <w:r w:rsidRPr="00513C3F">
              <w:rPr>
                <w:rFonts w:ascii="Times New Roman" w:eastAsia="宋体" w:hAnsi="Times New Roman"/>
                <w:szCs w:val="21"/>
              </w:rPr>
              <w:t>lushanensis</w:t>
            </w:r>
            <w:proofErr w:type="spellEnd"/>
            <w:r w:rsidRPr="00513C3F">
              <w:rPr>
                <w:rFonts w:ascii="Times New Roman" w:eastAsia="宋体" w:hAnsi="Times New Roman"/>
                <w:szCs w:val="21"/>
              </w:rPr>
              <w:t xml:space="preserve"> and Data Reassignment of </w:t>
            </w:r>
            <w:proofErr w:type="spellStart"/>
            <w:r w:rsidRPr="00513C3F">
              <w:rPr>
                <w:rFonts w:ascii="Times New Roman" w:eastAsia="宋体" w:hAnsi="Times New Roman"/>
                <w:szCs w:val="21"/>
              </w:rPr>
              <w:t>Dayecrystal</w:t>
            </w:r>
            <w:proofErr w:type="spellEnd"/>
            <w:r w:rsidRPr="00513C3F">
              <w:rPr>
                <w:rFonts w:ascii="Times New Roman" w:eastAsia="宋体" w:hAnsi="Times New Roman"/>
                <w:szCs w:val="21"/>
              </w:rPr>
              <w:t xml:space="preserve"> B. Chem Pharm Bull</w:t>
            </w:r>
            <w:r w:rsidRPr="00513C3F">
              <w:rPr>
                <w:rFonts w:ascii="Times New Roman" w:eastAsia="宋体" w:hAnsi="Times New Roman"/>
                <w:i/>
                <w:szCs w:val="21"/>
              </w:rPr>
              <w:t xml:space="preserve">. </w:t>
            </w:r>
            <w:r w:rsidRPr="00513C3F">
              <w:rPr>
                <w:rFonts w:ascii="Times New Roman" w:eastAsia="宋体" w:hAnsi="Times New Roman"/>
                <w:szCs w:val="21"/>
              </w:rPr>
              <w:t>2010;58(1):56</w:t>
            </w:r>
            <w:r>
              <w:rPr>
                <w:rFonts w:ascii="Times New Roman" w:eastAsia="宋体" w:hAnsi="Times New Roman"/>
                <w:szCs w:val="21"/>
              </w:rPr>
              <w:t>–</w:t>
            </w:r>
            <w:r w:rsidRPr="00513C3F">
              <w:rPr>
                <w:rFonts w:ascii="Times New Roman" w:eastAsia="宋体" w:hAnsi="Times New Roman"/>
                <w:szCs w:val="21"/>
              </w:rPr>
              <w:t>60.</w:t>
            </w:r>
          </w:p>
        </w:tc>
      </w:tr>
      <w:tr w:rsidR="00497B11" w:rsidRPr="00513C3F" w14:paraId="387F316C" w14:textId="77777777" w:rsidTr="00E60C05">
        <w:tc>
          <w:tcPr>
            <w:tcW w:w="560" w:type="dxa"/>
          </w:tcPr>
          <w:p w14:paraId="04BA75EC"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18</w:t>
            </w:r>
          </w:p>
        </w:tc>
        <w:tc>
          <w:tcPr>
            <w:tcW w:w="2275" w:type="dxa"/>
          </w:tcPr>
          <w:p w14:paraId="004A9D14" w14:textId="7801EFDE"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szCs w:val="21"/>
              </w:rPr>
              <w:t>l</w:t>
            </w:r>
            <w:r w:rsidRPr="00513C3F">
              <w:rPr>
                <w:rFonts w:ascii="Times New Roman" w:eastAsia="宋体" w:hAnsi="Times New Roman"/>
                <w:szCs w:val="21"/>
              </w:rPr>
              <w:t>asiokaurin</w:t>
            </w:r>
            <w:proofErr w:type="spellEnd"/>
          </w:p>
        </w:tc>
        <w:tc>
          <w:tcPr>
            <w:tcW w:w="5471" w:type="dxa"/>
          </w:tcPr>
          <w:p w14:paraId="4978C089"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Fujita E and Taoka M. Terpenoids. XX. The Structure and Absolute Configuration of </w:t>
            </w:r>
            <w:proofErr w:type="spellStart"/>
            <w:r w:rsidRPr="00513C3F">
              <w:rPr>
                <w:rFonts w:ascii="Times New Roman" w:eastAsia="宋体" w:hAnsi="Times New Roman"/>
                <w:szCs w:val="21"/>
              </w:rPr>
              <w:t>Lasiokaurin</w:t>
            </w:r>
            <w:proofErr w:type="spellEnd"/>
            <w:r w:rsidRPr="00513C3F">
              <w:rPr>
                <w:rFonts w:ascii="Times New Roman" w:eastAsia="宋体" w:hAnsi="Times New Roman"/>
                <w:szCs w:val="21"/>
              </w:rPr>
              <w:t xml:space="preserve"> and </w:t>
            </w:r>
            <w:proofErr w:type="spellStart"/>
            <w:r w:rsidRPr="00513C3F">
              <w:rPr>
                <w:rFonts w:ascii="Times New Roman" w:eastAsia="宋体" w:hAnsi="Times New Roman"/>
                <w:szCs w:val="21"/>
              </w:rPr>
              <w:t>Lasiodonin</w:t>
            </w:r>
            <w:proofErr w:type="spellEnd"/>
            <w:r w:rsidRPr="00513C3F">
              <w:rPr>
                <w:rFonts w:ascii="Times New Roman" w:eastAsia="宋体" w:hAnsi="Times New Roman"/>
                <w:szCs w:val="21"/>
              </w:rPr>
              <w:t xml:space="preserve">, New </w:t>
            </w:r>
            <w:r w:rsidRPr="00513C3F">
              <w:rPr>
                <w:rFonts w:ascii="Times New Roman" w:eastAsia="宋体" w:hAnsi="Times New Roman"/>
                <w:szCs w:val="21"/>
              </w:rPr>
              <w:lastRenderedPageBreak/>
              <w:t xml:space="preserve">Diterpenoids from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lasiocarpus</w:t>
            </w:r>
            <w:proofErr w:type="spellEnd"/>
            <w:r w:rsidRPr="00513C3F">
              <w:rPr>
                <w:rFonts w:ascii="Times New Roman" w:eastAsia="宋体" w:hAnsi="Times New Roman"/>
                <w:szCs w:val="21"/>
              </w:rPr>
              <w:t xml:space="preserve"> (HAYATA) KUDO. Chem Pharm Bull</w:t>
            </w:r>
            <w:r w:rsidRPr="00513C3F">
              <w:rPr>
                <w:rFonts w:ascii="Times New Roman" w:eastAsia="宋体" w:hAnsi="Times New Roman"/>
                <w:i/>
                <w:szCs w:val="21"/>
              </w:rPr>
              <w:t xml:space="preserve">. </w:t>
            </w:r>
            <w:proofErr w:type="gramStart"/>
            <w:r w:rsidRPr="00513C3F">
              <w:rPr>
                <w:rFonts w:ascii="Times New Roman" w:eastAsia="宋体" w:hAnsi="Times New Roman"/>
                <w:szCs w:val="21"/>
              </w:rPr>
              <w:t>1972;20:1752</w:t>
            </w:r>
            <w:proofErr w:type="gramEnd"/>
            <w:r>
              <w:rPr>
                <w:rFonts w:ascii="Times New Roman" w:eastAsia="宋体" w:hAnsi="Times New Roman"/>
                <w:szCs w:val="21"/>
              </w:rPr>
              <w:t>–</w:t>
            </w:r>
            <w:r w:rsidRPr="00513C3F">
              <w:rPr>
                <w:rFonts w:ascii="Times New Roman" w:eastAsia="宋体" w:hAnsi="Times New Roman"/>
                <w:szCs w:val="21"/>
              </w:rPr>
              <w:t>4.</w:t>
            </w:r>
          </w:p>
        </w:tc>
      </w:tr>
      <w:tr w:rsidR="00497B11" w:rsidRPr="00513C3F" w14:paraId="77F243D9" w14:textId="77777777" w:rsidTr="00E60C05">
        <w:tc>
          <w:tcPr>
            <w:tcW w:w="560" w:type="dxa"/>
          </w:tcPr>
          <w:p w14:paraId="0297C272"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lastRenderedPageBreak/>
              <w:t>19</w:t>
            </w:r>
          </w:p>
        </w:tc>
        <w:tc>
          <w:tcPr>
            <w:tcW w:w="2275" w:type="dxa"/>
          </w:tcPr>
          <w:p w14:paraId="130B4A76" w14:textId="5DC42023"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szCs w:val="21"/>
              </w:rPr>
              <w:t>i</w:t>
            </w:r>
            <w:r w:rsidRPr="00513C3F">
              <w:rPr>
                <w:rFonts w:ascii="Times New Roman" w:eastAsia="宋体" w:hAnsi="Times New Roman"/>
                <w:szCs w:val="21"/>
              </w:rPr>
              <w:t>sojiangrubesin</w:t>
            </w:r>
            <w:proofErr w:type="spellEnd"/>
            <w:r w:rsidRPr="00513C3F">
              <w:rPr>
                <w:rFonts w:ascii="Times New Roman" w:eastAsia="宋体" w:hAnsi="Times New Roman"/>
                <w:szCs w:val="21"/>
              </w:rPr>
              <w:t xml:space="preserve"> D</w:t>
            </w:r>
          </w:p>
        </w:tc>
        <w:tc>
          <w:tcPr>
            <w:tcW w:w="5471" w:type="dxa"/>
          </w:tcPr>
          <w:p w14:paraId="33344971"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Zhang YY, Jiang HY, Liu M, Hu K, Wang WG, Du X, et al. Bioactive </w:t>
            </w:r>
            <w:proofErr w:type="spellStart"/>
            <w:r w:rsidRPr="00513C3F">
              <w:rPr>
                <w:rFonts w:ascii="Times New Roman" w:eastAsia="宋体" w:hAnsi="Times New Roman"/>
                <w:i/>
                <w:iCs/>
                <w:szCs w:val="21"/>
              </w:rPr>
              <w:t>ent</w:t>
            </w:r>
            <w:r w:rsidRPr="00513C3F">
              <w:rPr>
                <w:rFonts w:ascii="Times New Roman" w:eastAsia="宋体" w:hAnsi="Times New Roman"/>
                <w:szCs w:val="21"/>
              </w:rPr>
              <w:t>-kaurane</w:t>
            </w:r>
            <w:proofErr w:type="spellEnd"/>
            <w:r w:rsidRPr="00513C3F">
              <w:rPr>
                <w:rFonts w:ascii="Times New Roman" w:eastAsia="宋体" w:hAnsi="Times New Roman"/>
                <w:szCs w:val="21"/>
              </w:rPr>
              <w:t xml:space="preserve"> diterpenoids from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rubescens</w:t>
            </w:r>
            <w:proofErr w:type="spellEnd"/>
            <w:r w:rsidRPr="00513C3F">
              <w:rPr>
                <w:rFonts w:ascii="Times New Roman" w:eastAsia="宋体" w:hAnsi="Times New Roman"/>
                <w:szCs w:val="21"/>
              </w:rPr>
              <w:t>. Phytochemistry</w:t>
            </w:r>
            <w:r w:rsidRPr="00513C3F">
              <w:rPr>
                <w:rFonts w:ascii="Times New Roman" w:eastAsia="宋体" w:hAnsi="Times New Roman"/>
                <w:i/>
                <w:szCs w:val="21"/>
              </w:rPr>
              <w:t xml:space="preserve">. </w:t>
            </w:r>
            <w:proofErr w:type="gramStart"/>
            <w:r w:rsidRPr="00513C3F">
              <w:rPr>
                <w:rFonts w:ascii="Times New Roman" w:eastAsia="宋体" w:hAnsi="Times New Roman"/>
                <w:szCs w:val="21"/>
              </w:rPr>
              <w:t>2017;143:199</w:t>
            </w:r>
            <w:proofErr w:type="gramEnd"/>
            <w:r>
              <w:rPr>
                <w:rFonts w:ascii="Times New Roman" w:eastAsia="宋体" w:hAnsi="Times New Roman"/>
                <w:szCs w:val="21"/>
              </w:rPr>
              <w:t>–</w:t>
            </w:r>
            <w:r w:rsidRPr="00513C3F">
              <w:rPr>
                <w:rFonts w:ascii="Times New Roman" w:eastAsia="宋体" w:hAnsi="Times New Roman"/>
                <w:szCs w:val="21"/>
              </w:rPr>
              <w:t>207.</w:t>
            </w:r>
          </w:p>
        </w:tc>
      </w:tr>
      <w:tr w:rsidR="00497B11" w:rsidRPr="00513C3F" w14:paraId="20CBE665" w14:textId="77777777" w:rsidTr="00E60C05">
        <w:tc>
          <w:tcPr>
            <w:tcW w:w="560" w:type="dxa"/>
          </w:tcPr>
          <w:p w14:paraId="2421C6D5"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20</w:t>
            </w:r>
          </w:p>
        </w:tc>
        <w:tc>
          <w:tcPr>
            <w:tcW w:w="2275" w:type="dxa"/>
          </w:tcPr>
          <w:p w14:paraId="3ED59B8A"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6</w:t>
            </w:r>
            <w:r w:rsidRPr="00513C3F">
              <w:rPr>
                <w:rFonts w:ascii="Times New Roman" w:eastAsia="宋体" w:hAnsi="Times New Roman"/>
                <w:i/>
                <w:iCs/>
                <w:szCs w:val="21"/>
              </w:rPr>
              <w:t>β</w:t>
            </w:r>
            <w:r w:rsidRPr="00513C3F">
              <w:rPr>
                <w:rFonts w:ascii="Times New Roman" w:eastAsia="宋体" w:hAnsi="Times New Roman"/>
                <w:szCs w:val="21"/>
              </w:rPr>
              <w:t>,7</w:t>
            </w:r>
            <w:r w:rsidRPr="00513C3F">
              <w:rPr>
                <w:rFonts w:ascii="Times New Roman" w:eastAsia="宋体" w:hAnsi="Times New Roman"/>
                <w:i/>
                <w:iCs/>
                <w:szCs w:val="21"/>
              </w:rPr>
              <w:t>β</w:t>
            </w:r>
            <w:r w:rsidRPr="00513C3F">
              <w:rPr>
                <w:rFonts w:ascii="Times New Roman" w:eastAsia="宋体" w:hAnsi="Times New Roman"/>
                <w:szCs w:val="21"/>
              </w:rPr>
              <w:t>,11</w:t>
            </w:r>
            <w:r w:rsidRPr="00513C3F">
              <w:rPr>
                <w:rFonts w:ascii="Times New Roman" w:eastAsia="宋体" w:hAnsi="Times New Roman"/>
                <w:i/>
                <w:iCs/>
                <w:szCs w:val="21"/>
              </w:rPr>
              <w:t>α</w:t>
            </w:r>
            <w:r w:rsidRPr="00513C3F">
              <w:rPr>
                <w:rFonts w:ascii="Times New Roman" w:eastAsia="宋体" w:hAnsi="Times New Roman"/>
                <w:szCs w:val="21"/>
              </w:rPr>
              <w:t>-</w:t>
            </w:r>
            <w:r w:rsidRPr="00513C3F">
              <w:rPr>
                <w:rFonts w:ascii="Times New Roman" w:eastAsia="宋体" w:hAnsi="Times New Roman" w:hint="eastAsia"/>
                <w:szCs w:val="21"/>
              </w:rPr>
              <w:t>T</w:t>
            </w:r>
            <w:r w:rsidRPr="00513C3F">
              <w:rPr>
                <w:rFonts w:ascii="Times New Roman" w:eastAsia="宋体" w:hAnsi="Times New Roman"/>
                <w:szCs w:val="21"/>
              </w:rPr>
              <w:t>rihydroxy-7</w:t>
            </w:r>
            <w:r w:rsidRPr="00513C3F">
              <w:rPr>
                <w:rFonts w:ascii="Times New Roman" w:eastAsia="宋体" w:hAnsi="Times New Roman"/>
                <w:i/>
                <w:iCs/>
                <w:szCs w:val="21"/>
              </w:rPr>
              <w:t>α</w:t>
            </w:r>
            <w:r w:rsidRPr="00513C3F">
              <w:rPr>
                <w:rFonts w:ascii="Times New Roman" w:eastAsia="宋体" w:hAnsi="Times New Roman"/>
                <w:szCs w:val="21"/>
              </w:rPr>
              <w:t>,20-epoxy-</w:t>
            </w:r>
            <w:r w:rsidRPr="00513C3F">
              <w:rPr>
                <w:rFonts w:ascii="Times New Roman" w:eastAsia="宋体" w:hAnsi="Times New Roman"/>
                <w:i/>
                <w:iCs/>
                <w:szCs w:val="21"/>
              </w:rPr>
              <w:t>ent</w:t>
            </w:r>
            <w:r w:rsidRPr="00513C3F">
              <w:rPr>
                <w:rFonts w:ascii="Times New Roman" w:eastAsia="宋体" w:hAnsi="Times New Roman"/>
                <w:szCs w:val="21"/>
              </w:rPr>
              <w:t>-kaur-16-en-15-one</w:t>
            </w:r>
          </w:p>
        </w:tc>
        <w:tc>
          <w:tcPr>
            <w:tcW w:w="5471" w:type="dxa"/>
          </w:tcPr>
          <w:p w14:paraId="23BCE5E2" w14:textId="77777777" w:rsidR="00497B11" w:rsidRPr="00513C3F" w:rsidRDefault="00497B11" w:rsidP="00E60C05">
            <w:pPr>
              <w:spacing w:beforeLines="50" w:before="156"/>
              <w:rPr>
                <w:rFonts w:ascii="Times New Roman" w:eastAsia="宋体" w:hAnsi="Times New Roman"/>
                <w:szCs w:val="21"/>
              </w:rPr>
            </w:pPr>
            <w:r w:rsidRPr="007C415C">
              <w:rPr>
                <w:rFonts w:ascii="Times New Roman" w:eastAsia="宋体" w:hAnsi="Times New Roman"/>
                <w:szCs w:val="21"/>
              </w:rPr>
              <w:t xml:space="preserve">Fujita, E.; Fuji, K.; </w:t>
            </w:r>
            <w:proofErr w:type="spellStart"/>
            <w:r w:rsidRPr="007C415C">
              <w:rPr>
                <w:rFonts w:ascii="Times New Roman" w:eastAsia="宋体" w:hAnsi="Times New Roman"/>
                <w:szCs w:val="21"/>
              </w:rPr>
              <w:t>Noide</w:t>
            </w:r>
            <w:proofErr w:type="spellEnd"/>
            <w:r w:rsidRPr="007C415C">
              <w:rPr>
                <w:rFonts w:ascii="Times New Roman" w:eastAsia="宋体" w:hAnsi="Times New Roman"/>
                <w:szCs w:val="21"/>
              </w:rPr>
              <w:t>, M.; Takashima, J.; Furui, M.; Abe, T.; Egawa, M. JP07173147A, 1995.</w:t>
            </w:r>
          </w:p>
        </w:tc>
      </w:tr>
      <w:tr w:rsidR="00497B11" w:rsidRPr="00513C3F" w14:paraId="3EC9D80E" w14:textId="77777777" w:rsidTr="00E60C05">
        <w:tc>
          <w:tcPr>
            <w:tcW w:w="560" w:type="dxa"/>
          </w:tcPr>
          <w:p w14:paraId="49527B9F"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21</w:t>
            </w:r>
          </w:p>
        </w:tc>
        <w:tc>
          <w:tcPr>
            <w:tcW w:w="2275" w:type="dxa"/>
          </w:tcPr>
          <w:p w14:paraId="7C5D4ED0" w14:textId="6B988898"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iCs/>
                <w:szCs w:val="21"/>
              </w:rPr>
              <w:t>e</w:t>
            </w:r>
            <w:r w:rsidRPr="00513C3F">
              <w:rPr>
                <w:rFonts w:ascii="Times New Roman" w:eastAsia="宋体" w:hAnsi="Times New Roman"/>
                <w:iCs/>
                <w:szCs w:val="21"/>
              </w:rPr>
              <w:t>xcisanin</w:t>
            </w:r>
            <w:proofErr w:type="spellEnd"/>
            <w:r w:rsidRPr="00513C3F">
              <w:rPr>
                <w:rFonts w:ascii="Times New Roman" w:eastAsia="宋体" w:hAnsi="Times New Roman"/>
                <w:iCs/>
                <w:szCs w:val="21"/>
              </w:rPr>
              <w:t xml:space="preserve"> C</w:t>
            </w:r>
          </w:p>
        </w:tc>
        <w:tc>
          <w:tcPr>
            <w:tcW w:w="5471" w:type="dxa"/>
          </w:tcPr>
          <w:p w14:paraId="22A5696A"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Chang R, Kim D, U Z, Xiaoyu S, Yiping C and </w:t>
            </w:r>
            <w:proofErr w:type="spellStart"/>
            <w:r w:rsidRPr="00513C3F">
              <w:rPr>
                <w:rFonts w:ascii="Times New Roman" w:eastAsia="宋体" w:hAnsi="Times New Roman"/>
                <w:szCs w:val="21"/>
              </w:rPr>
              <w:t>Handong</w:t>
            </w:r>
            <w:proofErr w:type="spellEnd"/>
            <w:r w:rsidRPr="00513C3F">
              <w:rPr>
                <w:rFonts w:ascii="Times New Roman" w:eastAsia="宋体" w:hAnsi="Times New Roman"/>
                <w:szCs w:val="21"/>
              </w:rPr>
              <w:t xml:space="preserve"> S. A diterpenoid from</w:t>
            </w:r>
            <w:r w:rsidRPr="00513C3F">
              <w:rPr>
                <w:rFonts w:ascii="Times New Roman" w:eastAsia="宋体" w:hAnsi="Times New Roman" w:hint="eastAsia"/>
                <w:szCs w:val="21"/>
              </w:rPr>
              <w:t xml:space="preserve"> </w:t>
            </w:r>
            <w:proofErr w:type="spellStart"/>
            <w:r w:rsidRPr="00513C3F">
              <w:rPr>
                <w:rFonts w:ascii="Times New Roman" w:eastAsia="宋体" w:hAnsi="Times New Roman"/>
                <w:i/>
                <w:iCs/>
                <w:szCs w:val="21"/>
              </w:rPr>
              <w:t>Rabdosia</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excisa</w:t>
            </w:r>
            <w:proofErr w:type="spellEnd"/>
            <w:r w:rsidRPr="00513C3F">
              <w:rPr>
                <w:rFonts w:ascii="Times New Roman" w:eastAsia="宋体" w:hAnsi="Times New Roman"/>
                <w:szCs w:val="21"/>
              </w:rPr>
              <w:t>. Phytochemistry</w:t>
            </w:r>
            <w:r w:rsidRPr="00513C3F">
              <w:rPr>
                <w:rFonts w:ascii="Times New Roman" w:eastAsia="宋体" w:hAnsi="Times New Roman"/>
                <w:i/>
                <w:szCs w:val="21"/>
              </w:rPr>
              <w:t xml:space="preserve">. </w:t>
            </w:r>
            <w:r w:rsidRPr="00513C3F">
              <w:rPr>
                <w:rFonts w:ascii="Times New Roman" w:eastAsia="宋体" w:hAnsi="Times New Roman"/>
                <w:szCs w:val="21"/>
              </w:rPr>
              <w:t>1992;31(1):342</w:t>
            </w:r>
            <w:r>
              <w:rPr>
                <w:rFonts w:ascii="Times New Roman" w:eastAsia="宋体" w:hAnsi="Times New Roman"/>
                <w:szCs w:val="21"/>
              </w:rPr>
              <w:t>–</w:t>
            </w:r>
            <w:r w:rsidRPr="00513C3F">
              <w:rPr>
                <w:rFonts w:ascii="Times New Roman" w:eastAsia="宋体" w:hAnsi="Times New Roman"/>
                <w:szCs w:val="21"/>
              </w:rPr>
              <w:t>3.</w:t>
            </w:r>
          </w:p>
        </w:tc>
      </w:tr>
      <w:tr w:rsidR="00497B11" w:rsidRPr="00513C3F" w14:paraId="1687C59B" w14:textId="77777777" w:rsidTr="00E60C05">
        <w:tc>
          <w:tcPr>
            <w:tcW w:w="560" w:type="dxa"/>
          </w:tcPr>
          <w:p w14:paraId="6072750A"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22</w:t>
            </w:r>
          </w:p>
        </w:tc>
        <w:tc>
          <w:tcPr>
            <w:tcW w:w="2275" w:type="dxa"/>
          </w:tcPr>
          <w:p w14:paraId="2200E650" w14:textId="748F5D3F"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iCs/>
                <w:szCs w:val="21"/>
              </w:rPr>
              <w:t>e</w:t>
            </w:r>
            <w:r w:rsidRPr="00513C3F">
              <w:rPr>
                <w:rFonts w:ascii="Times New Roman" w:eastAsia="宋体" w:hAnsi="Times New Roman"/>
                <w:iCs/>
                <w:szCs w:val="21"/>
              </w:rPr>
              <w:t>xcisanin</w:t>
            </w:r>
            <w:proofErr w:type="spellEnd"/>
            <w:r w:rsidRPr="00513C3F">
              <w:rPr>
                <w:rFonts w:ascii="Times New Roman" w:eastAsia="宋体" w:hAnsi="Times New Roman"/>
                <w:iCs/>
                <w:szCs w:val="21"/>
              </w:rPr>
              <w:t xml:space="preserve"> J</w:t>
            </w:r>
          </w:p>
        </w:tc>
        <w:tc>
          <w:tcPr>
            <w:tcW w:w="5471" w:type="dxa"/>
          </w:tcPr>
          <w:p w14:paraId="17905133"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Gui MY, Aoyagi Y, Jin Y, Li XW, </w:t>
            </w:r>
            <w:proofErr w:type="spellStart"/>
            <w:r w:rsidRPr="00513C3F">
              <w:rPr>
                <w:rFonts w:ascii="Times New Roman" w:eastAsia="宋体" w:hAnsi="Times New Roman"/>
                <w:szCs w:val="21"/>
              </w:rPr>
              <w:t>Hasuda</w:t>
            </w:r>
            <w:proofErr w:type="spellEnd"/>
            <w:r w:rsidRPr="00513C3F">
              <w:rPr>
                <w:rFonts w:ascii="Times New Roman" w:eastAsia="宋体" w:hAnsi="Times New Roman"/>
                <w:szCs w:val="21"/>
              </w:rPr>
              <w:t xml:space="preserve"> T and Takeya K. </w:t>
            </w:r>
            <w:proofErr w:type="spellStart"/>
            <w:r w:rsidRPr="00513C3F">
              <w:rPr>
                <w:rFonts w:ascii="Times New Roman" w:eastAsia="宋体" w:hAnsi="Times New Roman"/>
                <w:szCs w:val="21"/>
              </w:rPr>
              <w:t>Excisanin</w:t>
            </w:r>
            <w:proofErr w:type="spellEnd"/>
            <w:r w:rsidRPr="00513C3F">
              <w:rPr>
                <w:rFonts w:ascii="Times New Roman" w:eastAsia="宋体" w:hAnsi="Times New Roman"/>
                <w:szCs w:val="21"/>
              </w:rPr>
              <w:t xml:space="preserve"> H, a novel cytotoxic 14,20-epoxy-ent-kaurene diterpenoid, and three new </w:t>
            </w:r>
            <w:proofErr w:type="spellStart"/>
            <w:r w:rsidRPr="00513C3F">
              <w:rPr>
                <w:rFonts w:ascii="Times New Roman" w:eastAsia="宋体" w:hAnsi="Times New Roman"/>
                <w:i/>
                <w:iCs/>
                <w:szCs w:val="21"/>
              </w:rPr>
              <w:t>ent</w:t>
            </w:r>
            <w:proofErr w:type="spellEnd"/>
            <w:r w:rsidRPr="00513C3F">
              <w:rPr>
                <w:rFonts w:ascii="Times New Roman" w:eastAsia="宋体" w:hAnsi="Times New Roman"/>
                <w:szCs w:val="21"/>
              </w:rPr>
              <w:t xml:space="preserve">-kaurene diterpenoids from </w:t>
            </w:r>
            <w:proofErr w:type="spellStart"/>
            <w:r w:rsidRPr="00513C3F">
              <w:rPr>
                <w:rFonts w:ascii="Times New Roman" w:eastAsia="宋体" w:hAnsi="Times New Roman"/>
                <w:i/>
                <w:iCs/>
                <w:szCs w:val="21"/>
              </w:rPr>
              <w:t>Rabdosia</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excisa</w:t>
            </w:r>
            <w:proofErr w:type="spellEnd"/>
            <w:r w:rsidRPr="00513C3F">
              <w:rPr>
                <w:rFonts w:ascii="Times New Roman" w:eastAsia="宋体" w:hAnsi="Times New Roman"/>
                <w:szCs w:val="21"/>
              </w:rPr>
              <w:t>. J Nat Prod</w:t>
            </w:r>
            <w:r w:rsidRPr="00513C3F">
              <w:rPr>
                <w:rFonts w:ascii="Times New Roman" w:eastAsia="宋体" w:hAnsi="Times New Roman"/>
                <w:i/>
                <w:szCs w:val="21"/>
              </w:rPr>
              <w:t xml:space="preserve">. </w:t>
            </w:r>
            <w:r w:rsidRPr="00513C3F">
              <w:rPr>
                <w:rFonts w:ascii="Times New Roman" w:eastAsia="宋体" w:hAnsi="Times New Roman"/>
                <w:szCs w:val="21"/>
              </w:rPr>
              <w:t>2004;</w:t>
            </w:r>
            <w:r w:rsidRPr="00513C3F">
              <w:rPr>
                <w:rFonts w:ascii="Times New Roman" w:eastAsia="宋体" w:hAnsi="Times New Roman" w:hint="eastAsia"/>
                <w:szCs w:val="21"/>
              </w:rPr>
              <w:t>(</w:t>
            </w:r>
            <w:r w:rsidRPr="00513C3F">
              <w:rPr>
                <w:rFonts w:ascii="Times New Roman" w:eastAsia="宋体" w:hAnsi="Times New Roman"/>
                <w:szCs w:val="21"/>
              </w:rPr>
              <w:t>673</w:t>
            </w:r>
            <w:r w:rsidRPr="00513C3F">
              <w:rPr>
                <w:rFonts w:ascii="Times New Roman" w:eastAsia="宋体" w:hAnsi="Times New Roman" w:hint="eastAsia"/>
                <w:szCs w:val="21"/>
              </w:rPr>
              <w:t>)</w:t>
            </w:r>
            <w:r w:rsidRPr="00513C3F">
              <w:rPr>
                <w:rFonts w:ascii="Times New Roman" w:eastAsia="宋体" w:hAnsi="Times New Roman"/>
                <w:szCs w:val="21"/>
              </w:rPr>
              <w:t>:373</w:t>
            </w:r>
            <w:r>
              <w:rPr>
                <w:rFonts w:ascii="Times New Roman" w:eastAsia="宋体" w:hAnsi="Times New Roman"/>
                <w:szCs w:val="21"/>
              </w:rPr>
              <w:t>–</w:t>
            </w:r>
            <w:r w:rsidRPr="00513C3F">
              <w:rPr>
                <w:rFonts w:ascii="Times New Roman" w:eastAsia="宋体" w:hAnsi="Times New Roman"/>
                <w:szCs w:val="21"/>
              </w:rPr>
              <w:t>6.</w:t>
            </w:r>
          </w:p>
        </w:tc>
      </w:tr>
      <w:tr w:rsidR="00497B11" w:rsidRPr="00513C3F" w14:paraId="13192657" w14:textId="77777777" w:rsidTr="00E60C05">
        <w:tc>
          <w:tcPr>
            <w:tcW w:w="560" w:type="dxa"/>
          </w:tcPr>
          <w:p w14:paraId="71B487FF"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23</w:t>
            </w:r>
          </w:p>
        </w:tc>
        <w:tc>
          <w:tcPr>
            <w:tcW w:w="2275" w:type="dxa"/>
          </w:tcPr>
          <w:p w14:paraId="35D246C9" w14:textId="69C20BD8"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iCs/>
                <w:szCs w:val="21"/>
              </w:rPr>
              <w:t>isorosthornin</w:t>
            </w:r>
            <w:proofErr w:type="spellEnd"/>
            <w:r w:rsidRPr="00513C3F">
              <w:rPr>
                <w:rFonts w:ascii="Times New Roman" w:eastAsia="宋体" w:hAnsi="Times New Roman"/>
                <w:iCs/>
                <w:szCs w:val="21"/>
              </w:rPr>
              <w:t xml:space="preserve"> G</w:t>
            </w:r>
          </w:p>
        </w:tc>
        <w:tc>
          <w:tcPr>
            <w:tcW w:w="5471" w:type="dxa"/>
          </w:tcPr>
          <w:p w14:paraId="5EF25E51"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Zhan R, Li XN, Du X, Wang WG, Dong K, Su J, et al. </w:t>
            </w:r>
            <w:proofErr w:type="spellStart"/>
            <w:r w:rsidRPr="00513C3F">
              <w:rPr>
                <w:rFonts w:ascii="Times New Roman" w:eastAsia="宋体" w:hAnsi="Times New Roman"/>
                <w:i/>
                <w:iCs/>
                <w:szCs w:val="21"/>
              </w:rPr>
              <w:t>ent</w:t>
            </w:r>
            <w:proofErr w:type="spellEnd"/>
            <w:r w:rsidRPr="00513C3F">
              <w:rPr>
                <w:rFonts w:ascii="Times New Roman" w:eastAsia="宋体" w:hAnsi="Times New Roman"/>
                <w:szCs w:val="21"/>
              </w:rPr>
              <w:t xml:space="preserve">-Atisane and </w:t>
            </w:r>
            <w:proofErr w:type="spellStart"/>
            <w:r w:rsidRPr="00513C3F">
              <w:rPr>
                <w:rFonts w:ascii="Times New Roman" w:eastAsia="宋体" w:hAnsi="Times New Roman"/>
                <w:i/>
                <w:iCs/>
                <w:szCs w:val="21"/>
              </w:rPr>
              <w:t>ent</w:t>
            </w:r>
            <w:r w:rsidRPr="00513C3F">
              <w:rPr>
                <w:rFonts w:ascii="Times New Roman" w:eastAsia="宋体" w:hAnsi="Times New Roman"/>
                <w:szCs w:val="21"/>
              </w:rPr>
              <w:t>-kaurane</w:t>
            </w:r>
            <w:proofErr w:type="spellEnd"/>
            <w:r w:rsidRPr="00513C3F">
              <w:rPr>
                <w:rFonts w:ascii="Times New Roman" w:eastAsia="宋体" w:hAnsi="Times New Roman"/>
                <w:szCs w:val="21"/>
              </w:rPr>
              <w:t xml:space="preserve"> diterpenoids from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rosthornii</w:t>
            </w:r>
            <w:proofErr w:type="spellEnd"/>
            <w:r w:rsidRPr="00513C3F">
              <w:rPr>
                <w:rFonts w:ascii="Times New Roman" w:eastAsia="宋体" w:hAnsi="Times New Roman"/>
                <w:szCs w:val="21"/>
              </w:rPr>
              <w:t xml:space="preserve">. </w:t>
            </w:r>
            <w:proofErr w:type="spellStart"/>
            <w:r w:rsidRPr="00513C3F">
              <w:rPr>
                <w:rFonts w:ascii="Times New Roman" w:eastAsia="宋体" w:hAnsi="Times New Roman"/>
                <w:szCs w:val="21"/>
              </w:rPr>
              <w:t>Fitoterapia</w:t>
            </w:r>
            <w:proofErr w:type="spellEnd"/>
            <w:r w:rsidRPr="00513C3F">
              <w:rPr>
                <w:rFonts w:ascii="Times New Roman" w:eastAsia="宋体" w:hAnsi="Times New Roman"/>
                <w:i/>
                <w:szCs w:val="21"/>
              </w:rPr>
              <w:t xml:space="preserve">. </w:t>
            </w:r>
            <w:r w:rsidRPr="00513C3F">
              <w:rPr>
                <w:rFonts w:ascii="Times New Roman" w:eastAsia="宋体" w:hAnsi="Times New Roman"/>
                <w:szCs w:val="21"/>
              </w:rPr>
              <w:t>2013;</w:t>
            </w:r>
            <w:r w:rsidRPr="00513C3F">
              <w:rPr>
                <w:rFonts w:ascii="Times New Roman" w:eastAsia="宋体" w:hAnsi="Times New Roman" w:hint="eastAsia"/>
                <w:szCs w:val="21"/>
              </w:rPr>
              <w:t>(</w:t>
            </w:r>
            <w:r w:rsidRPr="00513C3F">
              <w:rPr>
                <w:rFonts w:ascii="Times New Roman" w:eastAsia="宋体" w:hAnsi="Times New Roman"/>
                <w:szCs w:val="21"/>
              </w:rPr>
              <w:t>88</w:t>
            </w:r>
            <w:r w:rsidRPr="00513C3F">
              <w:rPr>
                <w:rFonts w:ascii="Times New Roman" w:eastAsia="宋体" w:hAnsi="Times New Roman" w:hint="eastAsia"/>
                <w:szCs w:val="21"/>
              </w:rPr>
              <w:t>)</w:t>
            </w:r>
            <w:r w:rsidRPr="00513C3F">
              <w:rPr>
                <w:rFonts w:ascii="Times New Roman" w:eastAsia="宋体" w:hAnsi="Times New Roman"/>
                <w:szCs w:val="21"/>
              </w:rPr>
              <w:t>:76</w:t>
            </w:r>
            <w:r>
              <w:rPr>
                <w:rFonts w:ascii="Times New Roman" w:eastAsia="宋体" w:hAnsi="Times New Roman"/>
                <w:szCs w:val="21"/>
              </w:rPr>
              <w:t>–</w:t>
            </w:r>
            <w:r w:rsidRPr="00513C3F">
              <w:rPr>
                <w:rFonts w:ascii="Times New Roman" w:eastAsia="宋体" w:hAnsi="Times New Roman"/>
                <w:szCs w:val="21"/>
              </w:rPr>
              <w:t>81.</w:t>
            </w:r>
          </w:p>
        </w:tc>
      </w:tr>
      <w:tr w:rsidR="00497B11" w:rsidRPr="00513C3F" w14:paraId="4F4CF357" w14:textId="77777777" w:rsidTr="00E60C05">
        <w:tc>
          <w:tcPr>
            <w:tcW w:w="560" w:type="dxa"/>
          </w:tcPr>
          <w:p w14:paraId="46E09413"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24</w:t>
            </w:r>
          </w:p>
        </w:tc>
        <w:tc>
          <w:tcPr>
            <w:tcW w:w="2275" w:type="dxa"/>
          </w:tcPr>
          <w:p w14:paraId="309D66C8" w14:textId="7CFD18BB"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iCs/>
                <w:szCs w:val="21"/>
              </w:rPr>
              <w:t>s</w:t>
            </w:r>
            <w:r w:rsidRPr="00513C3F">
              <w:rPr>
                <w:rFonts w:ascii="Times New Roman" w:eastAsia="宋体" w:hAnsi="Times New Roman" w:hint="eastAsia"/>
                <w:iCs/>
                <w:szCs w:val="21"/>
              </w:rPr>
              <w:t>culponeatin</w:t>
            </w:r>
            <w:proofErr w:type="spellEnd"/>
            <w:r w:rsidRPr="00513C3F">
              <w:rPr>
                <w:rFonts w:ascii="Times New Roman" w:eastAsia="宋体" w:hAnsi="Times New Roman"/>
                <w:iCs/>
                <w:szCs w:val="21"/>
              </w:rPr>
              <w:t xml:space="preserve"> </w:t>
            </w:r>
            <w:r w:rsidRPr="00513C3F">
              <w:rPr>
                <w:rFonts w:ascii="Times New Roman" w:eastAsia="宋体" w:hAnsi="Times New Roman" w:hint="eastAsia"/>
                <w:iCs/>
                <w:szCs w:val="21"/>
              </w:rPr>
              <w:t>F</w:t>
            </w:r>
          </w:p>
        </w:tc>
        <w:tc>
          <w:tcPr>
            <w:tcW w:w="5471" w:type="dxa"/>
          </w:tcPr>
          <w:p w14:paraId="217CE43E"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Jiang B, Hou AJ, Li ML, Li SH, Han QB, Wang SJ, et al. Cytotoxic </w:t>
            </w:r>
            <w:proofErr w:type="spellStart"/>
            <w:r w:rsidRPr="00513C3F">
              <w:rPr>
                <w:rFonts w:ascii="Times New Roman" w:eastAsia="宋体" w:hAnsi="Times New Roman"/>
                <w:i/>
                <w:iCs/>
                <w:szCs w:val="21"/>
              </w:rPr>
              <w:t>ent</w:t>
            </w:r>
            <w:r w:rsidRPr="00513C3F">
              <w:rPr>
                <w:rFonts w:ascii="Times New Roman" w:eastAsia="宋体" w:hAnsi="Times New Roman"/>
                <w:szCs w:val="21"/>
              </w:rPr>
              <w:t>-kaurane</w:t>
            </w:r>
            <w:proofErr w:type="spellEnd"/>
            <w:r w:rsidRPr="00513C3F">
              <w:rPr>
                <w:rFonts w:ascii="Times New Roman" w:eastAsia="宋体" w:hAnsi="Times New Roman"/>
                <w:szCs w:val="21"/>
              </w:rPr>
              <w:t xml:space="preserve"> diterpenoids from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sculponeata</w:t>
            </w:r>
            <w:proofErr w:type="spellEnd"/>
            <w:r w:rsidRPr="00513C3F">
              <w:rPr>
                <w:rFonts w:ascii="Times New Roman" w:eastAsia="宋体" w:hAnsi="Times New Roman"/>
                <w:szCs w:val="21"/>
              </w:rPr>
              <w:t>. Planta Med</w:t>
            </w:r>
            <w:r w:rsidRPr="00513C3F">
              <w:rPr>
                <w:rFonts w:ascii="Times New Roman" w:eastAsia="宋体" w:hAnsi="Times New Roman"/>
                <w:i/>
                <w:szCs w:val="21"/>
              </w:rPr>
              <w:t xml:space="preserve">. </w:t>
            </w:r>
            <w:r w:rsidRPr="00513C3F">
              <w:rPr>
                <w:rFonts w:ascii="Times New Roman" w:eastAsia="宋体" w:hAnsi="Times New Roman"/>
                <w:szCs w:val="21"/>
              </w:rPr>
              <w:t>2002;68(10):921</w:t>
            </w:r>
            <w:r>
              <w:rPr>
                <w:rFonts w:ascii="Times New Roman" w:eastAsia="宋体" w:hAnsi="Times New Roman"/>
                <w:szCs w:val="21"/>
              </w:rPr>
              <w:t>–</w:t>
            </w:r>
            <w:r w:rsidRPr="00513C3F">
              <w:rPr>
                <w:rFonts w:ascii="Times New Roman" w:eastAsia="宋体" w:hAnsi="Times New Roman"/>
                <w:szCs w:val="21"/>
              </w:rPr>
              <w:t>5.</w:t>
            </w:r>
          </w:p>
        </w:tc>
      </w:tr>
      <w:tr w:rsidR="00497B11" w:rsidRPr="00513C3F" w14:paraId="0C201FE8" w14:textId="77777777" w:rsidTr="00E60C05">
        <w:tc>
          <w:tcPr>
            <w:tcW w:w="560" w:type="dxa"/>
          </w:tcPr>
          <w:p w14:paraId="5620421F"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25</w:t>
            </w:r>
          </w:p>
        </w:tc>
        <w:tc>
          <w:tcPr>
            <w:tcW w:w="2275" w:type="dxa"/>
          </w:tcPr>
          <w:p w14:paraId="2E958038" w14:textId="31EE764C"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iCs/>
                <w:szCs w:val="21"/>
              </w:rPr>
              <w:t>n</w:t>
            </w:r>
            <w:r w:rsidRPr="00513C3F">
              <w:rPr>
                <w:rFonts w:ascii="Times New Roman" w:eastAsia="宋体" w:hAnsi="Times New Roman"/>
                <w:iCs/>
                <w:szCs w:val="21"/>
              </w:rPr>
              <w:t>odosin</w:t>
            </w:r>
            <w:proofErr w:type="spellEnd"/>
          </w:p>
        </w:tc>
        <w:tc>
          <w:tcPr>
            <w:tcW w:w="5471" w:type="dxa"/>
          </w:tcPr>
          <w:p w14:paraId="3864BFD5"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Fujita E, Fujita T and Shibuya M. Terpenoids. VII. The Structure and Absolute Configuration of </w:t>
            </w:r>
            <w:proofErr w:type="spellStart"/>
            <w:r w:rsidRPr="00513C3F">
              <w:rPr>
                <w:rFonts w:ascii="Times New Roman" w:eastAsia="宋体" w:hAnsi="Times New Roman" w:hint="eastAsia"/>
                <w:szCs w:val="21"/>
              </w:rPr>
              <w:t>n</w:t>
            </w:r>
            <w:r w:rsidRPr="00513C3F">
              <w:rPr>
                <w:rFonts w:ascii="Times New Roman" w:eastAsia="宋体" w:hAnsi="Times New Roman"/>
                <w:szCs w:val="21"/>
              </w:rPr>
              <w:t>odosin</w:t>
            </w:r>
            <w:proofErr w:type="spellEnd"/>
            <w:r w:rsidRPr="00513C3F">
              <w:rPr>
                <w:rFonts w:ascii="Times New Roman" w:eastAsia="宋体" w:hAnsi="Times New Roman"/>
                <w:szCs w:val="21"/>
              </w:rPr>
              <w:t xml:space="preserve">, a New Diterpenoid from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szCs w:val="21"/>
              </w:rPr>
              <w:t xml:space="preserve"> Species. Chem Pharm Bull</w:t>
            </w:r>
            <w:r w:rsidRPr="00513C3F">
              <w:rPr>
                <w:rFonts w:ascii="Times New Roman" w:eastAsia="宋体" w:hAnsi="Times New Roman"/>
                <w:i/>
                <w:szCs w:val="21"/>
              </w:rPr>
              <w:t xml:space="preserve">. </w:t>
            </w:r>
            <w:r w:rsidRPr="00513C3F">
              <w:rPr>
                <w:rFonts w:ascii="Times New Roman" w:eastAsia="宋体" w:hAnsi="Times New Roman"/>
                <w:szCs w:val="21"/>
              </w:rPr>
              <w:t>1968;16(3):509</w:t>
            </w:r>
            <w:r>
              <w:rPr>
                <w:rFonts w:ascii="Times New Roman" w:eastAsia="宋体" w:hAnsi="Times New Roman"/>
                <w:szCs w:val="21"/>
              </w:rPr>
              <w:t>–</w:t>
            </w:r>
            <w:r w:rsidRPr="00513C3F">
              <w:rPr>
                <w:rFonts w:ascii="Times New Roman" w:eastAsia="宋体" w:hAnsi="Times New Roman"/>
                <w:szCs w:val="21"/>
              </w:rPr>
              <w:t>15.</w:t>
            </w:r>
          </w:p>
        </w:tc>
      </w:tr>
      <w:tr w:rsidR="00497B11" w:rsidRPr="00513C3F" w14:paraId="7A064A74" w14:textId="77777777" w:rsidTr="00E60C05">
        <w:tc>
          <w:tcPr>
            <w:tcW w:w="560" w:type="dxa"/>
          </w:tcPr>
          <w:p w14:paraId="4774AC5F"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26</w:t>
            </w:r>
          </w:p>
        </w:tc>
        <w:tc>
          <w:tcPr>
            <w:tcW w:w="2275" w:type="dxa"/>
          </w:tcPr>
          <w:p w14:paraId="62058EFA" w14:textId="30AF85DE" w:rsidR="00497B11" w:rsidRPr="00513C3F" w:rsidRDefault="00497B11" w:rsidP="00E60C05">
            <w:pPr>
              <w:spacing w:beforeLines="50" w:before="156"/>
              <w:rPr>
                <w:rFonts w:ascii="Times New Roman" w:eastAsia="宋体" w:hAnsi="Times New Roman"/>
                <w:szCs w:val="21"/>
              </w:rPr>
            </w:pPr>
            <w:bookmarkStart w:id="34" w:name="_Hlk165240449"/>
            <w:proofErr w:type="spellStart"/>
            <w:r w:rsidRPr="00513C3F">
              <w:rPr>
                <w:rFonts w:ascii="Times New Roman" w:eastAsia="宋体" w:hAnsi="Times New Roman" w:hint="eastAsia"/>
                <w:iCs/>
                <w:szCs w:val="21"/>
              </w:rPr>
              <w:t>epinodosinol</w:t>
            </w:r>
            <w:bookmarkEnd w:id="34"/>
            <w:proofErr w:type="spellEnd"/>
          </w:p>
        </w:tc>
        <w:tc>
          <w:tcPr>
            <w:tcW w:w="5471" w:type="dxa"/>
          </w:tcPr>
          <w:p w14:paraId="0A4AFE31"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Fujita E, Fujita T, Taoka M, Katayama H and Shibuya M. The structure and absolute configuration of </w:t>
            </w:r>
            <w:proofErr w:type="spellStart"/>
            <w:r w:rsidRPr="00513C3F">
              <w:rPr>
                <w:rFonts w:ascii="Times New Roman" w:eastAsia="宋体" w:hAnsi="Times New Roman"/>
                <w:szCs w:val="21"/>
              </w:rPr>
              <w:t>sodoponin</w:t>
            </w:r>
            <w:proofErr w:type="spellEnd"/>
            <w:r w:rsidRPr="00513C3F">
              <w:rPr>
                <w:rFonts w:ascii="Times New Roman" w:eastAsia="宋体" w:hAnsi="Times New Roman"/>
                <w:szCs w:val="21"/>
              </w:rPr>
              <w:t xml:space="preserve"> and </w:t>
            </w:r>
            <w:proofErr w:type="spellStart"/>
            <w:r w:rsidRPr="00513C3F">
              <w:rPr>
                <w:rFonts w:ascii="Times New Roman" w:eastAsia="宋体" w:hAnsi="Times New Roman"/>
                <w:szCs w:val="21"/>
              </w:rPr>
              <w:t>epinodosinol</w:t>
            </w:r>
            <w:proofErr w:type="spellEnd"/>
            <w:r w:rsidRPr="00513C3F">
              <w:rPr>
                <w:rFonts w:ascii="Times New Roman" w:eastAsia="宋体" w:hAnsi="Times New Roman"/>
                <w:szCs w:val="21"/>
              </w:rPr>
              <w:t xml:space="preserve">, new minor diterpenoids of </w:t>
            </w:r>
            <w:proofErr w:type="spellStart"/>
            <w:r w:rsidRPr="00513C3F">
              <w:rPr>
                <w:rFonts w:ascii="Times New Roman" w:eastAsia="宋体" w:hAnsi="Times New Roman" w:hint="eastAsia"/>
                <w:i/>
                <w:iCs/>
                <w:szCs w:val="21"/>
              </w:rPr>
              <w:t>I</w:t>
            </w:r>
            <w:r w:rsidRPr="00513C3F">
              <w:rPr>
                <w:rFonts w:ascii="Times New Roman" w:eastAsia="宋体" w:hAnsi="Times New Roman"/>
                <w:i/>
                <w:iCs/>
                <w:szCs w:val="21"/>
              </w:rPr>
              <w:t>sodon</w:t>
            </w:r>
            <w:proofErr w:type="spellEnd"/>
            <w:r w:rsidRPr="00513C3F">
              <w:rPr>
                <w:rFonts w:ascii="Times New Roman" w:eastAsia="宋体" w:hAnsi="Times New Roman"/>
                <w:i/>
                <w:iCs/>
                <w:szCs w:val="21"/>
              </w:rPr>
              <w:t xml:space="preserve"> japonicus</w:t>
            </w:r>
            <w:r w:rsidRPr="00513C3F">
              <w:rPr>
                <w:rFonts w:ascii="Times New Roman" w:eastAsia="宋体" w:hAnsi="Times New Roman"/>
                <w:szCs w:val="21"/>
              </w:rPr>
              <w:t>. Tetrahedron Lett</w:t>
            </w:r>
            <w:r w:rsidRPr="00513C3F">
              <w:rPr>
                <w:rFonts w:ascii="Times New Roman" w:eastAsia="宋体" w:hAnsi="Times New Roman"/>
                <w:i/>
                <w:szCs w:val="21"/>
              </w:rPr>
              <w:t xml:space="preserve">. </w:t>
            </w:r>
            <w:r w:rsidRPr="00513C3F">
              <w:rPr>
                <w:rFonts w:ascii="Times New Roman" w:eastAsia="宋体" w:hAnsi="Times New Roman"/>
                <w:szCs w:val="21"/>
              </w:rPr>
              <w:t>1970;11(6):421</w:t>
            </w:r>
            <w:r>
              <w:rPr>
                <w:rFonts w:ascii="Times New Roman" w:eastAsia="宋体" w:hAnsi="Times New Roman"/>
                <w:szCs w:val="21"/>
              </w:rPr>
              <w:t>–</w:t>
            </w:r>
            <w:r w:rsidRPr="00513C3F">
              <w:rPr>
                <w:rFonts w:ascii="Times New Roman" w:eastAsia="宋体" w:hAnsi="Times New Roman"/>
                <w:szCs w:val="21"/>
              </w:rPr>
              <w:t>4.</w:t>
            </w:r>
          </w:p>
        </w:tc>
      </w:tr>
      <w:tr w:rsidR="00497B11" w:rsidRPr="00513C3F" w14:paraId="51AA15F9" w14:textId="77777777" w:rsidTr="00E60C05">
        <w:tc>
          <w:tcPr>
            <w:tcW w:w="560" w:type="dxa"/>
          </w:tcPr>
          <w:p w14:paraId="5E634E3B"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27</w:t>
            </w:r>
          </w:p>
        </w:tc>
        <w:tc>
          <w:tcPr>
            <w:tcW w:w="2275" w:type="dxa"/>
          </w:tcPr>
          <w:p w14:paraId="22BD24A6" w14:textId="7E7DE186"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iCs/>
                <w:szCs w:val="21"/>
              </w:rPr>
              <w:t>l</w:t>
            </w:r>
            <w:r w:rsidRPr="00513C3F">
              <w:rPr>
                <w:rFonts w:ascii="Times New Roman" w:eastAsia="宋体" w:hAnsi="Times New Roman"/>
                <w:iCs/>
                <w:szCs w:val="21"/>
              </w:rPr>
              <w:t>ongirabdolide</w:t>
            </w:r>
            <w:proofErr w:type="spellEnd"/>
            <w:r w:rsidRPr="00513C3F">
              <w:rPr>
                <w:rFonts w:ascii="Times New Roman" w:eastAsia="宋体" w:hAnsi="Times New Roman"/>
                <w:iCs/>
                <w:szCs w:val="21"/>
              </w:rPr>
              <w:t xml:space="preserve"> C</w:t>
            </w:r>
          </w:p>
        </w:tc>
        <w:tc>
          <w:tcPr>
            <w:tcW w:w="5471" w:type="dxa"/>
          </w:tcPr>
          <w:p w14:paraId="4D33A768"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Takeda Y, Matsumoto T and Otsuka H. </w:t>
            </w:r>
            <w:proofErr w:type="spellStart"/>
            <w:r w:rsidRPr="00513C3F">
              <w:rPr>
                <w:rFonts w:ascii="Times New Roman" w:eastAsia="宋体" w:hAnsi="Times New Roman"/>
                <w:szCs w:val="21"/>
              </w:rPr>
              <w:t>Longirabdolide</w:t>
            </w:r>
            <w:proofErr w:type="spellEnd"/>
            <w:r w:rsidRPr="00513C3F">
              <w:rPr>
                <w:rFonts w:ascii="Times New Roman" w:eastAsia="宋体" w:hAnsi="Times New Roman"/>
                <w:szCs w:val="21"/>
              </w:rPr>
              <w:t xml:space="preserve"> C, a new diterpenoid from </w:t>
            </w:r>
            <w:proofErr w:type="spellStart"/>
            <w:r w:rsidRPr="00513C3F">
              <w:rPr>
                <w:rFonts w:ascii="Times New Roman" w:eastAsia="宋体" w:hAnsi="Times New Roman"/>
                <w:i/>
                <w:iCs/>
                <w:szCs w:val="21"/>
              </w:rPr>
              <w:t>Rabdosia</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longituba</w:t>
            </w:r>
            <w:proofErr w:type="spellEnd"/>
            <w:r w:rsidRPr="00513C3F">
              <w:rPr>
                <w:rFonts w:ascii="Times New Roman" w:eastAsia="宋体" w:hAnsi="Times New Roman"/>
                <w:szCs w:val="21"/>
              </w:rPr>
              <w:t>. J Nat Prod</w:t>
            </w:r>
            <w:r w:rsidRPr="00513C3F">
              <w:rPr>
                <w:rFonts w:ascii="Times New Roman" w:eastAsia="宋体" w:hAnsi="Times New Roman"/>
                <w:i/>
                <w:szCs w:val="21"/>
              </w:rPr>
              <w:t xml:space="preserve">. </w:t>
            </w:r>
            <w:r w:rsidRPr="00513C3F">
              <w:rPr>
                <w:rFonts w:ascii="Times New Roman" w:eastAsia="宋体" w:hAnsi="Times New Roman"/>
                <w:szCs w:val="21"/>
              </w:rPr>
              <w:t>1994;57(5):650</w:t>
            </w:r>
            <w:r>
              <w:rPr>
                <w:rFonts w:ascii="Times New Roman" w:eastAsia="宋体" w:hAnsi="Times New Roman"/>
                <w:szCs w:val="21"/>
              </w:rPr>
              <w:t>–</w:t>
            </w:r>
            <w:r w:rsidRPr="00513C3F">
              <w:rPr>
                <w:rFonts w:ascii="Times New Roman" w:eastAsia="宋体" w:hAnsi="Times New Roman"/>
                <w:szCs w:val="21"/>
              </w:rPr>
              <w:t>3.</w:t>
            </w:r>
          </w:p>
        </w:tc>
      </w:tr>
      <w:tr w:rsidR="00497B11" w:rsidRPr="00513C3F" w14:paraId="2D55DAA1" w14:textId="77777777" w:rsidTr="00E60C05">
        <w:trPr>
          <w:trHeight w:val="1597"/>
        </w:trPr>
        <w:tc>
          <w:tcPr>
            <w:tcW w:w="560" w:type="dxa"/>
          </w:tcPr>
          <w:p w14:paraId="0519DF75"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28</w:t>
            </w:r>
          </w:p>
        </w:tc>
        <w:tc>
          <w:tcPr>
            <w:tcW w:w="2275" w:type="dxa"/>
          </w:tcPr>
          <w:p w14:paraId="4C9E317E" w14:textId="4FEC427B"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iCs/>
                <w:szCs w:val="21"/>
              </w:rPr>
              <w:t>c</w:t>
            </w:r>
            <w:r w:rsidRPr="00513C3F">
              <w:rPr>
                <w:rFonts w:ascii="Times New Roman" w:eastAsia="宋体" w:hAnsi="Times New Roman"/>
                <w:iCs/>
                <w:szCs w:val="21"/>
              </w:rPr>
              <w:t>arpalasionin</w:t>
            </w:r>
            <w:proofErr w:type="spellEnd"/>
          </w:p>
        </w:tc>
        <w:tc>
          <w:tcPr>
            <w:tcW w:w="5471" w:type="dxa"/>
          </w:tcPr>
          <w:p w14:paraId="6BDD8C22"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Zhang YY, Jiang HY, Liu M, Hu K, Wang WG, Du X, et al. Bioactive </w:t>
            </w:r>
            <w:proofErr w:type="spellStart"/>
            <w:r w:rsidRPr="00513C3F">
              <w:rPr>
                <w:rFonts w:ascii="Times New Roman" w:eastAsia="宋体" w:hAnsi="Times New Roman"/>
                <w:i/>
                <w:iCs/>
                <w:szCs w:val="21"/>
              </w:rPr>
              <w:t>ent</w:t>
            </w:r>
            <w:r w:rsidRPr="00513C3F">
              <w:rPr>
                <w:rFonts w:ascii="Times New Roman" w:eastAsia="宋体" w:hAnsi="Times New Roman"/>
                <w:szCs w:val="21"/>
              </w:rPr>
              <w:t>-kaurane</w:t>
            </w:r>
            <w:proofErr w:type="spellEnd"/>
            <w:r w:rsidRPr="00513C3F">
              <w:rPr>
                <w:rFonts w:ascii="Times New Roman" w:eastAsia="宋体" w:hAnsi="Times New Roman"/>
                <w:szCs w:val="21"/>
              </w:rPr>
              <w:t xml:space="preserve"> diterpenoids from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rubescens</w:t>
            </w:r>
            <w:proofErr w:type="spellEnd"/>
            <w:r w:rsidRPr="00513C3F">
              <w:rPr>
                <w:rFonts w:ascii="Times New Roman" w:eastAsia="宋体" w:hAnsi="Times New Roman"/>
                <w:szCs w:val="21"/>
              </w:rPr>
              <w:t>. Phytochemistry</w:t>
            </w:r>
            <w:r w:rsidRPr="00513C3F">
              <w:rPr>
                <w:rFonts w:ascii="Times New Roman" w:eastAsia="宋体" w:hAnsi="Times New Roman"/>
                <w:i/>
                <w:szCs w:val="21"/>
              </w:rPr>
              <w:t xml:space="preserve">. </w:t>
            </w:r>
            <w:proofErr w:type="gramStart"/>
            <w:r w:rsidRPr="00513C3F">
              <w:rPr>
                <w:rFonts w:ascii="Times New Roman" w:eastAsia="宋体" w:hAnsi="Times New Roman"/>
                <w:szCs w:val="21"/>
              </w:rPr>
              <w:t>2017;143:199</w:t>
            </w:r>
            <w:proofErr w:type="gramEnd"/>
            <w:r>
              <w:rPr>
                <w:rFonts w:ascii="Times New Roman" w:eastAsia="宋体" w:hAnsi="Times New Roman"/>
                <w:szCs w:val="21"/>
              </w:rPr>
              <w:t>–</w:t>
            </w:r>
            <w:r w:rsidRPr="00513C3F">
              <w:rPr>
                <w:rFonts w:ascii="Times New Roman" w:eastAsia="宋体" w:hAnsi="Times New Roman"/>
                <w:szCs w:val="21"/>
              </w:rPr>
              <w:t>207.</w:t>
            </w:r>
          </w:p>
        </w:tc>
      </w:tr>
      <w:tr w:rsidR="00497B11" w:rsidRPr="00513C3F" w14:paraId="6F8F5328" w14:textId="77777777" w:rsidTr="00E60C05">
        <w:tc>
          <w:tcPr>
            <w:tcW w:w="560" w:type="dxa"/>
          </w:tcPr>
          <w:p w14:paraId="51B12A14"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29</w:t>
            </w:r>
          </w:p>
        </w:tc>
        <w:tc>
          <w:tcPr>
            <w:tcW w:w="2275" w:type="dxa"/>
          </w:tcPr>
          <w:p w14:paraId="14A82812" w14:textId="028C27B6"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iCs/>
                <w:szCs w:val="21"/>
              </w:rPr>
              <w:t>d</w:t>
            </w:r>
            <w:r w:rsidRPr="00513C3F">
              <w:rPr>
                <w:rFonts w:ascii="Times New Roman" w:eastAsia="宋体" w:hAnsi="Times New Roman"/>
                <w:iCs/>
                <w:szCs w:val="21"/>
              </w:rPr>
              <w:t>ihydrorugosanin</w:t>
            </w:r>
            <w:proofErr w:type="spellEnd"/>
          </w:p>
        </w:tc>
        <w:tc>
          <w:tcPr>
            <w:tcW w:w="5471" w:type="dxa"/>
          </w:tcPr>
          <w:p w14:paraId="1215F61C" w14:textId="09BDFE80"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Fang L and Xu XJ. Studies on the chemical constituents of </w:t>
            </w:r>
            <w:proofErr w:type="spellStart"/>
            <w:r w:rsidRPr="00513C3F">
              <w:rPr>
                <w:rFonts w:ascii="Times New Roman" w:eastAsia="宋体" w:hAnsi="Times New Roman"/>
                <w:i/>
                <w:iCs/>
                <w:szCs w:val="21"/>
              </w:rPr>
              <w:lastRenderedPageBreak/>
              <w:t>Rabdosia</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rubescens</w:t>
            </w:r>
            <w:proofErr w:type="spellEnd"/>
            <w:r w:rsidRPr="00513C3F">
              <w:rPr>
                <w:rFonts w:ascii="Times New Roman" w:eastAsia="宋体" w:hAnsi="Times New Roman"/>
                <w:szCs w:val="21"/>
              </w:rPr>
              <w:t>. J Chin Med Mater</w:t>
            </w:r>
            <w:r w:rsidRPr="00513C3F">
              <w:rPr>
                <w:rFonts w:ascii="Times New Roman" w:eastAsia="宋体" w:hAnsi="Times New Roman"/>
                <w:i/>
                <w:szCs w:val="21"/>
              </w:rPr>
              <w:t xml:space="preserve">. </w:t>
            </w:r>
            <w:r w:rsidRPr="00513C3F">
              <w:rPr>
                <w:rFonts w:ascii="Times New Roman" w:eastAsia="宋体" w:hAnsi="Times New Roman"/>
                <w:szCs w:val="21"/>
              </w:rPr>
              <w:t>2008;31</w:t>
            </w:r>
            <w:r w:rsidR="00D20118">
              <w:rPr>
                <w:rFonts w:ascii="Times New Roman" w:eastAsia="宋体" w:hAnsi="Times New Roman" w:hint="eastAsia"/>
                <w:szCs w:val="21"/>
              </w:rPr>
              <w:t>(9)</w:t>
            </w:r>
            <w:r w:rsidRPr="00513C3F">
              <w:rPr>
                <w:rFonts w:ascii="Times New Roman" w:eastAsia="宋体" w:hAnsi="Times New Roman"/>
                <w:szCs w:val="21"/>
              </w:rPr>
              <w:t>:1340</w:t>
            </w:r>
            <w:r>
              <w:rPr>
                <w:rFonts w:ascii="Times New Roman" w:eastAsia="宋体" w:hAnsi="Times New Roman"/>
                <w:szCs w:val="21"/>
              </w:rPr>
              <w:t>–</w:t>
            </w:r>
            <w:r w:rsidRPr="00513C3F">
              <w:rPr>
                <w:rFonts w:ascii="Times New Roman" w:eastAsia="宋体" w:hAnsi="Times New Roman"/>
                <w:szCs w:val="21"/>
              </w:rPr>
              <w:t>3.</w:t>
            </w:r>
          </w:p>
        </w:tc>
      </w:tr>
      <w:tr w:rsidR="00497B11" w:rsidRPr="00513C3F" w14:paraId="7A96E27E" w14:textId="77777777" w:rsidTr="00E60C05">
        <w:tc>
          <w:tcPr>
            <w:tcW w:w="560" w:type="dxa"/>
          </w:tcPr>
          <w:p w14:paraId="68760E34"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lastRenderedPageBreak/>
              <w:t>30</w:t>
            </w:r>
          </w:p>
        </w:tc>
        <w:tc>
          <w:tcPr>
            <w:tcW w:w="2275" w:type="dxa"/>
          </w:tcPr>
          <w:p w14:paraId="140BD7A8" w14:textId="1420A1A5"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iCs/>
                <w:szCs w:val="21"/>
              </w:rPr>
              <w:t>s</w:t>
            </w:r>
            <w:r w:rsidRPr="00513C3F">
              <w:rPr>
                <w:rFonts w:ascii="Times New Roman" w:eastAsia="宋体" w:hAnsi="Times New Roman"/>
                <w:iCs/>
                <w:szCs w:val="21"/>
              </w:rPr>
              <w:t>culponeatin</w:t>
            </w:r>
            <w:proofErr w:type="spellEnd"/>
            <w:r w:rsidRPr="00513C3F">
              <w:rPr>
                <w:rFonts w:ascii="Times New Roman" w:eastAsia="宋体" w:hAnsi="Times New Roman"/>
                <w:iCs/>
                <w:szCs w:val="21"/>
              </w:rPr>
              <w:t xml:space="preserve"> A</w:t>
            </w:r>
          </w:p>
        </w:tc>
        <w:tc>
          <w:tcPr>
            <w:tcW w:w="5471" w:type="dxa"/>
          </w:tcPr>
          <w:p w14:paraId="255CF7B0" w14:textId="2ACC3EF3"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Sun H, Lin Z, Xu Y, Minami Y, </w:t>
            </w:r>
            <w:proofErr w:type="spellStart"/>
            <w:r w:rsidRPr="00513C3F">
              <w:rPr>
                <w:rFonts w:ascii="Times New Roman" w:eastAsia="宋体" w:hAnsi="Times New Roman"/>
                <w:szCs w:val="21"/>
              </w:rPr>
              <w:t>Marunaka</w:t>
            </w:r>
            <w:proofErr w:type="spellEnd"/>
            <w:r w:rsidRPr="00513C3F">
              <w:rPr>
                <w:rFonts w:ascii="Times New Roman" w:eastAsia="宋体" w:hAnsi="Times New Roman"/>
                <w:szCs w:val="21"/>
              </w:rPr>
              <w:t xml:space="preserve"> T, Togo T, et al. </w:t>
            </w:r>
            <w:r w:rsidR="003E7A64">
              <w:rPr>
                <w:rFonts w:ascii="Times New Roman" w:eastAsia="宋体" w:hAnsi="Times New Roman" w:hint="eastAsia"/>
                <w:szCs w:val="21"/>
              </w:rPr>
              <w:t>s</w:t>
            </w:r>
            <w:r w:rsidRPr="00513C3F">
              <w:rPr>
                <w:rFonts w:ascii="Times New Roman" w:eastAsia="宋体" w:hAnsi="Times New Roman"/>
                <w:szCs w:val="21"/>
              </w:rPr>
              <w:t xml:space="preserve">tructures of </w:t>
            </w:r>
            <w:proofErr w:type="spellStart"/>
            <w:r w:rsidR="003E7A64">
              <w:rPr>
                <w:rFonts w:ascii="Times New Roman" w:eastAsia="宋体" w:hAnsi="Times New Roman" w:hint="eastAsia"/>
                <w:szCs w:val="21"/>
              </w:rPr>
              <w:t>s</w:t>
            </w:r>
            <w:r w:rsidRPr="00513C3F">
              <w:rPr>
                <w:rFonts w:ascii="Times New Roman" w:eastAsia="宋体" w:hAnsi="Times New Roman"/>
                <w:szCs w:val="21"/>
              </w:rPr>
              <w:t>culponeatin</w:t>
            </w:r>
            <w:proofErr w:type="spellEnd"/>
            <w:r w:rsidRPr="00513C3F">
              <w:rPr>
                <w:rFonts w:ascii="Times New Roman" w:eastAsia="宋体" w:hAnsi="Times New Roman"/>
                <w:szCs w:val="21"/>
              </w:rPr>
              <w:t xml:space="preserve"> A, </w:t>
            </w:r>
            <w:proofErr w:type="spellStart"/>
            <w:r w:rsidR="003E7A64">
              <w:rPr>
                <w:rFonts w:ascii="Times New Roman" w:eastAsia="宋体" w:hAnsi="Times New Roman" w:hint="eastAsia"/>
                <w:szCs w:val="21"/>
              </w:rPr>
              <w:t>s</w:t>
            </w:r>
            <w:r w:rsidRPr="00513C3F">
              <w:rPr>
                <w:rFonts w:ascii="Times New Roman" w:eastAsia="宋体" w:hAnsi="Times New Roman"/>
                <w:szCs w:val="21"/>
              </w:rPr>
              <w:t>culponeatin</w:t>
            </w:r>
            <w:proofErr w:type="spellEnd"/>
            <w:r w:rsidRPr="00513C3F">
              <w:rPr>
                <w:rFonts w:ascii="Times New Roman" w:eastAsia="宋体" w:hAnsi="Times New Roman"/>
                <w:szCs w:val="21"/>
              </w:rPr>
              <w:t xml:space="preserve"> B, and </w:t>
            </w:r>
            <w:proofErr w:type="spellStart"/>
            <w:r w:rsidR="003E7A64">
              <w:rPr>
                <w:rFonts w:ascii="Times New Roman" w:eastAsia="宋体" w:hAnsi="Times New Roman" w:hint="eastAsia"/>
                <w:szCs w:val="21"/>
              </w:rPr>
              <w:t>s</w:t>
            </w:r>
            <w:r w:rsidRPr="00513C3F">
              <w:rPr>
                <w:rFonts w:ascii="Times New Roman" w:eastAsia="宋体" w:hAnsi="Times New Roman"/>
                <w:szCs w:val="21"/>
              </w:rPr>
              <w:t>culponeatin</w:t>
            </w:r>
            <w:proofErr w:type="spellEnd"/>
            <w:r w:rsidRPr="00513C3F">
              <w:rPr>
                <w:rFonts w:ascii="Times New Roman" w:eastAsia="宋体" w:hAnsi="Times New Roman"/>
                <w:szCs w:val="21"/>
              </w:rPr>
              <w:t xml:space="preserve"> C, 3 new diterpenoids having unique acetal structures from </w:t>
            </w:r>
            <w:proofErr w:type="spellStart"/>
            <w:r w:rsidRPr="00513C3F">
              <w:rPr>
                <w:rFonts w:ascii="Times New Roman" w:eastAsia="宋体" w:hAnsi="Times New Roman" w:hint="eastAsia"/>
                <w:i/>
                <w:iCs/>
                <w:szCs w:val="21"/>
              </w:rPr>
              <w:t>R</w:t>
            </w:r>
            <w:r w:rsidRPr="00513C3F">
              <w:rPr>
                <w:rFonts w:ascii="Times New Roman" w:eastAsia="宋体" w:hAnsi="Times New Roman"/>
                <w:i/>
                <w:iCs/>
                <w:szCs w:val="21"/>
              </w:rPr>
              <w:t>abdosia</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sculponeata</w:t>
            </w:r>
            <w:proofErr w:type="spellEnd"/>
            <w:r w:rsidRPr="00513C3F">
              <w:rPr>
                <w:rFonts w:ascii="Times New Roman" w:eastAsia="宋体" w:hAnsi="Times New Roman"/>
                <w:szCs w:val="21"/>
              </w:rPr>
              <w:t>. Heterocycles</w:t>
            </w:r>
            <w:r w:rsidRPr="00513C3F">
              <w:rPr>
                <w:rFonts w:ascii="Times New Roman" w:eastAsia="宋体" w:hAnsi="Times New Roman"/>
                <w:i/>
                <w:szCs w:val="21"/>
              </w:rPr>
              <w:t xml:space="preserve">. </w:t>
            </w:r>
            <w:r w:rsidRPr="00513C3F">
              <w:rPr>
                <w:rFonts w:ascii="Times New Roman" w:eastAsia="宋体" w:hAnsi="Times New Roman"/>
                <w:szCs w:val="21"/>
              </w:rPr>
              <w:t>1986;24(1):1</w:t>
            </w:r>
            <w:r>
              <w:rPr>
                <w:rFonts w:ascii="Times New Roman" w:eastAsia="宋体" w:hAnsi="Times New Roman"/>
                <w:szCs w:val="21"/>
              </w:rPr>
              <w:t>–</w:t>
            </w:r>
            <w:r w:rsidRPr="00513C3F">
              <w:rPr>
                <w:rFonts w:ascii="Times New Roman" w:eastAsia="宋体" w:hAnsi="Times New Roman"/>
                <w:szCs w:val="21"/>
              </w:rPr>
              <w:t>4.</w:t>
            </w:r>
          </w:p>
        </w:tc>
      </w:tr>
      <w:tr w:rsidR="00497B11" w:rsidRPr="00513C3F" w14:paraId="21ADC410" w14:textId="77777777" w:rsidTr="00E60C05">
        <w:tc>
          <w:tcPr>
            <w:tcW w:w="560" w:type="dxa"/>
          </w:tcPr>
          <w:p w14:paraId="097BE786"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31</w:t>
            </w:r>
          </w:p>
        </w:tc>
        <w:tc>
          <w:tcPr>
            <w:tcW w:w="2275" w:type="dxa"/>
          </w:tcPr>
          <w:p w14:paraId="716DBAF2" w14:textId="1EB2D6FF"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iCs/>
                <w:szCs w:val="21"/>
              </w:rPr>
              <w:t>15</w:t>
            </w:r>
            <w:r w:rsidRPr="00513C3F">
              <w:rPr>
                <w:rFonts w:ascii="Times New Roman" w:eastAsia="宋体" w:hAnsi="Times New Roman"/>
                <w:i/>
                <w:szCs w:val="21"/>
              </w:rPr>
              <w:t>β</w:t>
            </w:r>
            <w:r w:rsidRPr="00513C3F">
              <w:rPr>
                <w:rFonts w:ascii="Times New Roman" w:eastAsia="宋体" w:hAnsi="Times New Roman"/>
                <w:iCs/>
                <w:szCs w:val="21"/>
              </w:rPr>
              <w:t>-hydroxy-6,7-seco-6,11</w:t>
            </w:r>
            <w:r w:rsidRPr="00513C3F">
              <w:rPr>
                <w:rFonts w:ascii="Times New Roman" w:eastAsia="宋体" w:hAnsi="Times New Roman"/>
                <w:i/>
                <w:szCs w:val="21"/>
              </w:rPr>
              <w:t>β</w:t>
            </w:r>
            <w:r w:rsidRPr="00513C3F">
              <w:rPr>
                <w:rFonts w:ascii="Times New Roman" w:eastAsia="宋体" w:hAnsi="Times New Roman"/>
                <w:iCs/>
                <w:szCs w:val="21"/>
              </w:rPr>
              <w:t>:6,20-diepoxy-1</w:t>
            </w:r>
            <w:r w:rsidRPr="00513C3F">
              <w:rPr>
                <w:rFonts w:ascii="Times New Roman" w:eastAsia="宋体" w:hAnsi="Times New Roman"/>
                <w:i/>
                <w:szCs w:val="21"/>
              </w:rPr>
              <w:t>α</w:t>
            </w:r>
            <w:r w:rsidRPr="00513C3F">
              <w:rPr>
                <w:rFonts w:ascii="Times New Roman" w:eastAsia="宋体" w:hAnsi="Times New Roman"/>
                <w:iCs/>
                <w:szCs w:val="21"/>
              </w:rPr>
              <w:t>,7-olide-</w:t>
            </w:r>
            <w:r w:rsidRPr="00513C3F">
              <w:rPr>
                <w:rFonts w:ascii="Times New Roman" w:eastAsia="宋体" w:hAnsi="Times New Roman"/>
                <w:i/>
                <w:szCs w:val="21"/>
              </w:rPr>
              <w:t>ent</w:t>
            </w:r>
            <w:r w:rsidRPr="00513C3F">
              <w:rPr>
                <w:rFonts w:ascii="Times New Roman" w:eastAsia="宋体" w:hAnsi="Times New Roman"/>
                <w:iCs/>
                <w:szCs w:val="21"/>
              </w:rPr>
              <w:t>-kaur-16-</w:t>
            </w:r>
            <w:r w:rsidRPr="00513C3F">
              <w:rPr>
                <w:rFonts w:ascii="Times New Roman" w:eastAsia="宋体" w:hAnsi="Times New Roman" w:hint="eastAsia"/>
                <w:iCs/>
                <w:szCs w:val="21"/>
              </w:rPr>
              <w:t>o</w:t>
            </w:r>
            <w:r w:rsidRPr="00513C3F">
              <w:rPr>
                <w:rFonts w:ascii="Times New Roman" w:eastAsia="宋体" w:hAnsi="Times New Roman"/>
                <w:iCs/>
                <w:szCs w:val="21"/>
              </w:rPr>
              <w:t>ne</w:t>
            </w:r>
          </w:p>
        </w:tc>
        <w:tc>
          <w:tcPr>
            <w:tcW w:w="5471" w:type="dxa"/>
          </w:tcPr>
          <w:p w14:paraId="19A9C9C2"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Yan FL, Guo LQ, Zhang JX, Bai SP and Sun HD. New </w:t>
            </w:r>
            <w:proofErr w:type="spellStart"/>
            <w:r w:rsidRPr="00513C3F">
              <w:rPr>
                <w:rFonts w:ascii="Times New Roman" w:eastAsia="宋体" w:hAnsi="Times New Roman"/>
                <w:i/>
                <w:iCs/>
                <w:szCs w:val="21"/>
              </w:rPr>
              <w:t>ent</w:t>
            </w:r>
            <w:proofErr w:type="spellEnd"/>
            <w:r w:rsidRPr="00513C3F">
              <w:rPr>
                <w:rFonts w:ascii="Times New Roman" w:eastAsia="宋体" w:hAnsi="Times New Roman"/>
                <w:szCs w:val="21"/>
              </w:rPr>
              <w:t>-</w:t>
            </w:r>
            <w:proofErr w:type="spellStart"/>
            <w:r w:rsidRPr="00513C3F">
              <w:rPr>
                <w:rFonts w:ascii="Times New Roman" w:eastAsia="宋体" w:hAnsi="Times New Roman"/>
                <w:szCs w:val="21"/>
              </w:rPr>
              <w:t>kaurane</w:t>
            </w:r>
            <w:proofErr w:type="spellEnd"/>
            <w:r w:rsidRPr="00513C3F">
              <w:rPr>
                <w:rFonts w:ascii="Times New Roman" w:eastAsia="宋体" w:hAnsi="Times New Roman"/>
                <w:szCs w:val="21"/>
              </w:rPr>
              <w:t xml:space="preserve">-type diterpenoids from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nervosus</w:t>
            </w:r>
            <w:proofErr w:type="spellEnd"/>
            <w:r w:rsidRPr="00513C3F">
              <w:rPr>
                <w:rFonts w:ascii="Times New Roman" w:eastAsia="宋体" w:hAnsi="Times New Roman"/>
                <w:szCs w:val="21"/>
              </w:rPr>
              <w:t>. Chin Chem Lett</w:t>
            </w:r>
            <w:r w:rsidRPr="00513C3F">
              <w:rPr>
                <w:rFonts w:ascii="Times New Roman" w:eastAsia="宋体" w:hAnsi="Times New Roman"/>
                <w:i/>
                <w:szCs w:val="21"/>
              </w:rPr>
              <w:t xml:space="preserve">. </w:t>
            </w:r>
            <w:r w:rsidRPr="00513C3F">
              <w:rPr>
                <w:rFonts w:ascii="Times New Roman" w:eastAsia="宋体" w:hAnsi="Times New Roman"/>
                <w:szCs w:val="21"/>
              </w:rPr>
              <w:t>2008;19(4):441</w:t>
            </w:r>
            <w:r>
              <w:rPr>
                <w:rFonts w:ascii="Times New Roman" w:eastAsia="宋体" w:hAnsi="Times New Roman"/>
                <w:szCs w:val="21"/>
              </w:rPr>
              <w:t>–</w:t>
            </w:r>
            <w:r w:rsidRPr="00513C3F">
              <w:rPr>
                <w:rFonts w:ascii="Times New Roman" w:eastAsia="宋体" w:hAnsi="Times New Roman"/>
                <w:szCs w:val="21"/>
              </w:rPr>
              <w:t>3.</w:t>
            </w:r>
          </w:p>
        </w:tc>
      </w:tr>
      <w:tr w:rsidR="00497B11" w:rsidRPr="00513C3F" w14:paraId="6291C5F4" w14:textId="77777777" w:rsidTr="00E60C05">
        <w:tc>
          <w:tcPr>
            <w:tcW w:w="560" w:type="dxa"/>
          </w:tcPr>
          <w:p w14:paraId="22475036"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32</w:t>
            </w:r>
          </w:p>
        </w:tc>
        <w:tc>
          <w:tcPr>
            <w:tcW w:w="2275" w:type="dxa"/>
          </w:tcPr>
          <w:p w14:paraId="24DCFC83" w14:textId="578430F9"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iCs/>
                <w:szCs w:val="21"/>
              </w:rPr>
              <w:t>enmein</w:t>
            </w:r>
            <w:proofErr w:type="spellEnd"/>
            <w:r w:rsidRPr="00513C3F">
              <w:rPr>
                <w:rFonts w:ascii="Times New Roman" w:eastAsia="宋体" w:hAnsi="Times New Roman"/>
                <w:iCs/>
                <w:szCs w:val="21"/>
              </w:rPr>
              <w:t>-type diterpenoid</w:t>
            </w:r>
            <w:r w:rsidRPr="00513C3F">
              <w:rPr>
                <w:rFonts w:ascii="Times New Roman" w:eastAsia="宋体" w:hAnsi="Times New Roman" w:hint="eastAsia"/>
                <w:iCs/>
                <w:szCs w:val="21"/>
              </w:rPr>
              <w:t xml:space="preserve"> </w:t>
            </w:r>
            <w:r w:rsidRPr="00513C3F">
              <w:rPr>
                <w:rFonts w:ascii="Times New Roman" w:eastAsia="宋体" w:hAnsi="Times New Roman"/>
                <w:iCs/>
                <w:szCs w:val="21"/>
              </w:rPr>
              <w:t xml:space="preserve">analogs </w:t>
            </w:r>
            <w:r w:rsidRPr="00513C3F">
              <w:rPr>
                <w:rFonts w:ascii="Times New Roman" w:eastAsia="宋体" w:hAnsi="Times New Roman"/>
                <w:b/>
                <w:bCs/>
                <w:iCs/>
                <w:szCs w:val="21"/>
              </w:rPr>
              <w:t>11</w:t>
            </w:r>
          </w:p>
        </w:tc>
        <w:tc>
          <w:tcPr>
            <w:tcW w:w="5471" w:type="dxa"/>
          </w:tcPr>
          <w:p w14:paraId="4CCFFFB6"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Li DH, Xu ST, Cai H, Pei LL, Zhang HY, Wang L, et al. </w:t>
            </w:r>
            <w:proofErr w:type="spellStart"/>
            <w:r w:rsidRPr="00513C3F">
              <w:rPr>
                <w:rFonts w:ascii="Times New Roman" w:eastAsia="宋体" w:hAnsi="Times New Roman"/>
                <w:szCs w:val="21"/>
              </w:rPr>
              <w:t>Enmein</w:t>
            </w:r>
            <w:proofErr w:type="spellEnd"/>
            <w:r w:rsidRPr="00513C3F">
              <w:rPr>
                <w:rFonts w:ascii="Times New Roman" w:eastAsia="宋体" w:hAnsi="Times New Roman"/>
                <w:szCs w:val="21"/>
              </w:rPr>
              <w:t xml:space="preserve">-type diterpenoid analogs from natural kaurene-type oridonin: Synthesis and their antitumor biological evaluation. </w:t>
            </w:r>
            <w:proofErr w:type="spellStart"/>
            <w:r w:rsidRPr="00513C3F">
              <w:rPr>
                <w:rFonts w:ascii="Times New Roman" w:eastAsia="宋体" w:hAnsi="Times New Roman"/>
                <w:szCs w:val="21"/>
              </w:rPr>
              <w:t>Eur</w:t>
            </w:r>
            <w:proofErr w:type="spellEnd"/>
            <w:r w:rsidRPr="00513C3F">
              <w:rPr>
                <w:rFonts w:ascii="Times New Roman" w:eastAsia="宋体" w:hAnsi="Times New Roman"/>
                <w:szCs w:val="21"/>
              </w:rPr>
              <w:t xml:space="preserve"> J Med Chem</w:t>
            </w:r>
            <w:r w:rsidRPr="00513C3F">
              <w:rPr>
                <w:rFonts w:ascii="Times New Roman" w:eastAsia="宋体" w:hAnsi="Times New Roman"/>
                <w:i/>
                <w:szCs w:val="21"/>
              </w:rPr>
              <w:t xml:space="preserve">. </w:t>
            </w:r>
            <w:proofErr w:type="gramStart"/>
            <w:r w:rsidRPr="00513C3F">
              <w:rPr>
                <w:rFonts w:ascii="Times New Roman" w:eastAsia="宋体" w:hAnsi="Times New Roman"/>
                <w:szCs w:val="21"/>
              </w:rPr>
              <w:t>2013;64:215</w:t>
            </w:r>
            <w:proofErr w:type="gramEnd"/>
            <w:r>
              <w:rPr>
                <w:rFonts w:ascii="Times New Roman" w:eastAsia="宋体" w:hAnsi="Times New Roman"/>
                <w:szCs w:val="21"/>
              </w:rPr>
              <w:t>–</w:t>
            </w:r>
            <w:r w:rsidRPr="00513C3F">
              <w:rPr>
                <w:rFonts w:ascii="Times New Roman" w:eastAsia="宋体" w:hAnsi="Times New Roman"/>
                <w:szCs w:val="21"/>
              </w:rPr>
              <w:t>21.</w:t>
            </w:r>
          </w:p>
        </w:tc>
      </w:tr>
      <w:tr w:rsidR="00497B11" w:rsidRPr="00513C3F" w14:paraId="1906B27B" w14:textId="77777777" w:rsidTr="00E60C05">
        <w:tc>
          <w:tcPr>
            <w:tcW w:w="560" w:type="dxa"/>
          </w:tcPr>
          <w:p w14:paraId="0D63FD82"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33</w:t>
            </w:r>
          </w:p>
        </w:tc>
        <w:tc>
          <w:tcPr>
            <w:tcW w:w="2275" w:type="dxa"/>
          </w:tcPr>
          <w:p w14:paraId="50010BDD" w14:textId="1405E8EC"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iCs/>
                <w:szCs w:val="21"/>
              </w:rPr>
              <w:t>enmein</w:t>
            </w:r>
            <w:proofErr w:type="spellEnd"/>
            <w:r w:rsidRPr="00513C3F">
              <w:rPr>
                <w:rFonts w:ascii="Times New Roman" w:eastAsia="宋体" w:hAnsi="Times New Roman"/>
                <w:iCs/>
                <w:szCs w:val="21"/>
              </w:rPr>
              <w:t>-type diterpenoid analog</w:t>
            </w:r>
            <w:r w:rsidRPr="00513C3F">
              <w:rPr>
                <w:rFonts w:ascii="Times New Roman" w:eastAsia="宋体" w:hAnsi="Times New Roman" w:hint="eastAsia"/>
                <w:iCs/>
                <w:szCs w:val="21"/>
              </w:rPr>
              <w:t xml:space="preserve">s </w:t>
            </w:r>
            <w:r w:rsidRPr="00513C3F">
              <w:rPr>
                <w:rFonts w:ascii="Times New Roman" w:eastAsia="宋体" w:hAnsi="Times New Roman" w:hint="eastAsia"/>
                <w:b/>
                <w:bCs/>
                <w:iCs/>
                <w:szCs w:val="21"/>
              </w:rPr>
              <w:t>10</w:t>
            </w:r>
          </w:p>
        </w:tc>
        <w:tc>
          <w:tcPr>
            <w:tcW w:w="5471" w:type="dxa"/>
          </w:tcPr>
          <w:p w14:paraId="5330FA7F"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Li DH, Xu ST, Cai H, Pei LL, Zhang HY, Wang L, et al. </w:t>
            </w:r>
            <w:proofErr w:type="spellStart"/>
            <w:r w:rsidRPr="00513C3F">
              <w:rPr>
                <w:rFonts w:ascii="Times New Roman" w:eastAsia="宋体" w:hAnsi="Times New Roman"/>
                <w:szCs w:val="21"/>
              </w:rPr>
              <w:t>Enmein</w:t>
            </w:r>
            <w:proofErr w:type="spellEnd"/>
            <w:r w:rsidRPr="00513C3F">
              <w:rPr>
                <w:rFonts w:ascii="Times New Roman" w:eastAsia="宋体" w:hAnsi="Times New Roman"/>
                <w:szCs w:val="21"/>
              </w:rPr>
              <w:t xml:space="preserve">-type diterpenoid analogs from natural kaurene-type oridonin: Synthesis and their antitumor biological evaluation. </w:t>
            </w:r>
            <w:proofErr w:type="spellStart"/>
            <w:r w:rsidRPr="00513C3F">
              <w:rPr>
                <w:rFonts w:ascii="Times New Roman" w:eastAsia="宋体" w:hAnsi="Times New Roman"/>
                <w:szCs w:val="21"/>
              </w:rPr>
              <w:t>Eur</w:t>
            </w:r>
            <w:proofErr w:type="spellEnd"/>
            <w:r w:rsidRPr="00513C3F">
              <w:rPr>
                <w:rFonts w:ascii="Times New Roman" w:eastAsia="宋体" w:hAnsi="Times New Roman"/>
                <w:szCs w:val="21"/>
              </w:rPr>
              <w:t xml:space="preserve"> J Med Chem</w:t>
            </w:r>
            <w:r w:rsidRPr="00513C3F">
              <w:rPr>
                <w:rFonts w:ascii="Times New Roman" w:eastAsia="宋体" w:hAnsi="Times New Roman"/>
                <w:i/>
                <w:szCs w:val="21"/>
              </w:rPr>
              <w:t xml:space="preserve">. </w:t>
            </w:r>
            <w:proofErr w:type="gramStart"/>
            <w:r w:rsidRPr="00513C3F">
              <w:rPr>
                <w:rFonts w:ascii="Times New Roman" w:eastAsia="宋体" w:hAnsi="Times New Roman"/>
                <w:szCs w:val="21"/>
              </w:rPr>
              <w:t>2013;64:215</w:t>
            </w:r>
            <w:proofErr w:type="gramEnd"/>
            <w:r>
              <w:rPr>
                <w:rFonts w:ascii="Times New Roman" w:eastAsia="宋体" w:hAnsi="Times New Roman"/>
                <w:szCs w:val="21"/>
              </w:rPr>
              <w:t>–</w:t>
            </w:r>
            <w:r w:rsidRPr="00513C3F">
              <w:rPr>
                <w:rFonts w:ascii="Times New Roman" w:eastAsia="宋体" w:hAnsi="Times New Roman"/>
                <w:szCs w:val="21"/>
              </w:rPr>
              <w:t>21.</w:t>
            </w:r>
          </w:p>
        </w:tc>
      </w:tr>
      <w:tr w:rsidR="00497B11" w:rsidRPr="00513C3F" w14:paraId="28E6006C" w14:textId="77777777" w:rsidTr="00E60C05">
        <w:tc>
          <w:tcPr>
            <w:tcW w:w="560" w:type="dxa"/>
          </w:tcPr>
          <w:p w14:paraId="30F9D214"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34</w:t>
            </w:r>
          </w:p>
        </w:tc>
        <w:tc>
          <w:tcPr>
            <w:tcW w:w="2275" w:type="dxa"/>
          </w:tcPr>
          <w:p w14:paraId="7AFD2859" w14:textId="040A2E4C"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i/>
                <w:szCs w:val="21"/>
              </w:rPr>
              <w:t>δ</w:t>
            </w:r>
            <w:r w:rsidRPr="00513C3F">
              <w:rPr>
                <w:rFonts w:ascii="Times New Roman" w:eastAsia="宋体" w:hAnsi="Times New Roman" w:hint="eastAsia"/>
                <w:iCs/>
                <w:szCs w:val="21"/>
              </w:rPr>
              <w:t>-lactone hemiacetal</w:t>
            </w:r>
          </w:p>
        </w:tc>
        <w:tc>
          <w:tcPr>
            <w:tcW w:w="5471" w:type="dxa"/>
          </w:tcPr>
          <w:p w14:paraId="5D01CB6D"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Mori S, </w:t>
            </w:r>
            <w:proofErr w:type="spellStart"/>
            <w:r w:rsidRPr="00513C3F">
              <w:rPr>
                <w:rFonts w:ascii="Times New Roman" w:eastAsia="宋体" w:hAnsi="Times New Roman"/>
                <w:szCs w:val="21"/>
              </w:rPr>
              <w:t>Shudo</w:t>
            </w:r>
            <w:proofErr w:type="spellEnd"/>
            <w:r w:rsidRPr="00513C3F">
              <w:rPr>
                <w:rFonts w:ascii="Times New Roman" w:eastAsia="宋体" w:hAnsi="Times New Roman"/>
                <w:szCs w:val="21"/>
              </w:rPr>
              <w:t xml:space="preserve"> K, </w:t>
            </w:r>
            <w:proofErr w:type="spellStart"/>
            <w:r w:rsidRPr="00513C3F">
              <w:rPr>
                <w:rFonts w:ascii="Times New Roman" w:eastAsia="宋体" w:hAnsi="Times New Roman"/>
                <w:szCs w:val="21"/>
              </w:rPr>
              <w:t>Ageta</w:t>
            </w:r>
            <w:proofErr w:type="spellEnd"/>
            <w:r w:rsidRPr="00513C3F">
              <w:rPr>
                <w:rFonts w:ascii="Times New Roman" w:eastAsia="宋体" w:hAnsi="Times New Roman"/>
                <w:szCs w:val="21"/>
              </w:rPr>
              <w:t xml:space="preserve"> T, Koizumi T and Okamoto T. Studies on the </w:t>
            </w:r>
            <w:r w:rsidRPr="00513C3F">
              <w:rPr>
                <w:rFonts w:ascii="Times New Roman" w:eastAsia="宋体" w:hAnsi="Times New Roman" w:hint="eastAsia"/>
                <w:szCs w:val="21"/>
              </w:rPr>
              <w:t>c</w:t>
            </w:r>
            <w:r w:rsidRPr="00513C3F">
              <w:rPr>
                <w:rFonts w:ascii="Times New Roman" w:eastAsia="宋体" w:hAnsi="Times New Roman"/>
                <w:szCs w:val="21"/>
              </w:rPr>
              <w:t xml:space="preserve">onstituents of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trichocarpus</w:t>
            </w:r>
            <w:proofErr w:type="spellEnd"/>
            <w:r w:rsidRPr="00513C3F">
              <w:rPr>
                <w:rFonts w:ascii="Times New Roman" w:eastAsia="宋体" w:hAnsi="Times New Roman"/>
                <w:szCs w:val="21"/>
              </w:rPr>
              <w:t xml:space="preserve"> KUDO. </w:t>
            </w:r>
            <w:r w:rsidRPr="00513C3F">
              <w:rPr>
                <w:rFonts w:ascii="Times New Roman" w:eastAsia="宋体" w:hAnsi="Times New Roman"/>
                <w:i/>
                <w:iCs/>
                <w:szCs w:val="21"/>
              </w:rPr>
              <w:t>I</w:t>
            </w:r>
            <w:r w:rsidRPr="00513C3F">
              <w:rPr>
                <w:rFonts w:ascii="Times New Roman" w:eastAsia="宋体" w:hAnsi="Times New Roman"/>
                <w:szCs w:val="21"/>
              </w:rPr>
              <w:t xml:space="preserve">. Isolation of the </w:t>
            </w:r>
            <w:r w:rsidRPr="00513C3F">
              <w:rPr>
                <w:rFonts w:ascii="Times New Roman" w:eastAsia="宋体" w:hAnsi="Times New Roman" w:hint="eastAsia"/>
                <w:szCs w:val="21"/>
              </w:rPr>
              <w:t>c</w:t>
            </w:r>
            <w:r w:rsidRPr="00513C3F">
              <w:rPr>
                <w:rFonts w:ascii="Times New Roman" w:eastAsia="宋体" w:hAnsi="Times New Roman"/>
                <w:szCs w:val="21"/>
              </w:rPr>
              <w:t xml:space="preserve">onstituents and the </w:t>
            </w:r>
            <w:r w:rsidRPr="00513C3F">
              <w:rPr>
                <w:rFonts w:ascii="Times New Roman" w:eastAsia="宋体" w:hAnsi="Times New Roman" w:hint="eastAsia"/>
                <w:szCs w:val="21"/>
              </w:rPr>
              <w:t>s</w:t>
            </w:r>
            <w:r w:rsidRPr="00513C3F">
              <w:rPr>
                <w:rFonts w:ascii="Times New Roman" w:eastAsia="宋体" w:hAnsi="Times New Roman"/>
                <w:szCs w:val="21"/>
              </w:rPr>
              <w:t xml:space="preserve">tructures of </w:t>
            </w:r>
            <w:proofErr w:type="spellStart"/>
            <w:r w:rsidRPr="00513C3F">
              <w:rPr>
                <w:rFonts w:ascii="Times New Roman" w:eastAsia="宋体" w:hAnsi="Times New Roman" w:hint="eastAsia"/>
                <w:szCs w:val="21"/>
              </w:rPr>
              <w:t>i</w:t>
            </w:r>
            <w:r w:rsidRPr="00513C3F">
              <w:rPr>
                <w:rFonts w:ascii="Times New Roman" w:eastAsia="宋体" w:hAnsi="Times New Roman"/>
                <w:szCs w:val="21"/>
              </w:rPr>
              <w:t>sodonol</w:t>
            </w:r>
            <w:proofErr w:type="spellEnd"/>
            <w:r w:rsidRPr="00513C3F">
              <w:rPr>
                <w:rFonts w:ascii="Times New Roman" w:eastAsia="宋体" w:hAnsi="Times New Roman"/>
                <w:szCs w:val="21"/>
              </w:rPr>
              <w:t xml:space="preserve">, </w:t>
            </w:r>
            <w:proofErr w:type="spellStart"/>
            <w:r w:rsidRPr="00513C3F">
              <w:rPr>
                <w:rFonts w:ascii="Times New Roman" w:eastAsia="宋体" w:hAnsi="Times New Roman" w:hint="eastAsia"/>
                <w:szCs w:val="21"/>
              </w:rPr>
              <w:t>e</w:t>
            </w:r>
            <w:r w:rsidRPr="00513C3F">
              <w:rPr>
                <w:rFonts w:ascii="Times New Roman" w:eastAsia="宋体" w:hAnsi="Times New Roman"/>
                <w:szCs w:val="21"/>
              </w:rPr>
              <w:t>nmedol</w:t>
            </w:r>
            <w:proofErr w:type="spellEnd"/>
            <w:r w:rsidRPr="00513C3F">
              <w:rPr>
                <w:rFonts w:ascii="Times New Roman" w:eastAsia="宋体" w:hAnsi="Times New Roman"/>
                <w:szCs w:val="21"/>
              </w:rPr>
              <w:t xml:space="preserve">, and </w:t>
            </w:r>
            <w:proofErr w:type="spellStart"/>
            <w:r w:rsidRPr="00513C3F">
              <w:rPr>
                <w:rFonts w:ascii="Times New Roman" w:eastAsia="宋体" w:hAnsi="Times New Roman" w:hint="eastAsia"/>
                <w:szCs w:val="21"/>
              </w:rPr>
              <w:t>e</w:t>
            </w:r>
            <w:r w:rsidRPr="00513C3F">
              <w:rPr>
                <w:rFonts w:ascii="Times New Roman" w:eastAsia="宋体" w:hAnsi="Times New Roman"/>
                <w:szCs w:val="21"/>
              </w:rPr>
              <w:t>nmenol</w:t>
            </w:r>
            <w:proofErr w:type="spellEnd"/>
            <w:r w:rsidRPr="00513C3F">
              <w:rPr>
                <w:rFonts w:ascii="Times New Roman" w:eastAsia="宋体" w:hAnsi="Times New Roman"/>
                <w:szCs w:val="21"/>
              </w:rPr>
              <w:t>. Chem Pharm Bull</w:t>
            </w:r>
            <w:r w:rsidRPr="00513C3F">
              <w:rPr>
                <w:rFonts w:ascii="Times New Roman" w:eastAsia="宋体" w:hAnsi="Times New Roman"/>
                <w:i/>
                <w:szCs w:val="21"/>
              </w:rPr>
              <w:t xml:space="preserve">. </w:t>
            </w:r>
            <w:r w:rsidRPr="00513C3F">
              <w:rPr>
                <w:rFonts w:ascii="Times New Roman" w:eastAsia="宋体" w:hAnsi="Times New Roman"/>
                <w:szCs w:val="21"/>
              </w:rPr>
              <w:t>1970;18(5):871</w:t>
            </w:r>
            <w:r>
              <w:rPr>
                <w:rFonts w:ascii="Times New Roman" w:eastAsia="宋体" w:hAnsi="Times New Roman"/>
                <w:szCs w:val="21"/>
              </w:rPr>
              <w:t>–</w:t>
            </w:r>
            <w:r w:rsidRPr="00513C3F">
              <w:rPr>
                <w:rFonts w:ascii="Times New Roman" w:eastAsia="宋体" w:hAnsi="Times New Roman"/>
                <w:szCs w:val="21"/>
              </w:rPr>
              <w:t>83.</w:t>
            </w:r>
          </w:p>
        </w:tc>
      </w:tr>
      <w:tr w:rsidR="00497B11" w:rsidRPr="00513C3F" w14:paraId="43C4F0B2" w14:textId="77777777" w:rsidTr="00E60C05">
        <w:tc>
          <w:tcPr>
            <w:tcW w:w="560" w:type="dxa"/>
          </w:tcPr>
          <w:p w14:paraId="1AAAF153"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35</w:t>
            </w:r>
          </w:p>
        </w:tc>
        <w:tc>
          <w:tcPr>
            <w:tcW w:w="2275" w:type="dxa"/>
          </w:tcPr>
          <w:p w14:paraId="2AF8B892" w14:textId="71F28051"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hint="eastAsia"/>
                <w:iCs/>
                <w:szCs w:val="21"/>
              </w:rPr>
              <w:t>e</w:t>
            </w:r>
            <w:r w:rsidRPr="00513C3F">
              <w:rPr>
                <w:rFonts w:ascii="Times New Roman" w:eastAsia="宋体" w:hAnsi="Times New Roman"/>
                <w:iCs/>
                <w:szCs w:val="21"/>
              </w:rPr>
              <w:t>nmein-3-acetate</w:t>
            </w:r>
          </w:p>
        </w:tc>
        <w:tc>
          <w:tcPr>
            <w:tcW w:w="5471" w:type="dxa"/>
          </w:tcPr>
          <w:p w14:paraId="22CD9474"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藤田</w:t>
            </w:r>
            <w:r w:rsidRPr="00513C3F">
              <w:rPr>
                <w:rFonts w:ascii="Times New Roman" w:eastAsia="宋体" w:hAnsi="Times New Roman"/>
                <w:szCs w:val="21"/>
              </w:rPr>
              <w:t xml:space="preserve"> </w:t>
            </w:r>
            <w:proofErr w:type="gramStart"/>
            <w:r w:rsidRPr="00513C3F">
              <w:rPr>
                <w:rFonts w:ascii="Times New Roman" w:eastAsia="宋体" w:hAnsi="Times New Roman"/>
                <w:szCs w:val="21"/>
              </w:rPr>
              <w:t>栄</w:t>
            </w:r>
            <w:proofErr w:type="gramEnd"/>
            <w:r w:rsidRPr="00513C3F">
              <w:rPr>
                <w:rFonts w:ascii="Times New Roman" w:eastAsia="宋体" w:hAnsi="Times New Roman"/>
                <w:szCs w:val="21"/>
              </w:rPr>
              <w:t xml:space="preserve">, </w:t>
            </w:r>
            <w:r w:rsidRPr="00513C3F">
              <w:rPr>
                <w:rFonts w:ascii="Times New Roman" w:eastAsia="宋体" w:hAnsi="Times New Roman"/>
                <w:szCs w:val="21"/>
              </w:rPr>
              <w:t>藤多</w:t>
            </w:r>
            <w:r w:rsidRPr="00513C3F">
              <w:rPr>
                <w:rFonts w:ascii="Times New Roman" w:eastAsia="宋体" w:hAnsi="Times New Roman"/>
                <w:szCs w:val="21"/>
              </w:rPr>
              <w:t xml:space="preserve"> </w:t>
            </w:r>
            <w:r w:rsidRPr="00513C3F">
              <w:rPr>
                <w:rFonts w:ascii="Times New Roman" w:eastAsia="宋体" w:hAnsi="Times New Roman"/>
                <w:szCs w:val="21"/>
              </w:rPr>
              <w:t>哲</w:t>
            </w:r>
            <w:r w:rsidRPr="00513C3F">
              <w:rPr>
                <w:rFonts w:ascii="Times New Roman" w:eastAsia="宋体" w:hAnsi="Times New Roman"/>
                <w:szCs w:val="21"/>
              </w:rPr>
              <w:t xml:space="preserve"> and </w:t>
            </w:r>
            <w:r w:rsidRPr="00513C3F">
              <w:rPr>
                <w:rFonts w:ascii="Times New Roman" w:eastAsia="宋体" w:hAnsi="Times New Roman"/>
                <w:szCs w:val="21"/>
              </w:rPr>
              <w:t>渋谷</w:t>
            </w:r>
            <w:r w:rsidRPr="00513C3F">
              <w:rPr>
                <w:rFonts w:ascii="Times New Roman" w:eastAsia="宋体" w:hAnsi="Times New Roman"/>
                <w:szCs w:val="21"/>
              </w:rPr>
              <w:t xml:space="preserve"> </w:t>
            </w:r>
            <w:r w:rsidRPr="00513C3F">
              <w:rPr>
                <w:rFonts w:ascii="Times New Roman" w:eastAsia="宋体" w:hAnsi="Times New Roman"/>
                <w:szCs w:val="21"/>
              </w:rPr>
              <w:t>雅</w:t>
            </w:r>
            <w:r w:rsidRPr="00513C3F">
              <w:rPr>
                <w:rFonts w:ascii="Times New Roman" w:eastAsia="宋体" w:hAnsi="Times New Roman"/>
                <w:szCs w:val="21"/>
              </w:rPr>
              <w:t>. Terpenoids(</w:t>
            </w:r>
            <w:r w:rsidRPr="00513C3F">
              <w:rPr>
                <w:rFonts w:ascii="Times New Roman" w:eastAsia="宋体" w:hAnsi="Times New Roman"/>
                <w:szCs w:val="21"/>
              </w:rPr>
              <w:t>第</w:t>
            </w:r>
            <w:r w:rsidRPr="00513C3F">
              <w:rPr>
                <w:rFonts w:ascii="Times New Roman" w:eastAsia="宋体" w:hAnsi="Times New Roman"/>
                <w:szCs w:val="21"/>
              </w:rPr>
              <w:t>6</w:t>
            </w:r>
            <w:proofErr w:type="gramStart"/>
            <w:r w:rsidRPr="00513C3F">
              <w:rPr>
                <w:rFonts w:ascii="Times New Roman" w:eastAsia="宋体" w:hAnsi="Times New Roman"/>
                <w:szCs w:val="21"/>
              </w:rPr>
              <w:t>報</w:t>
            </w:r>
            <w:proofErr w:type="gramEnd"/>
            <w:r w:rsidRPr="00513C3F">
              <w:rPr>
                <w:rFonts w:ascii="Times New Roman" w:eastAsia="宋体" w:hAnsi="Times New Roman"/>
                <w:szCs w:val="21"/>
              </w:rPr>
              <w:t xml:space="preserve">) : </w:t>
            </w:r>
            <w:r w:rsidRPr="00513C3F">
              <w:rPr>
                <w:rFonts w:ascii="Times New Roman" w:eastAsia="宋体" w:hAnsi="Times New Roman"/>
                <w:szCs w:val="21"/>
              </w:rPr>
              <w:t>ヒキオコシ</w:t>
            </w:r>
            <w:r w:rsidRPr="00513C3F">
              <w:rPr>
                <w:rFonts w:ascii="Times New Roman" w:eastAsia="宋体" w:hAnsi="Times New Roman"/>
                <w:szCs w:val="21"/>
              </w:rPr>
              <w:t xml:space="preserve">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japonicus</w:t>
            </w:r>
            <w:r w:rsidRPr="00513C3F">
              <w:rPr>
                <w:rFonts w:ascii="Times New Roman" w:eastAsia="宋体" w:hAnsi="Times New Roman"/>
                <w:szCs w:val="21"/>
              </w:rPr>
              <w:t xml:space="preserve"> Hara </w:t>
            </w:r>
            <w:r w:rsidRPr="00513C3F">
              <w:rPr>
                <w:rFonts w:ascii="Times New Roman" w:eastAsia="宋体" w:hAnsi="Times New Roman"/>
                <w:szCs w:val="21"/>
              </w:rPr>
              <w:t>から</w:t>
            </w:r>
            <w:r w:rsidRPr="00513C3F">
              <w:rPr>
                <w:rFonts w:ascii="Times New Roman" w:eastAsia="宋体" w:hAnsi="Times New Roman"/>
                <w:szCs w:val="21"/>
              </w:rPr>
              <w:t xml:space="preserve"> </w:t>
            </w:r>
            <w:proofErr w:type="spellStart"/>
            <w:r w:rsidRPr="00513C3F">
              <w:rPr>
                <w:rFonts w:ascii="Times New Roman" w:eastAsia="宋体" w:hAnsi="Times New Roman"/>
                <w:szCs w:val="21"/>
              </w:rPr>
              <w:t>Enmein</w:t>
            </w:r>
            <w:proofErr w:type="spellEnd"/>
            <w:r w:rsidRPr="00513C3F">
              <w:rPr>
                <w:rFonts w:ascii="Times New Roman" w:eastAsia="宋体" w:hAnsi="Times New Roman"/>
                <w:szCs w:val="21"/>
              </w:rPr>
              <w:t xml:space="preserve"> </w:t>
            </w:r>
            <w:r w:rsidRPr="00513C3F">
              <w:rPr>
                <w:rFonts w:ascii="Times New Roman" w:eastAsia="宋体" w:hAnsi="Times New Roman"/>
                <w:szCs w:val="21"/>
              </w:rPr>
              <w:t>および</w:t>
            </w:r>
            <w:r w:rsidRPr="00513C3F">
              <w:rPr>
                <w:rFonts w:ascii="Times New Roman" w:eastAsia="宋体" w:hAnsi="Times New Roman"/>
                <w:szCs w:val="21"/>
              </w:rPr>
              <w:t xml:space="preserve"> </w:t>
            </w:r>
            <w:proofErr w:type="spellStart"/>
            <w:r w:rsidRPr="00513C3F">
              <w:rPr>
                <w:rFonts w:ascii="Times New Roman" w:eastAsia="宋体" w:hAnsi="Times New Roman"/>
                <w:szCs w:val="21"/>
              </w:rPr>
              <w:t>Enmein</w:t>
            </w:r>
            <w:proofErr w:type="spellEnd"/>
            <w:r w:rsidRPr="00513C3F">
              <w:rPr>
                <w:rFonts w:ascii="Times New Roman" w:eastAsia="宋体" w:hAnsi="Times New Roman"/>
                <w:szCs w:val="21"/>
              </w:rPr>
              <w:t xml:space="preserve"> 3-acetate </w:t>
            </w:r>
            <w:r w:rsidRPr="00513C3F">
              <w:rPr>
                <w:rFonts w:ascii="Times New Roman" w:eastAsia="宋体" w:hAnsi="Times New Roman"/>
                <w:szCs w:val="21"/>
              </w:rPr>
              <w:t>の分離について</w:t>
            </w:r>
            <w:r w:rsidRPr="00513C3F">
              <w:rPr>
                <w:rFonts w:ascii="Times New Roman" w:eastAsia="宋体" w:hAnsi="Times New Roman"/>
                <w:szCs w:val="21"/>
              </w:rPr>
              <w:t xml:space="preserve">. </w:t>
            </w:r>
            <w:r w:rsidRPr="00513C3F">
              <w:rPr>
                <w:rFonts w:ascii="Times New Roman" w:eastAsia="宋体" w:hAnsi="Times New Roman"/>
                <w:szCs w:val="21"/>
              </w:rPr>
              <w:t>藥學雜誌</w:t>
            </w:r>
            <w:r w:rsidRPr="00513C3F">
              <w:rPr>
                <w:rFonts w:ascii="Times New Roman" w:eastAsia="宋体" w:hAnsi="Times New Roman"/>
                <w:i/>
                <w:szCs w:val="21"/>
              </w:rPr>
              <w:t xml:space="preserve">. </w:t>
            </w:r>
            <w:r w:rsidRPr="00513C3F">
              <w:rPr>
                <w:rFonts w:ascii="Times New Roman" w:eastAsia="宋体" w:hAnsi="Times New Roman"/>
                <w:szCs w:val="21"/>
              </w:rPr>
              <w:t>1967;87(9):1076</w:t>
            </w:r>
            <w:r>
              <w:rPr>
                <w:rFonts w:ascii="Times New Roman" w:eastAsia="宋体" w:hAnsi="Times New Roman"/>
                <w:szCs w:val="21"/>
              </w:rPr>
              <w:t>–</w:t>
            </w:r>
            <w:r w:rsidRPr="00513C3F">
              <w:rPr>
                <w:rFonts w:ascii="Times New Roman" w:eastAsia="宋体" w:hAnsi="Times New Roman"/>
                <w:szCs w:val="21"/>
              </w:rPr>
              <w:t>8.</w:t>
            </w:r>
          </w:p>
        </w:tc>
      </w:tr>
      <w:tr w:rsidR="00497B11" w:rsidRPr="00513C3F" w14:paraId="73DE8849" w14:textId="77777777" w:rsidTr="00E60C05">
        <w:tc>
          <w:tcPr>
            <w:tcW w:w="560" w:type="dxa"/>
          </w:tcPr>
          <w:p w14:paraId="7552AC3C"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36</w:t>
            </w:r>
          </w:p>
        </w:tc>
        <w:tc>
          <w:tcPr>
            <w:tcW w:w="2275" w:type="dxa"/>
          </w:tcPr>
          <w:p w14:paraId="7FA67640" w14:textId="7A42C20C"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iCs/>
                <w:szCs w:val="21"/>
              </w:rPr>
              <w:t>d</w:t>
            </w:r>
            <w:r w:rsidRPr="00513C3F">
              <w:rPr>
                <w:rFonts w:ascii="Times New Roman" w:eastAsia="宋体" w:hAnsi="Times New Roman"/>
                <w:iCs/>
                <w:szCs w:val="21"/>
              </w:rPr>
              <w:t>ihydroisodocarpin</w:t>
            </w:r>
            <w:proofErr w:type="spellEnd"/>
          </w:p>
        </w:tc>
        <w:tc>
          <w:tcPr>
            <w:tcW w:w="5471" w:type="dxa"/>
          </w:tcPr>
          <w:p w14:paraId="30136A37"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Fang L and Xu XJ. Studies on the chemical constituents of </w:t>
            </w:r>
            <w:proofErr w:type="spellStart"/>
            <w:r w:rsidRPr="00513C3F">
              <w:rPr>
                <w:rFonts w:ascii="Times New Roman" w:eastAsia="宋体" w:hAnsi="Times New Roman"/>
                <w:i/>
                <w:iCs/>
                <w:szCs w:val="21"/>
              </w:rPr>
              <w:t>Rabdosia</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rubescens</w:t>
            </w:r>
            <w:proofErr w:type="spellEnd"/>
            <w:r w:rsidRPr="00513C3F">
              <w:rPr>
                <w:rFonts w:ascii="Times New Roman" w:eastAsia="宋体" w:hAnsi="Times New Roman"/>
                <w:szCs w:val="21"/>
              </w:rPr>
              <w:t>. J Chin Med Mater</w:t>
            </w:r>
            <w:r w:rsidRPr="00513C3F">
              <w:rPr>
                <w:rFonts w:ascii="Times New Roman" w:eastAsia="宋体" w:hAnsi="Times New Roman"/>
                <w:i/>
                <w:szCs w:val="21"/>
              </w:rPr>
              <w:t xml:space="preserve">. </w:t>
            </w:r>
            <w:r w:rsidRPr="00513C3F">
              <w:rPr>
                <w:rFonts w:ascii="Times New Roman" w:eastAsia="宋体" w:hAnsi="Times New Roman"/>
                <w:szCs w:val="21"/>
              </w:rPr>
              <w:t>2008;31(9):1340</w:t>
            </w:r>
            <w:r>
              <w:rPr>
                <w:rFonts w:ascii="Times New Roman" w:eastAsia="宋体" w:hAnsi="Times New Roman"/>
                <w:szCs w:val="21"/>
              </w:rPr>
              <w:t>–</w:t>
            </w:r>
            <w:r w:rsidRPr="00513C3F">
              <w:rPr>
                <w:rFonts w:ascii="Times New Roman" w:eastAsia="宋体" w:hAnsi="Times New Roman"/>
                <w:szCs w:val="21"/>
              </w:rPr>
              <w:t>3.</w:t>
            </w:r>
          </w:p>
        </w:tc>
      </w:tr>
      <w:tr w:rsidR="00497B11" w:rsidRPr="00513C3F" w14:paraId="0D2E84CD" w14:textId="77777777" w:rsidTr="00E60C05">
        <w:tc>
          <w:tcPr>
            <w:tcW w:w="560" w:type="dxa"/>
          </w:tcPr>
          <w:p w14:paraId="3B1F3D39"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37</w:t>
            </w:r>
          </w:p>
        </w:tc>
        <w:tc>
          <w:tcPr>
            <w:tcW w:w="2275" w:type="dxa"/>
          </w:tcPr>
          <w:p w14:paraId="387C9258" w14:textId="44715F35"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iCs/>
                <w:szCs w:val="21"/>
              </w:rPr>
              <w:t>i</w:t>
            </w:r>
            <w:r w:rsidRPr="00513C3F">
              <w:rPr>
                <w:rFonts w:ascii="Times New Roman" w:eastAsia="宋体" w:hAnsi="Times New Roman"/>
                <w:iCs/>
                <w:szCs w:val="21"/>
              </w:rPr>
              <w:t>sodocarpin</w:t>
            </w:r>
            <w:proofErr w:type="spellEnd"/>
          </w:p>
        </w:tc>
        <w:tc>
          <w:tcPr>
            <w:tcW w:w="5471" w:type="dxa"/>
          </w:tcPr>
          <w:p w14:paraId="1E06FD42"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Fujita E, Fujita T and Shibuya M. Terpenoids. IX. The </w:t>
            </w:r>
            <w:r w:rsidRPr="00513C3F">
              <w:rPr>
                <w:rFonts w:ascii="Times New Roman" w:eastAsia="宋体" w:hAnsi="Times New Roman" w:hint="eastAsia"/>
                <w:szCs w:val="21"/>
              </w:rPr>
              <w:t>s</w:t>
            </w:r>
            <w:r w:rsidRPr="00513C3F">
              <w:rPr>
                <w:rFonts w:ascii="Times New Roman" w:eastAsia="宋体" w:hAnsi="Times New Roman"/>
                <w:szCs w:val="21"/>
              </w:rPr>
              <w:t xml:space="preserve">tructure and </w:t>
            </w:r>
            <w:r w:rsidRPr="00513C3F">
              <w:rPr>
                <w:rFonts w:ascii="Times New Roman" w:eastAsia="宋体" w:hAnsi="Times New Roman" w:hint="eastAsia"/>
                <w:szCs w:val="21"/>
              </w:rPr>
              <w:t>a</w:t>
            </w:r>
            <w:r w:rsidRPr="00513C3F">
              <w:rPr>
                <w:rFonts w:ascii="Times New Roman" w:eastAsia="宋体" w:hAnsi="Times New Roman"/>
                <w:szCs w:val="21"/>
              </w:rPr>
              <w:t xml:space="preserve">bsolute </w:t>
            </w:r>
            <w:r w:rsidRPr="00513C3F">
              <w:rPr>
                <w:rFonts w:ascii="Times New Roman" w:eastAsia="宋体" w:hAnsi="Times New Roman" w:hint="eastAsia"/>
                <w:szCs w:val="21"/>
              </w:rPr>
              <w:t>c</w:t>
            </w:r>
            <w:r w:rsidRPr="00513C3F">
              <w:rPr>
                <w:rFonts w:ascii="Times New Roman" w:eastAsia="宋体" w:hAnsi="Times New Roman"/>
                <w:szCs w:val="21"/>
              </w:rPr>
              <w:t xml:space="preserve">onfiguration of </w:t>
            </w:r>
            <w:proofErr w:type="spellStart"/>
            <w:r w:rsidRPr="00513C3F">
              <w:rPr>
                <w:rFonts w:ascii="Times New Roman" w:eastAsia="宋体" w:hAnsi="Times New Roman" w:hint="eastAsia"/>
                <w:szCs w:val="21"/>
              </w:rPr>
              <w:t>i</w:t>
            </w:r>
            <w:r w:rsidRPr="00513C3F">
              <w:rPr>
                <w:rFonts w:ascii="Times New Roman" w:eastAsia="宋体" w:hAnsi="Times New Roman"/>
                <w:szCs w:val="21"/>
              </w:rPr>
              <w:t>sodocarpin</w:t>
            </w:r>
            <w:proofErr w:type="spellEnd"/>
            <w:r w:rsidRPr="00513C3F">
              <w:rPr>
                <w:rFonts w:ascii="Times New Roman" w:eastAsia="宋体" w:hAnsi="Times New Roman"/>
                <w:szCs w:val="21"/>
              </w:rPr>
              <w:t xml:space="preserve">, a New Diterpenoid from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trichocarpus</w:t>
            </w:r>
            <w:proofErr w:type="spellEnd"/>
            <w:r w:rsidRPr="00513C3F">
              <w:rPr>
                <w:rFonts w:ascii="Times New Roman" w:eastAsia="宋体" w:hAnsi="Times New Roman"/>
                <w:szCs w:val="21"/>
              </w:rPr>
              <w:t xml:space="preserve"> KUDO and </w:t>
            </w:r>
            <w:r w:rsidRPr="00513C3F">
              <w:rPr>
                <w:rFonts w:ascii="Times New Roman" w:eastAsia="宋体" w:hAnsi="Times New Roman"/>
                <w:i/>
                <w:iCs/>
                <w:szCs w:val="21"/>
              </w:rPr>
              <w:t>I. japonicus</w:t>
            </w:r>
            <w:r w:rsidRPr="00513C3F">
              <w:rPr>
                <w:rFonts w:ascii="Times New Roman" w:eastAsia="宋体" w:hAnsi="Times New Roman"/>
                <w:szCs w:val="21"/>
              </w:rPr>
              <w:t xml:space="preserve"> Hara. Chem Pharm Bull</w:t>
            </w:r>
            <w:r w:rsidRPr="00513C3F">
              <w:rPr>
                <w:rFonts w:ascii="Times New Roman" w:eastAsia="宋体" w:hAnsi="Times New Roman"/>
                <w:i/>
                <w:szCs w:val="21"/>
              </w:rPr>
              <w:t xml:space="preserve">. </w:t>
            </w:r>
            <w:r w:rsidRPr="00513C3F">
              <w:rPr>
                <w:rFonts w:ascii="Times New Roman" w:eastAsia="宋体" w:hAnsi="Times New Roman"/>
                <w:szCs w:val="21"/>
              </w:rPr>
              <w:t>1968;16(8):1573</w:t>
            </w:r>
            <w:r>
              <w:rPr>
                <w:rFonts w:ascii="Times New Roman" w:eastAsia="宋体" w:hAnsi="Times New Roman"/>
                <w:szCs w:val="21"/>
              </w:rPr>
              <w:t>–</w:t>
            </w:r>
            <w:r w:rsidRPr="00513C3F">
              <w:rPr>
                <w:rFonts w:ascii="Times New Roman" w:eastAsia="宋体" w:hAnsi="Times New Roman"/>
                <w:szCs w:val="21"/>
              </w:rPr>
              <w:t>5.</w:t>
            </w:r>
          </w:p>
        </w:tc>
      </w:tr>
      <w:tr w:rsidR="00497B11" w:rsidRPr="00513C3F" w14:paraId="61C1390B" w14:textId="77777777" w:rsidTr="00E60C05">
        <w:tc>
          <w:tcPr>
            <w:tcW w:w="560" w:type="dxa"/>
          </w:tcPr>
          <w:p w14:paraId="4CA96C50"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38</w:t>
            </w:r>
          </w:p>
        </w:tc>
        <w:tc>
          <w:tcPr>
            <w:tcW w:w="2275" w:type="dxa"/>
          </w:tcPr>
          <w:p w14:paraId="1AAD099D" w14:textId="763118D2"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iCs/>
                <w:szCs w:val="21"/>
              </w:rPr>
              <w:t>d</w:t>
            </w:r>
            <w:r w:rsidRPr="00513C3F">
              <w:rPr>
                <w:rFonts w:ascii="Times New Roman" w:eastAsia="宋体" w:hAnsi="Times New Roman"/>
                <w:iCs/>
                <w:szCs w:val="21"/>
              </w:rPr>
              <w:t>ihydroenmein</w:t>
            </w:r>
            <w:proofErr w:type="spellEnd"/>
          </w:p>
        </w:tc>
        <w:tc>
          <w:tcPr>
            <w:tcW w:w="5471" w:type="dxa"/>
          </w:tcPr>
          <w:p w14:paraId="7B56899F" w14:textId="77777777" w:rsidR="00497B11" w:rsidRPr="00513C3F" w:rsidRDefault="003E7A64" w:rsidP="00E60C05">
            <w:pPr>
              <w:spacing w:beforeLines="50" w:before="156"/>
              <w:rPr>
                <w:rFonts w:ascii="Times New Roman" w:eastAsia="宋体" w:hAnsi="Times New Roman"/>
                <w:szCs w:val="21"/>
              </w:rPr>
            </w:pPr>
            <w:r w:rsidRPr="00513C3F">
              <w:rPr>
                <w:rFonts w:ascii="Times New Roman" w:eastAsia="宋体" w:hAnsi="Times New Roman"/>
                <w:szCs w:val="21"/>
              </w:rPr>
              <w:t>池田</w:t>
            </w:r>
            <w:r w:rsidRPr="00513C3F">
              <w:rPr>
                <w:rFonts w:ascii="Times New Roman" w:eastAsia="宋体" w:hAnsi="Times New Roman"/>
                <w:szCs w:val="21"/>
              </w:rPr>
              <w:t xml:space="preserve"> </w:t>
            </w:r>
            <w:r w:rsidRPr="00513C3F">
              <w:rPr>
                <w:rFonts w:ascii="Times New Roman" w:eastAsia="宋体" w:hAnsi="Times New Roman"/>
                <w:szCs w:val="21"/>
              </w:rPr>
              <w:t>鉄</w:t>
            </w:r>
            <w:r w:rsidRPr="00513C3F">
              <w:rPr>
                <w:rFonts w:ascii="Times New Roman" w:eastAsia="宋体" w:hAnsi="Times New Roman"/>
                <w:szCs w:val="21"/>
              </w:rPr>
              <w:t xml:space="preserve"> and </w:t>
            </w:r>
            <w:r w:rsidRPr="00513C3F">
              <w:rPr>
                <w:rFonts w:ascii="Times New Roman" w:eastAsia="宋体" w:hAnsi="Times New Roman"/>
                <w:szCs w:val="21"/>
              </w:rPr>
              <w:t>金友</w:t>
            </w:r>
            <w:r w:rsidRPr="00513C3F">
              <w:rPr>
                <w:rFonts w:ascii="Times New Roman" w:eastAsia="宋体" w:hAnsi="Times New Roman"/>
                <w:szCs w:val="21"/>
              </w:rPr>
              <w:t xml:space="preserve"> </w:t>
            </w:r>
            <w:r w:rsidRPr="00513C3F">
              <w:rPr>
                <w:rFonts w:ascii="Times New Roman" w:eastAsia="宋体" w:hAnsi="Times New Roman"/>
                <w:szCs w:val="21"/>
              </w:rPr>
              <w:t>昭</w:t>
            </w:r>
            <w:r w:rsidRPr="00513C3F">
              <w:rPr>
                <w:rFonts w:ascii="Times New Roman" w:eastAsia="宋体" w:hAnsi="Times New Roman"/>
                <w:szCs w:val="21"/>
              </w:rPr>
              <w:t xml:space="preserve">. </w:t>
            </w:r>
            <w:r w:rsidRPr="00513C3F">
              <w:rPr>
                <w:rFonts w:ascii="Times New Roman" w:eastAsia="宋体" w:hAnsi="Times New Roman"/>
                <w:szCs w:val="21"/>
              </w:rPr>
              <w:t>クロバナヒキオコシ成分の研究</w:t>
            </w:r>
            <w:r w:rsidRPr="00513C3F">
              <w:rPr>
                <w:rFonts w:ascii="Times New Roman" w:eastAsia="宋体" w:hAnsi="Times New Roman"/>
                <w:szCs w:val="21"/>
              </w:rPr>
              <w:t xml:space="preserve"> (</w:t>
            </w:r>
            <w:r w:rsidRPr="00513C3F">
              <w:rPr>
                <w:rFonts w:ascii="Times New Roman" w:eastAsia="宋体" w:hAnsi="Times New Roman"/>
                <w:szCs w:val="21"/>
              </w:rPr>
              <w:t>第</w:t>
            </w:r>
            <w:r w:rsidRPr="00513C3F">
              <w:rPr>
                <w:rFonts w:ascii="Times New Roman" w:eastAsia="宋体" w:hAnsi="Times New Roman"/>
                <w:szCs w:val="21"/>
              </w:rPr>
              <w:t>1</w:t>
            </w:r>
            <w:proofErr w:type="gramStart"/>
            <w:r w:rsidRPr="00513C3F">
              <w:rPr>
                <w:rFonts w:ascii="Times New Roman" w:eastAsia="宋体" w:hAnsi="Times New Roman"/>
                <w:szCs w:val="21"/>
              </w:rPr>
              <w:t>報</w:t>
            </w:r>
            <w:proofErr w:type="gramEnd"/>
            <w:r w:rsidRPr="00513C3F">
              <w:rPr>
                <w:rFonts w:ascii="Times New Roman" w:eastAsia="宋体" w:hAnsi="Times New Roman"/>
                <w:szCs w:val="21"/>
              </w:rPr>
              <w:t xml:space="preserve">). </w:t>
            </w:r>
            <w:r w:rsidRPr="00513C3F">
              <w:rPr>
                <w:rFonts w:ascii="Times New Roman" w:eastAsia="宋体" w:hAnsi="Times New Roman"/>
                <w:szCs w:val="21"/>
              </w:rPr>
              <w:t>藥學雜誌</w:t>
            </w:r>
            <w:r w:rsidRPr="00513C3F">
              <w:rPr>
                <w:rFonts w:ascii="Times New Roman" w:eastAsia="宋体" w:hAnsi="Times New Roman"/>
                <w:i/>
                <w:szCs w:val="21"/>
              </w:rPr>
              <w:t xml:space="preserve">. </w:t>
            </w:r>
            <w:r w:rsidRPr="00513C3F">
              <w:rPr>
                <w:rFonts w:ascii="Times New Roman" w:eastAsia="宋体" w:hAnsi="Times New Roman"/>
                <w:szCs w:val="21"/>
              </w:rPr>
              <w:t>1958;78(10):1128</w:t>
            </w:r>
            <w:r w:rsidR="00497B11">
              <w:rPr>
                <w:rFonts w:ascii="Times New Roman" w:eastAsia="宋体" w:hAnsi="Times New Roman"/>
                <w:szCs w:val="21"/>
              </w:rPr>
              <w:t>–</w:t>
            </w:r>
            <w:r w:rsidRPr="00513C3F">
              <w:rPr>
                <w:rFonts w:ascii="Times New Roman" w:eastAsia="宋体" w:hAnsi="Times New Roman"/>
                <w:szCs w:val="21"/>
              </w:rPr>
              <w:t>32.</w:t>
            </w:r>
          </w:p>
          <w:p w14:paraId="41EAA4CE" w14:textId="77777777" w:rsidR="00497B11" w:rsidRPr="00513C3F" w:rsidRDefault="003E7A64" w:rsidP="00E60C05">
            <w:pPr>
              <w:rPr>
                <w:rFonts w:ascii="Times New Roman" w:eastAsia="宋体" w:hAnsi="Times New Roman"/>
                <w:szCs w:val="21"/>
              </w:rPr>
            </w:pPr>
            <w:r w:rsidRPr="00513C3F">
              <w:rPr>
                <w:rFonts w:ascii="Times New Roman" w:eastAsia="宋体" w:hAnsi="Times New Roman"/>
                <w:szCs w:val="21"/>
              </w:rPr>
              <w:t xml:space="preserve">Fujita E, Fujita T and Shibuya M. Diterpenoid constituents of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trichocarpus</w:t>
            </w:r>
            <w:proofErr w:type="spellEnd"/>
            <w:r w:rsidRPr="00513C3F">
              <w:rPr>
                <w:rFonts w:ascii="Times New Roman" w:eastAsia="宋体" w:hAnsi="Times New Roman"/>
                <w:szCs w:val="21"/>
              </w:rPr>
              <w:t xml:space="preserve"> and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japonicus</w:t>
            </w:r>
            <w:r w:rsidRPr="00513C3F">
              <w:rPr>
                <w:rFonts w:ascii="Times New Roman" w:eastAsia="宋体" w:hAnsi="Times New Roman"/>
                <w:szCs w:val="21"/>
              </w:rPr>
              <w:t xml:space="preserve"> (terpenoids IV). Tetrahedron Lett</w:t>
            </w:r>
            <w:r w:rsidRPr="00513C3F">
              <w:rPr>
                <w:rFonts w:ascii="Times New Roman" w:eastAsia="宋体" w:hAnsi="Times New Roman"/>
                <w:i/>
                <w:szCs w:val="21"/>
              </w:rPr>
              <w:t xml:space="preserve">. </w:t>
            </w:r>
            <w:r w:rsidRPr="00513C3F">
              <w:rPr>
                <w:rFonts w:ascii="Times New Roman" w:eastAsia="宋体" w:hAnsi="Times New Roman"/>
                <w:szCs w:val="21"/>
              </w:rPr>
              <w:t>1966;7(27):3153</w:t>
            </w:r>
            <w:r w:rsidR="00497B11">
              <w:rPr>
                <w:rFonts w:ascii="Times New Roman" w:eastAsia="宋体" w:hAnsi="Times New Roman"/>
                <w:szCs w:val="21"/>
              </w:rPr>
              <w:t>–</w:t>
            </w:r>
            <w:r w:rsidRPr="00513C3F">
              <w:rPr>
                <w:rFonts w:ascii="Times New Roman" w:eastAsia="宋体" w:hAnsi="Times New Roman"/>
                <w:szCs w:val="21"/>
              </w:rPr>
              <w:t>62.</w:t>
            </w:r>
          </w:p>
        </w:tc>
      </w:tr>
      <w:tr w:rsidR="00497B11" w:rsidRPr="00513C3F" w14:paraId="438C83AD" w14:textId="77777777" w:rsidTr="00E60C05">
        <w:tc>
          <w:tcPr>
            <w:tcW w:w="560" w:type="dxa"/>
          </w:tcPr>
          <w:p w14:paraId="4CB63C67"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39</w:t>
            </w:r>
          </w:p>
        </w:tc>
        <w:tc>
          <w:tcPr>
            <w:tcW w:w="2275" w:type="dxa"/>
          </w:tcPr>
          <w:p w14:paraId="06381A5B" w14:textId="2E41C635"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iCs/>
                <w:szCs w:val="21"/>
              </w:rPr>
              <w:t>e</w:t>
            </w:r>
            <w:r w:rsidRPr="00513C3F">
              <w:rPr>
                <w:rFonts w:ascii="Times New Roman" w:eastAsia="宋体" w:hAnsi="Times New Roman"/>
                <w:iCs/>
                <w:szCs w:val="21"/>
              </w:rPr>
              <w:t>nmein</w:t>
            </w:r>
            <w:proofErr w:type="spellEnd"/>
          </w:p>
        </w:tc>
        <w:tc>
          <w:tcPr>
            <w:tcW w:w="5471" w:type="dxa"/>
          </w:tcPr>
          <w:p w14:paraId="3157CDDB" w14:textId="77777777" w:rsidR="00497B11" w:rsidRPr="00513C3F" w:rsidRDefault="003E7A64" w:rsidP="00E60C05">
            <w:pPr>
              <w:spacing w:beforeLines="50" w:before="156"/>
              <w:rPr>
                <w:rFonts w:ascii="Times New Roman" w:eastAsia="宋体" w:hAnsi="Times New Roman"/>
                <w:szCs w:val="21"/>
              </w:rPr>
            </w:pPr>
            <w:r w:rsidRPr="00513C3F">
              <w:rPr>
                <w:rFonts w:ascii="Times New Roman" w:eastAsia="宋体" w:hAnsi="Times New Roman"/>
                <w:szCs w:val="21"/>
              </w:rPr>
              <w:t>池田</w:t>
            </w:r>
            <w:r w:rsidRPr="00513C3F">
              <w:rPr>
                <w:rFonts w:ascii="Times New Roman" w:eastAsia="宋体" w:hAnsi="Times New Roman"/>
                <w:szCs w:val="21"/>
              </w:rPr>
              <w:t xml:space="preserve"> </w:t>
            </w:r>
            <w:r w:rsidRPr="00513C3F">
              <w:rPr>
                <w:rFonts w:ascii="Times New Roman" w:eastAsia="宋体" w:hAnsi="Times New Roman"/>
                <w:szCs w:val="21"/>
              </w:rPr>
              <w:t>鉄</w:t>
            </w:r>
            <w:r w:rsidRPr="00513C3F">
              <w:rPr>
                <w:rFonts w:ascii="Times New Roman" w:eastAsia="宋体" w:hAnsi="Times New Roman"/>
                <w:szCs w:val="21"/>
              </w:rPr>
              <w:t xml:space="preserve"> and </w:t>
            </w:r>
            <w:r w:rsidRPr="00513C3F">
              <w:rPr>
                <w:rFonts w:ascii="Times New Roman" w:eastAsia="宋体" w:hAnsi="Times New Roman"/>
                <w:szCs w:val="21"/>
              </w:rPr>
              <w:t>金友</w:t>
            </w:r>
            <w:r w:rsidRPr="00513C3F">
              <w:rPr>
                <w:rFonts w:ascii="Times New Roman" w:eastAsia="宋体" w:hAnsi="Times New Roman"/>
                <w:szCs w:val="21"/>
              </w:rPr>
              <w:t xml:space="preserve"> </w:t>
            </w:r>
            <w:r w:rsidRPr="00513C3F">
              <w:rPr>
                <w:rFonts w:ascii="Times New Roman" w:eastAsia="宋体" w:hAnsi="Times New Roman"/>
                <w:szCs w:val="21"/>
              </w:rPr>
              <w:t>昭</w:t>
            </w:r>
            <w:r w:rsidRPr="00513C3F">
              <w:rPr>
                <w:rFonts w:ascii="Times New Roman" w:eastAsia="宋体" w:hAnsi="Times New Roman"/>
                <w:szCs w:val="21"/>
              </w:rPr>
              <w:t xml:space="preserve">. </w:t>
            </w:r>
            <w:r w:rsidRPr="00513C3F">
              <w:rPr>
                <w:rFonts w:ascii="Times New Roman" w:eastAsia="宋体" w:hAnsi="Times New Roman"/>
                <w:szCs w:val="21"/>
              </w:rPr>
              <w:t>クロバナヒキオコシ成分の研究</w:t>
            </w:r>
            <w:r w:rsidRPr="00513C3F">
              <w:rPr>
                <w:rFonts w:ascii="Times New Roman" w:eastAsia="宋体" w:hAnsi="Times New Roman"/>
                <w:szCs w:val="21"/>
              </w:rPr>
              <w:t xml:space="preserve"> (</w:t>
            </w:r>
            <w:r w:rsidRPr="00513C3F">
              <w:rPr>
                <w:rFonts w:ascii="Times New Roman" w:eastAsia="宋体" w:hAnsi="Times New Roman"/>
                <w:szCs w:val="21"/>
              </w:rPr>
              <w:t>第</w:t>
            </w:r>
            <w:r w:rsidRPr="00513C3F">
              <w:rPr>
                <w:rFonts w:ascii="Times New Roman" w:eastAsia="宋体" w:hAnsi="Times New Roman"/>
                <w:szCs w:val="21"/>
              </w:rPr>
              <w:t>1</w:t>
            </w:r>
            <w:proofErr w:type="gramStart"/>
            <w:r w:rsidRPr="00513C3F">
              <w:rPr>
                <w:rFonts w:ascii="Times New Roman" w:eastAsia="宋体" w:hAnsi="Times New Roman"/>
                <w:szCs w:val="21"/>
              </w:rPr>
              <w:t>報</w:t>
            </w:r>
            <w:proofErr w:type="gramEnd"/>
            <w:r w:rsidRPr="00513C3F">
              <w:rPr>
                <w:rFonts w:ascii="Times New Roman" w:eastAsia="宋体" w:hAnsi="Times New Roman"/>
                <w:szCs w:val="21"/>
              </w:rPr>
              <w:t xml:space="preserve">). </w:t>
            </w:r>
            <w:r w:rsidRPr="00513C3F">
              <w:rPr>
                <w:rFonts w:ascii="Times New Roman" w:eastAsia="宋体" w:hAnsi="Times New Roman"/>
                <w:szCs w:val="21"/>
              </w:rPr>
              <w:t>藥學雜誌</w:t>
            </w:r>
            <w:r w:rsidRPr="00513C3F">
              <w:rPr>
                <w:rFonts w:ascii="Times New Roman" w:eastAsia="宋体" w:hAnsi="Times New Roman"/>
                <w:i/>
                <w:szCs w:val="21"/>
              </w:rPr>
              <w:t xml:space="preserve">. </w:t>
            </w:r>
            <w:r w:rsidRPr="00513C3F">
              <w:rPr>
                <w:rFonts w:ascii="Times New Roman" w:eastAsia="宋体" w:hAnsi="Times New Roman"/>
                <w:szCs w:val="21"/>
              </w:rPr>
              <w:t>1958;78(10):1128</w:t>
            </w:r>
            <w:r w:rsidR="00497B11">
              <w:rPr>
                <w:rFonts w:ascii="Times New Roman" w:eastAsia="宋体" w:hAnsi="Times New Roman"/>
                <w:szCs w:val="21"/>
              </w:rPr>
              <w:t>–</w:t>
            </w:r>
            <w:r w:rsidRPr="00513C3F">
              <w:rPr>
                <w:rFonts w:ascii="Times New Roman" w:eastAsia="宋体" w:hAnsi="Times New Roman"/>
                <w:szCs w:val="21"/>
              </w:rPr>
              <w:t>32.</w:t>
            </w:r>
          </w:p>
          <w:p w14:paraId="10811843" w14:textId="77777777" w:rsidR="00497B11" w:rsidRPr="00513C3F" w:rsidRDefault="003E7A64" w:rsidP="00E60C05">
            <w:pPr>
              <w:rPr>
                <w:rFonts w:ascii="Times New Roman" w:eastAsia="宋体" w:hAnsi="Times New Roman"/>
                <w:szCs w:val="21"/>
              </w:rPr>
            </w:pPr>
            <w:r w:rsidRPr="00513C3F">
              <w:rPr>
                <w:rFonts w:ascii="Times New Roman" w:eastAsia="宋体" w:hAnsi="Times New Roman"/>
                <w:szCs w:val="21"/>
              </w:rPr>
              <w:lastRenderedPageBreak/>
              <w:t xml:space="preserve">Fujita E, Fujita T and Shibuya M. Diterpenoid constituents of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trichocarpus</w:t>
            </w:r>
            <w:proofErr w:type="spellEnd"/>
            <w:r w:rsidRPr="00513C3F">
              <w:rPr>
                <w:rFonts w:ascii="Times New Roman" w:eastAsia="宋体" w:hAnsi="Times New Roman"/>
                <w:szCs w:val="21"/>
              </w:rPr>
              <w:t xml:space="preserve"> and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japonicus</w:t>
            </w:r>
            <w:r w:rsidRPr="00513C3F">
              <w:rPr>
                <w:rFonts w:ascii="Times New Roman" w:eastAsia="宋体" w:hAnsi="Times New Roman"/>
                <w:szCs w:val="21"/>
              </w:rPr>
              <w:t xml:space="preserve"> (terpenoids IV). Tetrahedron Lett</w:t>
            </w:r>
            <w:r w:rsidRPr="00513C3F">
              <w:rPr>
                <w:rFonts w:ascii="Times New Roman" w:eastAsia="宋体" w:hAnsi="Times New Roman"/>
                <w:i/>
                <w:szCs w:val="21"/>
              </w:rPr>
              <w:t xml:space="preserve">. </w:t>
            </w:r>
            <w:r w:rsidRPr="00513C3F">
              <w:rPr>
                <w:rFonts w:ascii="Times New Roman" w:eastAsia="宋体" w:hAnsi="Times New Roman"/>
                <w:szCs w:val="21"/>
              </w:rPr>
              <w:t>1966;7(27):3153</w:t>
            </w:r>
            <w:r w:rsidR="00497B11">
              <w:rPr>
                <w:rFonts w:ascii="Times New Roman" w:eastAsia="宋体" w:hAnsi="Times New Roman"/>
                <w:szCs w:val="21"/>
              </w:rPr>
              <w:t>–</w:t>
            </w:r>
            <w:r w:rsidRPr="00513C3F">
              <w:rPr>
                <w:rFonts w:ascii="Times New Roman" w:eastAsia="宋体" w:hAnsi="Times New Roman"/>
                <w:szCs w:val="21"/>
              </w:rPr>
              <w:t>62.</w:t>
            </w:r>
          </w:p>
        </w:tc>
      </w:tr>
      <w:tr w:rsidR="00497B11" w:rsidRPr="00513C3F" w14:paraId="4E43440E" w14:textId="77777777" w:rsidTr="00E60C05">
        <w:tc>
          <w:tcPr>
            <w:tcW w:w="560" w:type="dxa"/>
          </w:tcPr>
          <w:p w14:paraId="00A46CAD"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lastRenderedPageBreak/>
              <w:t>40</w:t>
            </w:r>
          </w:p>
        </w:tc>
        <w:tc>
          <w:tcPr>
            <w:tcW w:w="2275" w:type="dxa"/>
          </w:tcPr>
          <w:p w14:paraId="3EE9E0BF" w14:textId="6C071CB7"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hint="eastAsia"/>
                <w:szCs w:val="21"/>
              </w:rPr>
              <w:t>b</w:t>
            </w:r>
            <w:r w:rsidRPr="00513C3F">
              <w:rPr>
                <w:rFonts w:ascii="Times New Roman" w:eastAsia="宋体" w:hAnsi="Times New Roman"/>
                <w:szCs w:val="21"/>
              </w:rPr>
              <w:t>isjaponin</w:t>
            </w:r>
            <w:proofErr w:type="spellEnd"/>
            <w:r w:rsidRPr="00513C3F">
              <w:rPr>
                <w:rFonts w:ascii="Times New Roman" w:eastAsia="宋体" w:hAnsi="Times New Roman"/>
                <w:szCs w:val="21"/>
              </w:rPr>
              <w:t xml:space="preserve"> B</w:t>
            </w:r>
          </w:p>
        </w:tc>
        <w:tc>
          <w:tcPr>
            <w:tcW w:w="5471" w:type="dxa"/>
          </w:tcPr>
          <w:p w14:paraId="2D5FC632"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Yang LB, Yang J, Li LM, Lei C, Zhao Y, Huang SX, et al. Symmetric and asymmetric </w:t>
            </w:r>
            <w:proofErr w:type="spellStart"/>
            <w:r w:rsidRPr="00513C3F">
              <w:rPr>
                <w:rFonts w:ascii="Times New Roman" w:eastAsia="宋体" w:hAnsi="Times New Roman"/>
                <w:i/>
                <w:iCs/>
                <w:szCs w:val="21"/>
              </w:rPr>
              <w:t>ent</w:t>
            </w:r>
            <w:r w:rsidRPr="00513C3F">
              <w:rPr>
                <w:rFonts w:ascii="Times New Roman" w:eastAsia="宋体" w:hAnsi="Times New Roman"/>
                <w:szCs w:val="21"/>
              </w:rPr>
              <w:t>-kaurane</w:t>
            </w:r>
            <w:proofErr w:type="spellEnd"/>
            <w:r w:rsidRPr="00513C3F">
              <w:rPr>
                <w:rFonts w:ascii="Times New Roman" w:eastAsia="宋体" w:hAnsi="Times New Roman"/>
                <w:szCs w:val="21"/>
              </w:rPr>
              <w:t xml:space="preserve"> dimers </w:t>
            </w:r>
            <w:bookmarkStart w:id="35" w:name="_Hlk170815103"/>
            <w:r w:rsidRPr="00513C3F">
              <w:rPr>
                <w:rFonts w:ascii="Times New Roman" w:eastAsia="宋体" w:hAnsi="Times New Roman"/>
                <w:szCs w:val="21"/>
              </w:rPr>
              <w:t>isolated</w:t>
            </w:r>
            <w:bookmarkEnd w:id="35"/>
            <w:r w:rsidRPr="00513C3F">
              <w:rPr>
                <w:rFonts w:ascii="Times New Roman" w:eastAsia="宋体" w:hAnsi="Times New Roman"/>
                <w:szCs w:val="21"/>
              </w:rPr>
              <w:t xml:space="preserve"> from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japonicus</w:t>
            </w:r>
            <w:r w:rsidRPr="00513C3F">
              <w:rPr>
                <w:rFonts w:ascii="Times New Roman" w:eastAsia="宋体" w:hAnsi="Times New Roman"/>
                <w:szCs w:val="21"/>
              </w:rPr>
              <w:t>. Tetrahedron Lett</w:t>
            </w:r>
            <w:r w:rsidRPr="00513C3F">
              <w:rPr>
                <w:rFonts w:ascii="Times New Roman" w:eastAsia="宋体" w:hAnsi="Times New Roman"/>
                <w:i/>
                <w:szCs w:val="21"/>
              </w:rPr>
              <w:t xml:space="preserve">. </w:t>
            </w:r>
            <w:r w:rsidRPr="00513C3F">
              <w:rPr>
                <w:rFonts w:ascii="Times New Roman" w:eastAsia="宋体" w:hAnsi="Times New Roman"/>
                <w:szCs w:val="21"/>
              </w:rPr>
              <w:t>2008;49(22):3574</w:t>
            </w:r>
            <w:r>
              <w:rPr>
                <w:rFonts w:ascii="Times New Roman" w:eastAsia="宋体" w:hAnsi="Times New Roman"/>
                <w:szCs w:val="21"/>
              </w:rPr>
              <w:t>–</w:t>
            </w:r>
            <w:r w:rsidRPr="00513C3F">
              <w:rPr>
                <w:rFonts w:ascii="Times New Roman" w:eastAsia="宋体" w:hAnsi="Times New Roman"/>
                <w:szCs w:val="21"/>
              </w:rPr>
              <w:t>7.</w:t>
            </w:r>
          </w:p>
        </w:tc>
      </w:tr>
      <w:tr w:rsidR="00497B11" w:rsidRPr="00513C3F" w14:paraId="42B4FD12" w14:textId="77777777" w:rsidTr="00E60C05">
        <w:tc>
          <w:tcPr>
            <w:tcW w:w="560" w:type="dxa"/>
          </w:tcPr>
          <w:p w14:paraId="0596A967" w14:textId="77777777" w:rsidR="00497B11" w:rsidRPr="00513C3F" w:rsidRDefault="00497B11" w:rsidP="00E60C05">
            <w:pPr>
              <w:spacing w:beforeLines="50" w:before="156"/>
              <w:rPr>
                <w:rFonts w:ascii="Times New Roman" w:eastAsia="宋体" w:hAnsi="Times New Roman"/>
                <w:b/>
                <w:bCs/>
                <w:szCs w:val="21"/>
              </w:rPr>
            </w:pPr>
            <w:r w:rsidRPr="00513C3F">
              <w:rPr>
                <w:rFonts w:ascii="Times New Roman" w:eastAsia="宋体" w:hAnsi="Times New Roman" w:hint="eastAsia"/>
                <w:b/>
                <w:bCs/>
                <w:szCs w:val="21"/>
              </w:rPr>
              <w:t>41</w:t>
            </w:r>
          </w:p>
        </w:tc>
        <w:tc>
          <w:tcPr>
            <w:tcW w:w="2275" w:type="dxa"/>
          </w:tcPr>
          <w:p w14:paraId="7FED7F80" w14:textId="74D052EF" w:rsidR="00497B11" w:rsidRPr="00513C3F" w:rsidRDefault="00497B11" w:rsidP="00E60C05">
            <w:pPr>
              <w:spacing w:beforeLines="50" w:before="156"/>
              <w:rPr>
                <w:rFonts w:ascii="Times New Roman" w:eastAsia="宋体" w:hAnsi="Times New Roman"/>
                <w:szCs w:val="21"/>
              </w:rPr>
            </w:pPr>
            <w:proofErr w:type="spellStart"/>
            <w:r w:rsidRPr="00513C3F">
              <w:rPr>
                <w:rFonts w:ascii="Times New Roman" w:eastAsia="宋体" w:hAnsi="Times New Roman"/>
                <w:szCs w:val="21"/>
              </w:rPr>
              <w:t>lushanrubescensin</w:t>
            </w:r>
            <w:proofErr w:type="spellEnd"/>
            <w:r w:rsidRPr="00513C3F">
              <w:rPr>
                <w:rFonts w:ascii="Times New Roman" w:eastAsia="宋体" w:hAnsi="Times New Roman"/>
                <w:szCs w:val="21"/>
              </w:rPr>
              <w:t xml:space="preserve"> J</w:t>
            </w:r>
          </w:p>
        </w:tc>
        <w:tc>
          <w:tcPr>
            <w:tcW w:w="5471" w:type="dxa"/>
          </w:tcPr>
          <w:p w14:paraId="55413C59" w14:textId="77777777" w:rsidR="00497B11" w:rsidRPr="00513C3F" w:rsidRDefault="00497B11" w:rsidP="00E60C05">
            <w:pPr>
              <w:spacing w:beforeLines="50" w:before="156"/>
              <w:rPr>
                <w:rFonts w:ascii="Times New Roman" w:eastAsia="宋体" w:hAnsi="Times New Roman"/>
                <w:szCs w:val="21"/>
              </w:rPr>
            </w:pPr>
            <w:r w:rsidRPr="00513C3F">
              <w:rPr>
                <w:rFonts w:ascii="Times New Roman" w:eastAsia="宋体" w:hAnsi="Times New Roman"/>
                <w:szCs w:val="21"/>
              </w:rPr>
              <w:t xml:space="preserve">Han QB, Lu Y, Wu L, He ZD, Qiao CF, Xu HX, et al. An asymmetric </w:t>
            </w:r>
            <w:proofErr w:type="spellStart"/>
            <w:r w:rsidRPr="00513C3F">
              <w:rPr>
                <w:rFonts w:ascii="Times New Roman" w:eastAsia="宋体" w:hAnsi="Times New Roman"/>
                <w:i/>
                <w:iCs/>
                <w:szCs w:val="21"/>
              </w:rPr>
              <w:t>ent</w:t>
            </w:r>
            <w:r w:rsidRPr="00513C3F">
              <w:rPr>
                <w:rFonts w:ascii="Times New Roman" w:eastAsia="宋体" w:hAnsi="Times New Roman"/>
                <w:szCs w:val="21"/>
              </w:rPr>
              <w:t>-kauranoid</w:t>
            </w:r>
            <w:proofErr w:type="spellEnd"/>
            <w:r w:rsidRPr="00513C3F">
              <w:rPr>
                <w:rFonts w:ascii="Times New Roman" w:eastAsia="宋体" w:hAnsi="Times New Roman"/>
                <w:szCs w:val="21"/>
              </w:rPr>
              <w:t xml:space="preserve"> dimer from </w:t>
            </w:r>
            <w:proofErr w:type="spellStart"/>
            <w:r w:rsidRPr="00513C3F">
              <w:rPr>
                <w:rFonts w:ascii="Times New Roman" w:eastAsia="宋体" w:hAnsi="Times New Roman"/>
                <w:i/>
                <w:iCs/>
                <w:szCs w:val="21"/>
              </w:rPr>
              <w:t>Isodon</w:t>
            </w:r>
            <w:proofErr w:type="spellEnd"/>
            <w:r w:rsidRPr="00513C3F">
              <w:rPr>
                <w:rFonts w:ascii="Times New Roman" w:eastAsia="宋体" w:hAnsi="Times New Roman"/>
                <w:i/>
                <w:iCs/>
                <w:szCs w:val="21"/>
              </w:rPr>
              <w:t xml:space="preserve"> </w:t>
            </w:r>
            <w:proofErr w:type="spellStart"/>
            <w:r w:rsidRPr="00513C3F">
              <w:rPr>
                <w:rFonts w:ascii="Times New Roman" w:eastAsia="宋体" w:hAnsi="Times New Roman"/>
                <w:i/>
                <w:iCs/>
                <w:szCs w:val="21"/>
              </w:rPr>
              <w:t>rubescens</w:t>
            </w:r>
            <w:proofErr w:type="spellEnd"/>
            <w:r w:rsidRPr="00513C3F">
              <w:rPr>
                <w:rFonts w:ascii="Times New Roman" w:eastAsia="宋体" w:hAnsi="Times New Roman"/>
                <w:szCs w:val="21"/>
              </w:rPr>
              <w:t xml:space="preserve"> var. </w:t>
            </w:r>
            <w:proofErr w:type="spellStart"/>
            <w:r w:rsidRPr="00513C3F">
              <w:rPr>
                <w:rFonts w:ascii="Times New Roman" w:eastAsia="宋体" w:hAnsi="Times New Roman"/>
                <w:szCs w:val="21"/>
              </w:rPr>
              <w:t>lushanensis</w:t>
            </w:r>
            <w:proofErr w:type="spellEnd"/>
            <w:r w:rsidRPr="00513C3F">
              <w:rPr>
                <w:rFonts w:ascii="Times New Roman" w:eastAsia="宋体" w:hAnsi="Times New Roman"/>
                <w:szCs w:val="21"/>
              </w:rPr>
              <w:t>. Tetrahedron Lett</w:t>
            </w:r>
            <w:r w:rsidRPr="00513C3F">
              <w:rPr>
                <w:rFonts w:ascii="Times New Roman" w:eastAsia="宋体" w:hAnsi="Times New Roman"/>
                <w:i/>
                <w:szCs w:val="21"/>
              </w:rPr>
              <w:t xml:space="preserve">. </w:t>
            </w:r>
            <w:r w:rsidRPr="00513C3F">
              <w:rPr>
                <w:rFonts w:ascii="Times New Roman" w:eastAsia="宋体" w:hAnsi="Times New Roman"/>
                <w:szCs w:val="21"/>
              </w:rPr>
              <w:t>2005;46(32):5373</w:t>
            </w:r>
            <w:r>
              <w:rPr>
                <w:rFonts w:ascii="Times New Roman" w:eastAsia="宋体" w:hAnsi="Times New Roman"/>
                <w:szCs w:val="21"/>
              </w:rPr>
              <w:t>–</w:t>
            </w:r>
            <w:r w:rsidRPr="00513C3F">
              <w:rPr>
                <w:rFonts w:ascii="Times New Roman" w:eastAsia="宋体" w:hAnsi="Times New Roman"/>
                <w:szCs w:val="21"/>
              </w:rPr>
              <w:t>5.</w:t>
            </w:r>
          </w:p>
        </w:tc>
      </w:tr>
    </w:tbl>
    <w:p w14:paraId="7026CEB3" w14:textId="77777777" w:rsidR="00497B11" w:rsidRDefault="00497B11" w:rsidP="000872D4"/>
    <w:sectPr w:rsidR="00497B11" w:rsidSect="00497B11">
      <w:footerReference w:type="default" r:id="rId6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8AC50" w14:textId="77777777" w:rsidR="001318F7" w:rsidRDefault="001318F7">
      <w:r>
        <w:separator/>
      </w:r>
    </w:p>
  </w:endnote>
  <w:endnote w:type="continuationSeparator" w:id="0">
    <w:p w14:paraId="0F3174AE" w14:textId="77777777" w:rsidR="001318F7" w:rsidRDefault="0013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6333467"/>
      <w:docPartObj>
        <w:docPartGallery w:val="Page Numbers (Bottom of Page)"/>
        <w:docPartUnique/>
      </w:docPartObj>
    </w:sdtPr>
    <w:sdtEndPr>
      <w:rPr>
        <w:rFonts w:ascii="Times New Roman" w:hAnsi="Times New Roman" w:cs="Times New Roman"/>
      </w:rPr>
    </w:sdtEndPr>
    <w:sdtContent>
      <w:p w14:paraId="4D9D15DA" w14:textId="77777777" w:rsidR="003E7A64" w:rsidRPr="00E60C05" w:rsidRDefault="003E7A64">
        <w:pPr>
          <w:pStyle w:val="a7"/>
          <w:jc w:val="center"/>
          <w:rPr>
            <w:rFonts w:ascii="Times New Roman" w:hAnsi="Times New Roman" w:cs="Times New Roman"/>
          </w:rPr>
        </w:pPr>
        <w:r w:rsidRPr="00E60C05">
          <w:rPr>
            <w:rFonts w:ascii="Times New Roman" w:hAnsi="Times New Roman" w:cs="Times New Roman"/>
          </w:rPr>
          <w:fldChar w:fldCharType="begin"/>
        </w:r>
        <w:r w:rsidRPr="00E60C05">
          <w:rPr>
            <w:rFonts w:ascii="Times New Roman" w:hAnsi="Times New Roman" w:cs="Times New Roman"/>
          </w:rPr>
          <w:instrText>PAGE   \* MERGEFORMAT</w:instrText>
        </w:r>
        <w:r w:rsidRPr="00E60C05">
          <w:rPr>
            <w:rFonts w:ascii="Times New Roman" w:hAnsi="Times New Roman" w:cs="Times New Roman"/>
          </w:rPr>
          <w:fldChar w:fldCharType="separate"/>
        </w:r>
        <w:r w:rsidRPr="00E60C05">
          <w:rPr>
            <w:rFonts w:ascii="Times New Roman" w:hAnsi="Times New Roman" w:cs="Times New Roman"/>
            <w:lang w:val="zh-CN"/>
          </w:rPr>
          <w:t>2</w:t>
        </w:r>
        <w:r w:rsidRPr="00E60C05">
          <w:rPr>
            <w:rFonts w:ascii="Times New Roman" w:hAnsi="Times New Roman" w:cs="Times New Roman"/>
          </w:rPr>
          <w:fldChar w:fldCharType="end"/>
        </w:r>
      </w:p>
    </w:sdtContent>
  </w:sdt>
  <w:p w14:paraId="1E5C21B1" w14:textId="77777777" w:rsidR="003E7A64" w:rsidRDefault="003E7A6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6C0840" w14:textId="77777777" w:rsidR="001318F7" w:rsidRDefault="001318F7">
      <w:r>
        <w:separator/>
      </w:r>
    </w:p>
  </w:footnote>
  <w:footnote w:type="continuationSeparator" w:id="0">
    <w:p w14:paraId="15A8349E" w14:textId="77777777" w:rsidR="001318F7" w:rsidRDefault="00131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4307506"/>
    <w:multiLevelType w:val="hybridMultilevel"/>
    <w:tmpl w:val="E1B8DB00"/>
    <w:lvl w:ilvl="0" w:tplc="972276F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2DA42ED3"/>
    <w:multiLevelType w:val="hybridMultilevel"/>
    <w:tmpl w:val="E9EA6416"/>
    <w:lvl w:ilvl="0" w:tplc="46EAF13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3E0B63C9"/>
    <w:multiLevelType w:val="hybridMultilevel"/>
    <w:tmpl w:val="BCB88278"/>
    <w:lvl w:ilvl="0" w:tplc="0409000F">
      <w:start w:val="1"/>
      <w:numFmt w:val="decimal"/>
      <w:lvlText w:val="%1."/>
      <w:lvlJc w:val="left"/>
      <w:pPr>
        <w:ind w:left="3320" w:hanging="440"/>
      </w:pPr>
    </w:lvl>
    <w:lvl w:ilvl="1" w:tplc="04090019" w:tentative="1">
      <w:start w:val="1"/>
      <w:numFmt w:val="lowerLetter"/>
      <w:lvlText w:val="%2)"/>
      <w:lvlJc w:val="left"/>
      <w:pPr>
        <w:ind w:left="3760" w:hanging="440"/>
      </w:pPr>
    </w:lvl>
    <w:lvl w:ilvl="2" w:tplc="0409001B" w:tentative="1">
      <w:start w:val="1"/>
      <w:numFmt w:val="lowerRoman"/>
      <w:lvlText w:val="%3."/>
      <w:lvlJc w:val="right"/>
      <w:pPr>
        <w:ind w:left="4200" w:hanging="440"/>
      </w:pPr>
    </w:lvl>
    <w:lvl w:ilvl="3" w:tplc="0409000F" w:tentative="1">
      <w:start w:val="1"/>
      <w:numFmt w:val="decimal"/>
      <w:lvlText w:val="%4."/>
      <w:lvlJc w:val="left"/>
      <w:pPr>
        <w:ind w:left="4640" w:hanging="440"/>
      </w:pPr>
    </w:lvl>
    <w:lvl w:ilvl="4" w:tplc="04090019" w:tentative="1">
      <w:start w:val="1"/>
      <w:numFmt w:val="lowerLetter"/>
      <w:lvlText w:val="%5)"/>
      <w:lvlJc w:val="left"/>
      <w:pPr>
        <w:ind w:left="5080" w:hanging="440"/>
      </w:pPr>
    </w:lvl>
    <w:lvl w:ilvl="5" w:tplc="0409001B" w:tentative="1">
      <w:start w:val="1"/>
      <w:numFmt w:val="lowerRoman"/>
      <w:lvlText w:val="%6."/>
      <w:lvlJc w:val="right"/>
      <w:pPr>
        <w:ind w:left="5520" w:hanging="440"/>
      </w:pPr>
    </w:lvl>
    <w:lvl w:ilvl="6" w:tplc="0409000F" w:tentative="1">
      <w:start w:val="1"/>
      <w:numFmt w:val="decimal"/>
      <w:lvlText w:val="%7."/>
      <w:lvlJc w:val="left"/>
      <w:pPr>
        <w:ind w:left="5960" w:hanging="440"/>
      </w:pPr>
    </w:lvl>
    <w:lvl w:ilvl="7" w:tplc="04090019" w:tentative="1">
      <w:start w:val="1"/>
      <w:numFmt w:val="lowerLetter"/>
      <w:lvlText w:val="%8)"/>
      <w:lvlJc w:val="left"/>
      <w:pPr>
        <w:ind w:left="6400" w:hanging="440"/>
      </w:pPr>
    </w:lvl>
    <w:lvl w:ilvl="8" w:tplc="0409001B" w:tentative="1">
      <w:start w:val="1"/>
      <w:numFmt w:val="lowerRoman"/>
      <w:lvlText w:val="%9."/>
      <w:lvlJc w:val="right"/>
      <w:pPr>
        <w:ind w:left="6840" w:hanging="440"/>
      </w:pPr>
    </w:lvl>
  </w:abstractNum>
  <w:abstractNum w:abstractNumId="12" w15:restartNumberingAfterBreak="0">
    <w:nsid w:val="56A000D0"/>
    <w:multiLevelType w:val="hybridMultilevel"/>
    <w:tmpl w:val="EC4E2FAC"/>
    <w:lvl w:ilvl="0" w:tplc="42DEAE2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411581115">
    <w:abstractNumId w:val="10"/>
  </w:num>
  <w:num w:numId="2" w16cid:durableId="938297099">
    <w:abstractNumId w:val="11"/>
  </w:num>
  <w:num w:numId="3" w16cid:durableId="1081103769">
    <w:abstractNumId w:val="12"/>
  </w:num>
  <w:num w:numId="4" w16cid:durableId="143470219">
    <w:abstractNumId w:val="9"/>
  </w:num>
  <w:num w:numId="5" w16cid:durableId="1070538428">
    <w:abstractNumId w:val="8"/>
  </w:num>
  <w:num w:numId="6" w16cid:durableId="1866626413">
    <w:abstractNumId w:val="6"/>
  </w:num>
  <w:num w:numId="7" w16cid:durableId="1647778428">
    <w:abstractNumId w:val="5"/>
  </w:num>
  <w:num w:numId="8" w16cid:durableId="2103213484">
    <w:abstractNumId w:val="4"/>
  </w:num>
  <w:num w:numId="9" w16cid:durableId="33430898">
    <w:abstractNumId w:val="7"/>
  </w:num>
  <w:num w:numId="10" w16cid:durableId="529611104">
    <w:abstractNumId w:val="3"/>
  </w:num>
  <w:num w:numId="11" w16cid:durableId="457727483">
    <w:abstractNumId w:val="2"/>
  </w:num>
  <w:num w:numId="12" w16cid:durableId="1960260453">
    <w:abstractNumId w:val="1"/>
  </w:num>
  <w:num w:numId="13" w16cid:durableId="474104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97B11"/>
    <w:rsid w:val="00072D43"/>
    <w:rsid w:val="000872D4"/>
    <w:rsid w:val="00122A81"/>
    <w:rsid w:val="001318F7"/>
    <w:rsid w:val="001A3CA4"/>
    <w:rsid w:val="001F25AC"/>
    <w:rsid w:val="00311D70"/>
    <w:rsid w:val="003E7A64"/>
    <w:rsid w:val="00447801"/>
    <w:rsid w:val="004775F7"/>
    <w:rsid w:val="00497B11"/>
    <w:rsid w:val="006351AC"/>
    <w:rsid w:val="00933829"/>
    <w:rsid w:val="00B20039"/>
    <w:rsid w:val="00C31BA8"/>
    <w:rsid w:val="00CD4FDE"/>
    <w:rsid w:val="00D20118"/>
    <w:rsid w:val="00DE5256"/>
    <w:rsid w:val="00E60C05"/>
    <w:rsid w:val="00E67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C9ED6"/>
  <w15:chartTrackingRefBased/>
  <w15:docId w15:val="{F87F7449-12BA-4910-94BE-7C523001B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97B11"/>
    <w:pPr>
      <w:widowControl w:val="0"/>
      <w:jc w:val="both"/>
    </w:pPr>
  </w:style>
  <w:style w:type="paragraph" w:styleId="1">
    <w:name w:val="heading 1"/>
    <w:basedOn w:val="a1"/>
    <w:next w:val="a1"/>
    <w:link w:val="10"/>
    <w:uiPriority w:val="9"/>
    <w:qFormat/>
    <w:rsid w:val="00497B11"/>
    <w:pPr>
      <w:keepNext/>
      <w:keepLines/>
      <w:spacing w:before="340" w:after="330" w:line="578" w:lineRule="auto"/>
      <w:outlineLvl w:val="0"/>
    </w:pPr>
    <w:rPr>
      <w:rFonts w:ascii="Times New Roman" w:eastAsia="宋体" w:hAnsi="Times New Roman"/>
      <w:b/>
      <w:bCs/>
      <w:kern w:val="44"/>
      <w:sz w:val="44"/>
      <w:szCs w:val="44"/>
    </w:rPr>
  </w:style>
  <w:style w:type="paragraph" w:styleId="21">
    <w:name w:val="heading 2"/>
    <w:basedOn w:val="a1"/>
    <w:next w:val="a1"/>
    <w:link w:val="22"/>
    <w:uiPriority w:val="9"/>
    <w:unhideWhenUsed/>
    <w:qFormat/>
    <w:rsid w:val="00497B11"/>
    <w:pPr>
      <w:keepNext/>
      <w:keepLines/>
      <w:widowControl/>
      <w:spacing w:before="200" w:line="276" w:lineRule="auto"/>
      <w:jc w:val="left"/>
      <w:outlineLvl w:val="1"/>
    </w:pPr>
    <w:rPr>
      <w:rFonts w:asciiTheme="majorHAnsi" w:eastAsiaTheme="majorEastAsia" w:hAnsiTheme="majorHAnsi" w:cstheme="majorBidi"/>
      <w:b/>
      <w:bCs/>
      <w:color w:val="4472C4" w:themeColor="accent1"/>
      <w:kern w:val="0"/>
      <w:sz w:val="26"/>
      <w:szCs w:val="26"/>
      <w:lang w:eastAsia="en-US"/>
      <w14:ligatures w14:val="none"/>
    </w:rPr>
  </w:style>
  <w:style w:type="paragraph" w:styleId="31">
    <w:name w:val="heading 3"/>
    <w:basedOn w:val="a1"/>
    <w:next w:val="a1"/>
    <w:link w:val="32"/>
    <w:uiPriority w:val="9"/>
    <w:unhideWhenUsed/>
    <w:qFormat/>
    <w:rsid w:val="00497B11"/>
    <w:pPr>
      <w:keepNext/>
      <w:keepLines/>
      <w:widowControl/>
      <w:spacing w:before="200" w:line="276" w:lineRule="auto"/>
      <w:jc w:val="left"/>
      <w:outlineLvl w:val="2"/>
    </w:pPr>
    <w:rPr>
      <w:rFonts w:asciiTheme="majorHAnsi" w:eastAsiaTheme="majorEastAsia" w:hAnsiTheme="majorHAnsi" w:cstheme="majorBidi"/>
      <w:b/>
      <w:bCs/>
      <w:color w:val="4472C4" w:themeColor="accent1"/>
      <w:kern w:val="0"/>
      <w:lang w:eastAsia="en-US"/>
      <w14:ligatures w14:val="none"/>
    </w:rPr>
  </w:style>
  <w:style w:type="paragraph" w:styleId="4">
    <w:name w:val="heading 4"/>
    <w:basedOn w:val="a1"/>
    <w:next w:val="a1"/>
    <w:link w:val="40"/>
    <w:uiPriority w:val="9"/>
    <w:semiHidden/>
    <w:unhideWhenUsed/>
    <w:qFormat/>
    <w:rsid w:val="00497B11"/>
    <w:pPr>
      <w:keepNext/>
      <w:keepLines/>
      <w:widowControl/>
      <w:spacing w:before="200" w:line="276" w:lineRule="auto"/>
      <w:jc w:val="left"/>
      <w:outlineLvl w:val="3"/>
    </w:pPr>
    <w:rPr>
      <w:rFonts w:asciiTheme="majorHAnsi" w:eastAsiaTheme="majorEastAsia" w:hAnsiTheme="majorHAnsi" w:cstheme="majorBidi"/>
      <w:b/>
      <w:bCs/>
      <w:i/>
      <w:iCs/>
      <w:color w:val="4472C4" w:themeColor="accent1"/>
      <w:kern w:val="0"/>
      <w:lang w:eastAsia="en-US"/>
      <w14:ligatures w14:val="none"/>
    </w:rPr>
  </w:style>
  <w:style w:type="paragraph" w:styleId="5">
    <w:name w:val="heading 5"/>
    <w:basedOn w:val="a1"/>
    <w:next w:val="a1"/>
    <w:link w:val="50"/>
    <w:uiPriority w:val="9"/>
    <w:semiHidden/>
    <w:unhideWhenUsed/>
    <w:qFormat/>
    <w:rsid w:val="00497B11"/>
    <w:pPr>
      <w:keepNext/>
      <w:keepLines/>
      <w:widowControl/>
      <w:spacing w:before="200" w:line="276" w:lineRule="auto"/>
      <w:jc w:val="left"/>
      <w:outlineLvl w:val="4"/>
    </w:pPr>
    <w:rPr>
      <w:rFonts w:asciiTheme="majorHAnsi" w:eastAsiaTheme="majorEastAsia" w:hAnsiTheme="majorHAnsi" w:cstheme="majorBidi"/>
      <w:color w:val="1F3763" w:themeColor="accent1" w:themeShade="7F"/>
      <w:kern w:val="0"/>
      <w:lang w:eastAsia="en-US"/>
      <w14:ligatures w14:val="none"/>
    </w:rPr>
  </w:style>
  <w:style w:type="paragraph" w:styleId="6">
    <w:name w:val="heading 6"/>
    <w:basedOn w:val="a1"/>
    <w:next w:val="a1"/>
    <w:link w:val="60"/>
    <w:uiPriority w:val="9"/>
    <w:semiHidden/>
    <w:unhideWhenUsed/>
    <w:qFormat/>
    <w:rsid w:val="00497B11"/>
    <w:pPr>
      <w:keepNext/>
      <w:keepLines/>
      <w:widowControl/>
      <w:spacing w:before="200" w:line="276" w:lineRule="auto"/>
      <w:jc w:val="left"/>
      <w:outlineLvl w:val="5"/>
    </w:pPr>
    <w:rPr>
      <w:rFonts w:asciiTheme="majorHAnsi" w:eastAsiaTheme="majorEastAsia" w:hAnsiTheme="majorHAnsi" w:cstheme="majorBidi"/>
      <w:i/>
      <w:iCs/>
      <w:color w:val="1F3763" w:themeColor="accent1" w:themeShade="7F"/>
      <w:kern w:val="0"/>
      <w:lang w:eastAsia="en-US"/>
      <w14:ligatures w14:val="none"/>
    </w:rPr>
  </w:style>
  <w:style w:type="paragraph" w:styleId="7">
    <w:name w:val="heading 7"/>
    <w:basedOn w:val="a1"/>
    <w:next w:val="a1"/>
    <w:link w:val="70"/>
    <w:uiPriority w:val="9"/>
    <w:semiHidden/>
    <w:unhideWhenUsed/>
    <w:qFormat/>
    <w:rsid w:val="00497B11"/>
    <w:pPr>
      <w:keepNext/>
      <w:keepLines/>
      <w:widowControl/>
      <w:spacing w:before="200" w:line="276" w:lineRule="auto"/>
      <w:jc w:val="left"/>
      <w:outlineLvl w:val="6"/>
    </w:pPr>
    <w:rPr>
      <w:rFonts w:asciiTheme="majorHAnsi" w:eastAsiaTheme="majorEastAsia" w:hAnsiTheme="majorHAnsi" w:cstheme="majorBidi"/>
      <w:i/>
      <w:iCs/>
      <w:color w:val="404040" w:themeColor="text1" w:themeTint="BF"/>
      <w:kern w:val="0"/>
      <w:lang w:eastAsia="en-US"/>
      <w14:ligatures w14:val="none"/>
    </w:rPr>
  </w:style>
  <w:style w:type="paragraph" w:styleId="8">
    <w:name w:val="heading 8"/>
    <w:basedOn w:val="a1"/>
    <w:next w:val="a1"/>
    <w:link w:val="80"/>
    <w:uiPriority w:val="9"/>
    <w:semiHidden/>
    <w:unhideWhenUsed/>
    <w:qFormat/>
    <w:rsid w:val="00497B11"/>
    <w:pPr>
      <w:keepNext/>
      <w:keepLines/>
      <w:widowControl/>
      <w:spacing w:before="200" w:line="276" w:lineRule="auto"/>
      <w:jc w:val="left"/>
      <w:outlineLvl w:val="7"/>
    </w:pPr>
    <w:rPr>
      <w:rFonts w:asciiTheme="majorHAnsi" w:eastAsiaTheme="majorEastAsia" w:hAnsiTheme="majorHAnsi" w:cstheme="majorBidi"/>
      <w:color w:val="4472C4" w:themeColor="accent1"/>
      <w:kern w:val="0"/>
      <w:sz w:val="20"/>
      <w:szCs w:val="20"/>
      <w:lang w:eastAsia="en-US"/>
      <w14:ligatures w14:val="none"/>
    </w:rPr>
  </w:style>
  <w:style w:type="paragraph" w:styleId="9">
    <w:name w:val="heading 9"/>
    <w:basedOn w:val="a1"/>
    <w:next w:val="a1"/>
    <w:link w:val="90"/>
    <w:uiPriority w:val="9"/>
    <w:semiHidden/>
    <w:unhideWhenUsed/>
    <w:qFormat/>
    <w:rsid w:val="00497B11"/>
    <w:pPr>
      <w:keepNext/>
      <w:keepLines/>
      <w:widowControl/>
      <w:spacing w:before="200" w:line="276" w:lineRule="auto"/>
      <w:jc w:val="left"/>
      <w:outlineLvl w:val="8"/>
    </w:pPr>
    <w:rPr>
      <w:rFonts w:asciiTheme="majorHAnsi" w:eastAsiaTheme="majorEastAsia" w:hAnsiTheme="majorHAnsi" w:cstheme="majorBidi"/>
      <w:i/>
      <w:iCs/>
      <w:color w:val="404040" w:themeColor="text1" w:themeTint="BF"/>
      <w:kern w:val="0"/>
      <w:sz w:val="20"/>
      <w:szCs w:val="20"/>
      <w:lang w:eastAsia="en-US"/>
      <w14:ligatures w14:val="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basedOn w:val="a2"/>
    <w:link w:val="1"/>
    <w:uiPriority w:val="9"/>
    <w:rsid w:val="00497B11"/>
    <w:rPr>
      <w:rFonts w:ascii="Times New Roman" w:eastAsia="宋体" w:hAnsi="Times New Roman"/>
      <w:b/>
      <w:bCs/>
      <w:kern w:val="44"/>
      <w:sz w:val="44"/>
      <w:szCs w:val="44"/>
    </w:rPr>
  </w:style>
  <w:style w:type="character" w:customStyle="1" w:styleId="22">
    <w:name w:val="标题 2 字符"/>
    <w:basedOn w:val="a2"/>
    <w:link w:val="21"/>
    <w:uiPriority w:val="9"/>
    <w:rsid w:val="00497B11"/>
    <w:rPr>
      <w:rFonts w:asciiTheme="majorHAnsi" w:eastAsiaTheme="majorEastAsia" w:hAnsiTheme="majorHAnsi" w:cstheme="majorBidi"/>
      <w:b/>
      <w:bCs/>
      <w:color w:val="4472C4" w:themeColor="accent1"/>
      <w:kern w:val="0"/>
      <w:sz w:val="26"/>
      <w:szCs w:val="26"/>
      <w:lang w:eastAsia="en-US"/>
      <w14:ligatures w14:val="none"/>
    </w:rPr>
  </w:style>
  <w:style w:type="character" w:customStyle="1" w:styleId="32">
    <w:name w:val="标题 3 字符"/>
    <w:basedOn w:val="a2"/>
    <w:link w:val="31"/>
    <w:uiPriority w:val="9"/>
    <w:rsid w:val="00497B11"/>
    <w:rPr>
      <w:rFonts w:asciiTheme="majorHAnsi" w:eastAsiaTheme="majorEastAsia" w:hAnsiTheme="majorHAnsi" w:cstheme="majorBidi"/>
      <w:b/>
      <w:bCs/>
      <w:color w:val="4472C4" w:themeColor="accent1"/>
      <w:kern w:val="0"/>
      <w:lang w:eastAsia="en-US"/>
      <w14:ligatures w14:val="none"/>
    </w:rPr>
  </w:style>
  <w:style w:type="character" w:customStyle="1" w:styleId="40">
    <w:name w:val="标题 4 字符"/>
    <w:basedOn w:val="a2"/>
    <w:link w:val="4"/>
    <w:uiPriority w:val="9"/>
    <w:semiHidden/>
    <w:rsid w:val="00497B11"/>
    <w:rPr>
      <w:rFonts w:asciiTheme="majorHAnsi" w:eastAsiaTheme="majorEastAsia" w:hAnsiTheme="majorHAnsi" w:cstheme="majorBidi"/>
      <w:b/>
      <w:bCs/>
      <w:i/>
      <w:iCs/>
      <w:color w:val="4472C4" w:themeColor="accent1"/>
      <w:kern w:val="0"/>
      <w:lang w:eastAsia="en-US"/>
      <w14:ligatures w14:val="none"/>
    </w:rPr>
  </w:style>
  <w:style w:type="character" w:customStyle="1" w:styleId="50">
    <w:name w:val="标题 5 字符"/>
    <w:basedOn w:val="a2"/>
    <w:link w:val="5"/>
    <w:uiPriority w:val="9"/>
    <w:semiHidden/>
    <w:rsid w:val="00497B11"/>
    <w:rPr>
      <w:rFonts w:asciiTheme="majorHAnsi" w:eastAsiaTheme="majorEastAsia" w:hAnsiTheme="majorHAnsi" w:cstheme="majorBidi"/>
      <w:color w:val="1F3763" w:themeColor="accent1" w:themeShade="7F"/>
      <w:kern w:val="0"/>
      <w:lang w:eastAsia="en-US"/>
      <w14:ligatures w14:val="none"/>
    </w:rPr>
  </w:style>
  <w:style w:type="character" w:customStyle="1" w:styleId="60">
    <w:name w:val="标题 6 字符"/>
    <w:basedOn w:val="a2"/>
    <w:link w:val="6"/>
    <w:uiPriority w:val="9"/>
    <w:semiHidden/>
    <w:rsid w:val="00497B11"/>
    <w:rPr>
      <w:rFonts w:asciiTheme="majorHAnsi" w:eastAsiaTheme="majorEastAsia" w:hAnsiTheme="majorHAnsi" w:cstheme="majorBidi"/>
      <w:i/>
      <w:iCs/>
      <w:color w:val="1F3763" w:themeColor="accent1" w:themeShade="7F"/>
      <w:kern w:val="0"/>
      <w:lang w:eastAsia="en-US"/>
      <w14:ligatures w14:val="none"/>
    </w:rPr>
  </w:style>
  <w:style w:type="character" w:customStyle="1" w:styleId="70">
    <w:name w:val="标题 7 字符"/>
    <w:basedOn w:val="a2"/>
    <w:link w:val="7"/>
    <w:uiPriority w:val="9"/>
    <w:semiHidden/>
    <w:rsid w:val="00497B11"/>
    <w:rPr>
      <w:rFonts w:asciiTheme="majorHAnsi" w:eastAsiaTheme="majorEastAsia" w:hAnsiTheme="majorHAnsi" w:cstheme="majorBidi"/>
      <w:i/>
      <w:iCs/>
      <w:color w:val="404040" w:themeColor="text1" w:themeTint="BF"/>
      <w:kern w:val="0"/>
      <w:lang w:eastAsia="en-US"/>
      <w14:ligatures w14:val="none"/>
    </w:rPr>
  </w:style>
  <w:style w:type="character" w:customStyle="1" w:styleId="80">
    <w:name w:val="标题 8 字符"/>
    <w:basedOn w:val="a2"/>
    <w:link w:val="8"/>
    <w:uiPriority w:val="9"/>
    <w:semiHidden/>
    <w:rsid w:val="00497B11"/>
    <w:rPr>
      <w:rFonts w:asciiTheme="majorHAnsi" w:eastAsiaTheme="majorEastAsia" w:hAnsiTheme="majorHAnsi" w:cstheme="majorBidi"/>
      <w:color w:val="4472C4" w:themeColor="accent1"/>
      <w:kern w:val="0"/>
      <w:sz w:val="20"/>
      <w:szCs w:val="20"/>
      <w:lang w:eastAsia="en-US"/>
      <w14:ligatures w14:val="none"/>
    </w:rPr>
  </w:style>
  <w:style w:type="character" w:customStyle="1" w:styleId="90">
    <w:name w:val="标题 9 字符"/>
    <w:basedOn w:val="a2"/>
    <w:link w:val="9"/>
    <w:uiPriority w:val="9"/>
    <w:semiHidden/>
    <w:rsid w:val="00497B11"/>
    <w:rPr>
      <w:rFonts w:asciiTheme="majorHAnsi" w:eastAsiaTheme="majorEastAsia" w:hAnsiTheme="majorHAnsi" w:cstheme="majorBidi"/>
      <w:i/>
      <w:iCs/>
      <w:color w:val="404040" w:themeColor="text1" w:themeTint="BF"/>
      <w:kern w:val="0"/>
      <w:sz w:val="20"/>
      <w:szCs w:val="20"/>
      <w:lang w:eastAsia="en-US"/>
      <w14:ligatures w14:val="none"/>
    </w:rPr>
  </w:style>
  <w:style w:type="paragraph" w:styleId="a5">
    <w:name w:val="header"/>
    <w:basedOn w:val="a1"/>
    <w:link w:val="a6"/>
    <w:uiPriority w:val="99"/>
    <w:unhideWhenUsed/>
    <w:rsid w:val="00497B11"/>
    <w:pPr>
      <w:tabs>
        <w:tab w:val="center" w:pos="4153"/>
        <w:tab w:val="right" w:pos="8306"/>
      </w:tabs>
      <w:snapToGrid w:val="0"/>
      <w:jc w:val="center"/>
    </w:pPr>
    <w:rPr>
      <w:sz w:val="18"/>
      <w:szCs w:val="18"/>
    </w:rPr>
  </w:style>
  <w:style w:type="character" w:customStyle="1" w:styleId="a6">
    <w:name w:val="页眉 字符"/>
    <w:basedOn w:val="a2"/>
    <w:link w:val="a5"/>
    <w:uiPriority w:val="99"/>
    <w:rsid w:val="00497B11"/>
    <w:rPr>
      <w:sz w:val="18"/>
      <w:szCs w:val="18"/>
    </w:rPr>
  </w:style>
  <w:style w:type="paragraph" w:styleId="a7">
    <w:name w:val="footer"/>
    <w:basedOn w:val="a1"/>
    <w:link w:val="a8"/>
    <w:uiPriority w:val="99"/>
    <w:unhideWhenUsed/>
    <w:rsid w:val="00497B11"/>
    <w:pPr>
      <w:tabs>
        <w:tab w:val="center" w:pos="4153"/>
        <w:tab w:val="right" w:pos="8306"/>
      </w:tabs>
      <w:snapToGrid w:val="0"/>
      <w:jc w:val="left"/>
    </w:pPr>
    <w:rPr>
      <w:sz w:val="18"/>
      <w:szCs w:val="18"/>
    </w:rPr>
  </w:style>
  <w:style w:type="character" w:customStyle="1" w:styleId="a8">
    <w:name w:val="页脚 字符"/>
    <w:basedOn w:val="a2"/>
    <w:link w:val="a7"/>
    <w:uiPriority w:val="99"/>
    <w:rsid w:val="00497B11"/>
    <w:rPr>
      <w:sz w:val="18"/>
      <w:szCs w:val="18"/>
    </w:rPr>
  </w:style>
  <w:style w:type="paragraph" w:styleId="a9">
    <w:name w:val="List Paragraph"/>
    <w:basedOn w:val="a1"/>
    <w:uiPriority w:val="34"/>
    <w:qFormat/>
    <w:rsid w:val="00497B11"/>
    <w:pPr>
      <w:ind w:firstLineChars="200" w:firstLine="420"/>
    </w:pPr>
  </w:style>
  <w:style w:type="paragraph" w:styleId="TOC">
    <w:name w:val="TOC Heading"/>
    <w:basedOn w:val="1"/>
    <w:next w:val="a1"/>
    <w:uiPriority w:val="39"/>
    <w:unhideWhenUsed/>
    <w:qFormat/>
    <w:rsid w:val="00497B11"/>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a1"/>
    <w:next w:val="a1"/>
    <w:autoRedefine/>
    <w:uiPriority w:val="39"/>
    <w:unhideWhenUsed/>
    <w:rsid w:val="00497B11"/>
    <w:pPr>
      <w:widowControl/>
      <w:spacing w:after="100" w:line="259" w:lineRule="auto"/>
      <w:ind w:left="220"/>
      <w:jc w:val="left"/>
    </w:pPr>
    <w:rPr>
      <w:rFonts w:cs="Times New Roman"/>
      <w:kern w:val="0"/>
      <w:sz w:val="22"/>
      <w14:ligatures w14:val="none"/>
    </w:rPr>
  </w:style>
  <w:style w:type="paragraph" w:styleId="TOC1">
    <w:name w:val="toc 1"/>
    <w:basedOn w:val="a1"/>
    <w:next w:val="a1"/>
    <w:autoRedefine/>
    <w:uiPriority w:val="39"/>
    <w:unhideWhenUsed/>
    <w:rsid w:val="00497B11"/>
    <w:pPr>
      <w:widowControl/>
      <w:spacing w:after="100" w:line="259" w:lineRule="auto"/>
      <w:jc w:val="left"/>
    </w:pPr>
    <w:rPr>
      <w:rFonts w:cs="Times New Roman"/>
      <w:kern w:val="0"/>
      <w:sz w:val="22"/>
      <w14:ligatures w14:val="none"/>
    </w:rPr>
  </w:style>
  <w:style w:type="paragraph" w:styleId="TOC3">
    <w:name w:val="toc 3"/>
    <w:basedOn w:val="a1"/>
    <w:next w:val="a1"/>
    <w:autoRedefine/>
    <w:uiPriority w:val="39"/>
    <w:unhideWhenUsed/>
    <w:rsid w:val="00497B11"/>
    <w:pPr>
      <w:widowControl/>
      <w:spacing w:after="100" w:line="259" w:lineRule="auto"/>
      <w:ind w:left="440"/>
      <w:jc w:val="left"/>
    </w:pPr>
    <w:rPr>
      <w:rFonts w:cs="Times New Roman"/>
      <w:kern w:val="0"/>
      <w:sz w:val="22"/>
      <w14:ligatures w14:val="none"/>
    </w:rPr>
  </w:style>
  <w:style w:type="character" w:styleId="aa">
    <w:name w:val="Hyperlink"/>
    <w:basedOn w:val="a2"/>
    <w:uiPriority w:val="99"/>
    <w:unhideWhenUsed/>
    <w:rsid w:val="00497B11"/>
    <w:rPr>
      <w:color w:val="0563C1" w:themeColor="hyperlink"/>
      <w:u w:val="single"/>
    </w:rPr>
  </w:style>
  <w:style w:type="paragraph" w:customStyle="1" w:styleId="EndNoteBibliographyTitle">
    <w:name w:val="EndNote Bibliography Title"/>
    <w:basedOn w:val="a1"/>
    <w:link w:val="EndNoteBibliographyTitle0"/>
    <w:rsid w:val="00497B11"/>
    <w:pPr>
      <w:jc w:val="center"/>
    </w:pPr>
    <w:rPr>
      <w:rFonts w:ascii="等线" w:eastAsia="等线" w:hAnsi="等线"/>
      <w:noProof/>
      <w:sz w:val="20"/>
    </w:rPr>
  </w:style>
  <w:style w:type="character" w:customStyle="1" w:styleId="EndNoteBibliographyTitle0">
    <w:name w:val="EndNote Bibliography Title 字符"/>
    <w:basedOn w:val="a2"/>
    <w:link w:val="EndNoteBibliographyTitle"/>
    <w:rsid w:val="00497B11"/>
    <w:rPr>
      <w:rFonts w:ascii="等线" w:eastAsia="等线" w:hAnsi="等线"/>
      <w:noProof/>
      <w:sz w:val="20"/>
    </w:rPr>
  </w:style>
  <w:style w:type="paragraph" w:customStyle="1" w:styleId="EndNoteBibliography">
    <w:name w:val="EndNote Bibliography"/>
    <w:basedOn w:val="a1"/>
    <w:link w:val="EndNoteBibliography0"/>
    <w:rsid w:val="00497B11"/>
    <w:rPr>
      <w:rFonts w:ascii="等线" w:eastAsia="等线" w:hAnsi="等线"/>
      <w:noProof/>
      <w:sz w:val="20"/>
    </w:rPr>
  </w:style>
  <w:style w:type="character" w:customStyle="1" w:styleId="EndNoteBibliography0">
    <w:name w:val="EndNote Bibliography 字符"/>
    <w:basedOn w:val="a2"/>
    <w:link w:val="EndNoteBibliography"/>
    <w:rsid w:val="00497B11"/>
    <w:rPr>
      <w:rFonts w:ascii="等线" w:eastAsia="等线" w:hAnsi="等线"/>
      <w:noProof/>
      <w:sz w:val="20"/>
    </w:rPr>
  </w:style>
  <w:style w:type="numbering" w:customStyle="1" w:styleId="11">
    <w:name w:val="无列表1"/>
    <w:next w:val="a4"/>
    <w:uiPriority w:val="99"/>
    <w:semiHidden/>
    <w:unhideWhenUsed/>
    <w:rsid w:val="00497B11"/>
  </w:style>
  <w:style w:type="paragraph" w:styleId="ab">
    <w:name w:val="No Spacing"/>
    <w:link w:val="ac"/>
    <w:uiPriority w:val="1"/>
    <w:qFormat/>
    <w:rsid w:val="00497B11"/>
    <w:rPr>
      <w:rFonts w:ascii="Times New Roman" w:eastAsia="宋体" w:hAnsi="Times New Roman" w:cs="Times New Roman"/>
      <w:color w:val="000000"/>
      <w:kern w:val="0"/>
      <w:sz w:val="24"/>
      <w:szCs w:val="24"/>
      <w14:ligatures w14:val="none"/>
    </w:rPr>
  </w:style>
  <w:style w:type="character" w:customStyle="1" w:styleId="ac">
    <w:name w:val="无间隔 字符"/>
    <w:basedOn w:val="a2"/>
    <w:link w:val="ab"/>
    <w:uiPriority w:val="1"/>
    <w:rsid w:val="00497B11"/>
    <w:rPr>
      <w:rFonts w:ascii="Times New Roman" w:eastAsia="宋体" w:hAnsi="Times New Roman" w:cs="Times New Roman"/>
      <w:color w:val="000000"/>
      <w:kern w:val="0"/>
      <w:sz w:val="24"/>
      <w:szCs w:val="24"/>
      <w14:ligatures w14:val="none"/>
    </w:rPr>
  </w:style>
  <w:style w:type="character" w:customStyle="1" w:styleId="EndNoteBibliographyChar">
    <w:name w:val="EndNote Bibliography Char"/>
    <w:basedOn w:val="a2"/>
    <w:rsid w:val="00497B11"/>
    <w:rPr>
      <w:rFonts w:ascii="等线" w:eastAsia="等线" w:hAnsi="等线" w:cs="Calibri"/>
      <w:noProof/>
      <w:color w:val="000000"/>
      <w:kern w:val="0"/>
      <w:sz w:val="20"/>
      <w:szCs w:val="24"/>
    </w:rPr>
  </w:style>
  <w:style w:type="table" w:styleId="ad">
    <w:name w:val="Table Grid"/>
    <w:basedOn w:val="a3"/>
    <w:uiPriority w:val="59"/>
    <w:rsid w:val="00497B11"/>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aption"/>
    <w:basedOn w:val="a1"/>
    <w:next w:val="a1"/>
    <w:uiPriority w:val="35"/>
    <w:unhideWhenUsed/>
    <w:qFormat/>
    <w:rsid w:val="00497B11"/>
    <w:rPr>
      <w:rFonts w:asciiTheme="majorHAnsi" w:eastAsia="黑体" w:hAnsiTheme="majorHAnsi" w:cstheme="majorBidi"/>
      <w:sz w:val="20"/>
      <w:szCs w:val="20"/>
      <w14:ligatures w14:val="none"/>
    </w:rPr>
  </w:style>
  <w:style w:type="paragraph" w:styleId="af">
    <w:name w:val="Title"/>
    <w:basedOn w:val="a1"/>
    <w:next w:val="a1"/>
    <w:link w:val="af0"/>
    <w:uiPriority w:val="10"/>
    <w:qFormat/>
    <w:rsid w:val="00497B11"/>
    <w:pPr>
      <w:widowControl/>
      <w:pBdr>
        <w:bottom w:val="single" w:sz="8" w:space="4" w:color="4472C4" w:themeColor="accent1"/>
      </w:pBdr>
      <w:spacing w:after="300"/>
      <w:contextualSpacing/>
      <w:jc w:val="left"/>
    </w:pPr>
    <w:rPr>
      <w:rFonts w:asciiTheme="majorHAnsi" w:eastAsiaTheme="majorEastAsia" w:hAnsiTheme="majorHAnsi" w:cstheme="majorBidi"/>
      <w:color w:val="323E4F" w:themeColor="text2" w:themeShade="BF"/>
      <w:spacing w:val="5"/>
      <w:kern w:val="28"/>
      <w:sz w:val="52"/>
      <w:szCs w:val="52"/>
      <w:lang w:eastAsia="en-US"/>
      <w14:ligatures w14:val="none"/>
    </w:rPr>
  </w:style>
  <w:style w:type="character" w:customStyle="1" w:styleId="af0">
    <w:name w:val="标题 字符"/>
    <w:basedOn w:val="a2"/>
    <w:link w:val="af"/>
    <w:uiPriority w:val="10"/>
    <w:rsid w:val="00497B11"/>
    <w:rPr>
      <w:rFonts w:asciiTheme="majorHAnsi" w:eastAsiaTheme="majorEastAsia" w:hAnsiTheme="majorHAnsi" w:cstheme="majorBidi"/>
      <w:color w:val="323E4F" w:themeColor="text2" w:themeShade="BF"/>
      <w:spacing w:val="5"/>
      <w:kern w:val="28"/>
      <w:sz w:val="52"/>
      <w:szCs w:val="52"/>
      <w:lang w:eastAsia="en-US"/>
      <w14:ligatures w14:val="none"/>
    </w:rPr>
  </w:style>
  <w:style w:type="paragraph" w:styleId="af1">
    <w:name w:val="Subtitle"/>
    <w:basedOn w:val="a1"/>
    <w:next w:val="a1"/>
    <w:link w:val="af2"/>
    <w:uiPriority w:val="11"/>
    <w:qFormat/>
    <w:rsid w:val="00497B11"/>
    <w:pPr>
      <w:widowControl/>
      <w:numPr>
        <w:ilvl w:val="1"/>
      </w:numPr>
      <w:spacing w:after="200" w:line="276" w:lineRule="auto"/>
      <w:jc w:val="left"/>
    </w:pPr>
    <w:rPr>
      <w:rFonts w:asciiTheme="majorHAnsi" w:eastAsiaTheme="majorEastAsia" w:hAnsiTheme="majorHAnsi" w:cstheme="majorBidi"/>
      <w:i/>
      <w:iCs/>
      <w:color w:val="4472C4" w:themeColor="accent1"/>
      <w:spacing w:val="15"/>
      <w:kern w:val="0"/>
      <w:sz w:val="24"/>
      <w:szCs w:val="24"/>
      <w:lang w:eastAsia="en-US"/>
      <w14:ligatures w14:val="none"/>
    </w:rPr>
  </w:style>
  <w:style w:type="character" w:customStyle="1" w:styleId="af2">
    <w:name w:val="副标题 字符"/>
    <w:basedOn w:val="a2"/>
    <w:link w:val="af1"/>
    <w:uiPriority w:val="11"/>
    <w:rsid w:val="00497B11"/>
    <w:rPr>
      <w:rFonts w:asciiTheme="majorHAnsi" w:eastAsiaTheme="majorEastAsia" w:hAnsiTheme="majorHAnsi" w:cstheme="majorBidi"/>
      <w:i/>
      <w:iCs/>
      <w:color w:val="4472C4" w:themeColor="accent1"/>
      <w:spacing w:val="15"/>
      <w:kern w:val="0"/>
      <w:sz w:val="24"/>
      <w:szCs w:val="24"/>
      <w:lang w:eastAsia="en-US"/>
      <w14:ligatures w14:val="none"/>
    </w:rPr>
  </w:style>
  <w:style w:type="paragraph" w:styleId="af3">
    <w:name w:val="Body Text"/>
    <w:basedOn w:val="a1"/>
    <w:link w:val="af4"/>
    <w:uiPriority w:val="99"/>
    <w:unhideWhenUsed/>
    <w:rsid w:val="00497B11"/>
    <w:pPr>
      <w:widowControl/>
      <w:spacing w:after="120" w:line="276" w:lineRule="auto"/>
      <w:jc w:val="left"/>
    </w:pPr>
    <w:rPr>
      <w:rFonts w:ascii="Times New Roman" w:hAnsi="Times New Roman"/>
      <w:kern w:val="0"/>
      <w:lang w:eastAsia="en-US"/>
      <w14:ligatures w14:val="none"/>
    </w:rPr>
  </w:style>
  <w:style w:type="character" w:customStyle="1" w:styleId="af4">
    <w:name w:val="正文文本 字符"/>
    <w:basedOn w:val="a2"/>
    <w:link w:val="af3"/>
    <w:uiPriority w:val="99"/>
    <w:rsid w:val="00497B11"/>
    <w:rPr>
      <w:rFonts w:ascii="Times New Roman" w:hAnsi="Times New Roman"/>
      <w:kern w:val="0"/>
      <w:lang w:eastAsia="en-US"/>
      <w14:ligatures w14:val="none"/>
    </w:rPr>
  </w:style>
  <w:style w:type="paragraph" w:styleId="23">
    <w:name w:val="Body Text 2"/>
    <w:basedOn w:val="a1"/>
    <w:link w:val="24"/>
    <w:uiPriority w:val="99"/>
    <w:unhideWhenUsed/>
    <w:rsid w:val="00497B11"/>
    <w:pPr>
      <w:widowControl/>
      <w:spacing w:after="120" w:line="480" w:lineRule="auto"/>
      <w:jc w:val="left"/>
    </w:pPr>
    <w:rPr>
      <w:rFonts w:ascii="Times New Roman" w:hAnsi="Times New Roman"/>
      <w:kern w:val="0"/>
      <w:lang w:eastAsia="en-US"/>
      <w14:ligatures w14:val="none"/>
    </w:rPr>
  </w:style>
  <w:style w:type="character" w:customStyle="1" w:styleId="24">
    <w:name w:val="正文文本 2 字符"/>
    <w:basedOn w:val="a2"/>
    <w:link w:val="23"/>
    <w:uiPriority w:val="99"/>
    <w:rsid w:val="00497B11"/>
    <w:rPr>
      <w:rFonts w:ascii="Times New Roman" w:hAnsi="Times New Roman"/>
      <w:kern w:val="0"/>
      <w:lang w:eastAsia="en-US"/>
      <w14:ligatures w14:val="none"/>
    </w:rPr>
  </w:style>
  <w:style w:type="paragraph" w:styleId="33">
    <w:name w:val="Body Text 3"/>
    <w:basedOn w:val="a1"/>
    <w:link w:val="34"/>
    <w:uiPriority w:val="99"/>
    <w:unhideWhenUsed/>
    <w:rsid w:val="00497B11"/>
    <w:pPr>
      <w:widowControl/>
      <w:spacing w:after="120" w:line="276" w:lineRule="auto"/>
      <w:jc w:val="left"/>
    </w:pPr>
    <w:rPr>
      <w:rFonts w:ascii="Times New Roman" w:hAnsi="Times New Roman"/>
      <w:kern w:val="0"/>
      <w:sz w:val="16"/>
      <w:szCs w:val="16"/>
      <w:lang w:eastAsia="en-US"/>
      <w14:ligatures w14:val="none"/>
    </w:rPr>
  </w:style>
  <w:style w:type="character" w:customStyle="1" w:styleId="34">
    <w:name w:val="正文文本 3 字符"/>
    <w:basedOn w:val="a2"/>
    <w:link w:val="33"/>
    <w:uiPriority w:val="99"/>
    <w:rsid w:val="00497B11"/>
    <w:rPr>
      <w:rFonts w:ascii="Times New Roman" w:hAnsi="Times New Roman"/>
      <w:kern w:val="0"/>
      <w:sz w:val="16"/>
      <w:szCs w:val="16"/>
      <w:lang w:eastAsia="en-US"/>
      <w14:ligatures w14:val="none"/>
    </w:rPr>
  </w:style>
  <w:style w:type="paragraph" w:styleId="af5">
    <w:name w:val="List"/>
    <w:basedOn w:val="a1"/>
    <w:uiPriority w:val="99"/>
    <w:unhideWhenUsed/>
    <w:rsid w:val="00497B11"/>
    <w:pPr>
      <w:widowControl/>
      <w:spacing w:after="200" w:line="276" w:lineRule="auto"/>
      <w:ind w:left="360" w:hanging="360"/>
      <w:contextualSpacing/>
      <w:jc w:val="left"/>
    </w:pPr>
    <w:rPr>
      <w:rFonts w:ascii="Times New Roman" w:hAnsi="Times New Roman"/>
      <w:kern w:val="0"/>
      <w:lang w:eastAsia="en-US"/>
      <w14:ligatures w14:val="none"/>
    </w:rPr>
  </w:style>
  <w:style w:type="paragraph" w:styleId="25">
    <w:name w:val="List 2"/>
    <w:basedOn w:val="a1"/>
    <w:uiPriority w:val="99"/>
    <w:unhideWhenUsed/>
    <w:rsid w:val="00497B11"/>
    <w:pPr>
      <w:widowControl/>
      <w:spacing w:after="200" w:line="276" w:lineRule="auto"/>
      <w:ind w:left="720" w:hanging="360"/>
      <w:contextualSpacing/>
      <w:jc w:val="left"/>
    </w:pPr>
    <w:rPr>
      <w:rFonts w:ascii="Times New Roman" w:hAnsi="Times New Roman"/>
      <w:kern w:val="0"/>
      <w:lang w:eastAsia="en-US"/>
      <w14:ligatures w14:val="none"/>
    </w:rPr>
  </w:style>
  <w:style w:type="paragraph" w:styleId="35">
    <w:name w:val="List 3"/>
    <w:basedOn w:val="a1"/>
    <w:uiPriority w:val="99"/>
    <w:unhideWhenUsed/>
    <w:rsid w:val="00497B11"/>
    <w:pPr>
      <w:widowControl/>
      <w:spacing w:after="200" w:line="276" w:lineRule="auto"/>
      <w:ind w:left="1080" w:hanging="360"/>
      <w:contextualSpacing/>
      <w:jc w:val="left"/>
    </w:pPr>
    <w:rPr>
      <w:rFonts w:ascii="Times New Roman" w:hAnsi="Times New Roman"/>
      <w:kern w:val="0"/>
      <w:lang w:eastAsia="en-US"/>
      <w14:ligatures w14:val="none"/>
    </w:rPr>
  </w:style>
  <w:style w:type="paragraph" w:styleId="a0">
    <w:name w:val="List Bullet"/>
    <w:basedOn w:val="a1"/>
    <w:uiPriority w:val="99"/>
    <w:unhideWhenUsed/>
    <w:rsid w:val="00497B11"/>
    <w:pPr>
      <w:widowControl/>
      <w:numPr>
        <w:numId w:val="5"/>
      </w:numPr>
      <w:spacing w:after="200" w:line="276" w:lineRule="auto"/>
      <w:contextualSpacing/>
      <w:jc w:val="left"/>
    </w:pPr>
    <w:rPr>
      <w:rFonts w:ascii="Times New Roman" w:hAnsi="Times New Roman"/>
      <w:kern w:val="0"/>
      <w:lang w:eastAsia="en-US"/>
      <w14:ligatures w14:val="none"/>
    </w:rPr>
  </w:style>
  <w:style w:type="paragraph" w:styleId="20">
    <w:name w:val="List Bullet 2"/>
    <w:basedOn w:val="a1"/>
    <w:uiPriority w:val="99"/>
    <w:unhideWhenUsed/>
    <w:rsid w:val="00497B11"/>
    <w:pPr>
      <w:widowControl/>
      <w:numPr>
        <w:numId w:val="6"/>
      </w:numPr>
      <w:spacing w:after="200" w:line="276" w:lineRule="auto"/>
      <w:contextualSpacing/>
      <w:jc w:val="left"/>
    </w:pPr>
    <w:rPr>
      <w:rFonts w:ascii="Times New Roman" w:hAnsi="Times New Roman"/>
      <w:kern w:val="0"/>
      <w:lang w:eastAsia="en-US"/>
      <w14:ligatures w14:val="none"/>
    </w:rPr>
  </w:style>
  <w:style w:type="paragraph" w:styleId="30">
    <w:name w:val="List Bullet 3"/>
    <w:basedOn w:val="a1"/>
    <w:uiPriority w:val="99"/>
    <w:unhideWhenUsed/>
    <w:rsid w:val="00497B11"/>
    <w:pPr>
      <w:widowControl/>
      <w:numPr>
        <w:numId w:val="7"/>
      </w:numPr>
      <w:spacing w:after="200" w:line="276" w:lineRule="auto"/>
      <w:contextualSpacing/>
      <w:jc w:val="left"/>
    </w:pPr>
    <w:rPr>
      <w:rFonts w:ascii="Times New Roman" w:hAnsi="Times New Roman"/>
      <w:kern w:val="0"/>
      <w:lang w:eastAsia="en-US"/>
      <w14:ligatures w14:val="none"/>
    </w:rPr>
  </w:style>
  <w:style w:type="paragraph" w:styleId="a">
    <w:name w:val="List Number"/>
    <w:basedOn w:val="a1"/>
    <w:uiPriority w:val="99"/>
    <w:unhideWhenUsed/>
    <w:rsid w:val="00497B11"/>
    <w:pPr>
      <w:widowControl/>
      <w:numPr>
        <w:numId w:val="9"/>
      </w:numPr>
      <w:spacing w:after="200" w:line="276" w:lineRule="auto"/>
      <w:contextualSpacing/>
      <w:jc w:val="left"/>
    </w:pPr>
    <w:rPr>
      <w:rFonts w:ascii="Times New Roman" w:hAnsi="Times New Roman"/>
      <w:kern w:val="0"/>
      <w:lang w:eastAsia="en-US"/>
      <w14:ligatures w14:val="none"/>
    </w:rPr>
  </w:style>
  <w:style w:type="paragraph" w:styleId="2">
    <w:name w:val="List Number 2"/>
    <w:basedOn w:val="a1"/>
    <w:uiPriority w:val="99"/>
    <w:unhideWhenUsed/>
    <w:rsid w:val="00497B11"/>
    <w:pPr>
      <w:widowControl/>
      <w:numPr>
        <w:numId w:val="10"/>
      </w:numPr>
      <w:spacing w:after="200" w:line="276" w:lineRule="auto"/>
      <w:contextualSpacing/>
      <w:jc w:val="left"/>
    </w:pPr>
    <w:rPr>
      <w:rFonts w:ascii="Times New Roman" w:hAnsi="Times New Roman"/>
      <w:kern w:val="0"/>
      <w:lang w:eastAsia="en-US"/>
      <w14:ligatures w14:val="none"/>
    </w:rPr>
  </w:style>
  <w:style w:type="paragraph" w:styleId="3">
    <w:name w:val="List Number 3"/>
    <w:basedOn w:val="a1"/>
    <w:uiPriority w:val="99"/>
    <w:unhideWhenUsed/>
    <w:rsid w:val="00497B11"/>
    <w:pPr>
      <w:widowControl/>
      <w:numPr>
        <w:numId w:val="11"/>
      </w:numPr>
      <w:spacing w:after="200" w:line="276" w:lineRule="auto"/>
      <w:contextualSpacing/>
      <w:jc w:val="left"/>
    </w:pPr>
    <w:rPr>
      <w:rFonts w:ascii="Times New Roman" w:hAnsi="Times New Roman"/>
      <w:kern w:val="0"/>
      <w:lang w:eastAsia="en-US"/>
      <w14:ligatures w14:val="none"/>
    </w:rPr>
  </w:style>
  <w:style w:type="paragraph" w:styleId="af6">
    <w:name w:val="List Continue"/>
    <w:basedOn w:val="a1"/>
    <w:uiPriority w:val="99"/>
    <w:unhideWhenUsed/>
    <w:rsid w:val="00497B11"/>
    <w:pPr>
      <w:widowControl/>
      <w:spacing w:after="120" w:line="276" w:lineRule="auto"/>
      <w:ind w:left="360"/>
      <w:contextualSpacing/>
      <w:jc w:val="left"/>
    </w:pPr>
    <w:rPr>
      <w:rFonts w:ascii="Times New Roman" w:hAnsi="Times New Roman"/>
      <w:kern w:val="0"/>
      <w:lang w:eastAsia="en-US"/>
      <w14:ligatures w14:val="none"/>
    </w:rPr>
  </w:style>
  <w:style w:type="paragraph" w:styleId="26">
    <w:name w:val="List Continue 2"/>
    <w:basedOn w:val="a1"/>
    <w:uiPriority w:val="99"/>
    <w:unhideWhenUsed/>
    <w:rsid w:val="00497B11"/>
    <w:pPr>
      <w:widowControl/>
      <w:spacing w:after="120" w:line="276" w:lineRule="auto"/>
      <w:ind w:left="720"/>
      <w:contextualSpacing/>
      <w:jc w:val="left"/>
    </w:pPr>
    <w:rPr>
      <w:rFonts w:ascii="Times New Roman" w:hAnsi="Times New Roman"/>
      <w:kern w:val="0"/>
      <w:lang w:eastAsia="en-US"/>
      <w14:ligatures w14:val="none"/>
    </w:rPr>
  </w:style>
  <w:style w:type="paragraph" w:styleId="36">
    <w:name w:val="List Continue 3"/>
    <w:basedOn w:val="a1"/>
    <w:uiPriority w:val="99"/>
    <w:unhideWhenUsed/>
    <w:rsid w:val="00497B11"/>
    <w:pPr>
      <w:widowControl/>
      <w:spacing w:after="120" w:line="276" w:lineRule="auto"/>
      <w:ind w:left="1080"/>
      <w:contextualSpacing/>
      <w:jc w:val="left"/>
    </w:pPr>
    <w:rPr>
      <w:rFonts w:ascii="Times New Roman" w:hAnsi="Times New Roman"/>
      <w:kern w:val="0"/>
      <w:lang w:eastAsia="en-US"/>
      <w14:ligatures w14:val="none"/>
    </w:rPr>
  </w:style>
  <w:style w:type="paragraph" w:styleId="af7">
    <w:name w:val="macro"/>
    <w:link w:val="af8"/>
    <w:uiPriority w:val="99"/>
    <w:unhideWhenUsed/>
    <w:rsid w:val="00497B11"/>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lang w:eastAsia="en-US"/>
      <w14:ligatures w14:val="none"/>
    </w:rPr>
  </w:style>
  <w:style w:type="character" w:customStyle="1" w:styleId="af8">
    <w:name w:val="宏文本 字符"/>
    <w:basedOn w:val="a2"/>
    <w:link w:val="af7"/>
    <w:uiPriority w:val="99"/>
    <w:rsid w:val="00497B11"/>
    <w:rPr>
      <w:rFonts w:ascii="Courier" w:hAnsi="Courier"/>
      <w:kern w:val="0"/>
      <w:sz w:val="20"/>
      <w:szCs w:val="20"/>
      <w:lang w:eastAsia="en-US"/>
      <w14:ligatures w14:val="none"/>
    </w:rPr>
  </w:style>
  <w:style w:type="paragraph" w:styleId="af9">
    <w:name w:val="Quote"/>
    <w:basedOn w:val="a1"/>
    <w:next w:val="a1"/>
    <w:link w:val="afa"/>
    <w:uiPriority w:val="29"/>
    <w:qFormat/>
    <w:rsid w:val="00497B11"/>
    <w:pPr>
      <w:widowControl/>
      <w:spacing w:after="200" w:line="276" w:lineRule="auto"/>
      <w:jc w:val="left"/>
    </w:pPr>
    <w:rPr>
      <w:rFonts w:ascii="Times New Roman" w:hAnsi="Times New Roman"/>
      <w:i/>
      <w:iCs/>
      <w:color w:val="000000" w:themeColor="text1"/>
      <w:kern w:val="0"/>
      <w:lang w:eastAsia="en-US"/>
      <w14:ligatures w14:val="none"/>
    </w:rPr>
  </w:style>
  <w:style w:type="character" w:customStyle="1" w:styleId="afa">
    <w:name w:val="引用 字符"/>
    <w:basedOn w:val="a2"/>
    <w:link w:val="af9"/>
    <w:uiPriority w:val="29"/>
    <w:rsid w:val="00497B11"/>
    <w:rPr>
      <w:rFonts w:ascii="Times New Roman" w:hAnsi="Times New Roman"/>
      <w:i/>
      <w:iCs/>
      <w:color w:val="000000" w:themeColor="text1"/>
      <w:kern w:val="0"/>
      <w:lang w:eastAsia="en-US"/>
      <w14:ligatures w14:val="none"/>
    </w:rPr>
  </w:style>
  <w:style w:type="character" w:styleId="afb">
    <w:name w:val="Strong"/>
    <w:basedOn w:val="a2"/>
    <w:uiPriority w:val="22"/>
    <w:qFormat/>
    <w:rsid w:val="00497B11"/>
    <w:rPr>
      <w:b/>
      <w:bCs/>
    </w:rPr>
  </w:style>
  <w:style w:type="character" w:styleId="afc">
    <w:name w:val="Emphasis"/>
    <w:basedOn w:val="a2"/>
    <w:uiPriority w:val="20"/>
    <w:qFormat/>
    <w:rsid w:val="00497B11"/>
    <w:rPr>
      <w:i/>
      <w:iCs/>
    </w:rPr>
  </w:style>
  <w:style w:type="paragraph" w:styleId="afd">
    <w:name w:val="Intense Quote"/>
    <w:basedOn w:val="a1"/>
    <w:next w:val="a1"/>
    <w:link w:val="afe"/>
    <w:uiPriority w:val="30"/>
    <w:qFormat/>
    <w:rsid w:val="00497B11"/>
    <w:pPr>
      <w:widowControl/>
      <w:pBdr>
        <w:bottom w:val="single" w:sz="4" w:space="4" w:color="4472C4" w:themeColor="accent1"/>
      </w:pBdr>
      <w:spacing w:before="200" w:after="280" w:line="276" w:lineRule="auto"/>
      <w:ind w:left="936" w:right="936"/>
      <w:jc w:val="left"/>
    </w:pPr>
    <w:rPr>
      <w:rFonts w:ascii="Times New Roman" w:hAnsi="Times New Roman"/>
      <w:b/>
      <w:bCs/>
      <w:i/>
      <w:iCs/>
      <w:color w:val="4472C4" w:themeColor="accent1"/>
      <w:kern w:val="0"/>
      <w:lang w:eastAsia="en-US"/>
      <w14:ligatures w14:val="none"/>
    </w:rPr>
  </w:style>
  <w:style w:type="character" w:customStyle="1" w:styleId="afe">
    <w:name w:val="明显引用 字符"/>
    <w:basedOn w:val="a2"/>
    <w:link w:val="afd"/>
    <w:uiPriority w:val="30"/>
    <w:rsid w:val="00497B11"/>
    <w:rPr>
      <w:rFonts w:ascii="Times New Roman" w:hAnsi="Times New Roman"/>
      <w:b/>
      <w:bCs/>
      <w:i/>
      <w:iCs/>
      <w:color w:val="4472C4" w:themeColor="accent1"/>
      <w:kern w:val="0"/>
      <w:lang w:eastAsia="en-US"/>
      <w14:ligatures w14:val="none"/>
    </w:rPr>
  </w:style>
  <w:style w:type="character" w:styleId="aff">
    <w:name w:val="Subtle Emphasis"/>
    <w:basedOn w:val="a2"/>
    <w:uiPriority w:val="19"/>
    <w:qFormat/>
    <w:rsid w:val="00497B11"/>
    <w:rPr>
      <w:i/>
      <w:iCs/>
      <w:color w:val="808080" w:themeColor="text1" w:themeTint="7F"/>
    </w:rPr>
  </w:style>
  <w:style w:type="character" w:styleId="aff0">
    <w:name w:val="Intense Emphasis"/>
    <w:basedOn w:val="a2"/>
    <w:uiPriority w:val="21"/>
    <w:qFormat/>
    <w:rsid w:val="00497B11"/>
    <w:rPr>
      <w:b/>
      <w:bCs/>
      <w:i/>
      <w:iCs/>
      <w:color w:val="4472C4" w:themeColor="accent1"/>
    </w:rPr>
  </w:style>
  <w:style w:type="character" w:styleId="aff1">
    <w:name w:val="Subtle Reference"/>
    <w:basedOn w:val="a2"/>
    <w:uiPriority w:val="31"/>
    <w:qFormat/>
    <w:rsid w:val="00497B11"/>
    <w:rPr>
      <w:smallCaps/>
      <w:color w:val="ED7D31" w:themeColor="accent2"/>
      <w:u w:val="single"/>
    </w:rPr>
  </w:style>
  <w:style w:type="character" w:styleId="aff2">
    <w:name w:val="Intense Reference"/>
    <w:basedOn w:val="a2"/>
    <w:uiPriority w:val="32"/>
    <w:qFormat/>
    <w:rsid w:val="00497B11"/>
    <w:rPr>
      <w:b/>
      <w:bCs/>
      <w:smallCaps/>
      <w:color w:val="ED7D31" w:themeColor="accent2"/>
      <w:spacing w:val="5"/>
      <w:u w:val="single"/>
    </w:rPr>
  </w:style>
  <w:style w:type="character" w:styleId="aff3">
    <w:name w:val="Book Title"/>
    <w:basedOn w:val="a2"/>
    <w:uiPriority w:val="33"/>
    <w:qFormat/>
    <w:rsid w:val="00497B11"/>
    <w:rPr>
      <w:b/>
      <w:bCs/>
      <w:smallCaps/>
      <w:spacing w:val="5"/>
    </w:rPr>
  </w:style>
  <w:style w:type="table" w:styleId="aff4">
    <w:name w:val="Light Shading"/>
    <w:basedOn w:val="a3"/>
    <w:uiPriority w:val="60"/>
    <w:rsid w:val="00497B11"/>
    <w:rPr>
      <w:color w:val="000000" w:themeColor="text1" w:themeShade="BF"/>
      <w:kern w:val="0"/>
      <w:sz w:val="22"/>
      <w:lang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497B11"/>
    <w:rPr>
      <w:color w:val="2F5496" w:themeColor="accent1" w:themeShade="BF"/>
      <w:kern w:val="0"/>
      <w:sz w:val="22"/>
      <w:lang w:eastAsia="en-US"/>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
    <w:name w:val="Light Shading Accent 2"/>
    <w:basedOn w:val="a3"/>
    <w:uiPriority w:val="60"/>
    <w:rsid w:val="00497B11"/>
    <w:rPr>
      <w:color w:val="C45911" w:themeColor="accent2" w:themeShade="BF"/>
      <w:kern w:val="0"/>
      <w:sz w:val="22"/>
      <w:lang w:eastAsia="en-US"/>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rsid w:val="00497B11"/>
    <w:rPr>
      <w:color w:val="7B7B7B" w:themeColor="accent3" w:themeShade="BF"/>
      <w:kern w:val="0"/>
      <w:sz w:val="22"/>
      <w:lang w:eastAsia="en-US"/>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rsid w:val="00497B11"/>
    <w:rPr>
      <w:color w:val="BF8F00" w:themeColor="accent4" w:themeShade="BF"/>
      <w:kern w:val="0"/>
      <w:sz w:val="22"/>
      <w:lang w:eastAsia="en-US"/>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rsid w:val="00497B11"/>
    <w:rPr>
      <w:color w:val="2E74B5" w:themeColor="accent5" w:themeShade="BF"/>
      <w:kern w:val="0"/>
      <w:sz w:val="22"/>
      <w:lang w:eastAsia="en-US"/>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3"/>
    <w:uiPriority w:val="60"/>
    <w:rsid w:val="00497B11"/>
    <w:rPr>
      <w:color w:val="538135" w:themeColor="accent6" w:themeShade="BF"/>
      <w:kern w:val="0"/>
      <w:sz w:val="22"/>
      <w:lang w:eastAsia="en-US"/>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5">
    <w:name w:val="Light List"/>
    <w:basedOn w:val="a3"/>
    <w:uiPriority w:val="61"/>
    <w:rsid w:val="00497B11"/>
    <w:rPr>
      <w:kern w:val="0"/>
      <w:sz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497B11"/>
    <w:rPr>
      <w:kern w:val="0"/>
      <w:sz w:val="22"/>
      <w:lang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0">
    <w:name w:val="Light List Accent 2"/>
    <w:basedOn w:val="a3"/>
    <w:uiPriority w:val="61"/>
    <w:rsid w:val="00497B11"/>
    <w:rPr>
      <w:kern w:val="0"/>
      <w:sz w:val="22"/>
      <w:lang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rsid w:val="00497B11"/>
    <w:rPr>
      <w:kern w:val="0"/>
      <w:sz w:val="22"/>
      <w:lang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rsid w:val="00497B11"/>
    <w:rPr>
      <w:kern w:val="0"/>
      <w:sz w:val="22"/>
      <w:lang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rsid w:val="00497B11"/>
    <w:rPr>
      <w:kern w:val="0"/>
      <w:sz w:val="22"/>
      <w:lang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3"/>
    <w:uiPriority w:val="61"/>
    <w:rsid w:val="00497B11"/>
    <w:rPr>
      <w:kern w:val="0"/>
      <w:sz w:val="22"/>
      <w:lang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6">
    <w:name w:val="Light Grid"/>
    <w:basedOn w:val="a3"/>
    <w:uiPriority w:val="62"/>
    <w:rsid w:val="00497B11"/>
    <w:rPr>
      <w:kern w:val="0"/>
      <w:sz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497B11"/>
    <w:rPr>
      <w:kern w:val="0"/>
      <w:sz w:val="22"/>
      <w:lang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1">
    <w:name w:val="Light Grid Accent 2"/>
    <w:basedOn w:val="a3"/>
    <w:uiPriority w:val="62"/>
    <w:rsid w:val="00497B11"/>
    <w:rPr>
      <w:kern w:val="0"/>
      <w:sz w:val="22"/>
      <w:lang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3"/>
    <w:uiPriority w:val="62"/>
    <w:rsid w:val="00497B11"/>
    <w:rPr>
      <w:kern w:val="0"/>
      <w:sz w:val="22"/>
      <w:lang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1">
    <w:name w:val="Light Grid Accent 4"/>
    <w:basedOn w:val="a3"/>
    <w:uiPriority w:val="62"/>
    <w:rsid w:val="00497B11"/>
    <w:rPr>
      <w:kern w:val="0"/>
      <w:sz w:val="22"/>
      <w:lang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1">
    <w:name w:val="Light Grid Accent 5"/>
    <w:basedOn w:val="a3"/>
    <w:uiPriority w:val="62"/>
    <w:rsid w:val="00497B11"/>
    <w:rPr>
      <w:kern w:val="0"/>
      <w:sz w:val="22"/>
      <w:lang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1">
    <w:name w:val="Light Grid Accent 6"/>
    <w:basedOn w:val="a3"/>
    <w:uiPriority w:val="62"/>
    <w:rsid w:val="00497B11"/>
    <w:rPr>
      <w:kern w:val="0"/>
      <w:sz w:val="22"/>
      <w:lang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2">
    <w:name w:val="Medium Shading 1"/>
    <w:basedOn w:val="a3"/>
    <w:uiPriority w:val="63"/>
    <w:rsid w:val="00497B11"/>
    <w:rPr>
      <w:kern w:val="0"/>
      <w:sz w:val="22"/>
      <w:lang w:eastAsia="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497B11"/>
    <w:rPr>
      <w:kern w:val="0"/>
      <w:sz w:val="22"/>
      <w:lang w:eastAsia="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497B11"/>
    <w:rPr>
      <w:kern w:val="0"/>
      <w:sz w:val="22"/>
      <w:lang w:eastAsia="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497B11"/>
    <w:rPr>
      <w:kern w:val="0"/>
      <w:sz w:val="22"/>
      <w:lang w:eastAsia="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497B11"/>
    <w:rPr>
      <w:kern w:val="0"/>
      <w:sz w:val="22"/>
      <w:lang w:eastAsia="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497B11"/>
    <w:rPr>
      <w:kern w:val="0"/>
      <w:sz w:val="22"/>
      <w:lang w:eastAsia="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497B11"/>
    <w:rPr>
      <w:kern w:val="0"/>
      <w:sz w:val="22"/>
      <w:lang w:eastAsia="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497B11"/>
    <w:rPr>
      <w:kern w:val="0"/>
      <w:sz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497B11"/>
    <w:rPr>
      <w:kern w:val="0"/>
      <w:sz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497B11"/>
    <w:rPr>
      <w:kern w:val="0"/>
      <w:sz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497B11"/>
    <w:rPr>
      <w:kern w:val="0"/>
      <w:sz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497B11"/>
    <w:rPr>
      <w:kern w:val="0"/>
      <w:sz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497B11"/>
    <w:rPr>
      <w:kern w:val="0"/>
      <w:sz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497B11"/>
    <w:rPr>
      <w:kern w:val="0"/>
      <w:sz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
    <w:name w:val="Medium List 1"/>
    <w:basedOn w:val="a3"/>
    <w:uiPriority w:val="65"/>
    <w:rsid w:val="00497B11"/>
    <w:rPr>
      <w:color w:val="000000" w:themeColor="text1"/>
      <w:kern w:val="0"/>
      <w:sz w:val="22"/>
      <w:lang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497B11"/>
    <w:rPr>
      <w:color w:val="000000" w:themeColor="text1"/>
      <w:kern w:val="0"/>
      <w:sz w:val="22"/>
      <w:lang w:eastAsia="en-US"/>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0">
    <w:name w:val="Medium List 1 Accent 2"/>
    <w:basedOn w:val="a3"/>
    <w:uiPriority w:val="65"/>
    <w:rsid w:val="00497B11"/>
    <w:rPr>
      <w:color w:val="000000" w:themeColor="text1"/>
      <w:kern w:val="0"/>
      <w:sz w:val="22"/>
      <w:lang w:eastAsia="en-US"/>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rsid w:val="00497B11"/>
    <w:rPr>
      <w:color w:val="000000" w:themeColor="text1"/>
      <w:kern w:val="0"/>
      <w:sz w:val="22"/>
      <w:lang w:eastAsia="en-US"/>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rsid w:val="00497B11"/>
    <w:rPr>
      <w:color w:val="000000" w:themeColor="text1"/>
      <w:kern w:val="0"/>
      <w:sz w:val="22"/>
      <w:lang w:eastAsia="en-US"/>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rsid w:val="00497B11"/>
    <w:rPr>
      <w:color w:val="000000" w:themeColor="text1"/>
      <w:kern w:val="0"/>
      <w:sz w:val="22"/>
      <w:lang w:eastAsia="en-US"/>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3"/>
    <w:uiPriority w:val="65"/>
    <w:rsid w:val="00497B11"/>
    <w:rPr>
      <w:color w:val="000000" w:themeColor="text1"/>
      <w:kern w:val="0"/>
      <w:sz w:val="22"/>
      <w:lang w:eastAsia="en-US"/>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8">
    <w:name w:val="Medium List 2"/>
    <w:basedOn w:val="a3"/>
    <w:uiPriority w:val="66"/>
    <w:rsid w:val="00497B11"/>
    <w:rPr>
      <w:rFonts w:asciiTheme="majorHAnsi" w:eastAsiaTheme="majorEastAsia" w:hAnsiTheme="majorHAnsi" w:cstheme="majorBidi"/>
      <w:color w:val="000000" w:themeColor="text1"/>
      <w:kern w:val="0"/>
      <w:sz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497B11"/>
    <w:rPr>
      <w:rFonts w:asciiTheme="majorHAnsi" w:eastAsiaTheme="majorEastAsia" w:hAnsiTheme="majorHAnsi" w:cstheme="majorBidi"/>
      <w:color w:val="000000" w:themeColor="text1"/>
      <w:kern w:val="0"/>
      <w:sz w:val="22"/>
      <w:lang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497B11"/>
    <w:rPr>
      <w:rFonts w:asciiTheme="majorHAnsi" w:eastAsiaTheme="majorEastAsia" w:hAnsiTheme="majorHAnsi" w:cstheme="majorBidi"/>
      <w:color w:val="000000" w:themeColor="text1"/>
      <w:kern w:val="0"/>
      <w:sz w:val="22"/>
      <w:lang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497B11"/>
    <w:rPr>
      <w:rFonts w:asciiTheme="majorHAnsi" w:eastAsiaTheme="majorEastAsia" w:hAnsiTheme="majorHAnsi" w:cstheme="majorBidi"/>
      <w:color w:val="000000" w:themeColor="text1"/>
      <w:kern w:val="0"/>
      <w:sz w:val="22"/>
      <w:lang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497B11"/>
    <w:rPr>
      <w:rFonts w:asciiTheme="majorHAnsi" w:eastAsiaTheme="majorEastAsia" w:hAnsiTheme="majorHAnsi" w:cstheme="majorBidi"/>
      <w:color w:val="000000" w:themeColor="text1"/>
      <w:kern w:val="0"/>
      <w:sz w:val="22"/>
      <w:lang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497B11"/>
    <w:rPr>
      <w:rFonts w:asciiTheme="majorHAnsi" w:eastAsiaTheme="majorEastAsia" w:hAnsiTheme="majorHAnsi" w:cstheme="majorBidi"/>
      <w:color w:val="000000" w:themeColor="text1"/>
      <w:kern w:val="0"/>
      <w:sz w:val="22"/>
      <w:lang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497B11"/>
    <w:rPr>
      <w:rFonts w:asciiTheme="majorHAnsi" w:eastAsiaTheme="majorEastAsia" w:hAnsiTheme="majorHAnsi" w:cstheme="majorBidi"/>
      <w:color w:val="000000" w:themeColor="text1"/>
      <w:kern w:val="0"/>
      <w:sz w:val="22"/>
      <w:lang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Grid 1"/>
    <w:basedOn w:val="a3"/>
    <w:uiPriority w:val="67"/>
    <w:rsid w:val="00497B11"/>
    <w:rPr>
      <w:kern w:val="0"/>
      <w:sz w:val="22"/>
      <w:lang w:eastAsia="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497B11"/>
    <w:rPr>
      <w:kern w:val="0"/>
      <w:sz w:val="22"/>
      <w:lang w:eastAsia="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1">
    <w:name w:val="Medium Grid 1 Accent 2"/>
    <w:basedOn w:val="a3"/>
    <w:uiPriority w:val="67"/>
    <w:rsid w:val="00497B11"/>
    <w:rPr>
      <w:kern w:val="0"/>
      <w:sz w:val="22"/>
      <w:lang w:eastAsia="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rsid w:val="00497B11"/>
    <w:rPr>
      <w:kern w:val="0"/>
      <w:sz w:val="22"/>
      <w:lang w:eastAsia="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rsid w:val="00497B11"/>
    <w:rPr>
      <w:kern w:val="0"/>
      <w:sz w:val="22"/>
      <w:lang w:eastAsia="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rsid w:val="00497B11"/>
    <w:rPr>
      <w:kern w:val="0"/>
      <w:sz w:val="22"/>
      <w:lang w:eastAsia="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3"/>
    <w:uiPriority w:val="67"/>
    <w:rsid w:val="00497B11"/>
    <w:rPr>
      <w:kern w:val="0"/>
      <w:sz w:val="22"/>
      <w:lang w:eastAsia="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9">
    <w:name w:val="Medium Grid 2"/>
    <w:basedOn w:val="a3"/>
    <w:uiPriority w:val="68"/>
    <w:rsid w:val="00497B11"/>
    <w:rPr>
      <w:rFonts w:asciiTheme="majorHAnsi" w:eastAsiaTheme="majorEastAsia" w:hAnsiTheme="majorHAnsi" w:cstheme="majorBidi"/>
      <w:color w:val="000000" w:themeColor="text1"/>
      <w:kern w:val="0"/>
      <w:sz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497B11"/>
    <w:rPr>
      <w:rFonts w:asciiTheme="majorHAnsi" w:eastAsiaTheme="majorEastAsia" w:hAnsiTheme="majorHAnsi" w:cstheme="majorBidi"/>
      <w:color w:val="000000" w:themeColor="text1"/>
      <w:kern w:val="0"/>
      <w:sz w:val="22"/>
      <w:lang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497B11"/>
    <w:rPr>
      <w:rFonts w:asciiTheme="majorHAnsi" w:eastAsiaTheme="majorEastAsia" w:hAnsiTheme="majorHAnsi" w:cstheme="majorBidi"/>
      <w:color w:val="000000" w:themeColor="text1"/>
      <w:kern w:val="0"/>
      <w:sz w:val="22"/>
      <w:lang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497B11"/>
    <w:rPr>
      <w:rFonts w:asciiTheme="majorHAnsi" w:eastAsiaTheme="majorEastAsia" w:hAnsiTheme="majorHAnsi" w:cstheme="majorBidi"/>
      <w:color w:val="000000" w:themeColor="text1"/>
      <w:kern w:val="0"/>
      <w:sz w:val="22"/>
      <w:lang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497B11"/>
    <w:rPr>
      <w:rFonts w:asciiTheme="majorHAnsi" w:eastAsiaTheme="majorEastAsia" w:hAnsiTheme="majorHAnsi" w:cstheme="majorBidi"/>
      <w:color w:val="000000" w:themeColor="text1"/>
      <w:kern w:val="0"/>
      <w:sz w:val="22"/>
      <w:lang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497B11"/>
    <w:rPr>
      <w:rFonts w:asciiTheme="majorHAnsi" w:eastAsiaTheme="majorEastAsia" w:hAnsiTheme="majorHAnsi" w:cstheme="majorBidi"/>
      <w:color w:val="000000" w:themeColor="text1"/>
      <w:kern w:val="0"/>
      <w:sz w:val="22"/>
      <w:lang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497B11"/>
    <w:rPr>
      <w:rFonts w:asciiTheme="majorHAnsi" w:eastAsiaTheme="majorEastAsia" w:hAnsiTheme="majorHAnsi" w:cstheme="majorBidi"/>
      <w:color w:val="000000" w:themeColor="text1"/>
      <w:kern w:val="0"/>
      <w:sz w:val="22"/>
      <w:lang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7">
    <w:name w:val="Medium Grid 3"/>
    <w:basedOn w:val="a3"/>
    <w:uiPriority w:val="69"/>
    <w:rsid w:val="00497B11"/>
    <w:rPr>
      <w:kern w:val="0"/>
      <w:sz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497B11"/>
    <w:rPr>
      <w:kern w:val="0"/>
      <w:sz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3"/>
    <w:uiPriority w:val="69"/>
    <w:rsid w:val="00497B11"/>
    <w:rPr>
      <w:kern w:val="0"/>
      <w:sz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rsid w:val="00497B11"/>
    <w:rPr>
      <w:kern w:val="0"/>
      <w:sz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rsid w:val="00497B11"/>
    <w:rPr>
      <w:kern w:val="0"/>
      <w:sz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rsid w:val="00497B11"/>
    <w:rPr>
      <w:kern w:val="0"/>
      <w:sz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3"/>
    <w:uiPriority w:val="69"/>
    <w:rsid w:val="00497B11"/>
    <w:rPr>
      <w:kern w:val="0"/>
      <w:sz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7">
    <w:name w:val="Dark List"/>
    <w:basedOn w:val="a3"/>
    <w:uiPriority w:val="70"/>
    <w:rsid w:val="00497B11"/>
    <w:rPr>
      <w:color w:val="FFFFFF" w:themeColor="background1"/>
      <w:kern w:val="0"/>
      <w:sz w:val="22"/>
      <w:lang w:eastAsia="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497B11"/>
    <w:rPr>
      <w:color w:val="FFFFFF" w:themeColor="background1"/>
      <w:kern w:val="0"/>
      <w:sz w:val="22"/>
      <w:lang w:eastAsia="en-US"/>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3"/>
    <w:uiPriority w:val="70"/>
    <w:rsid w:val="00497B11"/>
    <w:rPr>
      <w:color w:val="FFFFFF" w:themeColor="background1"/>
      <w:kern w:val="0"/>
      <w:sz w:val="22"/>
      <w:lang w:eastAsia="en-US"/>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rsid w:val="00497B11"/>
    <w:rPr>
      <w:color w:val="FFFFFF" w:themeColor="background1"/>
      <w:kern w:val="0"/>
      <w:sz w:val="22"/>
      <w:lang w:eastAsia="en-US"/>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rsid w:val="00497B11"/>
    <w:rPr>
      <w:color w:val="FFFFFF" w:themeColor="background1"/>
      <w:kern w:val="0"/>
      <w:sz w:val="22"/>
      <w:lang w:eastAsia="en-US"/>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rsid w:val="00497B11"/>
    <w:rPr>
      <w:color w:val="FFFFFF" w:themeColor="background1"/>
      <w:kern w:val="0"/>
      <w:sz w:val="22"/>
      <w:lang w:eastAsia="en-US"/>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3"/>
    <w:uiPriority w:val="70"/>
    <w:rsid w:val="00497B11"/>
    <w:rPr>
      <w:color w:val="FFFFFF" w:themeColor="background1"/>
      <w:kern w:val="0"/>
      <w:sz w:val="22"/>
      <w:lang w:eastAsia="en-US"/>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8">
    <w:name w:val="Colorful Shading"/>
    <w:basedOn w:val="a3"/>
    <w:uiPriority w:val="71"/>
    <w:rsid w:val="00497B11"/>
    <w:rPr>
      <w:color w:val="000000" w:themeColor="text1"/>
      <w:kern w:val="0"/>
      <w:sz w:val="22"/>
      <w:lang w:eastAsia="en-US"/>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497B11"/>
    <w:rPr>
      <w:color w:val="000000" w:themeColor="text1"/>
      <w:kern w:val="0"/>
      <w:sz w:val="22"/>
      <w:lang w:eastAsia="en-US"/>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497B11"/>
    <w:rPr>
      <w:color w:val="000000" w:themeColor="text1"/>
      <w:kern w:val="0"/>
      <w:sz w:val="22"/>
      <w:lang w:eastAsia="en-US"/>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497B11"/>
    <w:rPr>
      <w:color w:val="000000" w:themeColor="text1"/>
      <w:kern w:val="0"/>
      <w:sz w:val="22"/>
      <w:lang w:eastAsia="en-US"/>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rsid w:val="00497B11"/>
    <w:rPr>
      <w:color w:val="000000" w:themeColor="text1"/>
      <w:kern w:val="0"/>
      <w:sz w:val="22"/>
      <w:lang w:eastAsia="en-US"/>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497B11"/>
    <w:rPr>
      <w:color w:val="000000" w:themeColor="text1"/>
      <w:kern w:val="0"/>
      <w:sz w:val="22"/>
      <w:lang w:eastAsia="en-US"/>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497B11"/>
    <w:rPr>
      <w:color w:val="000000" w:themeColor="text1"/>
      <w:kern w:val="0"/>
      <w:sz w:val="22"/>
      <w:lang w:eastAsia="en-US"/>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9">
    <w:name w:val="Colorful List"/>
    <w:basedOn w:val="a3"/>
    <w:uiPriority w:val="72"/>
    <w:rsid w:val="00497B11"/>
    <w:rPr>
      <w:color w:val="000000" w:themeColor="text1"/>
      <w:kern w:val="0"/>
      <w:sz w:val="22"/>
      <w:lang w:eastAsia="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497B11"/>
    <w:rPr>
      <w:color w:val="000000" w:themeColor="text1"/>
      <w:kern w:val="0"/>
      <w:sz w:val="22"/>
      <w:lang w:eastAsia="en-US"/>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4">
    <w:name w:val="Colorful List Accent 2"/>
    <w:basedOn w:val="a3"/>
    <w:uiPriority w:val="72"/>
    <w:rsid w:val="00497B11"/>
    <w:rPr>
      <w:color w:val="000000" w:themeColor="text1"/>
      <w:kern w:val="0"/>
      <w:sz w:val="22"/>
      <w:lang w:eastAsia="en-US"/>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rsid w:val="00497B11"/>
    <w:rPr>
      <w:color w:val="000000" w:themeColor="text1"/>
      <w:kern w:val="0"/>
      <w:sz w:val="22"/>
      <w:lang w:eastAsia="en-US"/>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rsid w:val="00497B11"/>
    <w:rPr>
      <w:color w:val="000000" w:themeColor="text1"/>
      <w:kern w:val="0"/>
      <w:sz w:val="22"/>
      <w:lang w:eastAsia="en-US"/>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rsid w:val="00497B11"/>
    <w:rPr>
      <w:color w:val="000000" w:themeColor="text1"/>
      <w:kern w:val="0"/>
      <w:sz w:val="22"/>
      <w:lang w:eastAsia="en-US"/>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4">
    <w:name w:val="Colorful List Accent 6"/>
    <w:basedOn w:val="a3"/>
    <w:uiPriority w:val="72"/>
    <w:rsid w:val="00497B11"/>
    <w:rPr>
      <w:color w:val="000000" w:themeColor="text1"/>
      <w:kern w:val="0"/>
      <w:sz w:val="22"/>
      <w:lang w:eastAsia="en-US"/>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a">
    <w:name w:val="Colorful Grid"/>
    <w:basedOn w:val="a3"/>
    <w:uiPriority w:val="73"/>
    <w:rsid w:val="00497B11"/>
    <w:rPr>
      <w:color w:val="000000" w:themeColor="text1"/>
      <w:kern w:val="0"/>
      <w:sz w:val="22"/>
      <w:lang w:eastAsia="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497B11"/>
    <w:rPr>
      <w:color w:val="000000" w:themeColor="text1"/>
      <w:kern w:val="0"/>
      <w:sz w:val="22"/>
      <w:lang w:eastAsia="en-US"/>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5">
    <w:name w:val="Colorful Grid Accent 2"/>
    <w:basedOn w:val="a3"/>
    <w:uiPriority w:val="73"/>
    <w:rsid w:val="00497B11"/>
    <w:rPr>
      <w:color w:val="000000" w:themeColor="text1"/>
      <w:kern w:val="0"/>
      <w:sz w:val="22"/>
      <w:lang w:eastAsia="en-US"/>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rsid w:val="00497B11"/>
    <w:rPr>
      <w:color w:val="000000" w:themeColor="text1"/>
      <w:kern w:val="0"/>
      <w:sz w:val="22"/>
      <w:lang w:eastAsia="en-US"/>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rsid w:val="00497B11"/>
    <w:rPr>
      <w:color w:val="000000" w:themeColor="text1"/>
      <w:kern w:val="0"/>
      <w:sz w:val="22"/>
      <w:lang w:eastAsia="en-US"/>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rsid w:val="00497B11"/>
    <w:rPr>
      <w:color w:val="000000" w:themeColor="text1"/>
      <w:kern w:val="0"/>
      <w:sz w:val="22"/>
      <w:lang w:eastAsia="en-US"/>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5">
    <w:name w:val="Colorful Grid Accent 6"/>
    <w:basedOn w:val="a3"/>
    <w:uiPriority w:val="73"/>
    <w:rsid w:val="00497B11"/>
    <w:rPr>
      <w:color w:val="000000" w:themeColor="text1"/>
      <w:kern w:val="0"/>
      <w:sz w:val="22"/>
      <w:lang w:eastAsia="en-US"/>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affb">
    <w:name w:val="annotation reference"/>
    <w:basedOn w:val="a2"/>
    <w:uiPriority w:val="99"/>
    <w:semiHidden/>
    <w:unhideWhenUsed/>
    <w:rsid w:val="00497B11"/>
    <w:rPr>
      <w:sz w:val="21"/>
      <w:szCs w:val="21"/>
    </w:rPr>
  </w:style>
  <w:style w:type="paragraph" w:styleId="affc">
    <w:name w:val="annotation text"/>
    <w:basedOn w:val="a1"/>
    <w:link w:val="affd"/>
    <w:uiPriority w:val="99"/>
    <w:semiHidden/>
    <w:unhideWhenUsed/>
    <w:rsid w:val="00497B11"/>
    <w:pPr>
      <w:jc w:val="left"/>
    </w:pPr>
    <w:rPr>
      <w:rFonts w:ascii="Times New Roman" w:eastAsia="宋体" w:hAnsi="Times New Roman"/>
    </w:rPr>
  </w:style>
  <w:style w:type="character" w:customStyle="1" w:styleId="affd">
    <w:name w:val="批注文字 字符"/>
    <w:basedOn w:val="a2"/>
    <w:link w:val="affc"/>
    <w:uiPriority w:val="99"/>
    <w:semiHidden/>
    <w:rsid w:val="00497B11"/>
    <w:rPr>
      <w:rFonts w:ascii="Times New Roman" w:eastAsia="宋体" w:hAnsi="Times New Roman"/>
    </w:rPr>
  </w:style>
  <w:style w:type="table" w:customStyle="1" w:styleId="15">
    <w:name w:val="网格型1"/>
    <w:basedOn w:val="a3"/>
    <w:next w:val="ad"/>
    <w:uiPriority w:val="39"/>
    <w:rsid w:val="00497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Revision"/>
    <w:hidden/>
    <w:uiPriority w:val="99"/>
    <w:semiHidden/>
    <w:rsid w:val="00E67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6.png"/><Relationship Id="rId63" Type="http://schemas.openxmlformats.org/officeDocument/2006/relationships/fontTable" Target="fontTable.xml"/><Relationship Id="rId7" Type="http://schemas.openxmlformats.org/officeDocument/2006/relationships/hyperlink" Target="mailto:95431111@qq.com"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emf"/><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4.png"/><Relationship Id="rId58" Type="http://schemas.openxmlformats.org/officeDocument/2006/relationships/image" Target="media/image49.emf"/><Relationship Id="rId5" Type="http://schemas.openxmlformats.org/officeDocument/2006/relationships/footnotes" Target="footnotes.xml"/><Relationship Id="rId61" Type="http://schemas.openxmlformats.org/officeDocument/2006/relationships/oleObject" Target="embeddings/oleObject3.bin"/><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7.png"/><Relationship Id="rId64" Type="http://schemas.openxmlformats.org/officeDocument/2006/relationships/theme" Target="theme/theme1.xml"/><Relationship Id="rId8" Type="http://schemas.openxmlformats.org/officeDocument/2006/relationships/hyperlink" Target="mailto:punopematenzin@mail.kib.ac.cn" TargetMode="External"/><Relationship Id="rId51" Type="http://schemas.openxmlformats.org/officeDocument/2006/relationships/image" Target="media/image43.emf"/><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oleObject" Target="embeddings/oleObject2.bin"/><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png"/><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oleObject" Target="embeddings/oleObject1.bin"/><Relationship Id="rId60" Type="http://schemas.openxmlformats.org/officeDocument/2006/relationships/image" Target="media/image50.emf"/><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61</Pages>
  <Words>8460</Words>
  <Characters>48226</Characters>
  <Application>Microsoft Office Word</Application>
  <DocSecurity>0</DocSecurity>
  <Lines>401</Lines>
  <Paragraphs>113</Paragraphs>
  <ScaleCrop>false</ScaleCrop>
  <Company/>
  <LinksUpToDate>false</LinksUpToDate>
  <CharactersWithSpaces>56573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琦秀 海</dc:creator>
  <cp:keywords/>
  <dc:description/>
  <cp:lastModifiedBy>坤 胡</cp:lastModifiedBy>
  <cp:revision>9</cp:revision>
  <dcterms:created xsi:type="dcterms:W3CDTF">2024-07-02T03:49:00Z</dcterms:created>
  <dcterms:modified xsi:type="dcterms:W3CDTF">2024-07-03T11:01:00Z</dcterms:modified>
</cp:coreProperties>
</file>