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4E272" w14:textId="77777777" w:rsidR="0018305F" w:rsidRPr="00F47EEB" w:rsidRDefault="00000000" w:rsidP="004E6A49">
      <w:pPr>
        <w:pStyle w:val="berschrift1"/>
        <w:rPr>
          <w:sz w:val="24"/>
          <w:szCs w:val="24"/>
        </w:rPr>
      </w:pPr>
      <w:r w:rsidRPr="00F47EEB">
        <w:rPr>
          <w:sz w:val="24"/>
          <w:szCs w:val="24"/>
        </w:rPr>
        <w:t>Appendix A: Questionnaire items</w:t>
      </w:r>
    </w:p>
    <w:p w14:paraId="036004FC" w14:textId="77777777" w:rsidR="0018305F" w:rsidRDefault="00000000">
      <w:pPr>
        <w:spacing w:after="80"/>
      </w:pPr>
      <w:r>
        <w:rPr>
          <w:b/>
        </w:rPr>
        <w:t xml:space="preserve">Note. </w:t>
      </w:r>
      <w:r>
        <w:t>The questionnaire was implemented in LimeSurvey and administered in German. The German item wording below follows the original survey export; English translations are provided for readability and reproducibility. The questionnaire comprised the System Usability Scale (SUS), additional Likert-scale items assessing TMS functionalities, yes/no items on perceived benefits in practice, open-ended questions, and participant characteristics.</w:t>
      </w:r>
    </w:p>
    <w:p w14:paraId="15ABFBA9" w14:textId="77777777" w:rsidR="0018305F" w:rsidRPr="00F47EEB" w:rsidRDefault="00000000" w:rsidP="004E6A49">
      <w:pPr>
        <w:pStyle w:val="berschrift2"/>
        <w:rPr>
          <w:sz w:val="24"/>
          <w:szCs w:val="24"/>
        </w:rPr>
      </w:pPr>
      <w:r w:rsidRPr="00F47EEB">
        <w:rPr>
          <w:sz w:val="24"/>
          <w:szCs w:val="24"/>
        </w:rPr>
        <w:t>A.1 System Usability Scale</w:t>
      </w:r>
    </w:p>
    <w:p w14:paraId="01E23A25" w14:textId="77777777" w:rsidR="0018305F" w:rsidRDefault="00000000">
      <w:pPr>
        <w:spacing w:after="80"/>
      </w:pPr>
      <w:r>
        <w:t>Introductory text (German): Hier fragen wir die Benutzerfreundlichkeit und Gebrauchstauglichkeit des Therapie/Monitoring Systems (TMS) ab. In der Folge haben Sie auch die Möglichkeit, eine ausführlichere Rückmeldung zu geben.</w:t>
      </w:r>
    </w:p>
    <w:p w14:paraId="5EDD564F" w14:textId="77777777" w:rsidR="0018305F" w:rsidRDefault="00000000">
      <w:pPr>
        <w:spacing w:after="80"/>
      </w:pPr>
      <w:r>
        <w:t>Introductory text (English): This section asks about the user-friendliness and usability of the Therapy/Monitoring System (TMS). You will also have the opportunity to provide more detailed feedback afterwards.</w:t>
      </w:r>
    </w:p>
    <w:p w14:paraId="6C450FBB" w14:textId="77777777" w:rsidR="0018305F" w:rsidRDefault="00000000">
      <w:pPr>
        <w:spacing w:after="80"/>
      </w:pPr>
      <w:r>
        <w:t>Response format (German): 5-point Likert scale: Stimme überhaupt nicht zu / Stimme nicht zu / Stimme weder zu noch lehne ab / Stimme zu / Stimme voll und ganz zu</w:t>
      </w:r>
    </w:p>
    <w:p w14:paraId="30797384" w14:textId="77777777" w:rsidR="0018305F" w:rsidRDefault="00000000">
      <w:pPr>
        <w:spacing w:after="80"/>
      </w:pPr>
      <w:r>
        <w:t>Response format (English): 5-point Likert scale: Strongly disagree / Disagree / Neither agree nor disagree / Agree / Strongly agree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571"/>
        <w:gridCol w:w="6835"/>
        <w:gridCol w:w="6834"/>
      </w:tblGrid>
      <w:tr w:rsidR="0018305F" w14:paraId="1FFE309A" w14:textId="77777777">
        <w:trPr>
          <w:tblHeader/>
          <w:jc w:val="center"/>
        </w:trPr>
        <w:tc>
          <w:tcPr>
            <w:tcW w:w="1584" w:type="dxa"/>
            <w:shd w:val="clear" w:color="auto" w:fill="D9EAF7"/>
            <w:vAlign w:val="center"/>
          </w:tcPr>
          <w:p w14:paraId="3E516F16" w14:textId="77777777" w:rsidR="0018305F" w:rsidRDefault="00000000">
            <w:r>
              <w:rPr>
                <w:b/>
                <w:sz w:val="17"/>
              </w:rPr>
              <w:t>Code</w:t>
            </w:r>
          </w:p>
        </w:tc>
        <w:tc>
          <w:tcPr>
            <w:tcW w:w="6912" w:type="dxa"/>
            <w:shd w:val="clear" w:color="auto" w:fill="D9EAF7"/>
            <w:vAlign w:val="center"/>
          </w:tcPr>
          <w:p w14:paraId="551F7A8E" w14:textId="77777777" w:rsidR="0018305F" w:rsidRDefault="00000000">
            <w:r>
              <w:rPr>
                <w:b/>
                <w:sz w:val="17"/>
              </w:rPr>
              <w:t>German item wording</w:t>
            </w:r>
          </w:p>
        </w:tc>
        <w:tc>
          <w:tcPr>
            <w:tcW w:w="6912" w:type="dxa"/>
            <w:shd w:val="clear" w:color="auto" w:fill="D9EAF7"/>
            <w:vAlign w:val="center"/>
          </w:tcPr>
          <w:p w14:paraId="33AD7214" w14:textId="77777777" w:rsidR="0018305F" w:rsidRDefault="00000000">
            <w:r>
              <w:rPr>
                <w:b/>
                <w:sz w:val="17"/>
              </w:rPr>
              <w:t>English translation</w:t>
            </w:r>
          </w:p>
        </w:tc>
      </w:tr>
      <w:tr w:rsidR="0018305F" w14:paraId="1F9EE858" w14:textId="77777777">
        <w:trPr>
          <w:jc w:val="center"/>
        </w:trPr>
        <w:tc>
          <w:tcPr>
            <w:tcW w:w="1584" w:type="dxa"/>
          </w:tcPr>
          <w:p w14:paraId="759B346C" w14:textId="77777777" w:rsidR="0018305F" w:rsidRDefault="00000000">
            <w:r>
              <w:rPr>
                <w:sz w:val="17"/>
              </w:rPr>
              <w:t>SUS1</w:t>
            </w:r>
          </w:p>
        </w:tc>
        <w:tc>
          <w:tcPr>
            <w:tcW w:w="6912" w:type="dxa"/>
          </w:tcPr>
          <w:p w14:paraId="5E370114" w14:textId="77777777" w:rsidR="0018305F" w:rsidRDefault="00000000">
            <w:r>
              <w:rPr>
                <w:sz w:val="17"/>
              </w:rPr>
              <w:t>Ich kann mir sehr gut vorstellen, das Therapie/Monitoring Systems (TMS) regelmäßig zu nutzen.</w:t>
            </w:r>
          </w:p>
        </w:tc>
        <w:tc>
          <w:tcPr>
            <w:tcW w:w="6912" w:type="dxa"/>
          </w:tcPr>
          <w:p w14:paraId="7F314131" w14:textId="30288251" w:rsidR="0018305F" w:rsidRPr="004E6A49" w:rsidRDefault="00000000">
            <w:pPr>
              <w:rPr>
                <w:sz w:val="17"/>
              </w:rPr>
            </w:pPr>
            <w:r>
              <w:rPr>
                <w:sz w:val="17"/>
              </w:rPr>
              <w:t>I</w:t>
            </w:r>
            <w:r w:rsidR="004E6A49">
              <w:rPr>
                <w:sz w:val="17"/>
              </w:rPr>
              <w:t xml:space="preserve"> think that I would like to use the </w:t>
            </w:r>
            <w:r>
              <w:rPr>
                <w:sz w:val="17"/>
              </w:rPr>
              <w:t xml:space="preserve">Therapy/Monitoring System (TMS) </w:t>
            </w:r>
            <w:r w:rsidR="004E6A49">
              <w:rPr>
                <w:sz w:val="17"/>
              </w:rPr>
              <w:t>frequently.</w:t>
            </w:r>
          </w:p>
        </w:tc>
      </w:tr>
      <w:tr w:rsidR="0018305F" w14:paraId="44B82E8F" w14:textId="77777777">
        <w:trPr>
          <w:jc w:val="center"/>
        </w:trPr>
        <w:tc>
          <w:tcPr>
            <w:tcW w:w="1584" w:type="dxa"/>
          </w:tcPr>
          <w:p w14:paraId="2E442F0B" w14:textId="77777777" w:rsidR="0018305F" w:rsidRDefault="00000000">
            <w:r>
              <w:rPr>
                <w:sz w:val="17"/>
              </w:rPr>
              <w:t>SUS2</w:t>
            </w:r>
          </w:p>
        </w:tc>
        <w:tc>
          <w:tcPr>
            <w:tcW w:w="6912" w:type="dxa"/>
          </w:tcPr>
          <w:p w14:paraId="08CD7FE2" w14:textId="77777777" w:rsidR="0018305F" w:rsidRDefault="00000000">
            <w:r>
              <w:rPr>
                <w:sz w:val="17"/>
              </w:rPr>
              <w:t>Ich empfinde das TMS als unnötig komplex.</w:t>
            </w:r>
          </w:p>
        </w:tc>
        <w:tc>
          <w:tcPr>
            <w:tcW w:w="6912" w:type="dxa"/>
          </w:tcPr>
          <w:p w14:paraId="4EAFAE22" w14:textId="336BB045" w:rsidR="0018305F" w:rsidRPr="004E6A49" w:rsidRDefault="004E6A49">
            <w:pPr>
              <w:rPr>
                <w:sz w:val="17"/>
              </w:rPr>
            </w:pPr>
            <w:r w:rsidRPr="004E6A49">
              <w:rPr>
                <w:sz w:val="17"/>
              </w:rPr>
              <w:t xml:space="preserve">I </w:t>
            </w:r>
            <w:r w:rsidRPr="004E6A49">
              <w:rPr>
                <w:sz w:val="17"/>
              </w:rPr>
              <w:t xml:space="preserve">found the </w:t>
            </w:r>
            <w:r w:rsidRPr="004E6A49">
              <w:rPr>
                <w:sz w:val="17"/>
              </w:rPr>
              <w:t>TMS</w:t>
            </w:r>
            <w:r w:rsidRPr="004E6A49">
              <w:rPr>
                <w:sz w:val="17"/>
              </w:rPr>
              <w:t xml:space="preserve"> unnecessarily complex.</w:t>
            </w:r>
          </w:p>
        </w:tc>
      </w:tr>
      <w:tr w:rsidR="0018305F" w14:paraId="3CE05811" w14:textId="77777777">
        <w:trPr>
          <w:jc w:val="center"/>
        </w:trPr>
        <w:tc>
          <w:tcPr>
            <w:tcW w:w="1584" w:type="dxa"/>
          </w:tcPr>
          <w:p w14:paraId="68DF067A" w14:textId="77777777" w:rsidR="0018305F" w:rsidRDefault="00000000">
            <w:r>
              <w:rPr>
                <w:sz w:val="17"/>
              </w:rPr>
              <w:t>SUS3</w:t>
            </w:r>
          </w:p>
        </w:tc>
        <w:tc>
          <w:tcPr>
            <w:tcW w:w="6912" w:type="dxa"/>
          </w:tcPr>
          <w:p w14:paraId="4F08710D" w14:textId="77777777" w:rsidR="0018305F" w:rsidRDefault="00000000">
            <w:r>
              <w:rPr>
                <w:sz w:val="17"/>
              </w:rPr>
              <w:t>Ich empfinde das TMS als einfach zu nutzen.</w:t>
            </w:r>
          </w:p>
        </w:tc>
        <w:tc>
          <w:tcPr>
            <w:tcW w:w="6912" w:type="dxa"/>
          </w:tcPr>
          <w:p w14:paraId="11E5EDCC" w14:textId="70A98DF7" w:rsidR="0018305F" w:rsidRDefault="004E6A49">
            <w:r w:rsidRPr="004E6A49">
              <w:rPr>
                <w:sz w:val="17"/>
              </w:rPr>
              <w:t xml:space="preserve">I thought the </w:t>
            </w:r>
            <w:r>
              <w:rPr>
                <w:sz w:val="17"/>
              </w:rPr>
              <w:t xml:space="preserve">TMS </w:t>
            </w:r>
            <w:r w:rsidRPr="004E6A49">
              <w:rPr>
                <w:sz w:val="17"/>
              </w:rPr>
              <w:t>was easy to use.</w:t>
            </w:r>
          </w:p>
        </w:tc>
      </w:tr>
      <w:tr w:rsidR="0018305F" w14:paraId="06A6B00F" w14:textId="77777777">
        <w:trPr>
          <w:jc w:val="center"/>
        </w:trPr>
        <w:tc>
          <w:tcPr>
            <w:tcW w:w="1584" w:type="dxa"/>
          </w:tcPr>
          <w:p w14:paraId="059F5D6B" w14:textId="77777777" w:rsidR="0018305F" w:rsidRDefault="00000000">
            <w:r>
              <w:rPr>
                <w:sz w:val="17"/>
              </w:rPr>
              <w:t>SUS4</w:t>
            </w:r>
          </w:p>
        </w:tc>
        <w:tc>
          <w:tcPr>
            <w:tcW w:w="6912" w:type="dxa"/>
          </w:tcPr>
          <w:p w14:paraId="4DCF9229" w14:textId="77777777" w:rsidR="0018305F" w:rsidRDefault="00000000">
            <w:r>
              <w:rPr>
                <w:sz w:val="17"/>
              </w:rPr>
              <w:t>Ich denke, dass ich technischen Support brauchen würde, um das TMS zu nutzen.</w:t>
            </w:r>
          </w:p>
        </w:tc>
        <w:tc>
          <w:tcPr>
            <w:tcW w:w="6912" w:type="dxa"/>
          </w:tcPr>
          <w:p w14:paraId="2F2702E4" w14:textId="5BD42D33" w:rsidR="0018305F" w:rsidRDefault="004E6A49">
            <w:r w:rsidRPr="004E6A49">
              <w:rPr>
                <w:sz w:val="17"/>
              </w:rPr>
              <w:t>I think that I would need the support of a technical person to be able to use th</w:t>
            </w:r>
            <w:r>
              <w:rPr>
                <w:sz w:val="17"/>
              </w:rPr>
              <w:t>e TMS</w:t>
            </w:r>
            <w:r w:rsidRPr="004E6A49">
              <w:rPr>
                <w:sz w:val="17"/>
              </w:rPr>
              <w:t>.</w:t>
            </w:r>
          </w:p>
        </w:tc>
      </w:tr>
      <w:tr w:rsidR="0018305F" w14:paraId="4B88B859" w14:textId="77777777">
        <w:trPr>
          <w:jc w:val="center"/>
        </w:trPr>
        <w:tc>
          <w:tcPr>
            <w:tcW w:w="1584" w:type="dxa"/>
          </w:tcPr>
          <w:p w14:paraId="43BCF103" w14:textId="77777777" w:rsidR="0018305F" w:rsidRDefault="00000000">
            <w:r>
              <w:rPr>
                <w:sz w:val="17"/>
              </w:rPr>
              <w:t>SUS5</w:t>
            </w:r>
          </w:p>
        </w:tc>
        <w:tc>
          <w:tcPr>
            <w:tcW w:w="6912" w:type="dxa"/>
          </w:tcPr>
          <w:p w14:paraId="4276D775" w14:textId="77777777" w:rsidR="0018305F" w:rsidRDefault="00000000">
            <w:r>
              <w:rPr>
                <w:sz w:val="17"/>
              </w:rPr>
              <w:t>Ich finde, dass die verschiedenen Funktionen des TMS gut integriert sind.</w:t>
            </w:r>
          </w:p>
        </w:tc>
        <w:tc>
          <w:tcPr>
            <w:tcW w:w="6912" w:type="dxa"/>
          </w:tcPr>
          <w:p w14:paraId="64347566" w14:textId="77777777" w:rsidR="0018305F" w:rsidRDefault="00000000">
            <w:r>
              <w:rPr>
                <w:sz w:val="17"/>
              </w:rPr>
              <w:t>I find that the different functions of the TMS are well integrated.</w:t>
            </w:r>
          </w:p>
        </w:tc>
      </w:tr>
      <w:tr w:rsidR="0018305F" w14:paraId="3D78EB64" w14:textId="77777777">
        <w:trPr>
          <w:jc w:val="center"/>
        </w:trPr>
        <w:tc>
          <w:tcPr>
            <w:tcW w:w="1584" w:type="dxa"/>
          </w:tcPr>
          <w:p w14:paraId="5715168E" w14:textId="77777777" w:rsidR="0018305F" w:rsidRDefault="00000000">
            <w:r>
              <w:rPr>
                <w:sz w:val="17"/>
              </w:rPr>
              <w:t>SUS6</w:t>
            </w:r>
          </w:p>
        </w:tc>
        <w:tc>
          <w:tcPr>
            <w:tcW w:w="6912" w:type="dxa"/>
          </w:tcPr>
          <w:p w14:paraId="5F0F38D3" w14:textId="77777777" w:rsidR="0018305F" w:rsidRDefault="00000000">
            <w:r>
              <w:rPr>
                <w:sz w:val="17"/>
              </w:rPr>
              <w:t>Ich finde, dass es im TMS zu viele Inkonsistenzen gibt.</w:t>
            </w:r>
          </w:p>
        </w:tc>
        <w:tc>
          <w:tcPr>
            <w:tcW w:w="6912" w:type="dxa"/>
          </w:tcPr>
          <w:p w14:paraId="6603DE6D" w14:textId="7D93CF8D" w:rsidR="0018305F" w:rsidRDefault="004E6A49">
            <w:r w:rsidRPr="004E6A49">
              <w:rPr>
                <w:sz w:val="17"/>
              </w:rPr>
              <w:t xml:space="preserve">I thought there was too much inconsistency in </w:t>
            </w:r>
            <w:r>
              <w:rPr>
                <w:sz w:val="17"/>
              </w:rPr>
              <w:t>the TMS</w:t>
            </w:r>
            <w:r w:rsidRPr="004E6A49">
              <w:rPr>
                <w:sz w:val="17"/>
              </w:rPr>
              <w:t>.</w:t>
            </w:r>
          </w:p>
        </w:tc>
      </w:tr>
      <w:tr w:rsidR="0018305F" w14:paraId="69F11E53" w14:textId="77777777">
        <w:trPr>
          <w:jc w:val="center"/>
        </w:trPr>
        <w:tc>
          <w:tcPr>
            <w:tcW w:w="1584" w:type="dxa"/>
          </w:tcPr>
          <w:p w14:paraId="62EB3577" w14:textId="77777777" w:rsidR="0018305F" w:rsidRDefault="00000000">
            <w:r>
              <w:rPr>
                <w:sz w:val="17"/>
              </w:rPr>
              <w:t>SUS7</w:t>
            </w:r>
          </w:p>
        </w:tc>
        <w:tc>
          <w:tcPr>
            <w:tcW w:w="6912" w:type="dxa"/>
          </w:tcPr>
          <w:p w14:paraId="746F03C6" w14:textId="77777777" w:rsidR="0018305F" w:rsidRDefault="00000000">
            <w:r>
              <w:rPr>
                <w:sz w:val="17"/>
              </w:rPr>
              <w:t>Ich kann mir vorstellen, dass die meisten Leute das TMS schnell zu beherrschen lernen.</w:t>
            </w:r>
          </w:p>
        </w:tc>
        <w:tc>
          <w:tcPr>
            <w:tcW w:w="6912" w:type="dxa"/>
          </w:tcPr>
          <w:p w14:paraId="61F0B232" w14:textId="23586EF8" w:rsidR="0018305F" w:rsidRDefault="004E6A49">
            <w:r w:rsidRPr="004E6A49">
              <w:rPr>
                <w:sz w:val="17"/>
              </w:rPr>
              <w:t xml:space="preserve">I </w:t>
            </w:r>
            <w:proofErr w:type="gramStart"/>
            <w:r w:rsidRPr="004E6A49">
              <w:rPr>
                <w:sz w:val="17"/>
              </w:rPr>
              <w:t>would imagine</w:t>
            </w:r>
            <w:proofErr w:type="gramEnd"/>
            <w:r w:rsidRPr="004E6A49">
              <w:rPr>
                <w:sz w:val="17"/>
              </w:rPr>
              <w:t xml:space="preserve"> that most people would learn to use </w:t>
            </w:r>
            <w:r>
              <w:rPr>
                <w:sz w:val="17"/>
              </w:rPr>
              <w:t>the TMS</w:t>
            </w:r>
            <w:r w:rsidRPr="004E6A49">
              <w:rPr>
                <w:sz w:val="17"/>
              </w:rPr>
              <w:t xml:space="preserve"> very quickly.</w:t>
            </w:r>
          </w:p>
        </w:tc>
      </w:tr>
      <w:tr w:rsidR="0018305F" w14:paraId="380359FF" w14:textId="77777777">
        <w:trPr>
          <w:jc w:val="center"/>
        </w:trPr>
        <w:tc>
          <w:tcPr>
            <w:tcW w:w="1584" w:type="dxa"/>
          </w:tcPr>
          <w:p w14:paraId="62254126" w14:textId="77777777" w:rsidR="0018305F" w:rsidRDefault="00000000">
            <w:r>
              <w:rPr>
                <w:sz w:val="17"/>
              </w:rPr>
              <w:t>SUS8</w:t>
            </w:r>
          </w:p>
        </w:tc>
        <w:tc>
          <w:tcPr>
            <w:tcW w:w="6912" w:type="dxa"/>
          </w:tcPr>
          <w:p w14:paraId="4A413754" w14:textId="77777777" w:rsidR="0018305F" w:rsidRDefault="00000000">
            <w:r>
              <w:rPr>
                <w:sz w:val="17"/>
              </w:rPr>
              <w:t>Ich empfinde die Bedienung als sehr umständlich.</w:t>
            </w:r>
          </w:p>
        </w:tc>
        <w:tc>
          <w:tcPr>
            <w:tcW w:w="6912" w:type="dxa"/>
          </w:tcPr>
          <w:p w14:paraId="42F47A44" w14:textId="243DC251" w:rsidR="0018305F" w:rsidRDefault="004E6A49">
            <w:r w:rsidRPr="004E6A49">
              <w:rPr>
                <w:sz w:val="17"/>
              </w:rPr>
              <w:t xml:space="preserve">I found the </w:t>
            </w:r>
            <w:r>
              <w:rPr>
                <w:sz w:val="17"/>
              </w:rPr>
              <w:t>TMS</w:t>
            </w:r>
            <w:r w:rsidRPr="004E6A49">
              <w:rPr>
                <w:sz w:val="17"/>
              </w:rPr>
              <w:t xml:space="preserve"> very cumbersome to use.</w:t>
            </w:r>
          </w:p>
        </w:tc>
      </w:tr>
      <w:tr w:rsidR="0018305F" w14:paraId="32D50E81" w14:textId="77777777">
        <w:trPr>
          <w:jc w:val="center"/>
        </w:trPr>
        <w:tc>
          <w:tcPr>
            <w:tcW w:w="1584" w:type="dxa"/>
          </w:tcPr>
          <w:p w14:paraId="73A05690" w14:textId="77777777" w:rsidR="0018305F" w:rsidRDefault="00000000">
            <w:r>
              <w:rPr>
                <w:sz w:val="17"/>
              </w:rPr>
              <w:t>SUS9</w:t>
            </w:r>
          </w:p>
        </w:tc>
        <w:tc>
          <w:tcPr>
            <w:tcW w:w="6912" w:type="dxa"/>
          </w:tcPr>
          <w:p w14:paraId="6925C4BA" w14:textId="77777777" w:rsidR="0018305F" w:rsidRDefault="00000000">
            <w:r>
              <w:rPr>
                <w:sz w:val="17"/>
              </w:rPr>
              <w:t>Ich habe mich bei der Nutzung des TMS sehr sicher gefühlt.</w:t>
            </w:r>
          </w:p>
        </w:tc>
        <w:tc>
          <w:tcPr>
            <w:tcW w:w="6912" w:type="dxa"/>
          </w:tcPr>
          <w:p w14:paraId="68F8FB7E" w14:textId="1B35A29D" w:rsidR="0018305F" w:rsidRDefault="004E6A49">
            <w:r w:rsidRPr="004E6A49">
              <w:rPr>
                <w:sz w:val="17"/>
              </w:rPr>
              <w:t xml:space="preserve">I felt very confident using the </w:t>
            </w:r>
            <w:r>
              <w:rPr>
                <w:sz w:val="17"/>
              </w:rPr>
              <w:t>TMS</w:t>
            </w:r>
            <w:r w:rsidRPr="004E6A49">
              <w:rPr>
                <w:sz w:val="17"/>
              </w:rPr>
              <w:t>.</w:t>
            </w:r>
          </w:p>
        </w:tc>
      </w:tr>
      <w:tr w:rsidR="0018305F" w14:paraId="0B9FFDA0" w14:textId="77777777">
        <w:trPr>
          <w:jc w:val="center"/>
        </w:trPr>
        <w:tc>
          <w:tcPr>
            <w:tcW w:w="1584" w:type="dxa"/>
          </w:tcPr>
          <w:p w14:paraId="329A3CC3" w14:textId="77777777" w:rsidR="0018305F" w:rsidRDefault="00000000">
            <w:r>
              <w:rPr>
                <w:sz w:val="17"/>
              </w:rPr>
              <w:t>SUS10</w:t>
            </w:r>
          </w:p>
        </w:tc>
        <w:tc>
          <w:tcPr>
            <w:tcW w:w="6912" w:type="dxa"/>
          </w:tcPr>
          <w:p w14:paraId="6219CCC5" w14:textId="77777777" w:rsidR="0018305F" w:rsidRDefault="00000000">
            <w:r>
              <w:rPr>
                <w:sz w:val="17"/>
              </w:rPr>
              <w:t>Ich musste eine Menge Dinge lernen, bevor ich mit dem TMS arbeiten konnte.</w:t>
            </w:r>
          </w:p>
        </w:tc>
        <w:tc>
          <w:tcPr>
            <w:tcW w:w="6912" w:type="dxa"/>
          </w:tcPr>
          <w:p w14:paraId="12D189CB" w14:textId="7A9C88DB" w:rsidR="0018305F" w:rsidRDefault="004E6A49">
            <w:r w:rsidRPr="004E6A49">
              <w:rPr>
                <w:sz w:val="17"/>
              </w:rPr>
              <w:t>I needed to learn a lot of things before I could get going with th</w:t>
            </w:r>
            <w:r>
              <w:rPr>
                <w:sz w:val="17"/>
              </w:rPr>
              <w:t>e TMS</w:t>
            </w:r>
            <w:r w:rsidRPr="004E6A49">
              <w:rPr>
                <w:sz w:val="17"/>
              </w:rPr>
              <w:t>.</w:t>
            </w:r>
          </w:p>
        </w:tc>
      </w:tr>
      <w:tr w:rsidR="0018305F" w14:paraId="354DC266" w14:textId="77777777">
        <w:trPr>
          <w:jc w:val="center"/>
        </w:trPr>
        <w:tc>
          <w:tcPr>
            <w:tcW w:w="1584" w:type="dxa"/>
          </w:tcPr>
          <w:p w14:paraId="13D1A48A" w14:textId="77777777" w:rsidR="0018305F" w:rsidRDefault="00000000">
            <w:r>
              <w:rPr>
                <w:sz w:val="17"/>
              </w:rPr>
              <w:t>SUS2-open</w:t>
            </w:r>
          </w:p>
        </w:tc>
        <w:tc>
          <w:tcPr>
            <w:tcW w:w="6912" w:type="dxa"/>
          </w:tcPr>
          <w:p w14:paraId="6CA20B8F" w14:textId="77777777" w:rsidR="0018305F" w:rsidRDefault="00000000">
            <w:r>
              <w:rPr>
                <w:sz w:val="17"/>
              </w:rPr>
              <w:t>Hier können Sie Anmerkungen zu Ihren Antworten hinterlassen.</w:t>
            </w:r>
          </w:p>
        </w:tc>
        <w:tc>
          <w:tcPr>
            <w:tcW w:w="6912" w:type="dxa"/>
          </w:tcPr>
          <w:p w14:paraId="1FA26D74" w14:textId="77777777" w:rsidR="0018305F" w:rsidRDefault="00000000">
            <w:r>
              <w:rPr>
                <w:sz w:val="17"/>
              </w:rPr>
              <w:t>Here you can leave comments on your answers.</w:t>
            </w:r>
          </w:p>
        </w:tc>
      </w:tr>
    </w:tbl>
    <w:p w14:paraId="032792EF" w14:textId="77777777" w:rsidR="0018305F" w:rsidRDefault="0018305F">
      <w:pPr>
        <w:spacing w:after="80"/>
      </w:pPr>
    </w:p>
    <w:p w14:paraId="203C8011" w14:textId="77777777" w:rsidR="0018305F" w:rsidRPr="00F47EEB" w:rsidRDefault="00000000" w:rsidP="004E6A49">
      <w:pPr>
        <w:pStyle w:val="berschrift2"/>
        <w:rPr>
          <w:sz w:val="24"/>
          <w:szCs w:val="24"/>
        </w:rPr>
      </w:pPr>
      <w:r w:rsidRPr="00F47EEB">
        <w:rPr>
          <w:sz w:val="24"/>
          <w:szCs w:val="24"/>
        </w:rPr>
        <w:t>A.2 TMS functionalities</w:t>
      </w:r>
    </w:p>
    <w:p w14:paraId="4C09CA38" w14:textId="77777777" w:rsidR="0018305F" w:rsidRDefault="00000000">
      <w:pPr>
        <w:spacing w:after="80"/>
      </w:pPr>
      <w:r>
        <w:t>Introductory question (German): Wie gut haben Ihnen die TMS Funktionalitäten gefallen?</w:t>
      </w:r>
    </w:p>
    <w:p w14:paraId="2E9FA01C" w14:textId="77777777" w:rsidR="0018305F" w:rsidRDefault="00000000">
      <w:pPr>
        <w:spacing w:after="80"/>
      </w:pPr>
      <w:r>
        <w:t>Introductory question (English): How well did you like the TMS functionalities?</w:t>
      </w:r>
    </w:p>
    <w:p w14:paraId="3CCE1CE0" w14:textId="77777777" w:rsidR="0018305F" w:rsidRDefault="00000000">
      <w:pPr>
        <w:spacing w:after="80"/>
      </w:pPr>
      <w:r>
        <w:t>Response format (German): 5-point Likert scale: Überhaupt nicht / Eher nicht / Neutral / Eher schon / Sehr gut</w:t>
      </w:r>
    </w:p>
    <w:p w14:paraId="4A369AE3" w14:textId="77777777" w:rsidR="0018305F" w:rsidRDefault="00000000">
      <w:pPr>
        <w:spacing w:after="80"/>
      </w:pPr>
      <w:r>
        <w:t>Response format (English): 5-point Likert scale: Not at all / Rather not / Neutral / Rather yes / Very good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570"/>
        <w:gridCol w:w="6838"/>
        <w:gridCol w:w="6832"/>
      </w:tblGrid>
      <w:tr w:rsidR="0018305F" w14:paraId="1CE61CAF" w14:textId="77777777">
        <w:trPr>
          <w:tblHeader/>
          <w:jc w:val="center"/>
        </w:trPr>
        <w:tc>
          <w:tcPr>
            <w:tcW w:w="1584" w:type="dxa"/>
            <w:shd w:val="clear" w:color="auto" w:fill="D9EAF7"/>
            <w:vAlign w:val="center"/>
          </w:tcPr>
          <w:p w14:paraId="2BE0C451" w14:textId="77777777" w:rsidR="0018305F" w:rsidRDefault="00000000">
            <w:r>
              <w:rPr>
                <w:b/>
                <w:sz w:val="17"/>
              </w:rPr>
              <w:t>Code</w:t>
            </w:r>
          </w:p>
        </w:tc>
        <w:tc>
          <w:tcPr>
            <w:tcW w:w="6912" w:type="dxa"/>
            <w:shd w:val="clear" w:color="auto" w:fill="D9EAF7"/>
            <w:vAlign w:val="center"/>
          </w:tcPr>
          <w:p w14:paraId="68D826B3" w14:textId="77777777" w:rsidR="0018305F" w:rsidRDefault="00000000">
            <w:r>
              <w:rPr>
                <w:b/>
                <w:sz w:val="17"/>
              </w:rPr>
              <w:t>German item wording</w:t>
            </w:r>
          </w:p>
        </w:tc>
        <w:tc>
          <w:tcPr>
            <w:tcW w:w="6912" w:type="dxa"/>
            <w:shd w:val="clear" w:color="auto" w:fill="D9EAF7"/>
            <w:vAlign w:val="center"/>
          </w:tcPr>
          <w:p w14:paraId="4751819C" w14:textId="77777777" w:rsidR="0018305F" w:rsidRDefault="00000000">
            <w:r>
              <w:rPr>
                <w:b/>
                <w:sz w:val="17"/>
              </w:rPr>
              <w:t>English translation</w:t>
            </w:r>
          </w:p>
        </w:tc>
      </w:tr>
      <w:tr w:rsidR="0018305F" w14:paraId="0EDD421C" w14:textId="77777777">
        <w:trPr>
          <w:jc w:val="center"/>
        </w:trPr>
        <w:tc>
          <w:tcPr>
            <w:tcW w:w="1584" w:type="dxa"/>
          </w:tcPr>
          <w:p w14:paraId="42E72557" w14:textId="77777777" w:rsidR="0018305F" w:rsidRDefault="00000000">
            <w:r>
              <w:rPr>
                <w:sz w:val="17"/>
              </w:rPr>
              <w:t>F1.1</w:t>
            </w:r>
          </w:p>
        </w:tc>
        <w:tc>
          <w:tcPr>
            <w:tcW w:w="6912" w:type="dxa"/>
          </w:tcPr>
          <w:p w14:paraId="38904430" w14:textId="77777777" w:rsidR="0018305F" w:rsidRDefault="00000000">
            <w:r>
              <w:rPr>
                <w:sz w:val="17"/>
              </w:rPr>
              <w:t>Patientenliste/Suche</w:t>
            </w:r>
          </w:p>
        </w:tc>
        <w:tc>
          <w:tcPr>
            <w:tcW w:w="6912" w:type="dxa"/>
          </w:tcPr>
          <w:p w14:paraId="1194A727" w14:textId="77777777" w:rsidR="0018305F" w:rsidRDefault="00000000">
            <w:r>
              <w:rPr>
                <w:sz w:val="17"/>
              </w:rPr>
              <w:t>Patient list/search</w:t>
            </w:r>
          </w:p>
        </w:tc>
      </w:tr>
      <w:tr w:rsidR="0018305F" w14:paraId="592B05DC" w14:textId="77777777">
        <w:trPr>
          <w:jc w:val="center"/>
        </w:trPr>
        <w:tc>
          <w:tcPr>
            <w:tcW w:w="1584" w:type="dxa"/>
          </w:tcPr>
          <w:p w14:paraId="593DF5D3" w14:textId="77777777" w:rsidR="0018305F" w:rsidRDefault="00000000">
            <w:r>
              <w:rPr>
                <w:sz w:val="17"/>
              </w:rPr>
              <w:t>F1.2</w:t>
            </w:r>
          </w:p>
        </w:tc>
        <w:tc>
          <w:tcPr>
            <w:tcW w:w="6912" w:type="dxa"/>
          </w:tcPr>
          <w:p w14:paraId="390C8EB2" w14:textId="77777777" w:rsidR="0018305F" w:rsidRDefault="00000000">
            <w:r>
              <w:rPr>
                <w:sz w:val="17"/>
              </w:rPr>
              <w:t>PDF-Ausdruck für Patientenliste</w:t>
            </w:r>
          </w:p>
        </w:tc>
        <w:tc>
          <w:tcPr>
            <w:tcW w:w="6912" w:type="dxa"/>
          </w:tcPr>
          <w:p w14:paraId="31CB23D9" w14:textId="77777777" w:rsidR="0018305F" w:rsidRDefault="00000000">
            <w:r>
              <w:rPr>
                <w:sz w:val="17"/>
              </w:rPr>
              <w:t>PDF printout for patient list</w:t>
            </w:r>
          </w:p>
        </w:tc>
      </w:tr>
      <w:tr w:rsidR="0018305F" w14:paraId="7727B142" w14:textId="77777777">
        <w:trPr>
          <w:jc w:val="center"/>
        </w:trPr>
        <w:tc>
          <w:tcPr>
            <w:tcW w:w="1584" w:type="dxa"/>
          </w:tcPr>
          <w:p w14:paraId="628CB471" w14:textId="77777777" w:rsidR="0018305F" w:rsidRDefault="00000000">
            <w:r>
              <w:rPr>
                <w:sz w:val="17"/>
              </w:rPr>
              <w:t>F1.3</w:t>
            </w:r>
          </w:p>
        </w:tc>
        <w:tc>
          <w:tcPr>
            <w:tcW w:w="6912" w:type="dxa"/>
          </w:tcPr>
          <w:p w14:paraId="4AF345FE" w14:textId="77777777" w:rsidR="0018305F" w:rsidRDefault="00000000">
            <w:r>
              <w:rPr>
                <w:sz w:val="17"/>
              </w:rPr>
              <w:t>Durchführung Team-Meeting</w:t>
            </w:r>
          </w:p>
        </w:tc>
        <w:tc>
          <w:tcPr>
            <w:tcW w:w="6912" w:type="dxa"/>
          </w:tcPr>
          <w:p w14:paraId="71D0ED2C" w14:textId="77777777" w:rsidR="0018305F" w:rsidRDefault="00000000">
            <w:r>
              <w:rPr>
                <w:sz w:val="17"/>
              </w:rPr>
              <w:t>Conducting a team meeting</w:t>
            </w:r>
          </w:p>
        </w:tc>
      </w:tr>
      <w:tr w:rsidR="0018305F" w14:paraId="12ED8826" w14:textId="77777777">
        <w:trPr>
          <w:jc w:val="center"/>
        </w:trPr>
        <w:tc>
          <w:tcPr>
            <w:tcW w:w="1584" w:type="dxa"/>
          </w:tcPr>
          <w:p w14:paraId="48C82FFB" w14:textId="77777777" w:rsidR="0018305F" w:rsidRDefault="00000000">
            <w:r>
              <w:rPr>
                <w:sz w:val="17"/>
              </w:rPr>
              <w:t>F1.4</w:t>
            </w:r>
          </w:p>
        </w:tc>
        <w:tc>
          <w:tcPr>
            <w:tcW w:w="6912" w:type="dxa"/>
          </w:tcPr>
          <w:p w14:paraId="42E58587" w14:textId="77777777" w:rsidR="0018305F" w:rsidRDefault="00000000">
            <w:r>
              <w:rPr>
                <w:sz w:val="17"/>
              </w:rPr>
              <w:t>Anmerkungen</w:t>
            </w:r>
          </w:p>
        </w:tc>
        <w:tc>
          <w:tcPr>
            <w:tcW w:w="6912" w:type="dxa"/>
          </w:tcPr>
          <w:p w14:paraId="7A40619C" w14:textId="77777777" w:rsidR="0018305F" w:rsidRDefault="00000000">
            <w:r>
              <w:rPr>
                <w:sz w:val="17"/>
              </w:rPr>
              <w:t>Notes</w:t>
            </w:r>
          </w:p>
        </w:tc>
      </w:tr>
      <w:tr w:rsidR="0018305F" w14:paraId="5BEFA9C4" w14:textId="77777777">
        <w:trPr>
          <w:jc w:val="center"/>
        </w:trPr>
        <w:tc>
          <w:tcPr>
            <w:tcW w:w="1584" w:type="dxa"/>
          </w:tcPr>
          <w:p w14:paraId="3D8CD1A0" w14:textId="77777777" w:rsidR="0018305F" w:rsidRDefault="00000000">
            <w:r>
              <w:rPr>
                <w:sz w:val="17"/>
              </w:rPr>
              <w:t>F1.5</w:t>
            </w:r>
          </w:p>
        </w:tc>
        <w:tc>
          <w:tcPr>
            <w:tcW w:w="6912" w:type="dxa"/>
          </w:tcPr>
          <w:p w14:paraId="5E52CD53" w14:textId="77777777" w:rsidR="0018305F" w:rsidRDefault="00000000">
            <w:r>
              <w:rPr>
                <w:sz w:val="17"/>
              </w:rPr>
              <w:t>Textbausteine</w:t>
            </w:r>
          </w:p>
        </w:tc>
        <w:tc>
          <w:tcPr>
            <w:tcW w:w="6912" w:type="dxa"/>
          </w:tcPr>
          <w:p w14:paraId="299BE011" w14:textId="77777777" w:rsidR="0018305F" w:rsidRDefault="00000000">
            <w:r>
              <w:rPr>
                <w:sz w:val="17"/>
              </w:rPr>
              <w:t>Text templates</w:t>
            </w:r>
          </w:p>
        </w:tc>
      </w:tr>
      <w:tr w:rsidR="0018305F" w14:paraId="076369EE" w14:textId="77777777">
        <w:trPr>
          <w:jc w:val="center"/>
        </w:trPr>
        <w:tc>
          <w:tcPr>
            <w:tcW w:w="1584" w:type="dxa"/>
          </w:tcPr>
          <w:p w14:paraId="1450A9E2" w14:textId="77777777" w:rsidR="0018305F" w:rsidRDefault="00000000">
            <w:r>
              <w:rPr>
                <w:sz w:val="17"/>
              </w:rPr>
              <w:t>F1.6</w:t>
            </w:r>
          </w:p>
        </w:tc>
        <w:tc>
          <w:tcPr>
            <w:tcW w:w="6912" w:type="dxa"/>
          </w:tcPr>
          <w:p w14:paraId="7592093B" w14:textId="77777777" w:rsidR="0018305F" w:rsidRDefault="00000000">
            <w:r>
              <w:rPr>
                <w:sz w:val="17"/>
              </w:rPr>
              <w:t>Aufgabenstatus</w:t>
            </w:r>
          </w:p>
        </w:tc>
        <w:tc>
          <w:tcPr>
            <w:tcW w:w="6912" w:type="dxa"/>
          </w:tcPr>
          <w:p w14:paraId="7E791D3B" w14:textId="77777777" w:rsidR="0018305F" w:rsidRDefault="00000000">
            <w:r>
              <w:rPr>
                <w:sz w:val="17"/>
              </w:rPr>
              <w:t>Task status</w:t>
            </w:r>
          </w:p>
        </w:tc>
      </w:tr>
      <w:tr w:rsidR="0018305F" w14:paraId="0B6C6ABC" w14:textId="77777777">
        <w:trPr>
          <w:jc w:val="center"/>
        </w:trPr>
        <w:tc>
          <w:tcPr>
            <w:tcW w:w="1584" w:type="dxa"/>
          </w:tcPr>
          <w:p w14:paraId="0BE38EEE" w14:textId="77777777" w:rsidR="0018305F" w:rsidRDefault="00000000">
            <w:r>
              <w:rPr>
                <w:sz w:val="17"/>
              </w:rPr>
              <w:lastRenderedPageBreak/>
              <w:t>F1.7</w:t>
            </w:r>
          </w:p>
        </w:tc>
        <w:tc>
          <w:tcPr>
            <w:tcW w:w="6912" w:type="dxa"/>
          </w:tcPr>
          <w:p w14:paraId="33EEEE2B" w14:textId="77777777" w:rsidR="0018305F" w:rsidRDefault="00000000">
            <w:r>
              <w:rPr>
                <w:sz w:val="17"/>
              </w:rPr>
              <w:t>Patientenübersicht</w:t>
            </w:r>
          </w:p>
        </w:tc>
        <w:tc>
          <w:tcPr>
            <w:tcW w:w="6912" w:type="dxa"/>
          </w:tcPr>
          <w:p w14:paraId="7033B9D1" w14:textId="77777777" w:rsidR="0018305F" w:rsidRDefault="00000000">
            <w:r>
              <w:rPr>
                <w:sz w:val="17"/>
              </w:rPr>
              <w:t>Patient overview</w:t>
            </w:r>
          </w:p>
        </w:tc>
      </w:tr>
      <w:tr w:rsidR="0018305F" w14:paraId="5ACE0ECA" w14:textId="77777777">
        <w:trPr>
          <w:jc w:val="center"/>
        </w:trPr>
        <w:tc>
          <w:tcPr>
            <w:tcW w:w="1584" w:type="dxa"/>
          </w:tcPr>
          <w:p w14:paraId="59475FAC" w14:textId="77777777" w:rsidR="0018305F" w:rsidRDefault="00000000">
            <w:r>
              <w:rPr>
                <w:sz w:val="17"/>
              </w:rPr>
              <w:t>F1.8</w:t>
            </w:r>
          </w:p>
        </w:tc>
        <w:tc>
          <w:tcPr>
            <w:tcW w:w="6912" w:type="dxa"/>
          </w:tcPr>
          <w:p w14:paraId="222E3E3A" w14:textId="77777777" w:rsidR="0018305F" w:rsidRDefault="00000000">
            <w:r>
              <w:rPr>
                <w:sz w:val="17"/>
              </w:rPr>
              <w:t>Geriatrie Benchmarking</w:t>
            </w:r>
          </w:p>
        </w:tc>
        <w:tc>
          <w:tcPr>
            <w:tcW w:w="6912" w:type="dxa"/>
          </w:tcPr>
          <w:p w14:paraId="6315EA65" w14:textId="77777777" w:rsidR="0018305F" w:rsidRDefault="00000000">
            <w:r>
              <w:rPr>
                <w:sz w:val="17"/>
              </w:rPr>
              <w:t>Geriatrics benchmarking</w:t>
            </w:r>
          </w:p>
        </w:tc>
      </w:tr>
      <w:tr w:rsidR="0018305F" w14:paraId="174062CE" w14:textId="77777777">
        <w:trPr>
          <w:jc w:val="center"/>
        </w:trPr>
        <w:tc>
          <w:tcPr>
            <w:tcW w:w="1584" w:type="dxa"/>
          </w:tcPr>
          <w:p w14:paraId="2E1A3D04" w14:textId="77777777" w:rsidR="0018305F" w:rsidRDefault="00000000">
            <w:r>
              <w:rPr>
                <w:sz w:val="17"/>
              </w:rPr>
              <w:t>F1.9</w:t>
            </w:r>
          </w:p>
        </w:tc>
        <w:tc>
          <w:tcPr>
            <w:tcW w:w="6912" w:type="dxa"/>
          </w:tcPr>
          <w:p w14:paraId="3FA38FEE" w14:textId="77777777" w:rsidR="0018305F" w:rsidRDefault="00000000">
            <w:r>
              <w:rPr>
                <w:sz w:val="17"/>
              </w:rPr>
              <w:t>TMS-PDF Dokumente</w:t>
            </w:r>
          </w:p>
        </w:tc>
        <w:tc>
          <w:tcPr>
            <w:tcW w:w="6912" w:type="dxa"/>
          </w:tcPr>
          <w:p w14:paraId="00D57043" w14:textId="77777777" w:rsidR="0018305F" w:rsidRDefault="00000000">
            <w:r>
              <w:rPr>
                <w:sz w:val="17"/>
              </w:rPr>
              <w:t>TMS PDF documents</w:t>
            </w:r>
          </w:p>
        </w:tc>
      </w:tr>
      <w:tr w:rsidR="0018305F" w14:paraId="1399E057" w14:textId="77777777">
        <w:trPr>
          <w:jc w:val="center"/>
        </w:trPr>
        <w:tc>
          <w:tcPr>
            <w:tcW w:w="1584" w:type="dxa"/>
          </w:tcPr>
          <w:p w14:paraId="1C1B2F9D" w14:textId="77777777" w:rsidR="0018305F" w:rsidRDefault="00000000">
            <w:r>
              <w:rPr>
                <w:sz w:val="17"/>
              </w:rPr>
              <w:t>F1.10</w:t>
            </w:r>
          </w:p>
        </w:tc>
        <w:tc>
          <w:tcPr>
            <w:tcW w:w="6912" w:type="dxa"/>
          </w:tcPr>
          <w:p w14:paraId="59FE508B" w14:textId="77777777" w:rsidR="0018305F" w:rsidRDefault="00000000">
            <w:r>
              <w:rPr>
                <w:sz w:val="17"/>
              </w:rPr>
              <w:t>Archivbericht</w:t>
            </w:r>
          </w:p>
        </w:tc>
        <w:tc>
          <w:tcPr>
            <w:tcW w:w="6912" w:type="dxa"/>
          </w:tcPr>
          <w:p w14:paraId="0C64D707" w14:textId="77777777" w:rsidR="0018305F" w:rsidRDefault="00000000">
            <w:r>
              <w:rPr>
                <w:sz w:val="17"/>
              </w:rPr>
              <w:t>Archive report</w:t>
            </w:r>
          </w:p>
        </w:tc>
      </w:tr>
      <w:tr w:rsidR="0018305F" w14:paraId="39CADBFB" w14:textId="77777777">
        <w:trPr>
          <w:jc w:val="center"/>
        </w:trPr>
        <w:tc>
          <w:tcPr>
            <w:tcW w:w="1584" w:type="dxa"/>
          </w:tcPr>
          <w:p w14:paraId="1140374F" w14:textId="77777777" w:rsidR="0018305F" w:rsidRDefault="00000000">
            <w:r>
              <w:rPr>
                <w:sz w:val="17"/>
              </w:rPr>
              <w:t>F1.11</w:t>
            </w:r>
          </w:p>
        </w:tc>
        <w:tc>
          <w:tcPr>
            <w:tcW w:w="6912" w:type="dxa"/>
          </w:tcPr>
          <w:p w14:paraId="67969309" w14:textId="77777777" w:rsidR="0018305F" w:rsidRDefault="00000000">
            <w:r>
              <w:rPr>
                <w:sz w:val="17"/>
              </w:rPr>
              <w:t>Arztbrief-Anhang</w:t>
            </w:r>
          </w:p>
        </w:tc>
        <w:tc>
          <w:tcPr>
            <w:tcW w:w="6912" w:type="dxa"/>
          </w:tcPr>
          <w:p w14:paraId="1693A919" w14:textId="77777777" w:rsidR="0018305F" w:rsidRDefault="00000000">
            <w:r>
              <w:rPr>
                <w:sz w:val="17"/>
              </w:rPr>
              <w:t>Discharge letter attachment</w:t>
            </w:r>
          </w:p>
        </w:tc>
      </w:tr>
      <w:tr w:rsidR="0018305F" w14:paraId="141A7638" w14:textId="77777777">
        <w:trPr>
          <w:jc w:val="center"/>
        </w:trPr>
        <w:tc>
          <w:tcPr>
            <w:tcW w:w="1584" w:type="dxa"/>
          </w:tcPr>
          <w:p w14:paraId="3665F2FE" w14:textId="77777777" w:rsidR="0018305F" w:rsidRDefault="00000000">
            <w:r>
              <w:rPr>
                <w:sz w:val="17"/>
              </w:rPr>
              <w:t>F1.12</w:t>
            </w:r>
          </w:p>
        </w:tc>
        <w:tc>
          <w:tcPr>
            <w:tcW w:w="6912" w:type="dxa"/>
          </w:tcPr>
          <w:p w14:paraId="0027C6B4" w14:textId="77777777" w:rsidR="0018305F" w:rsidRDefault="00000000">
            <w:r>
              <w:rPr>
                <w:sz w:val="17"/>
              </w:rPr>
              <w:t>Zusammenfassung Team-Meeting</w:t>
            </w:r>
          </w:p>
        </w:tc>
        <w:tc>
          <w:tcPr>
            <w:tcW w:w="6912" w:type="dxa"/>
          </w:tcPr>
          <w:p w14:paraId="10FEA55C" w14:textId="77777777" w:rsidR="0018305F" w:rsidRDefault="00000000">
            <w:r>
              <w:rPr>
                <w:sz w:val="17"/>
              </w:rPr>
              <w:t>Team meeting summary</w:t>
            </w:r>
          </w:p>
        </w:tc>
      </w:tr>
      <w:tr w:rsidR="0018305F" w14:paraId="2406BE5B" w14:textId="77777777">
        <w:trPr>
          <w:jc w:val="center"/>
        </w:trPr>
        <w:tc>
          <w:tcPr>
            <w:tcW w:w="1584" w:type="dxa"/>
          </w:tcPr>
          <w:p w14:paraId="5636023D" w14:textId="77777777" w:rsidR="0018305F" w:rsidRDefault="00000000">
            <w:r>
              <w:rPr>
                <w:sz w:val="17"/>
              </w:rPr>
              <w:t>F2</w:t>
            </w:r>
          </w:p>
        </w:tc>
        <w:tc>
          <w:tcPr>
            <w:tcW w:w="6912" w:type="dxa"/>
          </w:tcPr>
          <w:p w14:paraId="7100BD86" w14:textId="77777777" w:rsidR="0018305F" w:rsidRDefault="00000000">
            <w:r>
              <w:rPr>
                <w:sz w:val="17"/>
              </w:rPr>
              <w:t>Sonstige Funktionalitäten oder Kommentare zu Ihren Antworten:</w:t>
            </w:r>
          </w:p>
        </w:tc>
        <w:tc>
          <w:tcPr>
            <w:tcW w:w="6912" w:type="dxa"/>
          </w:tcPr>
          <w:p w14:paraId="4473A827" w14:textId="77777777" w:rsidR="0018305F" w:rsidRDefault="00000000">
            <w:r>
              <w:rPr>
                <w:sz w:val="17"/>
              </w:rPr>
              <w:t>Other functionalities or comments on your answers:</w:t>
            </w:r>
          </w:p>
        </w:tc>
      </w:tr>
      <w:tr w:rsidR="0018305F" w14:paraId="3059C3BC" w14:textId="77777777">
        <w:trPr>
          <w:jc w:val="center"/>
        </w:trPr>
        <w:tc>
          <w:tcPr>
            <w:tcW w:w="1584" w:type="dxa"/>
          </w:tcPr>
          <w:p w14:paraId="31C168E6" w14:textId="77777777" w:rsidR="0018305F" w:rsidRDefault="00000000">
            <w:r>
              <w:rPr>
                <w:sz w:val="17"/>
              </w:rPr>
              <w:t>F3</w:t>
            </w:r>
          </w:p>
        </w:tc>
        <w:tc>
          <w:tcPr>
            <w:tcW w:w="6912" w:type="dxa"/>
          </w:tcPr>
          <w:p w14:paraId="63E2101A" w14:textId="77777777" w:rsidR="0018305F" w:rsidRDefault="00000000">
            <w:r>
              <w:rPr>
                <w:sz w:val="17"/>
              </w:rPr>
              <w:t>Warum haben Ihnen diese Funktionalitäten besonders gefallen?</w:t>
            </w:r>
          </w:p>
        </w:tc>
        <w:tc>
          <w:tcPr>
            <w:tcW w:w="6912" w:type="dxa"/>
          </w:tcPr>
          <w:p w14:paraId="72909966" w14:textId="77777777" w:rsidR="0018305F" w:rsidRDefault="00000000">
            <w:r>
              <w:rPr>
                <w:sz w:val="17"/>
              </w:rPr>
              <w:t>Why did you particularly like these functionalities?</w:t>
            </w:r>
          </w:p>
        </w:tc>
      </w:tr>
      <w:tr w:rsidR="0018305F" w14:paraId="3441D029" w14:textId="77777777">
        <w:trPr>
          <w:jc w:val="center"/>
        </w:trPr>
        <w:tc>
          <w:tcPr>
            <w:tcW w:w="1584" w:type="dxa"/>
          </w:tcPr>
          <w:p w14:paraId="7EB6C980" w14:textId="77777777" w:rsidR="0018305F" w:rsidRDefault="00000000">
            <w:r>
              <w:rPr>
                <w:sz w:val="17"/>
              </w:rPr>
              <w:t>F4</w:t>
            </w:r>
          </w:p>
        </w:tc>
        <w:tc>
          <w:tcPr>
            <w:tcW w:w="6912" w:type="dxa"/>
          </w:tcPr>
          <w:p w14:paraId="455D3B45" w14:textId="77777777" w:rsidR="0018305F" w:rsidRDefault="00000000">
            <w:r>
              <w:rPr>
                <w:sz w:val="17"/>
              </w:rPr>
              <w:t>Welche Funktionalitäten haben Sie als nicht notwendig empfunden?</w:t>
            </w:r>
          </w:p>
        </w:tc>
        <w:tc>
          <w:tcPr>
            <w:tcW w:w="6912" w:type="dxa"/>
          </w:tcPr>
          <w:p w14:paraId="24B7A501" w14:textId="77777777" w:rsidR="0018305F" w:rsidRDefault="00000000">
            <w:r>
              <w:rPr>
                <w:sz w:val="17"/>
              </w:rPr>
              <w:t>Which functionalities did you consider unnecessary?</w:t>
            </w:r>
          </w:p>
        </w:tc>
      </w:tr>
      <w:tr w:rsidR="0018305F" w14:paraId="07A3246D" w14:textId="77777777">
        <w:trPr>
          <w:jc w:val="center"/>
        </w:trPr>
        <w:tc>
          <w:tcPr>
            <w:tcW w:w="1584" w:type="dxa"/>
          </w:tcPr>
          <w:p w14:paraId="5BDB8298" w14:textId="77777777" w:rsidR="0018305F" w:rsidRDefault="00000000">
            <w:r>
              <w:rPr>
                <w:sz w:val="17"/>
              </w:rPr>
              <w:t>F5</w:t>
            </w:r>
          </w:p>
        </w:tc>
        <w:tc>
          <w:tcPr>
            <w:tcW w:w="6912" w:type="dxa"/>
          </w:tcPr>
          <w:p w14:paraId="0F2DE8EC" w14:textId="77777777" w:rsidR="0018305F" w:rsidRDefault="00000000">
            <w:r>
              <w:rPr>
                <w:sz w:val="17"/>
              </w:rPr>
              <w:t>Warum haben Sie diese Funktionalitäten als nicht notwendig empfunden?</w:t>
            </w:r>
          </w:p>
        </w:tc>
        <w:tc>
          <w:tcPr>
            <w:tcW w:w="6912" w:type="dxa"/>
          </w:tcPr>
          <w:p w14:paraId="6F4D6831" w14:textId="77777777" w:rsidR="0018305F" w:rsidRDefault="00000000">
            <w:r>
              <w:rPr>
                <w:sz w:val="17"/>
              </w:rPr>
              <w:t>Why did you consider these functionalities unnecessary?</w:t>
            </w:r>
          </w:p>
        </w:tc>
      </w:tr>
      <w:tr w:rsidR="0018305F" w14:paraId="24AC19B1" w14:textId="77777777">
        <w:trPr>
          <w:jc w:val="center"/>
        </w:trPr>
        <w:tc>
          <w:tcPr>
            <w:tcW w:w="1584" w:type="dxa"/>
          </w:tcPr>
          <w:p w14:paraId="18B9308F" w14:textId="77777777" w:rsidR="0018305F" w:rsidRDefault="00000000">
            <w:r>
              <w:rPr>
                <w:sz w:val="17"/>
              </w:rPr>
              <w:t>F6</w:t>
            </w:r>
          </w:p>
        </w:tc>
        <w:tc>
          <w:tcPr>
            <w:tcW w:w="6912" w:type="dxa"/>
          </w:tcPr>
          <w:p w14:paraId="138891F4" w14:textId="77777777" w:rsidR="0018305F" w:rsidRDefault="00000000">
            <w:r>
              <w:rPr>
                <w:sz w:val="17"/>
              </w:rPr>
              <w:t>Welche Funktionen haben Ihnen im TMS gefehlt oder würden Sie sich wünschen?</w:t>
            </w:r>
          </w:p>
        </w:tc>
        <w:tc>
          <w:tcPr>
            <w:tcW w:w="6912" w:type="dxa"/>
          </w:tcPr>
          <w:p w14:paraId="7953F35C" w14:textId="77777777" w:rsidR="0018305F" w:rsidRDefault="00000000">
            <w:r>
              <w:rPr>
                <w:sz w:val="17"/>
              </w:rPr>
              <w:t>Which functions were missing in the TMS, or which would you like to have?</w:t>
            </w:r>
          </w:p>
        </w:tc>
      </w:tr>
    </w:tbl>
    <w:p w14:paraId="79626C25" w14:textId="77777777" w:rsidR="0018305F" w:rsidRDefault="0018305F">
      <w:pPr>
        <w:spacing w:after="80"/>
      </w:pPr>
    </w:p>
    <w:p w14:paraId="4FDBC745" w14:textId="77777777" w:rsidR="0018305F" w:rsidRPr="00F47EEB" w:rsidRDefault="00000000" w:rsidP="004E6A49">
      <w:pPr>
        <w:pStyle w:val="berschrift2"/>
        <w:rPr>
          <w:sz w:val="24"/>
          <w:szCs w:val="24"/>
        </w:rPr>
      </w:pPr>
      <w:r w:rsidRPr="00F47EEB">
        <w:rPr>
          <w:sz w:val="24"/>
          <w:szCs w:val="24"/>
        </w:rPr>
        <w:t>A.3 TMS in practice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5904"/>
        <w:gridCol w:w="6336"/>
        <w:gridCol w:w="1728"/>
      </w:tblGrid>
      <w:tr w:rsidR="0018305F" w14:paraId="6CD954F6" w14:textId="77777777">
        <w:trPr>
          <w:tblHeader/>
          <w:jc w:val="center"/>
        </w:trPr>
        <w:tc>
          <w:tcPr>
            <w:tcW w:w="1152" w:type="dxa"/>
            <w:shd w:val="clear" w:color="auto" w:fill="D9EAF7"/>
            <w:vAlign w:val="center"/>
          </w:tcPr>
          <w:p w14:paraId="3D787769" w14:textId="77777777" w:rsidR="0018305F" w:rsidRDefault="00000000">
            <w:r>
              <w:rPr>
                <w:b/>
                <w:sz w:val="17"/>
              </w:rPr>
              <w:t>Code</w:t>
            </w:r>
          </w:p>
        </w:tc>
        <w:tc>
          <w:tcPr>
            <w:tcW w:w="5904" w:type="dxa"/>
            <w:shd w:val="clear" w:color="auto" w:fill="D9EAF7"/>
            <w:vAlign w:val="center"/>
          </w:tcPr>
          <w:p w14:paraId="5189CCB6" w14:textId="77777777" w:rsidR="0018305F" w:rsidRDefault="00000000">
            <w:r>
              <w:rPr>
                <w:b/>
                <w:sz w:val="17"/>
              </w:rPr>
              <w:t>German item wording</w:t>
            </w:r>
          </w:p>
        </w:tc>
        <w:tc>
          <w:tcPr>
            <w:tcW w:w="6336" w:type="dxa"/>
            <w:shd w:val="clear" w:color="auto" w:fill="D9EAF7"/>
            <w:vAlign w:val="center"/>
          </w:tcPr>
          <w:p w14:paraId="2E7F4C97" w14:textId="77777777" w:rsidR="0018305F" w:rsidRDefault="00000000">
            <w:r>
              <w:rPr>
                <w:b/>
                <w:sz w:val="17"/>
              </w:rPr>
              <w:t>English translation</w:t>
            </w:r>
          </w:p>
        </w:tc>
        <w:tc>
          <w:tcPr>
            <w:tcW w:w="1728" w:type="dxa"/>
            <w:shd w:val="clear" w:color="auto" w:fill="D9EAF7"/>
            <w:vAlign w:val="center"/>
          </w:tcPr>
          <w:p w14:paraId="64AA1AF7" w14:textId="77777777" w:rsidR="0018305F" w:rsidRDefault="00000000">
            <w:r>
              <w:rPr>
                <w:b/>
                <w:sz w:val="17"/>
              </w:rPr>
              <w:t>Response format</w:t>
            </w:r>
          </w:p>
        </w:tc>
      </w:tr>
      <w:tr w:rsidR="0018305F" w14:paraId="43970894" w14:textId="77777777">
        <w:trPr>
          <w:jc w:val="center"/>
        </w:trPr>
        <w:tc>
          <w:tcPr>
            <w:tcW w:w="1152" w:type="dxa"/>
          </w:tcPr>
          <w:p w14:paraId="689D5C66" w14:textId="77777777" w:rsidR="0018305F" w:rsidRDefault="00000000">
            <w:r>
              <w:rPr>
                <w:sz w:val="17"/>
              </w:rPr>
              <w:t>E1</w:t>
            </w:r>
          </w:p>
        </w:tc>
        <w:tc>
          <w:tcPr>
            <w:tcW w:w="5904" w:type="dxa"/>
          </w:tcPr>
          <w:p w14:paraId="77EE98C8" w14:textId="77777777" w:rsidR="0018305F" w:rsidRDefault="00000000">
            <w:r>
              <w:rPr>
                <w:sz w:val="17"/>
              </w:rPr>
              <w:t>Konnte das Therapie/Monitoring System (TMS) den Arbeitsalltag erleichtern?</w:t>
            </w:r>
          </w:p>
        </w:tc>
        <w:tc>
          <w:tcPr>
            <w:tcW w:w="6336" w:type="dxa"/>
          </w:tcPr>
          <w:p w14:paraId="176827CC" w14:textId="77777777" w:rsidR="0018305F" w:rsidRDefault="00000000">
            <w:r>
              <w:rPr>
                <w:sz w:val="17"/>
              </w:rPr>
              <w:t>Could the Therapy/Monitoring System (TMS) make everyday work easier?</w:t>
            </w:r>
          </w:p>
        </w:tc>
        <w:tc>
          <w:tcPr>
            <w:tcW w:w="1728" w:type="dxa"/>
          </w:tcPr>
          <w:p w14:paraId="11CB6965" w14:textId="77777777" w:rsidR="0018305F" w:rsidRDefault="00000000">
            <w:r>
              <w:rPr>
                <w:sz w:val="17"/>
              </w:rPr>
              <w:t>Yes / No</w:t>
            </w:r>
          </w:p>
        </w:tc>
      </w:tr>
      <w:tr w:rsidR="0018305F" w14:paraId="1250D838" w14:textId="77777777">
        <w:trPr>
          <w:jc w:val="center"/>
        </w:trPr>
        <w:tc>
          <w:tcPr>
            <w:tcW w:w="1152" w:type="dxa"/>
          </w:tcPr>
          <w:p w14:paraId="1430FB26" w14:textId="77777777" w:rsidR="0018305F" w:rsidRDefault="00000000">
            <w:r>
              <w:rPr>
                <w:sz w:val="17"/>
              </w:rPr>
              <w:t>E1Y</w:t>
            </w:r>
          </w:p>
        </w:tc>
        <w:tc>
          <w:tcPr>
            <w:tcW w:w="5904" w:type="dxa"/>
          </w:tcPr>
          <w:p w14:paraId="361F8B11" w14:textId="77777777" w:rsidR="0018305F" w:rsidRDefault="00000000">
            <w:r>
              <w:rPr>
                <w:sz w:val="17"/>
              </w:rPr>
              <w:t>Warum konnte das TMS Ihren Arbeitsalltag erleichtern?</w:t>
            </w:r>
          </w:p>
        </w:tc>
        <w:tc>
          <w:tcPr>
            <w:tcW w:w="6336" w:type="dxa"/>
          </w:tcPr>
          <w:p w14:paraId="7326CFBB" w14:textId="77777777" w:rsidR="0018305F" w:rsidRDefault="00000000">
            <w:r>
              <w:rPr>
                <w:sz w:val="17"/>
              </w:rPr>
              <w:t>Why was the TMS able to make your everyday work easier?</w:t>
            </w:r>
          </w:p>
        </w:tc>
        <w:tc>
          <w:tcPr>
            <w:tcW w:w="1728" w:type="dxa"/>
          </w:tcPr>
          <w:p w14:paraId="32FC40DB" w14:textId="77777777" w:rsidR="0018305F" w:rsidRDefault="00000000">
            <w:r>
              <w:rPr>
                <w:sz w:val="17"/>
              </w:rPr>
              <w:t>Free text</w:t>
            </w:r>
          </w:p>
        </w:tc>
      </w:tr>
      <w:tr w:rsidR="0018305F" w14:paraId="3E35E263" w14:textId="77777777">
        <w:trPr>
          <w:jc w:val="center"/>
        </w:trPr>
        <w:tc>
          <w:tcPr>
            <w:tcW w:w="1152" w:type="dxa"/>
          </w:tcPr>
          <w:p w14:paraId="42839AD6" w14:textId="77777777" w:rsidR="0018305F" w:rsidRDefault="00000000">
            <w:r>
              <w:rPr>
                <w:sz w:val="17"/>
              </w:rPr>
              <w:t>E1N</w:t>
            </w:r>
          </w:p>
        </w:tc>
        <w:tc>
          <w:tcPr>
            <w:tcW w:w="5904" w:type="dxa"/>
          </w:tcPr>
          <w:p w14:paraId="4DD7C9F3" w14:textId="77777777" w:rsidR="0018305F" w:rsidRDefault="00000000">
            <w:r>
              <w:rPr>
                <w:sz w:val="17"/>
              </w:rPr>
              <w:t>Warum konnte das TMS Ihren Arbeitsalltag nicht erleichtern?</w:t>
            </w:r>
          </w:p>
        </w:tc>
        <w:tc>
          <w:tcPr>
            <w:tcW w:w="6336" w:type="dxa"/>
          </w:tcPr>
          <w:p w14:paraId="6A6B50AF" w14:textId="77777777" w:rsidR="0018305F" w:rsidRDefault="00000000">
            <w:r>
              <w:rPr>
                <w:sz w:val="17"/>
              </w:rPr>
              <w:t>Why was the TMS not able to make your everyday work easier?</w:t>
            </w:r>
          </w:p>
        </w:tc>
        <w:tc>
          <w:tcPr>
            <w:tcW w:w="1728" w:type="dxa"/>
          </w:tcPr>
          <w:p w14:paraId="32032882" w14:textId="77777777" w:rsidR="0018305F" w:rsidRDefault="00000000">
            <w:r>
              <w:rPr>
                <w:sz w:val="17"/>
              </w:rPr>
              <w:t>Free text</w:t>
            </w:r>
          </w:p>
        </w:tc>
      </w:tr>
      <w:tr w:rsidR="0018305F" w14:paraId="2A7CA81A" w14:textId="77777777">
        <w:trPr>
          <w:jc w:val="center"/>
        </w:trPr>
        <w:tc>
          <w:tcPr>
            <w:tcW w:w="1152" w:type="dxa"/>
          </w:tcPr>
          <w:p w14:paraId="343ABDAB" w14:textId="77777777" w:rsidR="0018305F" w:rsidRDefault="00000000">
            <w:r>
              <w:rPr>
                <w:sz w:val="17"/>
              </w:rPr>
              <w:t>E2</w:t>
            </w:r>
          </w:p>
        </w:tc>
        <w:tc>
          <w:tcPr>
            <w:tcW w:w="5904" w:type="dxa"/>
          </w:tcPr>
          <w:p w14:paraId="4C8B0A75" w14:textId="77777777" w:rsidR="0018305F" w:rsidRDefault="00000000">
            <w:r>
              <w:rPr>
                <w:sz w:val="17"/>
              </w:rPr>
              <w:t>Gab es eine Zeitersparnis durch die Einführung des TMS?</w:t>
            </w:r>
          </w:p>
        </w:tc>
        <w:tc>
          <w:tcPr>
            <w:tcW w:w="6336" w:type="dxa"/>
          </w:tcPr>
          <w:p w14:paraId="0D1D1355" w14:textId="77777777" w:rsidR="0018305F" w:rsidRDefault="00000000">
            <w:r>
              <w:rPr>
                <w:sz w:val="17"/>
              </w:rPr>
              <w:t>Was there a time saving due to the introduction of the TMS?</w:t>
            </w:r>
          </w:p>
        </w:tc>
        <w:tc>
          <w:tcPr>
            <w:tcW w:w="1728" w:type="dxa"/>
          </w:tcPr>
          <w:p w14:paraId="2F7B5BC7" w14:textId="77777777" w:rsidR="0018305F" w:rsidRDefault="00000000">
            <w:r>
              <w:rPr>
                <w:sz w:val="17"/>
              </w:rPr>
              <w:t>Yes / No</w:t>
            </w:r>
          </w:p>
        </w:tc>
      </w:tr>
      <w:tr w:rsidR="0018305F" w14:paraId="49E7C93F" w14:textId="77777777">
        <w:trPr>
          <w:jc w:val="center"/>
        </w:trPr>
        <w:tc>
          <w:tcPr>
            <w:tcW w:w="1152" w:type="dxa"/>
          </w:tcPr>
          <w:p w14:paraId="0B49B9E0" w14:textId="77777777" w:rsidR="0018305F" w:rsidRDefault="00000000">
            <w:r>
              <w:rPr>
                <w:sz w:val="17"/>
              </w:rPr>
              <w:t>E2Y</w:t>
            </w:r>
          </w:p>
        </w:tc>
        <w:tc>
          <w:tcPr>
            <w:tcW w:w="5904" w:type="dxa"/>
          </w:tcPr>
          <w:p w14:paraId="266C8458" w14:textId="77777777" w:rsidR="0018305F" w:rsidRDefault="00000000">
            <w:r>
              <w:rPr>
                <w:sz w:val="17"/>
              </w:rPr>
              <w:t>Warum gab es eine Zeitersparnis?</w:t>
            </w:r>
          </w:p>
        </w:tc>
        <w:tc>
          <w:tcPr>
            <w:tcW w:w="6336" w:type="dxa"/>
          </w:tcPr>
          <w:p w14:paraId="2C1DDFC3" w14:textId="77777777" w:rsidR="0018305F" w:rsidRDefault="00000000">
            <w:r>
              <w:rPr>
                <w:sz w:val="17"/>
              </w:rPr>
              <w:t>Why was there a time saving?</w:t>
            </w:r>
          </w:p>
        </w:tc>
        <w:tc>
          <w:tcPr>
            <w:tcW w:w="1728" w:type="dxa"/>
          </w:tcPr>
          <w:p w14:paraId="111E13BC" w14:textId="77777777" w:rsidR="0018305F" w:rsidRDefault="00000000">
            <w:r>
              <w:rPr>
                <w:sz w:val="17"/>
              </w:rPr>
              <w:t>Free text</w:t>
            </w:r>
          </w:p>
        </w:tc>
      </w:tr>
      <w:tr w:rsidR="0018305F" w14:paraId="34AB0239" w14:textId="77777777">
        <w:trPr>
          <w:jc w:val="center"/>
        </w:trPr>
        <w:tc>
          <w:tcPr>
            <w:tcW w:w="1152" w:type="dxa"/>
          </w:tcPr>
          <w:p w14:paraId="5C204755" w14:textId="77777777" w:rsidR="0018305F" w:rsidRDefault="00000000">
            <w:r>
              <w:rPr>
                <w:sz w:val="17"/>
              </w:rPr>
              <w:t>E2N</w:t>
            </w:r>
          </w:p>
        </w:tc>
        <w:tc>
          <w:tcPr>
            <w:tcW w:w="5904" w:type="dxa"/>
          </w:tcPr>
          <w:p w14:paraId="5D5D72BA" w14:textId="77777777" w:rsidR="0018305F" w:rsidRDefault="00000000">
            <w:r>
              <w:rPr>
                <w:sz w:val="17"/>
              </w:rPr>
              <w:t>Warum gab es keine Zeitersparnis?</w:t>
            </w:r>
          </w:p>
        </w:tc>
        <w:tc>
          <w:tcPr>
            <w:tcW w:w="6336" w:type="dxa"/>
          </w:tcPr>
          <w:p w14:paraId="65072428" w14:textId="77777777" w:rsidR="0018305F" w:rsidRDefault="00000000">
            <w:r>
              <w:rPr>
                <w:sz w:val="17"/>
              </w:rPr>
              <w:t>Why was there no time saving?</w:t>
            </w:r>
          </w:p>
        </w:tc>
        <w:tc>
          <w:tcPr>
            <w:tcW w:w="1728" w:type="dxa"/>
          </w:tcPr>
          <w:p w14:paraId="5E030386" w14:textId="77777777" w:rsidR="0018305F" w:rsidRDefault="00000000">
            <w:r>
              <w:rPr>
                <w:sz w:val="17"/>
              </w:rPr>
              <w:t>Free text</w:t>
            </w:r>
          </w:p>
        </w:tc>
      </w:tr>
      <w:tr w:rsidR="0018305F" w14:paraId="4B903D40" w14:textId="77777777">
        <w:trPr>
          <w:jc w:val="center"/>
        </w:trPr>
        <w:tc>
          <w:tcPr>
            <w:tcW w:w="1152" w:type="dxa"/>
          </w:tcPr>
          <w:p w14:paraId="1F8116AE" w14:textId="77777777" w:rsidR="0018305F" w:rsidRDefault="00000000">
            <w:r>
              <w:rPr>
                <w:sz w:val="17"/>
              </w:rPr>
              <w:t>E3</w:t>
            </w:r>
          </w:p>
        </w:tc>
        <w:tc>
          <w:tcPr>
            <w:tcW w:w="5904" w:type="dxa"/>
          </w:tcPr>
          <w:p w14:paraId="364FE01D" w14:textId="77777777" w:rsidR="0018305F" w:rsidRDefault="00000000">
            <w:r>
              <w:rPr>
                <w:sz w:val="17"/>
              </w:rPr>
              <w:t>Wurde die Dokumentation durch die Einführung des TMS erleichtert?</w:t>
            </w:r>
          </w:p>
        </w:tc>
        <w:tc>
          <w:tcPr>
            <w:tcW w:w="6336" w:type="dxa"/>
          </w:tcPr>
          <w:p w14:paraId="31557647" w14:textId="77777777" w:rsidR="0018305F" w:rsidRDefault="00000000">
            <w:r>
              <w:rPr>
                <w:sz w:val="17"/>
              </w:rPr>
              <w:t>Was documentation made easier by the introduction of the TMS?</w:t>
            </w:r>
          </w:p>
        </w:tc>
        <w:tc>
          <w:tcPr>
            <w:tcW w:w="1728" w:type="dxa"/>
          </w:tcPr>
          <w:p w14:paraId="36A74F0C" w14:textId="77777777" w:rsidR="0018305F" w:rsidRDefault="00000000">
            <w:r>
              <w:rPr>
                <w:sz w:val="17"/>
              </w:rPr>
              <w:t>Yes / No</w:t>
            </w:r>
          </w:p>
        </w:tc>
      </w:tr>
      <w:tr w:rsidR="0018305F" w14:paraId="6A2A811D" w14:textId="77777777">
        <w:trPr>
          <w:jc w:val="center"/>
        </w:trPr>
        <w:tc>
          <w:tcPr>
            <w:tcW w:w="1152" w:type="dxa"/>
          </w:tcPr>
          <w:p w14:paraId="778A9B6F" w14:textId="77777777" w:rsidR="0018305F" w:rsidRDefault="00000000">
            <w:r>
              <w:rPr>
                <w:sz w:val="17"/>
              </w:rPr>
              <w:t>E3Y</w:t>
            </w:r>
          </w:p>
        </w:tc>
        <w:tc>
          <w:tcPr>
            <w:tcW w:w="5904" w:type="dxa"/>
          </w:tcPr>
          <w:p w14:paraId="1B79F3B4" w14:textId="77777777" w:rsidR="0018305F" w:rsidRDefault="00000000">
            <w:r>
              <w:rPr>
                <w:sz w:val="17"/>
              </w:rPr>
              <w:t>Warum gab es eine Erleichterung der Dokumentation?</w:t>
            </w:r>
          </w:p>
        </w:tc>
        <w:tc>
          <w:tcPr>
            <w:tcW w:w="6336" w:type="dxa"/>
          </w:tcPr>
          <w:p w14:paraId="3086F5F7" w14:textId="77777777" w:rsidR="0018305F" w:rsidRDefault="00000000">
            <w:r>
              <w:rPr>
                <w:sz w:val="17"/>
              </w:rPr>
              <w:t>Why was documentation made easier?</w:t>
            </w:r>
          </w:p>
        </w:tc>
        <w:tc>
          <w:tcPr>
            <w:tcW w:w="1728" w:type="dxa"/>
          </w:tcPr>
          <w:p w14:paraId="4496D9B3" w14:textId="77777777" w:rsidR="0018305F" w:rsidRDefault="00000000">
            <w:r>
              <w:rPr>
                <w:sz w:val="17"/>
              </w:rPr>
              <w:t>Free text</w:t>
            </w:r>
          </w:p>
        </w:tc>
      </w:tr>
      <w:tr w:rsidR="0018305F" w14:paraId="1B43E44D" w14:textId="77777777">
        <w:trPr>
          <w:jc w:val="center"/>
        </w:trPr>
        <w:tc>
          <w:tcPr>
            <w:tcW w:w="1152" w:type="dxa"/>
          </w:tcPr>
          <w:p w14:paraId="7BA8349C" w14:textId="77777777" w:rsidR="0018305F" w:rsidRDefault="00000000">
            <w:r>
              <w:rPr>
                <w:sz w:val="17"/>
              </w:rPr>
              <w:t>E3N</w:t>
            </w:r>
          </w:p>
        </w:tc>
        <w:tc>
          <w:tcPr>
            <w:tcW w:w="5904" w:type="dxa"/>
          </w:tcPr>
          <w:p w14:paraId="7EF74745" w14:textId="77777777" w:rsidR="0018305F" w:rsidRDefault="00000000">
            <w:r>
              <w:rPr>
                <w:sz w:val="17"/>
              </w:rPr>
              <w:t>Warum gab es keine Erleichterung der Dokumentation?</w:t>
            </w:r>
          </w:p>
        </w:tc>
        <w:tc>
          <w:tcPr>
            <w:tcW w:w="6336" w:type="dxa"/>
          </w:tcPr>
          <w:p w14:paraId="6F7612FB" w14:textId="77777777" w:rsidR="0018305F" w:rsidRDefault="00000000">
            <w:r>
              <w:rPr>
                <w:sz w:val="17"/>
              </w:rPr>
              <w:t>Why was documentation not made easier?</w:t>
            </w:r>
          </w:p>
        </w:tc>
        <w:tc>
          <w:tcPr>
            <w:tcW w:w="1728" w:type="dxa"/>
          </w:tcPr>
          <w:p w14:paraId="1FC31D33" w14:textId="77777777" w:rsidR="0018305F" w:rsidRDefault="00000000">
            <w:r>
              <w:rPr>
                <w:sz w:val="17"/>
              </w:rPr>
              <w:t>Free text</w:t>
            </w:r>
          </w:p>
        </w:tc>
      </w:tr>
      <w:tr w:rsidR="0018305F" w14:paraId="15B17EE4" w14:textId="77777777">
        <w:trPr>
          <w:jc w:val="center"/>
        </w:trPr>
        <w:tc>
          <w:tcPr>
            <w:tcW w:w="1152" w:type="dxa"/>
          </w:tcPr>
          <w:p w14:paraId="169A2F59" w14:textId="77777777" w:rsidR="0018305F" w:rsidRDefault="00000000">
            <w:r>
              <w:rPr>
                <w:sz w:val="17"/>
              </w:rPr>
              <w:t>E4</w:t>
            </w:r>
          </w:p>
        </w:tc>
        <w:tc>
          <w:tcPr>
            <w:tcW w:w="5904" w:type="dxa"/>
          </w:tcPr>
          <w:p w14:paraId="341726D9" w14:textId="77777777" w:rsidR="0018305F" w:rsidRDefault="00000000">
            <w:r>
              <w:rPr>
                <w:sz w:val="17"/>
              </w:rPr>
              <w:t>Erleichtert das TMS die Sicht auf Patient:innen?</w:t>
            </w:r>
          </w:p>
        </w:tc>
        <w:tc>
          <w:tcPr>
            <w:tcW w:w="6336" w:type="dxa"/>
          </w:tcPr>
          <w:p w14:paraId="773A318A" w14:textId="77777777" w:rsidR="0018305F" w:rsidRDefault="00000000">
            <w:r>
              <w:rPr>
                <w:sz w:val="17"/>
              </w:rPr>
              <w:t>Does the TMS make it easier to view patients?</w:t>
            </w:r>
          </w:p>
        </w:tc>
        <w:tc>
          <w:tcPr>
            <w:tcW w:w="1728" w:type="dxa"/>
          </w:tcPr>
          <w:p w14:paraId="0E8B6BC1" w14:textId="77777777" w:rsidR="0018305F" w:rsidRDefault="00000000">
            <w:r>
              <w:rPr>
                <w:sz w:val="17"/>
              </w:rPr>
              <w:t>Yes / No</w:t>
            </w:r>
          </w:p>
        </w:tc>
      </w:tr>
      <w:tr w:rsidR="0018305F" w14:paraId="4EE0166C" w14:textId="77777777">
        <w:trPr>
          <w:jc w:val="center"/>
        </w:trPr>
        <w:tc>
          <w:tcPr>
            <w:tcW w:w="1152" w:type="dxa"/>
          </w:tcPr>
          <w:p w14:paraId="555DB802" w14:textId="77777777" w:rsidR="0018305F" w:rsidRDefault="00000000">
            <w:r>
              <w:rPr>
                <w:sz w:val="17"/>
              </w:rPr>
              <w:t>E4Y</w:t>
            </w:r>
          </w:p>
        </w:tc>
        <w:tc>
          <w:tcPr>
            <w:tcW w:w="5904" w:type="dxa"/>
          </w:tcPr>
          <w:p w14:paraId="07691400" w14:textId="77777777" w:rsidR="0018305F" w:rsidRDefault="00000000">
            <w:r>
              <w:rPr>
                <w:sz w:val="17"/>
              </w:rPr>
              <w:t>Warum erleichtert das TMS die Sicht auf Patient:innen?</w:t>
            </w:r>
          </w:p>
        </w:tc>
        <w:tc>
          <w:tcPr>
            <w:tcW w:w="6336" w:type="dxa"/>
          </w:tcPr>
          <w:p w14:paraId="6530ED5C" w14:textId="77777777" w:rsidR="0018305F" w:rsidRDefault="00000000">
            <w:r>
              <w:rPr>
                <w:sz w:val="17"/>
              </w:rPr>
              <w:t>Why does the TMS make it easier to view patients?</w:t>
            </w:r>
          </w:p>
        </w:tc>
        <w:tc>
          <w:tcPr>
            <w:tcW w:w="1728" w:type="dxa"/>
          </w:tcPr>
          <w:p w14:paraId="210EC674" w14:textId="77777777" w:rsidR="0018305F" w:rsidRDefault="00000000">
            <w:r>
              <w:rPr>
                <w:sz w:val="17"/>
              </w:rPr>
              <w:t>Free text</w:t>
            </w:r>
          </w:p>
        </w:tc>
      </w:tr>
      <w:tr w:rsidR="0018305F" w14:paraId="750EEFCB" w14:textId="77777777">
        <w:trPr>
          <w:jc w:val="center"/>
        </w:trPr>
        <w:tc>
          <w:tcPr>
            <w:tcW w:w="1152" w:type="dxa"/>
          </w:tcPr>
          <w:p w14:paraId="05C9159D" w14:textId="77777777" w:rsidR="0018305F" w:rsidRDefault="00000000">
            <w:r>
              <w:rPr>
                <w:sz w:val="17"/>
              </w:rPr>
              <w:t>E4N</w:t>
            </w:r>
          </w:p>
        </w:tc>
        <w:tc>
          <w:tcPr>
            <w:tcW w:w="5904" w:type="dxa"/>
          </w:tcPr>
          <w:p w14:paraId="0E4EDC7D" w14:textId="77777777" w:rsidR="0018305F" w:rsidRDefault="00000000">
            <w:r>
              <w:rPr>
                <w:sz w:val="17"/>
              </w:rPr>
              <w:t>Warum erleichtert das TMS die Sicht auf Patient:innen nicht?</w:t>
            </w:r>
          </w:p>
        </w:tc>
        <w:tc>
          <w:tcPr>
            <w:tcW w:w="6336" w:type="dxa"/>
          </w:tcPr>
          <w:p w14:paraId="026D6096" w14:textId="77777777" w:rsidR="0018305F" w:rsidRDefault="00000000">
            <w:r>
              <w:rPr>
                <w:sz w:val="17"/>
              </w:rPr>
              <w:t>Why does the TMS not make it easier to view patients?</w:t>
            </w:r>
          </w:p>
        </w:tc>
        <w:tc>
          <w:tcPr>
            <w:tcW w:w="1728" w:type="dxa"/>
          </w:tcPr>
          <w:p w14:paraId="391EFE4F" w14:textId="77777777" w:rsidR="0018305F" w:rsidRDefault="00000000">
            <w:r>
              <w:rPr>
                <w:sz w:val="17"/>
              </w:rPr>
              <w:t>Free text</w:t>
            </w:r>
          </w:p>
        </w:tc>
      </w:tr>
      <w:tr w:rsidR="0018305F" w14:paraId="574A9BAB" w14:textId="77777777">
        <w:trPr>
          <w:jc w:val="center"/>
        </w:trPr>
        <w:tc>
          <w:tcPr>
            <w:tcW w:w="1152" w:type="dxa"/>
          </w:tcPr>
          <w:p w14:paraId="59124072" w14:textId="77777777" w:rsidR="0018305F" w:rsidRDefault="00000000">
            <w:r>
              <w:rPr>
                <w:sz w:val="17"/>
              </w:rPr>
              <w:t>E5</w:t>
            </w:r>
          </w:p>
        </w:tc>
        <w:tc>
          <w:tcPr>
            <w:tcW w:w="5904" w:type="dxa"/>
          </w:tcPr>
          <w:p w14:paraId="2C3F3F70" w14:textId="77777777" w:rsidR="0018305F" w:rsidRDefault="00000000">
            <w:r>
              <w:rPr>
                <w:sz w:val="17"/>
              </w:rPr>
              <w:t>Erleichtert das TMS die berufsgruppenübergreifende Kommunikation?</w:t>
            </w:r>
          </w:p>
        </w:tc>
        <w:tc>
          <w:tcPr>
            <w:tcW w:w="6336" w:type="dxa"/>
          </w:tcPr>
          <w:p w14:paraId="1171865B" w14:textId="77777777" w:rsidR="0018305F" w:rsidRDefault="00000000">
            <w:r>
              <w:rPr>
                <w:sz w:val="17"/>
              </w:rPr>
              <w:t>Does the TMS facilitate communication across professional groups?</w:t>
            </w:r>
          </w:p>
        </w:tc>
        <w:tc>
          <w:tcPr>
            <w:tcW w:w="1728" w:type="dxa"/>
          </w:tcPr>
          <w:p w14:paraId="4B3BFC4B" w14:textId="77777777" w:rsidR="0018305F" w:rsidRDefault="00000000">
            <w:r>
              <w:rPr>
                <w:sz w:val="17"/>
              </w:rPr>
              <w:t>Yes / No</w:t>
            </w:r>
          </w:p>
        </w:tc>
      </w:tr>
      <w:tr w:rsidR="0018305F" w14:paraId="6CA41881" w14:textId="77777777">
        <w:trPr>
          <w:jc w:val="center"/>
        </w:trPr>
        <w:tc>
          <w:tcPr>
            <w:tcW w:w="1152" w:type="dxa"/>
          </w:tcPr>
          <w:p w14:paraId="6442C177" w14:textId="77777777" w:rsidR="0018305F" w:rsidRDefault="00000000">
            <w:r>
              <w:rPr>
                <w:sz w:val="17"/>
              </w:rPr>
              <w:t>E5Y</w:t>
            </w:r>
          </w:p>
        </w:tc>
        <w:tc>
          <w:tcPr>
            <w:tcW w:w="5904" w:type="dxa"/>
          </w:tcPr>
          <w:p w14:paraId="7004E3F8" w14:textId="77777777" w:rsidR="0018305F" w:rsidRDefault="00000000">
            <w:r>
              <w:rPr>
                <w:sz w:val="17"/>
              </w:rPr>
              <w:t>Warum erleichtert das TMS die berufsgruppenübergreifende Kommunikation?</w:t>
            </w:r>
          </w:p>
        </w:tc>
        <w:tc>
          <w:tcPr>
            <w:tcW w:w="6336" w:type="dxa"/>
          </w:tcPr>
          <w:p w14:paraId="06AA96F6" w14:textId="77777777" w:rsidR="0018305F" w:rsidRDefault="00000000">
            <w:r>
              <w:rPr>
                <w:sz w:val="17"/>
              </w:rPr>
              <w:t>Why does the TMS facilitate communication across professional groups?</w:t>
            </w:r>
          </w:p>
        </w:tc>
        <w:tc>
          <w:tcPr>
            <w:tcW w:w="1728" w:type="dxa"/>
          </w:tcPr>
          <w:p w14:paraId="596E0434" w14:textId="77777777" w:rsidR="0018305F" w:rsidRDefault="00000000">
            <w:r>
              <w:rPr>
                <w:sz w:val="17"/>
              </w:rPr>
              <w:t>Free text</w:t>
            </w:r>
          </w:p>
        </w:tc>
      </w:tr>
      <w:tr w:rsidR="0018305F" w14:paraId="55EA1F80" w14:textId="77777777">
        <w:trPr>
          <w:jc w:val="center"/>
        </w:trPr>
        <w:tc>
          <w:tcPr>
            <w:tcW w:w="1152" w:type="dxa"/>
          </w:tcPr>
          <w:p w14:paraId="6E4CEFFE" w14:textId="77777777" w:rsidR="0018305F" w:rsidRDefault="00000000">
            <w:r>
              <w:rPr>
                <w:sz w:val="17"/>
              </w:rPr>
              <w:t>E5N</w:t>
            </w:r>
          </w:p>
        </w:tc>
        <w:tc>
          <w:tcPr>
            <w:tcW w:w="5904" w:type="dxa"/>
          </w:tcPr>
          <w:p w14:paraId="189FC91B" w14:textId="77777777" w:rsidR="0018305F" w:rsidRDefault="00000000">
            <w:r>
              <w:rPr>
                <w:sz w:val="17"/>
              </w:rPr>
              <w:t>Warum erleichtert das TMS die berufsgruppenübergreifende Kommunikation nicht?</w:t>
            </w:r>
          </w:p>
        </w:tc>
        <w:tc>
          <w:tcPr>
            <w:tcW w:w="6336" w:type="dxa"/>
          </w:tcPr>
          <w:p w14:paraId="44F2BE97" w14:textId="77777777" w:rsidR="0018305F" w:rsidRDefault="00000000">
            <w:r>
              <w:rPr>
                <w:sz w:val="17"/>
              </w:rPr>
              <w:t>Why does the TMS not facilitate communication across professional groups?</w:t>
            </w:r>
          </w:p>
        </w:tc>
        <w:tc>
          <w:tcPr>
            <w:tcW w:w="1728" w:type="dxa"/>
          </w:tcPr>
          <w:p w14:paraId="2F868005" w14:textId="77777777" w:rsidR="0018305F" w:rsidRDefault="00000000">
            <w:r>
              <w:rPr>
                <w:sz w:val="17"/>
              </w:rPr>
              <w:t>Free text</w:t>
            </w:r>
          </w:p>
        </w:tc>
      </w:tr>
      <w:tr w:rsidR="0018305F" w14:paraId="7945784F" w14:textId="77777777">
        <w:trPr>
          <w:jc w:val="center"/>
        </w:trPr>
        <w:tc>
          <w:tcPr>
            <w:tcW w:w="1152" w:type="dxa"/>
          </w:tcPr>
          <w:p w14:paraId="11C7499E" w14:textId="77777777" w:rsidR="0018305F" w:rsidRDefault="00000000">
            <w:r>
              <w:rPr>
                <w:sz w:val="17"/>
              </w:rPr>
              <w:t>E6</w:t>
            </w:r>
          </w:p>
        </w:tc>
        <w:tc>
          <w:tcPr>
            <w:tcW w:w="5904" w:type="dxa"/>
          </w:tcPr>
          <w:p w14:paraId="255FFD41" w14:textId="77777777" w:rsidR="0018305F" w:rsidRDefault="00000000">
            <w:r>
              <w:rPr>
                <w:sz w:val="17"/>
              </w:rPr>
              <w:t>Erleichtert das TMS die berufsgruppenübergreifende Zusammenarbeit?</w:t>
            </w:r>
          </w:p>
        </w:tc>
        <w:tc>
          <w:tcPr>
            <w:tcW w:w="6336" w:type="dxa"/>
          </w:tcPr>
          <w:p w14:paraId="6E836BB2" w14:textId="77777777" w:rsidR="0018305F" w:rsidRDefault="00000000">
            <w:r>
              <w:rPr>
                <w:sz w:val="17"/>
              </w:rPr>
              <w:t>Does the TMS facilitate collaboration across professional groups?</w:t>
            </w:r>
          </w:p>
        </w:tc>
        <w:tc>
          <w:tcPr>
            <w:tcW w:w="1728" w:type="dxa"/>
          </w:tcPr>
          <w:p w14:paraId="42C777A3" w14:textId="77777777" w:rsidR="0018305F" w:rsidRDefault="00000000">
            <w:r>
              <w:rPr>
                <w:sz w:val="17"/>
              </w:rPr>
              <w:t>Yes / No</w:t>
            </w:r>
          </w:p>
        </w:tc>
      </w:tr>
      <w:tr w:rsidR="0018305F" w14:paraId="4C141405" w14:textId="77777777">
        <w:trPr>
          <w:jc w:val="center"/>
        </w:trPr>
        <w:tc>
          <w:tcPr>
            <w:tcW w:w="1152" w:type="dxa"/>
          </w:tcPr>
          <w:p w14:paraId="79257591" w14:textId="77777777" w:rsidR="0018305F" w:rsidRDefault="00000000">
            <w:r>
              <w:rPr>
                <w:sz w:val="17"/>
              </w:rPr>
              <w:t>E6Y</w:t>
            </w:r>
          </w:p>
        </w:tc>
        <w:tc>
          <w:tcPr>
            <w:tcW w:w="5904" w:type="dxa"/>
          </w:tcPr>
          <w:p w14:paraId="2D1C3A15" w14:textId="77777777" w:rsidR="0018305F" w:rsidRDefault="00000000">
            <w:r>
              <w:rPr>
                <w:sz w:val="17"/>
              </w:rPr>
              <w:t>Warum erleichtert das TMS die berufsgruppenübergreifende Zusammenarbeit?</w:t>
            </w:r>
          </w:p>
        </w:tc>
        <w:tc>
          <w:tcPr>
            <w:tcW w:w="6336" w:type="dxa"/>
          </w:tcPr>
          <w:p w14:paraId="2EECFB97" w14:textId="77777777" w:rsidR="0018305F" w:rsidRDefault="00000000">
            <w:r>
              <w:rPr>
                <w:sz w:val="17"/>
              </w:rPr>
              <w:t>Why does the TMS facilitate collaboration across professional groups?</w:t>
            </w:r>
          </w:p>
        </w:tc>
        <w:tc>
          <w:tcPr>
            <w:tcW w:w="1728" w:type="dxa"/>
          </w:tcPr>
          <w:p w14:paraId="547CA007" w14:textId="77777777" w:rsidR="0018305F" w:rsidRDefault="00000000">
            <w:r>
              <w:rPr>
                <w:sz w:val="17"/>
              </w:rPr>
              <w:t>Free text</w:t>
            </w:r>
          </w:p>
        </w:tc>
      </w:tr>
      <w:tr w:rsidR="0018305F" w14:paraId="31EB2672" w14:textId="77777777">
        <w:trPr>
          <w:jc w:val="center"/>
        </w:trPr>
        <w:tc>
          <w:tcPr>
            <w:tcW w:w="1152" w:type="dxa"/>
          </w:tcPr>
          <w:p w14:paraId="3950D7BD" w14:textId="77777777" w:rsidR="0018305F" w:rsidRDefault="00000000">
            <w:r>
              <w:rPr>
                <w:sz w:val="17"/>
              </w:rPr>
              <w:t>E6N</w:t>
            </w:r>
          </w:p>
        </w:tc>
        <w:tc>
          <w:tcPr>
            <w:tcW w:w="5904" w:type="dxa"/>
          </w:tcPr>
          <w:p w14:paraId="6D7131EB" w14:textId="77777777" w:rsidR="0018305F" w:rsidRDefault="00000000">
            <w:r>
              <w:rPr>
                <w:sz w:val="17"/>
              </w:rPr>
              <w:t>Warum erleichter das TMS die berufsgruppenübergreifende Zusammenarbeit nicht?</w:t>
            </w:r>
          </w:p>
        </w:tc>
        <w:tc>
          <w:tcPr>
            <w:tcW w:w="6336" w:type="dxa"/>
          </w:tcPr>
          <w:p w14:paraId="2A94F06B" w14:textId="77777777" w:rsidR="0018305F" w:rsidRDefault="00000000">
            <w:r>
              <w:rPr>
                <w:sz w:val="17"/>
              </w:rPr>
              <w:t>Why does the TMS not facilitate collaboration across professional groups?</w:t>
            </w:r>
          </w:p>
        </w:tc>
        <w:tc>
          <w:tcPr>
            <w:tcW w:w="1728" w:type="dxa"/>
          </w:tcPr>
          <w:p w14:paraId="2ED81004" w14:textId="77777777" w:rsidR="0018305F" w:rsidRDefault="00000000">
            <w:r>
              <w:rPr>
                <w:sz w:val="17"/>
              </w:rPr>
              <w:t>Free text</w:t>
            </w:r>
          </w:p>
        </w:tc>
      </w:tr>
      <w:tr w:rsidR="0018305F" w14:paraId="3FC3B675" w14:textId="77777777">
        <w:trPr>
          <w:jc w:val="center"/>
        </w:trPr>
        <w:tc>
          <w:tcPr>
            <w:tcW w:w="1152" w:type="dxa"/>
          </w:tcPr>
          <w:p w14:paraId="252EB7B6" w14:textId="77777777" w:rsidR="0018305F" w:rsidRDefault="00000000">
            <w:r>
              <w:rPr>
                <w:sz w:val="17"/>
              </w:rPr>
              <w:t>E7</w:t>
            </w:r>
          </w:p>
        </w:tc>
        <w:tc>
          <w:tcPr>
            <w:tcW w:w="5904" w:type="dxa"/>
          </w:tcPr>
          <w:p w14:paraId="0C4A81DC" w14:textId="77777777" w:rsidR="0018305F" w:rsidRDefault="00000000">
            <w:r>
              <w:rPr>
                <w:sz w:val="17"/>
              </w:rPr>
              <w:t>Profitieren aus Ihrer Sicht Patient:innen von der Einführung des TMS?</w:t>
            </w:r>
          </w:p>
        </w:tc>
        <w:tc>
          <w:tcPr>
            <w:tcW w:w="6336" w:type="dxa"/>
          </w:tcPr>
          <w:p w14:paraId="21648601" w14:textId="77777777" w:rsidR="0018305F" w:rsidRDefault="00000000">
            <w:r>
              <w:rPr>
                <w:sz w:val="17"/>
              </w:rPr>
              <w:t>In your view, do patients benefit from the introduction of the TMS?</w:t>
            </w:r>
          </w:p>
        </w:tc>
        <w:tc>
          <w:tcPr>
            <w:tcW w:w="1728" w:type="dxa"/>
          </w:tcPr>
          <w:p w14:paraId="287586DE" w14:textId="77777777" w:rsidR="0018305F" w:rsidRDefault="00000000">
            <w:r>
              <w:rPr>
                <w:sz w:val="17"/>
              </w:rPr>
              <w:t>Yes / No</w:t>
            </w:r>
          </w:p>
        </w:tc>
      </w:tr>
      <w:tr w:rsidR="0018305F" w14:paraId="44513A3C" w14:textId="77777777">
        <w:trPr>
          <w:jc w:val="center"/>
        </w:trPr>
        <w:tc>
          <w:tcPr>
            <w:tcW w:w="1152" w:type="dxa"/>
          </w:tcPr>
          <w:p w14:paraId="523B8F1A" w14:textId="77777777" w:rsidR="0018305F" w:rsidRDefault="00000000">
            <w:r>
              <w:rPr>
                <w:sz w:val="17"/>
              </w:rPr>
              <w:t>E7Y</w:t>
            </w:r>
          </w:p>
        </w:tc>
        <w:tc>
          <w:tcPr>
            <w:tcW w:w="5904" w:type="dxa"/>
          </w:tcPr>
          <w:p w14:paraId="51EDC82A" w14:textId="77777777" w:rsidR="0018305F" w:rsidRDefault="00000000">
            <w:r>
              <w:rPr>
                <w:sz w:val="17"/>
              </w:rPr>
              <w:t>Warum denken Sie, dass Patient:innen von der Einführung des TMS profitiert?</w:t>
            </w:r>
          </w:p>
        </w:tc>
        <w:tc>
          <w:tcPr>
            <w:tcW w:w="6336" w:type="dxa"/>
          </w:tcPr>
          <w:p w14:paraId="2A24C66E" w14:textId="77777777" w:rsidR="0018305F" w:rsidRDefault="00000000">
            <w:r>
              <w:rPr>
                <w:sz w:val="17"/>
              </w:rPr>
              <w:t>Why do you think patients benefit from the introduction of the TMS?</w:t>
            </w:r>
          </w:p>
        </w:tc>
        <w:tc>
          <w:tcPr>
            <w:tcW w:w="1728" w:type="dxa"/>
          </w:tcPr>
          <w:p w14:paraId="5FDD3543" w14:textId="77777777" w:rsidR="0018305F" w:rsidRDefault="00000000">
            <w:r>
              <w:rPr>
                <w:sz w:val="17"/>
              </w:rPr>
              <w:t>Free text</w:t>
            </w:r>
          </w:p>
        </w:tc>
      </w:tr>
      <w:tr w:rsidR="0018305F" w14:paraId="7BD96D3A" w14:textId="77777777">
        <w:trPr>
          <w:jc w:val="center"/>
        </w:trPr>
        <w:tc>
          <w:tcPr>
            <w:tcW w:w="1152" w:type="dxa"/>
          </w:tcPr>
          <w:p w14:paraId="7B33E30A" w14:textId="77777777" w:rsidR="0018305F" w:rsidRDefault="00000000">
            <w:r>
              <w:rPr>
                <w:sz w:val="17"/>
              </w:rPr>
              <w:t>E7N</w:t>
            </w:r>
          </w:p>
        </w:tc>
        <w:tc>
          <w:tcPr>
            <w:tcW w:w="5904" w:type="dxa"/>
          </w:tcPr>
          <w:p w14:paraId="1099EF45" w14:textId="77777777" w:rsidR="0018305F" w:rsidRDefault="00000000">
            <w:r>
              <w:rPr>
                <w:sz w:val="17"/>
              </w:rPr>
              <w:t>Warum denken Sie, dass Patient:innen von der Einführung des TMS nicht profitiert?</w:t>
            </w:r>
          </w:p>
        </w:tc>
        <w:tc>
          <w:tcPr>
            <w:tcW w:w="6336" w:type="dxa"/>
          </w:tcPr>
          <w:p w14:paraId="7C7CEE9F" w14:textId="77777777" w:rsidR="0018305F" w:rsidRDefault="00000000">
            <w:r>
              <w:rPr>
                <w:sz w:val="17"/>
              </w:rPr>
              <w:t>Why do you think patients do not benefit from the introduction of the TMS?</w:t>
            </w:r>
          </w:p>
        </w:tc>
        <w:tc>
          <w:tcPr>
            <w:tcW w:w="1728" w:type="dxa"/>
          </w:tcPr>
          <w:p w14:paraId="5FDB51AE" w14:textId="77777777" w:rsidR="0018305F" w:rsidRDefault="00000000">
            <w:r>
              <w:rPr>
                <w:sz w:val="17"/>
              </w:rPr>
              <w:t>Free text</w:t>
            </w:r>
          </w:p>
        </w:tc>
      </w:tr>
      <w:tr w:rsidR="0018305F" w14:paraId="1267677F" w14:textId="77777777">
        <w:trPr>
          <w:jc w:val="center"/>
        </w:trPr>
        <w:tc>
          <w:tcPr>
            <w:tcW w:w="1152" w:type="dxa"/>
          </w:tcPr>
          <w:p w14:paraId="5F405549" w14:textId="77777777" w:rsidR="0018305F" w:rsidRDefault="00000000">
            <w:r>
              <w:rPr>
                <w:sz w:val="17"/>
              </w:rPr>
              <w:t>E8</w:t>
            </w:r>
          </w:p>
        </w:tc>
        <w:tc>
          <w:tcPr>
            <w:tcW w:w="5904" w:type="dxa"/>
          </w:tcPr>
          <w:p w14:paraId="4214BE3E" w14:textId="77777777" w:rsidR="0018305F" w:rsidRDefault="00000000">
            <w:r>
              <w:rPr>
                <w:sz w:val="17"/>
              </w:rPr>
              <w:t>Wie haben Sie die Integration des TMS in den Versorgungsprozess empfunden?</w:t>
            </w:r>
          </w:p>
        </w:tc>
        <w:tc>
          <w:tcPr>
            <w:tcW w:w="6336" w:type="dxa"/>
          </w:tcPr>
          <w:p w14:paraId="30D31981" w14:textId="77777777" w:rsidR="0018305F" w:rsidRDefault="00000000">
            <w:r>
              <w:rPr>
                <w:sz w:val="17"/>
              </w:rPr>
              <w:t>How did you perceive the integration of the TMS into the care process?</w:t>
            </w:r>
          </w:p>
        </w:tc>
        <w:tc>
          <w:tcPr>
            <w:tcW w:w="1728" w:type="dxa"/>
          </w:tcPr>
          <w:p w14:paraId="2D86408F" w14:textId="77777777" w:rsidR="0018305F" w:rsidRDefault="00000000">
            <w:r>
              <w:rPr>
                <w:sz w:val="17"/>
              </w:rPr>
              <w:t>Free text</w:t>
            </w:r>
          </w:p>
        </w:tc>
      </w:tr>
      <w:tr w:rsidR="0018305F" w14:paraId="200E5E57" w14:textId="77777777">
        <w:trPr>
          <w:jc w:val="center"/>
        </w:trPr>
        <w:tc>
          <w:tcPr>
            <w:tcW w:w="1152" w:type="dxa"/>
          </w:tcPr>
          <w:p w14:paraId="23FA39CC" w14:textId="77777777" w:rsidR="0018305F" w:rsidRDefault="00000000">
            <w:r>
              <w:rPr>
                <w:sz w:val="17"/>
              </w:rPr>
              <w:t>E9</w:t>
            </w:r>
          </w:p>
        </w:tc>
        <w:tc>
          <w:tcPr>
            <w:tcW w:w="5904" w:type="dxa"/>
          </w:tcPr>
          <w:p w14:paraId="51880599" w14:textId="77777777" w:rsidR="0018305F" w:rsidRDefault="00000000">
            <w:r>
              <w:rPr>
                <w:sz w:val="17"/>
              </w:rPr>
              <w:t>Wie haben Sie die Einschulung ins TMS empfunden?</w:t>
            </w:r>
          </w:p>
        </w:tc>
        <w:tc>
          <w:tcPr>
            <w:tcW w:w="6336" w:type="dxa"/>
          </w:tcPr>
          <w:p w14:paraId="6A4BAB27" w14:textId="77777777" w:rsidR="0018305F" w:rsidRDefault="00000000">
            <w:r>
              <w:rPr>
                <w:sz w:val="17"/>
              </w:rPr>
              <w:t>How did you perceive the training on the TMS?</w:t>
            </w:r>
          </w:p>
        </w:tc>
        <w:tc>
          <w:tcPr>
            <w:tcW w:w="1728" w:type="dxa"/>
          </w:tcPr>
          <w:p w14:paraId="73F1D892" w14:textId="77777777" w:rsidR="0018305F" w:rsidRDefault="00000000">
            <w:r>
              <w:rPr>
                <w:sz w:val="17"/>
              </w:rPr>
              <w:t>Free text</w:t>
            </w:r>
          </w:p>
        </w:tc>
      </w:tr>
      <w:tr w:rsidR="0018305F" w14:paraId="3C1CB869" w14:textId="77777777">
        <w:trPr>
          <w:jc w:val="center"/>
        </w:trPr>
        <w:tc>
          <w:tcPr>
            <w:tcW w:w="1152" w:type="dxa"/>
          </w:tcPr>
          <w:p w14:paraId="6245E879" w14:textId="77777777" w:rsidR="0018305F" w:rsidRDefault="00000000">
            <w:r>
              <w:rPr>
                <w:sz w:val="17"/>
              </w:rPr>
              <w:t>E10</w:t>
            </w:r>
          </w:p>
        </w:tc>
        <w:tc>
          <w:tcPr>
            <w:tcW w:w="5904" w:type="dxa"/>
          </w:tcPr>
          <w:p w14:paraId="2EF464FE" w14:textId="77777777" w:rsidR="0018305F" w:rsidRDefault="00000000">
            <w:r>
              <w:rPr>
                <w:sz w:val="17"/>
              </w:rPr>
              <w:t>Wie bewerten Sie die Betreuung während des laufenden Betriebs?</w:t>
            </w:r>
          </w:p>
        </w:tc>
        <w:tc>
          <w:tcPr>
            <w:tcW w:w="6336" w:type="dxa"/>
          </w:tcPr>
          <w:p w14:paraId="70D3217D" w14:textId="77777777" w:rsidR="0018305F" w:rsidRDefault="00000000">
            <w:r>
              <w:rPr>
                <w:sz w:val="17"/>
              </w:rPr>
              <w:t>How do you rate the support during ongoing operation?</w:t>
            </w:r>
          </w:p>
        </w:tc>
        <w:tc>
          <w:tcPr>
            <w:tcW w:w="1728" w:type="dxa"/>
          </w:tcPr>
          <w:p w14:paraId="6EB8A19B" w14:textId="77777777" w:rsidR="0018305F" w:rsidRDefault="00000000">
            <w:r>
              <w:rPr>
                <w:sz w:val="17"/>
              </w:rPr>
              <w:t>Free text</w:t>
            </w:r>
          </w:p>
        </w:tc>
      </w:tr>
      <w:tr w:rsidR="0018305F" w14:paraId="042C0788" w14:textId="77777777">
        <w:trPr>
          <w:jc w:val="center"/>
        </w:trPr>
        <w:tc>
          <w:tcPr>
            <w:tcW w:w="1152" w:type="dxa"/>
          </w:tcPr>
          <w:p w14:paraId="34DB6CC9" w14:textId="77777777" w:rsidR="0018305F" w:rsidRDefault="00000000">
            <w:r>
              <w:rPr>
                <w:sz w:val="17"/>
              </w:rPr>
              <w:t>E11</w:t>
            </w:r>
          </w:p>
        </w:tc>
        <w:tc>
          <w:tcPr>
            <w:tcW w:w="5904" w:type="dxa"/>
          </w:tcPr>
          <w:p w14:paraId="60E93049" w14:textId="77777777" w:rsidR="0018305F" w:rsidRDefault="00000000">
            <w:r>
              <w:rPr>
                <w:sz w:val="17"/>
              </w:rPr>
              <w:t>Was stört Sie am TMS am meisten?</w:t>
            </w:r>
          </w:p>
        </w:tc>
        <w:tc>
          <w:tcPr>
            <w:tcW w:w="6336" w:type="dxa"/>
          </w:tcPr>
          <w:p w14:paraId="6CEE557B" w14:textId="77777777" w:rsidR="0018305F" w:rsidRDefault="00000000">
            <w:r>
              <w:rPr>
                <w:sz w:val="17"/>
              </w:rPr>
              <w:t>What bothers you most about the TMS?</w:t>
            </w:r>
          </w:p>
        </w:tc>
        <w:tc>
          <w:tcPr>
            <w:tcW w:w="1728" w:type="dxa"/>
          </w:tcPr>
          <w:p w14:paraId="0E523E48" w14:textId="77777777" w:rsidR="0018305F" w:rsidRDefault="00000000">
            <w:r>
              <w:rPr>
                <w:sz w:val="17"/>
              </w:rPr>
              <w:t>Free text</w:t>
            </w:r>
          </w:p>
        </w:tc>
      </w:tr>
    </w:tbl>
    <w:p w14:paraId="2829A8CD" w14:textId="77777777" w:rsidR="0018305F" w:rsidRDefault="0018305F">
      <w:pPr>
        <w:spacing w:after="80"/>
      </w:pPr>
    </w:p>
    <w:p w14:paraId="613D8362" w14:textId="77777777" w:rsidR="0018305F" w:rsidRPr="00F47EEB" w:rsidRDefault="00000000" w:rsidP="00F47EEB">
      <w:pPr>
        <w:pStyle w:val="berschrift2"/>
        <w:rPr>
          <w:sz w:val="24"/>
          <w:szCs w:val="24"/>
        </w:rPr>
      </w:pPr>
      <w:r w:rsidRPr="00F47EEB">
        <w:rPr>
          <w:sz w:val="24"/>
          <w:szCs w:val="24"/>
        </w:rPr>
        <w:t>A.4 Participant characteristics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5328"/>
        <w:gridCol w:w="5328"/>
        <w:gridCol w:w="3312"/>
      </w:tblGrid>
      <w:tr w:rsidR="0018305F" w14:paraId="48DA97B2" w14:textId="77777777">
        <w:trPr>
          <w:tblHeader/>
          <w:jc w:val="center"/>
        </w:trPr>
        <w:tc>
          <w:tcPr>
            <w:tcW w:w="1152" w:type="dxa"/>
            <w:shd w:val="clear" w:color="auto" w:fill="D9EAF7"/>
            <w:vAlign w:val="center"/>
          </w:tcPr>
          <w:p w14:paraId="0FE62850" w14:textId="77777777" w:rsidR="0018305F" w:rsidRDefault="00000000">
            <w:r>
              <w:rPr>
                <w:b/>
                <w:sz w:val="17"/>
              </w:rPr>
              <w:t>Code</w:t>
            </w:r>
          </w:p>
        </w:tc>
        <w:tc>
          <w:tcPr>
            <w:tcW w:w="5328" w:type="dxa"/>
            <w:shd w:val="clear" w:color="auto" w:fill="D9EAF7"/>
            <w:vAlign w:val="center"/>
          </w:tcPr>
          <w:p w14:paraId="0BA53326" w14:textId="77777777" w:rsidR="0018305F" w:rsidRDefault="00000000">
            <w:r>
              <w:rPr>
                <w:b/>
                <w:sz w:val="17"/>
              </w:rPr>
              <w:t>German item wording</w:t>
            </w:r>
          </w:p>
        </w:tc>
        <w:tc>
          <w:tcPr>
            <w:tcW w:w="5328" w:type="dxa"/>
            <w:shd w:val="clear" w:color="auto" w:fill="D9EAF7"/>
            <w:vAlign w:val="center"/>
          </w:tcPr>
          <w:p w14:paraId="5BA7E11D" w14:textId="77777777" w:rsidR="0018305F" w:rsidRDefault="00000000">
            <w:r>
              <w:rPr>
                <w:b/>
                <w:sz w:val="17"/>
              </w:rPr>
              <w:t>English translation</w:t>
            </w:r>
          </w:p>
        </w:tc>
        <w:tc>
          <w:tcPr>
            <w:tcW w:w="3312" w:type="dxa"/>
            <w:shd w:val="clear" w:color="auto" w:fill="D9EAF7"/>
            <w:vAlign w:val="center"/>
          </w:tcPr>
          <w:p w14:paraId="52740B19" w14:textId="77777777" w:rsidR="0018305F" w:rsidRDefault="00000000">
            <w:r>
              <w:rPr>
                <w:b/>
                <w:sz w:val="17"/>
              </w:rPr>
              <w:t>Response options / format</w:t>
            </w:r>
          </w:p>
        </w:tc>
      </w:tr>
      <w:tr w:rsidR="0018305F" w14:paraId="2C8121C5" w14:textId="77777777">
        <w:trPr>
          <w:jc w:val="center"/>
        </w:trPr>
        <w:tc>
          <w:tcPr>
            <w:tcW w:w="1152" w:type="dxa"/>
          </w:tcPr>
          <w:p w14:paraId="04FA6ACC" w14:textId="77777777" w:rsidR="0018305F" w:rsidRDefault="00000000">
            <w:r>
              <w:rPr>
                <w:sz w:val="17"/>
              </w:rPr>
              <w:t>T1</w:t>
            </w:r>
          </w:p>
        </w:tc>
        <w:tc>
          <w:tcPr>
            <w:tcW w:w="5328" w:type="dxa"/>
          </w:tcPr>
          <w:p w14:paraId="15DFD380" w14:textId="77777777" w:rsidR="0018305F" w:rsidRDefault="00000000">
            <w:r>
              <w:rPr>
                <w:sz w:val="17"/>
              </w:rPr>
              <w:t>Welcher Einrichtung gehören Sie an?</w:t>
            </w:r>
          </w:p>
        </w:tc>
        <w:tc>
          <w:tcPr>
            <w:tcW w:w="5328" w:type="dxa"/>
          </w:tcPr>
          <w:p w14:paraId="46C1A29A" w14:textId="77777777" w:rsidR="0018305F" w:rsidRDefault="00000000">
            <w:r>
              <w:rPr>
                <w:sz w:val="17"/>
              </w:rPr>
              <w:t>Which institution do you belong to?</w:t>
            </w:r>
          </w:p>
        </w:tc>
        <w:tc>
          <w:tcPr>
            <w:tcW w:w="3312" w:type="dxa"/>
          </w:tcPr>
          <w:p w14:paraId="0D87C444" w14:textId="2B8825AF" w:rsidR="0018305F" w:rsidRDefault="00F47EEB">
            <w:r>
              <w:rPr>
                <w:sz w:val="17"/>
              </w:rPr>
              <w:t>Single Choice</w:t>
            </w:r>
          </w:p>
        </w:tc>
      </w:tr>
      <w:tr w:rsidR="0018305F" w14:paraId="1D4CFD82" w14:textId="77777777">
        <w:trPr>
          <w:jc w:val="center"/>
        </w:trPr>
        <w:tc>
          <w:tcPr>
            <w:tcW w:w="1152" w:type="dxa"/>
          </w:tcPr>
          <w:p w14:paraId="70F95DD4" w14:textId="77777777" w:rsidR="0018305F" w:rsidRDefault="00000000">
            <w:r>
              <w:rPr>
                <w:sz w:val="17"/>
              </w:rPr>
              <w:t>T2</w:t>
            </w:r>
          </w:p>
        </w:tc>
        <w:tc>
          <w:tcPr>
            <w:tcW w:w="5328" w:type="dxa"/>
          </w:tcPr>
          <w:p w14:paraId="299170FF" w14:textId="77777777" w:rsidR="0018305F" w:rsidRDefault="00000000">
            <w:r>
              <w:rPr>
                <w:sz w:val="17"/>
              </w:rPr>
              <w:t>Welcher Berufsgruppe gehören Sie an?</w:t>
            </w:r>
          </w:p>
        </w:tc>
        <w:tc>
          <w:tcPr>
            <w:tcW w:w="5328" w:type="dxa"/>
          </w:tcPr>
          <w:p w14:paraId="4BA8BE87" w14:textId="77777777" w:rsidR="0018305F" w:rsidRDefault="00000000">
            <w:r>
              <w:rPr>
                <w:sz w:val="17"/>
              </w:rPr>
              <w:t>Which professional group do you belong to?</w:t>
            </w:r>
          </w:p>
        </w:tc>
        <w:tc>
          <w:tcPr>
            <w:tcW w:w="3312" w:type="dxa"/>
          </w:tcPr>
          <w:p w14:paraId="23A21D5B" w14:textId="00728AB9" w:rsidR="0018305F" w:rsidRPr="00F47EEB" w:rsidRDefault="00F47EEB">
            <w:pPr>
              <w:rPr>
                <w:sz w:val="17"/>
                <w:lang w:val="de-AT"/>
              </w:rPr>
            </w:pPr>
            <w:r w:rsidRPr="00F47EEB">
              <w:rPr>
                <w:sz w:val="17"/>
                <w:lang w:val="de-AT"/>
              </w:rPr>
              <w:t>Medizin (Medicine); Physiotherapie (</w:t>
            </w:r>
            <w:proofErr w:type="spellStart"/>
            <w:r w:rsidRPr="00F47EEB">
              <w:rPr>
                <w:sz w:val="17"/>
                <w:lang w:val="de-AT"/>
              </w:rPr>
              <w:t>Physiotherapy</w:t>
            </w:r>
            <w:proofErr w:type="spellEnd"/>
            <w:r w:rsidRPr="00F47EEB">
              <w:rPr>
                <w:sz w:val="17"/>
                <w:lang w:val="de-AT"/>
              </w:rPr>
              <w:t>); Ergotherapie (</w:t>
            </w:r>
            <w:proofErr w:type="spellStart"/>
            <w:r w:rsidRPr="00F47EEB">
              <w:rPr>
                <w:sz w:val="17"/>
                <w:lang w:val="de-AT"/>
              </w:rPr>
              <w:t>Occupational</w:t>
            </w:r>
            <w:proofErr w:type="spellEnd"/>
            <w:r w:rsidRPr="00F47EEB">
              <w:rPr>
                <w:sz w:val="17"/>
                <w:lang w:val="de-AT"/>
              </w:rPr>
              <w:t xml:space="preserve"> </w:t>
            </w:r>
            <w:proofErr w:type="spellStart"/>
            <w:r w:rsidRPr="00F47EEB">
              <w:rPr>
                <w:sz w:val="17"/>
                <w:lang w:val="de-AT"/>
              </w:rPr>
              <w:t>therapy</w:t>
            </w:r>
            <w:proofErr w:type="spellEnd"/>
            <w:r w:rsidRPr="00F47EEB">
              <w:rPr>
                <w:sz w:val="17"/>
                <w:lang w:val="de-AT"/>
              </w:rPr>
              <w:t xml:space="preserve">); Logopädie (Speech </w:t>
            </w:r>
            <w:proofErr w:type="spellStart"/>
            <w:r w:rsidRPr="00F47EEB">
              <w:rPr>
                <w:sz w:val="17"/>
                <w:lang w:val="de-AT"/>
              </w:rPr>
              <w:t>therapy</w:t>
            </w:r>
            <w:proofErr w:type="spellEnd"/>
            <w:r w:rsidRPr="00F47EEB">
              <w:rPr>
                <w:sz w:val="17"/>
                <w:lang w:val="de-AT"/>
              </w:rPr>
              <w:t>); Pflege (Nursing); Therapie (Therapy); Psychologie (</w:t>
            </w:r>
            <w:proofErr w:type="spellStart"/>
            <w:r w:rsidRPr="00F47EEB">
              <w:rPr>
                <w:sz w:val="17"/>
                <w:lang w:val="de-AT"/>
              </w:rPr>
              <w:t>Psychology</w:t>
            </w:r>
            <w:proofErr w:type="spellEnd"/>
            <w:r w:rsidRPr="00F47EEB">
              <w:rPr>
                <w:sz w:val="17"/>
                <w:lang w:val="de-AT"/>
              </w:rPr>
              <w:t xml:space="preserve">); </w:t>
            </w:r>
            <w:proofErr w:type="spellStart"/>
            <w:r w:rsidRPr="00F47EEB">
              <w:rPr>
                <w:sz w:val="17"/>
                <w:lang w:val="de-AT"/>
              </w:rPr>
              <w:t>Diätologie</w:t>
            </w:r>
            <w:proofErr w:type="spellEnd"/>
            <w:r w:rsidRPr="00F47EEB">
              <w:rPr>
                <w:sz w:val="17"/>
                <w:lang w:val="de-AT"/>
              </w:rPr>
              <w:t xml:space="preserve"> (</w:t>
            </w:r>
            <w:proofErr w:type="spellStart"/>
            <w:r w:rsidRPr="00F47EEB">
              <w:rPr>
                <w:sz w:val="17"/>
                <w:lang w:val="de-AT"/>
              </w:rPr>
              <w:t>Dietetics</w:t>
            </w:r>
            <w:proofErr w:type="spellEnd"/>
            <w:r w:rsidRPr="00F47EEB">
              <w:rPr>
                <w:sz w:val="17"/>
                <w:lang w:val="de-AT"/>
              </w:rPr>
              <w:t>); Sozialarbeit (</w:t>
            </w:r>
            <w:proofErr w:type="spellStart"/>
            <w:r w:rsidRPr="00F47EEB">
              <w:rPr>
                <w:sz w:val="17"/>
                <w:lang w:val="de-AT"/>
              </w:rPr>
              <w:t>Social</w:t>
            </w:r>
            <w:proofErr w:type="spellEnd"/>
            <w:r w:rsidRPr="00F47EEB">
              <w:rPr>
                <w:sz w:val="17"/>
                <w:lang w:val="de-AT"/>
              </w:rPr>
              <w:t xml:space="preserve"> </w:t>
            </w:r>
            <w:proofErr w:type="spellStart"/>
            <w:r w:rsidRPr="00F47EEB">
              <w:rPr>
                <w:sz w:val="17"/>
                <w:lang w:val="de-AT"/>
              </w:rPr>
              <w:t>work</w:t>
            </w:r>
            <w:proofErr w:type="spellEnd"/>
            <w:r w:rsidRPr="00F47EEB">
              <w:rPr>
                <w:sz w:val="17"/>
                <w:lang w:val="de-AT"/>
              </w:rPr>
              <w:t>); Sekretariat (</w:t>
            </w:r>
            <w:proofErr w:type="spellStart"/>
            <w:r w:rsidRPr="00F47EEB">
              <w:rPr>
                <w:sz w:val="17"/>
                <w:lang w:val="de-AT"/>
              </w:rPr>
              <w:t>Secretarial</w:t>
            </w:r>
            <w:proofErr w:type="spellEnd"/>
            <w:r w:rsidRPr="00F47EEB">
              <w:rPr>
                <w:sz w:val="17"/>
                <w:lang w:val="de-AT"/>
              </w:rPr>
              <w:t xml:space="preserve">/administrative </w:t>
            </w:r>
            <w:proofErr w:type="spellStart"/>
            <w:r w:rsidRPr="00F47EEB">
              <w:rPr>
                <w:sz w:val="17"/>
                <w:lang w:val="de-AT"/>
              </w:rPr>
              <w:t>staff</w:t>
            </w:r>
            <w:proofErr w:type="spellEnd"/>
            <w:r w:rsidRPr="00F47EEB">
              <w:rPr>
                <w:sz w:val="17"/>
                <w:lang w:val="de-AT"/>
              </w:rPr>
              <w:t>); Sonstige (Other)</w:t>
            </w:r>
          </w:p>
        </w:tc>
      </w:tr>
      <w:tr w:rsidR="0018305F" w14:paraId="49960D6A" w14:textId="77777777">
        <w:trPr>
          <w:jc w:val="center"/>
        </w:trPr>
        <w:tc>
          <w:tcPr>
            <w:tcW w:w="1152" w:type="dxa"/>
          </w:tcPr>
          <w:p w14:paraId="2DA628B6" w14:textId="77777777" w:rsidR="0018305F" w:rsidRDefault="00000000">
            <w:r>
              <w:rPr>
                <w:sz w:val="17"/>
              </w:rPr>
              <w:t>T3</w:t>
            </w:r>
          </w:p>
        </w:tc>
        <w:tc>
          <w:tcPr>
            <w:tcW w:w="5328" w:type="dxa"/>
          </w:tcPr>
          <w:p w14:paraId="5A74A8B4" w14:textId="77777777" w:rsidR="0018305F" w:rsidRDefault="00000000">
            <w:r>
              <w:rPr>
                <w:sz w:val="17"/>
              </w:rPr>
              <w:t>Bitte spezifizieren Sie Ihre Beurfsgruppe:</w:t>
            </w:r>
          </w:p>
        </w:tc>
        <w:tc>
          <w:tcPr>
            <w:tcW w:w="5328" w:type="dxa"/>
          </w:tcPr>
          <w:p w14:paraId="4878F262" w14:textId="77777777" w:rsidR="0018305F" w:rsidRDefault="00000000">
            <w:r>
              <w:rPr>
                <w:sz w:val="17"/>
              </w:rPr>
              <w:t>Please specify your professional group:</w:t>
            </w:r>
          </w:p>
        </w:tc>
        <w:tc>
          <w:tcPr>
            <w:tcW w:w="3312" w:type="dxa"/>
          </w:tcPr>
          <w:p w14:paraId="62F77024" w14:textId="77777777" w:rsidR="0018305F" w:rsidRDefault="00000000">
            <w:r>
              <w:rPr>
                <w:sz w:val="17"/>
              </w:rPr>
              <w:t>Short free text</w:t>
            </w:r>
          </w:p>
        </w:tc>
      </w:tr>
    </w:tbl>
    <w:p w14:paraId="2577572F" w14:textId="77777777" w:rsidR="0018305F" w:rsidRDefault="0018305F">
      <w:pPr>
        <w:spacing w:after="80"/>
      </w:pPr>
    </w:p>
    <w:sectPr w:rsidR="0018305F" w:rsidSect="00034616">
      <w:pgSz w:w="16834" w:h="11909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9200700">
    <w:abstractNumId w:val="8"/>
  </w:num>
  <w:num w:numId="2" w16cid:durableId="841552038">
    <w:abstractNumId w:val="6"/>
  </w:num>
  <w:num w:numId="3" w16cid:durableId="1515803778">
    <w:abstractNumId w:val="5"/>
  </w:num>
  <w:num w:numId="4" w16cid:durableId="294876600">
    <w:abstractNumId w:val="4"/>
  </w:num>
  <w:num w:numId="5" w16cid:durableId="1992370685">
    <w:abstractNumId w:val="7"/>
  </w:num>
  <w:num w:numId="6" w16cid:durableId="841048220">
    <w:abstractNumId w:val="3"/>
  </w:num>
  <w:num w:numId="7" w16cid:durableId="154759664">
    <w:abstractNumId w:val="2"/>
  </w:num>
  <w:num w:numId="8" w16cid:durableId="551500448">
    <w:abstractNumId w:val="1"/>
  </w:num>
  <w:num w:numId="9" w16cid:durableId="1144741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305F"/>
    <w:rsid w:val="0029639D"/>
    <w:rsid w:val="00326F90"/>
    <w:rsid w:val="004E6A49"/>
    <w:rsid w:val="00AA1D8D"/>
    <w:rsid w:val="00B47730"/>
    <w:rsid w:val="00B532AD"/>
    <w:rsid w:val="00CB0664"/>
    <w:rsid w:val="00F47EEB"/>
    <w:rsid w:val="00F677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DE0493"/>
  <w14:defaultImageDpi w14:val="300"/>
  <w15:docId w15:val="{CD66B81E-7E0F-4DB9-B34C-EC527B80A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1154</Words>
  <Characters>7275</Characters>
  <Application>Microsoft Office Word</Application>
  <DocSecurity>0</DocSecurity>
  <Lines>60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Appendix A: Questionnaire items</vt:lpstr>
      <vt:lpstr/>
    </vt:vector>
  </TitlesOfParts>
  <Manager/>
  <Company/>
  <LinksUpToDate>false</LinksUpToDate>
  <CharactersWithSpaces>8413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Questionnaire items</dc:title>
  <dc:subject/>
  <dc:creator>Hochwarter, Stefan</dc:creator>
  <cp:keywords/>
  <dc:description/>
  <cp:lastModifiedBy>Hochwarter, Stefan</cp:lastModifiedBy>
  <cp:revision>3</cp:revision>
  <dcterms:created xsi:type="dcterms:W3CDTF">2026-05-08T11:17:00Z</dcterms:created>
  <dcterms:modified xsi:type="dcterms:W3CDTF">2026-05-08T11:30:00Z</dcterms:modified>
  <cp:category/>
</cp:coreProperties>
</file>