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AE5E47" w14:textId="4819612C" w:rsidR="002C10C4" w:rsidRPr="00C41D25" w:rsidRDefault="00E85313" w:rsidP="00E85313">
      <w:pPr>
        <w:pStyle w:val="StandardWeb"/>
        <w:spacing w:before="0" w:beforeAutospacing="0" w:after="0" w:afterAutospacing="0" w:line="480" w:lineRule="auto"/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>Appendix A</w:t>
      </w:r>
    </w:p>
    <w:p w14:paraId="1AE092F0" w14:textId="4A501859" w:rsidR="003A0BD8" w:rsidRPr="008A1D67" w:rsidRDefault="003A0BD8" w:rsidP="008F663D">
      <w:pPr>
        <w:pStyle w:val="Figure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Toc168938556"/>
      <w:bookmarkStart w:id="1" w:name="_Hlk168938044"/>
      <w:r w:rsidRPr="008A1D67">
        <w:rPr>
          <w:rStyle w:val="FigureZchn"/>
          <w:rFonts w:ascii="Times New Roman" w:hAnsi="Times New Roman" w:cs="Times New Roman"/>
          <w:b/>
          <w:bCs/>
          <w:sz w:val="24"/>
          <w:szCs w:val="24"/>
        </w:rPr>
        <w:t>Figure</w:t>
      </w:r>
      <w:r w:rsidRPr="008A1D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0"/>
      <w:r w:rsidR="008A1D67" w:rsidRPr="008A1D67">
        <w:rPr>
          <w:rFonts w:ascii="Times New Roman" w:hAnsi="Times New Roman" w:cs="Times New Roman"/>
          <w:sz w:val="24"/>
          <w:szCs w:val="24"/>
          <w:lang w:val="en-US"/>
        </w:rPr>
        <w:t>1</w:t>
      </w:r>
    </w:p>
    <w:p w14:paraId="21FA065D" w14:textId="6604EE80" w:rsidR="003A0BD8" w:rsidRPr="008A1D67" w:rsidRDefault="003A0BD8" w:rsidP="003A0BD8">
      <w:pPr>
        <w:pStyle w:val="StandardWeb"/>
        <w:spacing w:before="0" w:beforeAutospacing="0" w:after="0" w:afterAutospacing="0" w:line="480" w:lineRule="auto"/>
        <w:rPr>
          <w:b/>
          <w:bCs/>
          <w:i/>
          <w:iCs/>
          <w:sz w:val="22"/>
          <w:szCs w:val="22"/>
          <w:lang w:val="en-US"/>
        </w:rPr>
      </w:pPr>
      <w:bookmarkStart w:id="2" w:name="_Hlk168938635"/>
      <w:r w:rsidRPr="008A1D67">
        <w:rPr>
          <w:i/>
          <w:iCs/>
          <w:sz w:val="22"/>
          <w:szCs w:val="22"/>
          <w:lang w:val="en-US"/>
        </w:rPr>
        <w:t>Layout and components of the KKGG app</w:t>
      </w:r>
    </w:p>
    <w:bookmarkEnd w:id="1"/>
    <w:bookmarkEnd w:id="2"/>
    <w:p w14:paraId="5D32E646" w14:textId="6DEAC5EC" w:rsidR="006164DC" w:rsidRDefault="003A0BD8" w:rsidP="003A0BD8">
      <w:pPr>
        <w:pStyle w:val="StandardWeb"/>
        <w:spacing w:before="0" w:beforeAutospacing="0" w:after="0" w:afterAutospacing="0" w:line="480" w:lineRule="auto"/>
        <w:rPr>
          <w:rFonts w:asciiTheme="minorHAnsi" w:hAnsiTheme="minorHAnsi" w:cstheme="minorHAnsi"/>
          <w:lang w:val="en-US"/>
        </w:rPr>
      </w:pPr>
      <w:r w:rsidRPr="003A0BD8">
        <w:rPr>
          <w:rFonts w:asciiTheme="minorHAnsi" w:hAnsiTheme="minorHAnsi" w:cstheme="minorHAnsi"/>
          <w:noProof/>
          <w:lang w:val="en-US"/>
        </w:rPr>
        <w:drawing>
          <wp:inline distT="0" distB="0" distL="0" distR="0" wp14:anchorId="62B7D0E3" wp14:editId="514F4A72">
            <wp:extent cx="5760720" cy="4458970"/>
            <wp:effectExtent l="0" t="0" r="0" b="0"/>
            <wp:docPr id="23864155" name="Grafik 1" descr="Ein Bild, das Text, Screenshot, Website, Menschliches Gesich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64155" name="Grafik 1" descr="Ein Bild, das Text, Screenshot, Website, Menschliches Gesicht enthält.&#10;&#10;Automatisch generierte Beschreibu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5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425DF" w14:textId="7887FB02" w:rsidR="003A0BD8" w:rsidRPr="008A1D67" w:rsidRDefault="003A0BD8" w:rsidP="003A0BD8">
      <w:pPr>
        <w:pStyle w:val="StandardWeb"/>
        <w:spacing w:before="0" w:beforeAutospacing="0" w:after="0" w:afterAutospacing="0" w:line="360" w:lineRule="auto"/>
        <w:rPr>
          <w:i/>
          <w:iCs/>
          <w:sz w:val="20"/>
          <w:szCs w:val="20"/>
          <w:lang w:val="en-US"/>
        </w:rPr>
      </w:pPr>
      <w:r w:rsidRPr="008A1D67">
        <w:rPr>
          <w:i/>
          <w:iCs/>
          <w:sz w:val="20"/>
          <w:szCs w:val="20"/>
          <w:lang w:val="en-US"/>
        </w:rPr>
        <w:t>Note.</w:t>
      </w:r>
      <w:r w:rsidRPr="008A1D67">
        <w:rPr>
          <w:sz w:val="20"/>
          <w:szCs w:val="20"/>
          <w:lang w:val="en-US"/>
        </w:rPr>
        <w:t xml:space="preserve"> Figure shows main components of the app during data assessment, namely (1) Start screen (2) Main menu (3) Psychoeducational texts (4) About us (5) Video tutorials and (6) Individual Counseling.</w:t>
      </w:r>
    </w:p>
    <w:p w14:paraId="79190445" w14:textId="77777777" w:rsidR="00631B05" w:rsidRPr="00631B05" w:rsidRDefault="00631B05" w:rsidP="00631B05">
      <w:pPr>
        <w:rPr>
          <w:lang w:val="en-GB"/>
        </w:rPr>
      </w:pPr>
    </w:p>
    <w:sectPr w:rsidR="00631B05" w:rsidRPr="00631B05" w:rsidSect="00322878">
      <w:footerReference w:type="default" r:id="rId9"/>
      <w:footerReference w:type="first" r:id="rId10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218B38" w14:textId="77777777" w:rsidR="00890152" w:rsidRDefault="00890152" w:rsidP="00322878">
      <w:pPr>
        <w:spacing w:after="0" w:line="240" w:lineRule="auto"/>
      </w:pPr>
      <w:r>
        <w:separator/>
      </w:r>
    </w:p>
  </w:endnote>
  <w:endnote w:type="continuationSeparator" w:id="0">
    <w:p w14:paraId="21619553" w14:textId="77777777" w:rsidR="00890152" w:rsidRDefault="00890152" w:rsidP="00322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ypbjkAdvP6975">
    <w:altName w:val="Cambria"/>
    <w:panose1 w:val="00000000000000000000"/>
    <w:charset w:val="00"/>
    <w:family w:val="roman"/>
    <w:notTrueType/>
    <w:pitch w:val="default"/>
  </w:font>
  <w:font w:name="JyvmhcAdvP696A">
    <w:altName w:val="Cambria"/>
    <w:panose1 w:val="00000000000000000000"/>
    <w:charset w:val="00"/>
    <w:family w:val="roman"/>
    <w:notTrueType/>
    <w:pitch w:val="default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0F2D9D" w14:textId="183D78FD" w:rsidR="00C41D25" w:rsidRDefault="00C41D25">
    <w:pPr>
      <w:pStyle w:val="Fuzeile"/>
      <w:jc w:val="right"/>
    </w:pPr>
  </w:p>
  <w:p w14:paraId="54A86A61" w14:textId="77777777" w:rsidR="00322878" w:rsidRDefault="0032287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07848956"/>
      <w:docPartObj>
        <w:docPartGallery w:val="Page Numbers (Bottom of Page)"/>
        <w:docPartUnique/>
      </w:docPartObj>
    </w:sdtPr>
    <w:sdtContent>
      <w:p w14:paraId="6A7D555D" w14:textId="3772ED9E" w:rsidR="00C41D25" w:rsidRDefault="00C41D25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691BF27A" w14:textId="77777777" w:rsidR="003955F5" w:rsidRDefault="003955F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8AB11B" w14:textId="77777777" w:rsidR="00890152" w:rsidRDefault="00890152" w:rsidP="00322878">
      <w:pPr>
        <w:spacing w:after="0" w:line="240" w:lineRule="auto"/>
      </w:pPr>
      <w:r>
        <w:separator/>
      </w:r>
    </w:p>
  </w:footnote>
  <w:footnote w:type="continuationSeparator" w:id="0">
    <w:p w14:paraId="47772BD6" w14:textId="77777777" w:rsidR="00890152" w:rsidRDefault="00890152" w:rsidP="003228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347D7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B36FE5"/>
    <w:multiLevelType w:val="hybridMultilevel"/>
    <w:tmpl w:val="35BA8474"/>
    <w:lvl w:ilvl="0" w:tplc="9B162D7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E92196"/>
    <w:multiLevelType w:val="hybridMultilevel"/>
    <w:tmpl w:val="4E9AF5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367FB3"/>
    <w:multiLevelType w:val="hybridMultilevel"/>
    <w:tmpl w:val="B06801D2"/>
    <w:lvl w:ilvl="0" w:tplc="4458516C">
      <w:start w:val="1"/>
      <w:numFmt w:val="decimal"/>
      <w:lvlText w:val="%1."/>
      <w:lvlJc w:val="left"/>
      <w:pPr>
        <w:ind w:left="1440" w:hanging="360"/>
      </w:pPr>
    </w:lvl>
    <w:lvl w:ilvl="1" w:tplc="1E0AC43C">
      <w:start w:val="1"/>
      <w:numFmt w:val="decimal"/>
      <w:lvlText w:val="%2."/>
      <w:lvlJc w:val="left"/>
      <w:pPr>
        <w:ind w:left="1440" w:hanging="360"/>
      </w:pPr>
    </w:lvl>
    <w:lvl w:ilvl="2" w:tplc="B432839C">
      <w:start w:val="1"/>
      <w:numFmt w:val="decimal"/>
      <w:lvlText w:val="%3."/>
      <w:lvlJc w:val="left"/>
      <w:pPr>
        <w:ind w:left="1440" w:hanging="360"/>
      </w:pPr>
    </w:lvl>
    <w:lvl w:ilvl="3" w:tplc="5920BD4A">
      <w:start w:val="1"/>
      <w:numFmt w:val="decimal"/>
      <w:lvlText w:val="%4."/>
      <w:lvlJc w:val="left"/>
      <w:pPr>
        <w:ind w:left="1440" w:hanging="360"/>
      </w:pPr>
    </w:lvl>
    <w:lvl w:ilvl="4" w:tplc="301ADD28">
      <w:start w:val="1"/>
      <w:numFmt w:val="decimal"/>
      <w:lvlText w:val="%5."/>
      <w:lvlJc w:val="left"/>
      <w:pPr>
        <w:ind w:left="1440" w:hanging="360"/>
      </w:pPr>
    </w:lvl>
    <w:lvl w:ilvl="5" w:tplc="0B643568">
      <w:start w:val="1"/>
      <w:numFmt w:val="decimal"/>
      <w:lvlText w:val="%6."/>
      <w:lvlJc w:val="left"/>
      <w:pPr>
        <w:ind w:left="1440" w:hanging="360"/>
      </w:pPr>
    </w:lvl>
    <w:lvl w:ilvl="6" w:tplc="4D38C412">
      <w:start w:val="1"/>
      <w:numFmt w:val="decimal"/>
      <w:lvlText w:val="%7."/>
      <w:lvlJc w:val="left"/>
      <w:pPr>
        <w:ind w:left="1440" w:hanging="360"/>
      </w:pPr>
    </w:lvl>
    <w:lvl w:ilvl="7" w:tplc="95462568">
      <w:start w:val="1"/>
      <w:numFmt w:val="decimal"/>
      <w:lvlText w:val="%8."/>
      <w:lvlJc w:val="left"/>
      <w:pPr>
        <w:ind w:left="1440" w:hanging="360"/>
      </w:pPr>
    </w:lvl>
    <w:lvl w:ilvl="8" w:tplc="8F56463A">
      <w:start w:val="1"/>
      <w:numFmt w:val="decimal"/>
      <w:lvlText w:val="%9."/>
      <w:lvlJc w:val="left"/>
      <w:pPr>
        <w:ind w:left="1440" w:hanging="360"/>
      </w:pPr>
    </w:lvl>
  </w:abstractNum>
  <w:abstractNum w:abstractNumId="13" w15:restartNumberingAfterBreak="0">
    <w:nsid w:val="1A3D584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175052"/>
    <w:multiLevelType w:val="hybridMultilevel"/>
    <w:tmpl w:val="5ABEB7E0"/>
    <w:lvl w:ilvl="0" w:tplc="B0566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02EE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841B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8478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AE47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1CC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6A91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D495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8C2D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1C19249A"/>
    <w:multiLevelType w:val="hybridMultilevel"/>
    <w:tmpl w:val="DA381F44"/>
    <w:lvl w:ilvl="0" w:tplc="0407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6" w15:restartNumberingAfterBreak="0">
    <w:nsid w:val="24840355"/>
    <w:multiLevelType w:val="hybridMultilevel"/>
    <w:tmpl w:val="B48279D4"/>
    <w:lvl w:ilvl="0" w:tplc="2EC22D4A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252F2D18"/>
    <w:multiLevelType w:val="hybridMultilevel"/>
    <w:tmpl w:val="98D22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6E2FCC"/>
    <w:multiLevelType w:val="hybridMultilevel"/>
    <w:tmpl w:val="AE5C9A5A"/>
    <w:lvl w:ilvl="0" w:tplc="195AE3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E77FDB"/>
    <w:multiLevelType w:val="hybridMultilevel"/>
    <w:tmpl w:val="697073C4"/>
    <w:lvl w:ilvl="0" w:tplc="2E9A48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6FC12B8"/>
    <w:multiLevelType w:val="multilevel"/>
    <w:tmpl w:val="C30C3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6930F9"/>
    <w:multiLevelType w:val="hybridMultilevel"/>
    <w:tmpl w:val="FFFFFFFF"/>
    <w:lvl w:ilvl="0" w:tplc="D4BCBA66">
      <w:numFmt w:val="bullet"/>
      <w:lvlText w:val="-"/>
      <w:lvlJc w:val="left"/>
      <w:pPr>
        <w:ind w:left="1069" w:hanging="360"/>
      </w:pPr>
      <w:rPr>
        <w:rFonts w:ascii="Calibri" w:eastAsia="Times New Roman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5D9851EE"/>
    <w:multiLevelType w:val="hybridMultilevel"/>
    <w:tmpl w:val="535C7C22"/>
    <w:lvl w:ilvl="0" w:tplc="D8BA00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717B12"/>
    <w:multiLevelType w:val="hybridMultilevel"/>
    <w:tmpl w:val="0D9ED80C"/>
    <w:lvl w:ilvl="0" w:tplc="B2C6E94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934237">
    <w:abstractNumId w:val="13"/>
  </w:num>
  <w:num w:numId="2" w16cid:durableId="1536429310">
    <w:abstractNumId w:val="21"/>
  </w:num>
  <w:num w:numId="3" w16cid:durableId="1964580082">
    <w:abstractNumId w:val="9"/>
  </w:num>
  <w:num w:numId="4" w16cid:durableId="1042486568">
    <w:abstractNumId w:val="7"/>
  </w:num>
  <w:num w:numId="5" w16cid:durableId="442504611">
    <w:abstractNumId w:val="6"/>
  </w:num>
  <w:num w:numId="6" w16cid:durableId="345325669">
    <w:abstractNumId w:val="5"/>
  </w:num>
  <w:num w:numId="7" w16cid:durableId="1004745036">
    <w:abstractNumId w:val="8"/>
  </w:num>
  <w:num w:numId="8" w16cid:durableId="1469781224">
    <w:abstractNumId w:val="3"/>
  </w:num>
  <w:num w:numId="9" w16cid:durableId="1687831713">
    <w:abstractNumId w:val="2"/>
  </w:num>
  <w:num w:numId="10" w16cid:durableId="886188047">
    <w:abstractNumId w:val="1"/>
  </w:num>
  <w:num w:numId="11" w16cid:durableId="461195677">
    <w:abstractNumId w:val="0"/>
  </w:num>
  <w:num w:numId="12" w16cid:durableId="1631398980">
    <w:abstractNumId w:val="15"/>
  </w:num>
  <w:num w:numId="13" w16cid:durableId="1558205669">
    <w:abstractNumId w:val="20"/>
  </w:num>
  <w:num w:numId="14" w16cid:durableId="3554363">
    <w:abstractNumId w:val="4"/>
  </w:num>
  <w:num w:numId="15" w16cid:durableId="1824543210">
    <w:abstractNumId w:val="23"/>
  </w:num>
  <w:num w:numId="16" w16cid:durableId="1770927763">
    <w:abstractNumId w:val="10"/>
  </w:num>
  <w:num w:numId="17" w16cid:durableId="1352678805">
    <w:abstractNumId w:val="22"/>
  </w:num>
  <w:num w:numId="18" w16cid:durableId="704449145">
    <w:abstractNumId w:val="18"/>
  </w:num>
  <w:num w:numId="19" w16cid:durableId="716702211">
    <w:abstractNumId w:val="16"/>
  </w:num>
  <w:num w:numId="20" w16cid:durableId="1544975184">
    <w:abstractNumId w:val="14"/>
  </w:num>
  <w:num w:numId="21" w16cid:durableId="828058475">
    <w:abstractNumId w:val="19"/>
  </w:num>
  <w:num w:numId="22" w16cid:durableId="8945215">
    <w:abstractNumId w:val="11"/>
  </w:num>
  <w:num w:numId="23" w16cid:durableId="1498839680">
    <w:abstractNumId w:val="17"/>
  </w:num>
  <w:num w:numId="24" w16cid:durableId="8954293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BCD"/>
    <w:rsid w:val="00044949"/>
    <w:rsid w:val="00051234"/>
    <w:rsid w:val="00087171"/>
    <w:rsid w:val="000A7B7C"/>
    <w:rsid w:val="000C52D2"/>
    <w:rsid w:val="000C71E0"/>
    <w:rsid w:val="000D134A"/>
    <w:rsid w:val="000D1789"/>
    <w:rsid w:val="000F7B86"/>
    <w:rsid w:val="001039F6"/>
    <w:rsid w:val="001156D1"/>
    <w:rsid w:val="00136A77"/>
    <w:rsid w:val="00150906"/>
    <w:rsid w:val="00154D3F"/>
    <w:rsid w:val="00156188"/>
    <w:rsid w:val="001617EF"/>
    <w:rsid w:val="00161CD2"/>
    <w:rsid w:val="001736F7"/>
    <w:rsid w:val="00194208"/>
    <w:rsid w:val="001B0331"/>
    <w:rsid w:val="002040CA"/>
    <w:rsid w:val="00204E11"/>
    <w:rsid w:val="00211BCD"/>
    <w:rsid w:val="00250926"/>
    <w:rsid w:val="00254227"/>
    <w:rsid w:val="00273E37"/>
    <w:rsid w:val="00283B3B"/>
    <w:rsid w:val="002A5839"/>
    <w:rsid w:val="002C10C4"/>
    <w:rsid w:val="002D3418"/>
    <w:rsid w:val="002D67A6"/>
    <w:rsid w:val="002F0A97"/>
    <w:rsid w:val="00302459"/>
    <w:rsid w:val="00303D2B"/>
    <w:rsid w:val="00322878"/>
    <w:rsid w:val="00351F83"/>
    <w:rsid w:val="00352D89"/>
    <w:rsid w:val="00363C01"/>
    <w:rsid w:val="00374F8D"/>
    <w:rsid w:val="003857F1"/>
    <w:rsid w:val="003955F5"/>
    <w:rsid w:val="003A0BD8"/>
    <w:rsid w:val="003B1610"/>
    <w:rsid w:val="003B65F2"/>
    <w:rsid w:val="003C65E1"/>
    <w:rsid w:val="003D7F3B"/>
    <w:rsid w:val="003F1660"/>
    <w:rsid w:val="003F37D6"/>
    <w:rsid w:val="00410151"/>
    <w:rsid w:val="004114CF"/>
    <w:rsid w:val="004211E3"/>
    <w:rsid w:val="00422F84"/>
    <w:rsid w:val="0046559C"/>
    <w:rsid w:val="004A02E3"/>
    <w:rsid w:val="004B41F1"/>
    <w:rsid w:val="004C2C35"/>
    <w:rsid w:val="004C34EA"/>
    <w:rsid w:val="004F5D8A"/>
    <w:rsid w:val="005123EA"/>
    <w:rsid w:val="005152F8"/>
    <w:rsid w:val="005505FA"/>
    <w:rsid w:val="00576DF8"/>
    <w:rsid w:val="00580FEC"/>
    <w:rsid w:val="00585A69"/>
    <w:rsid w:val="005A1D20"/>
    <w:rsid w:val="005A2E09"/>
    <w:rsid w:val="005B2D76"/>
    <w:rsid w:val="005C0F77"/>
    <w:rsid w:val="005C2B0C"/>
    <w:rsid w:val="005E5100"/>
    <w:rsid w:val="005F7097"/>
    <w:rsid w:val="006138B1"/>
    <w:rsid w:val="006164DC"/>
    <w:rsid w:val="00631B05"/>
    <w:rsid w:val="00641A66"/>
    <w:rsid w:val="00646E35"/>
    <w:rsid w:val="00651850"/>
    <w:rsid w:val="00656E5E"/>
    <w:rsid w:val="0068011A"/>
    <w:rsid w:val="00692094"/>
    <w:rsid w:val="006A5CF6"/>
    <w:rsid w:val="006A7FF8"/>
    <w:rsid w:val="006C4562"/>
    <w:rsid w:val="006D3AF1"/>
    <w:rsid w:val="006D71B0"/>
    <w:rsid w:val="006F2D56"/>
    <w:rsid w:val="007350AD"/>
    <w:rsid w:val="00764B1E"/>
    <w:rsid w:val="00770615"/>
    <w:rsid w:val="00773432"/>
    <w:rsid w:val="007933C0"/>
    <w:rsid w:val="007A40FA"/>
    <w:rsid w:val="007B0DD4"/>
    <w:rsid w:val="007B54B8"/>
    <w:rsid w:val="007E6574"/>
    <w:rsid w:val="007F33F8"/>
    <w:rsid w:val="00823CFE"/>
    <w:rsid w:val="00830976"/>
    <w:rsid w:val="00843AF7"/>
    <w:rsid w:val="00851D86"/>
    <w:rsid w:val="008702CB"/>
    <w:rsid w:val="00890152"/>
    <w:rsid w:val="008960A7"/>
    <w:rsid w:val="008A1D67"/>
    <w:rsid w:val="008B762E"/>
    <w:rsid w:val="008D5072"/>
    <w:rsid w:val="008F4EB2"/>
    <w:rsid w:val="008F663D"/>
    <w:rsid w:val="00911076"/>
    <w:rsid w:val="0092490F"/>
    <w:rsid w:val="00926D9B"/>
    <w:rsid w:val="009270BB"/>
    <w:rsid w:val="009331A4"/>
    <w:rsid w:val="00937053"/>
    <w:rsid w:val="00941905"/>
    <w:rsid w:val="009443A6"/>
    <w:rsid w:val="00946EAA"/>
    <w:rsid w:val="00975047"/>
    <w:rsid w:val="00991D25"/>
    <w:rsid w:val="009943F5"/>
    <w:rsid w:val="009A7C1A"/>
    <w:rsid w:val="009B7D07"/>
    <w:rsid w:val="009C2CF9"/>
    <w:rsid w:val="009C4752"/>
    <w:rsid w:val="009E3348"/>
    <w:rsid w:val="009F521B"/>
    <w:rsid w:val="009F5A2B"/>
    <w:rsid w:val="00A134E1"/>
    <w:rsid w:val="00A44D83"/>
    <w:rsid w:val="00A654DE"/>
    <w:rsid w:val="00A67C9E"/>
    <w:rsid w:val="00A82EC6"/>
    <w:rsid w:val="00AA1D62"/>
    <w:rsid w:val="00AB348F"/>
    <w:rsid w:val="00AB4D83"/>
    <w:rsid w:val="00AB5601"/>
    <w:rsid w:val="00AB76AC"/>
    <w:rsid w:val="00AC7CE0"/>
    <w:rsid w:val="00AD134C"/>
    <w:rsid w:val="00B17B97"/>
    <w:rsid w:val="00B263EC"/>
    <w:rsid w:val="00B26E6C"/>
    <w:rsid w:val="00B40A59"/>
    <w:rsid w:val="00B443C8"/>
    <w:rsid w:val="00B47C5A"/>
    <w:rsid w:val="00B66E85"/>
    <w:rsid w:val="00B910FD"/>
    <w:rsid w:val="00B916CF"/>
    <w:rsid w:val="00BD5C7E"/>
    <w:rsid w:val="00C12C17"/>
    <w:rsid w:val="00C40104"/>
    <w:rsid w:val="00C41D25"/>
    <w:rsid w:val="00C4352A"/>
    <w:rsid w:val="00C529F6"/>
    <w:rsid w:val="00C64935"/>
    <w:rsid w:val="00C826E5"/>
    <w:rsid w:val="00C828A1"/>
    <w:rsid w:val="00C96C44"/>
    <w:rsid w:val="00CA06C3"/>
    <w:rsid w:val="00CA177D"/>
    <w:rsid w:val="00CC106E"/>
    <w:rsid w:val="00CC479A"/>
    <w:rsid w:val="00CE6FEB"/>
    <w:rsid w:val="00CF606F"/>
    <w:rsid w:val="00D24038"/>
    <w:rsid w:val="00D3455F"/>
    <w:rsid w:val="00D40E00"/>
    <w:rsid w:val="00D41C16"/>
    <w:rsid w:val="00D47FEF"/>
    <w:rsid w:val="00D601A9"/>
    <w:rsid w:val="00D70909"/>
    <w:rsid w:val="00D807B8"/>
    <w:rsid w:val="00DA7D3E"/>
    <w:rsid w:val="00DB3A58"/>
    <w:rsid w:val="00DC30FD"/>
    <w:rsid w:val="00E06934"/>
    <w:rsid w:val="00E143A9"/>
    <w:rsid w:val="00E34303"/>
    <w:rsid w:val="00E3553E"/>
    <w:rsid w:val="00E50C4F"/>
    <w:rsid w:val="00E531F5"/>
    <w:rsid w:val="00E662D2"/>
    <w:rsid w:val="00E85313"/>
    <w:rsid w:val="00E85A06"/>
    <w:rsid w:val="00EA58A1"/>
    <w:rsid w:val="00EA68FB"/>
    <w:rsid w:val="00EC7D8D"/>
    <w:rsid w:val="00ED1666"/>
    <w:rsid w:val="00F06FC6"/>
    <w:rsid w:val="00F514E1"/>
    <w:rsid w:val="00F67BA5"/>
    <w:rsid w:val="00F8615A"/>
    <w:rsid w:val="00F91625"/>
    <w:rsid w:val="00F95BCE"/>
    <w:rsid w:val="00FA21AD"/>
    <w:rsid w:val="00FB1D95"/>
    <w:rsid w:val="00FB7775"/>
    <w:rsid w:val="00FB792C"/>
    <w:rsid w:val="00FE4118"/>
    <w:rsid w:val="00FE4320"/>
    <w:rsid w:val="00FE6F86"/>
    <w:rsid w:val="00FF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62E76"/>
  <w15:chartTrackingRefBased/>
  <w15:docId w15:val="{B58F84B5-E721-431C-ACC4-F3EAD57D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33C0"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631B05"/>
    <w:pPr>
      <w:spacing w:after="0" w:line="480" w:lineRule="auto"/>
      <w:jc w:val="center"/>
      <w:outlineLvl w:val="0"/>
    </w:pPr>
    <w:rPr>
      <w:rFonts w:asciiTheme="majorHAnsi" w:hAnsiTheme="majorHAnsi" w:cs="Times New Roman"/>
      <w:b/>
      <w:bCs/>
      <w:sz w:val="28"/>
      <w:szCs w:val="24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3955F5"/>
    <w:pPr>
      <w:spacing w:after="0" w:line="480" w:lineRule="auto"/>
      <w:jc w:val="center"/>
      <w:outlineLvl w:val="1"/>
    </w:pPr>
    <w:rPr>
      <w:rFonts w:asciiTheme="majorHAnsi" w:hAnsiTheme="majorHAnsi" w:cstheme="minorHAnsi"/>
      <w:b/>
      <w:bCs/>
      <w:sz w:val="24"/>
      <w:szCs w:val="28"/>
      <w:lang w:val="en-GB"/>
    </w:rPr>
  </w:style>
  <w:style w:type="paragraph" w:styleId="berschrift3">
    <w:name w:val="heading 3"/>
    <w:basedOn w:val="StandardWeb"/>
    <w:next w:val="Standard"/>
    <w:link w:val="berschrift3Zchn"/>
    <w:autoRedefine/>
    <w:uiPriority w:val="9"/>
    <w:unhideWhenUsed/>
    <w:qFormat/>
    <w:rsid w:val="003955F5"/>
    <w:pPr>
      <w:spacing w:before="0" w:beforeAutospacing="0" w:after="0" w:afterAutospacing="0" w:line="480" w:lineRule="auto"/>
      <w:outlineLvl w:val="2"/>
    </w:pPr>
    <w:rPr>
      <w:rFonts w:asciiTheme="minorHAnsi" w:hAnsiTheme="minorHAnsi" w:cstheme="minorHAnsi"/>
      <w:i/>
      <w:iCs/>
      <w:lang w:val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960A7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kern w:val="0"/>
      <w14:ligatures w14:val="non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960A7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kern w:val="0"/>
      <w14:ligatures w14:val="none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960A7"/>
    <w:pPr>
      <w:keepNext/>
      <w:keepLines/>
      <w:spacing w:before="200" w:after="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kern w:val="0"/>
      <w14:ligatures w14:val="none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960A7"/>
    <w:pPr>
      <w:keepNext/>
      <w:keepLines/>
      <w:spacing w:before="200" w:after="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14:ligatures w14:val="none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960A7"/>
    <w:pPr>
      <w:keepNext/>
      <w:keepLines/>
      <w:spacing w:before="200" w:after="0" w:line="276" w:lineRule="auto"/>
      <w:outlineLvl w:val="7"/>
    </w:pPr>
    <w:rPr>
      <w:rFonts w:asciiTheme="majorHAnsi" w:eastAsiaTheme="majorEastAsia" w:hAnsiTheme="majorHAnsi" w:cstheme="majorBidi"/>
      <w:color w:val="5B9BD5" w:themeColor="accent1"/>
      <w:kern w:val="0"/>
      <w:sz w:val="20"/>
      <w:szCs w:val="20"/>
      <w14:ligatures w14:val="none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960A7"/>
    <w:pPr>
      <w:keepNext/>
      <w:keepLines/>
      <w:spacing w:before="200" w:after="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gkelc">
    <w:name w:val="hgkelc"/>
    <w:basedOn w:val="Absatz-Standardschriftart"/>
    <w:rsid w:val="00B916CF"/>
  </w:style>
  <w:style w:type="character" w:customStyle="1" w:styleId="fontstyle01">
    <w:name w:val="fontstyle01"/>
    <w:basedOn w:val="Absatz-Standardschriftart"/>
    <w:rsid w:val="00AB4D83"/>
    <w:rPr>
      <w:rFonts w:ascii="NypbjkAdvP6975" w:hAnsi="NypbjkAdvP6975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bsatz-Standardschriftart"/>
    <w:rsid w:val="00AB4D83"/>
    <w:rPr>
      <w:rFonts w:ascii="JyvmhcAdvP696A" w:hAnsi="JyvmhcAdvP696A" w:hint="default"/>
      <w:b w:val="0"/>
      <w:bCs w:val="0"/>
      <w:i w:val="0"/>
      <w:iCs w:val="0"/>
      <w:color w:val="000000"/>
      <w:sz w:val="20"/>
      <w:szCs w:val="20"/>
    </w:rPr>
  </w:style>
  <w:style w:type="paragraph" w:styleId="StandardWeb">
    <w:name w:val="Normal (Web)"/>
    <w:basedOn w:val="Standard"/>
    <w:uiPriority w:val="99"/>
    <w:unhideWhenUsed/>
    <w:rsid w:val="003F3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67C9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67C9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67C9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67C9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67C9E"/>
    <w:rPr>
      <w:b/>
      <w:bCs/>
      <w:sz w:val="20"/>
      <w:szCs w:val="20"/>
    </w:rPr>
  </w:style>
  <w:style w:type="paragraph" w:customStyle="1" w:styleId="Pa11">
    <w:name w:val="Pa11"/>
    <w:basedOn w:val="Standard"/>
    <w:next w:val="Standard"/>
    <w:uiPriority w:val="99"/>
    <w:rsid w:val="00CA06C3"/>
    <w:pPr>
      <w:autoSpaceDE w:val="0"/>
      <w:autoSpaceDN w:val="0"/>
      <w:adjustRightInd w:val="0"/>
      <w:spacing w:after="0" w:line="240" w:lineRule="auto"/>
    </w:pPr>
    <w:rPr>
      <w:rFonts w:ascii="Myriad Pro" w:hAnsi="Myriad Pro"/>
      <w:kern w:val="0"/>
      <w:sz w:val="24"/>
      <w:szCs w:val="24"/>
      <w:lang w:val="de-DE"/>
    </w:rPr>
  </w:style>
  <w:style w:type="paragraph" w:customStyle="1" w:styleId="Pa6">
    <w:name w:val="Pa6"/>
    <w:basedOn w:val="Standard"/>
    <w:next w:val="Standard"/>
    <w:uiPriority w:val="99"/>
    <w:rsid w:val="00CA06C3"/>
    <w:pPr>
      <w:autoSpaceDE w:val="0"/>
      <w:autoSpaceDN w:val="0"/>
      <w:adjustRightInd w:val="0"/>
      <w:spacing w:after="0" w:line="240" w:lineRule="auto"/>
    </w:pPr>
    <w:rPr>
      <w:rFonts w:ascii="Minion Pro" w:hAnsi="Minion Pro"/>
      <w:kern w:val="0"/>
      <w:sz w:val="24"/>
      <w:szCs w:val="24"/>
      <w:lang w:val="de-DE"/>
    </w:rPr>
  </w:style>
  <w:style w:type="paragraph" w:styleId="Listenabsatz">
    <w:name w:val="List Paragraph"/>
    <w:basedOn w:val="Standard"/>
    <w:uiPriority w:val="34"/>
    <w:qFormat/>
    <w:rsid w:val="00692094"/>
    <w:pPr>
      <w:ind w:left="720"/>
      <w:contextualSpacing/>
    </w:pPr>
    <w:rPr>
      <w:rFonts w:eastAsia="Times New Roman" w:cs="Arial"/>
      <w14:ligatures w14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31B05"/>
    <w:rPr>
      <w:rFonts w:asciiTheme="majorHAnsi" w:hAnsiTheme="majorHAnsi" w:cs="Times New Roman"/>
      <w:b/>
      <w:bCs/>
      <w:sz w:val="28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955F5"/>
    <w:rPr>
      <w:rFonts w:asciiTheme="majorHAnsi" w:hAnsiTheme="majorHAnsi" w:cstheme="minorHAnsi"/>
      <w:b/>
      <w:bCs/>
      <w:sz w:val="24"/>
      <w:szCs w:val="28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955F5"/>
    <w:rPr>
      <w:rFonts w:eastAsia="Times New Roman" w:cstheme="minorHAnsi"/>
      <w:i/>
      <w:iCs/>
      <w:kern w:val="0"/>
      <w:sz w:val="24"/>
      <w:szCs w:val="24"/>
      <w:lang w:eastAsia="de-DE"/>
      <w14:ligatures w14:val="non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22878"/>
    <w:pPr>
      <w:keepNext/>
      <w:keepLines/>
      <w:spacing w:before="240" w:line="259" w:lineRule="auto"/>
      <w:outlineLvl w:val="9"/>
    </w:pPr>
    <w:rPr>
      <w:rFonts w:eastAsiaTheme="majorEastAsia" w:cstheme="majorBidi"/>
      <w:b w:val="0"/>
      <w:bCs w:val="0"/>
      <w:color w:val="2E74B5" w:themeColor="accent1" w:themeShade="BF"/>
      <w:kern w:val="0"/>
      <w:sz w:val="32"/>
      <w:szCs w:val="32"/>
      <w:lang w:val="de-DE" w:eastAsia="de-DE"/>
      <w14:ligatures w14:val="none"/>
    </w:rPr>
  </w:style>
  <w:style w:type="paragraph" w:styleId="Verzeichnis1">
    <w:name w:val="toc 1"/>
    <w:basedOn w:val="Standard"/>
    <w:next w:val="Standard"/>
    <w:autoRedefine/>
    <w:uiPriority w:val="39"/>
    <w:unhideWhenUsed/>
    <w:rsid w:val="008F663D"/>
    <w:pPr>
      <w:tabs>
        <w:tab w:val="right" w:leader="dot" w:pos="9062"/>
      </w:tabs>
      <w:spacing w:after="100" w:line="360" w:lineRule="auto"/>
    </w:pPr>
  </w:style>
  <w:style w:type="paragraph" w:styleId="Verzeichnis2">
    <w:name w:val="toc 2"/>
    <w:basedOn w:val="Standard"/>
    <w:next w:val="Standard"/>
    <w:autoRedefine/>
    <w:uiPriority w:val="39"/>
    <w:unhideWhenUsed/>
    <w:rsid w:val="00322878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322878"/>
    <w:pPr>
      <w:spacing w:after="100"/>
      <w:ind w:left="440"/>
    </w:pPr>
  </w:style>
  <w:style w:type="character" w:styleId="Hyperlink">
    <w:name w:val="Hyperlink"/>
    <w:basedOn w:val="Absatz-Standardschriftart"/>
    <w:uiPriority w:val="99"/>
    <w:unhideWhenUsed/>
    <w:rsid w:val="00322878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322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22878"/>
  </w:style>
  <w:style w:type="paragraph" w:styleId="Fuzeile">
    <w:name w:val="footer"/>
    <w:basedOn w:val="Standard"/>
    <w:link w:val="FuzeileZchn"/>
    <w:uiPriority w:val="99"/>
    <w:unhideWhenUsed/>
    <w:rsid w:val="003228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22878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960A7"/>
    <w:rPr>
      <w:rFonts w:asciiTheme="majorHAnsi" w:eastAsiaTheme="majorEastAsia" w:hAnsiTheme="majorHAnsi" w:cstheme="majorBidi"/>
      <w:b/>
      <w:bCs/>
      <w:i/>
      <w:iCs/>
      <w:color w:val="5B9BD5" w:themeColor="accent1"/>
      <w:kern w:val="0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960A7"/>
    <w:rPr>
      <w:rFonts w:asciiTheme="majorHAnsi" w:eastAsiaTheme="majorEastAsia" w:hAnsiTheme="majorHAnsi" w:cstheme="majorBidi"/>
      <w:color w:val="1F4D78" w:themeColor="accent1" w:themeShade="7F"/>
      <w:kern w:val="0"/>
      <w14:ligatures w14:val="non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960A7"/>
    <w:rPr>
      <w:rFonts w:asciiTheme="majorHAnsi" w:eastAsiaTheme="majorEastAsia" w:hAnsiTheme="majorHAnsi" w:cstheme="majorBidi"/>
      <w:i/>
      <w:iCs/>
      <w:color w:val="1F4D78" w:themeColor="accent1" w:themeShade="7F"/>
      <w:kern w:val="0"/>
      <w14:ligatures w14:val="non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960A7"/>
    <w:rPr>
      <w:rFonts w:asciiTheme="majorHAnsi" w:eastAsiaTheme="majorEastAsia" w:hAnsiTheme="majorHAnsi" w:cstheme="majorBidi"/>
      <w:i/>
      <w:iCs/>
      <w:color w:val="404040" w:themeColor="text1" w:themeTint="BF"/>
      <w:kern w:val="0"/>
      <w14:ligatures w14:val="non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960A7"/>
    <w:rPr>
      <w:rFonts w:asciiTheme="majorHAnsi" w:eastAsiaTheme="majorEastAsia" w:hAnsiTheme="majorHAnsi" w:cstheme="majorBidi"/>
      <w:color w:val="5B9BD5" w:themeColor="accent1"/>
      <w:kern w:val="0"/>
      <w:sz w:val="20"/>
      <w:szCs w:val="20"/>
      <w14:ligatures w14:val="non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960A7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14:ligatures w14:val="none"/>
    </w:rPr>
  </w:style>
  <w:style w:type="paragraph" w:styleId="KeinLeerraum">
    <w:name w:val="No Spacing"/>
    <w:uiPriority w:val="1"/>
    <w:qFormat/>
    <w:rsid w:val="008960A7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Titel">
    <w:name w:val="Title"/>
    <w:basedOn w:val="Standard"/>
    <w:next w:val="Standard"/>
    <w:link w:val="TitelZchn"/>
    <w:uiPriority w:val="10"/>
    <w:qFormat/>
    <w:rsid w:val="008960A7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14:ligatures w14:val="none"/>
    </w:rPr>
  </w:style>
  <w:style w:type="character" w:customStyle="1" w:styleId="TitelZchn">
    <w:name w:val="Titel Zchn"/>
    <w:basedOn w:val="Absatz-Standardschriftart"/>
    <w:link w:val="Titel"/>
    <w:uiPriority w:val="10"/>
    <w:rsid w:val="008960A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14:ligatures w14:val="non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960A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kern w:val="0"/>
      <w:sz w:val="24"/>
      <w:szCs w:val="24"/>
      <w14:ligatures w14:val="non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960A7"/>
    <w:rPr>
      <w:rFonts w:asciiTheme="majorHAnsi" w:eastAsiaTheme="majorEastAsia" w:hAnsiTheme="majorHAnsi" w:cstheme="majorBidi"/>
      <w:i/>
      <w:iCs/>
      <w:color w:val="5B9BD5" w:themeColor="accent1"/>
      <w:spacing w:val="15"/>
      <w:kern w:val="0"/>
      <w:sz w:val="24"/>
      <w:szCs w:val="24"/>
      <w14:ligatures w14:val="none"/>
    </w:rPr>
  </w:style>
  <w:style w:type="paragraph" w:styleId="Textkrper">
    <w:name w:val="Body Text"/>
    <w:basedOn w:val="Standard"/>
    <w:link w:val="TextkrperZchn"/>
    <w:uiPriority w:val="99"/>
    <w:unhideWhenUsed/>
    <w:rsid w:val="008960A7"/>
    <w:pPr>
      <w:spacing w:after="120" w:line="276" w:lineRule="auto"/>
    </w:pPr>
    <w:rPr>
      <w:rFonts w:eastAsiaTheme="minorEastAsia"/>
      <w:kern w:val="0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8960A7"/>
    <w:rPr>
      <w:rFonts w:eastAsiaTheme="minorEastAsia"/>
      <w:kern w:val="0"/>
      <w14:ligatures w14:val="none"/>
    </w:rPr>
  </w:style>
  <w:style w:type="paragraph" w:styleId="Textkrper2">
    <w:name w:val="Body Text 2"/>
    <w:basedOn w:val="Standard"/>
    <w:link w:val="Textkrper2Zchn"/>
    <w:uiPriority w:val="99"/>
    <w:unhideWhenUsed/>
    <w:rsid w:val="008960A7"/>
    <w:pPr>
      <w:spacing w:after="120" w:line="480" w:lineRule="auto"/>
    </w:pPr>
    <w:rPr>
      <w:rFonts w:eastAsiaTheme="minorEastAsia"/>
      <w:kern w:val="0"/>
      <w14:ligatures w14:val="none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8960A7"/>
    <w:rPr>
      <w:rFonts w:eastAsiaTheme="minorEastAsia"/>
      <w:kern w:val="0"/>
      <w14:ligatures w14:val="none"/>
    </w:rPr>
  </w:style>
  <w:style w:type="paragraph" w:styleId="Textkrper3">
    <w:name w:val="Body Text 3"/>
    <w:basedOn w:val="Standard"/>
    <w:link w:val="Textkrper3Zchn"/>
    <w:uiPriority w:val="99"/>
    <w:unhideWhenUsed/>
    <w:rsid w:val="008960A7"/>
    <w:pPr>
      <w:spacing w:after="120" w:line="276" w:lineRule="auto"/>
    </w:pPr>
    <w:rPr>
      <w:rFonts w:eastAsiaTheme="minorEastAsia"/>
      <w:kern w:val="0"/>
      <w:sz w:val="16"/>
      <w:szCs w:val="16"/>
      <w14:ligatures w14:val="none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8960A7"/>
    <w:rPr>
      <w:rFonts w:eastAsiaTheme="minorEastAsia"/>
      <w:kern w:val="0"/>
      <w:sz w:val="16"/>
      <w:szCs w:val="16"/>
      <w14:ligatures w14:val="none"/>
    </w:rPr>
  </w:style>
  <w:style w:type="paragraph" w:styleId="Liste">
    <w:name w:val="List"/>
    <w:basedOn w:val="Standard"/>
    <w:uiPriority w:val="99"/>
    <w:unhideWhenUsed/>
    <w:rsid w:val="008960A7"/>
    <w:pPr>
      <w:spacing w:after="200" w:line="276" w:lineRule="auto"/>
      <w:ind w:left="360" w:hanging="360"/>
      <w:contextualSpacing/>
    </w:pPr>
    <w:rPr>
      <w:rFonts w:eastAsiaTheme="minorEastAsia"/>
      <w:kern w:val="0"/>
      <w14:ligatures w14:val="none"/>
    </w:rPr>
  </w:style>
  <w:style w:type="paragraph" w:styleId="Liste2">
    <w:name w:val="List 2"/>
    <w:basedOn w:val="Standard"/>
    <w:uiPriority w:val="99"/>
    <w:unhideWhenUsed/>
    <w:rsid w:val="008960A7"/>
    <w:pPr>
      <w:spacing w:after="200" w:line="276" w:lineRule="auto"/>
      <w:ind w:left="720" w:hanging="360"/>
      <w:contextualSpacing/>
    </w:pPr>
    <w:rPr>
      <w:rFonts w:eastAsiaTheme="minorEastAsia"/>
      <w:kern w:val="0"/>
      <w14:ligatures w14:val="none"/>
    </w:rPr>
  </w:style>
  <w:style w:type="paragraph" w:styleId="Liste3">
    <w:name w:val="List 3"/>
    <w:basedOn w:val="Standard"/>
    <w:uiPriority w:val="99"/>
    <w:unhideWhenUsed/>
    <w:rsid w:val="008960A7"/>
    <w:pPr>
      <w:spacing w:after="200" w:line="276" w:lineRule="auto"/>
      <w:ind w:left="1080" w:hanging="360"/>
      <w:contextualSpacing/>
    </w:pPr>
    <w:rPr>
      <w:rFonts w:eastAsiaTheme="minorEastAsia"/>
      <w:kern w:val="0"/>
      <w14:ligatures w14:val="none"/>
    </w:rPr>
  </w:style>
  <w:style w:type="paragraph" w:styleId="Aufzhlungszeichen">
    <w:name w:val="List Bullet"/>
    <w:basedOn w:val="Standard"/>
    <w:uiPriority w:val="99"/>
    <w:unhideWhenUsed/>
    <w:rsid w:val="008960A7"/>
    <w:pPr>
      <w:numPr>
        <w:numId w:val="3"/>
      </w:numPr>
      <w:spacing w:after="200" w:line="276" w:lineRule="auto"/>
      <w:contextualSpacing/>
    </w:pPr>
    <w:rPr>
      <w:rFonts w:eastAsiaTheme="minorEastAsia"/>
      <w:kern w:val="0"/>
      <w14:ligatures w14:val="none"/>
    </w:rPr>
  </w:style>
  <w:style w:type="paragraph" w:styleId="Aufzhlungszeichen2">
    <w:name w:val="List Bullet 2"/>
    <w:basedOn w:val="Standard"/>
    <w:uiPriority w:val="99"/>
    <w:unhideWhenUsed/>
    <w:rsid w:val="008960A7"/>
    <w:pPr>
      <w:numPr>
        <w:numId w:val="4"/>
      </w:numPr>
      <w:spacing w:after="200" w:line="276" w:lineRule="auto"/>
      <w:contextualSpacing/>
    </w:pPr>
    <w:rPr>
      <w:rFonts w:eastAsiaTheme="minorEastAsia"/>
      <w:kern w:val="0"/>
      <w14:ligatures w14:val="none"/>
    </w:rPr>
  </w:style>
  <w:style w:type="paragraph" w:styleId="Aufzhlungszeichen3">
    <w:name w:val="List Bullet 3"/>
    <w:basedOn w:val="Standard"/>
    <w:uiPriority w:val="99"/>
    <w:unhideWhenUsed/>
    <w:rsid w:val="008960A7"/>
    <w:pPr>
      <w:numPr>
        <w:numId w:val="5"/>
      </w:numPr>
      <w:spacing w:after="200" w:line="276" w:lineRule="auto"/>
      <w:contextualSpacing/>
    </w:pPr>
    <w:rPr>
      <w:rFonts w:eastAsiaTheme="minorEastAsia"/>
      <w:kern w:val="0"/>
      <w14:ligatures w14:val="none"/>
    </w:rPr>
  </w:style>
  <w:style w:type="paragraph" w:styleId="Listennummer">
    <w:name w:val="List Number"/>
    <w:basedOn w:val="Standard"/>
    <w:uiPriority w:val="99"/>
    <w:unhideWhenUsed/>
    <w:rsid w:val="008960A7"/>
    <w:pPr>
      <w:numPr>
        <w:numId w:val="7"/>
      </w:numPr>
      <w:spacing w:after="200" w:line="276" w:lineRule="auto"/>
      <w:contextualSpacing/>
    </w:pPr>
    <w:rPr>
      <w:rFonts w:eastAsiaTheme="minorEastAsia"/>
      <w:kern w:val="0"/>
      <w14:ligatures w14:val="none"/>
    </w:rPr>
  </w:style>
  <w:style w:type="paragraph" w:styleId="Listennummer2">
    <w:name w:val="List Number 2"/>
    <w:basedOn w:val="Standard"/>
    <w:uiPriority w:val="99"/>
    <w:unhideWhenUsed/>
    <w:rsid w:val="008960A7"/>
    <w:pPr>
      <w:numPr>
        <w:numId w:val="8"/>
      </w:numPr>
      <w:spacing w:after="200" w:line="276" w:lineRule="auto"/>
      <w:contextualSpacing/>
    </w:pPr>
    <w:rPr>
      <w:rFonts w:eastAsiaTheme="minorEastAsia"/>
      <w:kern w:val="0"/>
      <w14:ligatures w14:val="none"/>
    </w:rPr>
  </w:style>
  <w:style w:type="paragraph" w:styleId="Listennummer3">
    <w:name w:val="List Number 3"/>
    <w:basedOn w:val="Standard"/>
    <w:uiPriority w:val="99"/>
    <w:unhideWhenUsed/>
    <w:rsid w:val="008960A7"/>
    <w:pPr>
      <w:numPr>
        <w:numId w:val="9"/>
      </w:numPr>
      <w:spacing w:after="200" w:line="276" w:lineRule="auto"/>
      <w:contextualSpacing/>
    </w:pPr>
    <w:rPr>
      <w:rFonts w:eastAsiaTheme="minorEastAsia"/>
      <w:kern w:val="0"/>
      <w14:ligatures w14:val="none"/>
    </w:rPr>
  </w:style>
  <w:style w:type="paragraph" w:styleId="Listenfortsetzung">
    <w:name w:val="List Continue"/>
    <w:basedOn w:val="Standard"/>
    <w:uiPriority w:val="99"/>
    <w:unhideWhenUsed/>
    <w:rsid w:val="008960A7"/>
    <w:pPr>
      <w:spacing w:after="120" w:line="276" w:lineRule="auto"/>
      <w:ind w:left="360"/>
      <w:contextualSpacing/>
    </w:pPr>
    <w:rPr>
      <w:rFonts w:eastAsiaTheme="minorEastAsia"/>
      <w:kern w:val="0"/>
      <w14:ligatures w14:val="none"/>
    </w:rPr>
  </w:style>
  <w:style w:type="paragraph" w:styleId="Listenfortsetzung2">
    <w:name w:val="List Continue 2"/>
    <w:basedOn w:val="Standard"/>
    <w:uiPriority w:val="99"/>
    <w:unhideWhenUsed/>
    <w:rsid w:val="008960A7"/>
    <w:pPr>
      <w:spacing w:after="120" w:line="276" w:lineRule="auto"/>
      <w:ind w:left="720"/>
      <w:contextualSpacing/>
    </w:pPr>
    <w:rPr>
      <w:rFonts w:eastAsiaTheme="minorEastAsia"/>
      <w:kern w:val="0"/>
      <w14:ligatures w14:val="none"/>
    </w:rPr>
  </w:style>
  <w:style w:type="paragraph" w:styleId="Listenfortsetzung3">
    <w:name w:val="List Continue 3"/>
    <w:basedOn w:val="Standard"/>
    <w:uiPriority w:val="99"/>
    <w:unhideWhenUsed/>
    <w:rsid w:val="008960A7"/>
    <w:pPr>
      <w:spacing w:after="120" w:line="276" w:lineRule="auto"/>
      <w:ind w:left="1080"/>
      <w:contextualSpacing/>
    </w:pPr>
    <w:rPr>
      <w:rFonts w:eastAsiaTheme="minorEastAsia"/>
      <w:kern w:val="0"/>
      <w14:ligatures w14:val="none"/>
    </w:rPr>
  </w:style>
  <w:style w:type="paragraph" w:styleId="Makrotext">
    <w:name w:val="macro"/>
    <w:link w:val="MakrotextZchn"/>
    <w:uiPriority w:val="99"/>
    <w:unhideWhenUsed/>
    <w:rsid w:val="008960A7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kern w:val="0"/>
      <w:sz w:val="20"/>
      <w:szCs w:val="20"/>
      <w14:ligatures w14:val="none"/>
    </w:rPr>
  </w:style>
  <w:style w:type="character" w:customStyle="1" w:styleId="MakrotextZchn">
    <w:name w:val="Makrotext Zchn"/>
    <w:basedOn w:val="Absatz-Standardschriftart"/>
    <w:link w:val="Makrotext"/>
    <w:uiPriority w:val="99"/>
    <w:rsid w:val="008960A7"/>
    <w:rPr>
      <w:rFonts w:ascii="Courier" w:eastAsiaTheme="minorEastAsia" w:hAnsi="Courier"/>
      <w:kern w:val="0"/>
      <w:sz w:val="20"/>
      <w:szCs w:val="20"/>
      <w14:ligatures w14:val="none"/>
    </w:rPr>
  </w:style>
  <w:style w:type="paragraph" w:styleId="Zitat">
    <w:name w:val="Quote"/>
    <w:basedOn w:val="Standard"/>
    <w:next w:val="Standard"/>
    <w:link w:val="ZitatZchn"/>
    <w:uiPriority w:val="29"/>
    <w:qFormat/>
    <w:rsid w:val="008960A7"/>
    <w:pPr>
      <w:spacing w:after="200" w:line="276" w:lineRule="auto"/>
    </w:pPr>
    <w:rPr>
      <w:rFonts w:eastAsiaTheme="minorEastAsia"/>
      <w:i/>
      <w:iCs/>
      <w:color w:val="000000" w:themeColor="text1"/>
      <w:kern w:val="0"/>
      <w14:ligatures w14:val="none"/>
    </w:rPr>
  </w:style>
  <w:style w:type="character" w:customStyle="1" w:styleId="ZitatZchn">
    <w:name w:val="Zitat Zchn"/>
    <w:basedOn w:val="Absatz-Standardschriftart"/>
    <w:link w:val="Zitat"/>
    <w:uiPriority w:val="29"/>
    <w:rsid w:val="008960A7"/>
    <w:rPr>
      <w:rFonts w:eastAsiaTheme="minorEastAsia"/>
      <w:i/>
      <w:iCs/>
      <w:color w:val="000000" w:themeColor="text1"/>
      <w:kern w:val="0"/>
      <w14:ligatures w14:val="none"/>
    </w:rPr>
  </w:style>
  <w:style w:type="paragraph" w:styleId="Beschriftung">
    <w:name w:val="caption"/>
    <w:basedOn w:val="Standard"/>
    <w:next w:val="Standard"/>
    <w:uiPriority w:val="35"/>
    <w:unhideWhenUsed/>
    <w:qFormat/>
    <w:rsid w:val="008960A7"/>
    <w:pPr>
      <w:spacing w:after="200" w:line="240" w:lineRule="auto"/>
    </w:pPr>
    <w:rPr>
      <w:rFonts w:eastAsiaTheme="minorEastAsia"/>
      <w:b/>
      <w:bCs/>
      <w:color w:val="5B9BD5" w:themeColor="accent1"/>
      <w:kern w:val="0"/>
      <w:sz w:val="18"/>
      <w:szCs w:val="18"/>
      <w14:ligatures w14:val="none"/>
    </w:rPr>
  </w:style>
  <w:style w:type="character" w:styleId="Fett">
    <w:name w:val="Strong"/>
    <w:basedOn w:val="Absatz-Standardschriftart"/>
    <w:uiPriority w:val="22"/>
    <w:qFormat/>
    <w:rsid w:val="008960A7"/>
    <w:rPr>
      <w:b/>
      <w:bCs/>
    </w:rPr>
  </w:style>
  <w:style w:type="character" w:styleId="Hervorhebung">
    <w:name w:val="Emphasis"/>
    <w:basedOn w:val="Absatz-Standardschriftart"/>
    <w:uiPriority w:val="20"/>
    <w:qFormat/>
    <w:rsid w:val="008960A7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960A7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rFonts w:eastAsiaTheme="minorEastAsia"/>
      <w:b/>
      <w:bCs/>
      <w:i/>
      <w:iCs/>
      <w:color w:val="5B9BD5" w:themeColor="accent1"/>
      <w:kern w:val="0"/>
      <w14:ligatures w14:val="none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960A7"/>
    <w:rPr>
      <w:rFonts w:eastAsiaTheme="minorEastAsia"/>
      <w:b/>
      <w:bCs/>
      <w:i/>
      <w:iCs/>
      <w:color w:val="5B9BD5" w:themeColor="accent1"/>
      <w:kern w:val="0"/>
      <w14:ligatures w14:val="none"/>
    </w:rPr>
  </w:style>
  <w:style w:type="character" w:styleId="SchwacheHervorhebung">
    <w:name w:val="Subtle Emphasis"/>
    <w:basedOn w:val="Absatz-Standardschriftart"/>
    <w:uiPriority w:val="19"/>
    <w:qFormat/>
    <w:rsid w:val="008960A7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8960A7"/>
    <w:rPr>
      <w:b/>
      <w:bCs/>
      <w:i/>
      <w:iCs/>
      <w:color w:val="5B9BD5" w:themeColor="accent1"/>
    </w:rPr>
  </w:style>
  <w:style w:type="character" w:styleId="SchwacherVerweis">
    <w:name w:val="Subtle Reference"/>
    <w:basedOn w:val="Absatz-Standardschriftart"/>
    <w:uiPriority w:val="31"/>
    <w:qFormat/>
    <w:rsid w:val="008960A7"/>
    <w:rPr>
      <w:smallCaps/>
      <w:color w:val="ED7D31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8960A7"/>
    <w:rPr>
      <w:b/>
      <w:bCs/>
      <w:smallCaps/>
      <w:color w:val="ED7D31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8960A7"/>
    <w:rPr>
      <w:b/>
      <w:bCs/>
      <w:smallCaps/>
      <w:spacing w:val="5"/>
    </w:rPr>
  </w:style>
  <w:style w:type="table" w:styleId="Tabellenraster">
    <w:name w:val="Table Grid"/>
    <w:basedOn w:val="NormaleTabelle"/>
    <w:uiPriority w:val="59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8960A7"/>
    <w:pPr>
      <w:spacing w:after="0" w:line="240" w:lineRule="auto"/>
    </w:pPr>
    <w:rPr>
      <w:rFonts w:eastAsiaTheme="minorEastAsia"/>
      <w:color w:val="000000" w:themeColor="text1" w:themeShade="BF"/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8960A7"/>
    <w:pPr>
      <w:spacing w:after="0" w:line="240" w:lineRule="auto"/>
    </w:pPr>
    <w:rPr>
      <w:rFonts w:eastAsiaTheme="minorEastAsia"/>
      <w:color w:val="2E74B5" w:themeColor="accent1" w:themeShade="BF"/>
      <w:kern w:val="0"/>
      <w14:ligatures w14:val="non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8960A7"/>
    <w:pPr>
      <w:spacing w:after="0" w:line="240" w:lineRule="auto"/>
    </w:pPr>
    <w:rPr>
      <w:rFonts w:eastAsiaTheme="minorEastAsia"/>
      <w:color w:val="C45911" w:themeColor="accent2" w:themeShade="BF"/>
      <w:kern w:val="0"/>
      <w14:ligatures w14:val="non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8960A7"/>
    <w:pPr>
      <w:spacing w:after="0" w:line="240" w:lineRule="auto"/>
    </w:pPr>
    <w:rPr>
      <w:rFonts w:eastAsiaTheme="minorEastAsia"/>
      <w:color w:val="7B7B7B" w:themeColor="accent3" w:themeShade="BF"/>
      <w:kern w:val="0"/>
      <w14:ligatures w14:val="non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8960A7"/>
    <w:pPr>
      <w:spacing w:after="0" w:line="240" w:lineRule="auto"/>
    </w:pPr>
    <w:rPr>
      <w:rFonts w:eastAsiaTheme="minorEastAsia"/>
      <w:color w:val="BF8F00" w:themeColor="accent4" w:themeShade="BF"/>
      <w:kern w:val="0"/>
      <w14:ligatures w14:val="non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8960A7"/>
    <w:pPr>
      <w:spacing w:after="0" w:line="240" w:lineRule="auto"/>
    </w:pPr>
    <w:rPr>
      <w:rFonts w:eastAsiaTheme="minorEastAsia"/>
      <w:color w:val="2F5496" w:themeColor="accent5" w:themeShade="BF"/>
      <w:kern w:val="0"/>
      <w14:ligatures w14:val="none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8960A7"/>
    <w:pPr>
      <w:spacing w:after="0" w:line="240" w:lineRule="auto"/>
    </w:pPr>
    <w:rPr>
      <w:rFonts w:eastAsiaTheme="minorEastAsia"/>
      <w:color w:val="538135" w:themeColor="accent6" w:themeShade="BF"/>
      <w:kern w:val="0"/>
      <w14:ligatures w14:val="non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HelleListe">
    <w:name w:val="Light List"/>
    <w:basedOn w:val="NormaleTabelle"/>
    <w:uiPriority w:val="61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HellesRaster">
    <w:name w:val="Light Grid"/>
    <w:basedOn w:val="NormaleTabelle"/>
    <w:uiPriority w:val="62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8960A7"/>
    <w:pPr>
      <w:spacing w:after="0" w:line="240" w:lineRule="auto"/>
    </w:pPr>
    <w:rPr>
      <w:rFonts w:eastAsiaTheme="minorEastAsia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8960A7"/>
    <w:pPr>
      <w:spacing w:after="0" w:line="240" w:lineRule="auto"/>
    </w:pPr>
    <w:rPr>
      <w:rFonts w:eastAsiaTheme="minorEastAsia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8960A7"/>
    <w:pPr>
      <w:spacing w:after="0" w:line="240" w:lineRule="auto"/>
    </w:pPr>
    <w:rPr>
      <w:rFonts w:eastAsiaTheme="minorEastAsia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8960A7"/>
    <w:pPr>
      <w:spacing w:after="0" w:line="240" w:lineRule="auto"/>
    </w:pPr>
    <w:rPr>
      <w:rFonts w:eastAsiaTheme="minorEastAsia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8960A7"/>
    <w:pPr>
      <w:spacing w:after="0" w:line="240" w:lineRule="auto"/>
    </w:pPr>
    <w:rPr>
      <w:rFonts w:eastAsiaTheme="minorEastAsia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8960A7"/>
    <w:pPr>
      <w:spacing w:after="0" w:line="240" w:lineRule="auto"/>
    </w:pPr>
    <w:rPr>
      <w:rFonts w:eastAsiaTheme="minorEastAsia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8960A7"/>
    <w:pPr>
      <w:spacing w:after="0" w:line="240" w:lineRule="auto"/>
    </w:pPr>
    <w:rPr>
      <w:rFonts w:eastAsiaTheme="minorEastAsia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8960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8960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8960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8960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8960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8960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8960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8960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8960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8960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8960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8960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8960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8960A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8960A7"/>
    <w:pPr>
      <w:spacing w:after="0" w:line="240" w:lineRule="auto"/>
    </w:pPr>
    <w:rPr>
      <w:rFonts w:eastAsiaTheme="minorEastAsia"/>
      <w:kern w:val="0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DunkleListe">
    <w:name w:val="Dark List"/>
    <w:basedOn w:val="NormaleTabelle"/>
    <w:uiPriority w:val="70"/>
    <w:rsid w:val="008960A7"/>
    <w:pPr>
      <w:spacing w:after="0" w:line="240" w:lineRule="auto"/>
    </w:pPr>
    <w:rPr>
      <w:rFonts w:eastAsiaTheme="minorEastAsia"/>
      <w:color w:val="FFFFFF" w:themeColor="background1"/>
      <w:kern w:val="0"/>
      <w14:ligatures w14:val="non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8960A7"/>
    <w:pPr>
      <w:spacing w:after="0" w:line="240" w:lineRule="auto"/>
    </w:pPr>
    <w:rPr>
      <w:rFonts w:eastAsiaTheme="minorEastAsia"/>
      <w:color w:val="FFFFFF" w:themeColor="background1"/>
      <w:kern w:val="0"/>
      <w14:ligatures w14:val="none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8960A7"/>
    <w:pPr>
      <w:spacing w:after="0" w:line="240" w:lineRule="auto"/>
    </w:pPr>
    <w:rPr>
      <w:rFonts w:eastAsiaTheme="minorEastAsia"/>
      <w:color w:val="FFFFFF" w:themeColor="background1"/>
      <w:kern w:val="0"/>
      <w14:ligatures w14:val="none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8960A7"/>
    <w:pPr>
      <w:spacing w:after="0" w:line="240" w:lineRule="auto"/>
    </w:pPr>
    <w:rPr>
      <w:rFonts w:eastAsiaTheme="minorEastAsia"/>
      <w:color w:val="FFFFFF" w:themeColor="background1"/>
      <w:kern w:val="0"/>
      <w14:ligatures w14:val="none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8960A7"/>
    <w:pPr>
      <w:spacing w:after="0" w:line="240" w:lineRule="auto"/>
    </w:pPr>
    <w:rPr>
      <w:rFonts w:eastAsiaTheme="minorEastAsia"/>
      <w:color w:val="FFFFFF" w:themeColor="background1"/>
      <w:kern w:val="0"/>
      <w14:ligatures w14:val="none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8960A7"/>
    <w:pPr>
      <w:spacing w:after="0" w:line="240" w:lineRule="auto"/>
    </w:pPr>
    <w:rPr>
      <w:rFonts w:eastAsiaTheme="minorEastAsia"/>
      <w:color w:val="FFFFFF" w:themeColor="background1"/>
      <w:kern w:val="0"/>
      <w14:ligatures w14:val="none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8960A7"/>
    <w:pPr>
      <w:spacing w:after="0" w:line="240" w:lineRule="auto"/>
    </w:pPr>
    <w:rPr>
      <w:rFonts w:eastAsiaTheme="minorEastAsia"/>
      <w:color w:val="FFFFFF" w:themeColor="background1"/>
      <w:kern w:val="0"/>
      <w14:ligatures w14:val="none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8960A7"/>
    <w:pPr>
      <w:spacing w:after="0" w:line="240" w:lineRule="auto"/>
    </w:pPr>
    <w:rPr>
      <w:rFonts w:eastAsiaTheme="minorEastAsia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8960A7"/>
    <w:pPr>
      <w:spacing w:after="0" w:line="240" w:lineRule="auto"/>
    </w:pPr>
    <w:rPr>
      <w:rFonts w:eastAsiaTheme="minorEastAsia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8960A7"/>
    <w:pPr>
      <w:spacing w:after="0" w:line="240" w:lineRule="auto"/>
    </w:pPr>
    <w:rPr>
      <w:rFonts w:eastAsiaTheme="minorEastAsia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8960A7"/>
    <w:pPr>
      <w:spacing w:after="0" w:line="240" w:lineRule="auto"/>
    </w:pPr>
    <w:rPr>
      <w:rFonts w:eastAsiaTheme="minorEastAsia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8960A7"/>
    <w:pPr>
      <w:spacing w:after="0" w:line="240" w:lineRule="auto"/>
    </w:pPr>
    <w:rPr>
      <w:rFonts w:eastAsiaTheme="minorEastAsia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8960A7"/>
    <w:pPr>
      <w:spacing w:after="0" w:line="240" w:lineRule="auto"/>
    </w:pPr>
    <w:rPr>
      <w:rFonts w:eastAsiaTheme="minorEastAsia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8960A7"/>
    <w:pPr>
      <w:spacing w:after="0" w:line="240" w:lineRule="auto"/>
    </w:pPr>
    <w:rPr>
      <w:rFonts w:eastAsiaTheme="minorEastAsia"/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8960A7"/>
    <w:pPr>
      <w:spacing w:after="0" w:line="240" w:lineRule="auto"/>
    </w:pPr>
    <w:rPr>
      <w:rFonts w:eastAsiaTheme="minorEastAsia"/>
      <w:color w:val="000000" w:themeColor="text1"/>
      <w:kern w:val="0"/>
      <w14:ligatures w14:val="non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8960A7"/>
    <w:pPr>
      <w:spacing w:after="0" w:line="240" w:lineRule="auto"/>
    </w:pPr>
    <w:rPr>
      <w:rFonts w:eastAsiaTheme="minorEastAsia"/>
      <w:color w:val="000000" w:themeColor="text1"/>
      <w:kern w:val="0"/>
      <w14:ligatures w14:val="none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8960A7"/>
    <w:pPr>
      <w:spacing w:after="0" w:line="240" w:lineRule="auto"/>
    </w:pPr>
    <w:rPr>
      <w:rFonts w:eastAsiaTheme="minorEastAsia"/>
      <w:color w:val="000000" w:themeColor="text1"/>
      <w:kern w:val="0"/>
      <w14:ligatures w14:val="none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8960A7"/>
    <w:pPr>
      <w:spacing w:after="0" w:line="240" w:lineRule="auto"/>
    </w:pPr>
    <w:rPr>
      <w:rFonts w:eastAsiaTheme="minorEastAsia"/>
      <w:color w:val="000000" w:themeColor="text1"/>
      <w:kern w:val="0"/>
      <w14:ligatures w14:val="none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8960A7"/>
    <w:pPr>
      <w:spacing w:after="0" w:line="240" w:lineRule="auto"/>
    </w:pPr>
    <w:rPr>
      <w:rFonts w:eastAsiaTheme="minorEastAsia"/>
      <w:color w:val="000000" w:themeColor="text1"/>
      <w:kern w:val="0"/>
      <w14:ligatures w14:val="none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8960A7"/>
    <w:pPr>
      <w:spacing w:after="0" w:line="240" w:lineRule="auto"/>
    </w:pPr>
    <w:rPr>
      <w:rFonts w:eastAsiaTheme="minorEastAsia"/>
      <w:color w:val="000000" w:themeColor="text1"/>
      <w:kern w:val="0"/>
      <w14:ligatures w14:val="none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8960A7"/>
    <w:pPr>
      <w:spacing w:after="0" w:line="240" w:lineRule="auto"/>
    </w:pPr>
    <w:rPr>
      <w:rFonts w:eastAsiaTheme="minorEastAsia"/>
      <w:color w:val="000000" w:themeColor="text1"/>
      <w:kern w:val="0"/>
      <w14:ligatures w14:val="none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8960A7"/>
    <w:pPr>
      <w:spacing w:after="0" w:line="240" w:lineRule="auto"/>
    </w:pPr>
    <w:rPr>
      <w:rFonts w:eastAsiaTheme="minorEastAsia"/>
      <w:color w:val="000000" w:themeColor="text1"/>
      <w:kern w:val="0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8960A7"/>
    <w:pPr>
      <w:spacing w:after="0" w:line="240" w:lineRule="auto"/>
    </w:pPr>
    <w:rPr>
      <w:rFonts w:eastAsiaTheme="minorEastAsia"/>
      <w:color w:val="000000" w:themeColor="text1"/>
      <w:kern w:val="0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8960A7"/>
    <w:pPr>
      <w:spacing w:after="0" w:line="240" w:lineRule="auto"/>
    </w:pPr>
    <w:rPr>
      <w:rFonts w:eastAsiaTheme="minorEastAsia"/>
      <w:color w:val="000000" w:themeColor="text1"/>
      <w:kern w:val="0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8960A7"/>
    <w:pPr>
      <w:spacing w:after="0" w:line="240" w:lineRule="auto"/>
    </w:pPr>
    <w:rPr>
      <w:rFonts w:eastAsiaTheme="minorEastAsia"/>
      <w:color w:val="000000" w:themeColor="text1"/>
      <w:kern w:val="0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8960A7"/>
    <w:pPr>
      <w:spacing w:after="0" w:line="240" w:lineRule="auto"/>
    </w:pPr>
    <w:rPr>
      <w:rFonts w:eastAsiaTheme="minorEastAsia"/>
      <w:color w:val="000000" w:themeColor="text1"/>
      <w:kern w:val="0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8960A7"/>
    <w:pPr>
      <w:spacing w:after="0" w:line="240" w:lineRule="auto"/>
    </w:pPr>
    <w:rPr>
      <w:rFonts w:eastAsiaTheme="minorEastAsia"/>
      <w:color w:val="000000" w:themeColor="text1"/>
      <w:kern w:val="0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8960A7"/>
    <w:pPr>
      <w:spacing w:after="0" w:line="240" w:lineRule="auto"/>
    </w:pPr>
    <w:rPr>
      <w:rFonts w:eastAsiaTheme="minorEastAsia"/>
      <w:color w:val="000000" w:themeColor="text1"/>
      <w:kern w:val="0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8960A7"/>
    <w:rPr>
      <w:color w:val="605E5C"/>
      <w:shd w:val="clear" w:color="auto" w:fill="E1DFDD"/>
    </w:rPr>
  </w:style>
  <w:style w:type="character" w:customStyle="1" w:styleId="identifier">
    <w:name w:val="identifier"/>
    <w:basedOn w:val="Absatz-Standardschriftart"/>
    <w:rsid w:val="008960A7"/>
    <w:rPr>
      <w:rFonts w:cs="Times New Roman"/>
    </w:rPr>
  </w:style>
  <w:style w:type="character" w:styleId="BesuchterLink">
    <w:name w:val="FollowedHyperlink"/>
    <w:basedOn w:val="Absatz-Standardschriftart"/>
    <w:uiPriority w:val="99"/>
    <w:semiHidden/>
    <w:unhideWhenUsed/>
    <w:rsid w:val="008960A7"/>
    <w:rPr>
      <w:color w:val="954F72" w:themeColor="followedHyperlink"/>
      <w:u w:val="single"/>
    </w:rPr>
  </w:style>
  <w:style w:type="character" w:customStyle="1" w:styleId="a-list-item">
    <w:name w:val="a-list-item"/>
    <w:basedOn w:val="Absatz-Standardschriftart"/>
    <w:rsid w:val="008960A7"/>
    <w:rPr>
      <w:rFonts w:cs="Times New Roman"/>
    </w:rPr>
  </w:style>
  <w:style w:type="character" w:customStyle="1" w:styleId="cls-response">
    <w:name w:val="cls-response"/>
    <w:basedOn w:val="Absatz-Standardschriftart"/>
    <w:rsid w:val="008960A7"/>
    <w:rPr>
      <w:rFonts w:cs="Times New Roman"/>
    </w:rPr>
  </w:style>
  <w:style w:type="numbering" w:customStyle="1" w:styleId="KeineListe1">
    <w:name w:val="Keine Liste1"/>
    <w:next w:val="KeineListe"/>
    <w:uiPriority w:val="99"/>
    <w:semiHidden/>
    <w:unhideWhenUsed/>
    <w:rsid w:val="00641A6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1A66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:lang w:val="de-DE" w:eastAsia="de-DE"/>
      <w14:ligatures w14:val="non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1A66"/>
    <w:rPr>
      <w:rFonts w:ascii="Segoe UI" w:eastAsia="Times New Roman" w:hAnsi="Segoe UI" w:cs="Segoe UI"/>
      <w:kern w:val="0"/>
      <w:sz w:val="18"/>
      <w:szCs w:val="18"/>
      <w:lang w:val="de-DE" w:eastAsia="de-DE"/>
      <w14:ligatures w14:val="none"/>
    </w:rPr>
  </w:style>
  <w:style w:type="table" w:customStyle="1" w:styleId="Tabellenraster1">
    <w:name w:val="Tabellenraster1"/>
    <w:basedOn w:val="NormaleTabelle"/>
    <w:next w:val="Tabellenraster"/>
    <w:uiPriority w:val="39"/>
    <w:rsid w:val="00641A66"/>
    <w:pPr>
      <w:spacing w:after="0" w:line="240" w:lineRule="auto"/>
    </w:pPr>
    <w:rPr>
      <w:kern w:val="0"/>
      <w:lang w:val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urText">
    <w:name w:val="Plain Text"/>
    <w:basedOn w:val="Standard"/>
    <w:link w:val="NurTextZchn"/>
    <w:uiPriority w:val="99"/>
    <w:semiHidden/>
    <w:unhideWhenUsed/>
    <w:rsid w:val="00641A66"/>
    <w:pPr>
      <w:spacing w:after="0" w:line="240" w:lineRule="auto"/>
    </w:pPr>
    <w:rPr>
      <w:rFonts w:ascii="Calibri" w:eastAsia="Times New Roman" w:hAnsi="Calibri" w:cs="Times New Roman"/>
      <w:kern w:val="0"/>
      <w:sz w:val="24"/>
      <w:szCs w:val="21"/>
      <w:lang w:val="de-DE" w:eastAsia="de-DE"/>
      <w14:ligatures w14:val="none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641A66"/>
    <w:rPr>
      <w:rFonts w:ascii="Calibri" w:eastAsia="Times New Roman" w:hAnsi="Calibri" w:cs="Times New Roman"/>
      <w:kern w:val="0"/>
      <w:sz w:val="24"/>
      <w:szCs w:val="21"/>
      <w:lang w:val="de-DE" w:eastAsia="de-DE"/>
      <w14:ligatures w14:val="none"/>
    </w:rPr>
  </w:style>
  <w:style w:type="character" w:styleId="Zeilennummer">
    <w:name w:val="line number"/>
    <w:basedOn w:val="Absatz-Standardschriftart"/>
    <w:uiPriority w:val="99"/>
    <w:semiHidden/>
    <w:unhideWhenUsed/>
    <w:rsid w:val="00641A66"/>
  </w:style>
  <w:style w:type="character" w:customStyle="1" w:styleId="a">
    <w:name w:val="_"/>
    <w:basedOn w:val="Absatz-Standardschriftart"/>
    <w:rsid w:val="00641A66"/>
  </w:style>
  <w:style w:type="character" w:customStyle="1" w:styleId="ff3">
    <w:name w:val="ff3"/>
    <w:basedOn w:val="Absatz-Standardschriftart"/>
    <w:rsid w:val="00641A66"/>
  </w:style>
  <w:style w:type="table" w:styleId="Gitternetztabelle1hell">
    <w:name w:val="Grid Table 1 Light"/>
    <w:basedOn w:val="NormaleTabelle"/>
    <w:uiPriority w:val="46"/>
    <w:rsid w:val="00641A66"/>
    <w:pPr>
      <w:spacing w:after="0" w:line="240" w:lineRule="auto"/>
    </w:pPr>
    <w:rPr>
      <w:kern w:val="0"/>
      <w:lang w:val="de-DE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rarbeitung">
    <w:name w:val="Revision"/>
    <w:hidden/>
    <w:uiPriority w:val="99"/>
    <w:semiHidden/>
    <w:rsid w:val="00641A66"/>
    <w:pPr>
      <w:spacing w:after="0" w:line="240" w:lineRule="auto"/>
    </w:pPr>
    <w:rPr>
      <w:kern w:val="0"/>
      <w:lang w:val="de-DE"/>
      <w14:ligatures w14:val="non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41A66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bsatz-Standardschriftart"/>
    <w:rsid w:val="00641A66"/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641A66"/>
    <w:pPr>
      <w:tabs>
        <w:tab w:val="left" w:pos="720"/>
      </w:tabs>
      <w:spacing w:after="0" w:line="240" w:lineRule="auto"/>
      <w:ind w:left="720" w:hanging="720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641A66"/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641A66"/>
    <w:pPr>
      <w:keepNext/>
      <w:keepLines/>
      <w:spacing w:before="240" w:line="240" w:lineRule="auto"/>
      <w:jc w:val="left"/>
    </w:pPr>
    <w:rPr>
      <w:rFonts w:eastAsiaTheme="majorEastAsia" w:cstheme="majorBidi"/>
      <w:b w:val="0"/>
      <w:bCs w:val="0"/>
      <w:color w:val="2E74B5" w:themeColor="accent1" w:themeShade="BF"/>
      <w:kern w:val="0"/>
      <w:szCs w:val="32"/>
      <w:lang w:val="de-DE" w:eastAsia="de-DE"/>
      <w14:ligatures w14:val="none"/>
    </w:rPr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641A66"/>
    <w:rPr>
      <w:rFonts w:asciiTheme="majorHAnsi" w:eastAsiaTheme="majorEastAsia" w:hAnsiTheme="majorHAnsi" w:cstheme="majorBidi"/>
      <w:color w:val="2E74B5" w:themeColor="accent1" w:themeShade="BF"/>
      <w:kern w:val="0"/>
      <w:sz w:val="32"/>
      <w:szCs w:val="32"/>
      <w:lang w:val="de-DE" w:eastAsia="de-DE"/>
      <w14:ligatures w14:val="none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641A66"/>
    <w:pPr>
      <w:keepNext/>
      <w:keepLines/>
      <w:spacing w:before="40" w:line="240" w:lineRule="auto"/>
      <w:jc w:val="left"/>
    </w:pPr>
    <w:rPr>
      <w:rFonts w:eastAsiaTheme="majorEastAsia" w:cstheme="majorBidi"/>
      <w:b w:val="0"/>
      <w:bCs w:val="0"/>
      <w:color w:val="2E74B5" w:themeColor="accent1" w:themeShade="BF"/>
      <w:kern w:val="0"/>
      <w:sz w:val="26"/>
      <w:szCs w:val="26"/>
      <w:lang w:val="de-DE" w:eastAsia="de-DE"/>
      <w14:ligatures w14:val="none"/>
    </w:rPr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641A66"/>
    <w:rPr>
      <w:rFonts w:asciiTheme="majorHAnsi" w:eastAsiaTheme="majorEastAsia" w:hAnsiTheme="majorHAnsi" w:cstheme="majorBidi"/>
      <w:color w:val="2E74B5" w:themeColor="accent1" w:themeShade="BF"/>
      <w:kern w:val="0"/>
      <w:sz w:val="26"/>
      <w:szCs w:val="26"/>
      <w:lang w:val="de-DE" w:eastAsia="de-DE"/>
      <w14:ligatures w14:val="none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641A66"/>
    <w:pPr>
      <w:keepNext/>
      <w:keepLines/>
      <w:spacing w:before="40" w:line="360" w:lineRule="auto"/>
      <w:ind w:left="709" w:hanging="709"/>
      <w:jc w:val="left"/>
      <w:outlineLvl w:val="9"/>
    </w:pPr>
    <w:rPr>
      <w:rFonts w:asciiTheme="minorHAnsi" w:eastAsiaTheme="majorEastAsia" w:hAnsiTheme="minorHAnsi"/>
      <w:b w:val="0"/>
      <w:bCs w:val="0"/>
      <w:color w:val="2E74B5" w:themeColor="accent1" w:themeShade="BF"/>
      <w:kern w:val="0"/>
      <w:sz w:val="26"/>
      <w:szCs w:val="26"/>
      <w:lang w:val="en-US" w:eastAsia="de-DE"/>
      <w14:ligatures w14:val="none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641A66"/>
    <w:rPr>
      <w:rFonts w:eastAsiaTheme="majorEastAsia" w:cstheme="minorHAnsi"/>
      <w:color w:val="2E74B5" w:themeColor="accent1" w:themeShade="BF"/>
      <w:kern w:val="0"/>
      <w:sz w:val="26"/>
      <w:szCs w:val="26"/>
      <w:lang w:eastAsia="de-DE"/>
      <w14:ligatures w14:val="none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641A66"/>
    <w:pPr>
      <w:keepNext/>
      <w:keepLines/>
      <w:spacing w:before="40" w:line="360" w:lineRule="auto"/>
      <w:ind w:left="709" w:hanging="709"/>
      <w:outlineLvl w:val="9"/>
    </w:pPr>
    <w:rPr>
      <w:rFonts w:eastAsiaTheme="majorEastAsia"/>
      <w:b/>
      <w:bCs/>
      <w:i w:val="0"/>
      <w:iCs w:val="0"/>
      <w:color w:val="1F4D78" w:themeColor="accent1" w:themeShade="7F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641A66"/>
    <w:rPr>
      <w:rFonts w:eastAsiaTheme="majorEastAsia" w:cstheme="minorHAnsi"/>
      <w:color w:val="1F4D78" w:themeColor="accent1" w:themeShade="7F"/>
      <w:kern w:val="0"/>
      <w:sz w:val="24"/>
      <w:szCs w:val="24"/>
      <w:lang w:eastAsia="de-DE"/>
      <w14:ligatures w14:val="none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641A66"/>
    <w:pPr>
      <w:spacing w:before="40" w:line="360" w:lineRule="auto"/>
      <w:ind w:left="709" w:hanging="709"/>
      <w:outlineLvl w:val="9"/>
    </w:pPr>
    <w:rPr>
      <w:rFonts w:asciiTheme="minorHAnsi" w:hAnsiTheme="minorHAnsi" w:cstheme="minorHAnsi"/>
      <w:b w:val="0"/>
      <w:bCs w:val="0"/>
      <w:color w:val="2E74B5" w:themeColor="accent1" w:themeShade="BF"/>
      <w:sz w:val="24"/>
      <w:szCs w:val="24"/>
      <w:lang w:eastAsia="de-DE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641A66"/>
    <w:rPr>
      <w:rFonts w:eastAsiaTheme="majorEastAsia" w:cstheme="minorHAnsi"/>
      <w:i/>
      <w:iCs/>
      <w:color w:val="2E74B5" w:themeColor="accent1" w:themeShade="BF"/>
      <w:kern w:val="0"/>
      <w:sz w:val="24"/>
      <w:szCs w:val="24"/>
      <w:lang w:eastAsia="de-DE"/>
      <w14:ligatures w14:val="none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641A66"/>
    <w:pPr>
      <w:spacing w:before="40" w:line="360" w:lineRule="auto"/>
      <w:ind w:left="709" w:hanging="709"/>
      <w:outlineLvl w:val="9"/>
    </w:pPr>
    <w:rPr>
      <w:rFonts w:asciiTheme="minorHAnsi" w:hAnsiTheme="minorHAnsi" w:cstheme="minorHAnsi"/>
      <w:color w:val="2E74B5" w:themeColor="accent1" w:themeShade="BF"/>
      <w:sz w:val="24"/>
      <w:szCs w:val="24"/>
      <w:lang w:eastAsia="de-DE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641A66"/>
    <w:rPr>
      <w:rFonts w:eastAsiaTheme="majorEastAsia" w:cstheme="minorHAnsi"/>
      <w:color w:val="2E74B5" w:themeColor="accent1" w:themeShade="BF"/>
      <w:kern w:val="0"/>
      <w:sz w:val="24"/>
      <w:szCs w:val="24"/>
      <w:lang w:eastAsia="de-DE"/>
      <w14:ligatures w14:val="none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641A66"/>
    <w:pPr>
      <w:spacing w:before="40" w:line="360" w:lineRule="auto"/>
      <w:ind w:left="709" w:hanging="709"/>
      <w:outlineLvl w:val="9"/>
    </w:pPr>
    <w:rPr>
      <w:rFonts w:asciiTheme="minorHAnsi" w:hAnsiTheme="minorHAnsi" w:cstheme="minorHAnsi"/>
      <w:i w:val="0"/>
      <w:iCs w:val="0"/>
      <w:sz w:val="24"/>
      <w:szCs w:val="24"/>
      <w:lang w:eastAsia="de-DE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641A66"/>
    <w:rPr>
      <w:rFonts w:eastAsiaTheme="majorEastAsia" w:cstheme="minorHAnsi"/>
      <w:color w:val="1F4D78" w:themeColor="accent1" w:themeShade="7F"/>
      <w:kern w:val="0"/>
      <w:sz w:val="24"/>
      <w:szCs w:val="24"/>
      <w:lang w:eastAsia="de-DE"/>
      <w14:ligatures w14:val="none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641A66"/>
    <w:pPr>
      <w:spacing w:before="40" w:line="360" w:lineRule="auto"/>
      <w:ind w:left="709" w:hanging="709"/>
      <w:outlineLvl w:val="9"/>
    </w:pPr>
    <w:rPr>
      <w:rFonts w:asciiTheme="minorHAnsi" w:hAnsiTheme="minorHAnsi" w:cstheme="minorHAnsi"/>
      <w:color w:val="1F4D78" w:themeColor="accent1" w:themeShade="7F"/>
      <w:sz w:val="24"/>
      <w:szCs w:val="24"/>
      <w:lang w:eastAsia="de-DE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641A66"/>
    <w:rPr>
      <w:rFonts w:eastAsiaTheme="majorEastAsia" w:cstheme="minorHAnsi"/>
      <w:i/>
      <w:iCs/>
      <w:color w:val="1F4D78" w:themeColor="accent1" w:themeShade="7F"/>
      <w:kern w:val="0"/>
      <w:sz w:val="24"/>
      <w:szCs w:val="24"/>
      <w:lang w:eastAsia="de-DE"/>
      <w14:ligatures w14:val="none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641A66"/>
    <w:pPr>
      <w:spacing w:before="40" w:line="360" w:lineRule="auto"/>
      <w:ind w:left="709" w:hanging="709"/>
      <w:outlineLvl w:val="9"/>
    </w:pPr>
    <w:rPr>
      <w:rFonts w:asciiTheme="minorHAnsi" w:hAnsiTheme="minorHAnsi" w:cstheme="minorHAnsi"/>
      <w:color w:val="272727" w:themeColor="text1" w:themeTint="D8"/>
      <w:sz w:val="21"/>
      <w:szCs w:val="21"/>
      <w:lang w:eastAsia="de-DE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641A66"/>
    <w:rPr>
      <w:rFonts w:eastAsiaTheme="majorEastAsia" w:cstheme="minorHAnsi"/>
      <w:color w:val="272727" w:themeColor="text1" w:themeTint="D8"/>
      <w:kern w:val="0"/>
      <w:sz w:val="21"/>
      <w:szCs w:val="21"/>
      <w:lang w:eastAsia="de-DE"/>
      <w14:ligatures w14:val="none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641A66"/>
    <w:pPr>
      <w:spacing w:before="40" w:line="360" w:lineRule="auto"/>
      <w:ind w:left="709" w:hanging="709"/>
      <w:outlineLvl w:val="9"/>
    </w:pPr>
    <w:rPr>
      <w:rFonts w:asciiTheme="minorHAnsi" w:hAnsiTheme="minorHAnsi" w:cstheme="minorHAnsi"/>
      <w:color w:val="272727" w:themeColor="text1" w:themeTint="D8"/>
      <w:sz w:val="21"/>
      <w:szCs w:val="21"/>
      <w:lang w:eastAsia="de-DE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641A66"/>
    <w:rPr>
      <w:rFonts w:eastAsiaTheme="majorEastAsia" w:cstheme="minorHAnsi"/>
      <w:i/>
      <w:iCs/>
      <w:color w:val="272727" w:themeColor="text1" w:themeTint="D8"/>
      <w:kern w:val="0"/>
      <w:sz w:val="21"/>
      <w:szCs w:val="21"/>
      <w:lang w:eastAsia="de-DE"/>
      <w14:ligatures w14:val="none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641A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table" w:customStyle="1" w:styleId="MittlereListe1-Akzent11">
    <w:name w:val="Mittlere Liste 1 - Akzent 11"/>
    <w:basedOn w:val="NormaleTabelle"/>
    <w:next w:val="MittlereListe1-Akzent1"/>
    <w:uiPriority w:val="65"/>
    <w:semiHidden/>
    <w:unhideWhenUsed/>
    <w:rsid w:val="00641A66"/>
    <w:pPr>
      <w:spacing w:after="0" w:line="240" w:lineRule="auto"/>
    </w:pPr>
    <w:rPr>
      <w:color w:val="000000" w:themeColor="text1"/>
      <w:kern w:val="0"/>
      <w:lang w:val="de-DE"/>
      <w14:ligatures w14:val="non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customStyle="1" w:styleId="MittlereSchattierung2-Akzent11">
    <w:name w:val="Mittlere Schattierung 2 - Akzent 11"/>
    <w:basedOn w:val="NormaleTabelle"/>
    <w:next w:val="MittlereSchattierung2-Akzent1"/>
    <w:uiPriority w:val="64"/>
    <w:semiHidden/>
    <w:unhideWhenUsed/>
    <w:rsid w:val="00641A66"/>
    <w:pPr>
      <w:spacing w:after="0" w:line="240" w:lineRule="auto"/>
    </w:pPr>
    <w:rPr>
      <w:kern w:val="0"/>
      <w:lang w:val="de-DE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ittlereSchattierung1-Akzent11">
    <w:name w:val="Mittlere Schattierung 1 - Akzent 11"/>
    <w:basedOn w:val="NormaleTabelle"/>
    <w:next w:val="MittlereSchattierung1-Akzent1"/>
    <w:uiPriority w:val="63"/>
    <w:semiHidden/>
    <w:unhideWhenUsed/>
    <w:rsid w:val="00641A66"/>
    <w:pPr>
      <w:spacing w:after="0" w:line="240" w:lineRule="auto"/>
    </w:pPr>
    <w:rPr>
      <w:kern w:val="0"/>
      <w:lang w:val="de-DE"/>
      <w14:ligatures w14:val="none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HellesRaster-Akzent11">
    <w:name w:val="Helles Raster - Akzent 11"/>
    <w:basedOn w:val="NormaleTabelle"/>
    <w:next w:val="HellesRaster-Akzent1"/>
    <w:uiPriority w:val="62"/>
    <w:semiHidden/>
    <w:unhideWhenUsed/>
    <w:rsid w:val="00641A66"/>
    <w:pPr>
      <w:spacing w:after="0" w:line="240" w:lineRule="auto"/>
    </w:pPr>
    <w:rPr>
      <w:kern w:val="0"/>
      <w:lang w:val="de-DE"/>
      <w14:ligatures w14:val="non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customStyle="1" w:styleId="HelleListe-Akzent11">
    <w:name w:val="Helle Liste - Akzent 11"/>
    <w:basedOn w:val="NormaleTabelle"/>
    <w:next w:val="HelleListe-Akzent1"/>
    <w:uiPriority w:val="61"/>
    <w:semiHidden/>
    <w:unhideWhenUsed/>
    <w:rsid w:val="00641A66"/>
    <w:pPr>
      <w:spacing w:after="0" w:line="240" w:lineRule="auto"/>
    </w:pPr>
    <w:rPr>
      <w:kern w:val="0"/>
      <w:lang w:val="de-DE"/>
      <w14:ligatures w14:val="none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HelleSchattierung-Akzent11">
    <w:name w:val="Helle Schattierung - Akzent 11"/>
    <w:basedOn w:val="NormaleTabelle"/>
    <w:next w:val="HelleSchattierung-Akzent1"/>
    <w:uiPriority w:val="60"/>
    <w:semiHidden/>
    <w:unhideWhenUsed/>
    <w:rsid w:val="00641A66"/>
    <w:pPr>
      <w:spacing w:after="0" w:line="240" w:lineRule="auto"/>
    </w:pPr>
    <w:rPr>
      <w:color w:val="2E74B5" w:themeColor="accent1" w:themeShade="BF"/>
      <w:kern w:val="0"/>
      <w:lang w:val="de-DE"/>
      <w14:ligatures w14:val="none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FarbigesRaster1">
    <w:name w:val="Farbiges Raster1"/>
    <w:basedOn w:val="NormaleTabelle"/>
    <w:next w:val="FarbigesRaster"/>
    <w:uiPriority w:val="73"/>
    <w:semiHidden/>
    <w:unhideWhenUsed/>
    <w:rsid w:val="00641A66"/>
    <w:pPr>
      <w:spacing w:after="0" w:line="240" w:lineRule="auto"/>
    </w:pPr>
    <w:rPr>
      <w:color w:val="000000" w:themeColor="text1"/>
      <w:kern w:val="0"/>
      <w:lang w:val="de-DE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FarbigeListe1">
    <w:name w:val="Farbige Liste1"/>
    <w:basedOn w:val="NormaleTabelle"/>
    <w:next w:val="FarbigeListe"/>
    <w:uiPriority w:val="72"/>
    <w:semiHidden/>
    <w:unhideWhenUsed/>
    <w:rsid w:val="00641A66"/>
    <w:pPr>
      <w:spacing w:after="0" w:line="240" w:lineRule="auto"/>
    </w:pPr>
    <w:rPr>
      <w:color w:val="000000" w:themeColor="text1"/>
      <w:kern w:val="0"/>
      <w:lang w:val="de-DE"/>
      <w14:ligatures w14:val="non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FarbigeSchattierung1">
    <w:name w:val="Farbige Schattierung1"/>
    <w:basedOn w:val="NormaleTabelle"/>
    <w:next w:val="FarbigeSchattierung"/>
    <w:uiPriority w:val="71"/>
    <w:semiHidden/>
    <w:unhideWhenUsed/>
    <w:rsid w:val="00641A66"/>
    <w:pPr>
      <w:spacing w:after="0" w:line="240" w:lineRule="auto"/>
    </w:pPr>
    <w:rPr>
      <w:color w:val="000000" w:themeColor="text1"/>
      <w:kern w:val="0"/>
      <w:lang w:val="de-DE"/>
      <w14:ligatures w14:val="non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DunkleListe1">
    <w:name w:val="Dunkle Liste1"/>
    <w:basedOn w:val="NormaleTabelle"/>
    <w:next w:val="DunkleListe"/>
    <w:uiPriority w:val="70"/>
    <w:semiHidden/>
    <w:unhideWhenUsed/>
    <w:rsid w:val="00641A66"/>
    <w:pPr>
      <w:spacing w:after="0" w:line="240" w:lineRule="auto"/>
    </w:pPr>
    <w:rPr>
      <w:color w:val="FFFFFF" w:themeColor="background1"/>
      <w:kern w:val="0"/>
      <w:lang w:val="de-DE"/>
      <w14:ligatures w14:val="non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MittleresRaster31">
    <w:name w:val="Mittleres Raster 31"/>
    <w:basedOn w:val="NormaleTabelle"/>
    <w:next w:val="MittleresRaster3"/>
    <w:uiPriority w:val="69"/>
    <w:semiHidden/>
    <w:unhideWhenUsed/>
    <w:rsid w:val="00641A66"/>
    <w:pPr>
      <w:spacing w:after="0" w:line="240" w:lineRule="auto"/>
    </w:pPr>
    <w:rPr>
      <w:kern w:val="0"/>
      <w:lang w:val="de-DE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ittleresRaster11">
    <w:name w:val="Mittleres Raster 11"/>
    <w:basedOn w:val="NormaleTabelle"/>
    <w:next w:val="MittleresRaster1"/>
    <w:uiPriority w:val="67"/>
    <w:semiHidden/>
    <w:unhideWhenUsed/>
    <w:rsid w:val="00641A66"/>
    <w:pPr>
      <w:spacing w:after="0" w:line="240" w:lineRule="auto"/>
    </w:pPr>
    <w:rPr>
      <w:kern w:val="0"/>
      <w:lang w:val="de-DE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ittlereListe21">
    <w:name w:val="Mittlere Liste 21"/>
    <w:basedOn w:val="NormaleTabelle"/>
    <w:next w:val="MittlereListe2"/>
    <w:uiPriority w:val="66"/>
    <w:semiHidden/>
    <w:unhideWhenUsed/>
    <w:rsid w:val="00641A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lang w:val="de-DE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ittlereListe11">
    <w:name w:val="Mittlere Liste 11"/>
    <w:basedOn w:val="NormaleTabelle"/>
    <w:next w:val="MittlereListe1"/>
    <w:uiPriority w:val="65"/>
    <w:semiHidden/>
    <w:unhideWhenUsed/>
    <w:rsid w:val="00641A66"/>
    <w:pPr>
      <w:spacing w:after="0" w:line="240" w:lineRule="auto"/>
    </w:pPr>
    <w:rPr>
      <w:color w:val="000000" w:themeColor="text1"/>
      <w:kern w:val="0"/>
      <w:lang w:val="de-DE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ittlereSchattierung21">
    <w:name w:val="Mittlere Schattierung 21"/>
    <w:basedOn w:val="NormaleTabelle"/>
    <w:next w:val="MittlereSchattierung2"/>
    <w:uiPriority w:val="64"/>
    <w:semiHidden/>
    <w:unhideWhenUsed/>
    <w:rsid w:val="00641A66"/>
    <w:pPr>
      <w:spacing w:after="0" w:line="240" w:lineRule="auto"/>
    </w:pPr>
    <w:rPr>
      <w:kern w:val="0"/>
      <w:lang w:val="de-DE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ittlereSchattierung11">
    <w:name w:val="Mittlere Schattierung 11"/>
    <w:basedOn w:val="NormaleTabelle"/>
    <w:next w:val="MittlereSchattierung1"/>
    <w:uiPriority w:val="63"/>
    <w:semiHidden/>
    <w:unhideWhenUsed/>
    <w:rsid w:val="00641A66"/>
    <w:pPr>
      <w:spacing w:after="0" w:line="240" w:lineRule="auto"/>
    </w:pPr>
    <w:rPr>
      <w:kern w:val="0"/>
      <w:lang w:val="de-DE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HellesRaster1">
    <w:name w:val="Helles Raster1"/>
    <w:basedOn w:val="NormaleTabelle"/>
    <w:next w:val="HellesRaster"/>
    <w:uiPriority w:val="62"/>
    <w:semiHidden/>
    <w:unhideWhenUsed/>
    <w:rsid w:val="00641A66"/>
    <w:pPr>
      <w:spacing w:after="0" w:line="240" w:lineRule="auto"/>
    </w:pPr>
    <w:rPr>
      <w:kern w:val="0"/>
      <w:lang w:val="de-DE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HelleListe1">
    <w:name w:val="Helle Liste1"/>
    <w:basedOn w:val="NormaleTabelle"/>
    <w:next w:val="HelleListe"/>
    <w:uiPriority w:val="61"/>
    <w:semiHidden/>
    <w:unhideWhenUsed/>
    <w:rsid w:val="00641A66"/>
    <w:pPr>
      <w:spacing w:after="0" w:line="240" w:lineRule="auto"/>
    </w:pPr>
    <w:rPr>
      <w:kern w:val="0"/>
      <w:lang w:val="de-DE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HelleSchattierung1">
    <w:name w:val="Helle Schattierung1"/>
    <w:basedOn w:val="NormaleTabelle"/>
    <w:next w:val="HelleSchattierung"/>
    <w:uiPriority w:val="60"/>
    <w:semiHidden/>
    <w:unhideWhenUsed/>
    <w:rsid w:val="00641A66"/>
    <w:pPr>
      <w:spacing w:after="0" w:line="240" w:lineRule="auto"/>
    </w:pPr>
    <w:rPr>
      <w:color w:val="000000" w:themeColor="text1" w:themeShade="BF"/>
      <w:kern w:val="0"/>
      <w:lang w:val="de-DE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TMLVariable">
    <w:name w:val="HTML Variable"/>
    <w:basedOn w:val="Absatz-Standardschriftart"/>
    <w:uiPriority w:val="99"/>
    <w:semiHidden/>
    <w:unhideWhenUsed/>
    <w:rsid w:val="00641A66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641A66"/>
    <w:rPr>
      <w:rFonts w:ascii="Consolas" w:hAnsi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641A66"/>
    <w:rPr>
      <w:rFonts w:ascii="Consolas" w:hAnsi="Consolas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641A66"/>
    <w:pPr>
      <w:spacing w:after="0" w:line="240" w:lineRule="auto"/>
    </w:pPr>
    <w:rPr>
      <w:rFonts w:ascii="Consolas" w:eastAsia="Times New Roman" w:hAnsi="Consolas" w:cs="Times New Roman"/>
      <w:kern w:val="0"/>
      <w:sz w:val="20"/>
      <w:szCs w:val="20"/>
      <w:lang w:val="de-DE" w:eastAsia="de-DE"/>
      <w14:ligatures w14:val="non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641A66"/>
    <w:rPr>
      <w:rFonts w:ascii="Consolas" w:eastAsia="Times New Roman" w:hAnsi="Consolas" w:cs="Times New Roman"/>
      <w:kern w:val="0"/>
      <w:sz w:val="20"/>
      <w:szCs w:val="20"/>
      <w:lang w:val="de-DE" w:eastAsia="de-DE"/>
      <w14:ligatures w14:val="none"/>
    </w:rPr>
  </w:style>
  <w:style w:type="character" w:styleId="HTMLTastatur">
    <w:name w:val="HTML Keyboard"/>
    <w:basedOn w:val="Absatz-Standardschriftart"/>
    <w:uiPriority w:val="99"/>
    <w:semiHidden/>
    <w:unhideWhenUsed/>
    <w:rsid w:val="00641A66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641A66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641A66"/>
    <w:rPr>
      <w:rFonts w:ascii="Consolas" w:hAnsi="Consolas"/>
      <w:sz w:val="20"/>
      <w:szCs w:val="20"/>
    </w:rPr>
  </w:style>
  <w:style w:type="character" w:styleId="HTMLZitat">
    <w:name w:val="HTML Cite"/>
    <w:basedOn w:val="Absatz-Standardschriftart"/>
    <w:uiPriority w:val="99"/>
    <w:semiHidden/>
    <w:unhideWhenUsed/>
    <w:rsid w:val="00641A66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641A66"/>
    <w:pPr>
      <w:spacing w:after="0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val="de-DE" w:eastAsia="de-DE"/>
      <w14:ligatures w14:val="none"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641A66"/>
    <w:rPr>
      <w:rFonts w:ascii="Times New Roman" w:eastAsia="Times New Roman" w:hAnsi="Times New Roman" w:cs="Times New Roman"/>
      <w:i/>
      <w:iCs/>
      <w:kern w:val="0"/>
      <w:sz w:val="24"/>
      <w:szCs w:val="24"/>
      <w:lang w:val="de-DE" w:eastAsia="de-DE"/>
      <w14:ligatures w14:val="none"/>
    </w:rPr>
  </w:style>
  <w:style w:type="character" w:styleId="HTMLAkronym">
    <w:name w:val="HTML Acronym"/>
    <w:basedOn w:val="Absatz-Standardschriftart"/>
    <w:uiPriority w:val="99"/>
    <w:semiHidden/>
    <w:unhideWhenUsed/>
    <w:rsid w:val="00641A66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641A66"/>
    <w:pPr>
      <w:spacing w:after="0" w:line="240" w:lineRule="auto"/>
    </w:pPr>
    <w:rPr>
      <w:rFonts w:ascii="Segoe UI" w:eastAsia="Times New Roman" w:hAnsi="Segoe UI" w:cs="Segoe UI"/>
      <w:kern w:val="0"/>
      <w:sz w:val="16"/>
      <w:szCs w:val="16"/>
      <w:lang w:val="de-DE" w:eastAsia="de-DE"/>
      <w14:ligatures w14:val="none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641A66"/>
    <w:rPr>
      <w:rFonts w:ascii="Segoe UI" w:eastAsia="Times New Roman" w:hAnsi="Segoe UI" w:cs="Segoe UI"/>
      <w:kern w:val="0"/>
      <w:sz w:val="16"/>
      <w:szCs w:val="16"/>
      <w:lang w:val="de-DE" w:eastAsia="de-DE"/>
      <w14:ligatures w14:val="none"/>
    </w:rPr>
  </w:style>
  <w:style w:type="paragraph" w:styleId="Blocktext">
    <w:name w:val="Block Text"/>
    <w:basedOn w:val="Standard"/>
    <w:uiPriority w:val="99"/>
    <w:semiHidden/>
    <w:unhideWhenUsed/>
    <w:rsid w:val="00641A66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spacing w:after="0" w:line="240" w:lineRule="auto"/>
      <w:ind w:left="1152" w:right="1152"/>
    </w:pPr>
    <w:rPr>
      <w:rFonts w:eastAsiaTheme="minorEastAsia"/>
      <w:i/>
      <w:iCs/>
      <w:color w:val="5B9BD5" w:themeColor="accent1"/>
      <w:kern w:val="0"/>
      <w:sz w:val="24"/>
      <w:szCs w:val="24"/>
      <w:lang w:val="de-DE" w:eastAsia="de-DE"/>
      <w14:ligatures w14:val="none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641A66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641A66"/>
    <w:rPr>
      <w:rFonts w:ascii="Times New Roman" w:eastAsia="Times New Roman" w:hAnsi="Times New Roman" w:cs="Times New Roman"/>
      <w:kern w:val="0"/>
      <w:sz w:val="16"/>
      <w:szCs w:val="16"/>
      <w:lang w:val="de-DE" w:eastAsia="de-DE"/>
      <w14:ligatures w14:val="none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641A66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641A66"/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641A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641A66"/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641A66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641A66"/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641A66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641A66"/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641A66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641A66"/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641A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character" w:customStyle="1" w:styleId="DatumZchn">
    <w:name w:val="Datum Zchn"/>
    <w:basedOn w:val="Absatz-Standardschriftart"/>
    <w:link w:val="Datum"/>
    <w:uiPriority w:val="99"/>
    <w:semiHidden/>
    <w:rsid w:val="00641A66"/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641A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character" w:customStyle="1" w:styleId="AnredeZchn">
    <w:name w:val="Anrede Zchn"/>
    <w:basedOn w:val="Absatz-Standardschriftart"/>
    <w:link w:val="Anrede"/>
    <w:uiPriority w:val="99"/>
    <w:semiHidden/>
    <w:rsid w:val="00641A66"/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641A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kern w:val="0"/>
      <w:sz w:val="24"/>
      <w:szCs w:val="24"/>
      <w:lang w:val="de-DE" w:eastAsia="de-DE"/>
      <w14:ligatures w14:val="none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641A66"/>
    <w:rPr>
      <w:rFonts w:asciiTheme="majorHAnsi" w:eastAsiaTheme="majorEastAsia" w:hAnsiTheme="majorHAnsi" w:cstheme="majorBidi"/>
      <w:kern w:val="0"/>
      <w:sz w:val="24"/>
      <w:szCs w:val="24"/>
      <w:shd w:val="pct20" w:color="auto" w:fill="auto"/>
      <w:lang w:val="de-DE" w:eastAsia="de-DE"/>
      <w14:ligatures w14:val="none"/>
    </w:rPr>
  </w:style>
  <w:style w:type="paragraph" w:styleId="Listenfortsetzung5">
    <w:name w:val="List Continue 5"/>
    <w:basedOn w:val="Standard"/>
    <w:uiPriority w:val="99"/>
    <w:semiHidden/>
    <w:unhideWhenUsed/>
    <w:rsid w:val="00641A66"/>
    <w:pPr>
      <w:spacing w:after="120" w:line="240" w:lineRule="auto"/>
      <w:ind w:left="1415"/>
      <w:contextualSpacing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Listenfortsetzung4">
    <w:name w:val="List Continue 4"/>
    <w:basedOn w:val="Standard"/>
    <w:uiPriority w:val="99"/>
    <w:semiHidden/>
    <w:unhideWhenUsed/>
    <w:rsid w:val="00641A66"/>
    <w:pPr>
      <w:spacing w:after="120" w:line="240" w:lineRule="auto"/>
      <w:ind w:left="1132"/>
      <w:contextualSpacing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641A66"/>
    <w:pPr>
      <w:spacing w:after="0" w:line="240" w:lineRule="auto"/>
      <w:ind w:left="4252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641A66"/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Gruformel">
    <w:name w:val="Closing"/>
    <w:basedOn w:val="Standard"/>
    <w:link w:val="GruformelZchn"/>
    <w:uiPriority w:val="99"/>
    <w:semiHidden/>
    <w:unhideWhenUsed/>
    <w:rsid w:val="00641A66"/>
    <w:pPr>
      <w:spacing w:after="0" w:line="240" w:lineRule="auto"/>
      <w:ind w:left="4252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641A66"/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Listennummer5">
    <w:name w:val="List Number 5"/>
    <w:basedOn w:val="Standard"/>
    <w:uiPriority w:val="99"/>
    <w:semiHidden/>
    <w:unhideWhenUsed/>
    <w:rsid w:val="00641A66"/>
    <w:pPr>
      <w:tabs>
        <w:tab w:val="num" w:pos="1492"/>
      </w:tabs>
      <w:spacing w:after="0" w:line="240" w:lineRule="auto"/>
      <w:ind w:left="1492" w:hanging="360"/>
      <w:contextualSpacing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Listennummer4">
    <w:name w:val="List Number 4"/>
    <w:basedOn w:val="Standard"/>
    <w:uiPriority w:val="99"/>
    <w:semiHidden/>
    <w:unhideWhenUsed/>
    <w:rsid w:val="00641A66"/>
    <w:pPr>
      <w:tabs>
        <w:tab w:val="num" w:pos="1209"/>
      </w:tabs>
      <w:spacing w:after="0" w:line="240" w:lineRule="auto"/>
      <w:ind w:left="1209" w:hanging="360"/>
      <w:contextualSpacing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Aufzhlungszeichen5">
    <w:name w:val="List Bullet 5"/>
    <w:basedOn w:val="Standard"/>
    <w:uiPriority w:val="99"/>
    <w:semiHidden/>
    <w:unhideWhenUsed/>
    <w:rsid w:val="00641A66"/>
    <w:pPr>
      <w:numPr>
        <w:numId w:val="14"/>
      </w:numPr>
      <w:spacing w:after="0" w:line="240" w:lineRule="auto"/>
      <w:contextualSpacing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Aufzhlungszeichen4">
    <w:name w:val="List Bullet 4"/>
    <w:basedOn w:val="Standard"/>
    <w:uiPriority w:val="99"/>
    <w:semiHidden/>
    <w:unhideWhenUsed/>
    <w:rsid w:val="00641A66"/>
    <w:pPr>
      <w:tabs>
        <w:tab w:val="num" w:pos="1209"/>
      </w:tabs>
      <w:spacing w:after="0" w:line="240" w:lineRule="auto"/>
      <w:ind w:left="1209" w:hanging="360"/>
      <w:contextualSpacing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Liste5">
    <w:name w:val="List 5"/>
    <w:basedOn w:val="Standard"/>
    <w:uiPriority w:val="99"/>
    <w:semiHidden/>
    <w:unhideWhenUsed/>
    <w:rsid w:val="00641A66"/>
    <w:pPr>
      <w:spacing w:after="0" w:line="240" w:lineRule="auto"/>
      <w:ind w:left="1415" w:hanging="283"/>
      <w:contextualSpacing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Liste4">
    <w:name w:val="List 4"/>
    <w:basedOn w:val="Standard"/>
    <w:uiPriority w:val="99"/>
    <w:semiHidden/>
    <w:unhideWhenUsed/>
    <w:rsid w:val="00641A66"/>
    <w:pPr>
      <w:spacing w:after="0" w:line="240" w:lineRule="auto"/>
      <w:ind w:left="1132" w:hanging="283"/>
      <w:contextualSpacing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641A66"/>
    <w:pPr>
      <w:spacing w:before="120" w:after="0" w:line="240" w:lineRule="auto"/>
    </w:pPr>
    <w:rPr>
      <w:rFonts w:asciiTheme="majorHAnsi" w:eastAsiaTheme="majorEastAsia" w:hAnsiTheme="majorHAnsi" w:cstheme="majorBidi"/>
      <w:b/>
      <w:bCs/>
      <w:kern w:val="0"/>
      <w:sz w:val="24"/>
      <w:szCs w:val="24"/>
      <w:lang w:val="de-DE" w:eastAsia="de-DE"/>
      <w14:ligatures w14:val="none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641A66"/>
    <w:pPr>
      <w:spacing w:after="0" w:line="240" w:lineRule="auto"/>
      <w:ind w:left="240" w:hanging="240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641A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641A66"/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</w:style>
  <w:style w:type="character" w:styleId="Endnotenzeichen">
    <w:name w:val="endnote reference"/>
    <w:basedOn w:val="Absatz-Standardschriftart"/>
    <w:uiPriority w:val="99"/>
    <w:semiHidden/>
    <w:unhideWhenUsed/>
    <w:rsid w:val="00641A66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641A66"/>
  </w:style>
  <w:style w:type="character" w:styleId="Funotenzeichen">
    <w:name w:val="footnote reference"/>
    <w:basedOn w:val="Absatz-Standardschriftart"/>
    <w:uiPriority w:val="99"/>
    <w:semiHidden/>
    <w:unhideWhenUsed/>
    <w:rsid w:val="00641A66"/>
    <w:rPr>
      <w:vertAlign w:val="superscript"/>
    </w:rPr>
  </w:style>
  <w:style w:type="paragraph" w:styleId="Umschlagabsenderadresse">
    <w:name w:val="envelope return"/>
    <w:basedOn w:val="Standard"/>
    <w:uiPriority w:val="99"/>
    <w:semiHidden/>
    <w:unhideWhenUsed/>
    <w:rsid w:val="00641A66"/>
    <w:pPr>
      <w:spacing w:after="0" w:line="240" w:lineRule="auto"/>
    </w:pPr>
    <w:rPr>
      <w:rFonts w:asciiTheme="majorHAnsi" w:eastAsiaTheme="majorEastAsia" w:hAnsiTheme="majorHAnsi" w:cstheme="majorBidi"/>
      <w:kern w:val="0"/>
      <w:sz w:val="20"/>
      <w:szCs w:val="20"/>
      <w:lang w:val="de-DE" w:eastAsia="de-DE"/>
      <w14:ligatures w14:val="none"/>
    </w:rPr>
  </w:style>
  <w:style w:type="paragraph" w:styleId="Umschlagadresse">
    <w:name w:val="envelope address"/>
    <w:basedOn w:val="Standard"/>
    <w:uiPriority w:val="99"/>
    <w:semiHidden/>
    <w:unhideWhenUsed/>
    <w:rsid w:val="00641A66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kern w:val="0"/>
      <w:sz w:val="24"/>
      <w:szCs w:val="24"/>
      <w:lang w:val="de-DE" w:eastAsia="de-DE"/>
      <w14:ligatures w14:val="none"/>
    </w:rPr>
  </w:style>
  <w:style w:type="paragraph" w:styleId="Abbildungsverzeichnis">
    <w:name w:val="table of figures"/>
    <w:basedOn w:val="Standard"/>
    <w:next w:val="Standard"/>
    <w:uiPriority w:val="99"/>
    <w:unhideWhenUsed/>
    <w:rsid w:val="00641A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641A66"/>
    <w:pPr>
      <w:spacing w:after="0" w:line="240" w:lineRule="auto"/>
      <w:ind w:left="240" w:hanging="240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Indexberschrift">
    <w:name w:val="index heading"/>
    <w:basedOn w:val="Standard"/>
    <w:next w:val="Index1"/>
    <w:uiPriority w:val="99"/>
    <w:semiHidden/>
    <w:unhideWhenUsed/>
    <w:rsid w:val="00641A66"/>
    <w:pPr>
      <w:spacing w:after="0" w:line="240" w:lineRule="auto"/>
    </w:pPr>
    <w:rPr>
      <w:rFonts w:asciiTheme="majorHAnsi" w:eastAsiaTheme="majorEastAsia" w:hAnsiTheme="majorHAnsi" w:cstheme="majorBidi"/>
      <w:b/>
      <w:bCs/>
      <w:kern w:val="0"/>
      <w:sz w:val="24"/>
      <w:szCs w:val="24"/>
      <w:lang w:val="de-DE" w:eastAsia="de-DE"/>
      <w14:ligatures w14:val="non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41A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41A66"/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</w:style>
  <w:style w:type="paragraph" w:styleId="Standardeinzug">
    <w:name w:val="Normal Indent"/>
    <w:basedOn w:val="Standard"/>
    <w:uiPriority w:val="99"/>
    <w:semiHidden/>
    <w:unhideWhenUsed/>
    <w:rsid w:val="00641A66"/>
    <w:pPr>
      <w:spacing w:after="0" w:line="240" w:lineRule="auto"/>
      <w:ind w:left="708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641A66"/>
    <w:pPr>
      <w:spacing w:after="100" w:line="240" w:lineRule="auto"/>
      <w:ind w:left="1920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641A66"/>
    <w:pPr>
      <w:spacing w:after="100" w:line="240" w:lineRule="auto"/>
      <w:ind w:left="1680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641A66"/>
    <w:pPr>
      <w:spacing w:after="100" w:line="240" w:lineRule="auto"/>
      <w:ind w:left="1440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641A66"/>
    <w:pPr>
      <w:spacing w:after="100" w:line="240" w:lineRule="auto"/>
      <w:ind w:left="1200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641A66"/>
    <w:pPr>
      <w:spacing w:after="100" w:line="240" w:lineRule="auto"/>
      <w:ind w:left="960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641A66"/>
    <w:pPr>
      <w:spacing w:after="100" w:line="240" w:lineRule="auto"/>
      <w:ind w:left="720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641A66"/>
    <w:pPr>
      <w:spacing w:after="0" w:line="240" w:lineRule="auto"/>
      <w:ind w:left="2160" w:hanging="240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641A66"/>
    <w:pPr>
      <w:spacing w:after="0" w:line="240" w:lineRule="auto"/>
      <w:ind w:left="1920" w:hanging="240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641A66"/>
    <w:pPr>
      <w:spacing w:after="0" w:line="240" w:lineRule="auto"/>
      <w:ind w:left="1680" w:hanging="240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641A66"/>
    <w:pPr>
      <w:spacing w:after="0" w:line="240" w:lineRule="auto"/>
      <w:ind w:left="1440" w:hanging="240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641A66"/>
    <w:pPr>
      <w:spacing w:after="0" w:line="240" w:lineRule="auto"/>
      <w:ind w:left="1200" w:hanging="240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641A66"/>
    <w:pPr>
      <w:spacing w:after="0" w:line="240" w:lineRule="auto"/>
      <w:ind w:left="960" w:hanging="240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641A66"/>
    <w:pPr>
      <w:spacing w:after="0" w:line="240" w:lineRule="auto"/>
      <w:ind w:left="720" w:hanging="240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641A66"/>
    <w:pPr>
      <w:spacing w:after="0" w:line="240" w:lineRule="auto"/>
      <w:ind w:left="480" w:hanging="240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character" w:styleId="Platzhaltertext">
    <w:name w:val="Placeholder Text"/>
    <w:basedOn w:val="Absatz-Standardschriftart"/>
    <w:uiPriority w:val="99"/>
    <w:semiHidden/>
    <w:rsid w:val="00641A66"/>
    <w:rPr>
      <w:color w:val="808080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641A66"/>
    <w:rPr>
      <w:color w:val="605E5C"/>
      <w:shd w:val="clear" w:color="auto" w:fill="E1DFDD"/>
    </w:rPr>
  </w:style>
  <w:style w:type="paragraph" w:customStyle="1" w:styleId="Articletitle">
    <w:name w:val="Article title"/>
    <w:basedOn w:val="Standard"/>
    <w:next w:val="Standard"/>
    <w:qFormat/>
    <w:rsid w:val="00641A66"/>
    <w:pPr>
      <w:spacing w:after="120" w:line="360" w:lineRule="auto"/>
    </w:pPr>
    <w:rPr>
      <w:rFonts w:ascii="Times New Roman" w:eastAsia="Times New Roman" w:hAnsi="Times New Roman" w:cs="Times New Roman"/>
      <w:b/>
      <w:kern w:val="0"/>
      <w:sz w:val="28"/>
      <w:szCs w:val="24"/>
      <w:lang w:val="en-GB" w:eastAsia="en-GB"/>
      <w14:ligatures w14:val="none"/>
    </w:rPr>
  </w:style>
  <w:style w:type="paragraph" w:customStyle="1" w:styleId="Authornames">
    <w:name w:val="Author names"/>
    <w:basedOn w:val="Standard"/>
    <w:next w:val="Standard"/>
    <w:qFormat/>
    <w:rsid w:val="00641A66"/>
    <w:pPr>
      <w:spacing w:before="240" w:after="0" w:line="360" w:lineRule="auto"/>
    </w:pPr>
    <w:rPr>
      <w:rFonts w:ascii="Times New Roman" w:eastAsia="Times New Roman" w:hAnsi="Times New Roman" w:cs="Times New Roman"/>
      <w:kern w:val="0"/>
      <w:sz w:val="28"/>
      <w:szCs w:val="24"/>
      <w:lang w:val="en-GB" w:eastAsia="en-GB"/>
      <w14:ligatures w14:val="none"/>
    </w:rPr>
  </w:style>
  <w:style w:type="paragraph" w:customStyle="1" w:styleId="Affiliation">
    <w:name w:val="Affiliation"/>
    <w:basedOn w:val="Standard"/>
    <w:qFormat/>
    <w:rsid w:val="00641A66"/>
    <w:pPr>
      <w:spacing w:before="240" w:after="0" w:line="360" w:lineRule="auto"/>
    </w:pPr>
    <w:rPr>
      <w:rFonts w:ascii="Times New Roman" w:eastAsia="Times New Roman" w:hAnsi="Times New Roman" w:cs="Times New Roman"/>
      <w:i/>
      <w:kern w:val="0"/>
      <w:sz w:val="24"/>
      <w:szCs w:val="24"/>
      <w:lang w:val="en-GB" w:eastAsia="en-GB"/>
      <w14:ligatures w14:val="none"/>
    </w:rPr>
  </w:style>
  <w:style w:type="paragraph" w:customStyle="1" w:styleId="Correspondencedetails">
    <w:name w:val="Correspondence details"/>
    <w:basedOn w:val="Standard"/>
    <w:qFormat/>
    <w:rsid w:val="00641A66"/>
    <w:pPr>
      <w:spacing w:before="240" w:after="0" w:line="36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customStyle="1" w:styleId="Notesoncontributors">
    <w:name w:val="Notes on contributors"/>
    <w:basedOn w:val="Standard"/>
    <w:qFormat/>
    <w:rsid w:val="00641A66"/>
    <w:pPr>
      <w:spacing w:before="240" w:after="0" w:line="360" w:lineRule="auto"/>
    </w:pPr>
    <w:rPr>
      <w:rFonts w:ascii="Times New Roman" w:eastAsia="Times New Roman" w:hAnsi="Times New Roman" w:cs="Times New Roman"/>
      <w:kern w:val="0"/>
      <w:szCs w:val="24"/>
      <w:lang w:val="en-GB" w:eastAsia="en-GB"/>
      <w14:ligatures w14:val="none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641A66"/>
    <w:rPr>
      <w:color w:val="605E5C"/>
      <w:shd w:val="clear" w:color="auto" w:fill="E1DFDD"/>
    </w:rPr>
  </w:style>
  <w:style w:type="paragraph" w:customStyle="1" w:styleId="TextA">
    <w:name w:val="Text A"/>
    <w:rsid w:val="00641A66"/>
    <w:pP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lang w:val="de-DE" w:eastAsia="de-DE"/>
      <w14:textOutline w14:w="12700" w14:cap="flat" w14:cmpd="sng" w14:algn="ctr">
        <w14:noFill/>
        <w14:prstDash w14:val="solid"/>
        <w14:miter w14:lim="100000"/>
      </w14:textOutline>
      <w14:ligatures w14:val="none"/>
    </w:rPr>
  </w:style>
  <w:style w:type="character" w:customStyle="1" w:styleId="publisherprop">
    <w:name w:val="publisherprop"/>
    <w:basedOn w:val="Absatz-Standardschriftart"/>
    <w:rsid w:val="00641A66"/>
  </w:style>
  <w:style w:type="character" w:customStyle="1" w:styleId="id-label">
    <w:name w:val="id-label"/>
    <w:basedOn w:val="Absatz-Standardschriftart"/>
    <w:rsid w:val="00641A66"/>
  </w:style>
  <w:style w:type="table" w:styleId="EinfacheTabelle2">
    <w:name w:val="Plain Table 2"/>
    <w:basedOn w:val="NormaleTabelle"/>
    <w:uiPriority w:val="42"/>
    <w:rsid w:val="00641A66"/>
    <w:pPr>
      <w:spacing w:after="0" w:line="240" w:lineRule="auto"/>
    </w:pPr>
    <w:rPr>
      <w:kern w:val="0"/>
      <w:lang w:val="de-DE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entabelle2">
    <w:name w:val="List Table 2"/>
    <w:basedOn w:val="NormaleTabelle"/>
    <w:uiPriority w:val="47"/>
    <w:rsid w:val="00641A6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intext">
    <w:name w:val="intext"/>
    <w:basedOn w:val="Absatz-Standardschriftart"/>
    <w:rsid w:val="00641A66"/>
  </w:style>
  <w:style w:type="paragraph" w:customStyle="1" w:styleId="Figure">
    <w:name w:val="Figure"/>
    <w:basedOn w:val="Standard"/>
    <w:link w:val="FigureZchn"/>
    <w:qFormat/>
    <w:rsid w:val="008F663D"/>
    <w:pPr>
      <w:spacing w:after="0" w:line="480" w:lineRule="auto"/>
    </w:pPr>
    <w:rPr>
      <w:rFonts w:eastAsia="Times New Roman" w:cstheme="minorHAnsi"/>
      <w:b/>
      <w:bCs/>
      <w:lang w:val="en-GB"/>
      <w14:ligatures w14:val="none"/>
    </w:rPr>
  </w:style>
  <w:style w:type="character" w:customStyle="1" w:styleId="FigureZchn">
    <w:name w:val="Figure Zchn"/>
    <w:basedOn w:val="Absatz-Standardschriftart"/>
    <w:link w:val="Figure"/>
    <w:rsid w:val="008F663D"/>
    <w:rPr>
      <w:rFonts w:eastAsia="Times New Roman" w:cstheme="minorHAnsi"/>
      <w:b/>
      <w:bCs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4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126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84374024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883285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3359644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48222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72260494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8978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14532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85890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099984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999334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04173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16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9023091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92021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64712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524899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926958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204557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60014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5148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83670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  <w:div w:id="53353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699893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17786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43353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5590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9712612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05716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61856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246377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49054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95257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863010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2897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365137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  <w:div w:id="1438065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79636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708143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139105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743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8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1424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1467955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388668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709297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2444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45873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7623287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6552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98311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281036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937126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781265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4311987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7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9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80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1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7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242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9843350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356763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5889208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9393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2998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75416334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5387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66637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32506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091847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840461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5097108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46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44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4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683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9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2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1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1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8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58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09A4A-7B0F-4F7A-9B4D-517823634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WWU Muenster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Strehlke</dc:creator>
  <cp:keywords/>
  <dc:description/>
  <cp:lastModifiedBy>Eva Strehlke | FEEDBACKPEOPLE</cp:lastModifiedBy>
  <cp:revision>2</cp:revision>
  <cp:lastPrinted>2024-06-10T20:09:00Z</cp:lastPrinted>
  <dcterms:created xsi:type="dcterms:W3CDTF">2024-12-17T13:37:00Z</dcterms:created>
  <dcterms:modified xsi:type="dcterms:W3CDTF">2024-12-17T13:37:00Z</dcterms:modified>
</cp:coreProperties>
</file>